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2019A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半径为 4 英寸的披萨面积比半径为 3 英寸的披萨面积大 N%。最接近 N 的整数是多少？</w:t>
      </w:r>
    </w:p>
    <w:p>
      <w:pPr>
        <w:spacing w:before="0" w:after="120" w:line="300" w:lineRule="auto"/>
      </w:pPr>
      <w:r>
        <w:rPr>
          <w:rFonts w:ascii="Times New Roman" w:hAnsi="Times New Roman" w:eastAsia="宋体"/>
          <w:b w:val="0"/>
          <w:i w:val="0"/>
          <w:sz w:val="21"/>
        </w:rPr>
        <w:t>（A）25　　（B）33　　（C）44　　（D）66　　（E）78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a pizza with radius 4 inches is N percent larger than the area of a pizza with radius 3 inches. What is the integer closest to N?</w:t>
      </w:r>
    </w:p>
    <w:p>
      <w:pPr>
        <w:spacing w:before="0" w:after="160" w:line="300" w:lineRule="auto"/>
      </w:pPr>
      <w:r>
        <w:rPr>
          <w:rFonts w:ascii="Times New Roman" w:hAnsi="Times New Roman" w:eastAsia="宋体"/>
          <w:b w:val="0"/>
          <w:i w:val="0"/>
          <w:color w:val="333333"/>
          <w:sz w:val="19"/>
        </w:rPr>
        <w:t>(A) 25　　(B) 33　　(C) 44　　(D) 66　　(E) 78</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假设 a 是 b 的 150%。那么 3b 是 a 的百分之多少？</w:t>
      </w:r>
    </w:p>
    <w:p>
      <w:pPr>
        <w:spacing w:before="0" w:after="120" w:line="300" w:lineRule="auto"/>
      </w:pPr>
      <w:r>
        <w:rPr>
          <w:rFonts w:ascii="Times New Roman" w:hAnsi="Times New Roman" w:eastAsia="宋体"/>
          <w:b w:val="0"/>
          <w:i w:val="0"/>
          <w:sz w:val="21"/>
        </w:rPr>
        <w:t>（A）50　　（B）662/3　　（C）150　　（D）200　　（E）450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is 150% of b. What percent of a is 3b?</w:t>
      </w:r>
    </w:p>
    <w:p>
      <w:pPr>
        <w:spacing w:before="0" w:after="160" w:line="300" w:lineRule="auto"/>
      </w:pPr>
      <w:r>
        <w:rPr>
          <w:rFonts w:ascii="Times New Roman" w:hAnsi="Times New Roman" w:eastAsia="宋体"/>
          <w:b w:val="0"/>
          <w:i w:val="0"/>
          <w:color w:val="333333"/>
          <w:sz w:val="19"/>
        </w:rPr>
        <w:t>(A) 50　　(B) 662/3　　(C) 150　　(D) 200　　(E) 450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一个盒子里有 28 个红球、20 个绿球、19 个黄球、13 个蓝球、11 个白球和 9 个黑球。从盒子里不放回地取球，至少要取出多少个球才能保证至少有 15 个球颜色相同？</w:t>
      </w:r>
    </w:p>
    <w:p>
      <w:pPr>
        <w:spacing w:before="0" w:after="120" w:line="300" w:lineRule="auto"/>
      </w:pPr>
      <w:r>
        <w:rPr>
          <w:rFonts w:ascii="Times New Roman" w:hAnsi="Times New Roman" w:eastAsia="宋体"/>
          <w:b w:val="0"/>
          <w:i w:val="0"/>
          <w:sz w:val="21"/>
        </w:rPr>
        <w:t>（A）75　　（B）76　　（C）79　　（D）84　　（E）91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box contains 28 red balls, 20 green balls, 19 yellow balls, 13 blue balls, 11 white balls, and 9 black balls. What is the minimum number of balls that must be drawn from the box without replacement to guarantee that at least 15 balls of a single color will be drawn?</w:t>
      </w:r>
    </w:p>
    <w:p>
      <w:pPr>
        <w:spacing w:before="0" w:after="160" w:line="300" w:lineRule="auto"/>
      </w:pPr>
      <w:r>
        <w:rPr>
          <w:rFonts w:ascii="Times New Roman" w:hAnsi="Times New Roman" w:eastAsia="宋体"/>
          <w:b w:val="0"/>
          <w:i w:val="0"/>
          <w:color w:val="333333"/>
          <w:sz w:val="19"/>
        </w:rPr>
        <w:t>(A) 75　　(B) 76　　(C) 79　　(D) 84　　(E) 91</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和为 45 的连续整数最多可以有多少个？</w:t>
      </w:r>
    </w:p>
    <w:p>
      <w:pPr>
        <w:spacing w:before="0" w:after="120" w:line="300" w:lineRule="auto"/>
      </w:pPr>
      <w:r>
        <w:rPr>
          <w:rFonts w:ascii="Times New Roman" w:hAnsi="Times New Roman" w:eastAsia="宋体"/>
          <w:b w:val="0"/>
          <w:i w:val="0"/>
          <w:sz w:val="21"/>
        </w:rPr>
        <w:t>（A）9　　（B）25　　（C）45　　（D）90　　（E）120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greatest number of consecutive integers whose sum is 45?</w:t>
      </w:r>
    </w:p>
    <w:p>
      <w:pPr>
        <w:spacing w:before="0" w:after="160" w:line="300" w:lineRule="auto"/>
      </w:pPr>
      <w:r>
        <w:rPr>
          <w:rFonts w:ascii="Times New Roman" w:hAnsi="Times New Roman" w:eastAsia="宋体"/>
          <w:b w:val="0"/>
          <w:i w:val="0"/>
          <w:color w:val="333333"/>
          <w:sz w:val="19"/>
        </w:rPr>
        <w:t>(A) 9　　(B) 25　　(C) 45　　(D) 90　　(E) 120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两条斜率分别为 1/2 和 2 的直线在 (2, 2) 相交。由这两条直线和直线 x + y = 10 围成的三角形面积是多少？</w:t>
      </w:r>
    </w:p>
    <w:p>
      <w:pPr>
        <w:spacing w:before="0" w:after="120" w:line="300" w:lineRule="auto"/>
      </w:pPr>
      <w:r>
        <w:rPr>
          <w:rFonts w:ascii="Times New Roman" w:hAnsi="Times New Roman" w:eastAsia="宋体"/>
          <w:b w:val="0"/>
          <w:i w:val="0"/>
          <w:sz w:val="21"/>
        </w:rPr>
        <w:t>（A）4　　（B）4√(2)　　（C）6　　（D）8　　（E）6√(2)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lines with slopes 1/2 and 2 intersect at (2, 2). What is the area of the triangle enclosed by these two lines and the line x + y = 10?</w:t>
      </w:r>
    </w:p>
    <w:p>
      <w:pPr>
        <w:spacing w:before="0" w:after="160" w:line="300" w:lineRule="auto"/>
      </w:pPr>
      <w:r>
        <w:rPr>
          <w:rFonts w:ascii="Times New Roman" w:hAnsi="Times New Roman" w:eastAsia="宋体"/>
          <w:b w:val="0"/>
          <w:i w:val="0"/>
          <w:color w:val="333333"/>
          <w:sz w:val="19"/>
        </w:rPr>
        <w:t>(A) 4　　(B) 4√(2)　　(C) 6　　(D) 8　　(E) 6√(2)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下图显示了直线 ell 以及由正方形和线段组成的一个规则、无限、重复的图案。</w:t>
      </w:r>
    </w:p>
    <w:p>
      <w:pPr>
        <w:spacing w:before="80" w:after="80"/>
        <w:jc w:val="center"/>
      </w:pPr>
      <w:r>
        <w:drawing>
          <wp:inline xmlns:a="http://schemas.openxmlformats.org/drawingml/2006/main" xmlns:pic="http://schemas.openxmlformats.org/drawingml/2006/picture">
            <wp:extent cx="2892700" cy="876699"/>
            <wp:docPr id="1" name="Picture 1"/>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2892700" cy="876699"/>
                    </a:xfrm>
                    <a:prstGeom prst="rect"/>
                  </pic:spPr>
                </pic:pic>
              </a:graphicData>
            </a:graphic>
          </wp:inline>
        </w:drawing>
      </w:r>
    </w:p>
    <w:p>
      <w:pPr>
        <w:spacing w:before="0" w:after="80" w:line="300" w:lineRule="auto"/>
        <w:jc w:val="left"/>
      </w:pPr>
      <w:r>
        <w:rPr>
          <w:rFonts w:ascii="Times New Roman" w:hAnsi="Times New Roman" w:eastAsia="宋体"/>
          <w:b w:val="0"/>
          <w:i w:val="0"/>
          <w:sz w:val="21"/>
        </w:rPr>
        <w:t>在绘制此图形的平面中，下面四类刚体运动变换中，除恒等变换外，有多少类中的某个变换会把这个图形变到自身？</w:t>
      </w:r>
    </w:p>
    <w:p>
      <w:pPr>
        <w:spacing w:before="0" w:after="80" w:line="300" w:lineRule="auto"/>
        <w:jc w:val="left"/>
      </w:pPr>
      <w:r>
        <w:rPr>
          <w:rFonts w:ascii="Times New Roman" w:hAnsi="Times New Roman" w:eastAsia="宋体"/>
          <w:b w:val="0"/>
          <w:i w:val="0"/>
          <w:sz w:val="21"/>
        </w:rPr>
        <w:t>• 绕直线 ell 上某点的某个旋转</w:t>
      </w:r>
    </w:p>
    <w:p>
      <w:pPr>
        <w:spacing w:before="0" w:after="80" w:line="300" w:lineRule="auto"/>
        <w:jc w:val="left"/>
      </w:pPr>
      <w:r>
        <w:rPr>
          <w:rFonts w:ascii="Times New Roman" w:hAnsi="Times New Roman" w:eastAsia="宋体"/>
          <w:b w:val="0"/>
          <w:i w:val="0"/>
          <w:sz w:val="21"/>
        </w:rPr>
        <w:t>• 沿平行于直线 ell 方向的某个平移</w:t>
      </w:r>
    </w:p>
    <w:p>
      <w:pPr>
        <w:spacing w:before="0" w:after="80" w:line="300" w:lineRule="auto"/>
        <w:jc w:val="left"/>
      </w:pPr>
      <w:r>
        <w:rPr>
          <w:rFonts w:ascii="Times New Roman" w:hAnsi="Times New Roman" w:eastAsia="宋体"/>
          <w:b w:val="0"/>
          <w:i w:val="0"/>
          <w:sz w:val="21"/>
        </w:rPr>
        <w:t>• 关于直线 ell 的反射</w:t>
      </w:r>
    </w:p>
    <w:p>
      <w:pPr>
        <w:spacing w:before="0" w:after="80" w:line="300" w:lineRule="auto"/>
        <w:jc w:val="left"/>
      </w:pPr>
      <w:r>
        <w:rPr>
          <w:rFonts w:ascii="Times New Roman" w:hAnsi="Times New Roman" w:eastAsia="宋体"/>
          <w:b w:val="0"/>
          <w:i w:val="0"/>
          <w:sz w:val="21"/>
        </w:rPr>
        <w:t>• 关于某条垂直于直线 ell 的直线的某个反射</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shows line ell with a regular, infinite, recurring pattern of squares and line segments.</w:t>
      </w:r>
    </w:p>
    <w:p>
      <w:pPr>
        <w:spacing w:before="80" w:after="80"/>
        <w:jc w:val="center"/>
      </w:pPr>
      <w:r>
        <w:drawing>
          <wp:inline xmlns:a="http://schemas.openxmlformats.org/drawingml/2006/main" xmlns:pic="http://schemas.openxmlformats.org/drawingml/2006/picture">
            <wp:extent cx="2892700" cy="876699"/>
            <wp:docPr id="2" name="Picture 2"/>
            <wp:cNvGraphicFramePr>
              <a:graphicFrameLocks noChangeAspect="1"/>
            </wp:cNvGraphicFramePr>
            <a:graphic>
              <a:graphicData uri="http://schemas.openxmlformats.org/drawingml/2006/picture">
                <pic:pic>
                  <pic:nvPicPr>
                    <pic:cNvPr id="0" name="q06-1@300dpi.png"/>
                    <pic:cNvPicPr/>
                  </pic:nvPicPr>
                  <pic:blipFill>
                    <a:blip r:embed="rId9"/>
                    <a:stretch>
                      <a:fillRect/>
                    </a:stretch>
                  </pic:blipFill>
                  <pic:spPr>
                    <a:xfrm>
                      <a:off x="0" y="0"/>
                      <a:ext cx="2892700" cy="876699"/>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How many of the following four kinds of rigid motion transformations of the plane in which this figure is drawn, other than the identity transformation, will transform this figure into itself?</w:t>
      </w:r>
    </w:p>
    <w:p>
      <w:pPr>
        <w:spacing w:before="0" w:after="80" w:line="300" w:lineRule="auto"/>
        <w:jc w:val="left"/>
      </w:pPr>
      <w:r>
        <w:rPr>
          <w:rFonts w:ascii="Times New Roman" w:hAnsi="Times New Roman" w:eastAsia="宋体"/>
          <w:b w:val="0"/>
          <w:i w:val="0"/>
          <w:color w:val="333333"/>
          <w:sz w:val="19"/>
        </w:rPr>
        <w:t>• some rotation around a point of line ell</w:t>
      </w:r>
    </w:p>
    <w:p>
      <w:pPr>
        <w:spacing w:before="0" w:after="80" w:line="300" w:lineRule="auto"/>
        <w:jc w:val="left"/>
      </w:pPr>
      <w:r>
        <w:rPr>
          <w:rFonts w:ascii="Times New Roman" w:hAnsi="Times New Roman" w:eastAsia="宋体"/>
          <w:b w:val="0"/>
          <w:i w:val="0"/>
          <w:color w:val="333333"/>
          <w:sz w:val="19"/>
        </w:rPr>
        <w:t>• some translation in the direction parallel to line ell</w:t>
      </w:r>
    </w:p>
    <w:p>
      <w:pPr>
        <w:spacing w:before="0" w:after="80" w:line="300" w:lineRule="auto"/>
        <w:jc w:val="left"/>
      </w:pPr>
      <w:r>
        <w:rPr>
          <w:rFonts w:ascii="Times New Roman" w:hAnsi="Times New Roman" w:eastAsia="宋体"/>
          <w:b w:val="0"/>
          <w:i w:val="0"/>
          <w:color w:val="333333"/>
          <w:sz w:val="19"/>
        </w:rPr>
        <w:t>• the reflection across line ell</w:t>
      </w:r>
    </w:p>
    <w:p>
      <w:pPr>
        <w:spacing w:before="0" w:after="80" w:line="300" w:lineRule="auto"/>
        <w:jc w:val="left"/>
      </w:pPr>
      <w:r>
        <w:rPr>
          <w:rFonts w:ascii="Times New Roman" w:hAnsi="Times New Roman" w:eastAsia="宋体"/>
          <w:b w:val="0"/>
          <w:i w:val="0"/>
          <w:color w:val="333333"/>
          <w:sz w:val="19"/>
        </w:rPr>
        <w:t>• some reflection across a line perpendicular to line ell</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Melanie 计算 2019 年各月份日期所组成的 365 个数值的平均数 μ、中位数 M 和众数。因此她的数据包含 12 个 1、12 个 2、…、12 个 28、11 个 29、11 个 30 和 7 个 31。设 d 为这些众数的中位数。下列哪个说法正确？</w:t>
      </w:r>
    </w:p>
    <w:p>
      <w:pPr>
        <w:spacing w:before="0" w:after="120" w:line="300" w:lineRule="auto"/>
      </w:pPr>
      <w:r>
        <w:rPr>
          <w:rFonts w:ascii="Times New Roman" w:hAnsi="Times New Roman" w:eastAsia="宋体"/>
          <w:b w:val="0"/>
          <w:i w:val="0"/>
          <w:sz w:val="21"/>
        </w:rPr>
        <w:t>（A）μ &lt; d &lt; M　　（B）M &lt; d &lt; μ　　（C）d = M = μ　　（D）d &lt; M &lt; μ　　（E）d &lt; μ &lt; M</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Melanie computes the mean μ, the median M, and the modes of the 365 values that are the dates in the months of 2019. Thus her data consist of 12 1s, 12 2s, …, 12 28s, 11 29s, 11 30s, and 7 31s. Let d be the median of the modes. Which of the following statements is true?</w:t>
      </w:r>
    </w:p>
    <w:p>
      <w:pPr>
        <w:spacing w:before="0" w:after="160" w:line="300" w:lineRule="auto"/>
      </w:pPr>
      <w:r>
        <w:rPr>
          <w:rFonts w:ascii="Times New Roman" w:hAnsi="Times New Roman" w:eastAsia="宋体"/>
          <w:b w:val="0"/>
          <w:i w:val="0"/>
          <w:color w:val="333333"/>
          <w:sz w:val="19"/>
        </w:rPr>
        <w:t>(A) μ &lt; d &lt; M　　(B) M &lt; d &lt; μ　　(C) d = M = μ　　(D) d &lt; M &lt; μ　　(E) d &lt; μ &lt; M</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对于平面上的四条互不相同的直线，恰有 N 个不同的点同时位于其中两条或更多条直线上。所有可能的 N 值之和是多少？</w:t>
      </w:r>
    </w:p>
    <w:p>
      <w:pPr>
        <w:spacing w:before="0" w:after="120" w:line="300" w:lineRule="auto"/>
      </w:pPr>
      <w:r>
        <w:rPr>
          <w:rFonts w:ascii="Times New Roman" w:hAnsi="Times New Roman" w:eastAsia="宋体"/>
          <w:b w:val="0"/>
          <w:i w:val="0"/>
          <w:sz w:val="21"/>
        </w:rPr>
        <w:t>（A）14　　（B）16　　（C）18　　（D）19　　（E）21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set of four distinct lines in a plane, there are exactly N distinct points that lie on two or more of the lines. What is the sum of all possible values of N?</w:t>
      </w:r>
    </w:p>
    <w:p>
      <w:pPr>
        <w:spacing w:before="0" w:after="160" w:line="300" w:lineRule="auto"/>
      </w:pPr>
      <w:r>
        <w:rPr>
          <w:rFonts w:ascii="Times New Roman" w:hAnsi="Times New Roman" w:eastAsia="宋体"/>
          <w:b w:val="0"/>
          <w:i w:val="0"/>
          <w:color w:val="333333"/>
          <w:sz w:val="19"/>
        </w:rPr>
        <w:t>(A) 14　　(B) 16　　(C) 18　　(D) 19　　(E) 21</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一个数列递归定义为 a₁ = 1，a₂ = 3/7，且</w:t>
      </w:r>
    </w:p>
    <w:p>
      <w:pPr>
        <w:spacing w:before="0" w:after="80" w:line="300" w:lineRule="auto"/>
        <w:jc w:val="left"/>
      </w:pPr>
      <w:r>
        <w:rPr>
          <w:rFonts w:ascii="Times New Roman" w:hAnsi="Times New Roman" w:eastAsia="宋体"/>
          <w:b w:val="0"/>
          <w:i w:val="0"/>
          <w:sz w:val="21"/>
        </w:rPr>
        <w:t>aₙ = (aₙ₋₂ · aₙ₋₁)/(2aₙ₋₂ - aₙ₋₁)</w:t>
      </w:r>
    </w:p>
    <w:p>
      <w:pPr>
        <w:spacing w:before="0" w:after="80" w:line="300" w:lineRule="auto"/>
        <w:jc w:val="left"/>
      </w:pPr>
      <w:r>
        <w:rPr>
          <w:rFonts w:ascii="Times New Roman" w:hAnsi="Times New Roman" w:eastAsia="宋体"/>
          <w:b w:val="0"/>
          <w:i w:val="0"/>
          <w:sz w:val="21"/>
        </w:rPr>
        <w:t>对所有 n ≥ 3 成立。那么 a₂₀₁₉ 可写成 p/q，其中 p 和 q 是互质的正整数。求 p + q？</w:t>
      </w:r>
    </w:p>
    <w:p>
      <w:pPr>
        <w:spacing w:before="0" w:after="120" w:line="300" w:lineRule="auto"/>
      </w:pPr>
      <w:r>
        <w:rPr>
          <w:rFonts w:ascii="Times New Roman" w:hAnsi="Times New Roman" w:eastAsia="宋体"/>
          <w:b w:val="0"/>
          <w:i w:val="0"/>
          <w:sz w:val="21"/>
        </w:rPr>
        <w:t>（A）2020　　（B）4039　　（C）6057　　（D）6061　　（E）8078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sequence of numbers is defined recursively by a₁ = 1, a₂ = 3/7, and</w:t>
      </w:r>
    </w:p>
    <w:p>
      <w:pPr>
        <w:spacing w:before="0" w:after="80" w:line="300" w:lineRule="auto"/>
        <w:jc w:val="left"/>
      </w:pPr>
      <w:r>
        <w:rPr>
          <w:rFonts w:ascii="Times New Roman" w:hAnsi="Times New Roman" w:eastAsia="宋体"/>
          <w:b w:val="0"/>
          <w:i w:val="0"/>
          <w:color w:val="333333"/>
          <w:sz w:val="19"/>
        </w:rPr>
        <w:t>aₙ = (aₙ₋₂ · aₙ₋₁)/(2aₙ₋₂ - aₙ₋₁)</w:t>
      </w:r>
    </w:p>
    <w:p>
      <w:pPr>
        <w:spacing w:before="0" w:after="80" w:line="300" w:lineRule="auto"/>
        <w:jc w:val="left"/>
      </w:pPr>
      <w:r>
        <w:rPr>
          <w:rFonts w:ascii="Times New Roman" w:hAnsi="Times New Roman" w:eastAsia="宋体"/>
          <w:b w:val="0"/>
          <w:i w:val="0"/>
          <w:color w:val="333333"/>
          <w:sz w:val="19"/>
        </w:rPr>
        <w:t>for all n ≥ 3. Then a₂₀₁₉ can be written as p/q, where p and q are relatively prime positive integers. What is p + q?</w:t>
      </w:r>
    </w:p>
    <w:p>
      <w:pPr>
        <w:spacing w:before="0" w:after="160" w:line="300" w:lineRule="auto"/>
      </w:pPr>
      <w:r>
        <w:rPr>
          <w:rFonts w:ascii="Times New Roman" w:hAnsi="Times New Roman" w:eastAsia="宋体"/>
          <w:b w:val="0"/>
          <w:i w:val="0"/>
          <w:color w:val="333333"/>
          <w:sz w:val="19"/>
        </w:rPr>
        <w:t>(A) 2020　　(B) 4039　　(C) 6057　　(D) 6061　　(E) 8078</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下图显示了 13 个半径为 1 的圆位于一个更大的圆内。所有交点都发生在相切点处。图中阴影区域，也就是在大圆内但在所有半径为 1 的圆外的区域，面积是多少？</w:t>
      </w:r>
    </w:p>
    <w:p>
      <w:pPr>
        <w:spacing w:before="80" w:after="80"/>
        <w:jc w:val="center"/>
      </w:pPr>
      <w:r>
        <w:drawing>
          <wp:inline xmlns:a="http://schemas.openxmlformats.org/drawingml/2006/main" xmlns:pic="http://schemas.openxmlformats.org/drawingml/2006/picture">
            <wp:extent cx="2905437" cy="2905437"/>
            <wp:docPr id="3" name="Picture 3"/>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2905437" cy="2905437"/>
                    </a:xfrm>
                    <a:prstGeom prst="rect"/>
                  </pic:spPr>
                </pic:pic>
              </a:graphicData>
            </a:graphic>
          </wp:inline>
        </w:drawing>
      </w:r>
    </w:p>
    <w:p>
      <w:pPr>
        <w:spacing w:before="0" w:after="120" w:line="300" w:lineRule="auto"/>
      </w:pPr>
      <w:r>
        <w:rPr>
          <w:rFonts w:ascii="Times New Roman" w:hAnsi="Times New Roman" w:eastAsia="宋体"/>
          <w:b w:val="0"/>
          <w:i w:val="0"/>
          <w:sz w:val="21"/>
        </w:rPr>
        <w:t>（A）4π√(3)　　（B）7π　　（C）π(3√(3) + 2)　　（D）10π(√(3) - 1)　　（E）π(√(3) + 6)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shows 13 circles of radius 1 within a larger circle. All the intersections occur at points of tangency. What is the area of the region, shaded in the figure, inside the larger circle but outside all the circles of radius 1?</w:t>
      </w:r>
    </w:p>
    <w:p>
      <w:pPr>
        <w:spacing w:before="80" w:after="80"/>
        <w:jc w:val="center"/>
      </w:pPr>
      <w:r>
        <w:drawing>
          <wp:inline xmlns:a="http://schemas.openxmlformats.org/drawingml/2006/main" xmlns:pic="http://schemas.openxmlformats.org/drawingml/2006/picture">
            <wp:extent cx="2905437" cy="2905437"/>
            <wp:docPr id="4" name="Picture 4"/>
            <wp:cNvGraphicFramePr>
              <a:graphicFrameLocks noChangeAspect="1"/>
            </wp:cNvGraphicFramePr>
            <a:graphic>
              <a:graphicData uri="http://schemas.openxmlformats.org/drawingml/2006/picture">
                <pic:pic>
                  <pic:nvPicPr>
                    <pic:cNvPr id="0" name="q10-1@300dpi.png"/>
                    <pic:cNvPicPr/>
                  </pic:nvPicPr>
                  <pic:blipFill>
                    <a:blip r:embed="rId10"/>
                    <a:stretch>
                      <a:fillRect/>
                    </a:stretch>
                  </pic:blipFill>
                  <pic:spPr>
                    <a:xfrm>
                      <a:off x="0" y="0"/>
                      <a:ext cx="2905437" cy="290543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4π√(3)　　(B) 7π　　(C) π(3√(3) + 2)　　(D) 10π(√(3) - 1)　　(E) π(√(3) + 6)</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对某个正整数 k，分数 7/51 的 k 进制循环表示为 0.23ₖ = 0.232323…ₖ。求 k？</w:t>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some positive integer k, the repeating base-k representation of the (base-ten) fraction 7/51 is 0.23ₖ = 0.232323…ₖ. What is k?</w:t>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正实数 x ≠ 1 和 y ≠ 1 满足 log₂ x = log_(y) 16 且 xy = 64。(log₂ x/y)² 是多少？</w:t>
      </w:r>
    </w:p>
    <w:p>
      <w:pPr>
        <w:spacing w:before="0" w:after="120" w:line="300" w:lineRule="auto"/>
      </w:pPr>
      <w:r>
        <w:rPr>
          <w:rFonts w:ascii="Times New Roman" w:hAnsi="Times New Roman" w:eastAsia="宋体"/>
          <w:b w:val="0"/>
          <w:i w:val="0"/>
          <w:sz w:val="21"/>
        </w:rPr>
        <w:t>（A）25/2　　（B）20　　（C）45/2　　（D）25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real numbers x ≠ 1 and y ≠ 1 satisfy log₂ x = log_(y) 16 and xy = 64. What is (log₂ x/y)²?</w:t>
      </w:r>
    </w:p>
    <w:p>
      <w:pPr>
        <w:spacing w:before="0" w:after="160" w:line="300" w:lineRule="auto"/>
      </w:pPr>
      <w:r>
        <w:rPr>
          <w:rFonts w:ascii="Times New Roman" w:hAnsi="Times New Roman" w:eastAsia="宋体"/>
          <w:b w:val="0"/>
          <w:i w:val="0"/>
          <w:color w:val="333333"/>
          <w:sz w:val="19"/>
        </w:rPr>
        <w:t>(A) 25/2　　(B) 20　　(C) 45/2　　(D) 25　　(E) 32</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有多少种方法给整数 2，3，…，9 分别涂上红、绿、蓝三种颜色之一，使得每个数的颜色都与它的每个真因数的颜色不同？</w:t>
      </w:r>
    </w:p>
    <w:p>
      <w:pPr>
        <w:spacing w:before="0" w:after="120" w:line="300" w:lineRule="auto"/>
      </w:pPr>
      <w:r>
        <w:rPr>
          <w:rFonts w:ascii="Times New Roman" w:hAnsi="Times New Roman" w:eastAsia="宋体"/>
          <w:b w:val="0"/>
          <w:i w:val="0"/>
          <w:sz w:val="21"/>
        </w:rPr>
        <w:t>（A）144　　（B）216　　（C）256　　（D）384　　（E）432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ways are there to paint each of the integers 2, 3, …, 9 either red, green, or blue so that each number has a different color from each of its proper divisors?</w:t>
      </w:r>
    </w:p>
    <w:p>
      <w:pPr>
        <w:spacing w:before="0" w:after="160" w:line="300" w:lineRule="auto"/>
      </w:pPr>
      <w:r>
        <w:rPr>
          <w:rFonts w:ascii="Times New Roman" w:hAnsi="Times New Roman" w:eastAsia="宋体"/>
          <w:b w:val="0"/>
          <w:i w:val="0"/>
          <w:color w:val="333333"/>
          <w:sz w:val="19"/>
        </w:rPr>
        <w:t>(A) 144　　(B) 216　　(C) 256　　(D) 384　　(E) 432</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对某个复数 c，多项式</w:t>
      </w:r>
    </w:p>
    <w:p>
      <w:pPr>
        <w:spacing w:before="0" w:after="80" w:line="300" w:lineRule="auto"/>
        <w:jc w:val="left"/>
      </w:pPr>
      <w:r>
        <w:rPr>
          <w:rFonts w:ascii="Times New Roman" w:hAnsi="Times New Roman" w:eastAsia="宋体"/>
          <w:b w:val="0"/>
          <w:i w:val="0"/>
          <w:sz w:val="21"/>
        </w:rPr>
        <w:t>P(x) = (x² - 2x + 2)</w:t>
      </w:r>
    </w:p>
    <w:p>
      <w:pPr>
        <w:spacing w:before="0" w:after="80" w:line="300" w:lineRule="auto"/>
        <w:jc w:val="left"/>
      </w:pPr>
      <w:r>
        <w:rPr>
          <w:rFonts w:ascii="Times New Roman" w:hAnsi="Times New Roman" w:eastAsia="宋体"/>
          <w:b w:val="0"/>
          <w:i w:val="0"/>
          <w:sz w:val="21"/>
        </w:rPr>
        <w:t>· (x² - cx + 4)</w:t>
      </w:r>
    </w:p>
    <w:p>
      <w:pPr>
        <w:spacing w:before="0" w:after="80" w:line="300" w:lineRule="auto"/>
        <w:jc w:val="left"/>
      </w:pPr>
      <w:r>
        <w:rPr>
          <w:rFonts w:ascii="Times New Roman" w:hAnsi="Times New Roman" w:eastAsia="宋体"/>
          <w:b w:val="0"/>
          <w:i w:val="0"/>
          <w:sz w:val="21"/>
        </w:rPr>
        <w:t>· (x² - 4x + 8)</w:t>
      </w:r>
    </w:p>
    <w:p>
      <w:pPr>
        <w:spacing w:before="0" w:after="80" w:line="300" w:lineRule="auto"/>
        <w:jc w:val="left"/>
      </w:pPr>
      <w:r>
        <w:rPr>
          <w:rFonts w:ascii="Times New Roman" w:hAnsi="Times New Roman" w:eastAsia="宋体"/>
          <w:b w:val="0"/>
          <w:i w:val="0"/>
          <w:sz w:val="21"/>
        </w:rPr>
        <w:t>恰有 4 个不同的根。|c| 是多少？</w:t>
      </w:r>
    </w:p>
    <w:p>
      <w:pPr>
        <w:spacing w:before="0" w:after="120" w:line="300" w:lineRule="auto"/>
      </w:pPr>
      <w:r>
        <w:rPr>
          <w:rFonts w:ascii="Times New Roman" w:hAnsi="Times New Roman" w:eastAsia="宋体"/>
          <w:b w:val="0"/>
          <w:i w:val="0"/>
          <w:sz w:val="21"/>
        </w:rPr>
        <w:t>（A）2　　（B）√(6)　　（C）2√(2)　　（D）3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certain complex number c, the polynomial</w:t>
      </w:r>
    </w:p>
    <w:p>
      <w:pPr>
        <w:spacing w:before="0" w:after="80" w:line="300" w:lineRule="auto"/>
        <w:jc w:val="left"/>
      </w:pPr>
      <w:r>
        <w:rPr>
          <w:rFonts w:ascii="Times New Roman" w:hAnsi="Times New Roman" w:eastAsia="宋体"/>
          <w:b w:val="0"/>
          <w:i w:val="0"/>
          <w:color w:val="333333"/>
          <w:sz w:val="19"/>
        </w:rPr>
        <w:t>P(x) = (x² - 2x + 2)</w:t>
      </w:r>
    </w:p>
    <w:p>
      <w:pPr>
        <w:spacing w:before="0" w:after="80" w:line="300" w:lineRule="auto"/>
        <w:jc w:val="left"/>
      </w:pPr>
      <w:r>
        <w:rPr>
          <w:rFonts w:ascii="Times New Roman" w:hAnsi="Times New Roman" w:eastAsia="宋体"/>
          <w:b w:val="0"/>
          <w:i w:val="0"/>
          <w:color w:val="333333"/>
          <w:sz w:val="19"/>
        </w:rPr>
        <w:t>· (x² - cx + 4)</w:t>
      </w:r>
    </w:p>
    <w:p>
      <w:pPr>
        <w:spacing w:before="0" w:after="80" w:line="300" w:lineRule="auto"/>
        <w:jc w:val="left"/>
      </w:pPr>
      <w:r>
        <w:rPr>
          <w:rFonts w:ascii="Times New Roman" w:hAnsi="Times New Roman" w:eastAsia="宋体"/>
          <w:b w:val="0"/>
          <w:i w:val="0"/>
          <w:color w:val="333333"/>
          <w:sz w:val="19"/>
        </w:rPr>
        <w:t>· (x² - 4x + 8)</w:t>
      </w:r>
    </w:p>
    <w:p>
      <w:pPr>
        <w:spacing w:before="0" w:after="80" w:line="300" w:lineRule="auto"/>
        <w:jc w:val="left"/>
      </w:pPr>
      <w:r>
        <w:rPr>
          <w:rFonts w:ascii="Times New Roman" w:hAnsi="Times New Roman" w:eastAsia="宋体"/>
          <w:b w:val="0"/>
          <w:i w:val="0"/>
          <w:color w:val="333333"/>
          <w:sz w:val="19"/>
        </w:rPr>
        <w:t>has exactly 4 distinct roots. What is |c|?</w:t>
      </w:r>
    </w:p>
    <w:p>
      <w:pPr>
        <w:spacing w:before="0" w:after="160" w:line="300" w:lineRule="auto"/>
      </w:pPr>
      <w:r>
        <w:rPr>
          <w:rFonts w:ascii="Times New Roman" w:hAnsi="Times New Roman" w:eastAsia="宋体"/>
          <w:b w:val="0"/>
          <w:i w:val="0"/>
          <w:color w:val="333333"/>
          <w:sz w:val="19"/>
        </w:rPr>
        <w:t>(A) 2　　(B) √(6)　　(C) 2√(2)　　(D) 3　　(E) √(10)</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正实数 a 和 b 满足</w:t>
      </w:r>
    </w:p>
    <w:p>
      <w:pPr>
        <w:spacing w:before="0" w:after="80" w:line="300" w:lineRule="auto"/>
        <w:jc w:val="left"/>
      </w:pPr>
      <w:r>
        <w:rPr>
          <w:rFonts w:ascii="Times New Roman" w:hAnsi="Times New Roman" w:eastAsia="宋体"/>
          <w:b w:val="0"/>
          <w:i w:val="0"/>
          <w:sz w:val="21"/>
        </w:rPr>
        <w:t>√(log a) + √(log b)</w:t>
      </w:r>
    </w:p>
    <w:p>
      <w:pPr>
        <w:spacing w:before="0" w:after="80" w:line="300" w:lineRule="auto"/>
        <w:jc w:val="left"/>
      </w:pPr>
      <w:r>
        <w:rPr>
          <w:rFonts w:ascii="Times New Roman" w:hAnsi="Times New Roman" w:eastAsia="宋体"/>
          <w:b w:val="0"/>
          <w:i w:val="0"/>
          <w:sz w:val="21"/>
        </w:rPr>
        <w:t>+ log √(a) + log √(b) = 100</w:t>
      </w:r>
    </w:p>
    <w:p>
      <w:pPr>
        <w:spacing w:before="0" w:after="80" w:line="300" w:lineRule="auto"/>
        <w:jc w:val="left"/>
      </w:pPr>
      <w:r>
        <w:rPr>
          <w:rFonts w:ascii="Times New Roman" w:hAnsi="Times New Roman" w:eastAsia="宋体"/>
          <w:b w:val="0"/>
          <w:i w:val="0"/>
          <w:sz w:val="21"/>
        </w:rPr>
        <w:t>且左边四项都是正整数，其中 log 表示以 10 为底的对数。ab 是多少？</w:t>
      </w:r>
    </w:p>
    <w:p>
      <w:pPr>
        <w:spacing w:before="0" w:after="120" w:line="300" w:lineRule="auto"/>
      </w:pPr>
      <w:r>
        <w:rPr>
          <w:rFonts w:ascii="Times New Roman" w:hAnsi="Times New Roman" w:eastAsia="宋体"/>
          <w:b w:val="0"/>
          <w:i w:val="0"/>
          <w:sz w:val="21"/>
        </w:rPr>
        <w:t>（A）10⁵²　　（B）10¹⁰⁰　　（C）10¹⁴⁴　　（D）10¹⁶⁴　　（E）10²⁰⁰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Positive real numbers a and b have the property that</w:t>
      </w:r>
    </w:p>
    <w:p>
      <w:pPr>
        <w:spacing w:before="0" w:after="80" w:line="300" w:lineRule="auto"/>
        <w:jc w:val="left"/>
      </w:pPr>
      <w:r>
        <w:rPr>
          <w:rFonts w:ascii="Times New Roman" w:hAnsi="Times New Roman" w:eastAsia="宋体"/>
          <w:b w:val="0"/>
          <w:i w:val="0"/>
          <w:color w:val="333333"/>
          <w:sz w:val="19"/>
        </w:rPr>
        <w:t>√(log a) + √(log b)</w:t>
      </w:r>
    </w:p>
    <w:p>
      <w:pPr>
        <w:spacing w:before="0" w:after="80" w:line="300" w:lineRule="auto"/>
        <w:jc w:val="left"/>
      </w:pPr>
      <w:r>
        <w:rPr>
          <w:rFonts w:ascii="Times New Roman" w:hAnsi="Times New Roman" w:eastAsia="宋体"/>
          <w:b w:val="0"/>
          <w:i w:val="0"/>
          <w:color w:val="333333"/>
          <w:sz w:val="19"/>
        </w:rPr>
        <w:t>+ log √(a) + log √(b) = 100</w:t>
      </w:r>
    </w:p>
    <w:p>
      <w:pPr>
        <w:spacing w:before="0" w:after="80" w:line="300" w:lineRule="auto"/>
        <w:jc w:val="left"/>
      </w:pPr>
      <w:r>
        <w:rPr>
          <w:rFonts w:ascii="Times New Roman" w:hAnsi="Times New Roman" w:eastAsia="宋体"/>
          <w:b w:val="0"/>
          <w:i w:val="0"/>
          <w:color w:val="333333"/>
          <w:sz w:val="19"/>
        </w:rPr>
        <w:t>and all four terms on the left are positive integers, where log denotes the base 10 logarithm. What is ab?</w:t>
      </w:r>
    </w:p>
    <w:p>
      <w:pPr>
        <w:spacing w:before="0" w:after="160" w:line="300" w:lineRule="auto"/>
      </w:pPr>
      <w:r>
        <w:rPr>
          <w:rFonts w:ascii="Times New Roman" w:hAnsi="Times New Roman" w:eastAsia="宋体"/>
          <w:b w:val="0"/>
          <w:i w:val="0"/>
          <w:color w:val="333333"/>
          <w:sz w:val="19"/>
        </w:rPr>
        <w:t>(A) 10⁵²　　(B) 10¹⁰⁰　　(C) 10¹⁴⁴　　(D) 10¹⁶⁴　　(E) 10²⁰⁰</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数字 1，2，…，9 被随机放入一个 3 × 3 方格的 9 个格子中。每个格子放一个数，每个数恰好使用一次。每一行和每一列中的数字和都为奇数的概率是多少？</w:t>
      </w:r>
    </w:p>
    <w:p>
      <w:pPr>
        <w:spacing w:before="0" w:after="120" w:line="300" w:lineRule="auto"/>
      </w:pPr>
      <w:r>
        <w:rPr>
          <w:rFonts w:ascii="Times New Roman" w:hAnsi="Times New Roman" w:eastAsia="宋体"/>
          <w:b w:val="0"/>
          <w:i w:val="0"/>
          <w:sz w:val="21"/>
        </w:rPr>
        <w:t>（A）1/21　　（B）1/14　　（C）5/63　　（D）2/21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numbers 1, 2, …, 9 are randomly placed into the 9 squares of a 3 × 3 grid. Each square gets one number, and each of the numbers is used once. What is the probability that the sum of the numbers in each row and each column is odd?</w:t>
      </w:r>
    </w:p>
    <w:p>
      <w:pPr>
        <w:spacing w:before="0" w:after="160" w:line="300" w:lineRule="auto"/>
      </w:pPr>
      <w:r>
        <w:rPr>
          <w:rFonts w:ascii="Times New Roman" w:hAnsi="Times New Roman" w:eastAsia="宋体"/>
          <w:b w:val="0"/>
          <w:i w:val="0"/>
          <w:color w:val="333333"/>
          <w:sz w:val="19"/>
        </w:rPr>
        <w:t>(A) 1/21　　(B) 1/14　　(C) 5/63　　(D) 2/21　　(E) 1/7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sₖ 表示多项式 x³ - 5x² + 8x - 13 的所有根的 k 次幂之和。特别地，s₀ = 3、s₁ = 5，且 s₂ = 9。设 a，b 和 c 为实数，使得 sₖ₊₁ = a sₖ + b sₖ₋₁ + c sₖ₋₂ 对 k = 2，3，… 成立。a + b + c 是多少？</w:t>
      </w:r>
    </w:p>
    <w:p>
      <w:pPr>
        <w:spacing w:before="0" w:after="120" w:line="300" w:lineRule="auto"/>
      </w:pPr>
      <w:r>
        <w:rPr>
          <w:rFonts w:ascii="Times New Roman" w:hAnsi="Times New Roman" w:eastAsia="宋体"/>
          <w:b w:val="0"/>
          <w:i w:val="0"/>
          <w:sz w:val="21"/>
        </w:rPr>
        <w:t>（A）-6　　（B）0　　（C）6　　（D）10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sₖ denote the sum of the kth powers of the roots of the polynomial x³ - 5x² + 8x - 13. In particular, s₀ = 3, s₁ = 5, and s₂ = 9. Let a, b, and c be real numbers such that sₖ₊₁ = a sₖ + b sₖ₋₁ + c sₖ₋₂ for k = 2, 3, …. What is a + b + c?</w:t>
      </w:r>
    </w:p>
    <w:p>
      <w:pPr>
        <w:spacing w:before="0" w:after="160" w:line="300" w:lineRule="auto"/>
      </w:pPr>
      <w:r>
        <w:rPr>
          <w:rFonts w:ascii="Times New Roman" w:hAnsi="Times New Roman" w:eastAsia="宋体"/>
          <w:b w:val="0"/>
          <w:i w:val="0"/>
          <w:color w:val="333333"/>
          <w:sz w:val="19"/>
        </w:rPr>
        <w:t>(A) -6　　(B) 0　　(C) 6　　(D) 10　　(E) 26</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有一个以 O 为球心、半径为 6 的球。一个三边长分别为 15，15 和 24 的三角形位于空间中，它的每条边都与该球相切。求 O 到这个三角形所在平面的距离。</w:t>
      </w:r>
    </w:p>
    <w:p>
      <w:pPr>
        <w:spacing w:before="0" w:after="120" w:line="300" w:lineRule="auto"/>
      </w:pPr>
      <w:r>
        <w:rPr>
          <w:rFonts w:ascii="Times New Roman" w:hAnsi="Times New Roman" w:eastAsia="宋体"/>
          <w:b w:val="0"/>
          <w:i w:val="0"/>
          <w:sz w:val="21"/>
        </w:rPr>
        <w:t>（A）2√(3)　　（B）4　　（C）3√(2)　　（D）2√(5)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sphere with center O has radius 6. A triangle with sides of length 15, 15, and 24 is situated in space so that each of its sides is tangent to the sphere. What is the distance between O and the plane determined by the triangle?</w:t>
      </w:r>
    </w:p>
    <w:p>
      <w:pPr>
        <w:spacing w:before="0" w:after="160" w:line="300" w:lineRule="auto"/>
      </w:pPr>
      <w:r>
        <w:rPr>
          <w:rFonts w:ascii="Times New Roman" w:hAnsi="Times New Roman" w:eastAsia="宋体"/>
          <w:b w:val="0"/>
          <w:i w:val="0"/>
          <w:color w:val="333333"/>
          <w:sz w:val="19"/>
        </w:rPr>
        <w:t>(A) 2√(3)　　(B) 4　　(C) 3√(2)　　(D) 2√(5)　　(E) 5</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在边长均为整数的 △ ABC 中，</w:t>
      </w:r>
    </w:p>
    <w:p>
      <w:pPr>
        <w:spacing w:before="0" w:after="80" w:line="300" w:lineRule="auto"/>
        <w:jc w:val="left"/>
      </w:pPr>
      <w:r>
        <w:rPr>
          <w:rFonts w:ascii="Times New Roman" w:hAnsi="Times New Roman" w:eastAsia="宋体"/>
          <w:b w:val="0"/>
          <w:i w:val="0"/>
          <w:sz w:val="21"/>
        </w:rPr>
        <w:t>cos A = 11/16,</w:t>
      </w:r>
    </w:p>
    <w:p>
      <w:pPr>
        <w:spacing w:before="0" w:after="80" w:line="300" w:lineRule="auto"/>
        <w:jc w:val="left"/>
      </w:pPr>
      <w:r>
        <w:rPr>
          <w:rFonts w:ascii="Times New Roman" w:hAnsi="Times New Roman" w:eastAsia="宋体"/>
          <w:b w:val="0"/>
          <w:i w:val="0"/>
          <w:sz w:val="21"/>
        </w:rPr>
        <w:t>cos B = 7/8,</w:t>
      </w:r>
    </w:p>
    <w:p>
      <w:pPr>
        <w:spacing w:before="0" w:after="80" w:line="300" w:lineRule="auto"/>
        <w:jc w:val="left"/>
      </w:pPr>
      <w:r>
        <w:rPr>
          <w:rFonts w:ascii="Times New Roman" w:hAnsi="Times New Roman" w:eastAsia="宋体"/>
          <w:b w:val="0"/>
          <w:i w:val="0"/>
          <w:sz w:val="21"/>
        </w:rPr>
        <w:t>cos C = -1/4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 ABC 的最小可能周长是多少？</w:t>
      </w:r>
    </w:p>
    <w:p>
      <w:pPr>
        <w:spacing w:before="0" w:after="120" w:line="300" w:lineRule="auto"/>
      </w:pPr>
      <w:r>
        <w:rPr>
          <w:rFonts w:ascii="Times New Roman" w:hAnsi="Times New Roman" w:eastAsia="宋体"/>
          <w:b w:val="0"/>
          <w:i w:val="0"/>
          <w:sz w:val="21"/>
        </w:rPr>
        <w:t>（A）9　　（B）12　　（C）23　　（D）27　　（E）44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with integer side lengths,</w:t>
      </w:r>
    </w:p>
    <w:p>
      <w:pPr>
        <w:spacing w:before="0" w:after="80" w:line="300" w:lineRule="auto"/>
        <w:jc w:val="left"/>
      </w:pPr>
      <w:r>
        <w:rPr>
          <w:rFonts w:ascii="Times New Roman" w:hAnsi="Times New Roman" w:eastAsia="宋体"/>
          <w:b w:val="0"/>
          <w:i w:val="0"/>
          <w:color w:val="333333"/>
          <w:sz w:val="19"/>
        </w:rPr>
        <w:t>cos A = 11/16,</w:t>
      </w:r>
    </w:p>
    <w:p>
      <w:pPr>
        <w:spacing w:before="0" w:after="80" w:line="300" w:lineRule="auto"/>
        <w:jc w:val="left"/>
      </w:pPr>
      <w:r>
        <w:rPr>
          <w:rFonts w:ascii="Times New Roman" w:hAnsi="Times New Roman" w:eastAsia="宋体"/>
          <w:b w:val="0"/>
          <w:i w:val="0"/>
          <w:color w:val="333333"/>
          <w:sz w:val="19"/>
        </w:rPr>
        <w:t>cos B = 7/8,</w:t>
      </w:r>
    </w:p>
    <w:p>
      <w:pPr>
        <w:spacing w:before="0" w:after="80" w:line="300" w:lineRule="auto"/>
        <w:jc w:val="left"/>
      </w:pPr>
      <w:r>
        <w:rPr>
          <w:rFonts w:ascii="Times New Roman" w:hAnsi="Times New Roman" w:eastAsia="宋体"/>
          <w:b w:val="0"/>
          <w:i w:val="0"/>
          <w:color w:val="333333"/>
          <w:sz w:val="19"/>
        </w:rPr>
        <w:t>cos C = -1/4.</w:t>
      </w:r>
    </w:p>
    <w:p>
      <w:pPr>
        <w:spacing w:before="0" w:after="80" w:line="300" w:lineRule="auto"/>
        <w:jc w:val="left"/>
      </w:pPr>
      <w:r>
        <w:rPr>
          <w:rFonts w:ascii="Times New Roman" w:hAnsi="Times New Roman" w:eastAsia="宋体"/>
          <w:b w:val="0"/>
          <w:i w:val="0"/>
          <w:color w:val="333333"/>
          <w:sz w:val="19"/>
        </w:rPr>
        <w:t>What is the least possible perimeter for △ ABC?</w:t>
      </w:r>
    </w:p>
    <w:p>
      <w:pPr>
        <w:spacing w:before="0" w:after="160" w:line="300" w:lineRule="auto"/>
      </w:pPr>
      <w:r>
        <w:rPr>
          <w:rFonts w:ascii="Times New Roman" w:hAnsi="Times New Roman" w:eastAsia="宋体"/>
          <w:b w:val="0"/>
          <w:i w:val="0"/>
          <w:color w:val="333333"/>
          <w:sz w:val="19"/>
        </w:rPr>
        <w:t>(A) 9　　(B) 12　　(C) 23　　(D) 27　　(E) 44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按如下方式从 0 到 1 之间（含端点）选择一个实数。先抛一枚公平硬币。如果正面朝上，则再抛一次；第二次若正面朝上就选 0，若反面朝上就选 1。如果第一次抛硬币反面朝上，则从闭区间 [0, 1] 中均匀随机选一个数。独立地用这种方式选出两个随机数 x 和 y。求 |x - y| &gt; 1/2 的概率。</w:t>
      </w:r>
    </w:p>
    <w:p>
      <w:pPr>
        <w:spacing w:before="0" w:after="120" w:line="300" w:lineRule="auto"/>
      </w:pPr>
      <w:r>
        <w:rPr>
          <w:rFonts w:ascii="Times New Roman" w:hAnsi="Times New Roman" w:eastAsia="宋体"/>
          <w:b w:val="0"/>
          <w:i w:val="0"/>
          <w:sz w:val="21"/>
        </w:rPr>
        <w:t>（A）1/3　　（B）7/16　　（C）1/2　　（D）9/16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Real numbers between 0 and 1, inclusive, are chosen in the following manner. A fair coin is flipped. If it lands heads, then it is flipped again and the chosen number is 0 if the second flip is heads and 1 if the second flip is tails. On the other hand, if the first coin flip is tails, then the number is chosen uniformly at random from the closed interval [0, 1]. Two random numbers x and y are chosen independently in this manner. What is the probability that |x - y| &gt; 1/2?</w:t>
      </w:r>
    </w:p>
    <w:p>
      <w:pPr>
        <w:spacing w:before="0" w:after="160" w:line="300" w:lineRule="auto"/>
      </w:pPr>
      <w:r>
        <w:rPr>
          <w:rFonts w:ascii="Times New Roman" w:hAnsi="Times New Roman" w:eastAsia="宋体"/>
          <w:b w:val="0"/>
          <w:i w:val="0"/>
          <w:color w:val="333333"/>
          <w:sz w:val="19"/>
        </w:rPr>
        <w:t>(A) 1/3　　(B) 7/16　　(C) 1/2　　(D) 9/16　　(E) 2/3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设</w:t>
      </w:r>
    </w:p>
    <w:p>
      <w:pPr>
        <w:spacing w:before="0" w:after="80" w:line="300" w:lineRule="auto"/>
        <w:jc w:val="left"/>
      </w:pPr>
      <w:r>
        <w:rPr>
          <w:rFonts w:ascii="Times New Roman" w:hAnsi="Times New Roman" w:eastAsia="宋体"/>
          <w:b w:val="0"/>
          <w:i w:val="0"/>
          <w:sz w:val="21"/>
        </w:rPr>
        <w:t>z = (1 + i)/(√(2))。</w:t>
      </w:r>
    </w:p>
    <w:p>
      <w:pPr>
        <w:spacing w:before="0" w:after="80" w:line="300" w:lineRule="auto"/>
        <w:jc w:val="left"/>
      </w:pPr>
      <w:r>
        <w:rPr>
          <w:rFonts w:ascii="Times New Roman" w:hAnsi="Times New Roman" w:eastAsia="宋体"/>
          <w:b w:val="0"/>
          <w:i w:val="0"/>
          <w:sz w:val="21"/>
        </w:rPr>
        <w:t>求</w:t>
      </w:r>
    </w:p>
    <w:p>
      <w:pPr>
        <w:spacing w:before="0" w:after="80" w:line="300" w:lineRule="auto"/>
        <w:jc w:val="left"/>
      </w:pPr>
      <w:r>
        <w:rPr>
          <w:rFonts w:ascii="Times New Roman" w:hAnsi="Times New Roman" w:eastAsia="宋体"/>
          <w:b w:val="0"/>
          <w:i w:val="0"/>
          <w:sz w:val="21"/>
        </w:rPr>
        <w:t>(z^(1²) + z^(2²) + z^(3²) + ⋯ + z^(12²))</w:t>
      </w:r>
    </w:p>
    <w:p>
      <w:pPr>
        <w:spacing w:before="0" w:after="80" w:line="300" w:lineRule="auto"/>
        <w:jc w:val="left"/>
      </w:pPr>
      <w:r>
        <w:rPr>
          <w:rFonts w:ascii="Times New Roman" w:hAnsi="Times New Roman" w:eastAsia="宋体"/>
          <w:b w:val="0"/>
          <w:i w:val="0"/>
          <w:sz w:val="21"/>
        </w:rPr>
        <w:t>· scriptsize (1/(z^(1²)) + 1/(z^(2²)) + 1/(z^(3²)) + ⋯ + 1/(z^(12²)))？</w:t>
      </w:r>
    </w:p>
    <w:p>
      <w:pPr>
        <w:spacing w:before="0" w:after="120" w:line="300" w:lineRule="auto"/>
      </w:pPr>
      <w:r>
        <w:rPr>
          <w:rFonts w:ascii="Times New Roman" w:hAnsi="Times New Roman" w:eastAsia="宋体"/>
          <w:b w:val="0"/>
          <w:i w:val="0"/>
          <w:sz w:val="21"/>
        </w:rPr>
        <w:t>（A）18　　（B）72 - 36√(2)　　（C）36　　（D）72　　（E）72 + 36√(2)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z = (1 + i)/(√(2)).</w:t>
      </w:r>
    </w:p>
    <w:p>
      <w:pPr>
        <w:spacing w:before="0" w:after="80" w:line="300" w:lineRule="auto"/>
        <w:jc w:val="left"/>
      </w:pPr>
      <w:r>
        <w:rPr>
          <w:rFonts w:ascii="Times New Roman" w:hAnsi="Times New Roman" w:eastAsia="宋体"/>
          <w:b w:val="0"/>
          <w:i w:val="0"/>
          <w:color w:val="333333"/>
          <w:sz w:val="19"/>
        </w:rPr>
        <w:t>What is</w:t>
      </w:r>
    </w:p>
    <w:p>
      <w:pPr>
        <w:spacing w:before="0" w:after="80" w:line="300" w:lineRule="auto"/>
        <w:jc w:val="left"/>
      </w:pPr>
      <w:r>
        <w:rPr>
          <w:rFonts w:ascii="Times New Roman" w:hAnsi="Times New Roman" w:eastAsia="宋体"/>
          <w:b w:val="0"/>
          <w:i w:val="0"/>
          <w:color w:val="333333"/>
          <w:sz w:val="19"/>
        </w:rPr>
        <w:t>(z^(1²) + z^(2²) + z^(3²) + ⋯ + z^(12²))</w:t>
      </w:r>
    </w:p>
    <w:p>
      <w:pPr>
        <w:spacing w:before="0" w:after="80" w:line="300" w:lineRule="auto"/>
        <w:jc w:val="left"/>
      </w:pPr>
      <w:r>
        <w:rPr>
          <w:rFonts w:ascii="Times New Roman" w:hAnsi="Times New Roman" w:eastAsia="宋体"/>
          <w:b w:val="0"/>
          <w:i w:val="0"/>
          <w:color w:val="333333"/>
          <w:sz w:val="19"/>
        </w:rPr>
        <w:t>· scriptsize (1/(z^(1²)) + 1/(z^(2²)) + 1/(z^(3²)) + ⋯ + 1/(z^(12²)))?</w:t>
      </w:r>
    </w:p>
    <w:p>
      <w:pPr>
        <w:spacing w:before="0" w:after="160" w:line="300" w:lineRule="auto"/>
      </w:pPr>
      <w:r>
        <w:rPr>
          <w:rFonts w:ascii="Times New Roman" w:hAnsi="Times New Roman" w:eastAsia="宋体"/>
          <w:b w:val="0"/>
          <w:i w:val="0"/>
          <w:color w:val="333333"/>
          <w:sz w:val="19"/>
        </w:rPr>
        <w:t>(A) 18　　(B) 72 - 36√(2)　　(C) 36　　(D) 72　　(E) 72 + 36√(2)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圆 ω 和 γ 都以 O 为圆心，半径分别为 20 和 17。等边三角形 ABC 的内部位于 ω 的内部但位于 γ 的外部，顶点 A 在 ω 上，且包含边 BC 的直线与 γ 相切。线段 AO 与 BC 交于 P，且 BP/CP = 3。若 AB 可写成 m/(√(n)) - p/(√(q)) 的形式，其中 m，n，p，q 为正整数，且 gcd(m, n) = gcd(p, q) = 1，求 m + n + p + q。</w:t>
      </w:r>
    </w:p>
    <w:p>
      <w:pPr>
        <w:spacing w:before="0" w:after="120" w:line="300" w:lineRule="auto"/>
      </w:pPr>
      <w:r>
        <w:rPr>
          <w:rFonts w:ascii="Times New Roman" w:hAnsi="Times New Roman" w:eastAsia="宋体"/>
          <w:b w:val="0"/>
          <w:i w:val="0"/>
          <w:sz w:val="21"/>
        </w:rPr>
        <w:t>（A）42　　（B）86　　（C）92　　（D）114　　（E）130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ω and γ, both centered at O, have radii 20 and 17, respectively. Equilateral triangle ABC, whose interior lies in the interior of ω but in the exterior of γ, has vertex A on ω, and the line containing side BC is tangent to γ. Segments AO and BC intersect at P, and BP/CP = 3. Then AB can be written in the form m/(√(n)) - p/(√(q)) for positive integers m, n, p, q with gcd(m, n) = gcd(p, q) = 1. What is m + n + p + q?</w:t>
      </w:r>
    </w:p>
    <w:p>
      <w:pPr>
        <w:spacing w:before="0" w:after="160" w:line="300" w:lineRule="auto"/>
      </w:pPr>
      <w:r>
        <w:rPr>
          <w:rFonts w:ascii="Times New Roman" w:hAnsi="Times New Roman" w:eastAsia="宋体"/>
          <w:b w:val="0"/>
          <w:i w:val="0"/>
          <w:color w:val="333333"/>
          <w:sz w:val="19"/>
        </w:rPr>
        <w:t>(A) 42　　(B) 86　　(C) 92　　(D) 114　　(E) 130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定义二元运算 diamondsuit 和 heartsuit 如下：</w:t>
      </w:r>
    </w:p>
    <w:p>
      <w:pPr>
        <w:spacing w:before="0" w:after="80" w:line="300" w:lineRule="auto"/>
        <w:jc w:val="left"/>
      </w:pPr>
      <w:r>
        <w:rPr>
          <w:rFonts w:ascii="Times New Roman" w:hAnsi="Times New Roman" w:eastAsia="宋体"/>
          <w:b w:val="0"/>
          <w:i w:val="0"/>
          <w:sz w:val="21"/>
        </w:rPr>
        <w:t>a diamondsuit b = a^(log₇(b))</w:t>
      </w:r>
    </w:p>
    <w:p>
      <w:pPr>
        <w:spacing w:before="0" w:after="80" w:line="300" w:lineRule="auto"/>
        <w:jc w:val="left"/>
      </w:pPr>
      <w:r>
        <w:rPr>
          <w:rFonts w:ascii="Times New Roman" w:hAnsi="Times New Roman" w:eastAsia="宋体"/>
          <w:b w:val="0"/>
          <w:i w:val="0"/>
          <w:sz w:val="21"/>
        </w:rPr>
        <w:t>和</w:t>
      </w:r>
    </w:p>
    <w:p>
      <w:pPr>
        <w:spacing w:before="0" w:after="80" w:line="300" w:lineRule="auto"/>
        <w:jc w:val="left"/>
      </w:pPr>
      <w:r>
        <w:rPr>
          <w:rFonts w:ascii="Times New Roman" w:hAnsi="Times New Roman" w:eastAsia="宋体"/>
          <w:b w:val="0"/>
          <w:i w:val="0"/>
          <w:sz w:val="21"/>
        </w:rPr>
        <w:t>a heartsuit b = a^(1/(log₇(b)))</w:t>
      </w:r>
    </w:p>
    <w:p>
      <w:pPr>
        <w:spacing w:before="0" w:after="80" w:line="300" w:lineRule="auto"/>
        <w:jc w:val="left"/>
      </w:pPr>
      <w:r>
        <w:rPr>
          <w:rFonts w:ascii="Times New Roman" w:hAnsi="Times New Roman" w:eastAsia="宋体"/>
          <w:b w:val="0"/>
          <w:i w:val="0"/>
          <w:sz w:val="21"/>
        </w:rPr>
        <w:t>对所有使这些表达式有定义的实数 a 和 b 成立。数列 (aₙ) 递归定义为 a₃ = 3 heartsuit 2，且</w:t>
      </w:r>
    </w:p>
    <w:p>
      <w:pPr>
        <w:spacing w:before="0" w:after="80" w:line="300" w:lineRule="auto"/>
        <w:jc w:val="left"/>
      </w:pPr>
      <w:r>
        <w:rPr>
          <w:rFonts w:ascii="Times New Roman" w:hAnsi="Times New Roman" w:eastAsia="宋体"/>
          <w:b w:val="0"/>
          <w:i w:val="0"/>
          <w:sz w:val="21"/>
        </w:rPr>
        <w:t>aₙ = (n heartsuit (n - 1)) diamondsuit aₙ₋₁</w:t>
      </w:r>
    </w:p>
    <w:p>
      <w:pPr>
        <w:spacing w:before="0" w:after="80" w:line="300" w:lineRule="auto"/>
        <w:jc w:val="left"/>
      </w:pPr>
      <w:r>
        <w:rPr>
          <w:rFonts w:ascii="Times New Roman" w:hAnsi="Times New Roman" w:eastAsia="宋体"/>
          <w:b w:val="0"/>
          <w:i w:val="0"/>
          <w:sz w:val="21"/>
        </w:rPr>
        <w:t>对所有整数 n ≥ 4 成立。最接近 log₇(a₂₀₁₉) 的整数是多少？</w:t>
      </w:r>
    </w:p>
    <w:p>
      <w:pPr>
        <w:spacing w:before="0" w:after="120" w:line="300" w:lineRule="auto"/>
      </w:pPr>
      <w:r>
        <w:rPr>
          <w:rFonts w:ascii="Times New Roman" w:hAnsi="Times New Roman" w:eastAsia="宋体"/>
          <w:b w:val="0"/>
          <w:i w:val="0"/>
          <w:sz w:val="21"/>
        </w:rPr>
        <w:t>（A）8　　（B）9　　（C）10　　（D）11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binary operations diamondsuit and heartsuit by</w:t>
      </w:r>
    </w:p>
    <w:p>
      <w:pPr>
        <w:spacing w:before="0" w:after="80" w:line="300" w:lineRule="auto"/>
        <w:jc w:val="left"/>
      </w:pPr>
      <w:r>
        <w:rPr>
          <w:rFonts w:ascii="Times New Roman" w:hAnsi="Times New Roman" w:eastAsia="宋体"/>
          <w:b w:val="0"/>
          <w:i w:val="0"/>
          <w:color w:val="333333"/>
          <w:sz w:val="19"/>
        </w:rPr>
        <w:t>a diamondsuit b = a^(log₇(b))</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a heartsuit b = a^(1/(log₇(b)))</w:t>
      </w:r>
    </w:p>
    <w:p>
      <w:pPr>
        <w:spacing w:before="0" w:after="80" w:line="300" w:lineRule="auto"/>
        <w:jc w:val="left"/>
      </w:pPr>
      <w:r>
        <w:rPr>
          <w:rFonts w:ascii="Times New Roman" w:hAnsi="Times New Roman" w:eastAsia="宋体"/>
          <w:b w:val="0"/>
          <w:i w:val="0"/>
          <w:color w:val="333333"/>
          <w:sz w:val="19"/>
        </w:rPr>
        <w:t>for all real numbers a and b for which these expressions are defined. The sequence (aₙ) is defined recursively by a₃ = 3 heartsuit 2 and</w:t>
      </w:r>
    </w:p>
    <w:p>
      <w:pPr>
        <w:spacing w:before="0" w:after="80" w:line="300" w:lineRule="auto"/>
        <w:jc w:val="left"/>
      </w:pPr>
      <w:r>
        <w:rPr>
          <w:rFonts w:ascii="Times New Roman" w:hAnsi="Times New Roman" w:eastAsia="宋体"/>
          <w:b w:val="0"/>
          <w:i w:val="0"/>
          <w:color w:val="333333"/>
          <w:sz w:val="19"/>
        </w:rPr>
        <w:t>aₙ = (n heartsuit (n - 1)) diamondsuit aₙ₋₁</w:t>
      </w:r>
    </w:p>
    <w:p>
      <w:pPr>
        <w:spacing w:before="0" w:after="80" w:line="300" w:lineRule="auto"/>
        <w:jc w:val="left"/>
      </w:pPr>
      <w:r>
        <w:rPr>
          <w:rFonts w:ascii="Times New Roman" w:hAnsi="Times New Roman" w:eastAsia="宋体"/>
          <w:b w:val="0"/>
          <w:i w:val="0"/>
          <w:color w:val="333333"/>
          <w:sz w:val="19"/>
        </w:rPr>
        <w:t>for all integers n ≥ 4. To the nearest integer, what is log₇(a₂₀₁₉)?</w:t>
      </w:r>
    </w:p>
    <w:p>
      <w:pPr>
        <w:spacing w:before="0" w:after="160" w:line="300" w:lineRule="auto"/>
      </w:pPr>
      <w:r>
        <w:rPr>
          <w:rFonts w:ascii="Times New Roman" w:hAnsi="Times New Roman" w:eastAsia="宋体"/>
          <w:b w:val="0"/>
          <w:i w:val="0"/>
          <w:color w:val="333333"/>
          <w:sz w:val="19"/>
        </w:rPr>
        <w:t>(A) 8　　(B) 9　　(C) 10　　(D) 11　　(E) 12</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在 1 到 50 之间（含端点），有多少个整数 n 使得</w:t>
      </w:r>
    </w:p>
    <w:p>
      <w:pPr>
        <w:spacing w:before="0" w:after="80" w:line="300" w:lineRule="auto"/>
        <w:jc w:val="left"/>
      </w:pPr>
      <w:r>
        <w:rPr>
          <w:rFonts w:ascii="Times New Roman" w:hAnsi="Times New Roman" w:eastAsia="宋体"/>
          <w:b w:val="0"/>
          <w:i w:val="0"/>
          <w:sz w:val="21"/>
        </w:rPr>
        <w:t>((n² - 1)!)/((n!)ⁿ)</w:t>
      </w:r>
    </w:p>
    <w:p>
      <w:pPr>
        <w:spacing w:before="0" w:after="80" w:line="300" w:lineRule="auto"/>
        <w:jc w:val="left"/>
      </w:pPr>
      <w:r>
        <w:rPr>
          <w:rFonts w:ascii="Times New Roman" w:hAnsi="Times New Roman" w:eastAsia="宋体"/>
          <w:b w:val="0"/>
          <w:i w:val="0"/>
          <w:sz w:val="21"/>
        </w:rPr>
        <w:t>是整数？（规定 0! = 1。）</w:t>
      </w:r>
    </w:p>
    <w:p>
      <w:pPr>
        <w:spacing w:before="0" w:after="120" w:line="300" w:lineRule="auto"/>
      </w:pPr>
      <w:r>
        <w:rPr>
          <w:rFonts w:ascii="Times New Roman" w:hAnsi="Times New Roman" w:eastAsia="宋体"/>
          <w:b w:val="0"/>
          <w:i w:val="0"/>
          <w:sz w:val="21"/>
        </w:rPr>
        <w:t>（A）31　　（B）32　　（C）33　　（D）34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integers n between 1 and 50, inclusive, is</w:t>
      </w:r>
    </w:p>
    <w:p>
      <w:pPr>
        <w:spacing w:before="0" w:after="80" w:line="300" w:lineRule="auto"/>
        <w:jc w:val="left"/>
      </w:pPr>
      <w:r>
        <w:rPr>
          <w:rFonts w:ascii="Times New Roman" w:hAnsi="Times New Roman" w:eastAsia="宋体"/>
          <w:b w:val="0"/>
          <w:i w:val="0"/>
          <w:color w:val="333333"/>
          <w:sz w:val="19"/>
        </w:rPr>
        <w:t>((n² - 1)!)/((n!)ⁿ)</w:t>
      </w:r>
    </w:p>
    <w:p>
      <w:pPr>
        <w:spacing w:before="0" w:after="80" w:line="300" w:lineRule="auto"/>
        <w:jc w:val="left"/>
      </w:pPr>
      <w:r>
        <w:rPr>
          <w:rFonts w:ascii="Times New Roman" w:hAnsi="Times New Roman" w:eastAsia="宋体"/>
          <w:b w:val="0"/>
          <w:i w:val="0"/>
          <w:color w:val="333333"/>
          <w:sz w:val="19"/>
        </w:rPr>
        <w:t>an integer? (Recall that 0! = 1.)</w:t>
      </w:r>
    </w:p>
    <w:p>
      <w:pPr>
        <w:spacing w:before="0" w:after="160" w:line="300" w:lineRule="auto"/>
      </w:pPr>
      <w:r>
        <w:rPr>
          <w:rFonts w:ascii="Times New Roman" w:hAnsi="Times New Roman" w:eastAsia="宋体"/>
          <w:b w:val="0"/>
          <w:i w:val="0"/>
          <w:color w:val="333333"/>
          <w:sz w:val="19"/>
        </w:rPr>
        <w:t>(A) 31　　(B) 32　　(C) 33　　(D) 34　　(E) 35</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 A₀ B₀ C₀ 是一个三角形，其角度恰为 59.999°，60°，和 60.001°。对每个正整数 n，定义 Aₙ 为从 Aₙ₋₁ 到直线 Bₙ₋₁Cₙ₋₁ 的高的垂足。同样，定义 Bₙ 为从 Bₙ₋₁ 到直线 Aₙ₋₁Cₙ₋₁ 的高的垂足，定义 Cₙ 为从 Cₙ₋₁ 到直线 Aₙ₋₁Bₙ₋₁ 的高的垂足。使 △ Aₙ Bₙ Cₙ 成为钝角三角形的最小正整数 n 是多少？</w:t>
      </w:r>
    </w:p>
    <w:p>
      <w:pPr>
        <w:spacing w:before="0" w:after="120" w:line="300" w:lineRule="auto"/>
      </w:pPr>
      <w:r>
        <w:rPr>
          <w:rFonts w:ascii="Times New Roman" w:hAnsi="Times New Roman" w:eastAsia="宋体"/>
          <w:b w:val="0"/>
          <w:i w:val="0"/>
          <w:sz w:val="21"/>
        </w:rPr>
        <w:t>（A）10　　（B）11　　（C）13　　（D）14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 A₀ B₀ C₀ be a triangle whose angle measures are exactly 59.999°, 60°, and 60.001°. For each positive integer n define Aₙ to be the foot of the altitude from Aₙ₋₁ to line Bₙ₋₁Cₙ₋₁. Likewise, define Bₙ to be the foot of the altitude from Bₙ₋₁ to line Aₙ₋₁Cₙ₋₁, and Cₙ to be the foot of the altitude from Cₙ₋₁ to line Aₙ₋₁Bₙ₋₁. What is the least positive integer n for which △ Aₙ Bₙ Cₙ is obtuse?</w:t>
      </w:r>
    </w:p>
    <w:p>
      <w:pPr>
        <w:spacing w:before="0" w:after="160" w:line="300" w:lineRule="auto"/>
      </w:pPr>
      <w:r>
        <w:rPr>
          <w:rFonts w:ascii="Times New Roman" w:hAnsi="Times New Roman" w:eastAsia="宋体"/>
          <w:b w:val="0"/>
          <w:i w:val="0"/>
          <w:color w:val="333333"/>
          <w:sz w:val="19"/>
        </w:rPr>
        <w:t>(A) 10　　(B) 11　　(C) 13　　(D) 14　　(E) 15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D　B　D　C　C　E　D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D　B　E　E　D　B　D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A　B　C　E　D　D　E</w:t>
      </w:r>
    </w:p>
    <w:p>
      <w:pPr>
        <w:spacing w:before="0" w:after="200" w:line="300" w:lineRule="auto"/>
      </w:pPr>
      <w:r>
        <w:rPr>
          <w:rFonts w:ascii="Times New Roman" w:hAnsi="Times New Roman" w:eastAsia="宋体"/>
          <w:b w:val="0"/>
          <w:i w:val="0"/>
          <w:color w:val="666666"/>
          <w:sz w:val="18"/>
        </w:rPr>
        <w:t>答案串：EDBDCCEDEADBEEDBDDABCEDDE</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圆面积与半径的平方成正比，所以较大面积与较小面积的比为 16/9。</w:t>
      </w:r>
    </w:p>
    <w:p>
      <w:pPr>
        <w:spacing w:before="0" w:after="80" w:line="300" w:lineRule="auto"/>
        <w:jc w:val="left"/>
      </w:pPr>
      <w:r>
        <w:rPr>
          <w:rFonts w:ascii="Times New Roman" w:hAnsi="Times New Roman" w:eastAsia="宋体"/>
          <w:b w:val="0"/>
          <w:i w:val="0"/>
          <w:sz w:val="21"/>
        </w:rPr>
        <w:t>百分比增幅为</w:t>
      </w:r>
    </w:p>
    <w:p>
      <w:pPr>
        <w:spacing w:before="0" w:after="80" w:line="300" w:lineRule="auto"/>
        <w:jc w:val="left"/>
      </w:pPr>
      <w:r>
        <w:rPr>
          <w:rFonts w:ascii="Times New Roman" w:hAnsi="Times New Roman" w:eastAsia="宋体"/>
          <w:b w:val="0"/>
          <w:i w:val="0"/>
          <w:sz w:val="21"/>
        </w:rPr>
        <w:t>(16/9 - 1) × 100 = 700/9 ≈ 77.8。</w:t>
      </w:r>
    </w:p>
    <w:p>
      <w:pPr>
        <w:spacing w:before="0" w:after="80" w:line="300" w:lineRule="auto"/>
        <w:jc w:val="left"/>
      </w:pPr>
      <w:r>
        <w:rPr>
          <w:rFonts w:ascii="Times New Roman" w:hAnsi="Times New Roman" w:eastAsia="宋体"/>
          <w:b w:val="0"/>
          <w:i w:val="0"/>
          <w:sz w:val="21"/>
        </w:rPr>
        <w:t>最接近的整数是 78。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areas are proportional to the squares of the radii, so the ratio of the larger area to the smaller is 16/9.</w:t>
      </w:r>
    </w:p>
    <w:p>
      <w:pPr>
        <w:spacing w:before="0" w:after="80" w:line="300" w:lineRule="auto"/>
        <w:jc w:val="left"/>
      </w:pPr>
      <w:r>
        <w:rPr>
          <w:rFonts w:ascii="Times New Roman" w:hAnsi="Times New Roman" w:eastAsia="宋体"/>
          <w:b w:val="0"/>
          <w:i w:val="0"/>
          <w:color w:val="333333"/>
          <w:sz w:val="19"/>
        </w:rPr>
        <w:t>The percent increase is</w:t>
      </w:r>
    </w:p>
    <w:p>
      <w:pPr>
        <w:spacing w:before="0" w:after="80" w:line="300" w:lineRule="auto"/>
        <w:jc w:val="left"/>
      </w:pPr>
      <w:r>
        <w:rPr>
          <w:rFonts w:ascii="Times New Roman" w:hAnsi="Times New Roman" w:eastAsia="宋体"/>
          <w:b w:val="0"/>
          <w:i w:val="0"/>
          <w:color w:val="333333"/>
          <w:sz w:val="19"/>
        </w:rPr>
        <w:t>(16/9 - 1) × 100 = 700/9 ≈ 77.8.</w:t>
      </w:r>
    </w:p>
    <w:p>
      <w:pPr>
        <w:spacing w:before="0" w:after="80" w:line="300" w:lineRule="auto"/>
        <w:jc w:val="left"/>
      </w:pPr>
      <w:r>
        <w:rPr>
          <w:rFonts w:ascii="Times New Roman" w:hAnsi="Times New Roman" w:eastAsia="宋体"/>
          <w:b w:val="0"/>
          <w:i w:val="0"/>
          <w:color w:val="333333"/>
          <w:sz w:val="19"/>
        </w:rPr>
        <w:t>The closest integer is 78.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因为 a = 1.5b，所以</w:t>
      </w:r>
    </w:p>
    <w:p>
      <w:pPr>
        <w:spacing w:before="0" w:after="80" w:line="300" w:lineRule="auto"/>
        <w:jc w:val="left"/>
      </w:pPr>
      <w:r>
        <w:rPr>
          <w:rFonts w:ascii="Times New Roman" w:hAnsi="Times New Roman" w:eastAsia="宋体"/>
          <w:b w:val="0"/>
          <w:i w:val="0"/>
          <w:sz w:val="21"/>
        </w:rPr>
        <w:t>3b/a = 3b/1.5b = 2。</w:t>
      </w:r>
    </w:p>
    <w:p>
      <w:pPr>
        <w:spacing w:before="0" w:after="80" w:line="300" w:lineRule="auto"/>
        <w:jc w:val="left"/>
      </w:pPr>
      <w:r>
        <w:rPr>
          <w:rFonts w:ascii="Times New Roman" w:hAnsi="Times New Roman" w:eastAsia="宋体"/>
          <w:b w:val="0"/>
          <w:i w:val="0"/>
          <w:sz w:val="21"/>
        </w:rPr>
        <w:t>化成百分数，3b 是 a 的 200%。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 = 1.5b, we have</w:t>
      </w:r>
    </w:p>
    <w:p>
      <w:pPr>
        <w:spacing w:before="0" w:after="80" w:line="300" w:lineRule="auto"/>
        <w:jc w:val="left"/>
      </w:pPr>
      <w:r>
        <w:rPr>
          <w:rFonts w:ascii="Times New Roman" w:hAnsi="Times New Roman" w:eastAsia="宋体"/>
          <w:b w:val="0"/>
          <w:i w:val="0"/>
          <w:color w:val="333333"/>
          <w:sz w:val="19"/>
        </w:rPr>
        <w:t>3b/a = 3b/1.5b = 2.</w:t>
      </w:r>
    </w:p>
    <w:p>
      <w:pPr>
        <w:spacing w:before="0" w:after="80" w:line="300" w:lineRule="auto"/>
        <w:jc w:val="left"/>
      </w:pPr>
      <w:r>
        <w:rPr>
          <w:rFonts w:ascii="Times New Roman" w:hAnsi="Times New Roman" w:eastAsia="宋体"/>
          <w:b w:val="0"/>
          <w:i w:val="0"/>
          <w:color w:val="333333"/>
          <w:sz w:val="19"/>
        </w:rPr>
        <w:t>As a percentage, 3b is 200% of a.</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最坏情况下，我们取红、绿、黄各 14 个，再取完所有蓝球 (13), 白球 (11), 和黑球 (9), 仍没有任何一种颜色达到 15 个。</w:t>
      </w:r>
    </w:p>
    <w:p>
      <w:pPr>
        <w:spacing w:before="0" w:after="80" w:line="300" w:lineRule="auto"/>
        <w:jc w:val="left"/>
      </w:pPr>
      <w:r>
        <w:rPr>
          <w:rFonts w:ascii="Times New Roman" w:hAnsi="Times New Roman" w:eastAsia="宋体"/>
          <w:b w:val="0"/>
          <w:i w:val="0"/>
          <w:sz w:val="21"/>
        </w:rPr>
        <w:t>这共有</w:t>
      </w:r>
    </w:p>
    <w:p>
      <w:pPr>
        <w:spacing w:before="0" w:after="80" w:line="300" w:lineRule="auto"/>
        <w:jc w:val="left"/>
      </w:pPr>
      <w:r>
        <w:rPr>
          <w:rFonts w:ascii="Times New Roman" w:hAnsi="Times New Roman" w:eastAsia="宋体"/>
          <w:b w:val="0"/>
          <w:i w:val="0"/>
          <w:sz w:val="21"/>
        </w:rPr>
        <w:t>14 + 14 + 14 + 13 + 11 + 9 = 75</w:t>
      </w:r>
    </w:p>
    <w:p>
      <w:pPr>
        <w:spacing w:before="0" w:after="80" w:line="300" w:lineRule="auto"/>
        <w:jc w:val="left"/>
      </w:pPr>
      <w:r>
        <w:rPr>
          <w:rFonts w:ascii="Times New Roman" w:hAnsi="Times New Roman" w:eastAsia="宋体"/>
          <w:b w:val="0"/>
          <w:i w:val="0"/>
          <w:sz w:val="21"/>
        </w:rPr>
        <w:t>个球。</w:t>
      </w:r>
    </w:p>
    <w:p>
      <w:pPr>
        <w:spacing w:before="0" w:after="80" w:line="300" w:lineRule="auto"/>
        <w:jc w:val="left"/>
      </w:pPr>
      <w:r>
        <w:rPr>
          <w:rFonts w:ascii="Times New Roman" w:hAnsi="Times New Roman" w:eastAsia="宋体"/>
          <w:b w:val="0"/>
          <w:i w:val="0"/>
          <w:sz w:val="21"/>
        </w:rPr>
        <w:t>再取下一个球就一定会凑成某种颜色的 15 个，所以需要 76 个球。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worst case, we draw 14 each of red, green, and yellow, plus all of the blue (13), white (11), and black (9), without reaching 15 of any color.</w:t>
      </w:r>
    </w:p>
    <w:p>
      <w:pPr>
        <w:spacing w:before="0" w:after="80" w:line="300" w:lineRule="auto"/>
        <w:jc w:val="left"/>
      </w:pPr>
      <w:r>
        <w:rPr>
          <w:rFonts w:ascii="Times New Roman" w:hAnsi="Times New Roman" w:eastAsia="宋体"/>
          <w:b w:val="0"/>
          <w:i w:val="0"/>
          <w:color w:val="333333"/>
          <w:sz w:val="19"/>
        </w:rPr>
        <w:t>That is</w:t>
      </w:r>
    </w:p>
    <w:p>
      <w:pPr>
        <w:spacing w:before="0" w:after="80" w:line="300" w:lineRule="auto"/>
        <w:jc w:val="left"/>
      </w:pPr>
      <w:r>
        <w:rPr>
          <w:rFonts w:ascii="Times New Roman" w:hAnsi="Times New Roman" w:eastAsia="宋体"/>
          <w:b w:val="0"/>
          <w:i w:val="0"/>
          <w:color w:val="333333"/>
          <w:sz w:val="19"/>
        </w:rPr>
        <w:t>14 + 14 + 14 + 13 + 11 + 9 = 75</w:t>
      </w:r>
    </w:p>
    <w:p>
      <w:pPr>
        <w:spacing w:before="0" w:after="80" w:line="300" w:lineRule="auto"/>
        <w:jc w:val="left"/>
      </w:pPr>
      <w:r>
        <w:rPr>
          <w:rFonts w:ascii="Times New Roman" w:hAnsi="Times New Roman" w:eastAsia="宋体"/>
          <w:b w:val="0"/>
          <w:i w:val="0"/>
          <w:color w:val="333333"/>
          <w:sz w:val="19"/>
        </w:rPr>
        <w:t>balls.</w:t>
      </w:r>
    </w:p>
    <w:p>
      <w:pPr>
        <w:spacing w:before="0" w:after="80" w:line="300" w:lineRule="auto"/>
        <w:jc w:val="left"/>
      </w:pPr>
      <w:r>
        <w:rPr>
          <w:rFonts w:ascii="Times New Roman" w:hAnsi="Times New Roman" w:eastAsia="宋体"/>
          <w:b w:val="0"/>
          <w:i w:val="0"/>
          <w:color w:val="333333"/>
          <w:sz w:val="19"/>
        </w:rPr>
        <w:t>The next ball must complete a set of 15, so 76 balls are needed.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可以使用负整数。从 -44 到 44 的整数和为 0，所以从 -44 到 45 的整数和为 45。</w:t>
      </w:r>
    </w:p>
    <w:p>
      <w:pPr>
        <w:spacing w:before="0" w:after="80" w:line="300" w:lineRule="auto"/>
        <w:jc w:val="left"/>
      </w:pPr>
      <w:r>
        <w:rPr>
          <w:rFonts w:ascii="Times New Roman" w:hAnsi="Times New Roman" w:eastAsia="宋体"/>
          <w:b w:val="0"/>
          <w:i w:val="0"/>
          <w:sz w:val="21"/>
        </w:rPr>
        <w:t>这段共有 45 - (-44) + 1 = 90 个整数。反过来，如果 L 个连续整数的和为 45，那么它们和的两倍等于 L 乘以某个整数，所以 90 是 L 的倍数。因此 L≤90，证明这段最长。</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Negative integers are allowed. The integers from -44 to 44 sum to 0, so the integers from -44 to 45 sum to 45.</w:t>
      </w:r>
    </w:p>
    <w:p>
      <w:pPr>
        <w:spacing w:before="0" w:after="80" w:line="300" w:lineRule="auto"/>
        <w:jc w:val="left"/>
      </w:pPr>
      <w:r>
        <w:rPr>
          <w:rFonts w:ascii="Times New Roman" w:hAnsi="Times New Roman" w:eastAsia="宋体"/>
          <w:b w:val="0"/>
          <w:i w:val="0"/>
          <w:color w:val="333333"/>
          <w:sz w:val="19"/>
        </w:rPr>
        <w:t>This run has 45 - (-44) + 1 = 90 integers. Conversely, if L consecutive integers have sum 45, then twice their sum is L times an integer, so 90 is a multiple of L. Hence L≤90, proving that this run is longest.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两条直线分别为 y = 1/2x + 1 和 y = 2x - 2。分别与 x + y = 10 联立，得到点 (6, 4) 和 (4, 6)。</w:t>
      </w:r>
    </w:p>
    <w:p>
      <w:pPr>
        <w:spacing w:before="0" w:after="80" w:line="300" w:lineRule="auto"/>
        <w:jc w:val="left"/>
      </w:pPr>
      <w:r>
        <w:rPr>
          <w:rFonts w:ascii="Times New Roman" w:hAnsi="Times New Roman" w:eastAsia="宋体"/>
          <w:b w:val="0"/>
          <w:i w:val="0"/>
          <w:sz w:val="21"/>
        </w:rPr>
        <w:t>三角形顶点为 (2, 2)，(6, 4)，和 (4, 6)。由鞋带公式，</w:t>
      </w:r>
    </w:p>
    <w:p>
      <w:pPr>
        <w:spacing w:before="0" w:after="80" w:line="300" w:lineRule="auto"/>
        <w:jc w:val="left"/>
      </w:pPr>
      <w:r>
        <w:rPr>
          <w:rFonts w:ascii="Times New Roman" w:hAnsi="Times New Roman" w:eastAsia="宋体"/>
          <w:b w:val="0"/>
          <w:i w:val="0"/>
          <w:sz w:val="21"/>
        </w:rPr>
        <w:t>small 1/2| 2(4 - 6) + 6(6 - 2) + 4(2 - 4) |</w:t>
      </w:r>
    </w:p>
    <w:p>
      <w:pPr>
        <w:spacing w:before="0" w:after="80" w:line="300" w:lineRule="auto"/>
        <w:jc w:val="left"/>
      </w:pPr>
      <w:r>
        <w:rPr>
          <w:rFonts w:ascii="Times New Roman" w:hAnsi="Times New Roman" w:eastAsia="宋体"/>
          <w:b w:val="0"/>
          <w:i w:val="0"/>
          <w:sz w:val="21"/>
        </w:rPr>
        <w:t>= 1/2| -4 + 24 - 8 |</w:t>
      </w:r>
    </w:p>
    <w:p>
      <w:pPr>
        <w:spacing w:before="0" w:after="80" w:line="300" w:lineRule="auto"/>
        <w:jc w:val="left"/>
      </w:pPr>
      <w:r>
        <w:rPr>
          <w:rFonts w:ascii="Times New Roman" w:hAnsi="Times New Roman" w:eastAsia="宋体"/>
          <w:b w:val="0"/>
          <w:i w:val="0"/>
          <w:sz w:val="21"/>
        </w:rPr>
        <w:t>= 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lines are y = 1/2x + 1 and y = 2x - 2. Intersecting each with x + y = 10 gives the points (6, 4) and (4, 6).</w:t>
      </w:r>
    </w:p>
    <w:p>
      <w:pPr>
        <w:spacing w:before="0" w:after="80" w:line="300" w:lineRule="auto"/>
        <w:jc w:val="left"/>
      </w:pPr>
      <w:r>
        <w:rPr>
          <w:rFonts w:ascii="Times New Roman" w:hAnsi="Times New Roman" w:eastAsia="宋体"/>
          <w:b w:val="0"/>
          <w:i w:val="0"/>
          <w:color w:val="333333"/>
          <w:sz w:val="19"/>
        </w:rPr>
        <w:t>The triangle has vertices (2, 2), (6, 4), and (4, 6). By the shoelace formula,</w:t>
      </w:r>
    </w:p>
    <w:p>
      <w:pPr>
        <w:spacing w:before="0" w:after="80" w:line="300" w:lineRule="auto"/>
        <w:jc w:val="left"/>
      </w:pPr>
      <w:r>
        <w:rPr>
          <w:rFonts w:ascii="Times New Roman" w:hAnsi="Times New Roman" w:eastAsia="宋体"/>
          <w:b w:val="0"/>
          <w:i w:val="0"/>
          <w:color w:val="333333"/>
          <w:sz w:val="19"/>
        </w:rPr>
        <w:t>small 1/2| 2(4 - 6) + 6(6 - 2) + 4(2 - 4) |</w:t>
      </w:r>
    </w:p>
    <w:p>
      <w:pPr>
        <w:spacing w:before="0" w:after="80" w:line="300" w:lineRule="auto"/>
        <w:jc w:val="left"/>
      </w:pPr>
      <w:r>
        <w:rPr>
          <w:rFonts w:ascii="Times New Roman" w:hAnsi="Times New Roman" w:eastAsia="宋体"/>
          <w:b w:val="0"/>
          <w:i w:val="0"/>
          <w:color w:val="333333"/>
          <w:sz w:val="19"/>
        </w:rPr>
        <w:t>= 1/2| -4 + 24 - 8 |</w:t>
      </w:r>
    </w:p>
    <w:p>
      <w:pPr>
        <w:spacing w:before="0" w:after="80" w:line="300" w:lineRule="auto"/>
        <w:jc w:val="left"/>
      </w:pPr>
      <w:r>
        <w:rPr>
          <w:rFonts w:ascii="Times New Roman" w:hAnsi="Times New Roman" w:eastAsia="宋体"/>
          <w:b w:val="0"/>
          <w:i w:val="0"/>
          <w:color w:val="333333"/>
          <w:sz w:val="19"/>
        </w:rPr>
        <w:t>=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平移一个完整周期会把图形映到自身，所以平移可行。</w:t>
      </w:r>
    </w:p>
    <w:p>
      <w:pPr>
        <w:spacing w:before="0" w:after="80" w:line="300" w:lineRule="auto"/>
        <w:jc w:val="left"/>
      </w:pPr>
      <w:r>
        <w:rPr>
          <w:rFonts w:ascii="Times New Roman" w:hAnsi="Times New Roman" w:eastAsia="宋体"/>
          <w:b w:val="0"/>
          <w:i w:val="0"/>
          <w:sz w:val="21"/>
        </w:rPr>
        <w:t>绕 ell 上适当的点旋转 180° 会把直线上方的每个正方形送到直线下方的正方形，并且对角线段也对应，因此这个旋转可行。</w:t>
      </w:r>
    </w:p>
    <w:p>
      <w:pPr>
        <w:spacing w:before="0" w:after="80" w:line="300" w:lineRule="auto"/>
        <w:jc w:val="left"/>
      </w:pPr>
      <w:r>
        <w:rPr>
          <w:rFonts w:ascii="Times New Roman" w:hAnsi="Times New Roman" w:eastAsia="宋体"/>
          <w:b w:val="0"/>
          <w:i w:val="0"/>
          <w:sz w:val="21"/>
        </w:rPr>
        <w:t>关于 ell 的反射会把上方朝右上的对角线送到下方朝右上的对角线，但实际下方的对角线朝左下，因此失败。关于垂直直线的反射也因同样原因失败。四类变换中只有 2 类可行。</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translation by one full period maps the figure to itself, so translation works.</w:t>
      </w:r>
    </w:p>
    <w:p>
      <w:pPr>
        <w:spacing w:before="0" w:after="80" w:line="300" w:lineRule="auto"/>
        <w:jc w:val="left"/>
      </w:pPr>
      <w:r>
        <w:rPr>
          <w:rFonts w:ascii="Times New Roman" w:hAnsi="Times New Roman" w:eastAsia="宋体"/>
          <w:b w:val="0"/>
          <w:i w:val="0"/>
          <w:color w:val="333333"/>
          <w:sz w:val="19"/>
        </w:rPr>
        <w:t>A 180° rotation about a suitable point on ell sends each square above the line to the square below it, with the diagonal segments matching, so this rotation works.</w:t>
      </w:r>
    </w:p>
    <w:p>
      <w:pPr>
        <w:spacing w:before="0" w:after="80" w:line="300" w:lineRule="auto"/>
        <w:jc w:val="left"/>
      </w:pPr>
      <w:r>
        <w:rPr>
          <w:rFonts w:ascii="Times New Roman" w:hAnsi="Times New Roman" w:eastAsia="宋体"/>
          <w:b w:val="0"/>
          <w:i w:val="0"/>
          <w:color w:val="333333"/>
          <w:sz w:val="19"/>
        </w:rPr>
        <w:t>Reflection across ell sends the top-right diagonals to top-right diagonals below the line, but the actual below-line diagonals point to the bottom-left, so it fails. A reflection across a perpendicular line fails for the same reason. Only 2 of the four transformations work.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数值 1 到 28 各出现 12 次，都是众数，所以 d = (14 + 15)/2 = 14.5。</w:t>
      </w:r>
    </w:p>
    <w:p>
      <w:pPr>
        <w:spacing w:before="0" w:after="80" w:line="300" w:lineRule="auto"/>
        <w:jc w:val="left"/>
      </w:pPr>
      <w:r>
        <w:rPr>
          <w:rFonts w:ascii="Times New Roman" w:hAnsi="Times New Roman" w:eastAsia="宋体"/>
          <w:b w:val="0"/>
          <w:i w:val="0"/>
          <w:sz w:val="21"/>
        </w:rPr>
        <w:t>排序后 365 个值的第 183 个是中位数。数值 1 到 15 占据前 180 个位置，所以第 183 个位置是 16；因此 M = 16。</w:t>
      </w:r>
    </w:p>
    <w:p>
      <w:pPr>
        <w:spacing w:before="0" w:after="80" w:line="300" w:lineRule="auto"/>
        <w:jc w:val="left"/>
      </w:pPr>
      <w:r>
        <w:rPr>
          <w:rFonts w:ascii="Times New Roman" w:hAnsi="Times New Roman" w:eastAsia="宋体"/>
          <w:b w:val="0"/>
          <w:i w:val="0"/>
          <w:sz w:val="21"/>
        </w:rPr>
        <w:t>所有数值的总和是 12(1 + ⋯ + 28) + 11(29 + 30) + 7 · 31 = 5738，所以 μ = 5738/365 ≈ 15.7。</w:t>
      </w:r>
    </w:p>
    <w:p>
      <w:pPr>
        <w:spacing w:before="0" w:after="80" w:line="300" w:lineRule="auto"/>
        <w:jc w:val="left"/>
      </w:pPr>
      <w:r>
        <w:rPr>
          <w:rFonts w:ascii="Times New Roman" w:hAnsi="Times New Roman" w:eastAsia="宋体"/>
          <w:b w:val="0"/>
          <w:i w:val="0"/>
          <w:sz w:val="21"/>
        </w:rPr>
        <w:t>因此 d &lt; μ &lt; M。</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values 1 through 28 each appear 12 times and are the modes, so d = (14 + 15)/2 = 14.5.</w:t>
      </w:r>
    </w:p>
    <w:p>
      <w:pPr>
        <w:spacing w:before="0" w:after="80" w:line="300" w:lineRule="auto"/>
        <w:jc w:val="left"/>
      </w:pPr>
      <w:r>
        <w:rPr>
          <w:rFonts w:ascii="Times New Roman" w:hAnsi="Times New Roman" w:eastAsia="宋体"/>
          <w:b w:val="0"/>
          <w:i w:val="0"/>
          <w:color w:val="333333"/>
          <w:sz w:val="19"/>
        </w:rPr>
        <w:t>The 183rd of the 365 ordered values is the median. Values 1 through 15 fill the first 180 positions, so position 183 is 16; thus M = 16.</w:t>
      </w:r>
    </w:p>
    <w:p>
      <w:pPr>
        <w:spacing w:before="0" w:after="80" w:line="300" w:lineRule="auto"/>
        <w:jc w:val="left"/>
      </w:pPr>
      <w:r>
        <w:rPr>
          <w:rFonts w:ascii="Times New Roman" w:hAnsi="Times New Roman" w:eastAsia="宋体"/>
          <w:b w:val="0"/>
          <w:i w:val="0"/>
          <w:color w:val="333333"/>
          <w:sz w:val="19"/>
        </w:rPr>
        <w:t>The total of all values is 12(1 + ⋯ + 28) + 11(29 + 30) + 7 · 31 = 5738, so μ = 5738/365 ≈ 15.7.</w:t>
      </w:r>
    </w:p>
    <w:p>
      <w:pPr>
        <w:spacing w:before="0" w:after="80" w:line="300" w:lineRule="auto"/>
        <w:jc w:val="left"/>
      </w:pPr>
      <w:r>
        <w:rPr>
          <w:rFonts w:ascii="Times New Roman" w:hAnsi="Times New Roman" w:eastAsia="宋体"/>
          <w:b w:val="0"/>
          <w:i w:val="0"/>
          <w:color w:val="333333"/>
          <w:sz w:val="19"/>
        </w:rPr>
        <w:t>Therefore d &lt; μ &lt; M.</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当四条直线全部平行或全部共点时，交点数分别为 0 和 1。三条平行线被第四条截时有 3 个交点。三条共点直线加上一条不经过公共点的直线时有 4 个交点。一对平行且没有三线共点时有 5 个交点；四条直线处于一般位置时有 6 个交点。</w:t>
      </w:r>
    </w:p>
    <w:p>
      <w:pPr>
        <w:spacing w:before="0" w:after="80" w:line="300" w:lineRule="auto"/>
        <w:jc w:val="left"/>
      </w:pPr>
      <w:r>
        <w:rPr>
          <w:rFonts w:ascii="Times New Roman" w:hAnsi="Times New Roman" w:eastAsia="宋体"/>
          <w:b w:val="0"/>
          <w:i w:val="0"/>
          <w:sz w:val="21"/>
        </w:rPr>
        <w:t>数值 2 不可能。两条直线在 P 点相交后，第三条若不经过 P，就至少产生一个新交点；第四条不同的直线还必须产生另一个新交点。如果其余直线都经过 P，则只有一个交点。因此可实现的值为 0,1,3,4,5,6，它们的和为 19。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values 0 and 1 occur when all four lines are parallel or all four are concurrent. Three parallel lines crossed by a fourth give 3 points. Three concurrent lines together with a fourth line not through their common point give 4. One parallel pair with no three concurrent gives 5, and four lines in general position give 6.</w:t>
      </w:r>
    </w:p>
    <w:p>
      <w:pPr>
        <w:spacing w:before="0" w:after="80" w:line="300" w:lineRule="auto"/>
        <w:jc w:val="left"/>
      </w:pPr>
      <w:r>
        <w:rPr>
          <w:rFonts w:ascii="Times New Roman" w:hAnsi="Times New Roman" w:eastAsia="宋体"/>
          <w:b w:val="0"/>
          <w:i w:val="0"/>
          <w:color w:val="333333"/>
          <w:sz w:val="19"/>
        </w:rPr>
        <w:t>The value 2 is impossible. Once two lines meet at P, a third line not through P creates at least one new intersection; a fourth distinct line must then create another new point. If every remaining line passes through P, there is only one intersection point instead. Thus the achievable values are 0,1,3,4,5,6, whose sum is 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取倒数，</w:t>
      </w:r>
    </w:p>
    <w:p>
      <w:pPr>
        <w:spacing w:before="0" w:after="80" w:line="300" w:lineRule="auto"/>
        <w:jc w:val="left"/>
      </w:pPr>
      <w:r>
        <w:rPr>
          <w:rFonts w:ascii="Times New Roman" w:hAnsi="Times New Roman" w:eastAsia="宋体"/>
          <w:b w:val="0"/>
          <w:i w:val="0"/>
          <w:sz w:val="21"/>
        </w:rPr>
        <w:t>1/aₙ = (2aₙ₋₂ - aₙ₋₁)/(aₙ₋₂aₙ₋₁)</w:t>
      </w:r>
    </w:p>
    <w:p>
      <w:pPr>
        <w:spacing w:before="0" w:after="80" w:line="300" w:lineRule="auto"/>
        <w:jc w:val="left"/>
      </w:pPr>
      <w:r>
        <w:rPr>
          <w:rFonts w:ascii="Times New Roman" w:hAnsi="Times New Roman" w:eastAsia="宋体"/>
          <w:b w:val="0"/>
          <w:i w:val="0"/>
          <w:sz w:val="21"/>
        </w:rPr>
        <w:t>= 2/(aₙ₋₁) - 1/(aₙ₋₂)</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令 bₙ = 1/aₙ 则 bₙ = 2bₙ₋₁ - bₙ₋₂，所以 bₙ 是等差数列，且 b₁ = 1，b₂ = 7/3，公差为 4/3。</w:t>
      </w:r>
    </w:p>
    <w:p>
      <w:pPr>
        <w:spacing w:before="0" w:after="80" w:line="300" w:lineRule="auto"/>
        <w:jc w:val="left"/>
      </w:pPr>
      <w:r>
        <w:rPr>
          <w:rFonts w:ascii="Times New Roman" w:hAnsi="Times New Roman" w:eastAsia="宋体"/>
          <w:b w:val="0"/>
          <w:i w:val="0"/>
          <w:sz w:val="21"/>
        </w:rPr>
        <w:t>因此 b₂₀₁₉ = 1 + 2018 · 4/3 = 8075/3，所以 a₂₀₁₉ = 3/8075。由于它们互质，p + q = 8078。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reciprocals,</w:t>
      </w:r>
    </w:p>
    <w:p>
      <w:pPr>
        <w:spacing w:before="0" w:after="80" w:line="300" w:lineRule="auto"/>
        <w:jc w:val="left"/>
      </w:pPr>
      <w:r>
        <w:rPr>
          <w:rFonts w:ascii="Times New Roman" w:hAnsi="Times New Roman" w:eastAsia="宋体"/>
          <w:b w:val="0"/>
          <w:i w:val="0"/>
          <w:color w:val="333333"/>
          <w:sz w:val="19"/>
        </w:rPr>
        <w:t>1/aₙ = (2aₙ₋₂ - aₙ₋₁)/(aₙ₋₂aₙ₋₁)</w:t>
      </w:r>
    </w:p>
    <w:p>
      <w:pPr>
        <w:spacing w:before="0" w:after="80" w:line="300" w:lineRule="auto"/>
        <w:jc w:val="left"/>
      </w:pPr>
      <w:r>
        <w:rPr>
          <w:rFonts w:ascii="Times New Roman" w:hAnsi="Times New Roman" w:eastAsia="宋体"/>
          <w:b w:val="0"/>
          <w:i w:val="0"/>
          <w:color w:val="333333"/>
          <w:sz w:val="19"/>
        </w:rPr>
        <w:t>= 2/(aₙ₋₁) - 1/(aₙ₋₂).</w:t>
      </w:r>
    </w:p>
    <w:p>
      <w:pPr>
        <w:spacing w:before="0" w:after="80" w:line="300" w:lineRule="auto"/>
        <w:jc w:val="left"/>
      </w:pPr>
      <w:r>
        <w:rPr>
          <w:rFonts w:ascii="Times New Roman" w:hAnsi="Times New Roman" w:eastAsia="宋体"/>
          <w:b w:val="0"/>
          <w:i w:val="0"/>
          <w:color w:val="333333"/>
          <w:sz w:val="19"/>
        </w:rPr>
        <w:t>Let bₙ = 1/aₙ. Then bₙ = 2bₙ₋₁ - bₙ₋₂, so bₙ is arithmetic with b₁ = 1, b₂ = 7/3, and common difference 4/3.</w:t>
      </w:r>
    </w:p>
    <w:p>
      <w:pPr>
        <w:spacing w:before="0" w:after="80" w:line="300" w:lineRule="auto"/>
        <w:jc w:val="left"/>
      </w:pPr>
      <w:r>
        <w:rPr>
          <w:rFonts w:ascii="Times New Roman" w:hAnsi="Times New Roman" w:eastAsia="宋体"/>
          <w:b w:val="0"/>
          <w:i w:val="0"/>
          <w:color w:val="333333"/>
          <w:sz w:val="19"/>
        </w:rPr>
        <w:t>Thus b₂₀₁₉ = 1 + 2018 · 4/3 = 8075/3, so a₂₀₁₉ = 3/8075. Since these are relatively prime, p + q = 8078.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在中心放一个单位圆，六个圆围绕它且圆心距中心为 2（形成一个六边形），再在外侧空隙中放六个圆，其圆心距中心为 2√(3)。这共有 1 + 6 + 6 = 13 个圆。</w:t>
      </w:r>
    </w:p>
    <w:p>
      <w:pPr>
        <w:spacing w:before="0" w:after="80" w:line="300" w:lineRule="auto"/>
        <w:jc w:val="left"/>
      </w:pPr>
      <w:r>
        <w:rPr>
          <w:rFonts w:ascii="Times New Roman" w:hAnsi="Times New Roman" w:eastAsia="宋体"/>
          <w:b w:val="0"/>
          <w:i w:val="0"/>
          <w:sz w:val="21"/>
        </w:rPr>
        <w:t>最外层圆与大圆相切，所以大圆半径为 2√(3) + 1。它的面积为</w:t>
      </w:r>
    </w:p>
    <w:p>
      <w:pPr>
        <w:spacing w:before="0" w:after="80" w:line="300" w:lineRule="auto"/>
        <w:jc w:val="left"/>
      </w:pPr>
      <w:r>
        <w:rPr>
          <w:rFonts w:ascii="Times New Roman" w:hAnsi="Times New Roman" w:eastAsia="宋体"/>
          <w:b w:val="0"/>
          <w:i w:val="0"/>
          <w:sz w:val="21"/>
        </w:rPr>
        <w:t>π(2√(3) + 1)² = π(13 + 4√(3))。</w:t>
      </w:r>
    </w:p>
    <w:p>
      <w:pPr>
        <w:spacing w:before="0" w:after="80" w:line="300" w:lineRule="auto"/>
        <w:jc w:val="left"/>
      </w:pPr>
      <w:r>
        <w:rPr>
          <w:rFonts w:ascii="Times New Roman" w:hAnsi="Times New Roman" w:eastAsia="宋体"/>
          <w:b w:val="0"/>
          <w:i w:val="0"/>
          <w:sz w:val="21"/>
        </w:rPr>
        <w:t>减去 13 个单位圆的面积，剩下 π(13 + 4√(3)) - 13π = 4π√(3)。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a unit circle at the center, six around it with centers at distance 2 (a hexagon), and six more with centers at distance 2√(3) in the outer gaps. That is 1 + 6 + 6 = 13 circles.</w:t>
      </w:r>
    </w:p>
    <w:p>
      <w:pPr>
        <w:spacing w:before="0" w:after="80" w:line="300" w:lineRule="auto"/>
        <w:jc w:val="left"/>
      </w:pPr>
      <w:r>
        <w:rPr>
          <w:rFonts w:ascii="Times New Roman" w:hAnsi="Times New Roman" w:eastAsia="宋体"/>
          <w:b w:val="0"/>
          <w:i w:val="0"/>
          <w:color w:val="333333"/>
          <w:sz w:val="19"/>
        </w:rPr>
        <w:t>The outermost circles are tangent to the big circle, whose radius is therefore 2√(3) + 1. Its area is</w:t>
      </w:r>
    </w:p>
    <w:p>
      <w:pPr>
        <w:spacing w:before="0" w:after="80" w:line="300" w:lineRule="auto"/>
        <w:jc w:val="left"/>
      </w:pPr>
      <w:r>
        <w:rPr>
          <w:rFonts w:ascii="Times New Roman" w:hAnsi="Times New Roman" w:eastAsia="宋体"/>
          <w:b w:val="0"/>
          <w:i w:val="0"/>
          <w:color w:val="333333"/>
          <w:sz w:val="19"/>
        </w:rPr>
        <w:t>π(2√(3) + 1)² = π(13 + 4√(3)).</w:t>
      </w:r>
    </w:p>
    <w:p>
      <w:pPr>
        <w:spacing w:before="0" w:after="80" w:line="300" w:lineRule="auto"/>
        <w:jc w:val="left"/>
      </w:pPr>
      <w:r>
        <w:rPr>
          <w:rFonts w:ascii="Times New Roman" w:hAnsi="Times New Roman" w:eastAsia="宋体"/>
          <w:b w:val="0"/>
          <w:i w:val="0"/>
          <w:color w:val="333333"/>
          <w:sz w:val="19"/>
        </w:rPr>
        <w:t>Subtracting the 13 unit circles leaves π(13 + 4√(3)) - 13π = 4π√(3).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循环节给出</w:t>
      </w:r>
    </w:p>
    <w:p>
      <w:pPr>
        <w:spacing w:before="0" w:after="80" w:line="300" w:lineRule="auto"/>
        <w:jc w:val="left"/>
      </w:pPr>
      <w:r>
        <w:rPr>
          <w:rFonts w:ascii="Times New Roman" w:hAnsi="Times New Roman" w:eastAsia="宋体"/>
          <w:b w:val="0"/>
          <w:i w:val="0"/>
          <w:sz w:val="21"/>
        </w:rPr>
        <w:t>0.23ₖ = (2k + 3)/(k² - 1) = 7/51。</w:t>
      </w:r>
    </w:p>
    <w:p>
      <w:pPr>
        <w:spacing w:before="0" w:after="80" w:line="300" w:lineRule="auto"/>
        <w:jc w:val="left"/>
      </w:pPr>
      <w:r>
        <w:rPr>
          <w:rFonts w:ascii="Times New Roman" w:hAnsi="Times New Roman" w:eastAsia="宋体"/>
          <w:b w:val="0"/>
          <w:i w:val="0"/>
          <w:sz w:val="21"/>
        </w:rPr>
        <w:t>交叉相乘得 51(2k + 3) = 7(k² - 1)，所以 7k² - 102k - 160 = 0。</w:t>
      </w:r>
    </w:p>
    <w:p>
      <w:pPr>
        <w:spacing w:before="0" w:after="80" w:line="300" w:lineRule="auto"/>
        <w:jc w:val="left"/>
      </w:pPr>
      <w:r>
        <w:rPr>
          <w:rFonts w:ascii="Times New Roman" w:hAnsi="Times New Roman" w:eastAsia="宋体"/>
          <w:b w:val="0"/>
          <w:i w:val="0"/>
          <w:sz w:val="21"/>
        </w:rPr>
        <w:t>由二次公式，</w:t>
      </w:r>
    </w:p>
    <w:p>
      <w:pPr>
        <w:spacing w:before="0" w:after="80" w:line="300" w:lineRule="auto"/>
        <w:jc w:val="left"/>
      </w:pPr>
      <w:r>
        <w:rPr>
          <w:rFonts w:ascii="Times New Roman" w:hAnsi="Times New Roman" w:eastAsia="宋体"/>
          <w:b w:val="0"/>
          <w:i w:val="0"/>
          <w:sz w:val="21"/>
        </w:rPr>
        <w:t>k = (102 + √(14884))/14</w:t>
      </w:r>
    </w:p>
    <w:p>
      <w:pPr>
        <w:spacing w:before="0" w:after="80" w:line="300" w:lineRule="auto"/>
        <w:jc w:val="left"/>
      </w:pPr>
      <w:r>
        <w:rPr>
          <w:rFonts w:ascii="Times New Roman" w:hAnsi="Times New Roman" w:eastAsia="宋体"/>
          <w:b w:val="0"/>
          <w:i w:val="0"/>
          <w:sz w:val="21"/>
        </w:rPr>
        <w:t>= (102 + 122)/14 = 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repeating block gives</w:t>
      </w:r>
    </w:p>
    <w:p>
      <w:pPr>
        <w:spacing w:before="0" w:after="80" w:line="300" w:lineRule="auto"/>
        <w:jc w:val="left"/>
      </w:pPr>
      <w:r>
        <w:rPr>
          <w:rFonts w:ascii="Times New Roman" w:hAnsi="Times New Roman" w:eastAsia="宋体"/>
          <w:b w:val="0"/>
          <w:i w:val="0"/>
          <w:color w:val="333333"/>
          <w:sz w:val="19"/>
        </w:rPr>
        <w:t>0.23ₖ = (2k + 3)/(k² - 1) = 7/51.</w:t>
      </w:r>
    </w:p>
    <w:p>
      <w:pPr>
        <w:spacing w:before="0" w:after="80" w:line="300" w:lineRule="auto"/>
        <w:jc w:val="left"/>
      </w:pPr>
      <w:r>
        <w:rPr>
          <w:rFonts w:ascii="Times New Roman" w:hAnsi="Times New Roman" w:eastAsia="宋体"/>
          <w:b w:val="0"/>
          <w:i w:val="0"/>
          <w:color w:val="333333"/>
          <w:sz w:val="19"/>
        </w:rPr>
        <w:t>Cross-multiplying, 51(2k + 3) = 7(k² - 1), so 7k² - 102k - 160 = 0.</w:t>
      </w:r>
    </w:p>
    <w:p>
      <w:pPr>
        <w:spacing w:before="0" w:after="80" w:line="300" w:lineRule="auto"/>
        <w:jc w:val="left"/>
      </w:pPr>
      <w:r>
        <w:rPr>
          <w:rFonts w:ascii="Times New Roman" w:hAnsi="Times New Roman" w:eastAsia="宋体"/>
          <w:b w:val="0"/>
          <w:i w:val="0"/>
          <w:color w:val="333333"/>
          <w:sz w:val="19"/>
        </w:rPr>
        <w:t>The quadratic formula gives</w:t>
      </w:r>
    </w:p>
    <w:p>
      <w:pPr>
        <w:spacing w:before="0" w:after="80" w:line="300" w:lineRule="auto"/>
        <w:jc w:val="left"/>
      </w:pPr>
      <w:r>
        <w:rPr>
          <w:rFonts w:ascii="Times New Roman" w:hAnsi="Times New Roman" w:eastAsia="宋体"/>
          <w:b w:val="0"/>
          <w:i w:val="0"/>
          <w:color w:val="333333"/>
          <w:sz w:val="19"/>
        </w:rPr>
        <w:t>k = (102 + √(14884))/14</w:t>
      </w:r>
    </w:p>
    <w:p>
      <w:pPr>
        <w:spacing w:before="0" w:after="80" w:line="300" w:lineRule="auto"/>
        <w:jc w:val="left"/>
      </w:pPr>
      <w:r>
        <w:rPr>
          <w:rFonts w:ascii="Times New Roman" w:hAnsi="Times New Roman" w:eastAsia="宋体"/>
          <w:b w:val="0"/>
          <w:i w:val="0"/>
          <w:color w:val="333333"/>
          <w:sz w:val="19"/>
        </w:rPr>
        <w:t>= (102 + 122)/14 = 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令 a = log₂ x 且 b = log₂ y，则 log_(y) 16 = 4/b，所以 a = 4/b，从而 ab = 4。</w:t>
      </w:r>
    </w:p>
    <w:p>
      <w:pPr>
        <w:spacing w:before="0" w:after="80" w:line="300" w:lineRule="auto"/>
        <w:jc w:val="left"/>
      </w:pPr>
      <w:r>
        <w:rPr>
          <w:rFonts w:ascii="Times New Roman" w:hAnsi="Times New Roman" w:eastAsia="宋体"/>
          <w:b w:val="0"/>
          <w:i w:val="0"/>
          <w:sz w:val="21"/>
        </w:rPr>
        <w:t>因为 xy = 64，所以 a + b = 6。</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(log₂ x/y)² = (a - b)²</w:t>
      </w:r>
    </w:p>
    <w:p>
      <w:pPr>
        <w:spacing w:before="0" w:after="80" w:line="300" w:lineRule="auto"/>
        <w:jc w:val="left"/>
      </w:pPr>
      <w:r>
        <w:rPr>
          <w:rFonts w:ascii="Times New Roman" w:hAnsi="Times New Roman" w:eastAsia="宋体"/>
          <w:b w:val="0"/>
          <w:i w:val="0"/>
          <w:sz w:val="21"/>
        </w:rPr>
        <w:t>= (a + b)² - 4ab</w:t>
      </w:r>
    </w:p>
    <w:p>
      <w:pPr>
        <w:spacing w:before="0" w:after="80" w:line="300" w:lineRule="auto"/>
        <w:jc w:val="left"/>
      </w:pPr>
      <w:r>
        <w:rPr>
          <w:rFonts w:ascii="Times New Roman" w:hAnsi="Times New Roman" w:eastAsia="宋体"/>
          <w:b w:val="0"/>
          <w:i w:val="0"/>
          <w:sz w:val="21"/>
        </w:rPr>
        <w:t>= 36 - 16 = 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 log₂ x and b = log₂ y. Then log_(y) 16 = 4/b, so a = 4/b, giving ab = 4.</w:t>
      </w:r>
    </w:p>
    <w:p>
      <w:pPr>
        <w:spacing w:before="0" w:after="80" w:line="300" w:lineRule="auto"/>
        <w:jc w:val="left"/>
      </w:pPr>
      <w:r>
        <w:rPr>
          <w:rFonts w:ascii="Times New Roman" w:hAnsi="Times New Roman" w:eastAsia="宋体"/>
          <w:b w:val="0"/>
          <w:i w:val="0"/>
          <w:color w:val="333333"/>
          <w:sz w:val="19"/>
        </w:rPr>
        <w:t>Since xy = 64, we have a + b = 6.</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(log₂ x/y)² = (a - b)²</w:t>
      </w:r>
    </w:p>
    <w:p>
      <w:pPr>
        <w:spacing w:before="0" w:after="80" w:line="300" w:lineRule="auto"/>
        <w:jc w:val="left"/>
      </w:pPr>
      <w:r>
        <w:rPr>
          <w:rFonts w:ascii="Times New Roman" w:hAnsi="Times New Roman" w:eastAsia="宋体"/>
          <w:b w:val="0"/>
          <w:i w:val="0"/>
          <w:color w:val="333333"/>
          <w:sz w:val="19"/>
        </w:rPr>
        <w:t>= (a + b)² - 4ab</w:t>
      </w:r>
    </w:p>
    <w:p>
      <w:pPr>
        <w:spacing w:before="0" w:after="80" w:line="300" w:lineRule="auto"/>
        <w:jc w:val="left"/>
      </w:pPr>
      <w:r>
        <w:rPr>
          <w:rFonts w:ascii="Times New Roman" w:hAnsi="Times New Roman" w:eastAsia="宋体"/>
          <w:b w:val="0"/>
          <w:i w:val="0"/>
          <w:color w:val="333333"/>
          <w:sz w:val="19"/>
        </w:rPr>
        <w:t>= 36 - 16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质数 5 和 7 在这里没有真因数，因此各有 3 种选择。</w:t>
      </w:r>
    </w:p>
    <w:p>
      <w:pPr>
        <w:spacing w:before="0" w:after="80" w:line="300" w:lineRule="auto"/>
        <w:jc w:val="left"/>
      </w:pPr>
      <w:r>
        <w:rPr>
          <w:rFonts w:ascii="Times New Roman" w:hAnsi="Times New Roman" w:eastAsia="宋体"/>
          <w:b w:val="0"/>
          <w:i w:val="0"/>
          <w:sz w:val="21"/>
        </w:rPr>
        <w:t>沿着链 2 → 4 → 8 有 3 · 2 · 1 = 6 种涂法。数 9 必须与 3 不同色，所以一旦 3 的颜色确定，它就有 2 种选择。</w:t>
      </w:r>
    </w:p>
    <w:p>
      <w:pPr>
        <w:spacing w:before="0" w:after="80" w:line="300" w:lineRule="auto"/>
        <w:jc w:val="left"/>
      </w:pPr>
      <w:r>
        <w:rPr>
          <w:rFonts w:ascii="Times New Roman" w:hAnsi="Times New Roman" w:eastAsia="宋体"/>
          <w:b w:val="0"/>
          <w:i w:val="0"/>
          <w:sz w:val="21"/>
        </w:rPr>
        <w:t>数 6 必须与 2 和 3 都不同色。对 2 和 3 的颜色求和（同色有 3 对，异色有 6 对），4, 8, 9, 6 合起来的因子为 2 · 2 · (3 · 2 + 6 · 1) = 48。</w:t>
      </w:r>
    </w:p>
    <w:p>
      <w:pPr>
        <w:spacing w:before="0" w:after="80" w:line="300" w:lineRule="auto"/>
        <w:jc w:val="left"/>
      </w:pPr>
      <w:r>
        <w:rPr>
          <w:rFonts w:ascii="Times New Roman" w:hAnsi="Times New Roman" w:eastAsia="宋体"/>
          <w:b w:val="0"/>
          <w:i w:val="0"/>
          <w:sz w:val="21"/>
        </w:rPr>
        <w:t>再乘上 5 和 7 的涂法数 9，得到 48 · 9 = 432。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primes 5 and 7 have no proper divisors here, giving 3 choices each.</w:t>
      </w:r>
    </w:p>
    <w:p>
      <w:pPr>
        <w:spacing w:before="0" w:after="80" w:line="300" w:lineRule="auto"/>
        <w:jc w:val="left"/>
      </w:pPr>
      <w:r>
        <w:rPr>
          <w:rFonts w:ascii="Times New Roman" w:hAnsi="Times New Roman" w:eastAsia="宋体"/>
          <w:b w:val="0"/>
          <w:i w:val="0"/>
          <w:color w:val="333333"/>
          <w:sz w:val="19"/>
        </w:rPr>
        <w:t>Along the chain 2 → 4 → 8, there are 3 · 2 · 1 = 6 colorings. Number 9 must differ from 3, giving 2 choices once 3 is set.</w:t>
      </w:r>
    </w:p>
    <w:p>
      <w:pPr>
        <w:spacing w:before="0" w:after="80" w:line="300" w:lineRule="auto"/>
        <w:jc w:val="left"/>
      </w:pPr>
      <w:r>
        <w:rPr>
          <w:rFonts w:ascii="Times New Roman" w:hAnsi="Times New Roman" w:eastAsia="宋体"/>
          <w:b w:val="0"/>
          <w:i w:val="0"/>
          <w:color w:val="333333"/>
          <w:sz w:val="19"/>
        </w:rPr>
        <w:t>Number 6 must differ from both 2 and 3. Summing over the colors of 2 and 3 (equal in 3 pairs, unequal in 6 pairs), the combined factor for 4, 8, 9, 6 totals 2 · 2 · (3 · 2 + 6 · 1) = 48.</w:t>
      </w:r>
    </w:p>
    <w:p>
      <w:pPr>
        <w:spacing w:before="0" w:after="80" w:line="300" w:lineRule="auto"/>
        <w:jc w:val="left"/>
      </w:pPr>
      <w:r>
        <w:rPr>
          <w:rFonts w:ascii="Times New Roman" w:hAnsi="Times New Roman" w:eastAsia="宋体"/>
          <w:b w:val="0"/>
          <w:i w:val="0"/>
          <w:color w:val="333333"/>
          <w:sz w:val="19"/>
        </w:rPr>
        <w:t>Multiplying by the 9 ways for 5 and 7 gives 48 · 9 = 432.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因式 x² - 2x + 2 和 x² - 4x + 8 的根分别为 1 ± i 和 2 ± 2i，这 4 个值互不相同。</w:t>
      </w:r>
    </w:p>
    <w:p>
      <w:pPr>
        <w:spacing w:before="0" w:after="80" w:line="300" w:lineRule="auto"/>
        <w:jc w:val="left"/>
      </w:pPr>
      <w:r>
        <w:rPr>
          <w:rFonts w:ascii="Times New Roman" w:hAnsi="Times New Roman" w:eastAsia="宋体"/>
          <w:b w:val="0"/>
          <w:i w:val="0"/>
          <w:sz w:val="21"/>
        </w:rPr>
        <w:t>要使 P 恰有 4 个不同根，x² - cx + 4 的根必须在这些根中。它们的乘积必须等于 4，唯一可行的配对是从两个因式各取一个根，例如 (1 + i)(2 - 2i) = 4。</w:t>
      </w:r>
    </w:p>
    <w:p>
      <w:pPr>
        <w:spacing w:before="0" w:after="80" w:line="300" w:lineRule="auto"/>
        <w:jc w:val="left"/>
      </w:pPr>
      <w:r>
        <w:rPr>
          <w:rFonts w:ascii="Times New Roman" w:hAnsi="Times New Roman" w:eastAsia="宋体"/>
          <w:b w:val="0"/>
          <w:i w:val="0"/>
          <w:sz w:val="21"/>
        </w:rPr>
        <w:t>此时 c = (1 + i) + (2 - 2i) = 3 - i，所以 |c| = √(3² + 1²)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factors x² - 2x + 2 and x² - 4x + 8 have roots 1 ± i and 2 ± 2i, which are 4 distinct values.</w:t>
      </w:r>
    </w:p>
    <w:p>
      <w:pPr>
        <w:spacing w:before="0" w:after="80" w:line="300" w:lineRule="auto"/>
        <w:jc w:val="left"/>
      </w:pPr>
      <w:r>
        <w:rPr>
          <w:rFonts w:ascii="Times New Roman" w:hAnsi="Times New Roman" w:eastAsia="宋体"/>
          <w:b w:val="0"/>
          <w:i w:val="0"/>
          <w:color w:val="333333"/>
          <w:sz w:val="19"/>
        </w:rPr>
        <w:t>For P to have exactly 4 distinct roots, the roots of x² - cx + 4 must lie among these. Their product must equal 4, and the only such pair is one root from each factor, for example (1 + i)(2 - 2i) = 4.</w:t>
      </w:r>
    </w:p>
    <w:p>
      <w:pPr>
        <w:spacing w:before="0" w:after="80" w:line="300" w:lineRule="auto"/>
        <w:jc w:val="left"/>
      </w:pPr>
      <w:r>
        <w:rPr>
          <w:rFonts w:ascii="Times New Roman" w:hAnsi="Times New Roman" w:eastAsia="宋体"/>
          <w:b w:val="0"/>
          <w:i w:val="0"/>
          <w:color w:val="333333"/>
          <w:sz w:val="19"/>
        </w:rPr>
        <w:t>Then c = (1 + i) + (2 - 2i) = 3 - i, so |c| = √(3² + 1²)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令 √(log a) = p 且 √(log b) = q，则 log a = p² 且 log√(a) = p²/2。要使它为整数，p 必须为偶数；同理 q 也必须为偶数。</w:t>
      </w:r>
    </w:p>
    <w:p>
      <w:pPr>
        <w:spacing w:before="0" w:after="80" w:line="300" w:lineRule="auto"/>
        <w:jc w:val="left"/>
      </w:pPr>
      <w:r>
        <w:rPr>
          <w:rFonts w:ascii="Times New Roman" w:hAnsi="Times New Roman" w:eastAsia="宋体"/>
          <w:b w:val="0"/>
          <w:i w:val="0"/>
          <w:sz w:val="21"/>
        </w:rPr>
        <w:t>写成 p = 2m，q = 2n，方程 p + q + p²/2 + q²/2 = 100 变为 m(m+1) + n(n+1) = 50。</w:t>
      </w:r>
    </w:p>
    <w:p>
      <w:pPr>
        <w:spacing w:before="0" w:after="80" w:line="300" w:lineRule="auto"/>
        <w:jc w:val="left"/>
      </w:pPr>
      <w:r>
        <w:rPr>
          <w:rFonts w:ascii="Times New Roman" w:hAnsi="Times New Roman" w:eastAsia="宋体"/>
          <w:b w:val="0"/>
          <w:i w:val="0"/>
          <w:sz w:val="21"/>
        </w:rPr>
        <w:t>唯一解为 {m, n} = {4, 5}，因此 log(ab) = p² + q² = 4(16 + 25) = 164。</w:t>
      </w:r>
    </w:p>
    <w:p>
      <w:pPr>
        <w:spacing w:before="0" w:after="80" w:line="300" w:lineRule="auto"/>
        <w:jc w:val="left"/>
      </w:pPr>
      <w:r>
        <w:rPr>
          <w:rFonts w:ascii="Times New Roman" w:hAnsi="Times New Roman" w:eastAsia="宋体"/>
          <w:b w:val="0"/>
          <w:i w:val="0"/>
          <w:sz w:val="21"/>
        </w:rPr>
        <w:t>所以 ab = 10¹⁶⁴。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√(log a) = p and √(log b) = q, so log a = p² and log√(a) = p²/2. For this to be an integer, p is even; likewise q.</w:t>
      </w:r>
    </w:p>
    <w:p>
      <w:pPr>
        <w:spacing w:before="0" w:after="80" w:line="300" w:lineRule="auto"/>
        <w:jc w:val="left"/>
      </w:pPr>
      <w:r>
        <w:rPr>
          <w:rFonts w:ascii="Times New Roman" w:hAnsi="Times New Roman" w:eastAsia="宋体"/>
          <w:b w:val="0"/>
          <w:i w:val="0"/>
          <w:color w:val="333333"/>
          <w:sz w:val="19"/>
        </w:rPr>
        <w:t>Writing p = 2m, q = 2n, the equation p + q + p²/2 + q²/2 = 100 becomes m(m+1) + n(n+1) = 50.</w:t>
      </w:r>
    </w:p>
    <w:p>
      <w:pPr>
        <w:spacing w:before="0" w:after="80" w:line="300" w:lineRule="auto"/>
        <w:jc w:val="left"/>
      </w:pPr>
      <w:r>
        <w:rPr>
          <w:rFonts w:ascii="Times New Roman" w:hAnsi="Times New Roman" w:eastAsia="宋体"/>
          <w:b w:val="0"/>
          <w:i w:val="0"/>
          <w:color w:val="333333"/>
          <w:sz w:val="19"/>
        </w:rPr>
        <w:t>The only solution is {m, n} = {4, 5}, giving log(ab) = p² + q² = 4(16 + 25) = 164.</w:t>
      </w:r>
    </w:p>
    <w:p>
      <w:pPr>
        <w:spacing w:before="0" w:after="80" w:line="300" w:lineRule="auto"/>
        <w:jc w:val="left"/>
      </w:pPr>
      <w:r>
        <w:rPr>
          <w:rFonts w:ascii="Times New Roman" w:hAnsi="Times New Roman" w:eastAsia="宋体"/>
          <w:b w:val="0"/>
          <w:i w:val="0"/>
          <w:color w:val="333333"/>
          <w:sz w:val="19"/>
        </w:rPr>
        <w:t>Therefore ab = 10¹⁶⁴.</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有 5 个奇数和 4 个偶数。每一行和每一列都必须包含奇数个奇数项。</w:t>
      </w:r>
    </w:p>
    <w:p>
      <w:pPr>
        <w:spacing w:before="0" w:after="80" w:line="300" w:lineRule="auto"/>
        <w:jc w:val="left"/>
      </w:pPr>
      <w:r>
        <w:rPr>
          <w:rFonts w:ascii="Times New Roman" w:hAnsi="Times New Roman" w:eastAsia="宋体"/>
          <w:b w:val="0"/>
          <w:i w:val="0"/>
          <w:sz w:val="21"/>
        </w:rPr>
        <w:t>要放置 5 个奇数项并使每一行和每一列的奇数项个数都为奇数，唯一的形状是填满一整行和一整列（一个由 3 + 3 - 1 = 5 个格子组成的加号形）。这样的图案有 3 · 3 = 9 种。</w:t>
      </w:r>
    </w:p>
    <w:p>
      <w:pPr>
        <w:spacing w:before="0" w:after="80" w:line="300" w:lineRule="auto"/>
        <w:jc w:val="left"/>
      </w:pPr>
      <w:r>
        <w:rPr>
          <w:rFonts w:ascii="Times New Roman" w:hAnsi="Times New Roman" w:eastAsia="宋体"/>
          <w:b w:val="0"/>
          <w:i w:val="0"/>
          <w:sz w:val="21"/>
        </w:rPr>
        <w:t>每种图案中，奇数有 5! 种放法，偶数有 4! 种放法，所以概率为</w:t>
      </w:r>
    </w:p>
    <w:p>
      <w:pPr>
        <w:spacing w:before="0" w:after="80" w:line="300" w:lineRule="auto"/>
        <w:jc w:val="left"/>
      </w:pPr>
      <w:r>
        <w:rPr>
          <w:rFonts w:ascii="Times New Roman" w:hAnsi="Times New Roman" w:eastAsia="宋体"/>
          <w:b w:val="0"/>
          <w:i w:val="0"/>
          <w:sz w:val="21"/>
        </w:rPr>
        <w:t>(9 · 5! · 4!)/(9!) = 1/14。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5 odd and 4 even numbers. Each row and column must contain an odd number of odd entries.</w:t>
      </w:r>
    </w:p>
    <w:p>
      <w:pPr>
        <w:spacing w:before="0" w:after="80" w:line="300" w:lineRule="auto"/>
        <w:jc w:val="left"/>
      </w:pPr>
      <w:r>
        <w:rPr>
          <w:rFonts w:ascii="Times New Roman" w:hAnsi="Times New Roman" w:eastAsia="宋体"/>
          <w:b w:val="0"/>
          <w:i w:val="0"/>
          <w:color w:val="333333"/>
          <w:sz w:val="19"/>
        </w:rPr>
        <w:t>The only way to place 5 odd entries with every row and column odd is to fill one complete row and one complete column (a plus shape of 3 + 3 - 1 = 5 cells). There are 3 · 3 = 9 such patterns.</w:t>
      </w:r>
    </w:p>
    <w:p>
      <w:pPr>
        <w:spacing w:before="0" w:after="80" w:line="300" w:lineRule="auto"/>
        <w:jc w:val="left"/>
      </w:pPr>
      <w:r>
        <w:rPr>
          <w:rFonts w:ascii="Times New Roman" w:hAnsi="Times New Roman" w:eastAsia="宋体"/>
          <w:b w:val="0"/>
          <w:i w:val="0"/>
          <w:color w:val="333333"/>
          <w:sz w:val="19"/>
        </w:rPr>
        <w:t>Each pattern admits 5! placements of the odd numbers and 4! of the even numbers, so the probability is</w:t>
      </w:r>
    </w:p>
    <w:p>
      <w:pPr>
        <w:spacing w:before="0" w:after="80" w:line="300" w:lineRule="auto"/>
        <w:jc w:val="left"/>
      </w:pPr>
      <w:r>
        <w:rPr>
          <w:rFonts w:ascii="Times New Roman" w:hAnsi="Times New Roman" w:eastAsia="宋体"/>
          <w:b w:val="0"/>
          <w:i w:val="0"/>
          <w:color w:val="333333"/>
          <w:sz w:val="19"/>
        </w:rPr>
        <w:t>(9 · 5! · 4!)/(9!) = 1/14.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每个根 r 都满足 r³ = 5r² - 8r + 13，因此 rᵏ⁺¹ = 5rᵏ - 8rᵏ⁻¹ + 13rᵏ⁻²。</w:t>
      </w:r>
    </w:p>
    <w:p>
      <w:pPr>
        <w:spacing w:before="0" w:after="80" w:line="300" w:lineRule="auto"/>
        <w:jc w:val="left"/>
      </w:pPr>
      <w:r>
        <w:rPr>
          <w:rFonts w:ascii="Times New Roman" w:hAnsi="Times New Roman" w:eastAsia="宋体"/>
          <w:b w:val="0"/>
          <w:i w:val="0"/>
          <w:sz w:val="21"/>
        </w:rPr>
        <w:t>对三个根求和，得到 sₖ₊₁ = 5sₖ - 8sₖ₋₁ + 13sₖ₋₂，所以 a = 5，b = -8，c = 13。</w:t>
      </w:r>
    </w:p>
    <w:p>
      <w:pPr>
        <w:spacing w:before="0" w:after="80" w:line="300" w:lineRule="auto"/>
        <w:jc w:val="left"/>
      </w:pPr>
      <w:r>
        <w:rPr>
          <w:rFonts w:ascii="Times New Roman" w:hAnsi="Times New Roman" w:eastAsia="宋体"/>
          <w:b w:val="0"/>
          <w:i w:val="0"/>
          <w:sz w:val="21"/>
        </w:rPr>
        <w:t>因此 a + b + c = 5 - 8 + 13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Every root r satisfies r³ = 5r² - 8r + 13, so rᵏ⁺¹ = 5rᵏ - 8rᵏ⁻¹ + 13rᵏ⁻².</w:t>
      </w:r>
    </w:p>
    <w:p>
      <w:pPr>
        <w:spacing w:before="0" w:after="80" w:line="300" w:lineRule="auto"/>
        <w:jc w:val="left"/>
      </w:pPr>
      <w:r>
        <w:rPr>
          <w:rFonts w:ascii="Times New Roman" w:hAnsi="Times New Roman" w:eastAsia="宋体"/>
          <w:b w:val="0"/>
          <w:i w:val="0"/>
          <w:color w:val="333333"/>
          <w:sz w:val="19"/>
        </w:rPr>
        <w:t>Summing over the three roots gives sₖ₊₁ = 5sₖ - 8sₖ₋₁ + 13sₖ₋₂, so a = 5, b = -8, c = 13.</w:t>
      </w:r>
    </w:p>
    <w:p>
      <w:pPr>
        <w:spacing w:before="0" w:after="80" w:line="300" w:lineRule="auto"/>
        <w:jc w:val="left"/>
      </w:pPr>
      <w:r>
        <w:rPr>
          <w:rFonts w:ascii="Times New Roman" w:hAnsi="Times New Roman" w:eastAsia="宋体"/>
          <w:b w:val="0"/>
          <w:i w:val="0"/>
          <w:color w:val="333333"/>
          <w:sz w:val="19"/>
        </w:rPr>
        <w:t>Therefore a + b + c = 5 - 8 + 13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球与三角形所在平面相交成一个半径为 √(36 - d²) 的圆，其中 d 是 O 到该平面的距离。因为每条边都与球相切，这个圆就是三角形的内切圆。</w:t>
      </w:r>
    </w:p>
    <w:p>
      <w:pPr>
        <w:spacing w:before="0" w:after="80" w:line="300" w:lineRule="auto"/>
        <w:jc w:val="left"/>
      </w:pPr>
      <w:r>
        <w:rPr>
          <w:rFonts w:ascii="Times New Roman" w:hAnsi="Times New Roman" w:eastAsia="宋体"/>
          <w:b w:val="0"/>
          <w:i w:val="0"/>
          <w:sz w:val="21"/>
        </w:rPr>
        <w:t>该三角形面积为 1/2 · 24 · 9 = 108，半周长为 27，所以内切圆半径为 108/27 = 4。</w:t>
      </w:r>
    </w:p>
    <w:p>
      <w:pPr>
        <w:spacing w:before="0" w:after="80" w:line="300" w:lineRule="auto"/>
        <w:jc w:val="left"/>
      </w:pPr>
      <w:r>
        <w:rPr>
          <w:rFonts w:ascii="Times New Roman" w:hAnsi="Times New Roman" w:eastAsia="宋体"/>
          <w:b w:val="0"/>
          <w:i w:val="0"/>
          <w:sz w:val="21"/>
        </w:rPr>
        <w:t>因此 √(36 - d²) = 4，得 d² = 20，所以 d = 2√(5)。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sphere intersects the triangle’s plane in a circle of radius √(36 - d²), where d is the distance from O to the plane. Since each side is tangent to the sphere, this circle is the triangle’s incircle.</w:t>
      </w:r>
    </w:p>
    <w:p>
      <w:pPr>
        <w:spacing w:before="0" w:after="80" w:line="300" w:lineRule="auto"/>
        <w:jc w:val="left"/>
      </w:pPr>
      <w:r>
        <w:rPr>
          <w:rFonts w:ascii="Times New Roman" w:hAnsi="Times New Roman" w:eastAsia="宋体"/>
          <w:b w:val="0"/>
          <w:i w:val="0"/>
          <w:color w:val="333333"/>
          <w:sz w:val="19"/>
        </w:rPr>
        <w:t>The triangle has area 1/2 · 24 · 9 = 108 and semiperimeter 27, so its inradius is 108/27 = 4.</w:t>
      </w:r>
    </w:p>
    <w:p>
      <w:pPr>
        <w:spacing w:before="0" w:after="80" w:line="300" w:lineRule="auto"/>
        <w:jc w:val="left"/>
      </w:pPr>
      <w:r>
        <w:rPr>
          <w:rFonts w:ascii="Times New Roman" w:hAnsi="Times New Roman" w:eastAsia="宋体"/>
          <w:b w:val="0"/>
          <w:i w:val="0"/>
          <w:color w:val="333333"/>
          <w:sz w:val="19"/>
        </w:rPr>
        <w:t>Thus √(36 - d²) = 4, giving d² = 20 and d = 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每个正弦值为 √(1 - cos²)：sin A = (3√(15))/16，sin B = (2√(15))/16，sin C = (4√(15))/16。</w:t>
      </w:r>
    </w:p>
    <w:p>
      <w:pPr>
        <w:spacing w:before="0" w:after="80" w:line="300" w:lineRule="auto"/>
        <w:jc w:val="left"/>
      </w:pPr>
      <w:r>
        <w:rPr>
          <w:rFonts w:ascii="Times New Roman" w:hAnsi="Times New Roman" w:eastAsia="宋体"/>
          <w:b w:val="0"/>
          <w:i w:val="0"/>
          <w:sz w:val="21"/>
        </w:rPr>
        <w:t>由正弦定理，边长比为 3: 2: 4。最小的整数边长为 3, 2, 4，它们满足三角形不等式。</w:t>
      </w:r>
    </w:p>
    <w:p>
      <w:pPr>
        <w:spacing w:before="0" w:after="80" w:line="300" w:lineRule="auto"/>
        <w:jc w:val="left"/>
      </w:pPr>
      <w:r>
        <w:rPr>
          <w:rFonts w:ascii="Times New Roman" w:hAnsi="Times New Roman" w:eastAsia="宋体"/>
          <w:b w:val="0"/>
          <w:i w:val="0"/>
          <w:sz w:val="21"/>
        </w:rPr>
        <w:t>最小周长为 3 + 2 + 4 =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sine is √(1 - cos²): sin A = (3√(15))/16, sin B = (2√(15))/16, sin C = (4√(15))/16.</w:t>
      </w:r>
    </w:p>
    <w:p>
      <w:pPr>
        <w:spacing w:before="0" w:after="80" w:line="300" w:lineRule="auto"/>
        <w:jc w:val="left"/>
      </w:pPr>
      <w:r>
        <w:rPr>
          <w:rFonts w:ascii="Times New Roman" w:hAnsi="Times New Roman" w:eastAsia="宋体"/>
          <w:b w:val="0"/>
          <w:i w:val="0"/>
          <w:color w:val="333333"/>
          <w:sz w:val="19"/>
        </w:rPr>
        <w:t>By the Law of Sines the sides are in ratio 3: 2: 4. The smallest integer sides are 3, 2, 4, which satisfy the triangle inequality.</w:t>
      </w:r>
    </w:p>
    <w:p>
      <w:pPr>
        <w:spacing w:before="0" w:after="80" w:line="300" w:lineRule="auto"/>
        <w:jc w:val="left"/>
      </w:pPr>
      <w:r>
        <w:rPr>
          <w:rFonts w:ascii="Times New Roman" w:hAnsi="Times New Roman" w:eastAsia="宋体"/>
          <w:b w:val="0"/>
          <w:i w:val="0"/>
          <w:color w:val="333333"/>
          <w:sz w:val="19"/>
        </w:rPr>
        <w:t>The least perimeter is 3 + 2 + 4 =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每个变量以概率 1/4 等于 0，以概率 1/4 等于 1，并以概率 1/2 在 [0, 1] 上均匀分布。</w:t>
      </w:r>
    </w:p>
    <w:p>
      <w:pPr>
        <w:spacing w:before="0" w:after="80" w:line="300" w:lineRule="auto"/>
        <w:jc w:val="left"/>
      </w:pPr>
      <w:r>
        <w:rPr>
          <w:rFonts w:ascii="Times New Roman" w:hAnsi="Times New Roman" w:eastAsia="宋体"/>
          <w:b w:val="0"/>
          <w:i w:val="0"/>
          <w:sz w:val="21"/>
        </w:rPr>
        <w:t>考虑九种类型组合：数对 (0, 1) 和 (1, 0) 各贡献 1/16。四种“定点对均匀”的情况各贡献 1/16。“均匀对均匀”的情况贡献 1/4 · 1/4 = 1/16。</w:t>
      </w:r>
    </w:p>
    <w:p>
      <w:pPr>
        <w:spacing w:before="0" w:after="80" w:line="300" w:lineRule="auto"/>
        <w:jc w:val="left"/>
      </w:pPr>
      <w:r>
        <w:rPr>
          <w:rFonts w:ascii="Times New Roman" w:hAnsi="Times New Roman" w:eastAsia="宋体"/>
          <w:b w:val="0"/>
          <w:i w:val="0"/>
          <w:sz w:val="21"/>
        </w:rPr>
        <w:t>总和为 (2 + 4 + 1)/16 = 7/16。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variable equals 0 with probability 1/4, equals 1 with probability 1/4, and is uniform on [0, 1] with probability 1/2.</w:t>
      </w:r>
    </w:p>
    <w:p>
      <w:pPr>
        <w:spacing w:before="0" w:after="80" w:line="300" w:lineRule="auto"/>
        <w:jc w:val="left"/>
      </w:pPr>
      <w:r>
        <w:rPr>
          <w:rFonts w:ascii="Times New Roman" w:hAnsi="Times New Roman" w:eastAsia="宋体"/>
          <w:b w:val="0"/>
          <w:i w:val="0"/>
          <w:color w:val="333333"/>
          <w:sz w:val="19"/>
        </w:rPr>
        <w:t>Considering the nine combinations of types: the pairs (0, 1) and (1, 0) each contribute 1/16. Each of the four point-versus-uniform cases contributes 1/16. The uniform-versus-uniform case contributes 1/4 · 1/4 = 1/16.</w:t>
      </w:r>
    </w:p>
    <w:p>
      <w:pPr>
        <w:spacing w:before="0" w:after="80" w:line="300" w:lineRule="auto"/>
        <w:jc w:val="left"/>
      </w:pPr>
      <w:r>
        <w:rPr>
          <w:rFonts w:ascii="Times New Roman" w:hAnsi="Times New Roman" w:eastAsia="宋体"/>
          <w:b w:val="0"/>
          <w:i w:val="0"/>
          <w:color w:val="333333"/>
          <w:sz w:val="19"/>
        </w:rPr>
        <w:t>The total is (2 + 4 + 1)/16 = 7/16.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因为 z = e^(iπ/4)，所以 z^(k²) = e^((iπ k²)/4)，只取决于 k² bmod 8。</w:t>
      </w:r>
    </w:p>
    <w:p>
      <w:pPr>
        <w:spacing w:before="0" w:after="80" w:line="300" w:lineRule="auto"/>
        <w:jc w:val="left"/>
      </w:pPr>
      <w:r>
        <w:rPr>
          <w:rFonts w:ascii="Times New Roman" w:hAnsi="Times New Roman" w:eastAsia="宋体"/>
          <w:b w:val="0"/>
          <w:i w:val="0"/>
          <w:sz w:val="21"/>
        </w:rPr>
        <w:t>对 k = 1 到 12，余数 k² bmod 8 为 1（给出 z）出现六次，为 4（给出 -1）出现三次，为 0（给出 1）出现三次。所以第一个和为 6z - 3 + 3 = 6z。</w:t>
      </w:r>
    </w:p>
    <w:p>
      <w:pPr>
        <w:spacing w:before="0" w:after="80" w:line="300" w:lineRule="auto"/>
        <w:jc w:val="left"/>
      </w:pPr>
      <w:r>
        <w:rPr>
          <w:rFonts w:ascii="Times New Roman" w:hAnsi="Times New Roman" w:eastAsia="宋体"/>
          <w:b w:val="0"/>
          <w:i w:val="0"/>
          <w:sz w:val="21"/>
        </w:rPr>
        <w:t>第二个和同理为 6/z - 3 + 3 = 6/z。两者乘积为 6z · 6/z = 36。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z = e^(iπ/4), we have z^(k²) = e^((iπ k²)/4), depending only on k² bmod 8.</w:t>
      </w:r>
    </w:p>
    <w:p>
      <w:pPr>
        <w:spacing w:before="0" w:after="80" w:line="300" w:lineRule="auto"/>
        <w:jc w:val="left"/>
      </w:pPr>
      <w:r>
        <w:rPr>
          <w:rFonts w:ascii="Times New Roman" w:hAnsi="Times New Roman" w:eastAsia="宋体"/>
          <w:b w:val="0"/>
          <w:i w:val="0"/>
          <w:color w:val="333333"/>
          <w:sz w:val="19"/>
        </w:rPr>
        <w:t>For k = 1 to 12, the residue k² bmod 8 is 1 (giving z) six times, 4 (giving -1) three times, and 0 (giving 1) three times. So the first sum is 6z - 3 + 3 = 6z.</w:t>
      </w:r>
    </w:p>
    <w:p>
      <w:pPr>
        <w:spacing w:before="0" w:after="80" w:line="300" w:lineRule="auto"/>
        <w:jc w:val="left"/>
      </w:pPr>
      <w:r>
        <w:rPr>
          <w:rFonts w:ascii="Times New Roman" w:hAnsi="Times New Roman" w:eastAsia="宋体"/>
          <w:b w:val="0"/>
          <w:i w:val="0"/>
          <w:color w:val="333333"/>
          <w:sz w:val="19"/>
        </w:rPr>
        <w:t>The second sum is likewise 6/z - 3 + 3 = 6/z. Their product is 6z · 6/z = 36.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令 s = AB。因为 BP/CP = 3，所以 BP = 3s/4 且 CP = s/4。把 P 放在原点，令 BC 在 x-轴上，B = (-3s/4, 0)，C = (s/4, 0)，顶点 A = (-s/4, (s√(3))/2)。</w:t>
      </w:r>
    </w:p>
    <w:p>
      <w:pPr>
        <w:spacing w:before="0" w:after="80" w:line="300" w:lineRule="auto"/>
        <w:jc w:val="left"/>
      </w:pPr>
      <w:r>
        <w:rPr>
          <w:rFonts w:ascii="Times New Roman" w:hAnsi="Times New Roman" w:eastAsia="宋体"/>
          <w:b w:val="0"/>
          <w:i w:val="0"/>
          <w:sz w:val="21"/>
        </w:rPr>
        <w:t>点 P, O, A 共线，所以 O = t · A 对某个标量 t 成立。两个条件确定它：O 到直线 BC 的距离为 17 得 |t| · (s√(3))/2 = 17，且 A 在 ω 上，得 |t - 1| · (s√(13))/4 = 20，因为 |A| = (s√(13))/4。</w:t>
      </w:r>
    </w:p>
    <w:p>
      <w:pPr>
        <w:spacing w:before="0" w:after="80" w:line="300" w:lineRule="auto"/>
        <w:jc w:val="left"/>
      </w:pPr>
      <w:r>
        <w:rPr>
          <w:rFonts w:ascii="Times New Roman" w:hAnsi="Times New Roman" w:eastAsia="宋体"/>
          <w:b w:val="0"/>
          <w:i w:val="0"/>
          <w:sz w:val="21"/>
        </w:rPr>
        <w:t>解得 |t| s = 34/(√(3)) 且 |t - 1| s = 80/(√(13))。有效构型中 O 与 A 位于 P 的两侧，所以 |t-1|s=|t|s+s。因此</w:t>
      </w:r>
    </w:p>
    <w:p>
      <w:pPr>
        <w:spacing w:before="0" w:after="80" w:line="300" w:lineRule="auto"/>
        <w:jc w:val="left"/>
      </w:pPr>
      <w:r>
        <w:rPr>
          <w:rFonts w:ascii="Times New Roman" w:hAnsi="Times New Roman" w:eastAsia="宋体"/>
          <w:b w:val="0"/>
          <w:i w:val="0"/>
          <w:sz w:val="21"/>
        </w:rPr>
        <w:t>AB = s = 80/(√(13)) - 34/(√(3))。</w:t>
      </w:r>
    </w:p>
    <w:p>
      <w:pPr>
        <w:spacing w:before="0" w:after="80" w:line="300" w:lineRule="auto"/>
        <w:jc w:val="left"/>
      </w:pPr>
      <w:r>
        <w:rPr>
          <w:rFonts w:ascii="Times New Roman" w:hAnsi="Times New Roman" w:eastAsia="宋体"/>
          <w:b w:val="0"/>
          <w:i w:val="0"/>
          <w:sz w:val="21"/>
        </w:rPr>
        <w:t>因此 m + n + p + q = 80 + 13 + 34 + 3 = 130。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 AB. Since BP/CP = 3, we have BP = 3s/4 and CP = s/4. Put P at the origin with BC on the x-axis, B = (-3s/4, 0), C = (s/4, 0), and apex A = (-s/4, (s√(3))/2).</w:t>
      </w:r>
    </w:p>
    <w:p>
      <w:pPr>
        <w:spacing w:before="0" w:after="80" w:line="300" w:lineRule="auto"/>
        <w:jc w:val="left"/>
      </w:pPr>
      <w:r>
        <w:rPr>
          <w:rFonts w:ascii="Times New Roman" w:hAnsi="Times New Roman" w:eastAsia="宋体"/>
          <w:b w:val="0"/>
          <w:i w:val="0"/>
          <w:color w:val="333333"/>
          <w:sz w:val="19"/>
        </w:rPr>
        <w:t>Points P, O, A are collinear, so O = t · A for some scalar t. Two conditions pin it down: O is at distance 17 from line BC, giving |t| · (s√(3))/2 = 17, and A is on ω, giving |t - 1| · (s√(13))/4 = 20 since |A| = (s√(13))/4.</w:t>
      </w:r>
    </w:p>
    <w:p>
      <w:pPr>
        <w:spacing w:before="0" w:after="80" w:line="300" w:lineRule="auto"/>
        <w:jc w:val="left"/>
      </w:pPr>
      <w:r>
        <w:rPr>
          <w:rFonts w:ascii="Times New Roman" w:hAnsi="Times New Roman" w:eastAsia="宋体"/>
          <w:b w:val="0"/>
          <w:i w:val="0"/>
          <w:color w:val="333333"/>
          <w:sz w:val="19"/>
        </w:rPr>
        <w:t>Solving, |t| s = 34/(√(3)) and |t - 1| s = 80/(√(13)). The valid configuration has O and A on opposite sides of P, so |t-1|s=|t|s+s. Therefore</w:t>
      </w:r>
    </w:p>
    <w:p>
      <w:pPr>
        <w:spacing w:before="0" w:after="80" w:line="300" w:lineRule="auto"/>
        <w:jc w:val="left"/>
      </w:pPr>
      <w:r>
        <w:rPr>
          <w:rFonts w:ascii="Times New Roman" w:hAnsi="Times New Roman" w:eastAsia="宋体"/>
          <w:b w:val="0"/>
          <w:i w:val="0"/>
          <w:color w:val="333333"/>
          <w:sz w:val="19"/>
        </w:rPr>
        <w:t>AB = s = 80/(√(13)) - 34/(√(3)).</w:t>
      </w:r>
    </w:p>
    <w:p>
      <w:pPr>
        <w:spacing w:before="0" w:after="80" w:line="300" w:lineRule="auto"/>
        <w:jc w:val="left"/>
      </w:pPr>
      <w:r>
        <w:rPr>
          <w:rFonts w:ascii="Times New Roman" w:hAnsi="Times New Roman" w:eastAsia="宋体"/>
          <w:b w:val="0"/>
          <w:i w:val="0"/>
          <w:color w:val="333333"/>
          <w:sz w:val="19"/>
        </w:rPr>
        <w:t>Then m + n + p + q = 80 + 13 + 34 + 3 = 130.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令 L(x) = log₇ x。则 L(a diamondsuit b) = L(a)L(b)，且 L(a heartsuit b) = (L(a))/(L(b))。</w:t>
      </w:r>
    </w:p>
    <w:p>
      <w:pPr>
        <w:spacing w:before="0" w:after="80" w:line="300" w:lineRule="auto"/>
        <w:jc w:val="left"/>
      </w:pPr>
      <w:r>
        <w:rPr>
          <w:rFonts w:ascii="Times New Roman" w:hAnsi="Times New Roman" w:eastAsia="宋体"/>
          <w:b w:val="0"/>
          <w:i w:val="0"/>
          <w:sz w:val="21"/>
        </w:rPr>
        <w:t>所以 L(a₃) = (L(3))/(L(2))，且 L(aₙ) = (L(n))/(L(n-1)) · L(aₙ₋₁)。该乘积会裂项相消：</w:t>
      </w:r>
    </w:p>
    <w:p>
      <w:pPr>
        <w:spacing w:before="0" w:after="80" w:line="300" w:lineRule="auto"/>
        <w:jc w:val="left"/>
      </w:pPr>
      <w:r>
        <w:rPr>
          <w:rFonts w:ascii="Times New Roman" w:hAnsi="Times New Roman" w:eastAsia="宋体"/>
          <w:b w:val="0"/>
          <w:i w:val="0"/>
          <w:sz w:val="21"/>
        </w:rPr>
        <w:t>L(a_(N)) = (L(3))/(L(2)) · (L(N))/(L(3))</w:t>
      </w:r>
    </w:p>
    <w:p>
      <w:pPr>
        <w:spacing w:before="0" w:after="80" w:line="300" w:lineRule="auto"/>
        <w:jc w:val="left"/>
      </w:pPr>
      <w:r>
        <w:rPr>
          <w:rFonts w:ascii="Times New Roman" w:hAnsi="Times New Roman" w:eastAsia="宋体"/>
          <w:b w:val="0"/>
          <w:i w:val="0"/>
          <w:sz w:val="21"/>
        </w:rPr>
        <w:t>= (L(N))/(L(2))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L(a₂₀₁₉) = (log₇ 2019)/(log₇ 2) = log₂ 2019 ≈ 10.98，四舍五入为 11。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L(x) = log₇ x. Then L(a diamondsuit b) = L(a)L(b) and L(a heartsuit b) = (L(a))/(L(b)).</w:t>
      </w:r>
    </w:p>
    <w:p>
      <w:pPr>
        <w:spacing w:before="0" w:after="80" w:line="300" w:lineRule="auto"/>
        <w:jc w:val="left"/>
      </w:pPr>
      <w:r>
        <w:rPr>
          <w:rFonts w:ascii="Times New Roman" w:hAnsi="Times New Roman" w:eastAsia="宋体"/>
          <w:b w:val="0"/>
          <w:i w:val="0"/>
          <w:color w:val="333333"/>
          <w:sz w:val="19"/>
        </w:rPr>
        <w:t>So L(a₃) = (L(3))/(L(2)), and L(aₙ) = (L(n))/(L(n-1)) · L(aₙ₋₁). The product telescopes:</w:t>
      </w:r>
    </w:p>
    <w:p>
      <w:pPr>
        <w:spacing w:before="0" w:after="80" w:line="300" w:lineRule="auto"/>
        <w:jc w:val="left"/>
      </w:pPr>
      <w:r>
        <w:rPr>
          <w:rFonts w:ascii="Times New Roman" w:hAnsi="Times New Roman" w:eastAsia="宋体"/>
          <w:b w:val="0"/>
          <w:i w:val="0"/>
          <w:color w:val="333333"/>
          <w:sz w:val="19"/>
        </w:rPr>
        <w:t>L(a_(N)) = (L(3))/(L(2)) · (L(N))/(L(3))</w:t>
      </w:r>
    </w:p>
    <w:p>
      <w:pPr>
        <w:spacing w:before="0" w:after="80" w:line="300" w:lineRule="auto"/>
        <w:jc w:val="left"/>
      </w:pPr>
      <w:r>
        <w:rPr>
          <w:rFonts w:ascii="Times New Roman" w:hAnsi="Times New Roman" w:eastAsia="宋体"/>
          <w:b w:val="0"/>
          <w:i w:val="0"/>
          <w:color w:val="333333"/>
          <w:sz w:val="19"/>
        </w:rPr>
        <w:t>= (L(N))/(L(2)).</w:t>
      </w:r>
    </w:p>
    <w:p>
      <w:pPr>
        <w:spacing w:before="0" w:after="80" w:line="300" w:lineRule="auto"/>
        <w:jc w:val="left"/>
      </w:pPr>
      <w:r>
        <w:rPr>
          <w:rFonts w:ascii="Times New Roman" w:hAnsi="Times New Roman" w:eastAsia="宋体"/>
          <w:b w:val="0"/>
          <w:i w:val="0"/>
          <w:color w:val="333333"/>
          <w:sz w:val="19"/>
        </w:rPr>
        <w:t>Hence L(a₂₀₁₉) = (log₇ 2019)/(log₇ 2) = log₂ 2019 ≈ 10.98, which rounds to 11.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D</w:t>
      </w:r>
    </w:p>
    <w:p>
      <w:pPr>
        <w:spacing w:before="0" w:after="80" w:line="300" w:lineRule="auto"/>
        <w:jc w:val="left"/>
      </w:pPr>
      <w:r>
        <w:rPr>
          <w:rFonts w:ascii="Times New Roman" w:hAnsi="Times New Roman" w:eastAsia="宋体"/>
          <w:b w:val="0"/>
          <w:i w:val="0"/>
          <w:sz w:val="21"/>
        </w:rPr>
        <w:t>固定一个质数 p≤ n。由勒让德公式，分子中 p 的指数减去分母中该质数的指数为</w:t>
      </w:r>
    </w:p>
    <w:p>
      <w:pPr>
        <w:spacing w:before="0" w:after="80" w:line="300" w:lineRule="auto"/>
        <w:jc w:val="left"/>
      </w:pPr>
      <w:r>
        <w:rPr>
          <w:rFonts w:ascii="Times New Roman" w:hAnsi="Times New Roman" w:eastAsia="宋体"/>
          <w:b w:val="0"/>
          <w:i w:val="0"/>
          <w:sz w:val="21"/>
        </w:rPr>
        <w:t>Dₚ =Σ_(k≥1)⌊n²-1/pᵏ⌋</w:t>
      </w:r>
    </w:p>
    <w:p>
      <w:pPr>
        <w:spacing w:before="0" w:after="80" w:line="300" w:lineRule="auto"/>
        <w:jc w:val="left"/>
      </w:pPr>
      <w:r>
        <w:rPr>
          <w:rFonts w:ascii="Times New Roman" w:hAnsi="Times New Roman" w:eastAsia="宋体"/>
          <w:b w:val="0"/>
          <w:i w:val="0"/>
          <w:sz w:val="21"/>
        </w:rPr>
        <w:t>-nΣ_(k≥1)⌊n/pᵏ⌋</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若 rₖ 是 n 除以 pᵏ 的余数，则第 k 个加项为 ⌊nrₖ-1/pᵏ⌋。</w:t>
      </w:r>
    </w:p>
    <w:p>
      <w:pPr>
        <w:spacing w:before="0" w:after="80" w:line="300" w:lineRule="auto"/>
        <w:jc w:val="left"/>
      </w:pPr>
      <w:r>
        <w:rPr>
          <w:rFonts w:ascii="Times New Roman" w:hAnsi="Times New Roman" w:eastAsia="宋体"/>
          <w:b w:val="0"/>
          <w:i w:val="0"/>
          <w:sz w:val="21"/>
        </w:rPr>
        <w:t>令 a=vₚ(n)。前 a 个加项都是 -1。如果 n 不是 p 的幂，写成 n=pᵃ m，其中 m≥2。当 a≥1 时，下一个加项至少为 n/p-1≥ a，其后各项都非负；当 a=0 时，所有加项本来就非负。因此除非 n 是 p 的幂，否则 Dₚ≥0。</w:t>
      </w:r>
    </w:p>
    <w:p>
      <w:pPr>
        <w:spacing w:before="0" w:after="80" w:line="300" w:lineRule="auto"/>
        <w:jc w:val="left"/>
      </w:pPr>
      <w:r>
        <w:rPr>
          <w:rFonts w:ascii="Times New Roman" w:hAnsi="Times New Roman" w:eastAsia="宋体"/>
          <w:b w:val="0"/>
          <w:i w:val="0"/>
          <w:sz w:val="21"/>
        </w:rPr>
        <w:t>当 n=pᵃ 时，勒让德公式将条件化为 pᵃ-1≥2a(p-1)。在不超过 50 的质数幂中，这个条件恰好在 a=1（即 n 为质数）以及 n=2²=4 时失败。不超过 50 的质数共有 15 个，再加上 n=4，共 16 个失败值。因此有 50 - 16 = 34 个 n 满足条件。</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Fix a prime p≤ n. By Legendre’s formula, the difference between the exponent of p in the numerator and its exponent in the denominator is</w:t>
      </w:r>
    </w:p>
    <w:p>
      <w:pPr>
        <w:spacing w:before="0" w:after="80" w:line="300" w:lineRule="auto"/>
        <w:jc w:val="left"/>
      </w:pPr>
      <w:r>
        <w:rPr>
          <w:rFonts w:ascii="Times New Roman" w:hAnsi="Times New Roman" w:eastAsia="宋体"/>
          <w:b w:val="0"/>
          <w:i w:val="0"/>
          <w:color w:val="333333"/>
          <w:sz w:val="19"/>
        </w:rPr>
        <w:t>Dₚ =Σ_(k≥1)⌊n²-1/pᵏ⌋</w:t>
      </w:r>
    </w:p>
    <w:p>
      <w:pPr>
        <w:spacing w:before="0" w:after="80" w:line="300" w:lineRule="auto"/>
        <w:jc w:val="left"/>
      </w:pPr>
      <w:r>
        <w:rPr>
          <w:rFonts w:ascii="Times New Roman" w:hAnsi="Times New Roman" w:eastAsia="宋体"/>
          <w:b w:val="0"/>
          <w:i w:val="0"/>
          <w:color w:val="333333"/>
          <w:sz w:val="19"/>
        </w:rPr>
        <w:t>-nΣ_(k≥1)⌊n/pᵏ⌋.</w:t>
      </w:r>
    </w:p>
    <w:p>
      <w:pPr>
        <w:spacing w:before="0" w:after="80" w:line="300" w:lineRule="auto"/>
        <w:jc w:val="left"/>
      </w:pPr>
      <w:r>
        <w:rPr>
          <w:rFonts w:ascii="Times New Roman" w:hAnsi="Times New Roman" w:eastAsia="宋体"/>
          <w:b w:val="0"/>
          <w:i w:val="0"/>
          <w:color w:val="333333"/>
          <w:sz w:val="19"/>
        </w:rPr>
        <w:t>If rₖ is the remainder of n modulo pᵏ, the kth summand is ⌊nrₖ-1/pᵏ⌋.</w:t>
      </w:r>
    </w:p>
    <w:p>
      <w:pPr>
        <w:spacing w:before="0" w:after="80" w:line="300" w:lineRule="auto"/>
        <w:jc w:val="left"/>
      </w:pPr>
      <w:r>
        <w:rPr>
          <w:rFonts w:ascii="Times New Roman" w:hAnsi="Times New Roman" w:eastAsia="宋体"/>
          <w:b w:val="0"/>
          <w:i w:val="0"/>
          <w:color w:val="333333"/>
          <w:sz w:val="19"/>
        </w:rPr>
        <w:t>Let a=vₚ(n). The first a summands are -1. If n is not a power of p, write n=pᵃ m with m≥2. When a≥1, the next summand is at least n/p-1≥ a, and all later summands are nonnegative; when a=0, every summand is already nonnegative. Thus Dₚ≥0 unless n is a power of p.</w:t>
      </w:r>
    </w:p>
    <w:p>
      <w:pPr>
        <w:spacing w:before="0" w:after="80" w:line="300" w:lineRule="auto"/>
        <w:jc w:val="left"/>
      </w:pPr>
      <w:r>
        <w:rPr>
          <w:rFonts w:ascii="Times New Roman" w:hAnsi="Times New Roman" w:eastAsia="宋体"/>
          <w:b w:val="0"/>
          <w:i w:val="0"/>
          <w:color w:val="333333"/>
          <w:sz w:val="19"/>
        </w:rPr>
        <w:t>For n=pᵃ, Legendre’s formula reduces the requirement to pᵃ-1≥2a(p-1). Among prime powers at most 50, this fails exactly when a=1 (so n is prime) and when n=2²=4. There are 15 primes at most 50, plus n=4, giving 16 failures. Hence 50 - 16 = 34 values of n work.</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E</w:t>
      </w:r>
    </w:p>
    <w:p>
      <w:pPr>
        <w:spacing w:before="0" w:after="80" w:line="300" w:lineRule="auto"/>
        <w:jc w:val="left"/>
      </w:pPr>
      <w:r>
        <w:rPr>
          <w:rFonts w:ascii="Times New Roman" w:hAnsi="Times New Roman" w:eastAsia="宋体"/>
          <w:b w:val="0"/>
          <w:i w:val="0"/>
          <w:sz w:val="21"/>
        </w:rPr>
        <w:t>对锐角三角形，垂足三角形（高的垂足构成的三角形）的每个角为 180° - 2α，其中 α 是原三角形的对应角。</w:t>
      </w:r>
    </w:p>
    <w:p>
      <w:pPr>
        <w:spacing w:before="0" w:after="80" w:line="300" w:lineRule="auto"/>
        <w:jc w:val="left"/>
      </w:pPr>
      <w:r>
        <w:rPr>
          <w:rFonts w:ascii="Times New Roman" w:hAnsi="Times New Roman" w:eastAsia="宋体"/>
          <w:b w:val="0"/>
          <w:i w:val="0"/>
          <w:sz w:val="21"/>
        </w:rPr>
        <w:t>把一个角写成 60° + x，新角就是 60° - 2x，所以每一步都会把相对 60° 的偏差乘以 -2。初始偏差为 ± 0.001°。</w:t>
      </w:r>
    </w:p>
    <w:p>
      <w:pPr>
        <w:spacing w:before="0" w:after="80" w:line="300" w:lineRule="auto"/>
        <w:jc w:val="left"/>
      </w:pPr>
      <w:r>
        <w:rPr>
          <w:rFonts w:ascii="Times New Roman" w:hAnsi="Times New Roman" w:eastAsia="宋体"/>
          <w:b w:val="0"/>
          <w:i w:val="0"/>
          <w:sz w:val="21"/>
        </w:rPr>
        <w:t>n 步后，偏差大小为 0.001 · 2ⁿ 度。三角形第一次变成钝角时这个值超过 30°，即 2ⁿ &gt; 30000。因为 2¹⁴ = 16384 且 2¹⁵ = 32768，最小的 n 是 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 acute triangle, the orthic triangle (feet of the altitudes) has angles 180° - 2α for each original angle α.</w:t>
      </w:r>
    </w:p>
    <w:p>
      <w:pPr>
        <w:spacing w:before="0" w:after="80" w:line="300" w:lineRule="auto"/>
        <w:jc w:val="left"/>
      </w:pPr>
      <w:r>
        <w:rPr>
          <w:rFonts w:ascii="Times New Roman" w:hAnsi="Times New Roman" w:eastAsia="宋体"/>
          <w:b w:val="0"/>
          <w:i w:val="0"/>
          <w:color w:val="333333"/>
          <w:sz w:val="19"/>
        </w:rPr>
        <w:t>Writing an angle as 60° + x, the new angle is 60° - 2x, so each deviation from 60° is multiplied by -2. The initial deviations are ± 0.001°.</w:t>
      </w:r>
    </w:p>
    <w:p>
      <w:pPr>
        <w:spacing w:before="0" w:after="80" w:line="300" w:lineRule="auto"/>
        <w:jc w:val="left"/>
      </w:pPr>
      <w:r>
        <w:rPr>
          <w:rFonts w:ascii="Times New Roman" w:hAnsi="Times New Roman" w:eastAsia="宋体"/>
          <w:b w:val="0"/>
          <w:i w:val="0"/>
          <w:color w:val="333333"/>
          <w:sz w:val="19"/>
        </w:rPr>
        <w:t>After n steps a deviation has magnitude 0.001 · 2ⁿ degrees. The triangle first becomes obtuse when this exceeds 30°, i.e. 2ⁿ &gt; 30000. Since 2¹⁴ = 16384 and 2¹⁵ = 32768, the least such n is 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