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2018B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Kate 烤了一盘 20 英寸乘 18 英寸的玉米面包。玉米面包被切成 2 英寸乘 2 英寸的小块。这一盘共有多少块玉米面包？</w:t>
      </w:r>
    </w:p>
    <w:p>
      <w:pPr>
        <w:spacing w:before="0" w:after="120" w:line="300" w:lineRule="auto"/>
      </w:pPr>
      <w:r>
        <w:rPr>
          <w:rFonts w:ascii="Times New Roman" w:hAnsi="Times New Roman" w:eastAsia="宋体"/>
          <w:b w:val="0"/>
          <w:i w:val="0"/>
          <w:sz w:val="21"/>
        </w:rPr>
        <w:t>（A）90　　（B）100　　（C）180　　（D）200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Kate bakes a 20-inch by 18-inch pan of cornbread. The cornbread is cut into pieces that measure 2 inches by 2 inches. How many pieces of cornbread does the pan contain?</w:t>
      </w:r>
    </w:p>
    <w:p>
      <w:pPr>
        <w:spacing w:before="0" w:after="160" w:line="300" w:lineRule="auto"/>
      </w:pPr>
      <w:r>
        <w:rPr>
          <w:rFonts w:ascii="Times New Roman" w:hAnsi="Times New Roman" w:eastAsia="宋体"/>
          <w:b w:val="0"/>
          <w:i w:val="0"/>
          <w:color w:val="333333"/>
          <w:sz w:val="19"/>
        </w:rPr>
        <w:t>(A) 90　　(B) 100　　(C) 180　　(D) 200　　(E) 360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Sam 在 90 分钟内开了 96 英里。他前 30 分钟的平均速度为 60 mph，第二个 30 分钟的平均速度为 65 mph。他最后 30 分钟的平均速度是多少 mph？</w:t>
      </w:r>
    </w:p>
    <w:p>
      <w:pPr>
        <w:spacing w:before="0" w:after="120" w:line="300" w:lineRule="auto"/>
      </w:pPr>
      <w:r>
        <w:rPr>
          <w:rFonts w:ascii="Times New Roman" w:hAnsi="Times New Roman" w:eastAsia="宋体"/>
          <w:b w:val="0"/>
          <w:i w:val="0"/>
          <w:sz w:val="21"/>
        </w:rPr>
        <w:t>（A）64　　（B）65　　（C）66　　（D）67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Sam drove 96 miles in 90 minutes. His average speed during the first 30 minutes was 60 mph (miles per hour), and his average speed during the second 30 minutes was 65 mph. What was his average speed, in mph, during the last 30 minutes?</w:t>
      </w:r>
    </w:p>
    <w:p>
      <w:pPr>
        <w:spacing w:before="0" w:after="160" w:line="300" w:lineRule="auto"/>
      </w:pPr>
      <w:r>
        <w:rPr>
          <w:rFonts w:ascii="Times New Roman" w:hAnsi="Times New Roman" w:eastAsia="宋体"/>
          <w:b w:val="0"/>
          <w:i w:val="0"/>
          <w:color w:val="333333"/>
          <w:sz w:val="19"/>
        </w:rPr>
        <w:t>(A) 64　　(B) 65　　(C) 66　　(D) 67　　(E) 68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一条斜率为 2 的直线与一条斜率为 6 的直线在点 (40, 30) 相交。这两条直线的 x-截距之间的距离是多少？</w:t>
      </w:r>
    </w:p>
    <w:p>
      <w:pPr>
        <w:spacing w:before="0" w:after="120" w:line="300" w:lineRule="auto"/>
      </w:pPr>
      <w:r>
        <w:rPr>
          <w:rFonts w:ascii="Times New Roman" w:hAnsi="Times New Roman" w:eastAsia="宋体"/>
          <w:b w:val="0"/>
          <w:i w:val="0"/>
          <w:sz w:val="21"/>
        </w:rPr>
        <w:t>（A）5　　（B）10　　（C）20　　（D）25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with slope 2 intersects a line with slope 6 at the point (40, 30). What is the distance between the x-intercepts of these two lines?</w:t>
      </w:r>
    </w:p>
    <w:p>
      <w:pPr>
        <w:spacing w:before="0" w:after="160" w:line="300" w:lineRule="auto"/>
      </w:pPr>
      <w:r>
        <w:rPr>
          <w:rFonts w:ascii="Times New Roman" w:hAnsi="Times New Roman" w:eastAsia="宋体"/>
          <w:b w:val="0"/>
          <w:i w:val="0"/>
          <w:color w:val="333333"/>
          <w:sz w:val="19"/>
        </w:rPr>
        <w:t>(A) 5　　(B) 10　　(C) 20　　(D) 25　　(E) 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一个圆有一条长度为 10 的弦，且圆心到这条弦的距离为 5。这个圆的面积是多少？</w:t>
      </w:r>
    </w:p>
    <w:p>
      <w:pPr>
        <w:spacing w:before="0" w:after="120" w:line="300" w:lineRule="auto"/>
      </w:pPr>
      <w:r>
        <w:rPr>
          <w:rFonts w:ascii="Times New Roman" w:hAnsi="Times New Roman" w:eastAsia="宋体"/>
          <w:b w:val="0"/>
          <w:i w:val="0"/>
          <w:sz w:val="21"/>
        </w:rPr>
        <w:t>（A）25π　　（B）50π　　（C）75π　　（D）100π　　（E）125π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a chord of length 10, and the distance from the center of the circle to the chord is 5. What is the area of the circle?</w:t>
      </w:r>
    </w:p>
    <w:p>
      <w:pPr>
        <w:spacing w:before="0" w:after="160" w:line="300" w:lineRule="auto"/>
      </w:pPr>
      <w:r>
        <w:rPr>
          <w:rFonts w:ascii="Times New Roman" w:hAnsi="Times New Roman" w:eastAsia="宋体"/>
          <w:b w:val="0"/>
          <w:i w:val="0"/>
          <w:color w:val="333333"/>
          <w:sz w:val="19"/>
        </w:rPr>
        <w:t>(A) 25π　　(B) 50π　　(C) 75π　　(D) 100π　　(E) 125π</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集合 {2, 3, 4, 5, 6, 7, 8, 9} 有多少个子集至少包含一个质数？</w:t>
      </w:r>
    </w:p>
    <w:p>
      <w:pPr>
        <w:spacing w:before="0" w:after="120" w:line="300" w:lineRule="auto"/>
      </w:pPr>
      <w:r>
        <w:rPr>
          <w:rFonts w:ascii="Times New Roman" w:hAnsi="Times New Roman" w:eastAsia="宋体"/>
          <w:b w:val="0"/>
          <w:i w:val="0"/>
          <w:sz w:val="21"/>
        </w:rPr>
        <w:t>（A）128　　（B）192　　（C）224　　（D）240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subsets of {2, 3, 4, 5, 6, 7, 8, 9} contain at least one prime number?</w:t>
      </w:r>
    </w:p>
    <w:p>
      <w:pPr>
        <w:spacing w:before="0" w:after="160" w:line="300" w:lineRule="auto"/>
      </w:pPr>
      <w:r>
        <w:rPr>
          <w:rFonts w:ascii="Times New Roman" w:hAnsi="Times New Roman" w:eastAsia="宋体"/>
          <w:b w:val="0"/>
          <w:i w:val="0"/>
          <w:color w:val="333333"/>
          <w:sz w:val="19"/>
        </w:rPr>
        <w:t>(A) 128　　(B) 192　　(C) 224　　(D) 240　　(E) 256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假设用 Q 枚二十五美分硬币可从自动售货机购买 S 罐汽水。下列哪个表达式表示用 D 美元可购买的汽水罐数？其中 1 美元等于 4 枚二十五美分硬币。</w:t>
      </w:r>
    </w:p>
    <w:p>
      <w:pPr>
        <w:spacing w:before="0" w:after="120" w:line="300" w:lineRule="auto"/>
      </w:pPr>
      <w:r>
        <w:rPr>
          <w:rFonts w:ascii="Times New Roman" w:hAnsi="Times New Roman" w:eastAsia="宋体"/>
          <w:b w:val="0"/>
          <w:i w:val="0"/>
          <w:sz w:val="21"/>
        </w:rPr>
        <w:t>（A）4DQ/S　　（B）4DS/Q　　（C）4Q/DS　　（D）DQ/4S　　（E）DS/4Q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S cans of soda can be purchased from a vending machine for Q quarters. Which of the following expressions describes the number of cans of soda that can be purchased for D dollars, where 1 dollar is worth 4 quarters?</w:t>
      </w:r>
    </w:p>
    <w:p>
      <w:pPr>
        <w:spacing w:before="0" w:after="160" w:line="300" w:lineRule="auto"/>
      </w:pPr>
      <w:r>
        <w:rPr>
          <w:rFonts w:ascii="Times New Roman" w:hAnsi="Times New Roman" w:eastAsia="宋体"/>
          <w:b w:val="0"/>
          <w:i w:val="0"/>
          <w:color w:val="333333"/>
          <w:sz w:val="19"/>
        </w:rPr>
        <w:t>(A) 4DQ/S　　(B) 4DS/Q　　(C) 4Q/DS　　(D) DQ/4S　　(E) DS/4Q</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下列乘积的值是多少？</w:t>
      </w:r>
    </w:p>
    <w:p>
      <w:pPr>
        <w:spacing w:before="0" w:after="80" w:line="300" w:lineRule="auto"/>
        <w:jc w:val="left"/>
      </w:pPr>
      <w:r>
        <w:rPr>
          <w:rFonts w:ascii="Times New Roman" w:hAnsi="Times New Roman" w:eastAsia="宋体"/>
          <w:b w:val="0"/>
          <w:i w:val="0"/>
          <w:sz w:val="21"/>
        </w:rPr>
        <w:t>log₃ 7·log₅ 9·log₇ 11</w:t>
      </w:r>
    </w:p>
    <w:p>
      <w:pPr>
        <w:spacing w:before="0" w:after="80" w:line="300" w:lineRule="auto"/>
        <w:jc w:val="left"/>
      </w:pPr>
      <w:r>
        <w:rPr>
          <w:rFonts w:ascii="Times New Roman" w:hAnsi="Times New Roman" w:eastAsia="宋体"/>
          <w:b w:val="0"/>
          <w:i w:val="0"/>
          <w:sz w:val="21"/>
        </w:rPr>
        <w:t>·log₉ 13⋯log₂₁ 25·log₂₃ 27</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（A）3　　（B）3log₇ 23　　（C）6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log₃ 7·log₅ 9·log₇ 11</w:t>
      </w:r>
    </w:p>
    <w:p>
      <w:pPr>
        <w:spacing w:before="0" w:after="80" w:line="300" w:lineRule="auto"/>
        <w:jc w:val="left"/>
      </w:pPr>
      <w:r>
        <w:rPr>
          <w:rFonts w:ascii="Times New Roman" w:hAnsi="Times New Roman" w:eastAsia="宋体"/>
          <w:b w:val="0"/>
          <w:i w:val="0"/>
          <w:color w:val="333333"/>
          <w:sz w:val="19"/>
        </w:rPr>
        <w:t>·log₉ 13⋯log₂₁ 25·log₂₃ 27?</w:t>
      </w:r>
    </w:p>
    <w:p>
      <w:pPr>
        <w:spacing w:before="0" w:after="160" w:line="300" w:lineRule="auto"/>
      </w:pPr>
      <w:r>
        <w:rPr>
          <w:rFonts w:ascii="Times New Roman" w:hAnsi="Times New Roman" w:eastAsia="宋体"/>
          <w:b w:val="0"/>
          <w:i w:val="0"/>
          <w:color w:val="333333"/>
          <w:sz w:val="19"/>
        </w:rPr>
        <w:t>(A) 3　　(B) 3log₇ 23　　(C) 6　　(D) 9　　(E) 10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线段 AB 是一个圆的直径，且 AB=24。点 C 在圆上且不等于 A 或 B。当 C 绕圆移动时，△ ABC 的重心轨迹是一条缺少两个点的闭曲线。取最接近的正整数，该曲线围成区域的面积是多少？</w:t>
      </w:r>
    </w:p>
    <w:p>
      <w:pPr>
        <w:spacing w:before="0" w:after="120" w:line="300" w:lineRule="auto"/>
      </w:pPr>
      <w:r>
        <w:rPr>
          <w:rFonts w:ascii="Times New Roman" w:hAnsi="Times New Roman" w:eastAsia="宋体"/>
          <w:b w:val="0"/>
          <w:i w:val="0"/>
          <w:sz w:val="21"/>
        </w:rPr>
        <w:t>（A）25　　（B）38　　（C）50　　（D）63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segment AB is a diameter of a circle with AB=24. Point C, not equal to A or B, lies on the circle. As point C moves around the circle, the centroid (center of mass) of △ ABC traces out a closed curve missing two points. To the nearest positive integer, what is the area of the region bounded by this curve?</w:t>
      </w:r>
    </w:p>
    <w:p>
      <w:pPr>
        <w:spacing w:before="0" w:after="160" w:line="300" w:lineRule="auto"/>
      </w:pPr>
      <w:r>
        <w:rPr>
          <w:rFonts w:ascii="Times New Roman" w:hAnsi="Times New Roman" w:eastAsia="宋体"/>
          <w:b w:val="0"/>
          <w:i w:val="0"/>
          <w:color w:val="333333"/>
          <w:sz w:val="19"/>
        </w:rPr>
        <w:t>(A) 25　　(B) 38　　(C) 50　　(D) 63　　(E) 75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求</w:t>
      </w:r>
    </w:p>
    <w:p>
      <w:pPr>
        <w:spacing w:before="0" w:after="80" w:line="300" w:lineRule="auto"/>
        <w:jc w:val="left"/>
      </w:pPr>
      <w:r>
        <w:rPr>
          <w:rFonts w:ascii="Times New Roman" w:hAnsi="Times New Roman" w:eastAsia="宋体"/>
          <w:b w:val="0"/>
          <w:i w:val="0"/>
          <w:sz w:val="21"/>
        </w:rPr>
        <w:t>Σᵢ₌₁¹⁰⁰Σⱼ₌₁¹⁰⁰(i+j)？</w:t>
      </w:r>
    </w:p>
    <w:p>
      <w:pPr>
        <w:spacing w:before="0" w:after="120" w:line="300" w:lineRule="auto"/>
      </w:pPr>
      <w:r>
        <w:rPr>
          <w:rFonts w:ascii="Times New Roman" w:hAnsi="Times New Roman" w:eastAsia="宋体"/>
          <w:b w:val="0"/>
          <w:i w:val="0"/>
          <w:sz w:val="21"/>
        </w:rPr>
        <w:t>（A）100,100　　（B）500,500　　（C）505,000　　（D）1,001,000　　（E）1,010,000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Σᵢ₌₁¹⁰⁰Σⱼ₌₁¹⁰⁰(i+j)?</w:t>
      </w:r>
    </w:p>
    <w:p>
      <w:pPr>
        <w:spacing w:before="0" w:after="160" w:line="300" w:lineRule="auto"/>
      </w:pPr>
      <w:r>
        <w:rPr>
          <w:rFonts w:ascii="Times New Roman" w:hAnsi="Times New Roman" w:eastAsia="宋体"/>
          <w:b w:val="0"/>
          <w:i w:val="0"/>
          <w:color w:val="333333"/>
          <w:sz w:val="19"/>
        </w:rPr>
        <w:t>(A) 100,100　　(B) 500,500　　(C) 505,000　　(D) 1,001,000　　(E) 1,010,000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一个由 2018 个正整数组成的列表有唯一众数，并且这个众数恰好出现 10 次。该列表中最少可以出现多少个不同的值？</w:t>
      </w:r>
    </w:p>
    <w:p>
      <w:pPr>
        <w:spacing w:before="0" w:after="120" w:line="300" w:lineRule="auto"/>
      </w:pPr>
      <w:r>
        <w:rPr>
          <w:rFonts w:ascii="Times New Roman" w:hAnsi="Times New Roman" w:eastAsia="宋体"/>
          <w:b w:val="0"/>
          <w:i w:val="0"/>
          <w:sz w:val="21"/>
        </w:rPr>
        <w:t>（A）202　　（B）223　　（C）224　　（D）225　　（E）234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2018 positive integers has a unique mode, which occurs exactly 10 times. What is the least number of distinct values that can occur in the list?</w:t>
      </w:r>
    </w:p>
    <w:p>
      <w:pPr>
        <w:spacing w:before="0" w:after="160" w:line="300" w:lineRule="auto"/>
      </w:pPr>
      <w:r>
        <w:rPr>
          <w:rFonts w:ascii="Times New Roman" w:hAnsi="Times New Roman" w:eastAsia="宋体"/>
          <w:b w:val="0"/>
          <w:i w:val="0"/>
          <w:color w:val="333333"/>
          <w:sz w:val="19"/>
        </w:rPr>
        <w:t>(A) 202　　(B) 223　　(C) 224　　(D) 225　　(E) 234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一个以正方形为底的封闭盒子，要用一张正方形包装纸包装。盒子居中放在包装纸上，底面顶点落在正方形纸的中线上，如左图所示。包装纸四个角将沿侧面向上折起，并在盒子顶部中心点 A 处相遇，如右图所示。盒子底边长为 w，高为 h。包装纸的面积是多少？</w:t>
      </w:r>
    </w:p>
    <w:p>
      <w:pPr>
        <w:spacing w:before="80" w:after="80"/>
        <w:jc w:val="center"/>
      </w:pPr>
      <w:r>
        <w:drawing>
          <wp:inline xmlns:a="http://schemas.openxmlformats.org/drawingml/2006/main" xmlns:pic="http://schemas.openxmlformats.org/drawingml/2006/picture">
            <wp:extent cx="4219752" cy="1766976"/>
            <wp:docPr id="1" name="Picture 1"/>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4219752" cy="1766976"/>
                    </a:xfrm>
                    <a:prstGeom prst="rect"/>
                  </pic:spPr>
                </pic:pic>
              </a:graphicData>
            </a:graphic>
          </wp:inline>
        </w:drawing>
      </w:r>
    </w:p>
    <w:p>
      <w:pPr>
        <w:spacing w:before="0" w:after="120" w:line="300" w:lineRule="auto"/>
      </w:pPr>
      <w:r>
        <w:rPr>
          <w:rFonts w:ascii="Times New Roman" w:hAnsi="Times New Roman" w:eastAsia="宋体"/>
          <w:b w:val="0"/>
          <w:i w:val="0"/>
          <w:sz w:val="21"/>
        </w:rPr>
        <w:t>（A）2(w+h)²　　（B）((w+h)²)/2　　（C）2w²+4wh　　（D）2w²　　（E）w²h</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closed box with a square base is to be wrapped with a square sheet of wrapping paper. The box is centered on the wrapping paper with the vertices of the base lying on the midlines of the square sheet of paper, as shown in the figure on the left. The four corners of the wrapping paper are to be folded up over the sides and brought together to meet at the center of the top of the box, point A in the figure on the right. The box has base length w and height h. What is the area of the sheet of wrapping paper?</w:t>
      </w:r>
    </w:p>
    <w:p>
      <w:pPr>
        <w:spacing w:before="80" w:after="80"/>
        <w:jc w:val="center"/>
      </w:pPr>
      <w:r>
        <w:drawing>
          <wp:inline xmlns:a="http://schemas.openxmlformats.org/drawingml/2006/main" xmlns:pic="http://schemas.openxmlformats.org/drawingml/2006/picture">
            <wp:extent cx="4219752" cy="1766976"/>
            <wp:docPr id="2" name="Picture 2"/>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4219752" cy="17669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2(w+h)²　　(B) ((w+h)²)/2　　(C) 2w²+4wh　　(D) 2w²　　(E) w²h</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AB 是 △ ABC 的一条边，长度为 10。角 A 的角平分线交 BC 于 D，且 CD=3。所有可能的 AC 值构成开区间 (m, n)。求 m+n。</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 AB of △ ABC has length 10. The bisector of angle A meets BC at D, and CD=3. The set of all possible values of AC is an open interval (m, n). What is m+n?</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正方形 ABCD 的边长为 30。点 P 在正方形内，且 AP=12、BP=26。△ ABP、△ BCP、△ CDP 和 △ DAP 的重心是一个凸四边形的顶点。该四边形面积是多少？</w:t>
      </w:r>
    </w:p>
    <w:p>
      <w:pPr>
        <w:spacing w:before="80" w:after="80"/>
        <w:jc w:val="center"/>
      </w:pPr>
      <w:r>
        <w:drawing>
          <wp:inline xmlns:a="http://schemas.openxmlformats.org/drawingml/2006/main" xmlns:pic="http://schemas.openxmlformats.org/drawingml/2006/picture">
            <wp:extent cx="1255624" cy="1217955"/>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255624" cy="1217955"/>
                    </a:xfrm>
                    <a:prstGeom prst="rect"/>
                  </pic:spPr>
                </pic:pic>
              </a:graphicData>
            </a:graphic>
          </wp:inline>
        </w:drawing>
      </w:r>
    </w:p>
    <w:p>
      <w:pPr>
        <w:spacing w:before="0" w:after="120" w:line="300" w:lineRule="auto"/>
      </w:pPr>
      <w:r>
        <w:rPr>
          <w:rFonts w:ascii="Times New Roman" w:hAnsi="Times New Roman" w:eastAsia="宋体"/>
          <w:b w:val="0"/>
          <w:i w:val="0"/>
          <w:sz w:val="21"/>
        </w:rPr>
        <w:t>（A）100√(2)　　（B）100√(3)　　（C）200　　（D）200√(2)　　（E）200√(3)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30. Point P lies inside the square so that AP=12 and BP=26. The centroids of △ ABP, △ BCP, △ CDP, and △ DAP are the vertices of a convex quadrilateral. What is the area of that quadrilateral?</w:t>
      </w:r>
    </w:p>
    <w:p>
      <w:pPr>
        <w:spacing w:before="80" w:after="80"/>
        <w:jc w:val="center"/>
      </w:pPr>
      <w:r>
        <w:drawing>
          <wp:inline xmlns:a="http://schemas.openxmlformats.org/drawingml/2006/main" xmlns:pic="http://schemas.openxmlformats.org/drawingml/2006/picture">
            <wp:extent cx="1255624" cy="1217955"/>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255624" cy="12179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100√(2)　　(B) 100√(3)　　(C) 200　　(D) 200√(2)　　(E) 200√(3)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Joey、Chloe 和他们的女儿 Zoe 生日相同。Joey 比 Chloe 大 1 岁，Zoe 今天正好 1 岁。今天是 Chloe 的年龄将成为 Zoe 年龄整数倍的 9 个生日中的第一个。下次 Joey 的年龄是 Zoe 年龄的倍数时，Joey 年龄的两位数字之和是多少？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Joey and Chloe and their daughter Zoe all have the same birthday. Joey is 1 year older than Chloe, and Zoe is exactly 1 year old today. Today is the first of the 9 birthdays on which Chloe’s age will be an integral multiple of Zoe’s age. What will be the sum of the two digits of Joey’s age the next time his age is a multiple of Zoe’s age?</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 3 位正奇数是 3 的倍数，且不含数字 3？</w:t>
      </w:r>
    </w:p>
    <w:p>
      <w:pPr>
        <w:spacing w:before="0" w:after="120" w:line="300" w:lineRule="auto"/>
      </w:pPr>
      <w:r>
        <w:rPr>
          <w:rFonts w:ascii="Times New Roman" w:hAnsi="Times New Roman" w:eastAsia="宋体"/>
          <w:b w:val="0"/>
          <w:i w:val="0"/>
          <w:sz w:val="21"/>
        </w:rPr>
        <w:t>（A）96　　（B）97　　（C）98　　（D）102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3-digit positive odd multiples of 3 do not include the digit 3?</w:t>
      </w:r>
    </w:p>
    <w:p>
      <w:pPr>
        <w:spacing w:before="0" w:after="160" w:line="300" w:lineRule="auto"/>
      </w:pPr>
      <w:r>
        <w:rPr>
          <w:rFonts w:ascii="Times New Roman" w:hAnsi="Times New Roman" w:eastAsia="宋体"/>
          <w:b w:val="0"/>
          <w:i w:val="0"/>
          <w:color w:val="333333"/>
          <w:sz w:val="19"/>
        </w:rPr>
        <w:t>(A) 96　　(B) 97　　(C) 98　　(D) 102　　(E) 120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方程 (z+6)⁸=81 的解在复平面中连成一个凸正多边形，其中三个顶点标为 A、B 和 C。△ ABC 的最小可能面积是多少？</w:t>
      </w:r>
    </w:p>
    <w:p>
      <w:pPr>
        <w:spacing w:before="0" w:after="120" w:line="300" w:lineRule="auto"/>
      </w:pPr>
      <w:r>
        <w:rPr>
          <w:rFonts w:ascii="Times New Roman" w:hAnsi="Times New Roman" w:eastAsia="宋体"/>
          <w:b w:val="0"/>
          <w:i w:val="0"/>
          <w:sz w:val="21"/>
        </w:rPr>
        <w:t>（A）1/6√(6)　　（B）3/2√(2)-3/2　　（C）2√(3)-2√(2)　　（D）1/2√(2)　　（E）√(3)-1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solutions to the equation (z+6)⁸=81 are connected in the complex plane to form a convex regular polygon, three of whose vertices are labeled A, B, and C. What is the least possible area of △ ABC?</w:t>
      </w:r>
    </w:p>
    <w:p>
      <w:pPr>
        <w:spacing w:before="0" w:after="160" w:line="300" w:lineRule="auto"/>
      </w:pPr>
      <w:r>
        <w:rPr>
          <w:rFonts w:ascii="Times New Roman" w:hAnsi="Times New Roman" w:eastAsia="宋体"/>
          <w:b w:val="0"/>
          <w:i w:val="0"/>
          <w:color w:val="333333"/>
          <w:sz w:val="19"/>
        </w:rPr>
        <w:t>(A) 1/6√(6)　　(B) 3/2√(2)-3/2　　(C) 2√(3)-2√(2)　　(D) 1/2√(2)　　(E) √(3)-1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p 和 q 为正整数，满足</w:t>
      </w:r>
    </w:p>
    <w:p>
      <w:pPr>
        <w:spacing w:before="0" w:after="80" w:line="300" w:lineRule="auto"/>
        <w:jc w:val="left"/>
      </w:pPr>
      <w:r>
        <w:rPr>
          <w:rFonts w:ascii="Times New Roman" w:hAnsi="Times New Roman" w:eastAsia="宋体"/>
          <w:b w:val="0"/>
          <w:i w:val="0"/>
          <w:sz w:val="21"/>
        </w:rPr>
        <w:t>5/9&lt;p/q&lt;4/7</w:t>
      </w:r>
    </w:p>
    <w:p>
      <w:pPr>
        <w:spacing w:before="0" w:after="80" w:line="300" w:lineRule="auto"/>
        <w:jc w:val="left"/>
      </w:pPr>
      <w:r>
        <w:rPr>
          <w:rFonts w:ascii="Times New Roman" w:hAnsi="Times New Roman" w:eastAsia="宋体"/>
          <w:b w:val="0"/>
          <w:i w:val="0"/>
          <w:sz w:val="21"/>
        </w:rPr>
        <w:t>且 q 尽可能小。求 q-p。</w:t>
      </w:r>
    </w:p>
    <w:p>
      <w:pPr>
        <w:spacing w:before="0" w:after="120" w:line="300" w:lineRule="auto"/>
      </w:pPr>
      <w:r>
        <w:rPr>
          <w:rFonts w:ascii="Times New Roman" w:hAnsi="Times New Roman" w:eastAsia="宋体"/>
          <w:b w:val="0"/>
          <w:i w:val="0"/>
          <w:sz w:val="21"/>
        </w:rPr>
        <w:t>（A）7　　（B）11　　（C）13　　（D）17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and q be positive integers such that</w:t>
      </w:r>
    </w:p>
    <w:p>
      <w:pPr>
        <w:spacing w:before="0" w:after="80" w:line="300" w:lineRule="auto"/>
        <w:jc w:val="left"/>
      </w:pPr>
      <w:r>
        <w:rPr>
          <w:rFonts w:ascii="Times New Roman" w:hAnsi="Times New Roman" w:eastAsia="宋体"/>
          <w:b w:val="0"/>
          <w:i w:val="0"/>
          <w:color w:val="333333"/>
          <w:sz w:val="19"/>
        </w:rPr>
        <w:t>5/9&lt;p/q&lt;4/7</w:t>
      </w:r>
    </w:p>
    <w:p>
      <w:pPr>
        <w:spacing w:before="0" w:after="80" w:line="300" w:lineRule="auto"/>
        <w:jc w:val="left"/>
      </w:pPr>
      <w:r>
        <w:rPr>
          <w:rFonts w:ascii="Times New Roman" w:hAnsi="Times New Roman" w:eastAsia="宋体"/>
          <w:b w:val="0"/>
          <w:i w:val="0"/>
          <w:color w:val="333333"/>
          <w:sz w:val="19"/>
        </w:rPr>
        <w:t>and q is as small as possible. What is q-p?</w:t>
      </w:r>
    </w:p>
    <w:p>
      <w:pPr>
        <w:spacing w:before="0" w:after="160" w:line="300" w:lineRule="auto"/>
      </w:pPr>
      <w:r>
        <w:rPr>
          <w:rFonts w:ascii="Times New Roman" w:hAnsi="Times New Roman" w:eastAsia="宋体"/>
          <w:b w:val="0"/>
          <w:i w:val="0"/>
          <w:color w:val="333333"/>
          <w:sz w:val="19"/>
        </w:rPr>
        <w:t>(A) 7　　(B) 11　　(C) 13　　(D) 17　　(E) 19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函数 f 递归定义为 f(1)=f(2)=1，并且对所有满足 n≥3 的整数，</w:t>
      </w:r>
    </w:p>
    <w:p>
      <w:pPr>
        <w:spacing w:before="0" w:after="80" w:line="300" w:lineRule="auto"/>
        <w:jc w:val="left"/>
      </w:pPr>
      <w:r>
        <w:rPr>
          <w:rFonts w:ascii="Times New Roman" w:hAnsi="Times New Roman" w:eastAsia="宋体"/>
          <w:b w:val="0"/>
          <w:i w:val="0"/>
          <w:sz w:val="21"/>
        </w:rPr>
        <w:t>f(n)=f(n-1)-f(n-2)+n。</w:t>
      </w:r>
    </w:p>
    <w:p>
      <w:pPr>
        <w:spacing w:before="0" w:after="80" w:line="300" w:lineRule="auto"/>
        <w:jc w:val="left"/>
      </w:pPr>
      <w:r>
        <w:rPr>
          <w:rFonts w:ascii="Times New Roman" w:hAnsi="Times New Roman" w:eastAsia="宋体"/>
          <w:b w:val="0"/>
          <w:i w:val="0"/>
          <w:sz w:val="21"/>
        </w:rPr>
        <w:t>求 f(2018)。</w:t>
      </w:r>
    </w:p>
    <w:p>
      <w:pPr>
        <w:spacing w:before="0" w:after="120" w:line="300" w:lineRule="auto"/>
      </w:pPr>
      <w:r>
        <w:rPr>
          <w:rFonts w:ascii="Times New Roman" w:hAnsi="Times New Roman" w:eastAsia="宋体"/>
          <w:b w:val="0"/>
          <w:i w:val="0"/>
          <w:sz w:val="21"/>
        </w:rPr>
        <w:t>（A）2016　　（B）2017　　（C）2018　　（D）2019　　（E）2020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is defined recursively by f(1)=f(2)=1 and</w:t>
      </w:r>
    </w:p>
    <w:p>
      <w:pPr>
        <w:spacing w:before="0" w:after="80" w:line="300" w:lineRule="auto"/>
        <w:jc w:val="left"/>
      </w:pPr>
      <w:r>
        <w:rPr>
          <w:rFonts w:ascii="Times New Roman" w:hAnsi="Times New Roman" w:eastAsia="宋体"/>
          <w:b w:val="0"/>
          <w:i w:val="0"/>
          <w:color w:val="333333"/>
          <w:sz w:val="19"/>
        </w:rPr>
        <w:t>f(n)=f(n-1)-f(n-2)+n</w:t>
      </w:r>
    </w:p>
    <w:p>
      <w:pPr>
        <w:spacing w:before="0" w:after="80" w:line="300" w:lineRule="auto"/>
        <w:jc w:val="left"/>
      </w:pPr>
      <w:r>
        <w:rPr>
          <w:rFonts w:ascii="Times New Roman" w:hAnsi="Times New Roman" w:eastAsia="宋体"/>
          <w:b w:val="0"/>
          <w:i w:val="0"/>
          <w:color w:val="333333"/>
          <w:sz w:val="19"/>
        </w:rPr>
        <w:t>for all integers n≥3. What is f(2018)?</w:t>
      </w:r>
    </w:p>
    <w:p>
      <w:pPr>
        <w:spacing w:before="0" w:after="160" w:line="300" w:lineRule="auto"/>
      </w:pPr>
      <w:r>
        <w:rPr>
          <w:rFonts w:ascii="Times New Roman" w:hAnsi="Times New Roman" w:eastAsia="宋体"/>
          <w:b w:val="0"/>
          <w:i w:val="0"/>
          <w:color w:val="333333"/>
          <w:sz w:val="19"/>
        </w:rPr>
        <w:t>(A) 2016　　(B) 2017　　(C) 2018　　(D) 2019　　(E) 2020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Mary 选择了一个偶数 4 位数 n。她从左到右按递增顺序写下 n 的所有因数：1，2，…，n/2，n。某一时刻 Mary 写下了 323 作为 n 的一个因数。写在 323 右边的下一个因数的最小可能值是多少？</w:t>
      </w:r>
    </w:p>
    <w:p>
      <w:pPr>
        <w:spacing w:before="0" w:after="120" w:line="300" w:lineRule="auto"/>
      </w:pPr>
      <w:r>
        <w:rPr>
          <w:rFonts w:ascii="Times New Roman" w:hAnsi="Times New Roman" w:eastAsia="宋体"/>
          <w:b w:val="0"/>
          <w:i w:val="0"/>
          <w:sz w:val="21"/>
        </w:rPr>
        <w:t>（A）324　　（B）330　　（C）340　　（D）361　　（E）646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chose an even 4-digit number n. She wrote down all the divisors of n in increasing order from left to right: 1, 2, …, n/2, n. At some moment Mary wrote 323 as a divisor of n. What is the smallest possible value of the next divisor written to the right of 323?</w:t>
      </w:r>
    </w:p>
    <w:p>
      <w:pPr>
        <w:spacing w:before="0" w:after="160" w:line="300" w:lineRule="auto"/>
      </w:pPr>
      <w:r>
        <w:rPr>
          <w:rFonts w:ascii="Times New Roman" w:hAnsi="Times New Roman" w:eastAsia="宋体"/>
          <w:b w:val="0"/>
          <w:i w:val="0"/>
          <w:color w:val="333333"/>
          <w:sz w:val="19"/>
        </w:rPr>
        <w:t>(A) 324　　(B) 330　　(C) 340　　(D) 361　　(E) 646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ABCDEF 是边长为 1 的正六边形。记 X、Y 和 Z 分别为边 AB、CD 和 EF 的中点。内部区域为 △ ACE 与 △ XYZ 的内部交集的凸六边形面积是多少？</w:t>
      </w:r>
    </w:p>
    <w:p>
      <w:pPr>
        <w:spacing w:before="0" w:after="120" w:line="300" w:lineRule="auto"/>
      </w:pPr>
      <w:r>
        <w:rPr>
          <w:rFonts w:ascii="Times New Roman" w:hAnsi="Times New Roman" w:eastAsia="宋体"/>
          <w:b w:val="0"/>
          <w:i w:val="0"/>
          <w:sz w:val="21"/>
        </w:rPr>
        <w:t>（A）3/8√(3)　　（B）7/16√(3)　　（C）15/32√(3)　　（D）1/2√(3)　　（E）9/16√(3)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ABCDEF be a regular hexagon with side length 1. Denote by X, Y, and Z the midpoints of sides AB, CD, and EF, respectively. What is the area of the convex hexagon whose interior is the intersection of the interiors of △ ACE and △ XYZ?</w:t>
      </w:r>
    </w:p>
    <w:p>
      <w:pPr>
        <w:spacing w:before="0" w:after="160" w:line="300" w:lineRule="auto"/>
      </w:pPr>
      <w:r>
        <w:rPr>
          <w:rFonts w:ascii="Times New Roman" w:hAnsi="Times New Roman" w:eastAsia="宋体"/>
          <w:b w:val="0"/>
          <w:i w:val="0"/>
          <w:color w:val="333333"/>
          <w:sz w:val="19"/>
        </w:rPr>
        <w:t>(A) 3/8√(3)　　(B) 7/16√(3)　　(C) 15/32√(3)　　(D) 1/2√(3)　　(E) 9/16√(3)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 △ ABC 中，边长为 AB=13、AC=12 和 BC=5，令 O 与 I 分别表示外心和内心。一个圆心为 M 的圆与直角边 AC 和 BC 以及 △ ABC 的外接圆相切。△ MOI 的面积是多少？</w:t>
      </w:r>
    </w:p>
    <w:p>
      <w:pPr>
        <w:spacing w:before="0" w:after="120" w:line="300" w:lineRule="auto"/>
      </w:pPr>
      <w:r>
        <w:rPr>
          <w:rFonts w:ascii="Times New Roman" w:hAnsi="Times New Roman" w:eastAsia="宋体"/>
          <w:b w:val="0"/>
          <w:i w:val="0"/>
          <w:sz w:val="21"/>
        </w:rPr>
        <w:t>（A）5/2　　（B）11/4　　（C）3　　（D）13/4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with side lengths AB=13, AC=12, and BC=5, let O and I denote the circumcenter and incenter, respectively. A circle with center M is tangent to the legs AC and BC and to the circumcircle of △ ABC. What is the area of △ MOI?</w:t>
      </w:r>
    </w:p>
    <w:p>
      <w:pPr>
        <w:spacing w:before="0" w:after="160" w:line="300" w:lineRule="auto"/>
      </w:pPr>
      <w:r>
        <w:rPr>
          <w:rFonts w:ascii="Times New Roman" w:hAnsi="Times New Roman" w:eastAsia="宋体"/>
          <w:b w:val="0"/>
          <w:i w:val="0"/>
          <w:color w:val="333333"/>
          <w:sz w:val="19"/>
        </w:rPr>
        <w:t>(A) 5/2　　(B) 11/4　　(C) 3　　(D) 13/4　　(E) 7/2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考虑次数至多为 3 的多项式 P(x)，其每个系数都属于 {0, 1, 2, 3, 4, 5, 6, 7, 8, 9}。有多少个这样的多项式满足 P(-1)=-9？</w:t>
      </w:r>
    </w:p>
    <w:p>
      <w:pPr>
        <w:spacing w:before="0" w:after="120" w:line="300" w:lineRule="auto"/>
      </w:pPr>
      <w:r>
        <w:rPr>
          <w:rFonts w:ascii="Times New Roman" w:hAnsi="Times New Roman" w:eastAsia="宋体"/>
          <w:b w:val="0"/>
          <w:i w:val="0"/>
          <w:sz w:val="21"/>
        </w:rPr>
        <w:t>（A）110　　（B）143　　（C）165　　（D）220　　（E）286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polynomials P(x) of degree at most 3, each of whose coefficients is an element of {0, 1, 2, 3, 4, 5, 6, 7, 8, 9}. How many such polynomials satisfy P(-1)=-9?</w:t>
      </w:r>
    </w:p>
    <w:p>
      <w:pPr>
        <w:spacing w:before="0" w:after="160" w:line="300" w:lineRule="auto"/>
      </w:pPr>
      <w:r>
        <w:rPr>
          <w:rFonts w:ascii="Times New Roman" w:hAnsi="Times New Roman" w:eastAsia="宋体"/>
          <w:b w:val="0"/>
          <w:i w:val="0"/>
          <w:color w:val="333333"/>
          <w:sz w:val="19"/>
        </w:rPr>
        <w:t>(A) 110　　(B) 143　　(C) 165　　(D) 220　　(E) 286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Ajay 站在印度尼西亚 Pontianak 附近的点 A，纬度 0°，经度 110° E。Billy 站在美国爱达荷州 Big Baldy Mountain 附近的点 B，纬度 45° N，经度 115° W。假设地球是以 C 为球心的完美球体。∠ ACB 的度数是多少？</w:t>
      </w:r>
    </w:p>
    <w:p>
      <w:pPr>
        <w:spacing w:before="0" w:after="120" w:line="300" w:lineRule="auto"/>
      </w:pPr>
      <w:r>
        <w:rPr>
          <w:rFonts w:ascii="Times New Roman" w:hAnsi="Times New Roman" w:eastAsia="宋体"/>
          <w:b w:val="0"/>
          <w:i w:val="0"/>
          <w:sz w:val="21"/>
        </w:rPr>
        <w:t>（A）105　　（B）1121/2　　（C）120　　（D）135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Ajay is standing at point A near Pontianak, Indonesia, 0° latitude and 110° E longitude. Billy is standing at point B near Big Baldy Mountain, Idaho, USA, 45° N latitude and 115° W longitude. Assume that Earth is a perfect sphere with center C. What is the degree measure of ∠ ACB?</w:t>
      </w:r>
    </w:p>
    <w:p>
      <w:pPr>
        <w:spacing w:before="0" w:after="160" w:line="300" w:lineRule="auto"/>
      </w:pPr>
      <w:r>
        <w:rPr>
          <w:rFonts w:ascii="Times New Roman" w:hAnsi="Times New Roman" w:eastAsia="宋体"/>
          <w:b w:val="0"/>
          <w:i w:val="0"/>
          <w:color w:val="333333"/>
          <w:sz w:val="19"/>
        </w:rPr>
        <w:t>(A) 105　　(B) 1121/2　　(C) 120　　(D) 135　　(E) 150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 x⌋ 表示小于或等于 x 的最大整数。有多少个实数 x 满足方程 x²+10,000⌊ x⌋=10,000x？</w:t>
      </w:r>
    </w:p>
    <w:p>
      <w:pPr>
        <w:spacing w:before="0" w:after="120" w:line="300" w:lineRule="auto"/>
      </w:pPr>
      <w:r>
        <w:rPr>
          <w:rFonts w:ascii="Times New Roman" w:hAnsi="Times New Roman" w:eastAsia="宋体"/>
          <w:b w:val="0"/>
          <w:i w:val="0"/>
          <w:sz w:val="21"/>
        </w:rPr>
        <w:t>（A）197　　（B）198　　（C）199　　（D）200　　（E）201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x⌋ denote the greatest integer less than or equal to x. How many real numbers x satisfy the equation x²+10,000⌊ x⌋=10,000x?</w:t>
      </w:r>
    </w:p>
    <w:p>
      <w:pPr>
        <w:spacing w:before="0" w:after="160" w:line="300" w:lineRule="auto"/>
      </w:pPr>
      <w:r>
        <w:rPr>
          <w:rFonts w:ascii="Times New Roman" w:hAnsi="Times New Roman" w:eastAsia="宋体"/>
          <w:b w:val="0"/>
          <w:i w:val="0"/>
          <w:color w:val="333333"/>
          <w:sz w:val="19"/>
        </w:rPr>
        <w:t>(A) 197　　(B) 198　　(C) 199　　(D) 200　　(E) 201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圆 ω₁、ω₂ 和 ω₃ 半径均为 4，放置在平面上并两两外切。点 P₁、P₂ 和 P₃ 分别在 ω₁、ω₂ 和 ω₃ 上，满足 P₁P₂=P₂P₃=P₃P₁，且对每个 i=1，2，3，直线 PᵢPᵢ₊₁ 与 ωᵢ 相切，其中 P₄=P₁。见下图。△ P₁P₂P₃ 的面积可写为 √(a)+√(b)，其中 a 和 b 是正整数。a+b 是多少？</w:t>
      </w:r>
    </w:p>
    <w:p>
      <w:pPr>
        <w:spacing w:before="80" w:after="80"/>
        <w:jc w:val="center"/>
      </w:pPr>
      <w:r>
        <w:drawing>
          <wp:inline xmlns:a="http://schemas.openxmlformats.org/drawingml/2006/main" xmlns:pic="http://schemas.openxmlformats.org/drawingml/2006/picture">
            <wp:extent cx="1518859" cy="1478519"/>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518859" cy="1478519"/>
                    </a:xfrm>
                    <a:prstGeom prst="rect"/>
                  </pic:spPr>
                </pic:pic>
              </a:graphicData>
            </a:graphic>
          </wp:inline>
        </w:drawing>
      </w:r>
    </w:p>
    <w:p>
      <w:pPr>
        <w:spacing w:before="0" w:after="120" w:line="300" w:lineRule="auto"/>
      </w:pPr>
      <w:r>
        <w:rPr>
          <w:rFonts w:ascii="Times New Roman" w:hAnsi="Times New Roman" w:eastAsia="宋体"/>
          <w:b w:val="0"/>
          <w:i w:val="0"/>
          <w:sz w:val="21"/>
        </w:rPr>
        <w:t>（A）546　　（B）548　　（C）550　　（D）552　　（E）554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ω₁, ω₂, and ω₃ each have radius 4 and are placed in the plane so that each circle is externally tangent to the other two. Points P₁, P₂, and P₃ lie on ω₁, ω₂, and ω₃, respectively, so that P₁P₂=P₂P₃=P₃P₁ and line PᵢPᵢ₊₁ is tangent to ωᵢ for each i=1, 2, 3, where P₄=P₁. See the figure below. The area of △ P₁P₂P₃ can be written in the form √(a)+√(b), where a and b are positive integers. What is a+b?</w:t>
      </w:r>
    </w:p>
    <w:p>
      <w:pPr>
        <w:spacing w:before="80" w:after="80"/>
        <w:jc w:val="center"/>
      </w:pPr>
      <w:r>
        <w:drawing>
          <wp:inline xmlns:a="http://schemas.openxmlformats.org/drawingml/2006/main" xmlns:pic="http://schemas.openxmlformats.org/drawingml/2006/picture">
            <wp:extent cx="1518859" cy="1478519"/>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518859" cy="14785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546　　(B) 548　　(C) 550　　(D) 552　　(E) 554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B　B　D　B　C　C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A　C　C　E　A　B　A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C　E　D　C　C　D</w:t>
      </w:r>
    </w:p>
    <w:p>
      <w:pPr>
        <w:spacing w:before="0" w:after="200" w:line="300" w:lineRule="auto"/>
      </w:pPr>
      <w:r>
        <w:rPr>
          <w:rFonts w:ascii="Times New Roman" w:hAnsi="Times New Roman" w:eastAsia="宋体"/>
          <w:b w:val="0"/>
          <w:i w:val="0"/>
          <w:color w:val="666666"/>
          <w:sz w:val="18"/>
        </w:rPr>
        <w:t>答案串：ADBBDBCCEDACCEABABCCEDCCD</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烤盘面积为 20·18=360 平方英寸，每块面积为 2·2=4 平方英寸。</w:t>
      </w:r>
    </w:p>
    <w:p>
      <w:pPr>
        <w:spacing w:before="0" w:after="80" w:line="300" w:lineRule="auto"/>
        <w:jc w:val="left"/>
      </w:pPr>
      <w:r>
        <w:rPr>
          <w:rFonts w:ascii="Times New Roman" w:hAnsi="Times New Roman" w:eastAsia="宋体"/>
          <w:b w:val="0"/>
          <w:i w:val="0"/>
          <w:sz w:val="21"/>
        </w:rPr>
        <w:t>块数为</w:t>
      </w:r>
    </w:p>
    <w:p>
      <w:pPr>
        <w:spacing w:before="0" w:after="80" w:line="300" w:lineRule="auto"/>
        <w:jc w:val="left"/>
      </w:pPr>
      <w:r>
        <w:rPr>
          <w:rFonts w:ascii="Times New Roman" w:hAnsi="Times New Roman" w:eastAsia="宋体"/>
          <w:b w:val="0"/>
          <w:i w:val="0"/>
          <w:sz w:val="21"/>
        </w:rPr>
        <w:t>360/4=90。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pan has area 20·18=360 square inches, and each piece has area 2·2=4 square inches.</w:t>
      </w:r>
    </w:p>
    <w:p>
      <w:pPr>
        <w:spacing w:before="0" w:after="80" w:line="300" w:lineRule="auto"/>
        <w:jc w:val="left"/>
      </w:pPr>
      <w:r>
        <w:rPr>
          <w:rFonts w:ascii="Times New Roman" w:hAnsi="Times New Roman" w:eastAsia="宋体"/>
          <w:b w:val="0"/>
          <w:i w:val="0"/>
          <w:color w:val="333333"/>
          <w:sz w:val="19"/>
        </w:rPr>
        <w:t>The number of pieces is</w:t>
      </w:r>
    </w:p>
    <w:p>
      <w:pPr>
        <w:spacing w:before="0" w:after="80" w:line="300" w:lineRule="auto"/>
        <w:jc w:val="left"/>
      </w:pPr>
      <w:r>
        <w:rPr>
          <w:rFonts w:ascii="Times New Roman" w:hAnsi="Times New Roman" w:eastAsia="宋体"/>
          <w:b w:val="0"/>
          <w:i w:val="0"/>
          <w:color w:val="333333"/>
          <w:sz w:val="19"/>
        </w:rPr>
        <w:t>360/4=90.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前 30 分钟 Sam 行驶 60·1/2=30 英里，接着又行驶 65·1/2=32.5 英里。</w:t>
      </w:r>
    </w:p>
    <w:p>
      <w:pPr>
        <w:spacing w:before="0" w:after="80" w:line="300" w:lineRule="auto"/>
        <w:jc w:val="left"/>
      </w:pPr>
      <w:r>
        <w:rPr>
          <w:rFonts w:ascii="Times New Roman" w:hAnsi="Times New Roman" w:eastAsia="宋体"/>
          <w:b w:val="0"/>
          <w:i w:val="0"/>
          <w:sz w:val="21"/>
        </w:rPr>
        <w:t>最后 30 分钟行驶 96-30-32.5=33.5 英里，所以速度为</w:t>
      </w:r>
    </w:p>
    <w:p>
      <w:pPr>
        <w:spacing w:before="0" w:after="80" w:line="300" w:lineRule="auto"/>
        <w:jc w:val="left"/>
      </w:pPr>
      <w:r>
        <w:rPr>
          <w:rFonts w:ascii="Times New Roman" w:hAnsi="Times New Roman" w:eastAsia="宋体"/>
          <w:b w:val="0"/>
          <w:i w:val="0"/>
          <w:sz w:val="21"/>
        </w:rPr>
        <w:t>33.5/(1/2)=67英里/小时。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first 30 minutes Sam covered 60·1/2=30 miles, and in the second he covered 65·1/2=32.5 miles.</w:t>
      </w:r>
    </w:p>
    <w:p>
      <w:pPr>
        <w:spacing w:before="0" w:after="80" w:line="300" w:lineRule="auto"/>
        <w:jc w:val="left"/>
      </w:pPr>
      <w:r>
        <w:rPr>
          <w:rFonts w:ascii="Times New Roman" w:hAnsi="Times New Roman" w:eastAsia="宋体"/>
          <w:b w:val="0"/>
          <w:i w:val="0"/>
          <w:color w:val="333333"/>
          <w:sz w:val="19"/>
        </w:rPr>
        <w:t>The last 30 minutes covered 96-30-32.5=33.5 miles, so the speed was</w:t>
      </w:r>
    </w:p>
    <w:p>
      <w:pPr>
        <w:spacing w:before="0" w:after="80" w:line="300" w:lineRule="auto"/>
        <w:jc w:val="left"/>
      </w:pPr>
      <w:r>
        <w:rPr>
          <w:rFonts w:ascii="Times New Roman" w:hAnsi="Times New Roman" w:eastAsia="宋体"/>
          <w:b w:val="0"/>
          <w:i w:val="0"/>
          <w:color w:val="333333"/>
          <w:sz w:val="19"/>
        </w:rPr>
        <w:t>33.5/(1/2)=67mph.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斜率为 2 的直线为 y-30=2(x-40)；令 y=0，得 x=25。斜率为 6 的直线为 y-30=6(x-40)；令 y=0，得 x=35。</w:t>
      </w:r>
    </w:p>
    <w:p>
      <w:pPr>
        <w:spacing w:before="0" w:after="80" w:line="300" w:lineRule="auto"/>
        <w:jc w:val="left"/>
      </w:pPr>
      <w:r>
        <w:rPr>
          <w:rFonts w:ascii="Times New Roman" w:hAnsi="Times New Roman" w:eastAsia="宋体"/>
          <w:b w:val="0"/>
          <w:i w:val="0"/>
          <w:sz w:val="21"/>
        </w:rPr>
        <w:t>两个截距之间的距离为 |35-25|=10。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of slope 2 is y-30=2(x-40); setting y=0 gives x=25. The line of slope 6 is y-30=6(x-40); setting y=0 gives x=35.</w:t>
      </w:r>
    </w:p>
    <w:p>
      <w:pPr>
        <w:spacing w:before="0" w:after="80" w:line="300" w:lineRule="auto"/>
        <w:jc w:val="left"/>
      </w:pPr>
      <w:r>
        <w:rPr>
          <w:rFonts w:ascii="Times New Roman" w:hAnsi="Times New Roman" w:eastAsia="宋体"/>
          <w:b w:val="0"/>
          <w:i w:val="0"/>
          <w:color w:val="333333"/>
          <w:sz w:val="19"/>
        </w:rPr>
        <w:t>The distance between the intercepts is |35-25|=10.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从圆心向弦作垂线会平分弦，形成直角三角形，其两条直角边分别为 5（半弦长）和 5（圆心到弦距离），斜边为 r。</w:t>
      </w:r>
    </w:p>
    <w:p>
      <w:pPr>
        <w:spacing w:before="0" w:after="80" w:line="300" w:lineRule="auto"/>
        <w:jc w:val="left"/>
      </w:pPr>
      <w:r>
        <w:rPr>
          <w:rFonts w:ascii="Times New Roman" w:hAnsi="Times New Roman" w:eastAsia="宋体"/>
          <w:b w:val="0"/>
          <w:i w:val="0"/>
          <w:sz w:val="21"/>
        </w:rPr>
        <w:t>因此 r²=5²+5²=50，圆面积为 π r²=50π。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Dropping a perpendicular from the center to the chord bisects it, forming a right triangle with legs 5 (half the chord) and 5 (the distance), and hypotenuse r.</w:t>
      </w:r>
    </w:p>
    <w:p>
      <w:pPr>
        <w:spacing w:before="0" w:after="80" w:line="300" w:lineRule="auto"/>
        <w:jc w:val="left"/>
      </w:pPr>
      <w:r>
        <w:rPr>
          <w:rFonts w:ascii="Times New Roman" w:hAnsi="Times New Roman" w:eastAsia="宋体"/>
          <w:b w:val="0"/>
          <w:i w:val="0"/>
          <w:color w:val="333333"/>
          <w:sz w:val="19"/>
        </w:rPr>
        <w:t>Then r²=5²+5²=50, so the area is π r²=50π.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该集合有 8 个元素，共有 2⁸=256 个子集。不含质数的子集只能使用四个非质数 {4,6,8,9}，共有 2⁴=16 个。</w:t>
      </w:r>
    </w:p>
    <w:p>
      <w:pPr>
        <w:spacing w:before="0" w:after="80" w:line="300" w:lineRule="auto"/>
        <w:jc w:val="left"/>
      </w:pPr>
      <w:r>
        <w:rPr>
          <w:rFonts w:ascii="Times New Roman" w:hAnsi="Times New Roman" w:eastAsia="宋体"/>
          <w:b w:val="0"/>
          <w:i w:val="0"/>
          <w:sz w:val="21"/>
        </w:rPr>
        <w:t>因此至少含一个质数的子集数为 256-16=240。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has 8 elements, giving 2⁸=256 subsets. The subsets with no prime use only the four non-primes {4,6,8,9}, and there are 2⁴=16 of these.</w:t>
      </w:r>
    </w:p>
    <w:p>
      <w:pPr>
        <w:spacing w:before="0" w:after="80" w:line="300" w:lineRule="auto"/>
        <w:jc w:val="left"/>
      </w:pPr>
      <w:r>
        <w:rPr>
          <w:rFonts w:ascii="Times New Roman" w:hAnsi="Times New Roman" w:eastAsia="宋体"/>
          <w:b w:val="0"/>
          <w:i w:val="0"/>
          <w:color w:val="333333"/>
          <w:sz w:val="19"/>
        </w:rPr>
        <w:t>So the number containing at least one prime is 256-16=240.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一罐汽水需要 Q/S 枚二十五美分硬币，也就是 Q/4S 美元。用 D 美元可购买的罐数是</w:t>
      </w:r>
    </w:p>
    <w:p>
      <w:pPr>
        <w:spacing w:before="0" w:after="80" w:line="300" w:lineRule="auto"/>
        <w:jc w:val="left"/>
      </w:pPr>
      <w:r>
        <w:rPr>
          <w:rFonts w:ascii="Times New Roman" w:hAnsi="Times New Roman" w:eastAsia="宋体"/>
          <w:b w:val="0"/>
          <w:i w:val="0"/>
          <w:sz w:val="21"/>
        </w:rPr>
        <w:t>D/(Q/4S)=4DS/Q。</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can costs Q/S quarters, which is Q/4S dollars. The number of cans that D dollars can buy is</w:t>
      </w:r>
    </w:p>
    <w:p>
      <w:pPr>
        <w:spacing w:before="0" w:after="80" w:line="300" w:lineRule="auto"/>
        <w:jc w:val="left"/>
      </w:pPr>
      <w:r>
        <w:rPr>
          <w:rFonts w:ascii="Times New Roman" w:hAnsi="Times New Roman" w:eastAsia="宋体"/>
          <w:b w:val="0"/>
          <w:i w:val="0"/>
          <w:color w:val="333333"/>
          <w:sz w:val="19"/>
        </w:rPr>
        <w:t>D/(Q/4S)=4DS/Q.</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这些因子可以分成两条逐项相消的链。奇数位置上的因子构成</w:t>
      </w:r>
    </w:p>
    <w:p>
      <w:pPr>
        <w:spacing w:before="0" w:after="80" w:line="300" w:lineRule="auto"/>
        <w:jc w:val="left"/>
      </w:pPr>
      <w:r>
        <w:rPr>
          <w:rFonts w:ascii="Times New Roman" w:hAnsi="Times New Roman" w:eastAsia="宋体"/>
          <w:b w:val="0"/>
          <w:i w:val="0"/>
          <w:sz w:val="21"/>
        </w:rPr>
        <w:t>log₃ 7·log₇ 11</w:t>
      </w:r>
    </w:p>
    <w:p>
      <w:pPr>
        <w:spacing w:before="0" w:after="80" w:line="300" w:lineRule="auto"/>
        <w:jc w:val="left"/>
      </w:pPr>
      <w:r>
        <w:rPr>
          <w:rFonts w:ascii="Times New Roman" w:hAnsi="Times New Roman" w:eastAsia="宋体"/>
          <w:b w:val="0"/>
          <w:i w:val="0"/>
          <w:sz w:val="21"/>
        </w:rPr>
        <w:t>·log₁₁ 15⋯log₂₃ 27</w:t>
      </w:r>
    </w:p>
    <w:p>
      <w:pPr>
        <w:spacing w:before="0" w:after="80" w:line="300" w:lineRule="auto"/>
        <w:jc w:val="left"/>
      </w:pPr>
      <w:r>
        <w:rPr>
          <w:rFonts w:ascii="Times New Roman" w:hAnsi="Times New Roman" w:eastAsia="宋体"/>
          <w:b w:val="0"/>
          <w:i w:val="0"/>
          <w:sz w:val="21"/>
        </w:rPr>
        <w:t>=log₃ 27=3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而偶数位置上的因子构成</w:t>
      </w:r>
    </w:p>
    <w:p>
      <w:pPr>
        <w:spacing w:before="0" w:after="80" w:line="300" w:lineRule="auto"/>
        <w:jc w:val="left"/>
      </w:pPr>
      <w:r>
        <w:rPr>
          <w:rFonts w:ascii="Times New Roman" w:hAnsi="Times New Roman" w:eastAsia="宋体"/>
          <w:b w:val="0"/>
          <w:i w:val="0"/>
          <w:sz w:val="21"/>
        </w:rPr>
        <w:t>log₅ 9·log₉ 13⋯log₂₁ 25</w:t>
      </w:r>
    </w:p>
    <w:p>
      <w:pPr>
        <w:spacing w:before="0" w:after="80" w:line="300" w:lineRule="auto"/>
        <w:jc w:val="left"/>
      </w:pPr>
      <w:r>
        <w:rPr>
          <w:rFonts w:ascii="Times New Roman" w:hAnsi="Times New Roman" w:eastAsia="宋体"/>
          <w:b w:val="0"/>
          <w:i w:val="0"/>
          <w:sz w:val="21"/>
        </w:rPr>
        <w:t>=log₅ 25=2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这两条链的乘积为 3·2=6。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split into two telescoping chains. The odd-position factors form</w:t>
      </w:r>
    </w:p>
    <w:p>
      <w:pPr>
        <w:spacing w:before="0" w:after="80" w:line="300" w:lineRule="auto"/>
        <w:jc w:val="left"/>
      </w:pPr>
      <w:r>
        <w:rPr>
          <w:rFonts w:ascii="Times New Roman" w:hAnsi="Times New Roman" w:eastAsia="宋体"/>
          <w:b w:val="0"/>
          <w:i w:val="0"/>
          <w:color w:val="333333"/>
          <w:sz w:val="19"/>
        </w:rPr>
        <w:t>log₃ 7·log₇ 11</w:t>
      </w:r>
    </w:p>
    <w:p>
      <w:pPr>
        <w:spacing w:before="0" w:after="80" w:line="300" w:lineRule="auto"/>
        <w:jc w:val="left"/>
      </w:pPr>
      <w:r>
        <w:rPr>
          <w:rFonts w:ascii="Times New Roman" w:hAnsi="Times New Roman" w:eastAsia="宋体"/>
          <w:b w:val="0"/>
          <w:i w:val="0"/>
          <w:color w:val="333333"/>
          <w:sz w:val="19"/>
        </w:rPr>
        <w:t>·log₁₁ 15⋯log₂₃ 27</w:t>
      </w:r>
    </w:p>
    <w:p>
      <w:pPr>
        <w:spacing w:before="0" w:after="80" w:line="300" w:lineRule="auto"/>
        <w:jc w:val="left"/>
      </w:pPr>
      <w:r>
        <w:rPr>
          <w:rFonts w:ascii="Times New Roman" w:hAnsi="Times New Roman" w:eastAsia="宋体"/>
          <w:b w:val="0"/>
          <w:i w:val="0"/>
          <w:color w:val="333333"/>
          <w:sz w:val="19"/>
        </w:rPr>
        <w:t>=log₃ 27=3,</w:t>
      </w:r>
    </w:p>
    <w:p>
      <w:pPr>
        <w:spacing w:before="0" w:after="80" w:line="300" w:lineRule="auto"/>
        <w:jc w:val="left"/>
      </w:pPr>
      <w:r>
        <w:rPr>
          <w:rFonts w:ascii="Times New Roman" w:hAnsi="Times New Roman" w:eastAsia="宋体"/>
          <w:b w:val="0"/>
          <w:i w:val="0"/>
          <w:color w:val="333333"/>
          <w:sz w:val="19"/>
        </w:rPr>
        <w:t>and the even-position factors form</w:t>
      </w:r>
    </w:p>
    <w:p>
      <w:pPr>
        <w:spacing w:before="0" w:after="80" w:line="300" w:lineRule="auto"/>
        <w:jc w:val="left"/>
      </w:pPr>
      <w:r>
        <w:rPr>
          <w:rFonts w:ascii="Times New Roman" w:hAnsi="Times New Roman" w:eastAsia="宋体"/>
          <w:b w:val="0"/>
          <w:i w:val="0"/>
          <w:color w:val="333333"/>
          <w:sz w:val="19"/>
        </w:rPr>
        <w:t>log₅ 9·log₉ 13⋯log₂₁ 25</w:t>
      </w:r>
    </w:p>
    <w:p>
      <w:pPr>
        <w:spacing w:before="0" w:after="80" w:line="300" w:lineRule="auto"/>
        <w:jc w:val="left"/>
      </w:pPr>
      <w:r>
        <w:rPr>
          <w:rFonts w:ascii="Times New Roman" w:hAnsi="Times New Roman" w:eastAsia="宋体"/>
          <w:b w:val="0"/>
          <w:i w:val="0"/>
          <w:color w:val="333333"/>
          <w:sz w:val="19"/>
        </w:rPr>
        <w:t>=log₅ 25=2.</w:t>
      </w:r>
    </w:p>
    <w:p>
      <w:pPr>
        <w:spacing w:before="0" w:after="80" w:line="300" w:lineRule="auto"/>
        <w:jc w:val="left"/>
      </w:pPr>
      <w:r>
        <w:rPr>
          <w:rFonts w:ascii="Times New Roman" w:hAnsi="Times New Roman" w:eastAsia="宋体"/>
          <w:b w:val="0"/>
          <w:i w:val="0"/>
          <w:color w:val="333333"/>
          <w:sz w:val="19"/>
        </w:rPr>
        <w:t>The product is 3·2=6.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令 O 为圆心。△ ABC 的重心是 A、B、C 坐标的平均；由于 O 是 AB 的中点，重心位于从 O 到 C 的三分之一处。</w:t>
      </w:r>
    </w:p>
    <w:p>
      <w:pPr>
        <w:spacing w:before="0" w:after="80" w:line="300" w:lineRule="auto"/>
        <w:jc w:val="left"/>
      </w:pPr>
      <w:r>
        <w:rPr>
          <w:rFonts w:ascii="Times New Roman" w:hAnsi="Times New Roman" w:eastAsia="宋体"/>
          <w:b w:val="0"/>
          <w:i w:val="0"/>
          <w:sz w:val="21"/>
        </w:rPr>
        <w:t>当 C 沿半径为 12 的圆运动时，重心沿半径为 1/3·12=4 的圆运动。该圆面积为 16π≈50。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of the circle. The centroid of △ ABC is the average of A, B, and C; since O is the midpoint of AB, the centroid lies one-third of the way from O to C.</w:t>
      </w:r>
    </w:p>
    <w:p>
      <w:pPr>
        <w:spacing w:before="0" w:after="80" w:line="300" w:lineRule="auto"/>
        <w:jc w:val="left"/>
      </w:pPr>
      <w:r>
        <w:rPr>
          <w:rFonts w:ascii="Times New Roman" w:hAnsi="Times New Roman" w:eastAsia="宋体"/>
          <w:b w:val="0"/>
          <w:i w:val="0"/>
          <w:color w:val="333333"/>
          <w:sz w:val="19"/>
        </w:rPr>
        <w:t>As C traces the circle of radius 12, the centroid traces a circle of radius 1/3·12=4. Its area is 16π≈50.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拆开求和：</w:t>
      </w:r>
    </w:p>
    <w:p>
      <w:pPr>
        <w:spacing w:before="0" w:after="80" w:line="300" w:lineRule="auto"/>
        <w:jc w:val="left"/>
      </w:pPr>
      <w:r>
        <w:rPr>
          <w:rFonts w:ascii="Times New Roman" w:hAnsi="Times New Roman" w:eastAsia="宋体"/>
          <w:b w:val="0"/>
          <w:i w:val="0"/>
          <w:sz w:val="21"/>
        </w:rPr>
        <w:t>Σᵢ₌₁¹⁰⁰Σⱼ₌₁¹⁰⁰(i+j)</w:t>
      </w:r>
    </w:p>
    <w:p>
      <w:pPr>
        <w:spacing w:before="0" w:after="80" w:line="300" w:lineRule="auto"/>
        <w:jc w:val="left"/>
      </w:pPr>
      <w:r>
        <w:rPr>
          <w:rFonts w:ascii="Times New Roman" w:hAnsi="Times New Roman" w:eastAsia="宋体"/>
          <w:b w:val="0"/>
          <w:i w:val="0"/>
          <w:sz w:val="21"/>
        </w:rPr>
        <w:t>=Σᵢ₌₁¹⁰⁰Σⱼ₌₁¹⁰⁰i</w:t>
      </w:r>
    </w:p>
    <w:p>
      <w:pPr>
        <w:spacing w:before="0" w:after="80" w:line="300" w:lineRule="auto"/>
        <w:jc w:val="left"/>
      </w:pPr>
      <w:r>
        <w:rPr>
          <w:rFonts w:ascii="Times New Roman" w:hAnsi="Times New Roman" w:eastAsia="宋体"/>
          <w:b w:val="0"/>
          <w:i w:val="0"/>
          <w:sz w:val="21"/>
        </w:rPr>
        <w:t>+Σᵢ₌₁¹⁰⁰Σⱼ₌₁¹⁰⁰j</w:t>
      </w:r>
    </w:p>
    <w:p>
      <w:pPr>
        <w:spacing w:before="0" w:after="80" w:line="300" w:lineRule="auto"/>
        <w:jc w:val="left"/>
      </w:pPr>
      <w:r>
        <w:rPr>
          <w:rFonts w:ascii="Times New Roman" w:hAnsi="Times New Roman" w:eastAsia="宋体"/>
          <w:b w:val="0"/>
          <w:i w:val="0"/>
          <w:sz w:val="21"/>
        </w:rPr>
        <w:t>=100Σᵢ₌₁¹⁰⁰i</w:t>
      </w:r>
    </w:p>
    <w:p>
      <w:pPr>
        <w:spacing w:before="0" w:after="80" w:line="300" w:lineRule="auto"/>
        <w:jc w:val="left"/>
      </w:pPr>
      <w:r>
        <w:rPr>
          <w:rFonts w:ascii="Times New Roman" w:hAnsi="Times New Roman" w:eastAsia="宋体"/>
          <w:b w:val="0"/>
          <w:i w:val="0"/>
          <w:sz w:val="21"/>
        </w:rPr>
        <w:t>+100Σⱼ₌₁¹⁰⁰j</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Σₖ₌₁¹⁰⁰k=5050，结果为 100·5050 +100·5050 =1,010,000。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Splitting the sum,</w:t>
      </w:r>
    </w:p>
    <w:p>
      <w:pPr>
        <w:spacing w:before="0" w:after="80" w:line="300" w:lineRule="auto"/>
        <w:jc w:val="left"/>
      </w:pPr>
      <w:r>
        <w:rPr>
          <w:rFonts w:ascii="Times New Roman" w:hAnsi="Times New Roman" w:eastAsia="宋体"/>
          <w:b w:val="0"/>
          <w:i w:val="0"/>
          <w:color w:val="333333"/>
          <w:sz w:val="19"/>
        </w:rPr>
        <w:t>Σᵢ₌₁¹⁰⁰Σⱼ₌₁¹⁰⁰(i+j)</w:t>
      </w:r>
    </w:p>
    <w:p>
      <w:pPr>
        <w:spacing w:before="0" w:after="80" w:line="300" w:lineRule="auto"/>
        <w:jc w:val="left"/>
      </w:pPr>
      <w:r>
        <w:rPr>
          <w:rFonts w:ascii="Times New Roman" w:hAnsi="Times New Roman" w:eastAsia="宋体"/>
          <w:b w:val="0"/>
          <w:i w:val="0"/>
          <w:color w:val="333333"/>
          <w:sz w:val="19"/>
        </w:rPr>
        <w:t>=Σᵢ₌₁¹⁰⁰Σⱼ₌₁¹⁰⁰i</w:t>
      </w:r>
    </w:p>
    <w:p>
      <w:pPr>
        <w:spacing w:before="0" w:after="80" w:line="300" w:lineRule="auto"/>
        <w:jc w:val="left"/>
      </w:pPr>
      <w:r>
        <w:rPr>
          <w:rFonts w:ascii="Times New Roman" w:hAnsi="Times New Roman" w:eastAsia="宋体"/>
          <w:b w:val="0"/>
          <w:i w:val="0"/>
          <w:color w:val="333333"/>
          <w:sz w:val="19"/>
        </w:rPr>
        <w:t>+Σᵢ₌₁¹⁰⁰Σⱼ₌₁¹⁰⁰j</w:t>
      </w:r>
    </w:p>
    <w:p>
      <w:pPr>
        <w:spacing w:before="0" w:after="80" w:line="300" w:lineRule="auto"/>
        <w:jc w:val="left"/>
      </w:pPr>
      <w:r>
        <w:rPr>
          <w:rFonts w:ascii="Times New Roman" w:hAnsi="Times New Roman" w:eastAsia="宋体"/>
          <w:b w:val="0"/>
          <w:i w:val="0"/>
          <w:color w:val="333333"/>
          <w:sz w:val="19"/>
        </w:rPr>
        <w:t>=100Σᵢ₌₁¹⁰⁰i</w:t>
      </w:r>
    </w:p>
    <w:p>
      <w:pPr>
        <w:spacing w:before="0" w:after="80" w:line="300" w:lineRule="auto"/>
        <w:jc w:val="left"/>
      </w:pPr>
      <w:r>
        <w:rPr>
          <w:rFonts w:ascii="Times New Roman" w:hAnsi="Times New Roman" w:eastAsia="宋体"/>
          <w:b w:val="0"/>
          <w:i w:val="0"/>
          <w:color w:val="333333"/>
          <w:sz w:val="19"/>
        </w:rPr>
        <w:t>+100Σⱼ₌₁¹⁰⁰j.</w:t>
      </w:r>
    </w:p>
    <w:p>
      <w:pPr>
        <w:spacing w:before="0" w:after="80" w:line="300" w:lineRule="auto"/>
        <w:jc w:val="left"/>
      </w:pPr>
      <w:r>
        <w:rPr>
          <w:rFonts w:ascii="Times New Roman" w:hAnsi="Times New Roman" w:eastAsia="宋体"/>
          <w:b w:val="0"/>
          <w:i w:val="0"/>
          <w:color w:val="333333"/>
          <w:sz w:val="19"/>
        </w:rPr>
        <w:t>Since Σₖ₌₁¹⁰⁰k=5050, this equals 100·5050 +100·5050 =1,010,000.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众数占 10 项，剩下 2008 项。因为众数唯一，其他每个值最多出现 9 次，所以至少需要 ⌈2008/9⌉=224 个非众数值。</w:t>
      </w:r>
    </w:p>
    <w:p>
      <w:pPr>
        <w:spacing w:before="0" w:after="80" w:line="300" w:lineRule="auto"/>
        <w:jc w:val="left"/>
      </w:pPr>
      <w:r>
        <w:rPr>
          <w:rFonts w:ascii="Times New Roman" w:hAnsi="Times New Roman" w:eastAsia="宋体"/>
          <w:b w:val="0"/>
          <w:i w:val="0"/>
          <w:sz w:val="21"/>
        </w:rPr>
        <w:t>再加上众数本身，共有 224+1=225 个不同值。这可以实现：让从 1 到 223 的每个数各出现 9 次，再让 224 出现十次，让 225 出现一次。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mode uses 10 of the entries, leaving 2008. Because the mode is unique, every other value appears at most 9 times, so at least ⌈2008/9⌉=224 distinct non-mode values are needed.</w:t>
      </w:r>
    </w:p>
    <w:p>
      <w:pPr>
        <w:spacing w:before="0" w:after="80" w:line="300" w:lineRule="auto"/>
        <w:jc w:val="left"/>
      </w:pPr>
      <w:r>
        <w:rPr>
          <w:rFonts w:ascii="Times New Roman" w:hAnsi="Times New Roman" w:eastAsia="宋体"/>
          <w:b w:val="0"/>
          <w:i w:val="0"/>
          <w:color w:val="333333"/>
          <w:sz w:val="19"/>
        </w:rPr>
        <w:t>Adding the mode gives 224+1=225. This is achievable: use 9 copies each of 1 through 223, ten copies of 224, and one copy of 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沿着折线从纸角到盒顶中心看，纸角到纸中心的距离为</w:t>
      </w:r>
    </w:p>
    <w:p>
      <w:pPr>
        <w:spacing w:before="0" w:after="80" w:line="300" w:lineRule="auto"/>
        <w:jc w:val="left"/>
      </w:pPr>
      <w:r>
        <w:rPr>
          <w:rFonts w:ascii="Times New Roman" w:hAnsi="Times New Roman" w:eastAsia="宋体"/>
          <w:b w:val="0"/>
          <w:i w:val="0"/>
          <w:sz w:val="21"/>
        </w:rPr>
        <w:t>w/2+h+w/2=w+h。</w:t>
      </w:r>
    </w:p>
    <w:p>
      <w:pPr>
        <w:spacing w:before="0" w:after="80" w:line="300" w:lineRule="auto"/>
        <w:jc w:val="left"/>
      </w:pPr>
      <w:r>
        <w:rPr>
          <w:rFonts w:ascii="Times New Roman" w:hAnsi="Times New Roman" w:eastAsia="宋体"/>
          <w:b w:val="0"/>
          <w:i w:val="0"/>
          <w:sz w:val="21"/>
        </w:rPr>
        <w:t>这段是 45-45-90 三角形的一条直角边，其斜边是正方形包装纸的一整条边，所以边长为 √(2) (w+h)。</w:t>
      </w:r>
    </w:p>
    <w:p>
      <w:pPr>
        <w:spacing w:before="0" w:after="80" w:line="300" w:lineRule="auto"/>
        <w:jc w:val="left"/>
      </w:pPr>
      <w:r>
        <w:rPr>
          <w:rFonts w:ascii="Times New Roman" w:hAnsi="Times New Roman" w:eastAsia="宋体"/>
          <w:b w:val="0"/>
          <w:i w:val="0"/>
          <w:sz w:val="21"/>
        </w:rPr>
        <w:t>包装纸面积为 (√(2) (w+h))²=2(w+h)²。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Following a fold from a corner of the paper to the center of the box top, the distance from a corner of the sheet to its center is</w:t>
      </w:r>
    </w:p>
    <w:p>
      <w:pPr>
        <w:spacing w:before="0" w:after="80" w:line="300" w:lineRule="auto"/>
        <w:jc w:val="left"/>
      </w:pPr>
      <w:r>
        <w:rPr>
          <w:rFonts w:ascii="Times New Roman" w:hAnsi="Times New Roman" w:eastAsia="宋体"/>
          <w:b w:val="0"/>
          <w:i w:val="0"/>
          <w:color w:val="333333"/>
          <w:sz w:val="19"/>
        </w:rPr>
        <w:t>w/2+h+w/2=w+h.</w:t>
      </w:r>
    </w:p>
    <w:p>
      <w:pPr>
        <w:spacing w:before="0" w:after="80" w:line="300" w:lineRule="auto"/>
        <w:jc w:val="left"/>
      </w:pPr>
      <w:r>
        <w:rPr>
          <w:rFonts w:ascii="Times New Roman" w:hAnsi="Times New Roman" w:eastAsia="宋体"/>
          <w:b w:val="0"/>
          <w:i w:val="0"/>
          <w:color w:val="333333"/>
          <w:sz w:val="19"/>
        </w:rPr>
        <w:t>That segment is a leg of a 45-45-90 triangle whose hypotenuse is a full side of the square sheet, so the side length is √(2) (w+h).</w:t>
      </w:r>
    </w:p>
    <w:p>
      <w:pPr>
        <w:spacing w:before="0" w:after="80" w:line="300" w:lineRule="auto"/>
        <w:jc w:val="left"/>
      </w:pPr>
      <w:r>
        <w:rPr>
          <w:rFonts w:ascii="Times New Roman" w:hAnsi="Times New Roman" w:eastAsia="宋体"/>
          <w:b w:val="0"/>
          <w:i w:val="0"/>
          <w:color w:val="333333"/>
          <w:sz w:val="19"/>
        </w:rPr>
        <w:t>The area of the sheet is (√(2) (w+h))²=2(w+h)².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令 q=AC，r=BD。由角平分线定理，q/3=10/r，所以 r=30/q。</w:t>
      </w:r>
    </w:p>
    <w:p>
      <w:pPr>
        <w:spacing w:before="0" w:after="80" w:line="300" w:lineRule="auto"/>
        <w:jc w:val="left"/>
      </w:pPr>
      <w:r>
        <w:rPr>
          <w:rFonts w:ascii="Times New Roman" w:hAnsi="Times New Roman" w:eastAsia="宋体"/>
          <w:b w:val="0"/>
          <w:i w:val="0"/>
          <w:sz w:val="21"/>
        </w:rPr>
        <w:t>对三角形三边 q、10、3+r 应用三角形不等式，并代入 r=30/q 得到 (q-15)(q+2)&lt;0 和 (q-3)(q+10)&gt;0（第三个不等式自动成立）。合起来得到 3&lt; q&lt;15。</w:t>
      </w:r>
    </w:p>
    <w:p>
      <w:pPr>
        <w:spacing w:before="0" w:after="80" w:line="300" w:lineRule="auto"/>
        <w:jc w:val="left"/>
      </w:pPr>
      <w:r>
        <w:rPr>
          <w:rFonts w:ascii="Times New Roman" w:hAnsi="Times New Roman" w:eastAsia="宋体"/>
          <w:b w:val="0"/>
          <w:i w:val="0"/>
          <w:sz w:val="21"/>
        </w:rPr>
        <w:t>所以 (m,n)=(3,15)，且 m+n=18。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q=AC and r=BD. The angle bisector theorem gives q/3=10/r, so r=30/q.</w:t>
      </w:r>
    </w:p>
    <w:p>
      <w:pPr>
        <w:spacing w:before="0" w:after="80" w:line="300" w:lineRule="auto"/>
        <w:jc w:val="left"/>
      </w:pPr>
      <w:r>
        <w:rPr>
          <w:rFonts w:ascii="Times New Roman" w:hAnsi="Times New Roman" w:eastAsia="宋体"/>
          <w:b w:val="0"/>
          <w:i w:val="0"/>
          <w:color w:val="333333"/>
          <w:sz w:val="19"/>
        </w:rPr>
        <w:t>Applying the triangle inequalities to sides q, 10, and 3+r and substituting r=30/q yields (q-15)(q+2)&lt;0 and (q-3)(q+10)&gt;0 (the third inequality holds automatically). Together these force 3&lt; q&lt;15.</w:t>
      </w:r>
    </w:p>
    <w:p>
      <w:pPr>
        <w:spacing w:before="0" w:after="80" w:line="300" w:lineRule="auto"/>
        <w:jc w:val="left"/>
      </w:pPr>
      <w:r>
        <w:rPr>
          <w:rFonts w:ascii="Times New Roman" w:hAnsi="Times New Roman" w:eastAsia="宋体"/>
          <w:b w:val="0"/>
          <w:i w:val="0"/>
          <w:color w:val="333333"/>
          <w:sz w:val="19"/>
        </w:rPr>
        <w:t>So (m,n)=(3,15) and m+n=18.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取 A=(0,30)、B=(0,0)、C=(30,0)、D=(30,30)，并令 P=(3x,3y)。对每组三个顶点的坐标取平均，四个重心为</w:t>
      </w:r>
    </w:p>
    <w:p>
      <w:pPr>
        <w:spacing w:before="0" w:after="80" w:line="300" w:lineRule="auto"/>
        <w:jc w:val="left"/>
      </w:pPr>
      <w:r>
        <w:rPr>
          <w:rFonts w:ascii="Times New Roman" w:hAnsi="Times New Roman" w:eastAsia="宋体"/>
          <w:b w:val="0"/>
          <w:i w:val="0"/>
          <w:sz w:val="21"/>
        </w:rPr>
        <w:t>(x, y+10),</w:t>
      </w:r>
    </w:p>
    <w:p>
      <w:pPr>
        <w:spacing w:before="0" w:after="80" w:line="300" w:lineRule="auto"/>
        <w:jc w:val="left"/>
      </w:pPr>
      <w:r>
        <w:rPr>
          <w:rFonts w:ascii="Times New Roman" w:hAnsi="Times New Roman" w:eastAsia="宋体"/>
          <w:b w:val="0"/>
          <w:i w:val="0"/>
          <w:sz w:val="21"/>
        </w:rPr>
        <w:t>(x+10, y),</w:t>
      </w:r>
    </w:p>
    <w:p>
      <w:pPr>
        <w:spacing w:before="0" w:after="80" w:line="300" w:lineRule="auto"/>
        <w:jc w:val="left"/>
      </w:pPr>
      <w:r>
        <w:rPr>
          <w:rFonts w:ascii="Times New Roman" w:hAnsi="Times New Roman" w:eastAsia="宋体"/>
          <w:b w:val="0"/>
          <w:i w:val="0"/>
          <w:sz w:val="21"/>
        </w:rPr>
        <w:t>(x+20, y+10),</w:t>
      </w:r>
    </w:p>
    <w:p>
      <w:pPr>
        <w:spacing w:before="0" w:after="80" w:line="300" w:lineRule="auto"/>
        <w:jc w:val="left"/>
      </w:pPr>
      <w:r>
        <w:rPr>
          <w:rFonts w:ascii="Times New Roman" w:hAnsi="Times New Roman" w:eastAsia="宋体"/>
          <w:b w:val="0"/>
          <w:i w:val="0"/>
          <w:sz w:val="21"/>
        </w:rPr>
        <w:t>(x+10, y+20)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这些点形成一个正方形，一条水平对角线和一条竖直对角线的长度均为 20。它的面积为 1/2·20·20=200，与 P 的位置无关。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A=(0,30), B=(0,0), C=(30,0), D=(30,30), and P=(3x,3y). Averaging the vertices, the four centroids are</w:t>
      </w:r>
    </w:p>
    <w:p>
      <w:pPr>
        <w:spacing w:before="0" w:after="80" w:line="300" w:lineRule="auto"/>
        <w:jc w:val="left"/>
      </w:pPr>
      <w:r>
        <w:rPr>
          <w:rFonts w:ascii="Times New Roman" w:hAnsi="Times New Roman" w:eastAsia="宋体"/>
          <w:b w:val="0"/>
          <w:i w:val="0"/>
          <w:color w:val="333333"/>
          <w:sz w:val="19"/>
        </w:rPr>
        <w:t>(x, y+10),</w:t>
      </w:r>
    </w:p>
    <w:p>
      <w:pPr>
        <w:spacing w:before="0" w:after="80" w:line="300" w:lineRule="auto"/>
        <w:jc w:val="left"/>
      </w:pPr>
      <w:r>
        <w:rPr>
          <w:rFonts w:ascii="Times New Roman" w:hAnsi="Times New Roman" w:eastAsia="宋体"/>
          <w:b w:val="0"/>
          <w:i w:val="0"/>
          <w:color w:val="333333"/>
          <w:sz w:val="19"/>
        </w:rPr>
        <w:t>(x+10, y),</w:t>
      </w:r>
    </w:p>
    <w:p>
      <w:pPr>
        <w:spacing w:before="0" w:after="80" w:line="300" w:lineRule="auto"/>
        <w:jc w:val="left"/>
      </w:pPr>
      <w:r>
        <w:rPr>
          <w:rFonts w:ascii="Times New Roman" w:hAnsi="Times New Roman" w:eastAsia="宋体"/>
          <w:b w:val="0"/>
          <w:i w:val="0"/>
          <w:color w:val="333333"/>
          <w:sz w:val="19"/>
        </w:rPr>
        <w:t>(x+20, y+10),</w:t>
      </w:r>
    </w:p>
    <w:p>
      <w:pPr>
        <w:spacing w:before="0" w:after="80" w:line="300" w:lineRule="auto"/>
        <w:jc w:val="left"/>
      </w:pPr>
      <w:r>
        <w:rPr>
          <w:rFonts w:ascii="Times New Roman" w:hAnsi="Times New Roman" w:eastAsia="宋体"/>
          <w:b w:val="0"/>
          <w:i w:val="0"/>
          <w:color w:val="333333"/>
          <w:sz w:val="19"/>
        </w:rPr>
        <w:t>(x+10, y+20).</w:t>
      </w:r>
    </w:p>
    <w:p>
      <w:pPr>
        <w:spacing w:before="0" w:after="80" w:line="300" w:lineRule="auto"/>
        <w:jc w:val="left"/>
      </w:pPr>
      <w:r>
        <w:rPr>
          <w:rFonts w:ascii="Times New Roman" w:hAnsi="Times New Roman" w:eastAsia="宋体"/>
          <w:b w:val="0"/>
          <w:i w:val="0"/>
          <w:color w:val="333333"/>
          <w:sz w:val="19"/>
        </w:rPr>
        <w:t>These form a square whose diagonals, one horizontal and one vertical, each have length 20. Its area is 1/2·20·20=200, independent of where P lies.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设 Chloe 今天 n 岁，那么她比 Zoe 大 n-1 岁。y 年后，Chloe 的年龄 n+y 是 Zoe 年龄 1+y 的倍数，当且仅当 1+y 整除 n-1。有 9 个这样的生日，意味着 n-1 恰有 9 个因数。</w:t>
      </w:r>
    </w:p>
    <w:p>
      <w:pPr>
        <w:spacing w:before="0" w:after="80" w:line="300" w:lineRule="auto"/>
        <w:jc w:val="left"/>
      </w:pPr>
      <w:r>
        <w:rPr>
          <w:rFonts w:ascii="Times New Roman" w:hAnsi="Times New Roman" w:eastAsia="宋体"/>
          <w:b w:val="0"/>
          <w:i w:val="0"/>
          <w:sz w:val="21"/>
        </w:rPr>
        <w:t>恰有 9 个因数的数形如 p²q²（其中 p,q 是不同质数）或形如 p⁸。因为在所问的未来生日，Joey 的年龄是两位数，所以 n-1&lt;99；唯一可能是 2²·3²=36。因此 Chloe 是 37 岁，Joey 是 38 岁。</w:t>
      </w:r>
    </w:p>
    <w:p>
      <w:pPr>
        <w:spacing w:before="0" w:after="80" w:line="300" w:lineRule="auto"/>
        <w:jc w:val="left"/>
      </w:pPr>
      <w:r>
        <w:rPr>
          <w:rFonts w:ascii="Times New Roman" w:hAnsi="Times New Roman" w:eastAsia="宋体"/>
          <w:b w:val="0"/>
          <w:i w:val="0"/>
          <w:sz w:val="21"/>
        </w:rPr>
        <w:t>Joey 的年龄 38+y 是 1+y 的倍数，当且仅当 1+y 整除 37。下一次发生在 y=36，此时 Joey 是 74 岁，数位和为 7+4=11。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Chloe be n today, so she is n-1 years older than Zoe. In y years Chloe’s age n+y is a multiple of Zoe’s age 1+y exactly when 1+y divides n-1. Having 9 such birthdays means n-1 has exactly 9 divisors.</w:t>
      </w:r>
    </w:p>
    <w:p>
      <w:pPr>
        <w:spacing w:before="0" w:after="80" w:line="300" w:lineRule="auto"/>
        <w:jc w:val="left"/>
      </w:pPr>
      <w:r>
        <w:rPr>
          <w:rFonts w:ascii="Times New Roman" w:hAnsi="Times New Roman" w:eastAsia="宋体"/>
          <w:b w:val="0"/>
          <w:i w:val="0"/>
          <w:color w:val="333333"/>
          <w:sz w:val="19"/>
        </w:rPr>
        <w:t>A number with exactly 9 divisors has the form p²q² for distinct primes p,q, or p⁸. Because Joey’s age at the requested future birthday has two digits, n-1&lt;99; the only possibility is 2²·3²=36. So Chloe is 37 and Joey is 38.</w:t>
      </w:r>
    </w:p>
    <w:p>
      <w:pPr>
        <w:spacing w:before="0" w:after="80" w:line="300" w:lineRule="auto"/>
        <w:jc w:val="left"/>
      </w:pPr>
      <w:r>
        <w:rPr>
          <w:rFonts w:ascii="Times New Roman" w:hAnsi="Times New Roman" w:eastAsia="宋体"/>
          <w:b w:val="0"/>
          <w:i w:val="0"/>
          <w:color w:val="333333"/>
          <w:sz w:val="19"/>
        </w:rPr>
        <w:t>Joey’s age 38+y is a multiple of 1+y exactly when 1+y divides 37. The next time is y=36, making Joey 74, with digit sum 7+4=11.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写作 abc。百位数字 a 有 8 种选择（1,2,4,5,6,7,8,9），个位数字 c 有 4 种选择（1,5,7,9）。</w:t>
      </w:r>
    </w:p>
    <w:p>
      <w:pPr>
        <w:spacing w:before="0" w:after="80" w:line="300" w:lineRule="auto"/>
        <w:jc w:val="left"/>
      </w:pPr>
      <w:r>
        <w:rPr>
          <w:rFonts w:ascii="Times New Roman" w:hAnsi="Times New Roman" w:eastAsia="宋体"/>
          <w:b w:val="0"/>
          <w:i w:val="0"/>
          <w:sz w:val="21"/>
        </w:rPr>
        <w:t>十位数字 b 可为 {0,1,2,4,5,6,7,8,9}。这些数字按模 3 分成三个大小相等的剩余类 {0,6,9},{1,4,7},{2,5,8}，所以恰有 3 个 b 使 a+b+c 能被 3 整除。</w:t>
      </w:r>
    </w:p>
    <w:p>
      <w:pPr>
        <w:spacing w:before="0" w:after="80" w:line="300" w:lineRule="auto"/>
        <w:jc w:val="left"/>
      </w:pPr>
      <w:r>
        <w:rPr>
          <w:rFonts w:ascii="Times New Roman" w:hAnsi="Times New Roman" w:eastAsia="宋体"/>
          <w:b w:val="0"/>
          <w:i w:val="0"/>
          <w:sz w:val="21"/>
        </w:rPr>
        <w:t>总数为 8·4·3=96。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number as abc. The hundreds digit a has 8 choices (1,2,4,5,6,7,8,9), and the units digit c has 4 choices (1,5,7,9).</w:t>
      </w:r>
    </w:p>
    <w:p>
      <w:pPr>
        <w:spacing w:before="0" w:after="80" w:line="300" w:lineRule="auto"/>
        <w:jc w:val="left"/>
      </w:pPr>
      <w:r>
        <w:rPr>
          <w:rFonts w:ascii="Times New Roman" w:hAnsi="Times New Roman" w:eastAsia="宋体"/>
          <w:b w:val="0"/>
          <w:i w:val="0"/>
          <w:color w:val="333333"/>
          <w:sz w:val="19"/>
        </w:rPr>
        <w:t>The tens digit b may be any of {0,1,2,4,5,6,7,8,9}. These split into three residue classes mod 3 of equal size {0,6,9},{1,4,7},{2,5,8}, so exactly 3 choices of b make a+b+c divisible by 3.</w:t>
      </w:r>
    </w:p>
    <w:p>
      <w:pPr>
        <w:spacing w:before="0" w:after="80" w:line="300" w:lineRule="auto"/>
        <w:jc w:val="left"/>
      </w:pPr>
      <w:r>
        <w:rPr>
          <w:rFonts w:ascii="Times New Roman" w:hAnsi="Times New Roman" w:eastAsia="宋体"/>
          <w:b w:val="0"/>
          <w:i w:val="0"/>
          <w:color w:val="333333"/>
          <w:sz w:val="19"/>
        </w:rPr>
        <w:t>The count is 8·4·3=96.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平移 6 后，z⁸=81 的解是半径为 81^(1/8)=√(3) 的圆上的八个点，构成正八边形。面积最小的三角形使用三个连续顶点。</w:t>
      </w:r>
    </w:p>
    <w:p>
      <w:pPr>
        <w:spacing w:before="0" w:after="80" w:line="300" w:lineRule="auto"/>
        <w:jc w:val="left"/>
      </w:pPr>
      <w:r>
        <w:rPr>
          <w:rFonts w:ascii="Times New Roman" w:hAnsi="Times New Roman" w:eastAsia="宋体"/>
          <w:b w:val="0"/>
          <w:i w:val="0"/>
          <w:sz w:val="21"/>
        </w:rPr>
        <w:t>取 A=(1/2√(6),1/2√(6))、B=(√(3),0) 和 C=(1/2√(6),-1/2√(6))。此时 AC=√(6)，高为 √(3)-1/2√(6)，所以面积为</w:t>
      </w:r>
    </w:p>
    <w:p>
      <w:pPr>
        <w:spacing w:before="0" w:after="80" w:line="300" w:lineRule="auto"/>
        <w:jc w:val="left"/>
      </w:pPr>
      <w:r>
        <w:rPr>
          <w:rFonts w:ascii="Times New Roman" w:hAnsi="Times New Roman" w:eastAsia="宋体"/>
          <w:b w:val="0"/>
          <w:i w:val="0"/>
          <w:sz w:val="21"/>
        </w:rPr>
        <w:t>1/2·√(6)(√(3)-1/2√(6))</w:t>
      </w:r>
    </w:p>
    <w:p>
      <w:pPr>
        <w:spacing w:before="0" w:after="80" w:line="300" w:lineRule="auto"/>
        <w:jc w:val="left"/>
      </w:pPr>
      <w:r>
        <w:rPr>
          <w:rFonts w:ascii="Times New Roman" w:hAnsi="Times New Roman" w:eastAsia="宋体"/>
          <w:b w:val="0"/>
          <w:i w:val="0"/>
          <w:sz w:val="21"/>
        </w:rPr>
        <w:t>=3/2√(2)-3/2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Translating by 6, the solutions of z⁸=81 are eight points on a circle of radius 81^(1/8)=√(3), forming a regular octagon. The minimum-area triangle uses three consecutive vertices.</w:t>
      </w:r>
    </w:p>
    <w:p>
      <w:pPr>
        <w:spacing w:before="0" w:after="80" w:line="300" w:lineRule="auto"/>
        <w:jc w:val="left"/>
      </w:pPr>
      <w:r>
        <w:rPr>
          <w:rFonts w:ascii="Times New Roman" w:hAnsi="Times New Roman" w:eastAsia="宋体"/>
          <w:b w:val="0"/>
          <w:i w:val="0"/>
          <w:color w:val="333333"/>
          <w:sz w:val="19"/>
        </w:rPr>
        <w:t>Take A=(1/2√(6),1/2√(6)), B=(√(3),0), and C=(1/2√(6),-1/2√(6)). Then AC=√(6) and the height is √(3)-1/2√(6), so the area is</w:t>
      </w:r>
    </w:p>
    <w:p>
      <w:pPr>
        <w:spacing w:before="0" w:after="80" w:line="300" w:lineRule="auto"/>
        <w:jc w:val="left"/>
      </w:pPr>
      <w:r>
        <w:rPr>
          <w:rFonts w:ascii="Times New Roman" w:hAnsi="Times New Roman" w:eastAsia="宋体"/>
          <w:b w:val="0"/>
          <w:i w:val="0"/>
          <w:color w:val="333333"/>
          <w:sz w:val="19"/>
        </w:rPr>
        <w:t>1/2·√(6)(√(3)-1/2√(6))</w:t>
      </w:r>
    </w:p>
    <w:p>
      <w:pPr>
        <w:spacing w:before="0" w:after="80" w:line="300" w:lineRule="auto"/>
        <w:jc w:val="left"/>
      </w:pPr>
      <w:r>
        <w:rPr>
          <w:rFonts w:ascii="Times New Roman" w:hAnsi="Times New Roman" w:eastAsia="宋体"/>
          <w:b w:val="0"/>
          <w:i w:val="0"/>
          <w:color w:val="333333"/>
          <w:sz w:val="19"/>
        </w:rPr>
        <w:t>=3/2√(2)-3/2.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由 5/9&lt;p/q 得 9p-5q≥1，由 p/q&lt;4/7 得 4q-7p≥1。于是</w:t>
      </w:r>
    </w:p>
    <w:p>
      <w:pPr>
        <w:spacing w:before="0" w:after="80" w:line="300" w:lineRule="auto"/>
        <w:jc w:val="left"/>
      </w:pPr>
      <w:r>
        <w:rPr>
          <w:rFonts w:ascii="Times New Roman" w:hAnsi="Times New Roman" w:eastAsia="宋体"/>
          <w:b w:val="0"/>
          <w:i w:val="0"/>
          <w:sz w:val="21"/>
        </w:rPr>
        <w:t>1/63=4/7-5/9</w:t>
      </w:r>
    </w:p>
    <w:p>
      <w:pPr>
        <w:spacing w:before="0" w:after="80" w:line="300" w:lineRule="auto"/>
        <w:jc w:val="left"/>
      </w:pPr>
      <w:r>
        <w:rPr>
          <w:rFonts w:ascii="Times New Roman" w:hAnsi="Times New Roman" w:eastAsia="宋体"/>
          <w:b w:val="0"/>
          <w:i w:val="0"/>
          <w:sz w:val="21"/>
        </w:rPr>
        <w:t>=4q-7p/7q+9p-5q/9q</w:t>
      </w:r>
    </w:p>
    <w:p>
      <w:pPr>
        <w:spacing w:before="0" w:after="80" w:line="300" w:lineRule="auto"/>
        <w:jc w:val="left"/>
      </w:pPr>
      <w:r>
        <w:rPr>
          <w:rFonts w:ascii="Times New Roman" w:hAnsi="Times New Roman" w:eastAsia="宋体"/>
          <w:b w:val="0"/>
          <w:i w:val="0"/>
          <w:sz w:val="21"/>
        </w:rPr>
        <w:t>≥1/7q+1/9q</w:t>
      </w:r>
    </w:p>
    <w:p>
      <w:pPr>
        <w:spacing w:before="0" w:after="80" w:line="300" w:lineRule="auto"/>
        <w:jc w:val="left"/>
      </w:pPr>
      <w:r>
        <w:rPr>
          <w:rFonts w:ascii="Times New Roman" w:hAnsi="Times New Roman" w:eastAsia="宋体"/>
          <w:b w:val="0"/>
          <w:i w:val="0"/>
          <w:sz w:val="21"/>
        </w:rPr>
        <w:t>=16/63q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q≥16。当 q=16 时，分数 9/16 严格介于 5/9 和 4/7 之间，所以 p=9，且 q-p=16-9=7。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5/9&lt;p/q we get 9p-5q≥1, and from p/q&lt;4/7 we get 4q-7p≥1. Now</w:t>
      </w:r>
    </w:p>
    <w:p>
      <w:pPr>
        <w:spacing w:before="0" w:after="80" w:line="300" w:lineRule="auto"/>
        <w:jc w:val="left"/>
      </w:pPr>
      <w:r>
        <w:rPr>
          <w:rFonts w:ascii="Times New Roman" w:hAnsi="Times New Roman" w:eastAsia="宋体"/>
          <w:b w:val="0"/>
          <w:i w:val="0"/>
          <w:color w:val="333333"/>
          <w:sz w:val="19"/>
        </w:rPr>
        <w:t>1/63=4/7-5/9</w:t>
      </w:r>
    </w:p>
    <w:p>
      <w:pPr>
        <w:spacing w:before="0" w:after="80" w:line="300" w:lineRule="auto"/>
        <w:jc w:val="left"/>
      </w:pPr>
      <w:r>
        <w:rPr>
          <w:rFonts w:ascii="Times New Roman" w:hAnsi="Times New Roman" w:eastAsia="宋体"/>
          <w:b w:val="0"/>
          <w:i w:val="0"/>
          <w:color w:val="333333"/>
          <w:sz w:val="19"/>
        </w:rPr>
        <w:t>=4q-7p/7q+9p-5q/9q</w:t>
      </w:r>
    </w:p>
    <w:p>
      <w:pPr>
        <w:spacing w:before="0" w:after="80" w:line="300" w:lineRule="auto"/>
        <w:jc w:val="left"/>
      </w:pPr>
      <w:r>
        <w:rPr>
          <w:rFonts w:ascii="Times New Roman" w:hAnsi="Times New Roman" w:eastAsia="宋体"/>
          <w:b w:val="0"/>
          <w:i w:val="0"/>
          <w:color w:val="333333"/>
          <w:sz w:val="19"/>
        </w:rPr>
        <w:t>≥1/7q+1/9q</w:t>
      </w:r>
    </w:p>
    <w:p>
      <w:pPr>
        <w:spacing w:before="0" w:after="80" w:line="300" w:lineRule="auto"/>
        <w:jc w:val="left"/>
      </w:pPr>
      <w:r>
        <w:rPr>
          <w:rFonts w:ascii="Times New Roman" w:hAnsi="Times New Roman" w:eastAsia="宋体"/>
          <w:b w:val="0"/>
          <w:i w:val="0"/>
          <w:color w:val="333333"/>
          <w:sz w:val="19"/>
        </w:rPr>
        <w:t>=16/63q.</w:t>
      </w:r>
    </w:p>
    <w:p>
      <w:pPr>
        <w:spacing w:before="0" w:after="80" w:line="300" w:lineRule="auto"/>
        <w:jc w:val="left"/>
      </w:pPr>
      <w:r>
        <w:rPr>
          <w:rFonts w:ascii="Times New Roman" w:hAnsi="Times New Roman" w:eastAsia="宋体"/>
          <w:b w:val="0"/>
          <w:i w:val="0"/>
          <w:color w:val="333333"/>
          <w:sz w:val="19"/>
        </w:rPr>
        <w:t>Hence q≥16. With q=16, the fraction 9/16 lies strictly between 5/9 and 4/7, so p=9 and q-p=16-9=7.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反复将递推式代入自身，可得</w:t>
      </w:r>
    </w:p>
    <w:p>
      <w:pPr>
        <w:spacing w:before="0" w:after="80" w:line="300" w:lineRule="auto"/>
        <w:jc w:val="left"/>
      </w:pPr>
      <w:r>
        <w:rPr>
          <w:rFonts w:ascii="Times New Roman" w:hAnsi="Times New Roman" w:eastAsia="宋体"/>
          <w:b w:val="0"/>
          <w:i w:val="0"/>
          <w:sz w:val="21"/>
        </w:rPr>
        <w:t>f(n)=f(n-6)+6。</w:t>
      </w:r>
    </w:p>
    <w:p>
      <w:pPr>
        <w:spacing w:before="0" w:after="80" w:line="300" w:lineRule="auto"/>
        <w:jc w:val="left"/>
      </w:pPr>
      <w:r>
        <w:rPr>
          <w:rFonts w:ascii="Times New Roman" w:hAnsi="Times New Roman" w:eastAsia="宋体"/>
          <w:b w:val="0"/>
          <w:i w:val="0"/>
          <w:sz w:val="21"/>
        </w:rPr>
        <w:t>所以每当 n 增加 6，f 增加 6。</w:t>
      </w:r>
    </w:p>
    <w:p>
      <w:pPr>
        <w:spacing w:before="0" w:after="80" w:line="300" w:lineRule="auto"/>
        <w:jc w:val="left"/>
      </w:pPr>
      <w:r>
        <w:rPr>
          <w:rFonts w:ascii="Times New Roman" w:hAnsi="Times New Roman" w:eastAsia="宋体"/>
          <w:b w:val="0"/>
          <w:i w:val="0"/>
          <w:sz w:val="21"/>
        </w:rPr>
        <w:t>因为 2018=2+6·336，所以 f(2018)=f(2)+6·336 =1+2016=2017。</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Repeatedly substituting the recursion into itself gives</w:t>
      </w:r>
    </w:p>
    <w:p>
      <w:pPr>
        <w:spacing w:before="0" w:after="80" w:line="300" w:lineRule="auto"/>
        <w:jc w:val="left"/>
      </w:pPr>
      <w:r>
        <w:rPr>
          <w:rFonts w:ascii="Times New Roman" w:hAnsi="Times New Roman" w:eastAsia="宋体"/>
          <w:b w:val="0"/>
          <w:i w:val="0"/>
          <w:color w:val="333333"/>
          <w:sz w:val="19"/>
        </w:rPr>
        <w:t>f(n)=f(n-6)+6.</w:t>
      </w:r>
    </w:p>
    <w:p>
      <w:pPr>
        <w:spacing w:before="0" w:after="80" w:line="300" w:lineRule="auto"/>
        <w:jc w:val="left"/>
      </w:pPr>
      <w:r>
        <w:rPr>
          <w:rFonts w:ascii="Times New Roman" w:hAnsi="Times New Roman" w:eastAsia="宋体"/>
          <w:b w:val="0"/>
          <w:i w:val="0"/>
          <w:color w:val="333333"/>
          <w:sz w:val="19"/>
        </w:rPr>
        <w:t>So f increases by 6 every time n increases by 6.</w:t>
      </w:r>
    </w:p>
    <w:p>
      <w:pPr>
        <w:spacing w:before="0" w:after="80" w:line="300" w:lineRule="auto"/>
        <w:jc w:val="left"/>
      </w:pPr>
      <w:r>
        <w:rPr>
          <w:rFonts w:ascii="Times New Roman" w:hAnsi="Times New Roman" w:eastAsia="宋体"/>
          <w:b w:val="0"/>
          <w:i w:val="0"/>
          <w:color w:val="333333"/>
          <w:sz w:val="19"/>
        </w:rPr>
        <w:t>Since 2018=2+6·336, we have f(2018)=f(2)+6·336 =1+2016=2017.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 d 是 323 后面的下一个因数。若 gcd(d,323)=1，则 323d 整除 n，迫使 n≥323d&gt;323²&gt;9999，不可能是 4 位数。因此 d 与 323=17·19 有公共质因数。</w:t>
      </w:r>
    </w:p>
    <w:p>
      <w:pPr>
        <w:spacing w:before="0" w:after="80" w:line="300" w:lineRule="auto"/>
        <w:jc w:val="left"/>
      </w:pPr>
      <w:r>
        <w:rPr>
          <w:rFonts w:ascii="Times New Roman" w:hAnsi="Times New Roman" w:eastAsia="宋体"/>
          <w:b w:val="0"/>
          <w:i w:val="0"/>
          <w:sz w:val="21"/>
        </w:rPr>
        <w:t>于是 d-323≥gcd(d,323)≥17，所以 d≥340。确实，d=340=17·20 可由 n=17·19·20=6460 实现，而这是偶数且为 4 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next divisor after 323. If gcd(d,323)=1, then 323d divides n, forcing n≥323d&gt;323²&gt;9999, impossible for a 4-digit number. So d shares a prime factor with 323=17·19.</w:t>
      </w:r>
    </w:p>
    <w:p>
      <w:pPr>
        <w:spacing w:before="0" w:after="80" w:line="300" w:lineRule="auto"/>
        <w:jc w:val="left"/>
      </w:pPr>
      <w:r>
        <w:rPr>
          <w:rFonts w:ascii="Times New Roman" w:hAnsi="Times New Roman" w:eastAsia="宋体"/>
          <w:b w:val="0"/>
          <w:i w:val="0"/>
          <w:color w:val="333333"/>
          <w:sz w:val="19"/>
        </w:rPr>
        <w:t>Then d-323≥gcd(d,323)≥17, so d≥340. Indeed d=340=17·20 occurs for n=17·19·20=6460, which is even and 4-digit.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把正六边形放在单位圆上，取 A=(1,0)、C=(-1/2,(√(3))/2) 和 E=(-1/2,-(√(3))/2)。题中指定的三个中点为 X=(3/4,(√(3))/4)、Y=(-3/4,(√(3))/4) 和 Z=(0,-(√(3))/2)。</w:t>
      </w:r>
    </w:p>
    <w:p>
      <w:pPr>
        <w:spacing w:before="0" w:after="80" w:line="300" w:lineRule="auto"/>
        <w:jc w:val="left"/>
      </w:pPr>
      <w:r>
        <w:rPr>
          <w:rFonts w:ascii="Times New Roman" w:hAnsi="Times New Roman" w:eastAsia="宋体"/>
          <w:b w:val="0"/>
          <w:i w:val="0"/>
          <w:sz w:val="21"/>
        </w:rPr>
        <w:t>求 △ ACE 与 △ XYZ 各边所在直线的交点，就得到公共内部的六个顶点，按循环顺序为</w:t>
      </w:r>
    </w:p>
    <w:p>
      <w:pPr>
        <w:spacing w:before="0" w:after="80" w:line="300" w:lineRule="auto"/>
        <w:jc w:val="left"/>
      </w:pPr>
      <w:r>
        <w:rPr>
          <w:rFonts w:ascii="Times New Roman" w:hAnsi="Times New Roman" w:eastAsia="宋体"/>
          <w:b w:val="0"/>
          <w:i w:val="0"/>
          <w:sz w:val="21"/>
        </w:rPr>
        <w:t>(-1/2,0), (-1/8,-(3√(3))/8),</w:t>
      </w:r>
    </w:p>
    <w:p>
      <w:pPr>
        <w:spacing w:before="0" w:after="80" w:line="300" w:lineRule="auto"/>
        <w:jc w:val="left"/>
      </w:pPr>
      <w:r>
        <w:rPr>
          <w:rFonts w:ascii="Times New Roman" w:hAnsi="Times New Roman" w:eastAsia="宋体"/>
          <w:b w:val="0"/>
          <w:i w:val="0"/>
          <w:sz w:val="21"/>
        </w:rPr>
        <w:t>(1/4,-(√(3))/4), (5/8,(√(3))/8),</w:t>
      </w:r>
    </w:p>
    <w:p>
      <w:pPr>
        <w:spacing w:before="0" w:after="80" w:line="300" w:lineRule="auto"/>
        <w:jc w:val="left"/>
      </w:pPr>
      <w:r>
        <w:rPr>
          <w:rFonts w:ascii="Times New Roman" w:hAnsi="Times New Roman" w:eastAsia="宋体"/>
          <w:b w:val="0"/>
          <w:i w:val="0"/>
          <w:sz w:val="21"/>
        </w:rPr>
        <w:t>(1/4,(√(3))/4), (-1/2,(√(3))/4)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对这些顶点使用鞋带公式，得到面积为 (15√(3))/32。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regular hexagon on the unit circle with A=(1,0), C=(-1/2,(√(3))/2), and E=(-1/2,-(√(3))/2). The three specified midpoints are X=(3/4,(√(3))/4), Y=(-3/4,(√(3))/4), and Z=(0,-(√(3))/2).</w:t>
      </w:r>
    </w:p>
    <w:p>
      <w:pPr>
        <w:spacing w:before="0" w:after="80" w:line="300" w:lineRule="auto"/>
        <w:jc w:val="left"/>
      </w:pPr>
      <w:r>
        <w:rPr>
          <w:rFonts w:ascii="Times New Roman" w:hAnsi="Times New Roman" w:eastAsia="宋体"/>
          <w:b w:val="0"/>
          <w:i w:val="0"/>
          <w:color w:val="333333"/>
          <w:sz w:val="19"/>
        </w:rPr>
        <w:t>Intersecting the side lines of △ ACE and △ XYZ gives the six vertices of their common interior, in cyclic order:</w:t>
      </w:r>
    </w:p>
    <w:p>
      <w:pPr>
        <w:spacing w:before="0" w:after="80" w:line="300" w:lineRule="auto"/>
        <w:jc w:val="left"/>
      </w:pPr>
      <w:r>
        <w:rPr>
          <w:rFonts w:ascii="Times New Roman" w:hAnsi="Times New Roman" w:eastAsia="宋体"/>
          <w:b w:val="0"/>
          <w:i w:val="0"/>
          <w:color w:val="333333"/>
          <w:sz w:val="19"/>
        </w:rPr>
        <w:t>(-1/2,0), (-1/8,-(3√(3))/8),</w:t>
      </w:r>
    </w:p>
    <w:p>
      <w:pPr>
        <w:spacing w:before="0" w:after="80" w:line="300" w:lineRule="auto"/>
        <w:jc w:val="left"/>
      </w:pPr>
      <w:r>
        <w:rPr>
          <w:rFonts w:ascii="Times New Roman" w:hAnsi="Times New Roman" w:eastAsia="宋体"/>
          <w:b w:val="0"/>
          <w:i w:val="0"/>
          <w:color w:val="333333"/>
          <w:sz w:val="19"/>
        </w:rPr>
        <w:t>(1/4,-(√(3))/4), (5/8,(√(3))/8),</w:t>
      </w:r>
    </w:p>
    <w:p>
      <w:pPr>
        <w:spacing w:before="0" w:after="80" w:line="300" w:lineRule="auto"/>
        <w:jc w:val="left"/>
      </w:pPr>
      <w:r>
        <w:rPr>
          <w:rFonts w:ascii="Times New Roman" w:hAnsi="Times New Roman" w:eastAsia="宋体"/>
          <w:b w:val="0"/>
          <w:i w:val="0"/>
          <w:color w:val="333333"/>
          <w:sz w:val="19"/>
        </w:rPr>
        <w:t>(1/4,(√(3))/4), (-1/2,(√(3))/4).</w:t>
      </w:r>
    </w:p>
    <w:p>
      <w:pPr>
        <w:spacing w:before="0" w:after="80" w:line="300" w:lineRule="auto"/>
        <w:jc w:val="left"/>
      </w:pPr>
      <w:r>
        <w:rPr>
          <w:rFonts w:ascii="Times New Roman" w:hAnsi="Times New Roman" w:eastAsia="宋体"/>
          <w:b w:val="0"/>
          <w:i w:val="0"/>
          <w:color w:val="333333"/>
          <w:sz w:val="19"/>
        </w:rPr>
        <w:t>The shoelace formula applied to these vertices gives area (15√(3))/32.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因为 5²+12²=13²，三角形在 C 处为直角。设 C=(0,0)、A=(12,0) 且 B=(0,5)。则 O 是 AB 的中点，即 O=(6,5/2)，外接圆半径为 13/2。内切圆半径为 面积/s=30/15=2，所以 I=(2,2)。</w:t>
      </w:r>
    </w:p>
    <w:p>
      <w:pPr>
        <w:spacing w:before="0" w:after="80" w:line="300" w:lineRule="auto"/>
        <w:jc w:val="left"/>
      </w:pPr>
      <w:r>
        <w:rPr>
          <w:rFonts w:ascii="Times New Roman" w:hAnsi="Times New Roman" w:eastAsia="宋体"/>
          <w:b w:val="0"/>
          <w:i w:val="0"/>
          <w:sz w:val="21"/>
        </w:rPr>
        <w:t>因为以 M 为圆心的圆与两条直角边都相切，所以 M=(ρ,ρ)。与外接圆内切给出 MO=13/2-ρ。令它等于 √((ρ-6)²+(ρ-5/2)²) 并求解，得到 ρ=4，所以 M=(4,4)。</w:t>
      </w:r>
    </w:p>
    <w:p>
      <w:pPr>
        <w:spacing w:before="0" w:after="80" w:line="300" w:lineRule="auto"/>
        <w:jc w:val="left"/>
      </w:pPr>
      <w:r>
        <w:rPr>
          <w:rFonts w:ascii="Times New Roman" w:hAnsi="Times New Roman" w:eastAsia="宋体"/>
          <w:b w:val="0"/>
          <w:i w:val="0"/>
          <w:sz w:val="21"/>
        </w:rPr>
        <w:t>对 M=(4,4)、O=(6,5/2) 和 I=(2,2) 用鞋带公式，面积为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5²+12²=13², the triangle is right-angled at C. Set C=(0,0), A=(12,0), and B=(0,5). Then O is the midpoint of AB, namely O=(6,5/2), with circumradius 13/2. The inradius is area/s=30/15=2, so I=(2,2).</w:t>
      </w:r>
    </w:p>
    <w:p>
      <w:pPr>
        <w:spacing w:before="0" w:after="80" w:line="300" w:lineRule="auto"/>
        <w:jc w:val="left"/>
      </w:pPr>
      <w:r>
        <w:rPr>
          <w:rFonts w:ascii="Times New Roman" w:hAnsi="Times New Roman" w:eastAsia="宋体"/>
          <w:b w:val="0"/>
          <w:i w:val="0"/>
          <w:color w:val="333333"/>
          <w:sz w:val="19"/>
        </w:rPr>
        <w:t>Because M’s circle is tangent to both legs, M=(ρ,ρ). Internal tangency to the circumcircle gives MO=13/2-ρ. Setting this equal to √((ρ-6)²+(ρ-5/2)²) and solving gives ρ=4, so M=(4,4).</w:t>
      </w:r>
    </w:p>
    <w:p>
      <w:pPr>
        <w:spacing w:before="0" w:after="80" w:line="300" w:lineRule="auto"/>
        <w:jc w:val="left"/>
      </w:pPr>
      <w:r>
        <w:rPr>
          <w:rFonts w:ascii="Times New Roman" w:hAnsi="Times New Roman" w:eastAsia="宋体"/>
          <w:b w:val="0"/>
          <w:i w:val="0"/>
          <w:color w:val="333333"/>
          <w:sz w:val="19"/>
        </w:rPr>
        <w:t>The shoelace formula on M=(4,4), O=(6,5/2), I=(2,2) gives area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写 P(x)=ax³+bx²+cx+d，其中 a,b,c,d 都在 {0,…,9} 中。条件为 -a+b-c+d=-9。</w:t>
      </w:r>
    </w:p>
    <w:p>
      <w:pPr>
        <w:spacing w:before="0" w:after="80" w:line="300" w:lineRule="auto"/>
        <w:jc w:val="left"/>
      </w:pPr>
      <w:r>
        <w:rPr>
          <w:rFonts w:ascii="Times New Roman" w:hAnsi="Times New Roman" w:eastAsia="宋体"/>
          <w:b w:val="0"/>
          <w:i w:val="0"/>
          <w:sz w:val="21"/>
        </w:rPr>
        <w:t>令 a'=9-a 和 c'=9-c，它们也都在 [0,9] 中。于是 a'+b+c'+d=9。由隔板法，非负整数解的个数为 C(9+3, 3)=C(12, 3)=220，且因为总和是 9，每个变量自动不超过上界。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P(x)=ax³+bx²+cx+d with each of a,b,c,d in {0,…,9}. The condition is -a+b-c+d=-9.</w:t>
      </w:r>
    </w:p>
    <w:p>
      <w:pPr>
        <w:spacing w:before="0" w:after="80" w:line="300" w:lineRule="auto"/>
        <w:jc w:val="left"/>
      </w:pPr>
      <w:r>
        <w:rPr>
          <w:rFonts w:ascii="Times New Roman" w:hAnsi="Times New Roman" w:eastAsia="宋体"/>
          <w:b w:val="0"/>
          <w:i w:val="0"/>
          <w:color w:val="333333"/>
          <w:sz w:val="19"/>
        </w:rPr>
        <w:t>Let a'=9-a and c'=9-c, both in [0,9]. Then a'+b+c'+d=9. By stars and bars the number of nonnegative solutions is C(9+3, 3)=C(12, 3)=220, and each automatically satisfies the upper bounds since the sum is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两地经度差为 360°-(110°+115°)=135°，且 B 位于北纬 45°。把 A=(1,0,0) 放在单位球面上。</w:t>
      </w:r>
    </w:p>
    <w:p>
      <w:pPr>
        <w:spacing w:before="0" w:after="80" w:line="300" w:lineRule="auto"/>
        <w:jc w:val="left"/>
      </w:pPr>
      <w:r>
        <w:rPr>
          <w:rFonts w:ascii="Times New Roman" w:hAnsi="Times New Roman" w:eastAsia="宋体"/>
          <w:b w:val="0"/>
          <w:i w:val="0"/>
          <w:sz w:val="21"/>
        </w:rPr>
        <w:t>于是 B=tiny(cos45°cos135°, cos45°sin135°, sin45°) =(-1/2,1/2,(√(2))/2)。点积为 A· B=-1/2，所以 cos∠ ACB=-1/2，从而 ∠ ACB=120°。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longitudes differ by 360°-(110°+115°)=135°, and B is at latitude 45° N. Place A=(1,0,0) on the unit sphere.</w:t>
      </w:r>
    </w:p>
    <w:p>
      <w:pPr>
        <w:spacing w:before="0" w:after="80" w:line="300" w:lineRule="auto"/>
        <w:jc w:val="left"/>
      </w:pPr>
      <w:r>
        <w:rPr>
          <w:rFonts w:ascii="Times New Roman" w:hAnsi="Times New Roman" w:eastAsia="宋体"/>
          <w:b w:val="0"/>
          <w:i w:val="0"/>
          <w:color w:val="333333"/>
          <w:sz w:val="19"/>
        </w:rPr>
        <w:t>Then B=tiny(cos45°cos135°, cos45°sin135°, sin45°) =(-1/2,1/2,(√(2))/2). The dot product is A· B=-1/2, so cos∠ ACB=-1/2 and ∠ ACB=120°.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 {x}=x-⌊ x⌋。方程化为 x²=10,000{x}，所以 x²/(10,000)={x}。因为 0≤{x}&lt;1，必须有 0≤ x²&lt;10,000，即 -100&lt; x&lt;100。</w:t>
      </w:r>
    </w:p>
    <w:p>
      <w:pPr>
        <w:spacing w:before="0" w:after="80" w:line="300" w:lineRule="auto"/>
        <w:jc w:val="left"/>
      </w:pPr>
      <w:r>
        <w:rPr>
          <w:rFonts w:ascii="Times New Roman" w:hAnsi="Times New Roman" w:eastAsia="宋体"/>
          <w:b w:val="0"/>
          <w:i w:val="0"/>
          <w:sz w:val="21"/>
        </w:rPr>
        <w:t>在每个区间 [k,k+1) 上，写成 x=k+t，其中 0≤ t&lt;1。方程变为 (k+t)²-10,000t=0。当 -100≤ k≤98 时，左边严格递减：在 t=0 处它等于 k²≥0，而当 t 趋于 1 时它趋于 (k+1)²-10,000&lt;0。因此这些区间中每一个都恰好含有一个解。这样的区间共有 98-(-100)+1=199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{x}=x-⌊ x⌋. The equation becomes x²=10,000{x}, so x²/(10,000)={x}. Since 0≤{x}&lt;1, we need 0≤ x²&lt;10,000, i.e. -100&lt; x&lt;100.</w:t>
      </w:r>
    </w:p>
    <w:p>
      <w:pPr>
        <w:spacing w:before="0" w:after="80" w:line="300" w:lineRule="auto"/>
        <w:jc w:val="left"/>
      </w:pPr>
      <w:r>
        <w:rPr>
          <w:rFonts w:ascii="Times New Roman" w:hAnsi="Times New Roman" w:eastAsia="宋体"/>
          <w:b w:val="0"/>
          <w:i w:val="0"/>
          <w:color w:val="333333"/>
          <w:sz w:val="19"/>
        </w:rPr>
        <w:t>On each interval [k,k+1), write x=k+t with 0≤ t&lt;1. The equation becomes (k+t)²-10,000t=0. For -100≤ k≤98, the left side is strictly decreasing; at t=0 it is k²≥0, while as t approaches 1 it approaches (k+1)²-10,000&lt;0. Thus each of these intervals contains exactly one solution. There are 98-(-100)+1=199 such intervals.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设 Oᵢ 为 ωᵢ 的圆心，K 为直线 O₁P₁ 与 O₂P₂ 的交点。因为 ∠ P₁P₂P₃=60°，三角形 P₂KP₁ 是 30-60-90° 三角形。令 d=P₁K，得 P₂K=2d 且 P₁P₂=√(3) d。</w:t>
      </w:r>
    </w:p>
    <w:p>
      <w:pPr>
        <w:spacing w:before="0" w:after="80" w:line="300" w:lineRule="auto"/>
        <w:jc w:val="left"/>
      </w:pPr>
      <w:r>
        <w:rPr>
          <w:rFonts w:ascii="Times New Roman" w:hAnsi="Times New Roman" w:eastAsia="宋体"/>
          <w:b w:val="0"/>
          <w:i w:val="0"/>
          <w:sz w:val="21"/>
        </w:rPr>
        <w:t>在 △ O₁KO₂ 中使用余弦定理，并利用 O₁O₂=8 得到</w:t>
      </w:r>
    </w:p>
    <w:p>
      <w:pPr>
        <w:spacing w:before="0" w:after="80" w:line="300" w:lineRule="auto"/>
        <w:jc w:val="left"/>
      </w:pPr>
      <w:r>
        <w:rPr>
          <w:rFonts w:ascii="Times New Roman" w:hAnsi="Times New Roman" w:eastAsia="宋体"/>
          <w:b w:val="0"/>
          <w:i w:val="0"/>
          <w:sz w:val="21"/>
        </w:rPr>
        <w:t>8²=(d+4)²+(2d-4)²</w:t>
      </w:r>
    </w:p>
    <w:p>
      <w:pPr>
        <w:spacing w:before="0" w:after="80" w:line="300" w:lineRule="auto"/>
        <w:jc w:val="left"/>
      </w:pPr>
      <w:r>
        <w:rPr>
          <w:rFonts w:ascii="Times New Roman" w:hAnsi="Times New Roman" w:eastAsia="宋体"/>
          <w:b w:val="0"/>
          <w:i w:val="0"/>
          <w:sz w:val="21"/>
        </w:rPr>
        <w:t>-2(d+4)(2d-4)cos60°，</w:t>
      </w:r>
    </w:p>
    <w:p>
      <w:pPr>
        <w:spacing w:before="0" w:after="80" w:line="300" w:lineRule="auto"/>
        <w:jc w:val="left"/>
      </w:pPr>
      <w:r>
        <w:rPr>
          <w:rFonts w:ascii="Times New Roman" w:hAnsi="Times New Roman" w:eastAsia="宋体"/>
          <w:b w:val="0"/>
          <w:i w:val="0"/>
          <w:sz w:val="21"/>
        </w:rPr>
        <w:t>化简为 3d²-12d-16=0，所以 d=2+2/3√(21)。</w:t>
      </w:r>
    </w:p>
    <w:p>
      <w:pPr>
        <w:spacing w:before="0" w:after="80" w:line="300" w:lineRule="auto"/>
        <w:jc w:val="left"/>
      </w:pPr>
      <w:r>
        <w:rPr>
          <w:rFonts w:ascii="Times New Roman" w:hAnsi="Times New Roman" w:eastAsia="宋体"/>
          <w:b w:val="0"/>
          <w:i w:val="0"/>
          <w:sz w:val="21"/>
        </w:rPr>
        <w:t>因此 P₁P₂=√(3) d=2√(3)+2√(7)，面积为</w:t>
      </w:r>
    </w:p>
    <w:p>
      <w:pPr>
        <w:spacing w:before="0" w:after="80" w:line="300" w:lineRule="auto"/>
        <w:jc w:val="left"/>
      </w:pPr>
      <w:r>
        <w:rPr>
          <w:rFonts w:ascii="Times New Roman" w:hAnsi="Times New Roman" w:eastAsia="宋体"/>
          <w:b w:val="0"/>
          <w:i w:val="0"/>
          <w:sz w:val="21"/>
        </w:rPr>
        <w:t>(√(3))/4(2√(3)+2√(7))²</w:t>
      </w:r>
    </w:p>
    <w:p>
      <w:pPr>
        <w:spacing w:before="0" w:after="80" w:line="300" w:lineRule="auto"/>
        <w:jc w:val="left"/>
      </w:pPr>
      <w:r>
        <w:rPr>
          <w:rFonts w:ascii="Times New Roman" w:hAnsi="Times New Roman" w:eastAsia="宋体"/>
          <w:b w:val="0"/>
          <w:i w:val="0"/>
          <w:sz w:val="21"/>
        </w:rPr>
        <w:t>=10√(3)+6√(7)</w:t>
      </w:r>
    </w:p>
    <w:p>
      <w:pPr>
        <w:spacing w:before="0" w:after="80" w:line="300" w:lineRule="auto"/>
        <w:jc w:val="left"/>
      </w:pPr>
      <w:r>
        <w:rPr>
          <w:rFonts w:ascii="Times New Roman" w:hAnsi="Times New Roman" w:eastAsia="宋体"/>
          <w:b w:val="0"/>
          <w:i w:val="0"/>
          <w:sz w:val="21"/>
        </w:rPr>
        <w:t>=√(300)+√(252)。</w:t>
      </w:r>
    </w:p>
    <w:p>
      <w:pPr>
        <w:spacing w:before="0" w:after="80" w:line="300" w:lineRule="auto"/>
        <w:jc w:val="left"/>
      </w:pPr>
      <w:r>
        <w:rPr>
          <w:rFonts w:ascii="Times New Roman" w:hAnsi="Times New Roman" w:eastAsia="宋体"/>
          <w:b w:val="0"/>
          <w:i w:val="0"/>
          <w:sz w:val="21"/>
        </w:rPr>
        <w:t>所以 a+b=300+252=552。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Oᵢ be the center of ωᵢ, and let K be the intersection of lines O₁P₁ and O₂P₂. Because ∠ P₁P₂P₃=60°, triangle P₂KP₁ is a 30-60-90° triangle. With d=P₁K, we get P₂K=2d and P₁P₂=√(3) d.</w:t>
      </w:r>
    </w:p>
    <w:p>
      <w:pPr>
        <w:spacing w:before="0" w:after="80" w:line="300" w:lineRule="auto"/>
        <w:jc w:val="left"/>
      </w:pPr>
      <w:r>
        <w:rPr>
          <w:rFonts w:ascii="Times New Roman" w:hAnsi="Times New Roman" w:eastAsia="宋体"/>
          <w:b w:val="0"/>
          <w:i w:val="0"/>
          <w:color w:val="333333"/>
          <w:sz w:val="19"/>
        </w:rPr>
        <w:t>The Law of Cosines in △ O₁KO₂ (with O₁O₂=8) gives</w:t>
      </w:r>
    </w:p>
    <w:p>
      <w:pPr>
        <w:spacing w:before="0" w:after="80" w:line="300" w:lineRule="auto"/>
        <w:jc w:val="left"/>
      </w:pPr>
      <w:r>
        <w:rPr>
          <w:rFonts w:ascii="Times New Roman" w:hAnsi="Times New Roman" w:eastAsia="宋体"/>
          <w:b w:val="0"/>
          <w:i w:val="0"/>
          <w:color w:val="333333"/>
          <w:sz w:val="19"/>
        </w:rPr>
        <w:t>8²=(d+4)²+(2d-4)²</w:t>
      </w:r>
    </w:p>
    <w:p>
      <w:pPr>
        <w:spacing w:before="0" w:after="80" w:line="300" w:lineRule="auto"/>
        <w:jc w:val="left"/>
      </w:pPr>
      <w:r>
        <w:rPr>
          <w:rFonts w:ascii="Times New Roman" w:hAnsi="Times New Roman" w:eastAsia="宋体"/>
          <w:b w:val="0"/>
          <w:i w:val="0"/>
          <w:color w:val="333333"/>
          <w:sz w:val="19"/>
        </w:rPr>
        <w:t>-2(d+4)(2d-4)cos60°,</w:t>
      </w:r>
    </w:p>
    <w:p>
      <w:pPr>
        <w:spacing w:before="0" w:after="80" w:line="300" w:lineRule="auto"/>
        <w:jc w:val="left"/>
      </w:pPr>
      <w:r>
        <w:rPr>
          <w:rFonts w:ascii="Times New Roman" w:hAnsi="Times New Roman" w:eastAsia="宋体"/>
          <w:b w:val="0"/>
          <w:i w:val="0"/>
          <w:color w:val="333333"/>
          <w:sz w:val="19"/>
        </w:rPr>
        <w:t>which simplifies to 3d²-12d-16=0, so d=2+2/3√(21).</w:t>
      </w:r>
    </w:p>
    <w:p>
      <w:pPr>
        <w:spacing w:before="0" w:after="80" w:line="300" w:lineRule="auto"/>
        <w:jc w:val="left"/>
      </w:pPr>
      <w:r>
        <w:rPr>
          <w:rFonts w:ascii="Times New Roman" w:hAnsi="Times New Roman" w:eastAsia="宋体"/>
          <w:b w:val="0"/>
          <w:i w:val="0"/>
          <w:color w:val="333333"/>
          <w:sz w:val="19"/>
        </w:rPr>
        <w:t>Then P₁P₂=√(3) d=2√(3)+2√(7), and the area is</w:t>
      </w:r>
    </w:p>
    <w:p>
      <w:pPr>
        <w:spacing w:before="0" w:after="80" w:line="300" w:lineRule="auto"/>
        <w:jc w:val="left"/>
      </w:pPr>
      <w:r>
        <w:rPr>
          <w:rFonts w:ascii="Times New Roman" w:hAnsi="Times New Roman" w:eastAsia="宋体"/>
          <w:b w:val="0"/>
          <w:i w:val="0"/>
          <w:color w:val="333333"/>
          <w:sz w:val="19"/>
        </w:rPr>
        <w:t>(√(3))/4(2√(3)+2√(7))²</w:t>
      </w:r>
    </w:p>
    <w:p>
      <w:pPr>
        <w:spacing w:before="0" w:after="80" w:line="300" w:lineRule="auto"/>
        <w:jc w:val="left"/>
      </w:pPr>
      <w:r>
        <w:rPr>
          <w:rFonts w:ascii="Times New Roman" w:hAnsi="Times New Roman" w:eastAsia="宋体"/>
          <w:b w:val="0"/>
          <w:i w:val="0"/>
          <w:color w:val="333333"/>
          <w:sz w:val="19"/>
        </w:rPr>
        <w:t>=10√(3)+6√(7)</w:t>
      </w:r>
    </w:p>
    <w:p>
      <w:pPr>
        <w:spacing w:before="0" w:after="80" w:line="300" w:lineRule="auto"/>
        <w:jc w:val="left"/>
      </w:pPr>
      <w:r>
        <w:rPr>
          <w:rFonts w:ascii="Times New Roman" w:hAnsi="Times New Roman" w:eastAsia="宋体"/>
          <w:b w:val="0"/>
          <w:i w:val="0"/>
          <w:color w:val="333333"/>
          <w:sz w:val="19"/>
        </w:rPr>
        <w:t>=√(300)+√(252).</w:t>
      </w:r>
    </w:p>
    <w:p>
      <w:pPr>
        <w:spacing w:before="0" w:after="80" w:line="300" w:lineRule="auto"/>
        <w:jc w:val="left"/>
      </w:pPr>
      <w:r>
        <w:rPr>
          <w:rFonts w:ascii="Times New Roman" w:hAnsi="Times New Roman" w:eastAsia="宋体"/>
          <w:b w:val="0"/>
          <w:i w:val="0"/>
          <w:color w:val="333333"/>
          <w:sz w:val="19"/>
        </w:rPr>
        <w:t>So a+b=300+252=552.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