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2018A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一个大瓮里有 100 个球，其中 36% 是红球，其余是蓝球。必须取出多少个蓝球，才能使瓮中红球的百分比变为 72%？（不取出红球。）</w:t>
      </w:r>
    </w:p>
    <w:p>
      <w:pPr>
        <w:spacing w:before="0" w:after="120" w:line="300" w:lineRule="auto"/>
      </w:pPr>
      <w:r>
        <w:rPr>
          <w:rFonts w:ascii="Times New Roman" w:hAnsi="Times New Roman" w:eastAsia="宋体"/>
          <w:b w:val="0"/>
          <w:i w:val="0"/>
          <w:sz w:val="21"/>
        </w:rPr>
        <w:t>（A）28　　（B）32　　（C）36　　（D）50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urn contains 100 balls, of which 36% are red and the rest are blue. How many of the blue balls must be removed so that the percentage of red balls in the urn will be 72%? (No red balls are to be removed.)</w:t>
      </w:r>
    </w:p>
    <w:p>
      <w:pPr>
        <w:spacing w:before="0" w:after="160" w:line="300" w:lineRule="auto"/>
      </w:pPr>
      <w:r>
        <w:rPr>
          <w:rFonts w:ascii="Times New Roman" w:hAnsi="Times New Roman" w:eastAsia="宋体"/>
          <w:b w:val="0"/>
          <w:i w:val="0"/>
          <w:color w:val="333333"/>
          <w:sz w:val="19"/>
        </w:rPr>
        <w:t>(A) 28　　(B) 32　　(C) 36　　(D) 50　　(E) 64</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Carl 在探索洞穴时发现一批石头：5 磅重的石头每块价值 $14，4 磅重的石头每块价值 $11，1 磅重的石头每块价值 $2。每种大小至少有 20 块。他最多能携带 18 磅。按美元计，他最多能从洞穴中带出价值多少的石头？</w:t>
      </w:r>
    </w:p>
    <w:p>
      <w:pPr>
        <w:spacing w:before="0" w:after="120" w:line="300" w:lineRule="auto"/>
      </w:pPr>
      <w:r>
        <w:rPr>
          <w:rFonts w:ascii="Times New Roman" w:hAnsi="Times New Roman" w:eastAsia="宋体"/>
          <w:b w:val="0"/>
          <w:i w:val="0"/>
          <w:sz w:val="21"/>
        </w:rPr>
        <w:t>（A）48　　（B）49　　（C）50　　（D）51　　（E）52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While exploring a cave, Carl comes across a collection of 5-pound rocks worth $14 each, 4-pound rocks worth $11 each, and 1-pound rocks worth $2 each. There are at least 20 of each size. He can carry at most 18 pounds. What is the maximum value, in dollars, of the rocks he can carry out of the cave?</w:t>
      </w:r>
    </w:p>
    <w:p>
      <w:pPr>
        <w:spacing w:before="0" w:after="160" w:line="300" w:lineRule="auto"/>
      </w:pPr>
      <w:r>
        <w:rPr>
          <w:rFonts w:ascii="Times New Roman" w:hAnsi="Times New Roman" w:eastAsia="宋体"/>
          <w:b w:val="0"/>
          <w:i w:val="0"/>
          <w:color w:val="333333"/>
          <w:sz w:val="19"/>
        </w:rPr>
        <w:t>(A) 48　　(B) 49　　(C) 50　　(D) 51　　(E) 52</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一名学生要在一天 6 节课中安排 3 门数学课：代数、几何和数论。如果任意两门数学课不能安排在连续课时中，有多少种安排方法？（其他 3 节课上什么不需要考虑。）</w:t>
      </w:r>
    </w:p>
    <w:p>
      <w:pPr>
        <w:spacing w:before="0" w:after="120" w:line="300" w:lineRule="auto"/>
      </w:pPr>
      <w:r>
        <w:rPr>
          <w:rFonts w:ascii="Times New Roman" w:hAnsi="Times New Roman" w:eastAsia="宋体"/>
          <w:b w:val="0"/>
          <w:i w:val="0"/>
          <w:sz w:val="21"/>
        </w:rPr>
        <w:t>（A）3　　（B）6　　（C）12　　（D）18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ways can a student schedule 3 mathematics courses—algebra, geometry, and number theory—in a 6-period day if no two mathematics courses can be taken in consecutive periods? (What courses the student takes during the other 3 periods is of no concern here.)</w:t>
      </w:r>
    </w:p>
    <w:p>
      <w:pPr>
        <w:spacing w:before="0" w:after="160" w:line="300" w:lineRule="auto"/>
      </w:pPr>
      <w:r>
        <w:rPr>
          <w:rFonts w:ascii="Times New Roman" w:hAnsi="Times New Roman" w:eastAsia="宋体"/>
          <w:b w:val="0"/>
          <w:i w:val="0"/>
          <w:color w:val="333333"/>
          <w:sz w:val="19"/>
        </w:rPr>
        <w:t>(A) 3　　(B) 6　　(C) 12　　(D) 18　　(E) 24</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Alice、Bob 和 Charlie 在徒步时想知道最近的城镇有多远。Alice 说：“我们离城镇至少 6 英里。”Bob 回答：“我们至多离城镇 5 英里。”Charlie 接着说：“其实最近的城镇至多在 4 英里外。”结果三个人的话都不正确。设 d 为到最近城镇的距离，单位为英里。下列哪个区间是 d 的所有可能取值的集合？</w:t>
      </w:r>
    </w:p>
    <w:p>
      <w:pPr>
        <w:spacing w:before="0" w:after="120" w:line="300" w:lineRule="auto"/>
      </w:pPr>
      <w:r>
        <w:rPr>
          <w:rFonts w:ascii="Times New Roman" w:hAnsi="Times New Roman" w:eastAsia="宋体"/>
          <w:b w:val="0"/>
          <w:i w:val="0"/>
          <w:sz w:val="21"/>
        </w:rPr>
        <w:t>（A）(0, 4)　　（B）(4, 5)　　（C）(4, 6)　　（D）(5, 6)　　（E）(5, ∞)</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Bob, and Charlie were on a hike and were wondering how far away the nearest town was. When Alice said, “We are at least 6 miles away,” Bob replied, “We are at most 5 miles away.” Charlie then remarked, “Actually the nearest town is at most 4 miles away.” It turned out that none of the three statements was true. Let d be the distance in miles to the nearest town. Which of the following intervals is the set of all possible values of d?</w:t>
      </w:r>
    </w:p>
    <w:p>
      <w:pPr>
        <w:spacing w:before="0" w:after="160" w:line="300" w:lineRule="auto"/>
      </w:pPr>
      <w:r>
        <w:rPr>
          <w:rFonts w:ascii="Times New Roman" w:hAnsi="Times New Roman" w:eastAsia="宋体"/>
          <w:b w:val="0"/>
          <w:i w:val="0"/>
          <w:color w:val="333333"/>
          <w:sz w:val="19"/>
        </w:rPr>
        <w:t>(A) (0, 4)　　(B) (4, 5)　　(C) (4, 6)　　(D) (5, 6)　　(E) (5, ∞)</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若多项式 x² - 3x + 2 和 x² - 5x + k 有一个公共根，k 的所有可能值之和是多少？</w:t>
      </w:r>
    </w:p>
    <w:p>
      <w:pPr>
        <w:spacing w:before="0" w:after="120" w:line="300" w:lineRule="auto"/>
      </w:pPr>
      <w:r>
        <w:rPr>
          <w:rFonts w:ascii="Times New Roman" w:hAnsi="Times New Roman" w:eastAsia="宋体"/>
          <w:b w:val="0"/>
          <w:i w:val="0"/>
          <w:sz w:val="21"/>
        </w:rPr>
        <w:t>（A）3　　（B）4　　（C）5　　（D）6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possible values of k for which the polynomials x² - 3x + 2 and x² - 5x + k have a root in common?</w:t>
      </w:r>
    </w:p>
    <w:p>
      <w:pPr>
        <w:spacing w:before="0" w:after="160" w:line="300" w:lineRule="auto"/>
      </w:pPr>
      <w:r>
        <w:rPr>
          <w:rFonts w:ascii="Times New Roman" w:hAnsi="Times New Roman" w:eastAsia="宋体"/>
          <w:b w:val="0"/>
          <w:i w:val="0"/>
          <w:color w:val="333333"/>
          <w:sz w:val="19"/>
        </w:rPr>
        <w:t>(A) 3　　(B) 4　　(C) 5　　(D) 6　　(E) 10</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正整数 m 和 n 满足 m + 10 &lt; n + 1，并且集合 {m, m + 4, m + 10，n + 1，n + 2，2n} 的平均数和中位数都等于 n。m + n 是多少？</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positive integers m and n such that m + 10 &lt; n + 1, both the mean and the median of the set {m, m + 4, m + 10, n + 1, n + 2, 2n} are equal to n. What is m + n?</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对多少个整数 n（不一定为正），</w:t>
      </w:r>
    </w:p>
    <w:p>
      <w:pPr>
        <w:spacing w:before="0" w:after="80" w:line="300" w:lineRule="auto"/>
        <w:jc w:val="left"/>
      </w:pPr>
      <w:r>
        <w:rPr>
          <w:rFonts w:ascii="Times New Roman" w:hAnsi="Times New Roman" w:eastAsia="宋体"/>
          <w:b w:val="0"/>
          <w:i w:val="0"/>
          <w:sz w:val="21"/>
        </w:rPr>
        <w:t>4000 · (2/5)ⁿ</w:t>
      </w:r>
    </w:p>
    <w:p>
      <w:pPr>
        <w:spacing w:before="0" w:after="80" w:line="300" w:lineRule="auto"/>
        <w:jc w:val="left"/>
      </w:pPr>
      <w:r>
        <w:rPr>
          <w:rFonts w:ascii="Times New Roman" w:hAnsi="Times New Roman" w:eastAsia="宋体"/>
          <w:b w:val="0"/>
          <w:i w:val="0"/>
          <w:sz w:val="21"/>
        </w:rPr>
        <w:t>的值是整数？</w:t>
      </w:r>
    </w:p>
    <w:p>
      <w:pPr>
        <w:spacing w:before="0" w:after="120" w:line="300" w:lineRule="auto"/>
      </w:pPr>
      <w:r>
        <w:rPr>
          <w:rFonts w:ascii="Times New Roman" w:hAnsi="Times New Roman" w:eastAsia="宋体"/>
          <w:b w:val="0"/>
          <w:i w:val="0"/>
          <w:sz w:val="21"/>
        </w:rPr>
        <w:t>（A）3　　（B）4　　（C）6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how many (not necessarily positive) integer values of n is the value of</w:t>
      </w:r>
    </w:p>
    <w:p>
      <w:pPr>
        <w:spacing w:before="0" w:after="80" w:line="300" w:lineRule="auto"/>
        <w:jc w:val="left"/>
      </w:pPr>
      <w:r>
        <w:rPr>
          <w:rFonts w:ascii="Times New Roman" w:hAnsi="Times New Roman" w:eastAsia="宋体"/>
          <w:b w:val="0"/>
          <w:i w:val="0"/>
          <w:color w:val="333333"/>
          <w:sz w:val="19"/>
        </w:rPr>
        <w:t>4000 · (2/5)ⁿ</w:t>
      </w:r>
    </w:p>
    <w:p>
      <w:pPr>
        <w:spacing w:before="0" w:after="80" w:line="300" w:lineRule="auto"/>
        <w:jc w:val="left"/>
      </w:pPr>
      <w:r>
        <w:rPr>
          <w:rFonts w:ascii="Times New Roman" w:hAnsi="Times New Roman" w:eastAsia="宋体"/>
          <w:b w:val="0"/>
          <w:i w:val="0"/>
          <w:color w:val="333333"/>
          <w:sz w:val="19"/>
        </w:rPr>
        <w:t>an integer?</w:t>
      </w:r>
    </w:p>
    <w:p>
      <w:pPr>
        <w:spacing w:before="0" w:after="160" w:line="300" w:lineRule="auto"/>
      </w:pPr>
      <w:r>
        <w:rPr>
          <w:rFonts w:ascii="Times New Roman" w:hAnsi="Times New Roman" w:eastAsia="宋体"/>
          <w:b w:val="0"/>
          <w:i w:val="0"/>
          <w:color w:val="333333"/>
          <w:sz w:val="19"/>
        </w:rPr>
        <w:t>(A) 3　　(B) 4　　(C) 6　　(D) 8　　(E) 9</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下图中所有三角形都与等腰三角形 ABC 相似，其中 AB = AC。这 7 个最小三角形中的每一个面积都是 1，且 △ ABC 的面积是 40。梯形 DBCE 的面积是多少？</w:t>
      </w:r>
    </w:p>
    <w:p>
      <w:pPr>
        <w:spacing w:before="80" w:after="80"/>
        <w:jc w:val="center"/>
      </w:pPr>
      <w:r>
        <w:drawing>
          <wp:inline xmlns:a="http://schemas.openxmlformats.org/drawingml/2006/main" xmlns:pic="http://schemas.openxmlformats.org/drawingml/2006/picture">
            <wp:extent cx="1656774" cy="1968672"/>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656774" cy="1968672"/>
                    </a:xfrm>
                    <a:prstGeom prst="rect"/>
                  </pic:spPr>
                </pic:pic>
              </a:graphicData>
            </a:graphic>
          </wp:inline>
        </w:drawing>
      </w:r>
    </w:p>
    <w:p>
      <w:pPr>
        <w:spacing w:before="0" w:after="120" w:line="300" w:lineRule="auto"/>
      </w:pPr>
      <w:r>
        <w:rPr>
          <w:rFonts w:ascii="Times New Roman" w:hAnsi="Times New Roman" w:eastAsia="宋体"/>
          <w:b w:val="0"/>
          <w:i w:val="0"/>
          <w:sz w:val="21"/>
        </w:rPr>
        <w:t>（A）16　　（B）18　　（C）20　　（D）22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of the triangles in the diagram below are similar to isosceles triangle ABC, in which AB = AC. Each of the 7 smallest triangles has area 1, and △ ABC has area 40. What is the area of trapezoid DBCE?</w:t>
      </w:r>
    </w:p>
    <w:p>
      <w:pPr>
        <w:spacing w:before="80" w:after="80"/>
        <w:jc w:val="center"/>
      </w:pPr>
      <w:r>
        <w:drawing>
          <wp:inline xmlns:a="http://schemas.openxmlformats.org/drawingml/2006/main" xmlns:pic="http://schemas.openxmlformats.org/drawingml/2006/picture">
            <wp:extent cx="1656774" cy="1968672"/>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1656774" cy="196867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16　　(B) 18　　(C) 20　　(D) 22　　(E) 24</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下列哪一项描述了闭区间 [0, π] 内满足下面条件的 y 的最大取值集合：</w:t>
      </w:r>
    </w:p>
    <w:p>
      <w:pPr>
        <w:spacing w:before="0" w:after="80" w:line="300" w:lineRule="auto"/>
        <w:jc w:val="left"/>
      </w:pPr>
      <w:r>
        <w:rPr>
          <w:rFonts w:ascii="Times New Roman" w:hAnsi="Times New Roman" w:eastAsia="宋体"/>
          <w:b w:val="0"/>
          <w:i w:val="0"/>
          <w:sz w:val="21"/>
        </w:rPr>
        <w:t>sin(x + y) ≤ sin(x) + sin(y)</w:t>
      </w:r>
    </w:p>
    <w:p>
      <w:pPr>
        <w:spacing w:before="0" w:after="80" w:line="300" w:lineRule="auto"/>
        <w:jc w:val="left"/>
      </w:pPr>
      <w:r>
        <w:rPr>
          <w:rFonts w:ascii="Times New Roman" w:hAnsi="Times New Roman" w:eastAsia="宋体"/>
          <w:b w:val="0"/>
          <w:i w:val="0"/>
          <w:sz w:val="21"/>
        </w:rPr>
        <w:t>对每个介于 0 和 π 之间（含端点）的 x 都成立？</w:t>
      </w:r>
    </w:p>
    <w:p>
      <w:pPr>
        <w:spacing w:before="0" w:after="120" w:line="300" w:lineRule="auto"/>
      </w:pPr>
      <w:r>
        <w:rPr>
          <w:rFonts w:ascii="Times New Roman" w:hAnsi="Times New Roman" w:eastAsia="宋体"/>
          <w:b w:val="0"/>
          <w:i w:val="0"/>
          <w:sz w:val="21"/>
        </w:rPr>
        <w:t>（A）y = 0　　（B）0 ≤ y ≤ π/4　　（C）0 ≤ y ≤ π/2　　（D）0 ≤ y ≤ 3π/4　　（E）0 ≤ y ≤ 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describes the largest subset of values of y within the closed interval [0, π] for which</w:t>
      </w:r>
    </w:p>
    <w:p>
      <w:pPr>
        <w:spacing w:before="0" w:after="80" w:line="300" w:lineRule="auto"/>
        <w:jc w:val="left"/>
      </w:pPr>
      <w:r>
        <w:rPr>
          <w:rFonts w:ascii="Times New Roman" w:hAnsi="Times New Roman" w:eastAsia="宋体"/>
          <w:b w:val="0"/>
          <w:i w:val="0"/>
          <w:color w:val="333333"/>
          <w:sz w:val="19"/>
        </w:rPr>
        <w:t>sin(x + y) ≤ sin(x) + sin(y)</w:t>
      </w:r>
    </w:p>
    <w:p>
      <w:pPr>
        <w:spacing w:before="0" w:after="80" w:line="300" w:lineRule="auto"/>
        <w:jc w:val="left"/>
      </w:pPr>
      <w:r>
        <w:rPr>
          <w:rFonts w:ascii="Times New Roman" w:hAnsi="Times New Roman" w:eastAsia="宋体"/>
          <w:b w:val="0"/>
          <w:i w:val="0"/>
          <w:color w:val="333333"/>
          <w:sz w:val="19"/>
        </w:rPr>
        <w:t>for every x between 0 and π, inclusive?</w:t>
      </w:r>
    </w:p>
    <w:p>
      <w:pPr>
        <w:spacing w:before="0" w:after="160" w:line="300" w:lineRule="auto"/>
      </w:pPr>
      <w:r>
        <w:rPr>
          <w:rFonts w:ascii="Times New Roman" w:hAnsi="Times New Roman" w:eastAsia="宋体"/>
          <w:b w:val="0"/>
          <w:i w:val="0"/>
          <w:color w:val="333333"/>
          <w:sz w:val="19"/>
        </w:rPr>
        <w:t>(A) y = 0　　(B) 0 ≤ y ≤ π/4　　(C) 0 ≤ y ≤ π/2　　(D) 0 ≤ y ≤ 3π/4　　(E) 0 ≤ y ≤ π</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有多少个实数有序对 (x, y) 满足下面的方程组？</w:t>
      </w:r>
    </w:p>
    <w:p>
      <w:pPr>
        <w:spacing w:before="0" w:after="80" w:line="300" w:lineRule="auto"/>
        <w:jc w:val="left"/>
      </w:pPr>
      <w:r>
        <w:rPr>
          <w:rFonts w:ascii="Times New Roman" w:hAnsi="Times New Roman" w:eastAsia="宋体"/>
          <w:b w:val="0"/>
          <w:i w:val="0"/>
          <w:sz w:val="21"/>
        </w:rPr>
        <w:t>x + 3y = 3</w:t>
      </w:r>
    </w:p>
    <w:p>
      <w:pPr>
        <w:spacing w:before="0" w:after="80" w:line="300" w:lineRule="auto"/>
        <w:jc w:val="left"/>
      </w:pPr>
      <w:r>
        <w:rPr>
          <w:rFonts w:ascii="Times New Roman" w:hAnsi="Times New Roman" w:eastAsia="宋体"/>
          <w:b w:val="0"/>
          <w:i w:val="0"/>
          <w:sz w:val="21"/>
        </w:rPr>
        <w:t>| |x| - |y| | = 1</w:t>
      </w:r>
    </w:p>
    <w:p>
      <w:pPr>
        <w:spacing w:before="0" w:after="120" w:line="300" w:lineRule="auto"/>
      </w:pPr>
      <w:r>
        <w:rPr>
          <w:rFonts w:ascii="Times New Roman" w:hAnsi="Times New Roman" w:eastAsia="宋体"/>
          <w:b w:val="0"/>
          <w:i w:val="0"/>
          <w:sz w:val="21"/>
        </w:rPr>
        <w:t>（A）1　　（B）2　　（C）3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pairs of real numbers (x, y) satisfy the following system of equations?</w:t>
      </w:r>
    </w:p>
    <w:p>
      <w:pPr>
        <w:spacing w:before="0" w:after="80" w:line="300" w:lineRule="auto"/>
        <w:jc w:val="left"/>
      </w:pPr>
      <w:r>
        <w:rPr>
          <w:rFonts w:ascii="Times New Roman" w:hAnsi="Times New Roman" w:eastAsia="宋体"/>
          <w:b w:val="0"/>
          <w:i w:val="0"/>
          <w:color w:val="333333"/>
          <w:sz w:val="19"/>
        </w:rPr>
        <w:t>x + 3y = 3</w:t>
      </w:r>
    </w:p>
    <w:p>
      <w:pPr>
        <w:spacing w:before="0" w:after="80" w:line="300" w:lineRule="auto"/>
        <w:jc w:val="left"/>
      </w:pPr>
      <w:r>
        <w:rPr>
          <w:rFonts w:ascii="Times New Roman" w:hAnsi="Times New Roman" w:eastAsia="宋体"/>
          <w:b w:val="0"/>
          <w:i w:val="0"/>
          <w:color w:val="333333"/>
          <w:sz w:val="19"/>
        </w:rPr>
        <w:t>| |x| - |y| | = 1</w:t>
      </w:r>
    </w:p>
    <w:p>
      <w:pPr>
        <w:spacing w:before="0" w:after="160" w:line="300" w:lineRule="auto"/>
      </w:pPr>
      <w:r>
        <w:rPr>
          <w:rFonts w:ascii="Times New Roman" w:hAnsi="Times New Roman" w:eastAsia="宋体"/>
          <w:b w:val="0"/>
          <w:i w:val="0"/>
          <w:color w:val="333333"/>
          <w:sz w:val="19"/>
        </w:rPr>
        <w:t>(A) 1　　(B) 2　　(C) 3　　(D) 4　　(E) 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如图，一张边长分别为 3，4，和 5 英寸的纸三角形被折叠，使点 A 落到点 B。折痕的长度是多少英寸？</w:t>
      </w:r>
    </w:p>
    <w:p>
      <w:pPr>
        <w:spacing w:before="80" w:after="80"/>
        <w:jc w:val="center"/>
      </w:pPr>
      <w:r>
        <w:drawing>
          <wp:inline xmlns:a="http://schemas.openxmlformats.org/drawingml/2006/main" xmlns:pic="http://schemas.openxmlformats.org/drawingml/2006/picture">
            <wp:extent cx="1857443" cy="1461726"/>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857443" cy="1461726"/>
                    </a:xfrm>
                    <a:prstGeom prst="rect"/>
                  </pic:spPr>
                </pic:pic>
              </a:graphicData>
            </a:graphic>
          </wp:inline>
        </w:drawing>
      </w:r>
    </w:p>
    <w:p>
      <w:pPr>
        <w:spacing w:before="0" w:after="120" w:line="300" w:lineRule="auto"/>
      </w:pPr>
      <w:r>
        <w:rPr>
          <w:rFonts w:ascii="Times New Roman" w:hAnsi="Times New Roman" w:eastAsia="宋体"/>
          <w:b w:val="0"/>
          <w:i w:val="0"/>
          <w:sz w:val="21"/>
        </w:rPr>
        <w:t>（A）1 + 1/2 √(2)　　（B）√(3)　　（C）7/4　　（D）15/8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paper triangle with sides of lengths 3, 4, and 5 inches, as shown, is folded so that point A falls on point B. What is the length in inches of the crease?</w:t>
      </w:r>
    </w:p>
    <w:p>
      <w:pPr>
        <w:spacing w:before="80" w:after="80"/>
        <w:jc w:val="center"/>
      </w:pPr>
      <w:r>
        <w:drawing>
          <wp:inline xmlns:a="http://schemas.openxmlformats.org/drawingml/2006/main" xmlns:pic="http://schemas.openxmlformats.org/drawingml/2006/picture">
            <wp:extent cx="1857443" cy="1461726"/>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1857443" cy="1461726"/>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+ 1/2 √(2)　　(B) √(3)　　(C) 7/4　　(D) 15/8　　(E) 2</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设 S 是从 {1, 2, …, 12} 中选出的 6 个整数的集合，且满足：若 a 和 b 是 S 的元素且 a &lt; b，则 b 不是 a 的倍数。S 中元素的最小可能值是多少？</w:t>
      </w:r>
    </w:p>
    <w:p>
      <w:pPr>
        <w:spacing w:before="0" w:after="120" w:line="300" w:lineRule="auto"/>
      </w:pPr>
      <w:r>
        <w:rPr>
          <w:rFonts w:ascii="Times New Roman" w:hAnsi="Times New Roman" w:eastAsia="宋体"/>
          <w:b w:val="0"/>
          <w:i w:val="0"/>
          <w:sz w:val="21"/>
        </w:rPr>
        <w:t>（A）2　　（B）3　　（C）4　　（D）5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a set of 6 integers taken from {1, 2, …, 12} with the property that if a and b are elements of S with a &lt; b, then b is not a multiple of a. What is the least possible value of an element of S?</w:t>
      </w:r>
    </w:p>
    <w:p>
      <w:pPr>
        <w:spacing w:before="0" w:after="160" w:line="300" w:lineRule="auto"/>
      </w:pPr>
      <w:r>
        <w:rPr>
          <w:rFonts w:ascii="Times New Roman" w:hAnsi="Times New Roman" w:eastAsia="宋体"/>
          <w:b w:val="0"/>
          <w:i w:val="0"/>
          <w:color w:val="333333"/>
          <w:sz w:val="19"/>
        </w:rPr>
        <w:t>(A) 2　　(B) 3　　(C) 4　　(D) 5　　(E) 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有多少个非负整数可以写成下面的形式：</w:t>
      </w:r>
    </w:p>
    <w:p>
      <w:pPr>
        <w:spacing w:before="0" w:after="80" w:line="300" w:lineRule="auto"/>
        <w:jc w:val="left"/>
      </w:pPr>
      <w:r>
        <w:rPr>
          <w:rFonts w:ascii="Times New Roman" w:hAnsi="Times New Roman" w:eastAsia="宋体"/>
          <w:b w:val="0"/>
          <w:i w:val="0"/>
          <w:sz w:val="21"/>
        </w:rPr>
        <w:t>a₇ · 3⁷ + a₆ · 3⁶ + a₅ · 3⁵</w:t>
      </w:r>
    </w:p>
    <w:p>
      <w:pPr>
        <w:spacing w:before="0" w:after="80" w:line="300" w:lineRule="auto"/>
        <w:jc w:val="left"/>
      </w:pPr>
      <w:r>
        <w:rPr>
          <w:rFonts w:ascii="Times New Roman" w:hAnsi="Times New Roman" w:eastAsia="宋体"/>
          <w:b w:val="0"/>
          <w:i w:val="0"/>
          <w:sz w:val="21"/>
        </w:rPr>
        <w:t>+ a₄ · 3⁴ + a₃ · 3³ + a₂ · 3²</w:t>
      </w:r>
    </w:p>
    <w:p>
      <w:pPr>
        <w:spacing w:before="0" w:after="80" w:line="300" w:lineRule="auto"/>
        <w:jc w:val="left"/>
      </w:pPr>
      <w:r>
        <w:rPr>
          <w:rFonts w:ascii="Times New Roman" w:hAnsi="Times New Roman" w:eastAsia="宋体"/>
          <w:b w:val="0"/>
          <w:i w:val="0"/>
          <w:sz w:val="21"/>
        </w:rPr>
        <w:t>+ a₁ · 3¹ + a₀ · 3⁰</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其中对 0 ≤ i ≤ 7 有 aᵢ ∈ {-1, 0, 1}？</w:t>
      </w:r>
    </w:p>
    <w:p>
      <w:pPr>
        <w:spacing w:before="0" w:after="120" w:line="300" w:lineRule="auto"/>
      </w:pPr>
      <w:r>
        <w:rPr>
          <w:rFonts w:ascii="Times New Roman" w:hAnsi="Times New Roman" w:eastAsia="宋体"/>
          <w:b w:val="0"/>
          <w:i w:val="0"/>
          <w:sz w:val="21"/>
        </w:rPr>
        <w:t>（A）512　　（B）729　　（C）1094　　（D）3281　　（E）59,048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nonnegative integers can be written in the form</w:t>
      </w:r>
    </w:p>
    <w:p>
      <w:pPr>
        <w:spacing w:before="0" w:after="80" w:line="300" w:lineRule="auto"/>
        <w:jc w:val="left"/>
      </w:pPr>
      <w:r>
        <w:rPr>
          <w:rFonts w:ascii="Times New Roman" w:hAnsi="Times New Roman" w:eastAsia="宋体"/>
          <w:b w:val="0"/>
          <w:i w:val="0"/>
          <w:color w:val="333333"/>
          <w:sz w:val="19"/>
        </w:rPr>
        <w:t>a₇ · 3⁷ + a₆ · 3⁶ + a₅ · 3⁵</w:t>
      </w:r>
    </w:p>
    <w:p>
      <w:pPr>
        <w:spacing w:before="0" w:after="80" w:line="300" w:lineRule="auto"/>
        <w:jc w:val="left"/>
      </w:pPr>
      <w:r>
        <w:rPr>
          <w:rFonts w:ascii="Times New Roman" w:hAnsi="Times New Roman" w:eastAsia="宋体"/>
          <w:b w:val="0"/>
          <w:i w:val="0"/>
          <w:color w:val="333333"/>
          <w:sz w:val="19"/>
        </w:rPr>
        <w:t>+ a₄ · 3⁴ + a₃ · 3³ + a₂ · 3²</w:t>
      </w:r>
    </w:p>
    <w:p>
      <w:pPr>
        <w:spacing w:before="0" w:after="80" w:line="300" w:lineRule="auto"/>
        <w:jc w:val="left"/>
      </w:pPr>
      <w:r>
        <w:rPr>
          <w:rFonts w:ascii="Times New Roman" w:hAnsi="Times New Roman" w:eastAsia="宋体"/>
          <w:b w:val="0"/>
          <w:i w:val="0"/>
          <w:color w:val="333333"/>
          <w:sz w:val="19"/>
        </w:rPr>
        <w:t>+ a₁ · 3¹ + a₀ · 3⁰,</w:t>
      </w:r>
    </w:p>
    <w:p>
      <w:pPr>
        <w:spacing w:before="0" w:after="80" w:line="300" w:lineRule="auto"/>
        <w:jc w:val="left"/>
      </w:pPr>
      <w:r>
        <w:rPr>
          <w:rFonts w:ascii="Times New Roman" w:hAnsi="Times New Roman" w:eastAsia="宋体"/>
          <w:b w:val="0"/>
          <w:i w:val="0"/>
          <w:color w:val="333333"/>
          <w:sz w:val="19"/>
        </w:rPr>
        <w:t>where aᵢ ∈ {-1, 0, 1} for 0 ≤ i ≤ 7?</w:t>
      </w:r>
    </w:p>
    <w:p>
      <w:pPr>
        <w:spacing w:before="0" w:after="160" w:line="300" w:lineRule="auto"/>
      </w:pPr>
      <w:r>
        <w:rPr>
          <w:rFonts w:ascii="Times New Roman" w:hAnsi="Times New Roman" w:eastAsia="宋体"/>
          <w:b w:val="0"/>
          <w:i w:val="0"/>
          <w:color w:val="333333"/>
          <w:sz w:val="19"/>
        </w:rPr>
        <w:t>(A) 512　　(B) 729　　(C) 1094　　(D) 3281　　(E) 59,048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方程 log₃ₓ 4 = log₂ₓ 8 的解中，x 是正实数且不等于 1/3 或 1/2，该解可写成 p/q，其中 p 和 q 是互质的正整数。p + q 是多少？</w:t>
      </w:r>
    </w:p>
    <w:p>
      <w:pPr>
        <w:spacing w:before="0" w:after="120" w:line="300" w:lineRule="auto"/>
      </w:pPr>
      <w:r>
        <w:rPr>
          <w:rFonts w:ascii="Times New Roman" w:hAnsi="Times New Roman" w:eastAsia="宋体"/>
          <w:b w:val="0"/>
          <w:i w:val="0"/>
          <w:sz w:val="21"/>
        </w:rPr>
        <w:t>（A）5　　（B）13　　（C）17　　（D）31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 to the equation log₃ₓ 4 = log₂ₓ 8, where x is a positive real number other than 1/3 or 1/2, can be written as p/q, where p and q are relatively prime positive integers. What is p + q?</w:t>
      </w:r>
    </w:p>
    <w:p>
      <w:pPr>
        <w:spacing w:before="0" w:after="160" w:line="300" w:lineRule="auto"/>
      </w:pPr>
      <w:r>
        <w:rPr>
          <w:rFonts w:ascii="Times New Roman" w:hAnsi="Times New Roman" w:eastAsia="宋体"/>
          <w:b w:val="0"/>
          <w:i w:val="0"/>
          <w:color w:val="333333"/>
          <w:sz w:val="19"/>
        </w:rPr>
        <w:t>(A) 5　　(B) 13　　(C) 17　　(D) 31　　(E) 35</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一个扫描码由 7 × 7 的方格组成，其中一些小方格涂成黑色，其余涂成白色。在这个 49 个小方格的网格中，必须至少有一个小方格为每种颜色。如果把整个正方形绕中心逆时针旋转 90° 的倍数，或沿连接相对顶点的直线、连接相对边中点的直线反射后，外观都不改变，则称这个扫描码是</w:t>
      </w:r>
      <w:r>
        <w:rPr>
          <w:rFonts w:ascii="Times New Roman" w:hAnsi="Times New Roman" w:eastAsia="宋体"/>
          <w:b w:val="0"/>
          <w:i/>
          <w:sz w:val="21"/>
        </w:rPr>
        <w:t>对称</w:t>
      </w:r>
      <w:r>
        <w:rPr>
          <w:rFonts w:ascii="Times New Roman" w:hAnsi="Times New Roman" w:eastAsia="宋体"/>
          <w:b w:val="0"/>
          <w:i w:val="0"/>
          <w:sz w:val="21"/>
        </w:rPr>
        <w:t>的。可能的对称扫描码总数是多少？</w:t>
      </w:r>
    </w:p>
    <w:p>
      <w:pPr>
        <w:spacing w:before="0" w:after="120" w:line="300" w:lineRule="auto"/>
      </w:pPr>
      <w:r>
        <w:rPr>
          <w:rFonts w:ascii="Times New Roman" w:hAnsi="Times New Roman" w:eastAsia="宋体"/>
          <w:b w:val="0"/>
          <w:i w:val="0"/>
          <w:sz w:val="21"/>
        </w:rPr>
        <w:t>（A）510　　（B）1022　　（C）8190　　（D）8192　　（E）65,534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scanning code consists of a 7 × 7 grid of squares, with some of its squares colored black and the rest colored white. There must be at least one square of each color in this grid of 49 squares. A scanning code is called</w:t>
      </w:r>
      <w:r>
        <w:rPr>
          <w:rFonts w:ascii="Times New Roman" w:hAnsi="Times New Roman" w:eastAsia="宋体"/>
          <w:b w:val="0"/>
          <w:i/>
          <w:color w:val="333333"/>
          <w:sz w:val="19"/>
        </w:rPr>
        <w:t>symmetric</w:t>
      </w:r>
      <w:r>
        <w:rPr>
          <w:rFonts w:ascii="Times New Roman" w:hAnsi="Times New Roman" w:eastAsia="宋体"/>
          <w:b w:val="0"/>
          <w:i w:val="0"/>
          <w:color w:val="333333"/>
          <w:sz w:val="19"/>
        </w:rPr>
        <w:t>if its look does not change when the entire square is rotated by a multiple of 90° counterclockwise around its center, nor when it is reflected across a line joining opposite corners or a line joining midpoints of opposite sides. What is the total number of possible symmetric scanning codes?</w:t>
      </w:r>
    </w:p>
    <w:p>
      <w:pPr>
        <w:spacing w:before="0" w:after="160" w:line="300" w:lineRule="auto"/>
      </w:pPr>
      <w:r>
        <w:rPr>
          <w:rFonts w:ascii="Times New Roman" w:hAnsi="Times New Roman" w:eastAsia="宋体"/>
          <w:b w:val="0"/>
          <w:i w:val="0"/>
          <w:color w:val="333333"/>
          <w:sz w:val="19"/>
        </w:rPr>
        <w:t>(A) 510　　(B) 1022　　(C) 8190　　(D) 8192　　(E) 65,534</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下列哪一项描述了实 xy-平面中曲线 x² + y² = a² 和 y = x² - a 恰好有 3 个交点时 a 的取值集合？</w:t>
      </w:r>
    </w:p>
    <w:p>
      <w:pPr>
        <w:spacing w:before="0" w:after="120" w:line="300" w:lineRule="auto"/>
      </w:pPr>
      <w:r>
        <w:rPr>
          <w:rFonts w:ascii="Times New Roman" w:hAnsi="Times New Roman" w:eastAsia="宋体"/>
          <w:b w:val="0"/>
          <w:i w:val="0"/>
          <w:sz w:val="21"/>
        </w:rPr>
        <w:t>（A）a = 1/4　　（B）1/4 &lt; a &lt; 1/2　　（C）a &gt; 1/4　　（D）a = 1/2　　（E）a &gt;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describes the set of values of a for which the curves x² + y² = a² and y = x² - a in the real xy-plane intersect at exactly 3 points?</w:t>
      </w:r>
    </w:p>
    <w:p>
      <w:pPr>
        <w:spacing w:before="0" w:after="160" w:line="300" w:lineRule="auto"/>
      </w:pPr>
      <w:r>
        <w:rPr>
          <w:rFonts w:ascii="Times New Roman" w:hAnsi="Times New Roman" w:eastAsia="宋体"/>
          <w:b w:val="0"/>
          <w:i w:val="0"/>
          <w:color w:val="333333"/>
          <w:sz w:val="19"/>
        </w:rPr>
        <w:t>(A) a = 1/4　　(B) 1/4 &lt; a &lt; 1/2　　(C) a &gt; 1/4　　(D) a = 1/2　　(E) a &gt; 1/2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Farmer Pythagoras 有一块直角三角形田地。这个直角三角形的两条直角边长分别为 3 和 4 个单位。在两边相交的直角角落里，他留下一小块未种植的正方形 S，使得从空中看像直角标记。田地其余部分都已种植。S 到斜边的最短距离是 2 个单位。田地中已种植的部分占多少比例？</w:t>
      </w:r>
    </w:p>
    <w:p>
      <w:pPr>
        <w:spacing w:before="80" w:after="80"/>
        <w:jc w:val="center"/>
      </w:pPr>
      <w:r>
        <w:drawing>
          <wp:inline xmlns:a="http://schemas.openxmlformats.org/drawingml/2006/main" xmlns:pic="http://schemas.openxmlformats.org/drawingml/2006/picture">
            <wp:extent cx="1909773" cy="1492978"/>
            <wp:docPr id="5" name="Picture 5"/>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909773" cy="1492978"/>
                    </a:xfrm>
                    <a:prstGeom prst="rect"/>
                  </pic:spPr>
                </pic:pic>
              </a:graphicData>
            </a:graphic>
          </wp:inline>
        </w:drawing>
      </w:r>
    </w:p>
    <w:p>
      <w:pPr>
        <w:spacing w:before="0" w:after="120" w:line="300" w:lineRule="auto"/>
      </w:pPr>
      <w:r>
        <w:rPr>
          <w:rFonts w:ascii="Times New Roman" w:hAnsi="Times New Roman" w:eastAsia="宋体"/>
          <w:b w:val="0"/>
          <w:i w:val="0"/>
          <w:sz w:val="21"/>
        </w:rPr>
        <w:t>（A）25/27　　（B）26/27　　（C）73/75　　（D）145/147　　（E）74/75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Farmer Pythagoras has a field in the shape of a right triangle. The right triangle’s legs have lengths of 3 and 4 units. In the corner where those sides meet at a right angle, he leaves a small unplanted square S so that from the air it looks like the right angle symbol. The rest of the field is planted. The shortest distance from S to the hypotenuse is 2 units. What fraction of the field is planted?</w:t>
      </w:r>
    </w:p>
    <w:p>
      <w:pPr>
        <w:spacing w:before="80" w:after="80"/>
        <w:jc w:val="center"/>
      </w:pPr>
      <w:r>
        <w:drawing>
          <wp:inline xmlns:a="http://schemas.openxmlformats.org/drawingml/2006/main" xmlns:pic="http://schemas.openxmlformats.org/drawingml/2006/picture">
            <wp:extent cx="1909773" cy="1492978"/>
            <wp:docPr id="6" name="Picture 6"/>
            <wp:cNvGraphicFramePr>
              <a:graphicFrameLocks noChangeAspect="1"/>
            </wp:cNvGraphicFramePr>
            <a:graphic>
              <a:graphicData uri="http://schemas.openxmlformats.org/drawingml/2006/picture">
                <pic:pic>
                  <pic:nvPicPr>
                    <pic:cNvPr id="0" name="q17-1@300dpi.png"/>
                    <pic:cNvPicPr/>
                  </pic:nvPicPr>
                  <pic:blipFill>
                    <a:blip r:embed="rId11"/>
                    <a:stretch>
                      <a:fillRect/>
                    </a:stretch>
                  </pic:blipFill>
                  <pic:spPr>
                    <a:xfrm>
                      <a:off x="0" y="0"/>
                      <a:ext cx="1909773" cy="149297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25/27　　(B) 26/27　　(C) 73/75　　(D) 145/147　　(E) 74/75</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三角形 ABC 中，AB = 50、AC = 10，面积为 120。设 D 为 AB 的中点，E 为 AC 的中点。∠ BAC 的角平分线分别在 F 和 G 处与 DE 和 BC 相交。四边形 FDBG 的面积是多少？</w:t>
      </w:r>
    </w:p>
    <w:p>
      <w:pPr>
        <w:spacing w:before="0" w:after="120" w:line="300" w:lineRule="auto"/>
      </w:pPr>
      <w:r>
        <w:rPr>
          <w:rFonts w:ascii="Times New Roman" w:hAnsi="Times New Roman" w:eastAsia="宋体"/>
          <w:b w:val="0"/>
          <w:i w:val="0"/>
          <w:sz w:val="21"/>
        </w:rPr>
        <w:t>（A）60　　（B）65　　（C）70　　（D）75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with AB = 50 and AC = 10 has area 120. Let D be the midpoint of AB, and let E be the midpoint of AC. The angle bisector of ∠ BAC intersects DE and BC at F and G, respectively. What is the area of quadrilateral FDBG?</w:t>
      </w:r>
    </w:p>
    <w:p>
      <w:pPr>
        <w:spacing w:before="0" w:after="160" w:line="300" w:lineRule="auto"/>
      </w:pPr>
      <w:r>
        <w:rPr>
          <w:rFonts w:ascii="Times New Roman" w:hAnsi="Times New Roman" w:eastAsia="宋体"/>
          <w:b w:val="0"/>
          <w:i w:val="0"/>
          <w:color w:val="333333"/>
          <w:sz w:val="19"/>
        </w:rPr>
        <w:t>(A) 60　　(B) 65　　(C) 70　　(D) 75　　(E) 80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A 为质因数只有 2、3 或 5 的正整数集合。所有 A 中元素倒数的无穷和</w:t>
      </w:r>
    </w:p>
    <w:p>
      <w:pPr>
        <w:spacing w:before="0" w:after="80" w:line="300" w:lineRule="auto"/>
        <w:jc w:val="left"/>
      </w:pPr>
      <w:r>
        <w:rPr>
          <w:rFonts w:ascii="Times New Roman" w:hAnsi="Times New Roman" w:eastAsia="宋体"/>
          <w:b w:val="0"/>
          <w:i w:val="0"/>
          <w:sz w:val="21"/>
        </w:rPr>
        <w:t>1/1 + 1/2 + 1/3 + 1/4</w:t>
      </w:r>
    </w:p>
    <w:p>
      <w:pPr>
        <w:spacing w:before="0" w:after="80" w:line="300" w:lineRule="auto"/>
        <w:jc w:val="left"/>
      </w:pPr>
      <w:r>
        <w:rPr>
          <w:rFonts w:ascii="Times New Roman" w:hAnsi="Times New Roman" w:eastAsia="宋体"/>
          <w:b w:val="0"/>
          <w:i w:val="0"/>
          <w:sz w:val="21"/>
        </w:rPr>
        <w:t>+ 1/5 + 1/6 + 1/8 + 1/9</w:t>
      </w:r>
    </w:p>
    <w:p>
      <w:pPr>
        <w:spacing w:before="0" w:after="80" w:line="300" w:lineRule="auto"/>
        <w:jc w:val="left"/>
      </w:pPr>
      <w:r>
        <w:rPr>
          <w:rFonts w:ascii="Times New Roman" w:hAnsi="Times New Roman" w:eastAsia="宋体"/>
          <w:b w:val="0"/>
          <w:i w:val="0"/>
          <w:sz w:val="21"/>
        </w:rPr>
        <w:t>+ 1/10 + 1/12 + 1/15 + 1/16</w:t>
      </w:r>
    </w:p>
    <w:p>
      <w:pPr>
        <w:spacing w:before="0" w:after="80" w:line="300" w:lineRule="auto"/>
        <w:jc w:val="left"/>
      </w:pPr>
      <w:r>
        <w:rPr>
          <w:rFonts w:ascii="Times New Roman" w:hAnsi="Times New Roman" w:eastAsia="宋体"/>
          <w:b w:val="0"/>
          <w:i w:val="0"/>
          <w:sz w:val="21"/>
        </w:rPr>
        <w:t>+ 1/18 + 1/20 + ⋯</w:t>
      </w:r>
    </w:p>
    <w:p>
      <w:pPr>
        <w:spacing w:before="0" w:after="80" w:line="300" w:lineRule="auto"/>
        <w:jc w:val="left"/>
      </w:pPr>
      <w:r>
        <w:rPr>
          <w:rFonts w:ascii="Times New Roman" w:hAnsi="Times New Roman" w:eastAsia="宋体"/>
          <w:b w:val="0"/>
          <w:i w:val="0"/>
          <w:sz w:val="21"/>
        </w:rPr>
        <w:t>可表示为 m/n，其中 m 和 n 是互质的正整数。m + n 是多少？</w:t>
      </w:r>
    </w:p>
    <w:p>
      <w:pPr>
        <w:spacing w:before="0" w:after="120" w:line="300" w:lineRule="auto"/>
      </w:pPr>
      <w:r>
        <w:rPr>
          <w:rFonts w:ascii="Times New Roman" w:hAnsi="Times New Roman" w:eastAsia="宋体"/>
          <w:b w:val="0"/>
          <w:i w:val="0"/>
          <w:sz w:val="21"/>
        </w:rPr>
        <w:t>（A）16　　（B）17　　（C）19　　（D）23　　（E）36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be the set of positive integers that have no prime factors other than 2, 3, or 5. The infinite sum</w:t>
      </w:r>
    </w:p>
    <w:p>
      <w:pPr>
        <w:spacing w:before="0" w:after="80" w:line="300" w:lineRule="auto"/>
        <w:jc w:val="left"/>
      </w:pPr>
      <w:r>
        <w:rPr>
          <w:rFonts w:ascii="Times New Roman" w:hAnsi="Times New Roman" w:eastAsia="宋体"/>
          <w:b w:val="0"/>
          <w:i w:val="0"/>
          <w:color w:val="333333"/>
          <w:sz w:val="19"/>
        </w:rPr>
        <w:t>1/1 + 1/2 + 1/3 + 1/4</w:t>
      </w:r>
    </w:p>
    <w:p>
      <w:pPr>
        <w:spacing w:before="0" w:after="80" w:line="300" w:lineRule="auto"/>
        <w:jc w:val="left"/>
      </w:pPr>
      <w:r>
        <w:rPr>
          <w:rFonts w:ascii="Times New Roman" w:hAnsi="Times New Roman" w:eastAsia="宋体"/>
          <w:b w:val="0"/>
          <w:i w:val="0"/>
          <w:color w:val="333333"/>
          <w:sz w:val="19"/>
        </w:rPr>
        <w:t>+ 1/5 + 1/6 + 1/8 + 1/9</w:t>
      </w:r>
    </w:p>
    <w:p>
      <w:pPr>
        <w:spacing w:before="0" w:after="80" w:line="300" w:lineRule="auto"/>
        <w:jc w:val="left"/>
      </w:pPr>
      <w:r>
        <w:rPr>
          <w:rFonts w:ascii="Times New Roman" w:hAnsi="Times New Roman" w:eastAsia="宋体"/>
          <w:b w:val="0"/>
          <w:i w:val="0"/>
          <w:color w:val="333333"/>
          <w:sz w:val="19"/>
        </w:rPr>
        <w:t>+ 1/10 + 1/12 + 1/15 + 1/16</w:t>
      </w:r>
    </w:p>
    <w:p>
      <w:pPr>
        <w:spacing w:before="0" w:after="80" w:line="300" w:lineRule="auto"/>
        <w:jc w:val="left"/>
      </w:pPr>
      <w:r>
        <w:rPr>
          <w:rFonts w:ascii="Times New Roman" w:hAnsi="Times New Roman" w:eastAsia="宋体"/>
          <w:b w:val="0"/>
          <w:i w:val="0"/>
          <w:color w:val="333333"/>
          <w:sz w:val="19"/>
        </w:rPr>
        <w:t>+ 1/18 + 1/20 + ⋯</w:t>
      </w:r>
    </w:p>
    <w:p>
      <w:pPr>
        <w:spacing w:before="0" w:after="80" w:line="300" w:lineRule="auto"/>
        <w:jc w:val="left"/>
      </w:pPr>
      <w:r>
        <w:rPr>
          <w:rFonts w:ascii="Times New Roman" w:hAnsi="Times New Roman" w:eastAsia="宋体"/>
          <w:b w:val="0"/>
          <w:i w:val="0"/>
          <w:color w:val="333333"/>
          <w:sz w:val="19"/>
        </w:rPr>
        <w:t>of the reciprocals of all the elements of A can be expressed as m/n, where m and n are relatively prime positive integers. What is m + n?</w:t>
      </w:r>
    </w:p>
    <w:p>
      <w:pPr>
        <w:spacing w:before="0" w:after="160" w:line="300" w:lineRule="auto"/>
      </w:pPr>
      <w:r>
        <w:rPr>
          <w:rFonts w:ascii="Times New Roman" w:hAnsi="Times New Roman" w:eastAsia="宋体"/>
          <w:b w:val="0"/>
          <w:i w:val="0"/>
          <w:color w:val="333333"/>
          <w:sz w:val="19"/>
        </w:rPr>
        <w:t>(A) 16　　(B) 17　　(C) 19　　(D) 23　　(E) 36</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三角形 ABC 是等腰直角三角形，且 AB = AC = 3。设 M 为斜边 BC 的中点。点 I 和 E 分别在边 AC 和 AB 上，使得 AI &gt; AE，并且 AIME 是圆内接四边形。已知三角形 EMI 的面积为 2，则长度 CI 可写成 (a - √(b))/c，其中 a、b 和 c 是正整数，且 b 不被任何质数的平方整除。a + b + c 的值是多少？</w:t>
      </w:r>
    </w:p>
    <w:p>
      <w:pPr>
        <w:spacing w:before="0" w:after="120" w:line="300" w:lineRule="auto"/>
      </w:pPr>
      <w:r>
        <w:rPr>
          <w:rFonts w:ascii="Times New Roman" w:hAnsi="Times New Roman" w:eastAsia="宋体"/>
          <w:b w:val="0"/>
          <w:i w:val="0"/>
          <w:sz w:val="21"/>
        </w:rPr>
        <w:t>（A）9　　（B）10　　（C）11　　（D）12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is an isosceles right triangle with AB = AC = 3. Let M be the midpoint of hypotenuse BC. Points I and E lie on sides AC and AB, respectively, so that AI &gt; AE and AIME is a cyclic quadrilateral. Given that triangle EMI has area 2, the length CI can be written as (a - √(b))/c, where a, b, and c are positive integers and b is not divisible by the square of any prime. What is the value of a + b + c?</w:t>
      </w:r>
    </w:p>
    <w:p>
      <w:pPr>
        <w:spacing w:before="0" w:after="160" w:line="300" w:lineRule="auto"/>
      </w:pPr>
      <w:r>
        <w:rPr>
          <w:rFonts w:ascii="Times New Roman" w:hAnsi="Times New Roman" w:eastAsia="宋体"/>
          <w:b w:val="0"/>
          <w:i w:val="0"/>
          <w:color w:val="333333"/>
          <w:sz w:val="19"/>
        </w:rPr>
        <w:t>(A) 9　　(B) 10　　(C) 11　　(D) 12　　(E) 13</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下列哪个多项式有最大的实根？</w:t>
      </w:r>
    </w:p>
    <w:p>
      <w:pPr>
        <w:spacing w:before="0" w:after="120" w:line="300" w:lineRule="auto"/>
      </w:pPr>
      <w:r>
        <w:rPr>
          <w:rFonts w:ascii="Times New Roman" w:hAnsi="Times New Roman" w:eastAsia="宋体"/>
          <w:b w:val="0"/>
          <w:i w:val="0"/>
          <w:sz w:val="21"/>
        </w:rPr>
        <w:t>（A）x¹⁹ + 2018x¹¹ + 1　　（B）x¹⁷ + 2018x¹¹ + 1　　（C）x¹⁹ + 2018x¹³ + 1　　（D）x¹⁷ + 2018x¹³ + 1　　（E）2019x + 2018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of the following polynomials has the greatest real root?</w:t>
      </w:r>
    </w:p>
    <w:p>
      <w:pPr>
        <w:spacing w:before="0" w:after="160" w:line="300" w:lineRule="auto"/>
      </w:pPr>
      <w:r>
        <w:rPr>
          <w:rFonts w:ascii="Times New Roman" w:hAnsi="Times New Roman" w:eastAsia="宋体"/>
          <w:b w:val="0"/>
          <w:i w:val="0"/>
          <w:color w:val="333333"/>
          <w:sz w:val="19"/>
        </w:rPr>
        <w:t>(A) x¹⁹ + 2018x¹¹ + 1　　(B) x¹⁷ + 2018x¹¹ + 1　　(C) x¹⁹ + 2018x¹³ + 1　　(D) x¹⁷ + 2018x¹³ + 1　　(E) 2019x + 2018</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方程 z² = 4 + 4√(15) i 和 z² = 2 + 2√(3) i 的解（其中 i = √(-1)）在复平面中构成一个平行四边形的顶点。这个平行四边形的面积可写成 p√(q) - r√(s)，其中 p、q、r 和 s 是正整数，且 q 和 s 都不被任何质数的平方整除。p + q + r + s 是多少？</w:t>
      </w:r>
    </w:p>
    <w:p>
      <w:pPr>
        <w:spacing w:before="0" w:after="120" w:line="300" w:lineRule="auto"/>
      </w:pPr>
      <w:r>
        <w:rPr>
          <w:rFonts w:ascii="Times New Roman" w:hAnsi="Times New Roman" w:eastAsia="宋体"/>
          <w:b w:val="0"/>
          <w:i w:val="0"/>
          <w:sz w:val="21"/>
        </w:rPr>
        <w:t>（A）20　　（B）21　　（C）22　　（D）23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solutions to the equations z² = 4 + 4√(15) i and z² = 2 + 2√(3) i, where i = √(-1), form the vertices of a parallelogram in the complex plane. The area of this parallelogram can be written in the form p√(q) - r√(s), where p, q, r, and s are positive integers and neither q nor s is divisible by the square of any prime number. What is p + q + r + s?</w:t>
      </w:r>
    </w:p>
    <w:p>
      <w:pPr>
        <w:spacing w:before="0" w:after="160" w:line="300" w:lineRule="auto"/>
      </w:pPr>
      <w:r>
        <w:rPr>
          <w:rFonts w:ascii="Times New Roman" w:hAnsi="Times New Roman" w:eastAsia="宋体"/>
          <w:b w:val="0"/>
          <w:i w:val="0"/>
          <w:color w:val="333333"/>
          <w:sz w:val="19"/>
        </w:rPr>
        <w:t>(A) 20　　(B) 21　　(C) 22　　(D) 23　　(E) 24</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 △ PAT 中，∠ P = 36°，∠ A = 56°，且 PA = 10。点 U 和 G 分别在边 TP 和 TA 上，使得 PU = AG = 1。设 M 和 N 分别为线段 PA 和 UG 的中点。直线 MN 和 PA 所成锐角的度数是多少？</w:t>
      </w:r>
    </w:p>
    <w:p>
      <w:pPr>
        <w:spacing w:before="0" w:after="120" w:line="300" w:lineRule="auto"/>
      </w:pPr>
      <w:r>
        <w:rPr>
          <w:rFonts w:ascii="Times New Roman" w:hAnsi="Times New Roman" w:eastAsia="宋体"/>
          <w:b w:val="0"/>
          <w:i w:val="0"/>
          <w:sz w:val="21"/>
        </w:rPr>
        <w:t>（A）76　　（B）77　　（C）78　　（D）79　　（E）80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PAT, ∠ P = 36°, ∠ A = 56°, and PA = 10. Points U and G lie on sides TP and TA, respectively, so that PU = AG = 1. Let M and N be the midpoints of segments PA and UG, respectively. What is the degree measure of the acute angle formed by lines MN and PA?</w:t>
      </w:r>
    </w:p>
    <w:p>
      <w:pPr>
        <w:spacing w:before="0" w:after="160" w:line="300" w:lineRule="auto"/>
      </w:pPr>
      <w:r>
        <w:rPr>
          <w:rFonts w:ascii="Times New Roman" w:hAnsi="Times New Roman" w:eastAsia="宋体"/>
          <w:b w:val="0"/>
          <w:i w:val="0"/>
          <w:color w:val="333333"/>
          <w:sz w:val="19"/>
        </w:rPr>
        <w:t>(A) 76　　(B) 77　　(C) 78　　(D) 79　　(E) 80</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Alice、Bob 和 Carol 玩一个游戏，每人选择一个介于 0 和 1 之间的实数。游戏获胜者是其数字位于另外两名玩家所选数字之间的人。Alice 宣布她会在 0 和 1 之间的所有数中均匀随机选择一个数，Bob 宣布他会在 1/2 和 2/3 之间的所有数中均匀随机选择一个数。在知道这些信息后，Carol 应该选择什么数来最大化她获胜的概率？</w:t>
      </w:r>
    </w:p>
    <w:p>
      <w:pPr>
        <w:spacing w:before="0" w:after="120" w:line="300" w:lineRule="auto"/>
      </w:pPr>
      <w:r>
        <w:rPr>
          <w:rFonts w:ascii="Times New Roman" w:hAnsi="Times New Roman" w:eastAsia="宋体"/>
          <w:b w:val="0"/>
          <w:i w:val="0"/>
          <w:sz w:val="21"/>
        </w:rPr>
        <w:t>（A）1/2　　（B）13/24　　（C）7/12　　（D）5/8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Bob, and Carol play a game in which each of them chooses a real number between 0 and 1. The winner of the game is the one whose number is between the numbers chosen by the other two players. Alice announces that she will choose her number uniformly at random from all the numbers between 0 and 1, and Bob announces that he will choose his number uniformly at random from all the numbers between 1/2 and 2/3. Armed with this information, what number should Carol choose to maximize her chance of winning?</w:t>
      </w:r>
    </w:p>
    <w:p>
      <w:pPr>
        <w:spacing w:before="0" w:after="160" w:line="300" w:lineRule="auto"/>
      </w:pPr>
      <w:r>
        <w:rPr>
          <w:rFonts w:ascii="Times New Roman" w:hAnsi="Times New Roman" w:eastAsia="宋体"/>
          <w:b w:val="0"/>
          <w:i w:val="0"/>
          <w:color w:val="333333"/>
          <w:sz w:val="19"/>
        </w:rPr>
        <w:t>(A) 1/2　　(B) 13/24　　(C) 7/12　　(D) 5/8　　(E) 2/3</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对于正整数 n 和非零数字 a、b、c，设 Aₙ 为一个 n 位整数，其每一位都等于 a；设 Bₙ 为一个 n 位整数，其每一位都等于 b；设 Cₙ 为一个 2n 位（而不是 n 位）整数，其每一位都等于 c。若存在至少两个 n 的取值使 Cₙ - Bₙ = Aₙ²，则 a + b + c 的最大可能值是多少？</w:t>
      </w:r>
    </w:p>
    <w:p>
      <w:pPr>
        <w:spacing w:before="0" w:after="120" w:line="300" w:lineRule="auto"/>
      </w:pPr>
      <w:r>
        <w:rPr>
          <w:rFonts w:ascii="Times New Roman" w:hAnsi="Times New Roman" w:eastAsia="宋体"/>
          <w:b w:val="0"/>
          <w:i w:val="0"/>
          <w:sz w:val="21"/>
        </w:rPr>
        <w:t>（A）12　　（B）14　　（C）16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 positive integer n and nonzero digits a, b, and c, let Aₙ be the n-digit integer each of whose digits is equal to a; let Bₙ be the n-digit integer each of whose digits is equal to b; and let Cₙ be the 2n-digit (not n-digit) integer each of whose digits is equal to c. What is the greatest possible value of a + b + c for which there are at least two values of n such that Cₙ - Bₙ = Aₙ²?</w:t>
      </w:r>
    </w:p>
    <w:p>
      <w:pPr>
        <w:spacing w:before="0" w:after="160" w:line="300" w:lineRule="auto"/>
      </w:pPr>
      <w:r>
        <w:rPr>
          <w:rFonts w:ascii="Times New Roman" w:hAnsi="Times New Roman" w:eastAsia="宋体"/>
          <w:b w:val="0"/>
          <w:i w:val="0"/>
          <w:color w:val="333333"/>
          <w:sz w:val="19"/>
        </w:rPr>
        <w:t>(A) 12　　(B) 14　　(C) 16　　(D) 18　　(E) 20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C　E　D　E　B　E　E　E</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C　D　C　D　D　B　E　D　D</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D　B　A　E　B　D</w:t>
      </w:r>
    </w:p>
    <w:p>
      <w:pPr>
        <w:spacing w:before="0" w:after="200" w:line="300" w:lineRule="auto"/>
      </w:pPr>
      <w:r>
        <w:rPr>
          <w:rFonts w:ascii="Times New Roman" w:hAnsi="Times New Roman" w:eastAsia="宋体"/>
          <w:b w:val="0"/>
          <w:i w:val="0"/>
          <w:color w:val="666666"/>
          <w:sz w:val="18"/>
        </w:rPr>
        <w:t>答案串：DCEDEBEEECDCDDBEDDCDBAEBD</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原来有 36 个红球，而且这个数量保持不变。若红球要占全瓮的 72%，瓮中必须有 36 ÷ 0.72 = 50 个球。因为 100 - 50 = 50，所以正好要取出 50 个蓝球。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36 red balls, and this count stays fixed. For the red balls to be 72% of the urn, the urn must contain 36 ÷ 0.72 = 50 balls. Since 100 - 50 = 50, exactly 50 blue balls are removed.</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三种石头每磅分别价值 $2.80、$2.75 和 $2。对每一种可能的 5 磅石头数量，尽量装入 4 磅石头，再用 1 磅石头填满剩余容量。取 0,1,2 或 3 块 5 磅石头时，最大价值分别为 $48、$49、$50 和 $48。</w:t>
      </w:r>
    </w:p>
    <w:p>
      <w:pPr>
        <w:spacing w:before="0" w:after="80" w:line="300" w:lineRule="auto"/>
        <w:jc w:val="left"/>
      </w:pPr>
      <w:r>
        <w:rPr>
          <w:rFonts w:ascii="Times New Roman" w:hAnsi="Times New Roman" w:eastAsia="宋体"/>
          <w:b w:val="0"/>
          <w:i w:val="0"/>
          <w:sz w:val="21"/>
        </w:rPr>
        <w:t>因此，两块 5 磅石头和两块 4 磅石头恰好用满 18 磅，最大价值是 $50。所以正确答案是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rocks are worth $2.80, $2.75, and $2 per pound, respectively. For each possible number of 5-pound rocks, use as many 4-pound rocks as fit and fill any leftover capacity with 1-pound rocks. Taking 0,1,2, or 3 of the 5-pound rocks gives maximum values $48, $49, $50, and $48, respectively.</w:t>
      </w:r>
    </w:p>
    <w:p>
      <w:pPr>
        <w:spacing w:before="0" w:after="80" w:line="300" w:lineRule="auto"/>
        <w:jc w:val="left"/>
      </w:pPr>
      <w:r>
        <w:rPr>
          <w:rFonts w:ascii="Times New Roman" w:hAnsi="Times New Roman" w:eastAsia="宋体"/>
          <w:b w:val="0"/>
          <w:i w:val="0"/>
          <w:color w:val="333333"/>
          <w:sz w:val="19"/>
        </w:rPr>
        <w:t>Thus two 5-pound and two 4-pound rocks use all 18 pounds, and the maximum value is $50. 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E</w:t>
      </w:r>
    </w:p>
    <w:p>
      <w:pPr>
        <w:spacing w:before="0" w:after="80" w:line="300" w:lineRule="auto"/>
        <w:jc w:val="left"/>
      </w:pPr>
      <w:r>
        <w:rPr>
          <w:rFonts w:ascii="Times New Roman" w:hAnsi="Times New Roman" w:eastAsia="宋体"/>
          <w:b w:val="0"/>
          <w:i w:val="0"/>
          <w:sz w:val="21"/>
        </w:rPr>
        <w:t>三个不相邻课时的选择为 {1,3,5}，{1,3,6}，{1,4,6}，和 {2,4,6}，共 4 种。三门不同课程可以按任意顺序放进这样的课时集合中，有 3! = 6 种顺序，因此共有 4 · 6 = 24 种安排。</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choices of three non-consecutive periods are {1,3,5}, {1,3,6}, {1,4,6}, and {2,4,6}, a total of 4. The three distinct courses can be placed into any such set in 3! = 6 orders, giving 4 · 6 = 24 schedules.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否定这三句假话，得到 d &lt; 6，d &gt; 5，和 d &gt; 4。这些条件的交集是 5 &lt; d &lt; 6，也就是区间 (5,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Negating the three false statements gives d &lt; 6, d &gt; 5, and d &gt; 4. The intersection of these conditions is 5 &lt; d &lt; 6, that is, the interval (5, 6).</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因为 x² - 3x + 2 = (x-1)(x-2)，它的根是 1 和 2。如果 1 是公共根，则 1 - 5 + k = 0，所以 k = 4。如果 2 是公共根，则 4 - 10 + k = 0，所以 k = 6。可能值之和为 4 + 6 = 10。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x² - 3x + 2 = (x-1)(x-2), its roots are 1 and 2. If 1 is a shared root then 1 - 5 + k = 0, so k = 4. If 2 is a shared root then 4 - 10 + k = 0, so k = 6. The sum of possible values is 4 + 6 = 10.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因为 m + 10 &lt; n + 1，这六个数已经按递增顺序排列，所以中位数是中间两个数的平均：((m+10)+(n+1))/2 = n，得到 m = n - 11。平均数条件为</w:t>
      </w:r>
    </w:p>
    <w:p>
      <w:pPr>
        <w:spacing w:before="0" w:after="80" w:line="300" w:lineRule="auto"/>
        <w:jc w:val="left"/>
      </w:pPr>
      <w:r>
        <w:rPr>
          <w:rFonts w:ascii="Times New Roman" w:hAnsi="Times New Roman" w:eastAsia="宋体"/>
          <w:b w:val="0"/>
          <w:i w:val="0"/>
          <w:sz w:val="21"/>
        </w:rPr>
        <w:t>tiny ((n-11)+(n-7)+(n-1)+(n+1)+(n+2)+2n)/6 = n，</w:t>
      </w:r>
    </w:p>
    <w:p>
      <w:pPr>
        <w:spacing w:before="0" w:after="80" w:line="300" w:lineRule="auto"/>
        <w:jc w:val="left"/>
      </w:pPr>
      <w:r>
        <w:rPr>
          <w:rFonts w:ascii="Times New Roman" w:hAnsi="Times New Roman" w:eastAsia="宋体"/>
          <w:b w:val="0"/>
          <w:i w:val="0"/>
          <w:sz w:val="21"/>
        </w:rPr>
        <w:t>因此 7n - 16 = 6n，得 n = 16。于是 m = 5，所以 m + n =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m + 10 &lt; n + 1, the six numbers are already increasing, so the median is the average of the middle two: ((m+10)+(n+1))/2 = n, giving m = n - 11. The mean condition is</w:t>
      </w:r>
    </w:p>
    <w:p>
      <w:pPr>
        <w:spacing w:before="0" w:after="80" w:line="300" w:lineRule="auto"/>
        <w:jc w:val="left"/>
      </w:pPr>
      <w:r>
        <w:rPr>
          <w:rFonts w:ascii="Times New Roman" w:hAnsi="Times New Roman" w:eastAsia="宋体"/>
          <w:b w:val="0"/>
          <w:i w:val="0"/>
          <w:color w:val="333333"/>
          <w:sz w:val="19"/>
        </w:rPr>
        <w:t>tiny ((n-11)+(n-7)+(n-1)+(n+1)+(n+2)+2n)/6 = n,</w:t>
      </w:r>
    </w:p>
    <w:p>
      <w:pPr>
        <w:spacing w:before="0" w:after="80" w:line="300" w:lineRule="auto"/>
        <w:jc w:val="left"/>
      </w:pPr>
      <w:r>
        <w:rPr>
          <w:rFonts w:ascii="Times New Roman" w:hAnsi="Times New Roman" w:eastAsia="宋体"/>
          <w:b w:val="0"/>
          <w:i w:val="0"/>
          <w:color w:val="333333"/>
          <w:sz w:val="19"/>
        </w:rPr>
        <w:t>so 7n - 16 = 6n and n = 16. Then m = 5, and m + n = 21.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E</w:t>
      </w:r>
    </w:p>
    <w:p>
      <w:pPr>
        <w:spacing w:before="0" w:after="80" w:line="300" w:lineRule="auto"/>
        <w:jc w:val="left"/>
      </w:pPr>
      <w:r>
        <w:rPr>
          <w:rFonts w:ascii="Times New Roman" w:hAnsi="Times New Roman" w:eastAsia="宋体"/>
          <w:b w:val="0"/>
          <w:i w:val="0"/>
          <w:sz w:val="21"/>
        </w:rPr>
        <w:t>因为 4000 = 2⁵ · 5³，原式等于 2⁵⁺ⁿ · 5³⁻ⁿ。它是整数当且仅当 5 + n ≥ 0 且 3 - n ≥ 0，也就是 -5 ≤ n ≤ 3。这样的整数有 3 - (-5) + 1 = 9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4000 = 2⁵ · 5³, the expression equals 2⁵⁺ⁿ · 5³⁻ⁿ. This is an integer exactly when both 5 + n ≥ 0 and 3 - n ≥ 0, that is, -5 ≤ n ≤ 3. There are 3 - (-5) + 1 = 9 such integers.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E</w:t>
      </w:r>
    </w:p>
    <w:p>
      <w:pPr>
        <w:spacing w:before="0" w:after="80" w:line="300" w:lineRule="auto"/>
        <w:jc w:val="left"/>
      </w:pPr>
      <w:r>
        <w:rPr>
          <w:rFonts w:ascii="Times New Roman" w:hAnsi="Times New Roman" w:eastAsia="宋体"/>
          <w:b w:val="0"/>
          <w:i w:val="0"/>
          <w:sz w:val="21"/>
        </w:rPr>
        <w:t>底边 DE 所属的 △ ADE 与最小三角形相似，且底边是其 4 倍，所以根据相似图形面积的平方缩放，[ADE] = 4² · 1 = 16。梯形 DBCE 是 △ ABC 中剩下的部分，所以它的面积是 40 - 16 = 24。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 DE of △ ADE is 4 times the base of a smallest triangle, so by the square scaling of similar areas, [ADE] = 4² · 1 = 16. The trapezoid DBCE is what remains of △ ABC, so its area is 40 - 16 = 24.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E</w:t>
      </w:r>
    </w:p>
    <w:p>
      <w:pPr>
        <w:spacing w:before="0" w:after="80" w:line="300" w:lineRule="auto"/>
        <w:jc w:val="left"/>
      </w:pPr>
      <w:r>
        <w:rPr>
          <w:rFonts w:ascii="Times New Roman" w:hAnsi="Times New Roman" w:eastAsia="宋体"/>
          <w:b w:val="0"/>
          <w:i w:val="0"/>
          <w:sz w:val="21"/>
        </w:rPr>
        <w:t>对于 0 ≤ x ≤ π 和 0 ≤ y ≤ π，有 sin x ≥ 0、sin y ≥ 0、cos x ≤ 1 且 cos y ≤ 1。因此</w:t>
      </w:r>
    </w:p>
    <w:p>
      <w:pPr>
        <w:spacing w:before="0" w:after="80" w:line="300" w:lineRule="auto"/>
        <w:jc w:val="left"/>
      </w:pPr>
      <w:r>
        <w:rPr>
          <w:rFonts w:ascii="Times New Roman" w:hAnsi="Times New Roman" w:eastAsia="宋体"/>
          <w:b w:val="0"/>
          <w:i w:val="0"/>
          <w:sz w:val="21"/>
        </w:rPr>
        <w:t>sin(x+y) = sin x cos y</w:t>
      </w:r>
    </w:p>
    <w:p>
      <w:pPr>
        <w:spacing w:before="0" w:after="80" w:line="300" w:lineRule="auto"/>
        <w:jc w:val="left"/>
      </w:pPr>
      <w:r>
        <w:rPr>
          <w:rFonts w:ascii="Times New Roman" w:hAnsi="Times New Roman" w:eastAsia="宋体"/>
          <w:b w:val="0"/>
          <w:i w:val="0"/>
          <w:sz w:val="21"/>
        </w:rPr>
        <w:t>+ cos x sin y</w:t>
      </w:r>
    </w:p>
    <w:p>
      <w:pPr>
        <w:spacing w:before="0" w:after="80" w:line="300" w:lineRule="auto"/>
        <w:jc w:val="left"/>
      </w:pPr>
      <w:r>
        <w:rPr>
          <w:rFonts w:ascii="Times New Roman" w:hAnsi="Times New Roman" w:eastAsia="宋体"/>
          <w:b w:val="0"/>
          <w:i w:val="0"/>
          <w:sz w:val="21"/>
        </w:rPr>
        <w:t>≤ sin x + sin y。</w:t>
      </w:r>
    </w:p>
    <w:p>
      <w:pPr>
        <w:spacing w:before="0" w:after="80" w:line="300" w:lineRule="auto"/>
        <w:jc w:val="left"/>
      </w:pPr>
      <w:r>
        <w:rPr>
          <w:rFonts w:ascii="Times New Roman" w:hAnsi="Times New Roman" w:eastAsia="宋体"/>
          <w:b w:val="0"/>
          <w:i w:val="0"/>
          <w:sz w:val="21"/>
        </w:rPr>
        <w:t>所以这个不等式对每个满足 0 ≤ y ≤ π 的 y 都成立。</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0 ≤ x ≤ π and 0 ≤ y ≤ π we have sin x ≥ 0, sin y ≥ 0, cos x ≤ 1, and cos y ≤ 1. Hence</w:t>
      </w:r>
    </w:p>
    <w:p>
      <w:pPr>
        <w:spacing w:before="0" w:after="80" w:line="300" w:lineRule="auto"/>
        <w:jc w:val="left"/>
      </w:pPr>
      <w:r>
        <w:rPr>
          <w:rFonts w:ascii="Times New Roman" w:hAnsi="Times New Roman" w:eastAsia="宋体"/>
          <w:b w:val="0"/>
          <w:i w:val="0"/>
          <w:color w:val="333333"/>
          <w:sz w:val="19"/>
        </w:rPr>
        <w:t>sin(x+y) = sin x cos y</w:t>
      </w:r>
    </w:p>
    <w:p>
      <w:pPr>
        <w:spacing w:before="0" w:after="80" w:line="300" w:lineRule="auto"/>
        <w:jc w:val="left"/>
      </w:pPr>
      <w:r>
        <w:rPr>
          <w:rFonts w:ascii="Times New Roman" w:hAnsi="Times New Roman" w:eastAsia="宋体"/>
          <w:b w:val="0"/>
          <w:i w:val="0"/>
          <w:color w:val="333333"/>
          <w:sz w:val="19"/>
        </w:rPr>
        <w:t>+ cos x sin y</w:t>
      </w:r>
    </w:p>
    <w:p>
      <w:pPr>
        <w:spacing w:before="0" w:after="80" w:line="300" w:lineRule="auto"/>
        <w:jc w:val="left"/>
      </w:pPr>
      <w:r>
        <w:rPr>
          <w:rFonts w:ascii="Times New Roman" w:hAnsi="Times New Roman" w:eastAsia="宋体"/>
          <w:b w:val="0"/>
          <w:i w:val="0"/>
          <w:color w:val="333333"/>
          <w:sz w:val="19"/>
        </w:rPr>
        <w:t>≤ sin x + sin y.</w:t>
      </w:r>
    </w:p>
    <w:p>
      <w:pPr>
        <w:spacing w:before="0" w:after="80" w:line="300" w:lineRule="auto"/>
        <w:jc w:val="left"/>
      </w:pPr>
      <w:r>
        <w:rPr>
          <w:rFonts w:ascii="Times New Roman" w:hAnsi="Times New Roman" w:eastAsia="宋体"/>
          <w:b w:val="0"/>
          <w:i w:val="0"/>
          <w:color w:val="333333"/>
          <w:sz w:val="19"/>
        </w:rPr>
        <w:t>The inequality therefore holds for every y with 0 ≤ y ≤ π.</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C</w:t>
      </w:r>
    </w:p>
    <w:p>
      <w:pPr>
        <w:spacing w:before="0" w:after="80" w:line="300" w:lineRule="auto"/>
        <w:jc w:val="left"/>
      </w:pPr>
      <w:r>
        <w:rPr>
          <w:rFonts w:ascii="Times New Roman" w:hAnsi="Times New Roman" w:eastAsia="宋体"/>
          <w:b w:val="0"/>
          <w:i w:val="0"/>
          <w:sz w:val="21"/>
        </w:rPr>
        <w:t>第二个方程给出 |x| - |y| = ± 1，等价于 x = ± y ± 1。代入 x + 3y = 3：</w:t>
      </w:r>
    </w:p>
    <w:p>
      <w:pPr>
        <w:spacing w:before="0" w:after="80" w:line="300" w:lineRule="auto"/>
        <w:jc w:val="left"/>
      </w:pPr>
      <w:r>
        <w:rPr>
          <w:rFonts w:ascii="Times New Roman" w:hAnsi="Times New Roman" w:eastAsia="宋体"/>
          <w:b w:val="0"/>
          <w:i w:val="0"/>
          <w:sz w:val="21"/>
        </w:rPr>
        <w:t>若 x = y + 1 则 (x, y) = (3/2, 1/2)。若 x = y - 1 则 (x, y) = (0, 1)。若 x = -y + 1，又得到 (x, y) = (0, 1)。若 x = -y - 1 则 (x, y) = (-3, 2)。</w:t>
      </w:r>
    </w:p>
    <w:p>
      <w:pPr>
        <w:spacing w:before="0" w:after="80" w:line="300" w:lineRule="auto"/>
        <w:jc w:val="left"/>
      </w:pPr>
      <w:r>
        <w:rPr>
          <w:rFonts w:ascii="Times New Roman" w:hAnsi="Times New Roman" w:eastAsia="宋体"/>
          <w:b w:val="0"/>
          <w:i w:val="0"/>
          <w:sz w:val="21"/>
        </w:rPr>
        <w:t>不同的解是 (-3, 2)，(0, 1)，和 (3/2, 1/2)，它们都满足原方程，所以共有 3 个。</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equation gives |x| - |y| = ± 1, equivalently x = ± y ± 1. Substituting into x + 3y = 3:</w:t>
      </w:r>
    </w:p>
    <w:p>
      <w:pPr>
        <w:spacing w:before="0" w:after="80" w:line="300" w:lineRule="auto"/>
        <w:jc w:val="left"/>
      </w:pPr>
      <w:r>
        <w:rPr>
          <w:rFonts w:ascii="Times New Roman" w:hAnsi="Times New Roman" w:eastAsia="宋体"/>
          <w:b w:val="0"/>
          <w:i w:val="0"/>
          <w:color w:val="333333"/>
          <w:sz w:val="19"/>
        </w:rPr>
        <w:t>If x = y + 1, then (x, y) = (3/2, 1/2). If x = y - 1, then (x, y) = (0, 1). If x = -y + 1, then again (x, y) = (0, 1). If x = -y - 1, then (x, y) = (-3, 2).</w:t>
      </w:r>
    </w:p>
    <w:p>
      <w:pPr>
        <w:spacing w:before="0" w:after="80" w:line="300" w:lineRule="auto"/>
        <w:jc w:val="left"/>
      </w:pPr>
      <w:r>
        <w:rPr>
          <w:rFonts w:ascii="Times New Roman" w:hAnsi="Times New Roman" w:eastAsia="宋体"/>
          <w:b w:val="0"/>
          <w:i w:val="0"/>
          <w:color w:val="333333"/>
          <w:sz w:val="19"/>
        </w:rPr>
        <w:t>The distinct solutions are (-3, 2), (0, 1), and (3/2, 1/2), all of which check, so there are 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折痕位于 AB 的垂直平分线上，并且由于 AC &gt; BC，它在 E 处与 AC 相交。设 D 为 AB 的中点，则 AD = 5/2，且 △ ADE 在 D 处为直角。因为 △ ADE ∼ △ ACB，有 DE/AD = CB/AC = 3/4，所以</w:t>
      </w:r>
    </w:p>
    <w:p>
      <w:pPr>
        <w:spacing w:before="0" w:after="80" w:line="300" w:lineRule="auto"/>
        <w:jc w:val="left"/>
      </w:pPr>
      <w:r>
        <w:rPr>
          <w:rFonts w:ascii="Times New Roman" w:hAnsi="Times New Roman" w:eastAsia="宋体"/>
          <w:b w:val="0"/>
          <w:i w:val="0"/>
          <w:sz w:val="21"/>
        </w:rPr>
        <w:t>DE = 5/2 · 3/4 = 15/8。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crease lies along the perpendicular bisector of AB, meeting AC at E because AC &gt; BC. Let D be the midpoint of AB, so AD = 5/2 and △ ADE is right-angled at D. Since △ ADE ∼ △ ACB, we have DE/AD = CB/AC = 3/4, so</w:t>
      </w:r>
    </w:p>
    <w:p>
      <w:pPr>
        <w:spacing w:before="0" w:after="80" w:line="300" w:lineRule="auto"/>
        <w:jc w:val="left"/>
      </w:pPr>
      <w:r>
        <w:rPr>
          <w:rFonts w:ascii="Times New Roman" w:hAnsi="Times New Roman" w:eastAsia="宋体"/>
          <w:b w:val="0"/>
          <w:i w:val="0"/>
          <w:color w:val="333333"/>
          <w:sz w:val="19"/>
        </w:rPr>
        <w:t>DE = 5/2 · 3/4 = 15/8.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将 {1, …, 12} 分成六条整除链 {1,2,4,8}，{3,6,12}，{5,10}，{7}，{9}，{11}。因为 S 中不能有一个元素整除另一个元素，所以每条链至多贡献一个元素；需要 6 个元素就迫使每条链正好取一个，因此 7, 9, 11 ∈ S。</w:t>
      </w:r>
    </w:p>
    <w:p>
      <w:pPr>
        <w:spacing w:before="0" w:after="80" w:line="300" w:lineRule="auto"/>
        <w:jc w:val="left"/>
      </w:pPr>
      <w:r>
        <w:rPr>
          <w:rFonts w:ascii="Times New Roman" w:hAnsi="Times New Roman" w:eastAsia="宋体"/>
          <w:b w:val="0"/>
          <w:i w:val="0"/>
          <w:sz w:val="21"/>
        </w:rPr>
        <w:t>因为 9 ∈ S，所以 3 ∉ S，第二条链贡献 6 或 12，于是第一条链中既不能选 1 也不能选 2（它们会整除 6 和 12）。从第一条链取 4 可以做到：S = {4, 5, 6, 7, 9, 11} 满足条件。因此最小可能元素是 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Partition {1, …, 12} into the six divisibility chains {1,2,4,8}, {3,6,12}, {5,10}, {7}, {9}, {11}. Since no element of S may divide another, at most one comes from each chain; needing 6 elements forces exactly one from each, so 7, 9, 11 ∈ S.</w:t>
      </w:r>
    </w:p>
    <w:p>
      <w:pPr>
        <w:spacing w:before="0" w:after="80" w:line="300" w:lineRule="auto"/>
        <w:jc w:val="left"/>
      </w:pPr>
      <w:r>
        <w:rPr>
          <w:rFonts w:ascii="Times New Roman" w:hAnsi="Times New Roman" w:eastAsia="宋体"/>
          <w:b w:val="0"/>
          <w:i w:val="0"/>
          <w:color w:val="333333"/>
          <w:sz w:val="19"/>
        </w:rPr>
        <w:t>Because 9 ∈ S, 3 ∉ S, so the second chain contributes 6 or 12, and then neither 1 nor 2 can be chosen from the first chain (they divide 6 and 12). Taking 4 from the first chain works: S = {4, 5, 6, 7, 9, 11} has the property. Hence the least possible element is 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D</w:t>
      </w:r>
    </w:p>
    <w:p>
      <w:pPr>
        <w:spacing w:before="0" w:after="80" w:line="300" w:lineRule="auto"/>
        <w:jc w:val="left"/>
      </w:pPr>
      <w:r>
        <w:rPr>
          <w:rFonts w:ascii="Times New Roman" w:hAnsi="Times New Roman" w:eastAsia="宋体"/>
          <w:b w:val="0"/>
          <w:i w:val="0"/>
          <w:sz w:val="21"/>
        </w:rPr>
        <w:t>给每个 aᵢ 都加 1，可在这些表达式与从 0 到 3⁸ - 1 的 3 进制数之间建立双射，所以恰有 3⁸ = 6561 个不同整数出现。它们关于 0 对称（把所有 aᵢ 取相反数会使数值取相反数），所以除了 0 本身外，一半为正。非负整数的个数为</w:t>
      </w:r>
    </w:p>
    <w:p>
      <w:pPr>
        <w:spacing w:before="0" w:after="80" w:line="300" w:lineRule="auto"/>
        <w:jc w:val="left"/>
      </w:pPr>
      <w:r>
        <w:rPr>
          <w:rFonts w:ascii="Times New Roman" w:hAnsi="Times New Roman" w:eastAsia="宋体"/>
          <w:b w:val="0"/>
          <w:i w:val="0"/>
          <w:sz w:val="21"/>
        </w:rPr>
        <w:t>1 + 1/2(6561 - 1) = 3281</w:t>
      </w:r>
    </w:p>
    <w:p>
      <w:pPr>
        <w:spacing w:before="0" w:after="80" w:line="300" w:lineRule="auto"/>
        <w:jc w:val="left"/>
      </w:pPr>
      <w:r>
        <w:rPr>
          <w:rFonts w:ascii="Times New Roman" w:hAnsi="Times New Roman" w:eastAsia="宋体"/>
          <w:b w:val="0"/>
          <w:i w:val="0"/>
          <w:sz w:val="21"/>
        </w:rPr>
        <w:t>即从 0 到 3280 的所有整数。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Adding 1 to every aᵢ gives a bijection between these expressions and the base-3 numerals for 0 through 3⁸ - 1, so exactly 3⁸ = 6561 distinct integers occur. They are symmetric about 0 (negating all aᵢ negates the value), so besides 0 itself, half are positive:</w:t>
      </w:r>
    </w:p>
    <w:p>
      <w:pPr>
        <w:spacing w:before="0" w:after="80" w:line="300" w:lineRule="auto"/>
        <w:jc w:val="left"/>
      </w:pPr>
      <w:r>
        <w:rPr>
          <w:rFonts w:ascii="Times New Roman" w:hAnsi="Times New Roman" w:eastAsia="宋体"/>
          <w:b w:val="0"/>
          <w:i w:val="0"/>
          <w:color w:val="333333"/>
          <w:sz w:val="19"/>
        </w:rPr>
        <w:t>1 + 1/2(6561 - 1) = 3281</w:t>
      </w:r>
    </w:p>
    <w:p>
      <w:pPr>
        <w:spacing w:before="0" w:after="80" w:line="300" w:lineRule="auto"/>
        <w:jc w:val="left"/>
      </w:pPr>
      <w:r>
        <w:rPr>
          <w:rFonts w:ascii="Times New Roman" w:hAnsi="Times New Roman" w:eastAsia="宋体"/>
          <w:b w:val="0"/>
          <w:i w:val="0"/>
          <w:color w:val="333333"/>
          <w:sz w:val="19"/>
        </w:rPr>
        <w:t>nonnegative integers, namely 0 through 3280.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D</w:t>
      </w:r>
    </w:p>
    <w:p>
      <w:pPr>
        <w:spacing w:before="0" w:after="80" w:line="300" w:lineRule="auto"/>
        <w:jc w:val="left"/>
      </w:pPr>
      <w:r>
        <w:rPr>
          <w:rFonts w:ascii="Times New Roman" w:hAnsi="Times New Roman" w:eastAsia="宋体"/>
          <w:b w:val="0"/>
          <w:i w:val="0"/>
          <w:sz w:val="21"/>
        </w:rPr>
        <w:t>把两个对数都写成以 2 为底：2/(log₂ 3x) = 3/(log₂ 2x)，所以 2 log₂ 2x = 3 log₂ 3x，即 (2x)² = (3x)³。于是 4x² = 27x³，得 x = 4/27。因为 gcd(4, 27) = 1，所以 p + q = 4 + 27 = 31。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both logarithms in base 2: 2/(log₂ 3x) = 3/(log₂ 2x), so 2 log₂ 2x = 3 log₂ 3x, i.e. (2x)² = (3x)³. Then 4x² = 27x³, giving x = 4/27. Since gcd(4, 27) = 1, we get p + q = 4 + 27 = 31.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B</w:t>
      </w:r>
    </w:p>
    <w:p>
      <w:pPr>
        <w:spacing w:before="0" w:after="80" w:line="300" w:lineRule="auto"/>
        <w:jc w:val="left"/>
      </w:pPr>
      <w:r>
        <w:rPr>
          <w:rFonts w:ascii="Times New Roman" w:hAnsi="Times New Roman" w:eastAsia="宋体"/>
          <w:b w:val="0"/>
          <w:i w:val="0"/>
          <w:sz w:val="21"/>
        </w:rPr>
        <w:t>在正方形的对称群作用下，49 个方格分成若干轨道，同一轨道中的每个方格必须颜色相同。以中心为原点，给方格坐标 (i,j)，其中 -3≤ i,j≤3。旋转和翻折可以改变坐标符号并交换两个坐标，所以每个轨道都有唯一代表满足 0≤ i≤ j≤3。这样的数对共有 1+2+3+4=10 个。每个轨道可选黑色或白色，得到 2¹⁰ 种着色，但要排除全黑和全白的网格。因此共有 2¹⁰ - 2 = 1022 个对称扫描码。</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Under the symmetry group of the square, the 49 cells break into orbits, and every cell in an orbit must have the same color. Give a cell coordinates (i,j) relative to the center, where -3≤ i,j≤3. Rotations and reflections can change signs and interchange the coordinates, so each orbit has one representative with 0≤ i≤ j≤3. There are 1+2+3+4=10 such pairs. Each orbit is black or white, giving 2¹⁰ colorings, but the all-black and all-white grids are excluded. So there are 2¹⁰ - 2 = 1022 symmetric scanning codes.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E</w:t>
      </w:r>
    </w:p>
    <w:p>
      <w:pPr>
        <w:spacing w:before="0" w:after="80" w:line="300" w:lineRule="auto"/>
        <w:jc w:val="left"/>
      </w:pPr>
      <w:r>
        <w:rPr>
          <w:rFonts w:ascii="Times New Roman" w:hAnsi="Times New Roman" w:eastAsia="宋体"/>
          <w:b w:val="0"/>
          <w:i w:val="0"/>
          <w:sz w:val="21"/>
        </w:rPr>
        <w:t>将 x² = y + a 代入 x² + y² = a²，得 y² + y + (a - a²) = 0，可分解为 (y + 1 - a)(y + a) = 0，所以 y = a - 1 或 y = -a。它们分别对应 x² = 2a - 1 和 x² = 0。</w:t>
      </w:r>
    </w:p>
    <w:p>
      <w:pPr>
        <w:spacing w:before="0" w:after="80" w:line="300" w:lineRule="auto"/>
        <w:jc w:val="left"/>
      </w:pPr>
      <w:r>
        <w:rPr>
          <w:rFonts w:ascii="Times New Roman" w:hAnsi="Times New Roman" w:eastAsia="宋体"/>
          <w:b w:val="0"/>
          <w:i w:val="0"/>
          <w:sz w:val="21"/>
        </w:rPr>
        <w:t>方程 x² = 0 总是给出单个点 (0, -a)，即抛物线的顶点。方程 x² = 2a - 1 恰好在 2a - 1 &gt; 0，即 a &gt; 1/2 时给出另外两个点。因此恰好有 3 个交点当且仅当 a &gt;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Substituting x² = y + a into x² + y² = a² gives y² + y + (a - a²) = 0, which factors as (y + 1 - a)(y + a) = 0, so y = a - 1 or y = -a. These correspond to x² = 2a - 1 and x² = 0.</w:t>
      </w:r>
    </w:p>
    <w:p>
      <w:pPr>
        <w:spacing w:before="0" w:after="80" w:line="300" w:lineRule="auto"/>
        <w:jc w:val="left"/>
      </w:pPr>
      <w:r>
        <w:rPr>
          <w:rFonts w:ascii="Times New Roman" w:hAnsi="Times New Roman" w:eastAsia="宋体"/>
          <w:b w:val="0"/>
          <w:i w:val="0"/>
          <w:color w:val="333333"/>
          <w:sz w:val="19"/>
        </w:rPr>
        <w:t>The equation x² = 0 always gives the single point (0, -a), the vertex of the parabola. The equation x² = 2a - 1 gives two more points exactly when 2a - 1 &gt; 0, i.e. a &gt; 1/2. So there are 3 intersection points precisely when a &gt;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D</w:t>
      </w:r>
    </w:p>
    <w:p>
      <w:pPr>
        <w:spacing w:before="0" w:after="80" w:line="300" w:lineRule="auto"/>
        <w:jc w:val="left"/>
      </w:pPr>
      <w:r>
        <w:rPr>
          <w:rFonts w:ascii="Times New Roman" w:hAnsi="Times New Roman" w:eastAsia="宋体"/>
          <w:b w:val="0"/>
          <w:i w:val="0"/>
          <w:sz w:val="21"/>
        </w:rPr>
        <w:t>将直角放在原点，两条直角边沿坐标轴，则顶点为 (4, 0)、(0, 3)、(0, 0)，正方形 S 为 [0, s] × [0, s]。斜边是 3x + 4y - 12 = 0，它到正方形最近的角 (s, s) 的距离满足</w:t>
      </w:r>
    </w:p>
    <w:p>
      <w:pPr>
        <w:spacing w:before="0" w:after="80" w:line="300" w:lineRule="auto"/>
        <w:jc w:val="left"/>
      </w:pPr>
      <w:r>
        <w:rPr>
          <w:rFonts w:ascii="Times New Roman" w:hAnsi="Times New Roman" w:eastAsia="宋体"/>
          <w:b w:val="0"/>
          <w:i w:val="0"/>
          <w:sz w:val="21"/>
        </w:rPr>
        <w:t>(|3s + 4s - 12|)/(√(3² + 4²)) = (|7s - 12|)/5 = 2。</w:t>
      </w:r>
    </w:p>
    <w:p>
      <w:pPr>
        <w:spacing w:before="0" w:after="80" w:line="300" w:lineRule="auto"/>
        <w:jc w:val="left"/>
      </w:pPr>
      <w:r>
        <w:rPr>
          <w:rFonts w:ascii="Times New Roman" w:hAnsi="Times New Roman" w:eastAsia="宋体"/>
          <w:b w:val="0"/>
          <w:i w:val="0"/>
          <w:sz w:val="21"/>
        </w:rPr>
        <w:t>这给出 s = 22/7 或 s = 2/7；只有 s = 2/7 能使正方形留在三角形内部。</w:t>
      </w:r>
    </w:p>
    <w:p>
      <w:pPr>
        <w:spacing w:before="0" w:after="80" w:line="300" w:lineRule="auto"/>
        <w:jc w:val="left"/>
      </w:pPr>
      <w:r>
        <w:rPr>
          <w:rFonts w:ascii="Times New Roman" w:hAnsi="Times New Roman" w:eastAsia="宋体"/>
          <w:b w:val="0"/>
          <w:i w:val="0"/>
          <w:sz w:val="21"/>
        </w:rPr>
        <w:t>田地面积为 1/2 · 3 · 4 = 6，未种植正方形面积为 (2/7)² = 4/49。 已种植比例为</w:t>
      </w:r>
    </w:p>
    <w:p>
      <w:pPr>
        <w:spacing w:before="0" w:after="80" w:line="300" w:lineRule="auto"/>
        <w:jc w:val="left"/>
      </w:pPr>
      <w:r>
        <w:rPr>
          <w:rFonts w:ascii="Times New Roman" w:hAnsi="Times New Roman" w:eastAsia="宋体"/>
          <w:b w:val="0"/>
          <w:i w:val="0"/>
          <w:sz w:val="21"/>
        </w:rPr>
        <w:t>1 - (4/49)/6 = 1 - 2/147 = 145/147。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the right angle at the origin with legs on the axes, so the vertices are (4, 0), (0, 3), (0, 0), and the square S is [0, s] × [0, s]. The hypotenuse is 3x + 4y - 12 = 0, and the distance from its nearest corner (s, s) is</w:t>
      </w:r>
    </w:p>
    <w:p>
      <w:pPr>
        <w:spacing w:before="0" w:after="80" w:line="300" w:lineRule="auto"/>
        <w:jc w:val="left"/>
      </w:pPr>
      <w:r>
        <w:rPr>
          <w:rFonts w:ascii="Times New Roman" w:hAnsi="Times New Roman" w:eastAsia="宋体"/>
          <w:b w:val="0"/>
          <w:i w:val="0"/>
          <w:color w:val="333333"/>
          <w:sz w:val="19"/>
        </w:rPr>
        <w:t>(|3s + 4s - 12|)/(√(3² + 4²)) = (|7s - 12|)/5 = 2.</w:t>
      </w:r>
    </w:p>
    <w:p>
      <w:pPr>
        <w:spacing w:before="0" w:after="80" w:line="300" w:lineRule="auto"/>
        <w:jc w:val="left"/>
      </w:pPr>
      <w:r>
        <w:rPr>
          <w:rFonts w:ascii="Times New Roman" w:hAnsi="Times New Roman" w:eastAsia="宋体"/>
          <w:b w:val="0"/>
          <w:i w:val="0"/>
          <w:color w:val="333333"/>
          <w:sz w:val="19"/>
        </w:rPr>
        <w:t>This gives s = 22/7 or s = 2/7; only s = 2/7 keeps the square inside the triangle.</w:t>
      </w:r>
    </w:p>
    <w:p>
      <w:pPr>
        <w:spacing w:before="0" w:after="80" w:line="300" w:lineRule="auto"/>
        <w:jc w:val="left"/>
      </w:pPr>
      <w:r>
        <w:rPr>
          <w:rFonts w:ascii="Times New Roman" w:hAnsi="Times New Roman" w:eastAsia="宋体"/>
          <w:b w:val="0"/>
          <w:i w:val="0"/>
          <w:color w:val="333333"/>
          <w:sz w:val="19"/>
        </w:rPr>
        <w:t>The field has area 1/2 · 3 · 4 = 6 and the unplanted square has area (2/7)² = 4/49. The planted fraction is</w:t>
      </w:r>
    </w:p>
    <w:p>
      <w:pPr>
        <w:spacing w:before="0" w:after="80" w:line="300" w:lineRule="auto"/>
        <w:jc w:val="left"/>
      </w:pPr>
      <w:r>
        <w:rPr>
          <w:rFonts w:ascii="Times New Roman" w:hAnsi="Times New Roman" w:eastAsia="宋体"/>
          <w:b w:val="0"/>
          <w:i w:val="0"/>
          <w:color w:val="333333"/>
          <w:sz w:val="19"/>
        </w:rPr>
        <w:t>1 - (4/49)/6 = 1 - 2/147 = 145/147.</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D</w:t>
      </w:r>
    </w:p>
    <w:p>
      <w:pPr>
        <w:spacing w:before="0" w:after="80" w:line="300" w:lineRule="auto"/>
        <w:jc w:val="left"/>
      </w:pPr>
      <w:r>
        <w:rPr>
          <w:rFonts w:ascii="Times New Roman" w:hAnsi="Times New Roman" w:eastAsia="宋体"/>
          <w:b w:val="0"/>
          <w:i w:val="0"/>
          <w:sz w:val="21"/>
        </w:rPr>
        <w:t>因为 D 和 E 是中点，△ ADE 的面积是 △ ABC 面积的 1/4 即 30，所以梯形 EDBC 的面积为 120 - 30 = 90。</w:t>
      </w:r>
    </w:p>
    <w:p>
      <w:pPr>
        <w:spacing w:before="0" w:after="80" w:line="300" w:lineRule="auto"/>
        <w:jc w:val="left"/>
      </w:pPr>
      <w:r>
        <w:rPr>
          <w:rFonts w:ascii="Times New Roman" w:hAnsi="Times New Roman" w:eastAsia="宋体"/>
          <w:b w:val="0"/>
          <w:i w:val="0"/>
          <w:sz w:val="21"/>
        </w:rPr>
        <w:t>由角平分线定理，G 将 BC 分成 BG = AB/(AB + AC) · BC = 5/6 BC，同样 F 将 DE 分成 DF = 5/6 DE。因为 FDBG 和 EDBC 高相同，FDBG 的面积是 EDBC 面积的 5/6，即 5/6 · 90 = 75。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D and E are midpoints, △ ADE has 1/4 the area of △ ABC, namely 30, so trapezoid EDBC has area 120 - 30 = 90.</w:t>
      </w:r>
    </w:p>
    <w:p>
      <w:pPr>
        <w:spacing w:before="0" w:after="80" w:line="300" w:lineRule="auto"/>
        <w:jc w:val="left"/>
      </w:pPr>
      <w:r>
        <w:rPr>
          <w:rFonts w:ascii="Times New Roman" w:hAnsi="Times New Roman" w:eastAsia="宋体"/>
          <w:b w:val="0"/>
          <w:i w:val="0"/>
          <w:color w:val="333333"/>
          <w:sz w:val="19"/>
        </w:rPr>
        <w:t>By the Angle Bisector Theorem, G divides BC with BG = AB/(AB + AC) · BC = 5/6 BC, and likewise F divides DE so that DF = 5/6 DE. Because FDBG and EDBC share the same height, the area of FDBG is 5/6 of the area of EDBC: 5/6 · 90 = 75.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A 中每个元素都可唯一写成 2ⁱ 3^(j) 5ᵏ，其中 i, j, k ≥ 0，所以所有倒数的和可分解为</w:t>
      </w:r>
    </w:p>
    <w:p>
      <w:pPr>
        <w:spacing w:before="0" w:after="80" w:line="300" w:lineRule="auto"/>
        <w:jc w:val="left"/>
      </w:pPr>
      <w:r>
        <w:rPr>
          <w:rFonts w:ascii="Times New Roman" w:hAnsi="Times New Roman" w:eastAsia="宋体"/>
          <w:b w:val="0"/>
          <w:i w:val="0"/>
          <w:sz w:val="21"/>
        </w:rPr>
        <w:t>(Σ_(i ≥ 0) 1/2ⁱ)</w:t>
      </w:r>
    </w:p>
    <w:p>
      <w:pPr>
        <w:spacing w:before="0" w:after="80" w:line="300" w:lineRule="auto"/>
        <w:jc w:val="left"/>
      </w:pPr>
      <w:r>
        <w:rPr>
          <w:rFonts w:ascii="Times New Roman" w:hAnsi="Times New Roman" w:eastAsia="宋体"/>
          <w:b w:val="0"/>
          <w:i w:val="0"/>
          <w:sz w:val="21"/>
        </w:rPr>
        <w:t>· (Σ_(j ≥ 0) 1/(3^(j)))</w:t>
      </w:r>
    </w:p>
    <w:p>
      <w:pPr>
        <w:spacing w:before="0" w:after="80" w:line="300" w:lineRule="auto"/>
        <w:jc w:val="left"/>
      </w:pPr>
      <w:r>
        <w:rPr>
          <w:rFonts w:ascii="Times New Roman" w:hAnsi="Times New Roman" w:eastAsia="宋体"/>
          <w:b w:val="0"/>
          <w:i w:val="0"/>
          <w:sz w:val="21"/>
        </w:rPr>
        <w:t>· (Σ_(k ≥ 0) 1/5ᵏ)</w:t>
      </w:r>
    </w:p>
    <w:p>
      <w:pPr>
        <w:spacing w:before="0" w:after="80" w:line="300" w:lineRule="auto"/>
        <w:jc w:val="left"/>
      </w:pPr>
      <w:r>
        <w:rPr>
          <w:rFonts w:ascii="Times New Roman" w:hAnsi="Times New Roman" w:eastAsia="宋体"/>
          <w:b w:val="0"/>
          <w:i w:val="0"/>
          <w:sz w:val="21"/>
        </w:rPr>
        <w:t>= 1/(1 - 1/2) · 1/(1 - 1/3)</w:t>
      </w:r>
    </w:p>
    <w:p>
      <w:pPr>
        <w:spacing w:before="0" w:after="80" w:line="300" w:lineRule="auto"/>
        <w:jc w:val="left"/>
      </w:pPr>
      <w:r>
        <w:rPr>
          <w:rFonts w:ascii="Times New Roman" w:hAnsi="Times New Roman" w:eastAsia="宋体"/>
          <w:b w:val="0"/>
          <w:i w:val="0"/>
          <w:sz w:val="21"/>
        </w:rPr>
        <w:t>· 1/(1 - 1/5)。</w:t>
      </w:r>
    </w:p>
    <w:p>
      <w:pPr>
        <w:spacing w:before="0" w:after="80" w:line="300" w:lineRule="auto"/>
        <w:jc w:val="left"/>
      </w:pPr>
      <w:r>
        <w:rPr>
          <w:rFonts w:ascii="Times New Roman" w:hAnsi="Times New Roman" w:eastAsia="宋体"/>
          <w:b w:val="0"/>
          <w:i w:val="0"/>
          <w:sz w:val="21"/>
        </w:rPr>
        <w:t>这等于 2 · 3/2 · 5/4 = 15/4。因为 gcd(15, 4) = 1，所以 m + n = 15 + 4 = 19。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element of A is uniquely 2ⁱ 3^(j) 5ᵏ with i, j, k ≥ 0, so summing all reciprocals factors as</w:t>
      </w:r>
    </w:p>
    <w:p>
      <w:pPr>
        <w:spacing w:before="0" w:after="80" w:line="300" w:lineRule="auto"/>
        <w:jc w:val="left"/>
      </w:pPr>
      <w:r>
        <w:rPr>
          <w:rFonts w:ascii="Times New Roman" w:hAnsi="Times New Roman" w:eastAsia="宋体"/>
          <w:b w:val="0"/>
          <w:i w:val="0"/>
          <w:color w:val="333333"/>
          <w:sz w:val="19"/>
        </w:rPr>
        <w:t>(Σ_(i ≥ 0) 1/2ⁱ)</w:t>
      </w:r>
    </w:p>
    <w:p>
      <w:pPr>
        <w:spacing w:before="0" w:after="80" w:line="300" w:lineRule="auto"/>
        <w:jc w:val="left"/>
      </w:pPr>
      <w:r>
        <w:rPr>
          <w:rFonts w:ascii="Times New Roman" w:hAnsi="Times New Roman" w:eastAsia="宋体"/>
          <w:b w:val="0"/>
          <w:i w:val="0"/>
          <w:color w:val="333333"/>
          <w:sz w:val="19"/>
        </w:rPr>
        <w:t>· (Σ_(j ≥ 0) 1/(3^(j)))</w:t>
      </w:r>
    </w:p>
    <w:p>
      <w:pPr>
        <w:spacing w:before="0" w:after="80" w:line="300" w:lineRule="auto"/>
        <w:jc w:val="left"/>
      </w:pPr>
      <w:r>
        <w:rPr>
          <w:rFonts w:ascii="Times New Roman" w:hAnsi="Times New Roman" w:eastAsia="宋体"/>
          <w:b w:val="0"/>
          <w:i w:val="0"/>
          <w:color w:val="333333"/>
          <w:sz w:val="19"/>
        </w:rPr>
        <w:t>· (Σ_(k ≥ 0) 1/5ᵏ)</w:t>
      </w:r>
    </w:p>
    <w:p>
      <w:pPr>
        <w:spacing w:before="0" w:after="80" w:line="300" w:lineRule="auto"/>
        <w:jc w:val="left"/>
      </w:pPr>
      <w:r>
        <w:rPr>
          <w:rFonts w:ascii="Times New Roman" w:hAnsi="Times New Roman" w:eastAsia="宋体"/>
          <w:b w:val="0"/>
          <w:i w:val="0"/>
          <w:color w:val="333333"/>
          <w:sz w:val="19"/>
        </w:rPr>
        <w:t>= 1/(1 - 1/2) · 1/(1 - 1/3)</w:t>
      </w:r>
    </w:p>
    <w:p>
      <w:pPr>
        <w:spacing w:before="0" w:after="80" w:line="300" w:lineRule="auto"/>
        <w:jc w:val="left"/>
      </w:pPr>
      <w:r>
        <w:rPr>
          <w:rFonts w:ascii="Times New Roman" w:hAnsi="Times New Roman" w:eastAsia="宋体"/>
          <w:b w:val="0"/>
          <w:i w:val="0"/>
          <w:color w:val="333333"/>
          <w:sz w:val="19"/>
        </w:rPr>
        <w:t>· 1/(1 - 1/5).</w:t>
      </w:r>
    </w:p>
    <w:p>
      <w:pPr>
        <w:spacing w:before="0" w:after="80" w:line="300" w:lineRule="auto"/>
        <w:jc w:val="left"/>
      </w:pPr>
      <w:r>
        <w:rPr>
          <w:rFonts w:ascii="Times New Roman" w:hAnsi="Times New Roman" w:eastAsia="宋体"/>
          <w:b w:val="0"/>
          <w:i w:val="0"/>
          <w:color w:val="333333"/>
          <w:sz w:val="19"/>
        </w:rPr>
        <w:t>This equals 2 · 3/2 · 5/4 = 15/4. With gcd(15, 4) = 1, m + n = 15 + 4 = 19.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D</w:t>
      </w:r>
    </w:p>
    <w:p>
      <w:pPr>
        <w:spacing w:before="0" w:after="80" w:line="300" w:lineRule="auto"/>
        <w:jc w:val="left"/>
      </w:pPr>
      <w:r>
        <w:rPr>
          <w:rFonts w:ascii="Times New Roman" w:hAnsi="Times New Roman" w:eastAsia="宋体"/>
          <w:b w:val="0"/>
          <w:i w:val="0"/>
          <w:sz w:val="21"/>
        </w:rPr>
        <w:t>因为 △ ABC 是等腰直角三角形，CM = BM = 3/2 √(2)，且 B, C 处的底角为 45°。由于 AIME 是圆内接四边形且 A 处是直角，角 ∠ IME = 90°。令 x = CI，y = BE。在 △ MCI 中由余弦定理，</w:t>
      </w:r>
    </w:p>
    <w:p>
      <w:pPr>
        <w:spacing w:before="0" w:after="80" w:line="300" w:lineRule="auto"/>
        <w:jc w:val="left"/>
      </w:pPr>
      <w:r>
        <w:rPr>
          <w:rFonts w:ascii="Times New Roman" w:hAnsi="Times New Roman" w:eastAsia="宋体"/>
          <w:b w:val="0"/>
          <w:i w:val="0"/>
          <w:sz w:val="21"/>
        </w:rPr>
        <w:t>IM² = x² + 9/2</w:t>
      </w:r>
    </w:p>
    <w:p>
      <w:pPr>
        <w:spacing w:before="0" w:after="80" w:line="300" w:lineRule="auto"/>
        <w:jc w:val="left"/>
      </w:pPr>
      <w:r>
        <w:rPr>
          <w:rFonts w:ascii="Times New Roman" w:hAnsi="Times New Roman" w:eastAsia="宋体"/>
          <w:b w:val="0"/>
          <w:i w:val="0"/>
          <w:sz w:val="21"/>
        </w:rPr>
        <w:t>- 2 · x · 3/2√(2) · cos 45°</w:t>
      </w:r>
    </w:p>
    <w:p>
      <w:pPr>
        <w:spacing w:before="0" w:after="80" w:line="300" w:lineRule="auto"/>
        <w:jc w:val="left"/>
      </w:pPr>
      <w:r>
        <w:rPr>
          <w:rFonts w:ascii="Times New Roman" w:hAnsi="Times New Roman" w:eastAsia="宋体"/>
          <w:b w:val="0"/>
          <w:i w:val="0"/>
          <w:sz w:val="21"/>
        </w:rPr>
        <w:t>= x² - 3x + 9/2，</w:t>
      </w:r>
    </w:p>
    <w:p>
      <w:pPr>
        <w:spacing w:before="0" w:after="80" w:line="300" w:lineRule="auto"/>
        <w:jc w:val="left"/>
      </w:pPr>
      <w:r>
        <w:rPr>
          <w:rFonts w:ascii="Times New Roman" w:hAnsi="Times New Roman" w:eastAsia="宋体"/>
          <w:b w:val="0"/>
          <w:i w:val="0"/>
          <w:sz w:val="21"/>
        </w:rPr>
        <w:t>同理，ME² = y² - 3y + 9/2。</w:t>
      </w:r>
    </w:p>
    <w:p>
      <w:pPr>
        <w:spacing w:before="0" w:after="80" w:line="300" w:lineRule="auto"/>
        <w:jc w:val="left"/>
      </w:pPr>
      <w:r>
        <w:rPr>
          <w:rFonts w:ascii="Times New Roman" w:hAnsi="Times New Roman" w:eastAsia="宋体"/>
          <w:b w:val="0"/>
          <w:i w:val="0"/>
          <w:sz w:val="21"/>
        </w:rPr>
        <w:t>对直角三角形 EMI 和 IAE 使用勾股定理，得到 IM² + ME² = (3-x)² + (3-y)²，化简为 x + y = 3。面积条件 1/2 IM · ME = 2 表示 IM² · ME² = 16。代入 y = 3 - x 后，ME² = x² - 3x + 9/2 = IM²，所以 (x² - 3x + 9/2)² = 16，因而 x² - 3x + 9/2 = 4，即 x² - 3x + 1/2 = 0。</w:t>
      </w:r>
    </w:p>
    <w:p>
      <w:pPr>
        <w:spacing w:before="0" w:after="80" w:line="300" w:lineRule="auto"/>
        <w:jc w:val="left"/>
      </w:pPr>
      <w:r>
        <w:rPr>
          <w:rFonts w:ascii="Times New Roman" w:hAnsi="Times New Roman" w:eastAsia="宋体"/>
          <w:b w:val="0"/>
          <w:i w:val="0"/>
          <w:sz w:val="21"/>
        </w:rPr>
        <w:t>因为 AI &gt; AE 迫使 y &gt; x， 所以取较小根 x = (3 - √(7))/2。 于是 a + b + c = 3 + 7 + 2 =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 ABC is an isosceles right triangle, CM = BM = 3/2 √(2) and the base angles at B, C are 45°. As AIME is cyclic with right angle at A, angle ∠ IME = 90°. Let x = CI and y = BE. By the Law of Cosines in △ MCI,</w:t>
      </w:r>
    </w:p>
    <w:p>
      <w:pPr>
        <w:spacing w:before="0" w:after="80" w:line="300" w:lineRule="auto"/>
        <w:jc w:val="left"/>
      </w:pPr>
      <w:r>
        <w:rPr>
          <w:rFonts w:ascii="Times New Roman" w:hAnsi="Times New Roman" w:eastAsia="宋体"/>
          <w:b w:val="0"/>
          <w:i w:val="0"/>
          <w:color w:val="333333"/>
          <w:sz w:val="19"/>
        </w:rPr>
        <w:t>IM² = x² + 9/2</w:t>
      </w:r>
    </w:p>
    <w:p>
      <w:pPr>
        <w:spacing w:before="0" w:after="80" w:line="300" w:lineRule="auto"/>
        <w:jc w:val="left"/>
      </w:pPr>
      <w:r>
        <w:rPr>
          <w:rFonts w:ascii="Times New Roman" w:hAnsi="Times New Roman" w:eastAsia="宋体"/>
          <w:b w:val="0"/>
          <w:i w:val="0"/>
          <w:color w:val="333333"/>
          <w:sz w:val="19"/>
        </w:rPr>
        <w:t>- 2 · x · 3/2√(2) · cos 45°</w:t>
      </w:r>
    </w:p>
    <w:p>
      <w:pPr>
        <w:spacing w:before="0" w:after="80" w:line="300" w:lineRule="auto"/>
        <w:jc w:val="left"/>
      </w:pPr>
      <w:r>
        <w:rPr>
          <w:rFonts w:ascii="Times New Roman" w:hAnsi="Times New Roman" w:eastAsia="宋体"/>
          <w:b w:val="0"/>
          <w:i w:val="0"/>
          <w:color w:val="333333"/>
          <w:sz w:val="19"/>
        </w:rPr>
        <w:t>= x² - 3x + 9/2,</w:t>
      </w:r>
    </w:p>
    <w:p>
      <w:pPr>
        <w:spacing w:before="0" w:after="80" w:line="300" w:lineRule="auto"/>
        <w:jc w:val="left"/>
      </w:pPr>
      <w:r>
        <w:rPr>
          <w:rFonts w:ascii="Times New Roman" w:hAnsi="Times New Roman" w:eastAsia="宋体"/>
          <w:b w:val="0"/>
          <w:i w:val="0"/>
          <w:color w:val="333333"/>
          <w:sz w:val="19"/>
        </w:rPr>
        <w:t>and similarly ME² = y² - 3y + 9/2.</w:t>
      </w:r>
    </w:p>
    <w:p>
      <w:pPr>
        <w:spacing w:before="0" w:after="80" w:line="300" w:lineRule="auto"/>
        <w:jc w:val="left"/>
      </w:pPr>
      <w:r>
        <w:rPr>
          <w:rFonts w:ascii="Times New Roman" w:hAnsi="Times New Roman" w:eastAsia="宋体"/>
          <w:b w:val="0"/>
          <w:i w:val="0"/>
          <w:color w:val="333333"/>
          <w:sz w:val="19"/>
        </w:rPr>
        <w:t>The Pythagorean Theorem in right triangles EMI and IAE gives IM² + ME² = (3-x)² + (3-y)², which simplifies to x + y = 3. The area condition 1/2 IM · ME = 2 means IM² · ME² = 16. Substituting y = 3 - x makes ME² = x² - 3x + 9/2 = IM², so (x² - 3x + 9/2)² = 16, hence x² - 3x + 9/2 = 4, i.e. x² - 3x + 1/2 = 0.</w:t>
      </w:r>
    </w:p>
    <w:p>
      <w:pPr>
        <w:spacing w:before="0" w:after="80" w:line="300" w:lineRule="auto"/>
        <w:jc w:val="left"/>
      </w:pPr>
      <w:r>
        <w:rPr>
          <w:rFonts w:ascii="Times New Roman" w:hAnsi="Times New Roman" w:eastAsia="宋体"/>
          <w:b w:val="0"/>
          <w:i w:val="0"/>
          <w:color w:val="333333"/>
          <w:sz w:val="19"/>
        </w:rPr>
        <w:t>Since AI &gt; AE forces y &gt; x, we take the smaller root x = (3 - √(7))/2. Then a + b + c = 3 + 7 + 2 =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选项 A-D 中每个多项式都没有正根，且恰有一个负根，位于 (-1, 0)（在 0 处为正，在 -1 处为负），并且在该区间递增。在区间 (-1, 0) 上，x¹⁹ &gt; x¹⁷ 且 x¹³ &gt; x¹¹。因此在这个区间的每一点上，A、C、D 的取值都大于 B，于是它们与 0 的交点都比 B 更靠左。所以在 A 到 D 中，B 的根最大。</w:t>
      </w:r>
    </w:p>
    <w:p>
      <w:pPr>
        <w:spacing w:before="0" w:after="80" w:line="300" w:lineRule="auto"/>
        <w:jc w:val="left"/>
      </w:pPr>
      <w:r>
        <w:rPr>
          <w:rFonts w:ascii="Times New Roman" w:hAnsi="Times New Roman" w:eastAsia="宋体"/>
          <w:b w:val="0"/>
          <w:i w:val="0"/>
          <w:sz w:val="21"/>
        </w:rPr>
        <w:t>一次的选项 E 的根为 e=-2018/2019。因为 2018/2019&gt;9/10，所以 e¹⁷+2018e¹¹+1 &lt;-2018(9/10)¹¹+1 &lt;0。由于选项 B 的多项式单调递增，且在 e 处取负值，它的根在 E 的根的右侧。因此 B 的实根最大。</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polynomial in choices A–D has no positive root and exactly one negative root, which lies in (-1, 0) (it is positive at 0 and negative at -1) and is increasing there. On the interval (-1, 0), x¹⁹ &gt; x¹⁷ and x¹³ &gt; x¹¹. Thus each of A, C, and D has a larger value than B at every point of this interval, so each crosses 0 to the left of B. Therefore B has the greatest root among A–D.</w:t>
      </w:r>
    </w:p>
    <w:p>
      <w:pPr>
        <w:spacing w:before="0" w:after="80" w:line="300" w:lineRule="auto"/>
        <w:jc w:val="left"/>
      </w:pPr>
      <w:r>
        <w:rPr>
          <w:rFonts w:ascii="Times New Roman" w:hAnsi="Times New Roman" w:eastAsia="宋体"/>
          <w:b w:val="0"/>
          <w:i w:val="0"/>
          <w:color w:val="333333"/>
          <w:sz w:val="19"/>
        </w:rPr>
        <w:t>The linear choice E has root e=-2018/2019. Since 2018/2019&gt;9/10, we have e¹⁷+2018e¹¹+1 &lt;-2018(9/10)¹¹+1 &lt;0. Because B is increasing and is negative at e, its root lies to the right of E’s. Hence B has the greatest real root.</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A</w:t>
      </w:r>
    </w:p>
    <w:p>
      <w:pPr>
        <w:spacing w:before="0" w:after="80" w:line="300" w:lineRule="auto"/>
        <w:jc w:val="left"/>
      </w:pPr>
      <w:r>
        <w:rPr>
          <w:rFonts w:ascii="Times New Roman" w:hAnsi="Times New Roman" w:eastAsia="宋体"/>
          <w:b w:val="0"/>
          <w:i w:val="0"/>
          <w:sz w:val="21"/>
        </w:rPr>
        <w:t>写 z = a + bi，由 (a + bi)² = 4 + 4√(15) i 得 a² - b² = 4 和 2ab = 4√(15)。因此 a⁴ - 4a² - 60 = 0，即 (a² - 10)(a² + 6) = 0，得 a = ±√(10)，b = ±√(6)。第一个方程给出的顶点为 ±(√(10) + √(6) i)。对 z² = 2 + 2√(3) i 用同样方法得到 ±(√(3) + i)。</w:t>
      </w:r>
    </w:p>
    <w:p>
      <w:pPr>
        <w:spacing w:before="0" w:after="80" w:line="300" w:lineRule="auto"/>
        <w:jc w:val="left"/>
      </w:pPr>
      <w:r>
        <w:rPr>
          <w:rFonts w:ascii="Times New Roman" w:hAnsi="Times New Roman" w:eastAsia="宋体"/>
          <w:b w:val="0"/>
          <w:i w:val="0"/>
          <w:sz w:val="21"/>
        </w:rPr>
        <w:t>对 (√(10), √(6))，(√(3), 1)，(-√(10), -√(6))，(-√(3), -1) 使用鞋带公式，面积为 6√(2) - 2√(10)。因此 p + q + r + s = 6 + 2 + 2 + 10 = 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Writing z = a + bi with (a + bi)² = 4 + 4√(15) i gives a² - b² = 4 and 2ab = 4√(15). Then a⁴ - 4a² - 60 = 0, so (a² - 10)(a² + 6) = 0, yielding a = ±√(10), b = ±√(6). The vertices from the first equation are ±(√(10) + √(6) i). The same method on z² = 2 + 2√(3) i gives ±(√(3) + i).</w:t>
      </w:r>
    </w:p>
    <w:p>
      <w:pPr>
        <w:spacing w:before="0" w:after="80" w:line="300" w:lineRule="auto"/>
        <w:jc w:val="left"/>
      </w:pPr>
      <w:r>
        <w:rPr>
          <w:rFonts w:ascii="Times New Roman" w:hAnsi="Times New Roman" w:eastAsia="宋体"/>
          <w:b w:val="0"/>
          <w:i w:val="0"/>
          <w:color w:val="333333"/>
          <w:sz w:val="19"/>
        </w:rPr>
        <w:t>Applying the shoelace formula to (√(10), √(6)), (√(3), 1), (-√(10), -√(6)), (-√(3), -1) gives area 6√(2) - 2√(10). Thus p + q + r + s = 6 + 2 + 2 + 10 = 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E</w:t>
      </w:r>
    </w:p>
    <w:p>
      <w:pPr>
        <w:spacing w:before="0" w:after="80" w:line="300" w:lineRule="auto"/>
        <w:jc w:val="left"/>
      </w:pPr>
      <w:r>
        <w:rPr>
          <w:rFonts w:ascii="Times New Roman" w:hAnsi="Times New Roman" w:eastAsia="宋体"/>
          <w:b w:val="0"/>
          <w:i w:val="0"/>
          <w:sz w:val="21"/>
        </w:rPr>
        <w:t>将 PN 经过 N 延长到 Q，使 PN = NQ。 因为 N 是 UG 和 PQ 的中点，四边形 UPGQ 是平行四边形，所以 GQ ∥ PT 且 GQ = PU = 1 = AG。 因此 ∠ QGA = 180° - ∠ T = ∠ P + ∠ A = 36° + 56° = 92°， 等腰三角形 QGA 给出 ∠ QAG = 1/2(180° - 92°) = 44°。</w:t>
      </w:r>
    </w:p>
    <w:p>
      <w:pPr>
        <w:spacing w:before="0" w:after="80" w:line="300" w:lineRule="auto"/>
        <w:jc w:val="left"/>
      </w:pPr>
      <w:r>
        <w:rPr>
          <w:rFonts w:ascii="Times New Roman" w:hAnsi="Times New Roman" w:eastAsia="宋体"/>
          <w:b w:val="0"/>
          <w:i w:val="0"/>
          <w:sz w:val="21"/>
        </w:rPr>
        <w:t>因为 M, N 是中点，MN 是 △ QPA 的中位线，所以 MN ∥ AQ，并且</w:t>
      </w:r>
    </w:p>
    <w:p>
      <w:pPr>
        <w:spacing w:before="0" w:after="80" w:line="300" w:lineRule="auto"/>
        <w:jc w:val="left"/>
      </w:pPr>
      <w:r>
        <w:rPr>
          <w:rFonts w:ascii="Times New Roman" w:hAnsi="Times New Roman" w:eastAsia="宋体"/>
          <w:b w:val="0"/>
          <w:i w:val="0"/>
          <w:sz w:val="21"/>
        </w:rPr>
        <w:t>∠ NMP = ∠ QAP</w:t>
      </w:r>
    </w:p>
    <w:p>
      <w:pPr>
        <w:spacing w:before="0" w:after="80" w:line="300" w:lineRule="auto"/>
        <w:jc w:val="left"/>
      </w:pPr>
      <w:r>
        <w:rPr>
          <w:rFonts w:ascii="Times New Roman" w:hAnsi="Times New Roman" w:eastAsia="宋体"/>
          <w:b w:val="0"/>
          <w:i w:val="0"/>
          <w:sz w:val="21"/>
        </w:rPr>
        <w:t>= ∠ QAG + ∠ GAP</w:t>
      </w:r>
    </w:p>
    <w:p>
      <w:pPr>
        <w:spacing w:before="0" w:after="80" w:line="300" w:lineRule="auto"/>
        <w:jc w:val="left"/>
      </w:pPr>
      <w:r>
        <w:rPr>
          <w:rFonts w:ascii="Times New Roman" w:hAnsi="Times New Roman" w:eastAsia="宋体"/>
          <w:b w:val="0"/>
          <w:i w:val="0"/>
          <w:sz w:val="21"/>
        </w:rPr>
        <w:t>= 44° + 56° = 100°。</w:t>
      </w:r>
    </w:p>
    <w:p>
      <w:pPr>
        <w:spacing w:before="0" w:after="80" w:line="300" w:lineRule="auto"/>
        <w:jc w:val="left"/>
      </w:pPr>
      <w:r>
        <w:rPr>
          <w:rFonts w:ascii="Times New Roman" w:hAnsi="Times New Roman" w:eastAsia="宋体"/>
          <w:b w:val="0"/>
          <w:i w:val="0"/>
          <w:sz w:val="21"/>
        </w:rPr>
        <w:t>因此直线 MN 和 PA 所成锐角为 180° - 100° = 80°。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Extend PN through N to Q with PN = NQ. Since N is the midpoint of UG and of PQ, the quadrilateral UPGQ is a parallelogram, so GQ ∥ PT and GQ = PU = 1 = AG. Then ∠ QGA = 180° - ∠ T = ∠ P + ∠ A = 36° + 56° = 92°, and the isosceles triangle QGA gives ∠ QAG = 1/2(180° - 92°) = 44°.</w:t>
      </w:r>
    </w:p>
    <w:p>
      <w:pPr>
        <w:spacing w:before="0" w:after="80" w:line="300" w:lineRule="auto"/>
        <w:jc w:val="left"/>
      </w:pPr>
      <w:r>
        <w:rPr>
          <w:rFonts w:ascii="Times New Roman" w:hAnsi="Times New Roman" w:eastAsia="宋体"/>
          <w:b w:val="0"/>
          <w:i w:val="0"/>
          <w:color w:val="333333"/>
          <w:sz w:val="19"/>
        </w:rPr>
        <w:t>Because M, N are midpoints, MN is a midline of △ QPA, so MN ∥ AQ and</w:t>
      </w:r>
    </w:p>
    <w:p>
      <w:pPr>
        <w:spacing w:before="0" w:after="80" w:line="300" w:lineRule="auto"/>
        <w:jc w:val="left"/>
      </w:pPr>
      <w:r>
        <w:rPr>
          <w:rFonts w:ascii="Times New Roman" w:hAnsi="Times New Roman" w:eastAsia="宋体"/>
          <w:b w:val="0"/>
          <w:i w:val="0"/>
          <w:color w:val="333333"/>
          <w:sz w:val="19"/>
        </w:rPr>
        <w:t>∠ NMP = ∠ QAP</w:t>
      </w:r>
    </w:p>
    <w:p>
      <w:pPr>
        <w:spacing w:before="0" w:after="80" w:line="300" w:lineRule="auto"/>
        <w:jc w:val="left"/>
      </w:pPr>
      <w:r>
        <w:rPr>
          <w:rFonts w:ascii="Times New Roman" w:hAnsi="Times New Roman" w:eastAsia="宋体"/>
          <w:b w:val="0"/>
          <w:i w:val="0"/>
          <w:color w:val="333333"/>
          <w:sz w:val="19"/>
        </w:rPr>
        <w:t>= ∠ QAG + ∠ GAP</w:t>
      </w:r>
    </w:p>
    <w:p>
      <w:pPr>
        <w:spacing w:before="0" w:after="80" w:line="300" w:lineRule="auto"/>
        <w:jc w:val="left"/>
      </w:pPr>
      <w:r>
        <w:rPr>
          <w:rFonts w:ascii="Times New Roman" w:hAnsi="Times New Roman" w:eastAsia="宋体"/>
          <w:b w:val="0"/>
          <w:i w:val="0"/>
          <w:color w:val="333333"/>
          <w:sz w:val="19"/>
        </w:rPr>
        <w:t>= 44° + 56° = 100°.</w:t>
      </w:r>
    </w:p>
    <w:p>
      <w:pPr>
        <w:spacing w:before="0" w:after="80" w:line="300" w:lineRule="auto"/>
        <w:jc w:val="left"/>
      </w:pPr>
      <w:r>
        <w:rPr>
          <w:rFonts w:ascii="Times New Roman" w:hAnsi="Times New Roman" w:eastAsia="宋体"/>
          <w:b w:val="0"/>
          <w:i w:val="0"/>
          <w:color w:val="333333"/>
          <w:sz w:val="19"/>
        </w:rPr>
        <w:t>The acute angle between line MN and PA is therefore 180° - 100° = 80°.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若 c ≤ 1/2，Carol 一定小于 Bob，所以她只有在 Alice 小于 c 时获胜，概率为 c ≤ 1/2。若 c ≥ 2/3，她获胜的概率为 1 - c ≤ 1/3。这两种情况都不超过 1/2。</w:t>
      </w:r>
    </w:p>
    <w:p>
      <w:pPr>
        <w:spacing w:before="0" w:after="80" w:line="300" w:lineRule="auto"/>
        <w:jc w:val="left"/>
      </w:pPr>
      <w:r>
        <w:rPr>
          <w:rFonts w:ascii="Times New Roman" w:hAnsi="Times New Roman" w:eastAsia="宋体"/>
          <w:b w:val="0"/>
          <w:i w:val="0"/>
          <w:sz w:val="21"/>
        </w:rPr>
        <w:t>对于 1/2 &lt; c &lt; 2/3，Bob 的数大于 c 的概率是 (2/3 - c)/(2/3 - 1/2) = 4 - 6c，所以 Carol 大于 Alice 且小于 Bob 的概率是 c(4 - 6c)；反向排序的概率是 (1 - c)(6c - 3)。相加得</w:t>
      </w:r>
    </w:p>
    <w:p>
      <w:pPr>
        <w:spacing w:before="0" w:after="80" w:line="300" w:lineRule="auto"/>
        <w:jc w:val="left"/>
      </w:pPr>
      <w:r>
        <w:rPr>
          <w:rFonts w:ascii="Times New Roman" w:hAnsi="Times New Roman" w:eastAsia="宋体"/>
          <w:b w:val="0"/>
          <w:i w:val="0"/>
          <w:sz w:val="21"/>
        </w:rPr>
        <w:t>c(4 - 6c) + (1 - c)(6c - 3)</w:t>
      </w:r>
    </w:p>
    <w:p>
      <w:pPr>
        <w:spacing w:before="0" w:after="80" w:line="300" w:lineRule="auto"/>
        <w:jc w:val="left"/>
      </w:pPr>
      <w:r>
        <w:rPr>
          <w:rFonts w:ascii="Times New Roman" w:hAnsi="Times New Roman" w:eastAsia="宋体"/>
          <w:b w:val="0"/>
          <w:i w:val="0"/>
          <w:sz w:val="21"/>
        </w:rPr>
        <w:t>= -12c² + 13c - 3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这个开口向下的抛物线在 c = 13/24 处取到最大值，该点位于 (1/2, 2/3) 内，且最大值超过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c ≤ 1/2, Carol beats Bob automatically, so she wins only if Alice is below c, probability c ≤ 1/2. If c ≥ 2/3, she wins with probability 1 - c ≤ 1/3. Neither case exceeds 1/2.</w:t>
      </w:r>
    </w:p>
    <w:p>
      <w:pPr>
        <w:spacing w:before="0" w:after="80" w:line="300" w:lineRule="auto"/>
        <w:jc w:val="left"/>
      </w:pPr>
      <w:r>
        <w:rPr>
          <w:rFonts w:ascii="Times New Roman" w:hAnsi="Times New Roman" w:eastAsia="宋体"/>
          <w:b w:val="0"/>
          <w:i w:val="0"/>
          <w:color w:val="333333"/>
          <w:sz w:val="19"/>
        </w:rPr>
        <w:t>For 1/2 &lt; c &lt; 2/3, the chance Bob’s number exceeds c is (2/3 - c)/(2/3 - 1/2) = 4 - 6c, so the probability Carol is above Alice and below Bob is c(4 - 6c); the reverse ordering has probability (1 - c)(6c - 3). Adding,</w:t>
      </w:r>
    </w:p>
    <w:p>
      <w:pPr>
        <w:spacing w:before="0" w:after="80" w:line="300" w:lineRule="auto"/>
        <w:jc w:val="left"/>
      </w:pPr>
      <w:r>
        <w:rPr>
          <w:rFonts w:ascii="Times New Roman" w:hAnsi="Times New Roman" w:eastAsia="宋体"/>
          <w:b w:val="0"/>
          <w:i w:val="0"/>
          <w:color w:val="333333"/>
          <w:sz w:val="19"/>
        </w:rPr>
        <w:t>c(4 - 6c) + (1 - c)(6c - 3)</w:t>
      </w:r>
    </w:p>
    <w:p>
      <w:pPr>
        <w:spacing w:before="0" w:after="80" w:line="300" w:lineRule="auto"/>
        <w:jc w:val="left"/>
      </w:pPr>
      <w:r>
        <w:rPr>
          <w:rFonts w:ascii="Times New Roman" w:hAnsi="Times New Roman" w:eastAsia="宋体"/>
          <w:b w:val="0"/>
          <w:i w:val="0"/>
          <w:color w:val="333333"/>
          <w:sz w:val="19"/>
        </w:rPr>
        <w:t>= -12c² + 13c - 3.</w:t>
      </w:r>
    </w:p>
    <w:p>
      <w:pPr>
        <w:spacing w:before="0" w:after="80" w:line="300" w:lineRule="auto"/>
        <w:jc w:val="left"/>
      </w:pPr>
      <w:r>
        <w:rPr>
          <w:rFonts w:ascii="Times New Roman" w:hAnsi="Times New Roman" w:eastAsia="宋体"/>
          <w:b w:val="0"/>
          <w:i w:val="0"/>
          <w:color w:val="333333"/>
          <w:sz w:val="19"/>
        </w:rPr>
        <w:t>This downward parabola is maximized at c = 13/24, which lies in (1/2, 2/3), and its value exceeds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D</w:t>
      </w:r>
    </w:p>
    <w:p>
      <w:pPr>
        <w:spacing w:before="0" w:after="80" w:line="300" w:lineRule="auto"/>
        <w:jc w:val="left"/>
      </w:pPr>
      <w:r>
        <w:rPr>
          <w:rFonts w:ascii="Times New Roman" w:hAnsi="Times New Roman" w:eastAsia="宋体"/>
          <w:b w:val="0"/>
          <w:i w:val="0"/>
          <w:sz w:val="21"/>
        </w:rPr>
        <w:t>利用 Aₙ = a · (10ⁿ - 1)/9、Bₙ = b · (10ⁿ - 1)/9 以及 Cₙ = c · (10²ⁿ - 1)/9，方程 Cₙ - Bₙ = Aₙ² 在除以 10ⁿ - 1 并清分母后变为</w:t>
      </w:r>
    </w:p>
    <w:p>
      <w:pPr>
        <w:spacing w:before="0" w:after="80" w:line="300" w:lineRule="auto"/>
        <w:jc w:val="left"/>
      </w:pPr>
      <w:r>
        <w:rPr>
          <w:rFonts w:ascii="Times New Roman" w:hAnsi="Times New Roman" w:eastAsia="宋体"/>
          <w:b w:val="0"/>
          <w:i w:val="0"/>
          <w:sz w:val="21"/>
        </w:rPr>
        <w:t>(9c - a²) · 10ⁿ = 9b - 9c - a²。</w:t>
      </w:r>
    </w:p>
    <w:p>
      <w:pPr>
        <w:spacing w:before="0" w:after="80" w:line="300" w:lineRule="auto"/>
        <w:jc w:val="left"/>
      </w:pPr>
      <w:r>
        <w:rPr>
          <w:rFonts w:ascii="Times New Roman" w:hAnsi="Times New Roman" w:eastAsia="宋体"/>
          <w:b w:val="0"/>
          <w:i w:val="0"/>
          <w:sz w:val="21"/>
        </w:rPr>
        <w:t>若它要对两个不同的 n 成立，则 10ⁿ 的系数必须为零，所以 9c = a²，进而 9b - 9c - a² = 0。</w:t>
      </w:r>
    </w:p>
    <w:p>
      <w:pPr>
        <w:spacing w:before="0" w:after="80" w:line="300" w:lineRule="auto"/>
        <w:jc w:val="left"/>
      </w:pPr>
      <w:r>
        <w:rPr>
          <w:rFonts w:ascii="Times New Roman" w:hAnsi="Times New Roman" w:eastAsia="宋体"/>
          <w:b w:val="0"/>
          <w:i w:val="0"/>
          <w:sz w:val="21"/>
        </w:rPr>
        <w:t>于是 c = a²/9 且 b = 2c。 因此 a ∈ {3, 6, 9}，对应 c ∈ {1, 4, 9} 和 b ∈ {2, 8, 18}； 情况 b = 18 不是一个数字。有效三元组为 (a, b, c) = (3, 2, 1) 和 (6, 8, 4)， 而且确实有 4444 - 88 = 4356 = 66²。 较大的数字和为 6 + 8 + 4 = 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Aₙ = a · (10ⁿ - 1)/9, Bₙ = b · (10ⁿ - 1)/9, and Cₙ = c · (10²ⁿ - 1)/9, the equation Cₙ - Bₙ = Aₙ² becomes, after dividing by 10ⁿ - 1 and clearing fractions,</w:t>
      </w:r>
    </w:p>
    <w:p>
      <w:pPr>
        <w:spacing w:before="0" w:after="80" w:line="300" w:lineRule="auto"/>
        <w:jc w:val="left"/>
      </w:pPr>
      <w:r>
        <w:rPr>
          <w:rFonts w:ascii="Times New Roman" w:hAnsi="Times New Roman" w:eastAsia="宋体"/>
          <w:b w:val="0"/>
          <w:i w:val="0"/>
          <w:color w:val="333333"/>
          <w:sz w:val="19"/>
        </w:rPr>
        <w:t>(9c - a²) · 10ⁿ = 9b - 9c - a².</w:t>
      </w:r>
    </w:p>
    <w:p>
      <w:pPr>
        <w:spacing w:before="0" w:after="80" w:line="300" w:lineRule="auto"/>
        <w:jc w:val="left"/>
      </w:pPr>
      <w:r>
        <w:rPr>
          <w:rFonts w:ascii="Times New Roman" w:hAnsi="Times New Roman" w:eastAsia="宋体"/>
          <w:b w:val="0"/>
          <w:i w:val="0"/>
          <w:color w:val="333333"/>
          <w:sz w:val="19"/>
        </w:rPr>
        <w:t>For this to hold at two different n, the coefficient of 10ⁿ must be zero, so 9c = a² and hence 9b - 9c - a² = 0.</w:t>
      </w:r>
    </w:p>
    <w:p>
      <w:pPr>
        <w:spacing w:before="0" w:after="80" w:line="300" w:lineRule="auto"/>
        <w:jc w:val="left"/>
      </w:pPr>
      <w:r>
        <w:rPr>
          <w:rFonts w:ascii="Times New Roman" w:hAnsi="Times New Roman" w:eastAsia="宋体"/>
          <w:b w:val="0"/>
          <w:i w:val="0"/>
          <w:color w:val="333333"/>
          <w:sz w:val="19"/>
        </w:rPr>
        <w:t>Then c = a²/9 and b = 2c. So a ∈ {3, 6, 9} with c ∈ {1, 4, 9} and b ∈ {2, 8, 18}; the case b = 18 is not a digit. The valid triples are (a, b, c) = (3, 2, 1) and (6, 8, 4), and indeed 4444 - 88 = 4356 = 66². The greater digit sum is 6 + 8 + 4 = 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