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2017B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Kymbrea 的漫画书收藏目前有 30 本漫画书，并且她每月增加 2 本。LaShawn 的收藏目前有 10 本漫画书，并且他每月增加 6 本。多少个月后，LaShawn 收藏的漫画书数量会是 Kymbrea 的两倍？</w:t>
      </w:r>
    </w:p>
    <w:p>
      <w:pPr>
        <w:spacing w:before="0" w:after="120" w:line="300" w:lineRule="auto"/>
      </w:pPr>
      <w:r>
        <w:rPr>
          <w:rFonts w:ascii="Times New Roman" w:hAnsi="Times New Roman" w:eastAsia="宋体"/>
          <w:b w:val="0"/>
          <w:i w:val="0"/>
          <w:sz w:val="21"/>
        </w:rPr>
        <w:t>（A）1　　（B）4　　（C）5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Kymbrea’s comic book collection currently has 30 comic books in it, and she is adding to her collection at the rate of 2 comic books per month. LaShawn’s collection currently has 10 comic books in it, and he is adding to his collection at the rate of 6 comic books per month. After how many months will LaShawn’s collection have twice as many comic books as Kymbrea’s?</w:t>
      </w:r>
    </w:p>
    <w:p>
      <w:pPr>
        <w:spacing w:before="0" w:after="160" w:line="300" w:lineRule="auto"/>
      </w:pPr>
      <w:r>
        <w:rPr>
          <w:rFonts w:ascii="Times New Roman" w:hAnsi="Times New Roman" w:eastAsia="宋体"/>
          <w:b w:val="0"/>
          <w:i w:val="0"/>
          <w:color w:val="333333"/>
          <w:sz w:val="19"/>
        </w:rPr>
        <w:t>(A) 1　　(B) 4　　(C) 5　　(D) 20　　(E) 25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实数 x、y 和 z 满足不等式</w:t>
      </w:r>
    </w:p>
    <w:p>
      <w:pPr>
        <w:spacing w:before="0" w:after="80" w:line="300" w:lineRule="auto"/>
        <w:jc w:val="left"/>
      </w:pPr>
      <w:r>
        <w:rPr>
          <w:rFonts w:ascii="Times New Roman" w:hAnsi="Times New Roman" w:eastAsia="宋体"/>
          <w:b w:val="0"/>
          <w:i w:val="0"/>
          <w:sz w:val="21"/>
        </w:rPr>
        <w:t>0 &lt; x &lt; 1, -1 &lt; y &lt; 0，</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1 &lt; z &lt; 2。</w:t>
      </w:r>
    </w:p>
    <w:p>
      <w:pPr>
        <w:spacing w:before="0" w:after="80" w:line="300" w:lineRule="auto"/>
        <w:jc w:val="left"/>
      </w:pPr>
      <w:r>
        <w:rPr>
          <w:rFonts w:ascii="Times New Roman" w:hAnsi="Times New Roman" w:eastAsia="宋体"/>
          <w:b w:val="0"/>
          <w:i w:val="0"/>
          <w:sz w:val="21"/>
        </w:rPr>
        <w:t>下列哪个数一定为正？</w:t>
      </w:r>
    </w:p>
    <w:p>
      <w:pPr>
        <w:spacing w:before="0" w:after="120" w:line="300" w:lineRule="auto"/>
      </w:pPr>
      <w:r>
        <w:rPr>
          <w:rFonts w:ascii="Times New Roman" w:hAnsi="Times New Roman" w:eastAsia="宋体"/>
          <w:b w:val="0"/>
          <w:i w:val="0"/>
          <w:sz w:val="21"/>
        </w:rPr>
        <w:t>（A）y + x²　　（B）y + xz　　（C）y + y²　　（D）y + 2y²　　（E）y + z</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x, y, and z satisfy the inequalities</w:t>
      </w:r>
    </w:p>
    <w:p>
      <w:pPr>
        <w:spacing w:before="0" w:after="80" w:line="300" w:lineRule="auto"/>
        <w:jc w:val="left"/>
      </w:pPr>
      <w:r>
        <w:rPr>
          <w:rFonts w:ascii="Times New Roman" w:hAnsi="Times New Roman" w:eastAsia="宋体"/>
          <w:b w:val="0"/>
          <w:i w:val="0"/>
          <w:color w:val="333333"/>
          <w:sz w:val="19"/>
        </w:rPr>
        <w:t>0 &lt; x &lt; 1, -1 &lt; y &lt; 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1 &lt; z &lt; 2.</w:t>
      </w:r>
    </w:p>
    <w:p>
      <w:pPr>
        <w:spacing w:before="0" w:after="80" w:line="300" w:lineRule="auto"/>
        <w:jc w:val="left"/>
      </w:pPr>
      <w:r>
        <w:rPr>
          <w:rFonts w:ascii="Times New Roman" w:hAnsi="Times New Roman" w:eastAsia="宋体"/>
          <w:b w:val="0"/>
          <w:i w:val="0"/>
          <w:color w:val="333333"/>
          <w:sz w:val="19"/>
        </w:rPr>
        <w:t>Which of the following numbers is necessarily positive?</w:t>
      </w:r>
    </w:p>
    <w:p>
      <w:pPr>
        <w:spacing w:before="0" w:after="160" w:line="300" w:lineRule="auto"/>
      </w:pPr>
      <w:r>
        <w:rPr>
          <w:rFonts w:ascii="Times New Roman" w:hAnsi="Times New Roman" w:eastAsia="宋体"/>
          <w:b w:val="0"/>
          <w:i w:val="0"/>
          <w:color w:val="333333"/>
          <w:sz w:val="19"/>
        </w:rPr>
        <w:t>(A) y + x²　　(B) y + xz　　(C) y + y²　　(D) y + 2y²　　(E) y + z</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假设 x 和 y 是非零实数，且满足</w:t>
      </w:r>
    </w:p>
    <w:p>
      <w:pPr>
        <w:spacing w:before="0" w:after="80" w:line="300" w:lineRule="auto"/>
        <w:jc w:val="left"/>
      </w:pPr>
      <w:r>
        <w:rPr>
          <w:rFonts w:ascii="Times New Roman" w:hAnsi="Times New Roman" w:eastAsia="宋体"/>
          <w:b w:val="0"/>
          <w:i w:val="0"/>
          <w:sz w:val="21"/>
        </w:rPr>
        <w:t>(3x + y)/(x - 3y) = -2。</w:t>
      </w:r>
    </w:p>
    <w:p>
      <w:pPr>
        <w:spacing w:before="0" w:after="80" w:line="300" w:lineRule="auto"/>
        <w:jc w:val="left"/>
      </w:pPr>
      <w:r>
        <w:rPr>
          <w:rFonts w:ascii="Times New Roman" w:hAnsi="Times New Roman" w:eastAsia="宋体"/>
          <w:b w:val="0"/>
          <w:i w:val="0"/>
          <w:sz w:val="21"/>
        </w:rPr>
        <w:t>下式的值是多少</w:t>
      </w:r>
    </w:p>
    <w:p>
      <w:pPr>
        <w:spacing w:before="0" w:after="80" w:line="300" w:lineRule="auto"/>
        <w:jc w:val="left"/>
      </w:pPr>
      <w:r>
        <w:rPr>
          <w:rFonts w:ascii="Times New Roman" w:hAnsi="Times New Roman" w:eastAsia="宋体"/>
          <w:b w:val="0"/>
          <w:i w:val="0"/>
          <w:sz w:val="21"/>
        </w:rPr>
        <w:t>(x + 3y)/(3x - y)？</w:t>
      </w:r>
    </w:p>
    <w:p>
      <w:pPr>
        <w:spacing w:before="0" w:after="120" w:line="300" w:lineRule="auto"/>
      </w:pPr>
      <w:r>
        <w:rPr>
          <w:rFonts w:ascii="Times New Roman" w:hAnsi="Times New Roman" w:eastAsia="宋体"/>
          <w:b w:val="0"/>
          <w:i w:val="0"/>
          <w:sz w:val="21"/>
        </w:rPr>
        <w:t>（A）-3　　（B）-1　　（C）1　　（D）2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x and y are nonzero real numbers such that</w:t>
      </w:r>
    </w:p>
    <w:p>
      <w:pPr>
        <w:spacing w:before="0" w:after="80" w:line="300" w:lineRule="auto"/>
        <w:jc w:val="left"/>
      </w:pPr>
      <w:r>
        <w:rPr>
          <w:rFonts w:ascii="Times New Roman" w:hAnsi="Times New Roman" w:eastAsia="宋体"/>
          <w:b w:val="0"/>
          <w:i w:val="0"/>
          <w:color w:val="333333"/>
          <w:sz w:val="19"/>
        </w:rPr>
        <w:t>(3x + y)/(x - 3y) = -2.</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(x + 3y)/(3x - y)?</w:t>
      </w:r>
    </w:p>
    <w:p>
      <w:pPr>
        <w:spacing w:before="0" w:after="160" w:line="300" w:lineRule="auto"/>
      </w:pPr>
      <w:r>
        <w:rPr>
          <w:rFonts w:ascii="Times New Roman" w:hAnsi="Times New Roman" w:eastAsia="宋体"/>
          <w:b w:val="0"/>
          <w:i w:val="0"/>
          <w:color w:val="333333"/>
          <w:sz w:val="19"/>
        </w:rPr>
        <w:t>(A) -3　　(B) -1　　(C) 1　　(D) 2　　(E) 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Samia 骑自行车出发去拜访朋友，平均速度为每小时 17 千米。当她骑完到朋友家一半的距离时，车胎漏气了，于是她以每小时 5 千米的速度步行剩下的路程。她总共花了 44 分钟到达朋友家。以千米为单位并四舍五入到小数点后一位，Samia 步行了多远？</w:t>
      </w:r>
    </w:p>
    <w:p>
      <w:pPr>
        <w:spacing w:before="0" w:after="120" w:line="300" w:lineRule="auto"/>
      </w:pPr>
      <w:r>
        <w:rPr>
          <w:rFonts w:ascii="Times New Roman" w:hAnsi="Times New Roman" w:eastAsia="宋体"/>
          <w:b w:val="0"/>
          <w:i w:val="0"/>
          <w:sz w:val="21"/>
        </w:rPr>
        <w:t>（A）2.0　　（B）2.2　　（C）2.8　　（D）3.4　　（E）4.4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Samia set off on her bicycle to visit her friend, traveling at an average speed of 17 kilometers per hour. When she had gone half the distance to her friend’s house, a tire went flat, and she walked the rest of the way at 5 kilometers per hour. In all it took her 44 minutes to reach her friend’s house. In kilometers rounded to the nearest tenth, how far did Samia walk?</w:t>
      </w:r>
    </w:p>
    <w:p>
      <w:pPr>
        <w:spacing w:before="0" w:after="160" w:line="300" w:lineRule="auto"/>
      </w:pPr>
      <w:r>
        <w:rPr>
          <w:rFonts w:ascii="Times New Roman" w:hAnsi="Times New Roman" w:eastAsia="宋体"/>
          <w:b w:val="0"/>
          <w:i w:val="0"/>
          <w:color w:val="333333"/>
          <w:sz w:val="19"/>
        </w:rPr>
        <w:t>(A) 2.0　　(B) 2.2　　(C) 2.8　　(D) 3.4　　(E) 4.4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数据集 [6, 19, 33, 33, 39, 41, 41, 43, 51, 57] 的中位数为 Q₂ = 40，第一四分位数为 Q₁ = 33，第三四分位数为 Q₃ = 43。数据集中的异常值是指比第一四分位数 (Q₁) 低超过四分位距的 1.5 倍，或比第三四分位数 (Q₃) 高超过四分位距的 1.5 倍的值，其中四分位距定义为 Q₃ - Q₁。这个数据集中有多少个异常值？</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data set [6, 19, 33, 33, 39, 41, 41, 43, 51, 57] has median Q₂ = 40, first quartile Q₁ = 33, and third quartile Q₃ = 43. An outlier in a data set is a value that is more than 1.5 times the interquartile range below the first quartile (Q₁) or more than 1.5 times the interquartile range above the third quartile (Q₃), where the interquartile range is defined as Q₃ - Q₁. How many outliers does this data set have?</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以 (0, 0) 和 (8, 6) 为直径端点的圆与 x-轴相交于另一个点。这个点的 x-坐标是多少？</w:t>
      </w:r>
    </w:p>
    <w:p>
      <w:pPr>
        <w:spacing w:before="0" w:after="120" w:line="300" w:lineRule="auto"/>
      </w:pPr>
      <w:r>
        <w:rPr>
          <w:rFonts w:ascii="Times New Roman" w:hAnsi="Times New Roman" w:eastAsia="宋体"/>
          <w:b w:val="0"/>
          <w:i w:val="0"/>
          <w:sz w:val="21"/>
        </w:rPr>
        <w:t>（A）4√(2)　　（B）6　　（C）5√(2)　　（D）8　　（E）6√(2)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having (0, 0) and (8, 6) as the endpoints of a diameter intersects the x-axis at a second point. What is the x-coordinate of this point?</w:t>
      </w:r>
    </w:p>
    <w:p>
      <w:pPr>
        <w:spacing w:before="0" w:after="160" w:line="300" w:lineRule="auto"/>
      </w:pPr>
      <w:r>
        <w:rPr>
          <w:rFonts w:ascii="Times New Roman" w:hAnsi="Times New Roman" w:eastAsia="宋体"/>
          <w:b w:val="0"/>
          <w:i w:val="0"/>
          <w:color w:val="333333"/>
          <w:sz w:val="19"/>
        </w:rPr>
        <w:t>(A) 4√(2)　　(B) 6　　(C) 5√(2)　　(D) 8　　(E) 6√(2)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函数 sin(x) 和 cos(x) 都是周期函数，最小正周期为 2π。函数 cos(sin(x)) 的最小正周期是多少？</w:t>
      </w:r>
    </w:p>
    <w:p>
      <w:pPr>
        <w:spacing w:before="0" w:after="120" w:line="300" w:lineRule="auto"/>
      </w:pPr>
      <w:r>
        <w:rPr>
          <w:rFonts w:ascii="Times New Roman" w:hAnsi="Times New Roman" w:eastAsia="宋体"/>
          <w:b w:val="0"/>
          <w:i w:val="0"/>
          <w:sz w:val="21"/>
        </w:rPr>
        <w:t>（A）π/2　　（B）π　　（C）2π　　（D）4π　　（E）它不是周期函数。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functions sin(x) and cos(x) are periodic with least period 2π. What is the least period of the function cos(sin(x))?</w:t>
      </w:r>
    </w:p>
    <w:p>
      <w:pPr>
        <w:spacing w:before="0" w:after="160" w:line="300" w:lineRule="auto"/>
      </w:pPr>
      <w:r>
        <w:rPr>
          <w:rFonts w:ascii="Times New Roman" w:hAnsi="Times New Roman" w:eastAsia="宋体"/>
          <w:b w:val="0"/>
          <w:i w:val="0"/>
          <w:color w:val="333333"/>
          <w:sz w:val="19"/>
        </w:rPr>
        <w:t>(A) π/2　　(B) π　　(C) 2π　　(D) 4π　　(E) It’s not periodic.</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某个长方形的短边与长边之比，等于长边与对角线之比。这个长方形的短边与长边之比的平方是多少？</w:t>
      </w:r>
    </w:p>
    <w:p>
      <w:pPr>
        <w:spacing w:before="0" w:after="120" w:line="300" w:lineRule="auto"/>
      </w:pPr>
      <w:r>
        <w:rPr>
          <w:rFonts w:ascii="Times New Roman" w:hAnsi="Times New Roman" w:eastAsia="宋体"/>
          <w:b w:val="0"/>
          <w:i w:val="0"/>
          <w:sz w:val="21"/>
        </w:rPr>
        <w:t>（A）(√(3) - 1)/2　　（B）1/2　　（C）(√(5) - 1)/2　　（D）(√(2))/2　　（E）(√(6) - 1)/2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the short side of a certain rectangle to the long side is equal to the ratio of the long side to the diagonal. What is the square of the ratio of the short side to the long side of this rectangle?</w:t>
      </w:r>
    </w:p>
    <w:p>
      <w:pPr>
        <w:spacing w:before="0" w:after="160" w:line="300" w:lineRule="auto"/>
      </w:pPr>
      <w:r>
        <w:rPr>
          <w:rFonts w:ascii="Times New Roman" w:hAnsi="Times New Roman" w:eastAsia="宋体"/>
          <w:b w:val="0"/>
          <w:i w:val="0"/>
          <w:color w:val="333333"/>
          <w:sz w:val="19"/>
        </w:rPr>
        <w:t>(A) (√(3) - 1)/2　　(B) 1/2　　(C) (√(5) - 1)/2　　(D) (√(2))/2　　(E) (√(6) - 1)/2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一个圆的圆心为 (-10, -4)，半径为 13。另一个圆的圆心为 (3, 9)，半径为 √(65)。经过这两个圆交点的直线方程为 x + y = c。c 是多少？</w:t>
      </w:r>
    </w:p>
    <w:p>
      <w:pPr>
        <w:spacing w:before="0" w:after="120" w:line="300" w:lineRule="auto"/>
      </w:pPr>
      <w:r>
        <w:rPr>
          <w:rFonts w:ascii="Times New Roman" w:hAnsi="Times New Roman" w:eastAsia="宋体"/>
          <w:b w:val="0"/>
          <w:i w:val="0"/>
          <w:sz w:val="21"/>
        </w:rPr>
        <w:t>（A）3　　（B）3√(3)　　（C）4√(2)　　（D）6　　（E）13/2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has center (-10, -4) and radius 13. Another circle has center (3, 9) and radius √(65). The line passing through the two points of intersection of the two circles has equation x + y = c. What is c?</w:t>
      </w:r>
    </w:p>
    <w:p>
      <w:pPr>
        <w:spacing w:before="0" w:after="160" w:line="300" w:lineRule="auto"/>
      </w:pPr>
      <w:r>
        <w:rPr>
          <w:rFonts w:ascii="Times New Roman" w:hAnsi="Times New Roman" w:eastAsia="宋体"/>
          <w:b w:val="0"/>
          <w:i w:val="0"/>
          <w:color w:val="333333"/>
          <w:sz w:val="19"/>
        </w:rPr>
        <w:t>(A) 3　　(B) 3√(3)　　(C) 4√(2)　　(D) 6　　(E) 13/2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 Typico 高中，60% 的学生喜欢跳舞，其余学生不喜欢。在喜欢跳舞的学生中，80% 说自己喜欢跳舞，其余说自己不喜欢。在不喜欢跳舞的学生中，90% 说自己不喜欢跳舞，其余说自己喜欢。在所有说自己不喜欢跳舞的学生中，实际喜欢跳舞的学生占多少比例？</w:t>
      </w:r>
    </w:p>
    <w:p>
      <w:pPr>
        <w:spacing w:before="0" w:after="120" w:line="300" w:lineRule="auto"/>
      </w:pPr>
      <w:r>
        <w:rPr>
          <w:rFonts w:ascii="Times New Roman" w:hAnsi="Times New Roman" w:eastAsia="宋体"/>
          <w:b w:val="0"/>
          <w:i w:val="0"/>
          <w:sz w:val="21"/>
        </w:rPr>
        <w:t>（A）10%　　（B）12%　　（C）20%　　（D）25%　　（E）331/3%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Typico High School, 60% of the students like dancing, and the rest dislike it. Of those who like dancing, 80% say that they like it, and the rest say that they dislike it. Of those who dislike dancing, 90% say that they dislike it, and the rest say that they like it. What fraction of students who say they dislike dancing actually like it?</w:t>
      </w:r>
    </w:p>
    <w:p>
      <w:pPr>
        <w:spacing w:before="0" w:after="160" w:line="300" w:lineRule="auto"/>
      </w:pPr>
      <w:r>
        <w:rPr>
          <w:rFonts w:ascii="Times New Roman" w:hAnsi="Times New Roman" w:eastAsia="宋体"/>
          <w:b w:val="0"/>
          <w:i w:val="0"/>
          <w:color w:val="333333"/>
          <w:sz w:val="19"/>
        </w:rPr>
        <w:t>(A) 10%　　(B) 12%　　(C) 20%　　(D) 25%　　(E) 331/3%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若一个正整数是一位数，或者从左到右读它的数字时，其数字构成严格递增或严格递减的序列，就称它为</w:t>
      </w:r>
      <w:r>
        <w:rPr>
          <w:rFonts w:ascii="Times New Roman" w:hAnsi="Times New Roman" w:eastAsia="宋体"/>
          <w:b w:val="0"/>
          <w:i/>
          <w:sz w:val="21"/>
        </w:rPr>
        <w:t>单调数</w:t>
      </w:r>
      <w:r>
        <w:rPr>
          <w:rFonts w:ascii="Times New Roman" w:hAnsi="Times New Roman" w:eastAsia="宋体"/>
          <w:b w:val="0"/>
          <w:i w:val="0"/>
          <w:sz w:val="21"/>
        </w:rPr>
        <w:t>。例如，3、23578 和 987620 是单调数，但 88、7434 和 23557 不是。共有多少个单调正整数？</w:t>
      </w:r>
    </w:p>
    <w:p>
      <w:pPr>
        <w:spacing w:before="0" w:after="120" w:line="300" w:lineRule="auto"/>
      </w:pPr>
      <w:r>
        <w:rPr>
          <w:rFonts w:ascii="Times New Roman" w:hAnsi="Times New Roman" w:eastAsia="宋体"/>
          <w:b w:val="0"/>
          <w:i w:val="0"/>
          <w:sz w:val="21"/>
        </w:rPr>
        <w:t>（A）1024　　（B）1524　　（C）1533　　（D）1536　　（E）2048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positive integer</w:t>
      </w:r>
      <w:r>
        <w:rPr>
          <w:rFonts w:ascii="Times New Roman" w:hAnsi="Times New Roman" w:eastAsia="宋体"/>
          <w:b w:val="0"/>
          <w:i/>
          <w:color w:val="333333"/>
          <w:sz w:val="19"/>
        </w:rPr>
        <w:t>monotonous</w:t>
      </w:r>
      <w:r>
        <w:rPr>
          <w:rFonts w:ascii="Times New Roman" w:hAnsi="Times New Roman" w:eastAsia="宋体"/>
          <w:b w:val="0"/>
          <w:i w:val="0"/>
          <w:color w:val="333333"/>
          <w:sz w:val="19"/>
        </w:rPr>
        <w:t>if it is a one-digit number or its digits, when read from left to right, form either a strictly increasing or a strictly decreasing sequence. For example, 3, 23578, and 987620 are monotonous, but 88, 7434, and 23557 are not. How many monotonous positive integers are there?</w:t>
      </w:r>
    </w:p>
    <w:p>
      <w:pPr>
        <w:spacing w:before="0" w:after="160" w:line="300" w:lineRule="auto"/>
      </w:pPr>
      <w:r>
        <w:rPr>
          <w:rFonts w:ascii="Times New Roman" w:hAnsi="Times New Roman" w:eastAsia="宋体"/>
          <w:b w:val="0"/>
          <w:i w:val="0"/>
          <w:color w:val="333333"/>
          <w:sz w:val="19"/>
        </w:rPr>
        <w:t>(A) 1024　　(B) 1524　　(C) 1533　　(D) 1536　　(E) 2048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z¹² = 64 的所有根中，实部为正的根之和是多少？</w:t>
      </w:r>
    </w:p>
    <w:p>
      <w:pPr>
        <w:spacing w:before="0" w:after="120" w:line="300" w:lineRule="auto"/>
      </w:pPr>
      <w:r>
        <w:rPr>
          <w:rFonts w:ascii="Times New Roman" w:hAnsi="Times New Roman" w:eastAsia="宋体"/>
          <w:b w:val="0"/>
          <w:i w:val="0"/>
          <w:sz w:val="21"/>
        </w:rPr>
        <w:t>（A）2　　（B）4　　（C）2 + 2√(3)　　（D）2√(2) + √(6)　　（E）(1 + √(3)) + (1 + √(3))i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the roots of z¹² = 64 that have a positive real part?</w:t>
      </w:r>
    </w:p>
    <w:p>
      <w:pPr>
        <w:spacing w:before="0" w:after="160" w:line="300" w:lineRule="auto"/>
      </w:pPr>
      <w:r>
        <w:rPr>
          <w:rFonts w:ascii="Times New Roman" w:hAnsi="Times New Roman" w:eastAsia="宋体"/>
          <w:b w:val="0"/>
          <w:i w:val="0"/>
          <w:color w:val="333333"/>
          <w:sz w:val="19"/>
        </w:rPr>
        <w:t>(A) 2　　(B) 4　　(C) 2 + 2√(3)　　(D) 2√(2) + √(6)　　(E) (1 + √(3)) + (1 + √(3))i</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如下图所示，要把 6 个圆盘中的 3 个涂成蓝色，2 个涂成红色，1 个涂成绿色。如果两种涂色可以通过整个图形的旋转或翻折互相得到，则认为它们相同。共有多少种不同的涂色？</w:t>
      </w:r>
    </w:p>
    <w:p>
      <w:pPr>
        <w:spacing w:before="80" w:after="80"/>
        <w:jc w:val="center"/>
      </w:pPr>
      <w:r>
        <w:drawing>
          <wp:inline xmlns:a="http://schemas.openxmlformats.org/drawingml/2006/main" xmlns:pic="http://schemas.openxmlformats.org/drawingml/2006/picture">
            <wp:extent cx="832585" cy="759356"/>
            <wp:docPr id="1" name="Picture 1"/>
            <wp:cNvGraphicFramePr>
              <a:graphicFrameLocks noChangeAspect="1"/>
            </wp:cNvGraphicFramePr>
            <a:graphic>
              <a:graphicData uri="http://schemas.openxmlformats.org/drawingml/2006/picture">
                <pic:pic>
                  <pic:nvPicPr>
                    <pic:cNvPr id="0" name="q13-1@300dpi.png"/>
                    <pic:cNvPicPr/>
                  </pic:nvPicPr>
                  <pic:blipFill>
                    <a:blip r:embed="rId9"/>
                    <a:stretch>
                      <a:fillRect/>
                    </a:stretch>
                  </pic:blipFill>
                  <pic:spPr>
                    <a:xfrm>
                      <a:off x="0" y="0"/>
                      <a:ext cx="832585" cy="759356"/>
                    </a:xfrm>
                    <a:prstGeom prst="rect"/>
                  </pic:spPr>
                </pic:pic>
              </a:graphicData>
            </a:graphic>
          </wp:inline>
        </w:drawing>
      </w:r>
    </w:p>
    <w:p>
      <w:pPr>
        <w:spacing w:before="0" w:after="120" w:line="300" w:lineRule="auto"/>
      </w:pPr>
      <w:r>
        <w:rPr>
          <w:rFonts w:ascii="Times New Roman" w:hAnsi="Times New Roman" w:eastAsia="宋体"/>
          <w:b w:val="0"/>
          <w:i w:val="0"/>
          <w:sz w:val="21"/>
        </w:rPr>
        <w:t>（A）6　　（B）8　　（C）9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3 of the 6 disks are to be painted blue, 2 are to be painted red, and 1 is to be painted green. Two paintings that can be obtained from one another by a rotation or a reflection of the entire figure are considered the same. How many different paintings are possible?</w:t>
      </w:r>
    </w:p>
    <w:p>
      <w:pPr>
        <w:spacing w:before="80" w:after="80"/>
        <w:jc w:val="center"/>
      </w:pPr>
      <w:r>
        <w:drawing>
          <wp:inline xmlns:a="http://schemas.openxmlformats.org/drawingml/2006/main" xmlns:pic="http://schemas.openxmlformats.org/drawingml/2006/picture">
            <wp:extent cx="832585" cy="759356"/>
            <wp:docPr id="2" name="Picture 2"/>
            <wp:cNvGraphicFramePr>
              <a:graphicFrameLocks noChangeAspect="1"/>
            </wp:cNvGraphicFramePr>
            <a:graphic>
              <a:graphicData uri="http://schemas.openxmlformats.org/drawingml/2006/picture">
                <pic:pic>
                  <pic:nvPicPr>
                    <pic:cNvPr id="0" name="q13-1@300dpi.png"/>
                    <pic:cNvPicPr/>
                  </pic:nvPicPr>
                  <pic:blipFill>
                    <a:blip r:embed="rId9"/>
                    <a:stretch>
                      <a:fillRect/>
                    </a:stretch>
                  </pic:blipFill>
                  <pic:spPr>
                    <a:xfrm>
                      <a:off x="0" y="0"/>
                      <a:ext cx="832585" cy="7593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8　　(C) 9　　(D) 12　　(E) 15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一种冰淇淋新品由一个杯子和冰淇淋组成。杯子形状是一个高 4 英寸的直圆锥台，底部底面直径为 2 英寸，顶部底面直径为 4 英寸，杯内装满实心冰淇淋；此外上面还有一个高 4 英寸的实心冰淇淋圆锥，其底面在下方，正好是圆锥台的上底面。冰淇淋的总体积是多少立方英寸？</w:t>
      </w:r>
    </w:p>
    <w:p>
      <w:pPr>
        <w:spacing w:before="0" w:after="120" w:line="300" w:lineRule="auto"/>
      </w:pPr>
      <w:r>
        <w:rPr>
          <w:rFonts w:ascii="Times New Roman" w:hAnsi="Times New Roman" w:eastAsia="宋体"/>
          <w:b w:val="0"/>
          <w:i w:val="0"/>
          <w:sz w:val="21"/>
        </w:rPr>
        <w:t>（A）8π　　（B）28π/3　　（C）12π　　（D）14π　　（E）44π/3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ice-cream novelty item consists of a cup in the shape of a 4-inch-tall frustum of a right circular cone, with a 2-inch-diameter base at the bottom and a 4-inch-diameter base at the top, packed solid with ice cream, together with a solid cone of ice cream of height 4 inches, whose base, at the bottom, is the top base of the frustum. What is the total volume of the ice cream, in cubic inches?</w:t>
      </w:r>
    </w:p>
    <w:p>
      <w:pPr>
        <w:spacing w:before="0" w:after="160" w:line="300" w:lineRule="auto"/>
      </w:pPr>
      <w:r>
        <w:rPr>
          <w:rFonts w:ascii="Times New Roman" w:hAnsi="Times New Roman" w:eastAsia="宋体"/>
          <w:b w:val="0"/>
          <w:i w:val="0"/>
          <w:color w:val="333333"/>
          <w:sz w:val="19"/>
        </w:rPr>
        <w:t>(A) 8π　　(B) 28π/3　　(C) 12π　　(D) 14π　　(E) 44π/3</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 ABC 是等边三角形。将边 AB 从 B 向外延长到点 B'，使 BB' = 3 · AB。同样地，将边 BC 从 C 向外延长到点 C'，使 CC' = 3 · BC，并将边 CA 从 A 向外延长到点 A'，使 AA' = 3 · CA。△ A'B'C' 的面积与 △ ABC 的面积之比是多少？</w:t>
      </w:r>
    </w:p>
    <w:p>
      <w:pPr>
        <w:spacing w:before="0" w:after="120" w:line="300" w:lineRule="auto"/>
      </w:pPr>
      <w:r>
        <w:rPr>
          <w:rFonts w:ascii="Times New Roman" w:hAnsi="Times New Roman" w:eastAsia="宋体"/>
          <w:b w:val="0"/>
          <w:i w:val="0"/>
          <w:sz w:val="21"/>
        </w:rPr>
        <w:t>（A）9: 1　　（B）16: 1　　（C）25: 1　　（D）36: 1　　（E）37: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 be an equilateral triangle. Extend side AB beyond B to a point B' so that BB' = 3 · AB. Similarly, extend side BC beyond C to a point C' so that CC' = 3 · BC, and extend side CA beyond A to a point A' so that AA' = 3 · CA. What is the ratio of the area of △ A'B'C' to the area of △ ABC?</w:t>
      </w:r>
    </w:p>
    <w:p>
      <w:pPr>
        <w:spacing w:before="0" w:after="160" w:line="300" w:lineRule="auto"/>
      </w:pPr>
      <w:r>
        <w:rPr>
          <w:rFonts w:ascii="Times New Roman" w:hAnsi="Times New Roman" w:eastAsia="宋体"/>
          <w:b w:val="0"/>
          <w:i w:val="0"/>
          <w:color w:val="333333"/>
          <w:sz w:val="19"/>
        </w:rPr>
        <w:t>(A) 9: 1　　(B) 16: 1　　(C) 25: 1　　(D) 36: 1　　(E) 37: 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数 21! = 51,090,942,171,709,440,000 有超过 60,000 个正整数因数。从这些因数中随机选一个。它是奇数的概率是多少？</w:t>
      </w:r>
    </w:p>
    <w:p>
      <w:pPr>
        <w:spacing w:before="0" w:after="120" w:line="300" w:lineRule="auto"/>
      </w:pPr>
      <w:r>
        <w:rPr>
          <w:rFonts w:ascii="Times New Roman" w:hAnsi="Times New Roman" w:eastAsia="宋体"/>
          <w:b w:val="0"/>
          <w:i w:val="0"/>
          <w:sz w:val="21"/>
        </w:rPr>
        <w:t>（A）1/21　　（B）1/19　　（C）1/18　　（D）1/2　　（E）11/21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21! = 51,090,942,171,709,440,000 has over 60,000 positive integer divisors. One of them is chosen at random. What is the probability that it is odd?</w:t>
      </w:r>
    </w:p>
    <w:p>
      <w:pPr>
        <w:spacing w:before="0" w:after="160" w:line="300" w:lineRule="auto"/>
      </w:pPr>
      <w:r>
        <w:rPr>
          <w:rFonts w:ascii="Times New Roman" w:hAnsi="Times New Roman" w:eastAsia="宋体"/>
          <w:b w:val="0"/>
          <w:i w:val="0"/>
          <w:color w:val="333333"/>
          <w:sz w:val="19"/>
        </w:rPr>
        <w:t>(A) 1/21　　(B) 1/19　　(C) 1/18　　(D) 1/2　　(E) 11/21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一枚硬币有偏，且每次抛掷出现正面的概率为 2/3，出现反面的概率为 1/3。各次抛掷结果相互独立。一名玩家可以选择玩游戏 A 或游戏 B。在游戏 A 中，她抛掷硬币三次，若三次结果全相同则获胜。在游戏 B 中，她抛掷硬币四次，若第一次和第二次的结果相同且第三次和第四次的结果相同，则获胜。游戏 A 的获胜机会与游戏 B 的获胜机会相比如何？</w:t>
      </w:r>
    </w:p>
    <w:p>
      <w:pPr>
        <w:spacing w:before="0" w:after="120" w:line="300" w:lineRule="auto"/>
      </w:pPr>
      <w:r>
        <w:rPr>
          <w:rFonts w:ascii="Times New Roman" w:hAnsi="Times New Roman" w:eastAsia="宋体"/>
          <w:b w:val="0"/>
          <w:i w:val="0"/>
          <w:sz w:val="21"/>
        </w:rPr>
        <w:t>（A）游戏 A 的获胜概率比游戏 B 的获胜概率小 4/81。　　（B）游戏 A 的获胜概率比游戏 B 的获胜概率小 2/81。　　（C）两个概率相同。　　（D）游戏 A 的获胜概率比游戏 B 的获胜概率大 2/81。　　（E）游戏 A 的获胜概率比游戏 B 的获胜概率大 4/81。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coin is biased in such a way that on each toss the probability of heads is 2/3 and the probability of tails is 1/3. The outcomes of the tosses are independent. A player has the choice of playing Game A or Game B. In Game A she tosses the coin three times and wins if all three outcomes are the same. In Game B she tosses the coin four times and wins if both the outcomes of the first and second tosses are the same and the outcomes of the third and fourth tosses are the same. How do the chances of winning Game A compare to the chances of winning Game B?</w:t>
      </w:r>
    </w:p>
    <w:p>
      <w:pPr>
        <w:spacing w:before="0" w:after="160" w:line="300" w:lineRule="auto"/>
      </w:pPr>
      <w:r>
        <w:rPr>
          <w:rFonts w:ascii="Times New Roman" w:hAnsi="Times New Roman" w:eastAsia="宋体"/>
          <w:b w:val="0"/>
          <w:i w:val="0"/>
          <w:color w:val="333333"/>
          <w:sz w:val="19"/>
        </w:rPr>
        <w:t>(A) The probability of winning Game A is 4/81 less</w:t>
        <w:br/>
        <w:t>than the probability of winning Game B.　　(B) The probability of winning Game A is 2/81 less</w:t>
        <w:br/>
        <w:t>than the probability of winning Game B.　　(C) The probabilities are the same.　　(D) The probability of winning Game A is</w:t>
        <w:br/>
        <w:t>2/81 greater than the probability of winning Game</w:t>
        <w:br/>
        <w:t>B.　　(E) The probability of winning Game A is 4/81 greater</w:t>
        <w:br/>
        <w:t>than the probability of winning Game B.</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将半径为 2 的圆的直径 AB 延长到圆外一点 D，使 BD = 3。点 E 满足 ED = 5，且直线 ED 垂直于直线 AD。线段 AE 与该圆相交于位于 A 和 E 之间的一点 C。△ ABC 的面积是多少？</w:t>
      </w:r>
    </w:p>
    <w:p>
      <w:pPr>
        <w:spacing w:before="0" w:after="120" w:line="300" w:lineRule="auto"/>
      </w:pPr>
      <w:r>
        <w:rPr>
          <w:rFonts w:ascii="Times New Roman" w:hAnsi="Times New Roman" w:eastAsia="宋体"/>
          <w:b w:val="0"/>
          <w:i w:val="0"/>
          <w:sz w:val="21"/>
        </w:rPr>
        <w:t>（A）120/37　　（B）140/39　　（C）145/39　　（D）140/37　　（E）120/31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diameter AB of a circle of radius 2 is extended to a point D outside the circle so that BD = 3. Point E is chosen so that ED = 5 and line ED is perpendicular to line AD. Segment AE intersects the circle at a point C between A and E. What is the area of △ ABC?</w:t>
      </w:r>
    </w:p>
    <w:p>
      <w:pPr>
        <w:spacing w:before="0" w:after="160" w:line="300" w:lineRule="auto"/>
      </w:pPr>
      <w:r>
        <w:rPr>
          <w:rFonts w:ascii="Times New Roman" w:hAnsi="Times New Roman" w:eastAsia="宋体"/>
          <w:b w:val="0"/>
          <w:i w:val="0"/>
          <w:color w:val="333333"/>
          <w:sz w:val="19"/>
        </w:rPr>
        <w:t>(A) 120/37　　(B) 140/39　　(C) 145/39　　(D) 140/37　　(E) 120/31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N = 123456789101112…4344 是把整数 1 到 44 按顺序一个接一个写下形成的 79 位数。N 除以 45 的余数是多少？</w:t>
      </w:r>
    </w:p>
    <w:p>
      <w:pPr>
        <w:spacing w:before="0" w:after="120" w:line="300" w:lineRule="auto"/>
      </w:pPr>
      <w:r>
        <w:rPr>
          <w:rFonts w:ascii="Times New Roman" w:hAnsi="Times New Roman" w:eastAsia="宋体"/>
          <w:b w:val="0"/>
          <w:i w:val="0"/>
          <w:sz w:val="21"/>
        </w:rPr>
        <w:t>（A）1　　（B）4　　（C）9　　（D）18　　（E）44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 123456789101112…4344 be the 79-digit number that is formed by writing the integers from 1 to 44 in order, one after the other. What is the remainder when N is divided by 45?</w:t>
      </w:r>
    </w:p>
    <w:p>
      <w:pPr>
        <w:spacing w:before="0" w:after="160" w:line="300" w:lineRule="auto"/>
      </w:pPr>
      <w:r>
        <w:rPr>
          <w:rFonts w:ascii="Times New Roman" w:hAnsi="Times New Roman" w:eastAsia="宋体"/>
          <w:b w:val="0"/>
          <w:i w:val="0"/>
          <w:color w:val="333333"/>
          <w:sz w:val="19"/>
        </w:rPr>
        <w:t>(A) 1　　(B) 4　　(C) 9　　(D) 18　　(E) 44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实数 x 和 y 独立地从区间 (0, 1) 中均匀随机选取。若 ⌊ r ⌋ 表示小于或等于实数 r 的最大整数，那么 ⌊ log₂ x ⌋ = ⌊ log₂ y ⌋ 的概率是多少？</w:t>
      </w:r>
    </w:p>
    <w:p>
      <w:pPr>
        <w:spacing w:before="0" w:after="120" w:line="300" w:lineRule="auto"/>
      </w:pPr>
      <w:r>
        <w:rPr>
          <w:rFonts w:ascii="Times New Roman" w:hAnsi="Times New Roman" w:eastAsia="宋体"/>
          <w:b w:val="0"/>
          <w:i w:val="0"/>
          <w:sz w:val="21"/>
        </w:rPr>
        <w:t>（A）1/8　　（B）1/6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x and y are chosen independently and uniformly at random from the interval (0, 1). What is the probability that ⌊ log₂ x ⌋ = ⌊ log₂ y ⌋, where ⌊ r ⌋ denotes the greatest integer less than or equal to the real number r?</w:t>
      </w:r>
    </w:p>
    <w:p>
      <w:pPr>
        <w:spacing w:before="0" w:after="160" w:line="300" w:lineRule="auto"/>
      </w:pPr>
      <w:r>
        <w:rPr>
          <w:rFonts w:ascii="Times New Roman" w:hAnsi="Times New Roman" w:eastAsia="宋体"/>
          <w:b w:val="0"/>
          <w:i w:val="0"/>
          <w:color w:val="333333"/>
          <w:sz w:val="19"/>
        </w:rPr>
        <w:t>(A) 1/8　　(B) 1/6　　(C) 1/4　　(D) 1/3　　(E) 1/2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去年 Isabella 参加了 7 次数学测验，得到 7 个互不相同的分数，每个分数都是 91 到 100 之间（含端点）的整数。每次测验后，她都注意到到目前为止所有测验分数的平均数是整数。她第七次测验的分数是 95。她第六次测验的分数是多少？</w:t>
      </w:r>
    </w:p>
    <w:p>
      <w:pPr>
        <w:spacing w:before="0" w:after="120" w:line="300" w:lineRule="auto"/>
      </w:pPr>
      <w:r>
        <w:rPr>
          <w:rFonts w:ascii="Times New Roman" w:hAnsi="Times New Roman" w:eastAsia="宋体"/>
          <w:b w:val="0"/>
          <w:i w:val="0"/>
          <w:sz w:val="21"/>
        </w:rPr>
        <w:t>（A）92　　（B）94　　（C）96　　（D）98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Last year Isabella took 7 math tests and received 7 different scores, each an integer between 91 and 100, inclusive. After each test she noticed that the average of her test scores was an integer. Her score on the seventh test was 95. What was her score on the sixth test?</w:t>
      </w:r>
    </w:p>
    <w:p>
      <w:pPr>
        <w:spacing w:before="0" w:after="160" w:line="300" w:lineRule="auto"/>
      </w:pPr>
      <w:r>
        <w:rPr>
          <w:rFonts w:ascii="Times New Roman" w:hAnsi="Times New Roman" w:eastAsia="宋体"/>
          <w:b w:val="0"/>
          <w:i w:val="0"/>
          <w:color w:val="333333"/>
          <w:sz w:val="19"/>
        </w:rPr>
        <w:t>(A) 92　　(B) 94　　(C) 96　　(D) 98　　(E) 100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Abby、Bernardo、Carl 和 Debra 玩一个游戏，每个人开始时都有四枚硬币。游戏共四轮。每一轮，把四个球放入一个瓮中：一个绿色、一个红色、两个白色。玩家们依次随机抽球且不放回。抽到绿球的人给抽到红球的人一枚硬币。第四轮结束时，每位玩家都有四枚硬币的概率是多少？</w:t>
      </w:r>
    </w:p>
    <w:p>
      <w:pPr>
        <w:spacing w:before="0" w:after="120" w:line="300" w:lineRule="auto"/>
      </w:pPr>
      <w:r>
        <w:rPr>
          <w:rFonts w:ascii="Times New Roman" w:hAnsi="Times New Roman" w:eastAsia="宋体"/>
          <w:b w:val="0"/>
          <w:i w:val="0"/>
          <w:sz w:val="21"/>
        </w:rPr>
        <w:t>（A）7/576　　（B）5/192　　（C）1/36　　（D）5/144　　（E）7/48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Abby, Bernardo, Carl, and Debra play a game in which each of them starts with four coins. The game consists of four rounds. In each round, four balls are placed in an urn—one green, one red, and two white. The players each draw a ball at random without replacement. Whoever gets the green ball gives one coin to whoever gets the red ball. What is the probability that, at the end of the fourth round, each of the players has four coins?</w:t>
      </w:r>
    </w:p>
    <w:p>
      <w:pPr>
        <w:spacing w:before="0" w:after="160" w:line="300" w:lineRule="auto"/>
      </w:pPr>
      <w:r>
        <w:rPr>
          <w:rFonts w:ascii="Times New Roman" w:hAnsi="Times New Roman" w:eastAsia="宋体"/>
          <w:b w:val="0"/>
          <w:i w:val="0"/>
          <w:color w:val="333333"/>
          <w:sz w:val="19"/>
        </w:rPr>
        <w:t>(A) 7/576　　(B) 5/192　　(C) 1/36　　(D) 5/144　　(E) 7/48</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 y = f(x) 的图像中，f(x) 是一个 3 次多项式，且图像包含点 A(2, 4)、B(3, 9) 和 C(4, 16)。直线 AB、AC 和 BC 分别再次与图像相交于点 D、E 和 F。若 D、E 和 F 的 x-坐标之和为 24，那么 f(0) 是多少？</w:t>
      </w:r>
    </w:p>
    <w:p>
      <w:pPr>
        <w:spacing w:before="0" w:after="120" w:line="300" w:lineRule="auto"/>
      </w:pPr>
      <w:r>
        <w:rPr>
          <w:rFonts w:ascii="Times New Roman" w:hAnsi="Times New Roman" w:eastAsia="宋体"/>
          <w:b w:val="0"/>
          <w:i w:val="0"/>
          <w:sz w:val="21"/>
        </w:rPr>
        <w:t>（A）-2　　（B）0　　（C）2　　（D）24/5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y = f(x), where f(x) is a polynomial of degree 3, contains points A(2, 4), B(3, 9), and C(4, 16). Lines AB, AC, and BC intersect the graph again at points D, E, and F, respectively, and the sum of the x-coordinates of D, E, and F is 24. What is f(0)?</w:t>
      </w:r>
    </w:p>
    <w:p>
      <w:pPr>
        <w:spacing w:before="0" w:after="160" w:line="300" w:lineRule="auto"/>
      </w:pPr>
      <w:r>
        <w:rPr>
          <w:rFonts w:ascii="Times New Roman" w:hAnsi="Times New Roman" w:eastAsia="宋体"/>
          <w:b w:val="0"/>
          <w:i w:val="0"/>
          <w:color w:val="333333"/>
          <w:sz w:val="19"/>
        </w:rPr>
        <w:t>(A) -2　　(B) 0　　(C) 2　　(D) 24/5　　(E) 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四边形 ABCD 在 B 和 C 处有直角，△ ABC ∼ △ BCD，且 AB &gt; BC。在 ABCD 内部有一点 E，使得 △ ABC ∼ △ CEB，并且 △ AED 的面积是 △ CEB 面积的 17 倍。AB/BC 是多少？</w:t>
      </w:r>
    </w:p>
    <w:p>
      <w:pPr>
        <w:spacing w:before="0" w:after="120" w:line="300" w:lineRule="auto"/>
      </w:pPr>
      <w:r>
        <w:rPr>
          <w:rFonts w:ascii="Times New Roman" w:hAnsi="Times New Roman" w:eastAsia="宋体"/>
          <w:b w:val="0"/>
          <w:i w:val="0"/>
          <w:sz w:val="21"/>
        </w:rPr>
        <w:t>（A）1 + √(2)　　（B）2 + √(2)　　（C）√(17)　　（D）2 + √(5)　　（E）1 + 2√(3)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has right angles at B and C, △ ABC ∼ △ BCD, and AB &gt; BC. There is a point E in the interior of ABCD such that △ ABC ∼ △ CEB and the area of △ AED is 17 times the area of △ CEB. What is AB/BC?</w:t>
      </w:r>
    </w:p>
    <w:p>
      <w:pPr>
        <w:spacing w:before="0" w:after="160" w:line="300" w:lineRule="auto"/>
      </w:pPr>
      <w:r>
        <w:rPr>
          <w:rFonts w:ascii="Times New Roman" w:hAnsi="Times New Roman" w:eastAsia="宋体"/>
          <w:b w:val="0"/>
          <w:i w:val="0"/>
          <w:color w:val="333333"/>
          <w:sz w:val="19"/>
        </w:rPr>
        <w:t>(A) 1 + √(2)　　(B) 2 + √(2)　　(C) √(17)　　(D) 2 + √(5)　　(E) 1 + 2√(3)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有 n 个人参加一个在线视频篮球锦标赛。每个人可以属于任意数量的 5 人球队，但任意两支球队不能有完全相同的 5 名成员。网站统计显示一个有趣的事实：在所有由这 n 名参赛者组成的 9 人子集中，这 9 人内完整球队数量的平均值，等于在所有由 n 名参赛者组成的 8 人子集中，这 8 人内完整球队数量平均值的倒数。满足 9 ≤ n ≤ 2017 的参赛人数 n 可以有多少个值？</w:t>
      </w:r>
    </w:p>
    <w:p>
      <w:pPr>
        <w:spacing w:before="0" w:after="120" w:line="300" w:lineRule="auto"/>
      </w:pPr>
      <w:r>
        <w:rPr>
          <w:rFonts w:ascii="Times New Roman" w:hAnsi="Times New Roman" w:eastAsia="宋体"/>
          <w:b w:val="0"/>
          <w:i w:val="0"/>
          <w:sz w:val="21"/>
        </w:rPr>
        <w:t>（A）477　　（B）482　　（C）487　　（D）557　　（E）562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n people participate in an online video basketball tournament. Each person may be a member of any number of 5-player teams, but no two teams may have exactly the same 5 members. The site statistics show a curious fact: The average, over all subsets of size 9 of the set of n participants, of the number of complete teams whose members are among those 9 people is equal to the reciprocal of the average, over all subsets of size 8 of the set of n participants, of the number of complete teams whose members are among those 8 people. How many values n, 9 ≤ n ≤ 2017, can be the number of participants?</w:t>
      </w:r>
    </w:p>
    <w:p>
      <w:pPr>
        <w:spacing w:before="0" w:after="160" w:line="300" w:lineRule="auto"/>
      </w:pPr>
      <w:r>
        <w:rPr>
          <w:rFonts w:ascii="Times New Roman" w:hAnsi="Times New Roman" w:eastAsia="宋体"/>
          <w:b w:val="0"/>
          <w:i w:val="0"/>
          <w:color w:val="333333"/>
          <w:sz w:val="19"/>
        </w:rPr>
        <w:t>(A) 477　　(B) 482　　(C) 487　　(D) 557　　(E) 562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E　D　C　B　D　B　C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D　D　E　E　B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E　B　D　D　D</w:t>
      </w:r>
    </w:p>
    <w:p>
      <w:pPr>
        <w:spacing w:before="0" w:after="200" w:line="300" w:lineRule="auto"/>
      </w:pPr>
      <w:r>
        <w:rPr>
          <w:rFonts w:ascii="Times New Roman" w:hAnsi="Times New Roman" w:eastAsia="宋体"/>
          <w:b w:val="0"/>
          <w:i w:val="0"/>
          <w:color w:val="666666"/>
          <w:sz w:val="18"/>
        </w:rPr>
        <w:t>答案串：EEDCBDBCADBDDEEBDDCDEBDDD</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m 个月后，Kymbrea 有 30 + 2m 本漫画书，LaShawn 有 10 + 6m 本。令 10 + 6m = 2(30 + 2m)，得到 10 + 6m = 60 + 4m，因此 2m = 50，m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m months, Kymbrea has 30 + 2m comic books and LaShawn has 10 + 6m. Setting 10 + 6m = 2(30 + 2m) gives 10 + 6m = 60 + 4m, so 2m = 50 and m =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将 y &gt; -1 与 z &gt; 1 相加，得到 y + z &gt; 0，所以 y + z 总是正数。其他四个选项都可以取负值：当 x = 1/8，y = -1/4，z = 3/2 时，y + x²，y + xz，y + y²，和 y + 2y² 都为负。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y &gt; -1 and z &gt; 1 gives y + z &gt; 0, so y + z is always positive. Each of the other four choices can be made negative: with x = 1/8, y = -1/4, z = 3/2, every one of y + x², y + xz, y + y², and y + 2y² is negative.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原方程给出 3x + y = -2(x - 3y) = -2x + 6y，所以 5x = 5y，即 x = y。因此</w:t>
      </w:r>
    </w:p>
    <w:p>
      <w:pPr>
        <w:spacing w:before="0" w:after="80" w:line="300" w:lineRule="auto"/>
        <w:jc w:val="left"/>
      </w:pPr>
      <w:r>
        <w:rPr>
          <w:rFonts w:ascii="Times New Roman" w:hAnsi="Times New Roman" w:eastAsia="宋体"/>
          <w:b w:val="0"/>
          <w:i w:val="0"/>
          <w:sz w:val="21"/>
        </w:rPr>
        <w:t>(x + 3y)/(3x - y) = (y + 3y)/(3y - y) = 4y/2y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gives 3x + y = -2(x - 3y) = -2x + 6y, so 5x = 5y, meaning x = y. Then</w:t>
      </w:r>
    </w:p>
    <w:p>
      <w:pPr>
        <w:spacing w:before="0" w:after="80" w:line="300" w:lineRule="auto"/>
        <w:jc w:val="left"/>
      </w:pPr>
      <w:r>
        <w:rPr>
          <w:rFonts w:ascii="Times New Roman" w:hAnsi="Times New Roman" w:eastAsia="宋体"/>
          <w:b w:val="0"/>
          <w:i w:val="0"/>
          <w:color w:val="333333"/>
          <w:sz w:val="19"/>
        </w:rPr>
        <w:t>(x + 3y)/(3x - y) = (y + 3y)/(3y - y) = 4y/2y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设总距离为 2d，因此她以 17 千米/小时骑了 d 千米，又以 5 千米/小时走了 d 千米。总时间（小时）满足</w:t>
      </w:r>
    </w:p>
    <w:p>
      <w:pPr>
        <w:spacing w:before="0" w:after="80" w:line="300" w:lineRule="auto"/>
        <w:jc w:val="left"/>
      </w:pPr>
      <w:r>
        <w:rPr>
          <w:rFonts w:ascii="Times New Roman" w:hAnsi="Times New Roman" w:eastAsia="宋体"/>
          <w:b w:val="0"/>
          <w:i w:val="0"/>
          <w:sz w:val="21"/>
        </w:rPr>
        <w:t>d/17 + d/5 = 44/60。</w:t>
      </w:r>
    </w:p>
    <w:p>
      <w:pPr>
        <w:spacing w:before="0" w:after="80" w:line="300" w:lineRule="auto"/>
        <w:jc w:val="left"/>
      </w:pPr>
      <w:r>
        <w:rPr>
          <w:rFonts w:ascii="Times New Roman" w:hAnsi="Times New Roman" w:eastAsia="宋体"/>
          <w:b w:val="0"/>
          <w:i w:val="0"/>
          <w:sz w:val="21"/>
        </w:rPr>
        <w:t>左边合并得到 22d/85 = 11/15，所以 d = 11/15 · 85/22 = 17/6 = 2.833…。她步行了约 2.8 千米。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2d be the total distance, so she biked d at 17 km/h and walked d at 5 km/h. The total time in hours is</w:t>
      </w:r>
    </w:p>
    <w:p>
      <w:pPr>
        <w:spacing w:before="0" w:after="80" w:line="300" w:lineRule="auto"/>
        <w:jc w:val="left"/>
      </w:pPr>
      <w:r>
        <w:rPr>
          <w:rFonts w:ascii="Times New Roman" w:hAnsi="Times New Roman" w:eastAsia="宋体"/>
          <w:b w:val="0"/>
          <w:i w:val="0"/>
          <w:color w:val="333333"/>
          <w:sz w:val="19"/>
        </w:rPr>
        <w:t>d/17 + d/5 = 44/60.</w:t>
      </w:r>
    </w:p>
    <w:p>
      <w:pPr>
        <w:spacing w:before="0" w:after="80" w:line="300" w:lineRule="auto"/>
        <w:jc w:val="left"/>
      </w:pPr>
      <w:r>
        <w:rPr>
          <w:rFonts w:ascii="Times New Roman" w:hAnsi="Times New Roman" w:eastAsia="宋体"/>
          <w:b w:val="0"/>
          <w:i w:val="0"/>
          <w:color w:val="333333"/>
          <w:sz w:val="19"/>
        </w:rPr>
        <w:t>Combining the left side gives 22d/85 = 11/15, so d = 11/15 · 85/22 = 17/6 = 2.833… She walked about 2.8 kilometers.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四分位距为 43 - 33 = 10，它的 1.5 倍是 15。异常值是小于 33 - 15 = 18 或大于 43 + 15 = 58 的值。只有 6 小于 18，且没有数大于 58，所以恰好有 1 个异常值。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interquartile range is 43 - 33 = 10, so 1.5 times it is 15. Outliers are values less than 33 - 15 = 18 or greater than 43 + 15 = 58. Only 6 falls below 18, and nothing exceeds 58, so there is exactly 1 outlier.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圆心是直径的中点 (4, 3)，半径为 √(4² + 3²) = 5，圆的方程为 (x - 4)² + (y - 3)² = 25。令 y = 0，得到 (x - 4)² = 16，所以 x = 0 或 x = 8。与 x-轴的另一个交点位于 x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 is the midpoint of the diameter, (4, 3), and the radius is √(4² + 3²) = 5. The circle is (x - 4)² + (y - 3)² = 25. Setting y = 0 gives (x - 4)² = 16, so x = 0 or x = 8. The second intersection with the x-axis is at x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因为 cos(sin(x + π)) = cos(-sin(x)) = cos(sin(x))，所以该函数有周期 π。它不可能有更小的周期：cos(sin(x)) = 1 当且仅当 sin(x) = 0，这只发生在 π 的整数倍处，所以最大值之间相隔 π。最小正周期为 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cos(sin(x + π)) = cos(-sin(x)) = cos(sin(x)), the function has period π. It cannot be smaller: cos(sin(x)) = 1 exactly when sin(x) = 0, which happens only at integer multiples of π, so the maxima are spaced π apart. The least period is 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设 x 和 y 分别为短边和长边，则对角线为 √(x² + y²)，并且 x²/y² = y²/(x² + y²)。令 r = x²/y²，右边为 y²/(x² + y²) = 1/(r + 1)，因此 r = 1/r+1，得 r² + r - 1 = 0。正根为 r = (√(5)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the short and long sides, so the diagonal is √(x² + y²) and x²/y² = y²/(x² + y²). Writing r = x²/y², the right side is y²/(x² + y²) = 1/(r + 1), so r = 1/r+1, giving r² + r - 1 = 0. The positive root is r = (√(5)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两个圆为 (x+10)² + (y+4)² = 169 和 (x-3)² + (y-9)² = 65。展开并用第一个方程减去第二个方程，x² 与 y² 项相消，化简为 x + y = 3。任一交点都满足该方程，因此这就是经过两个交点的直线，且 c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circles are (x+10)² + (y+4)² = 169 and (x-3)² + (y-9)² = 65. Expanding and subtracting the second from the first cancels the x² and y² terms and simplifies to x + y = 3. Any intersection point satisfies this, so it is the line through both, and c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喜欢跳舞但说自己不喜欢的学生占全体学生的 60% · 20% = 12%。不喜欢跳舞且如实这么说的学生占 40% · 90% = 36%。在所有说自己不喜欢跳舞的人中，实际喜欢跳舞的比例为</w:t>
      </w:r>
    </w:p>
    <w:p>
      <w:pPr>
        <w:spacing w:before="0" w:after="80" w:line="300" w:lineRule="auto"/>
        <w:jc w:val="left"/>
      </w:pPr>
      <w:r>
        <w:rPr>
          <w:rFonts w:ascii="Times New Roman" w:hAnsi="Times New Roman" w:eastAsia="宋体"/>
          <w:b w:val="0"/>
          <w:i w:val="0"/>
          <w:sz w:val="21"/>
        </w:rPr>
        <w:t>12/(12 + 36) = 12/48 = 1/4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Students who like dancing but say they dislike it make up 60% · 20% = 12% of all students. Students who dislike dancing and say so make up 40% · 90% = 36%. Among everyone who says they dislike dancing, the fraction who actually like it is</w:t>
      </w:r>
    </w:p>
    <w:p>
      <w:pPr>
        <w:spacing w:before="0" w:after="80" w:line="300" w:lineRule="auto"/>
        <w:jc w:val="left"/>
      </w:pPr>
      <w:r>
        <w:rPr>
          <w:rFonts w:ascii="Times New Roman" w:hAnsi="Times New Roman" w:eastAsia="宋体"/>
          <w:b w:val="0"/>
          <w:i w:val="0"/>
          <w:color w:val="333333"/>
          <w:sz w:val="19"/>
        </w:rPr>
        <w:t>12/(12 + 36) = 12/48 = 1/4 =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严格递增的单调数对应 {1, …, 9} 的非空子集，得到 2⁹ - 1 = 511。严格递减的数对应 {0, 1, …, 9} 的子集，但要排除 ∅ 和 {0}（不允许前导 0），得到 2¹⁰ - 2 = 1022。九个一位数在两类中被重复计算，所以总数为 511 + 1022 - 9 = 1524。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Strictly increasing monotonous numbers correspond to nonempty subsets of {1, …, 9}, giving 2⁹ - 1 = 511. Strictly decreasing ones correspond to subsets of {0, 1, …, 9} other than ∅ and {0} (a leading 0 is not allowed), giving 2¹⁰ - 2 = 1022. The nine single-digit numbers are counted in both, so the total is 511 + 1022 - 9 = 1524.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z¹² = 64 的根位于半径 64^(1/12) = √(2) 的圆上，角度为 30° 的整数倍。实部为正的根对应角度 0, ± 30°, ± 60°。它们的虚部相互抵消，所以和为</w:t>
      </w:r>
    </w:p>
    <w:p>
      <w:pPr>
        <w:spacing w:before="0" w:after="80" w:line="300" w:lineRule="auto"/>
        <w:jc w:val="left"/>
      </w:pPr>
      <w:r>
        <w:rPr>
          <w:rFonts w:ascii="Times New Roman" w:hAnsi="Times New Roman" w:eastAsia="宋体"/>
          <w:b w:val="0"/>
          <w:i w:val="0"/>
          <w:sz w:val="21"/>
        </w:rPr>
        <w:t>√(2) + 2√(2)cos 30°</w:t>
      </w:r>
    </w:p>
    <w:p>
      <w:pPr>
        <w:spacing w:before="0" w:after="80" w:line="300" w:lineRule="auto"/>
        <w:jc w:val="left"/>
      </w:pPr>
      <w:r>
        <w:rPr>
          <w:rFonts w:ascii="Times New Roman" w:hAnsi="Times New Roman" w:eastAsia="宋体"/>
          <w:b w:val="0"/>
          <w:i w:val="0"/>
          <w:sz w:val="21"/>
        </w:rPr>
        <w:t>+ 2√(2)cos 60°</w:t>
      </w:r>
    </w:p>
    <w:p>
      <w:pPr>
        <w:spacing w:before="0" w:after="80" w:line="300" w:lineRule="auto"/>
        <w:jc w:val="left"/>
      </w:pPr>
      <w:r>
        <w:rPr>
          <w:rFonts w:ascii="Times New Roman" w:hAnsi="Times New Roman" w:eastAsia="宋体"/>
          <w:b w:val="0"/>
          <w:i w:val="0"/>
          <w:sz w:val="21"/>
        </w:rPr>
        <w:t>= √(2)(1 + √(3) + 1)</w:t>
      </w:r>
    </w:p>
    <w:p>
      <w:pPr>
        <w:spacing w:before="0" w:after="80" w:line="300" w:lineRule="auto"/>
        <w:jc w:val="left"/>
      </w:pPr>
      <w:r>
        <w:rPr>
          <w:rFonts w:ascii="Times New Roman" w:hAnsi="Times New Roman" w:eastAsia="宋体"/>
          <w:b w:val="0"/>
          <w:i w:val="0"/>
          <w:sz w:val="21"/>
        </w:rPr>
        <w:t>= 2√(2) + √(6)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z¹² = 64 lie on the circle of radius 64^(1/12) = √(2), at angles that are multiples of 30°. Those with positive real part are at angles 0, ± 30°, ± 60°. Their imaginary parts cancel, so the sum is</w:t>
      </w:r>
    </w:p>
    <w:p>
      <w:pPr>
        <w:spacing w:before="0" w:after="80" w:line="300" w:lineRule="auto"/>
        <w:jc w:val="left"/>
      </w:pPr>
      <w:r>
        <w:rPr>
          <w:rFonts w:ascii="Times New Roman" w:hAnsi="Times New Roman" w:eastAsia="宋体"/>
          <w:b w:val="0"/>
          <w:i w:val="0"/>
          <w:color w:val="333333"/>
          <w:sz w:val="19"/>
        </w:rPr>
        <w:t>√(2) + 2√(2)cos 30°</w:t>
      </w:r>
    </w:p>
    <w:p>
      <w:pPr>
        <w:spacing w:before="0" w:after="80" w:line="300" w:lineRule="auto"/>
        <w:jc w:val="left"/>
      </w:pPr>
      <w:r>
        <w:rPr>
          <w:rFonts w:ascii="Times New Roman" w:hAnsi="Times New Roman" w:eastAsia="宋体"/>
          <w:b w:val="0"/>
          <w:i w:val="0"/>
          <w:color w:val="333333"/>
          <w:sz w:val="19"/>
        </w:rPr>
        <w:t>+ 2√(2)cos 60°</w:t>
      </w:r>
    </w:p>
    <w:p>
      <w:pPr>
        <w:spacing w:before="0" w:after="80" w:line="300" w:lineRule="auto"/>
        <w:jc w:val="left"/>
      </w:pPr>
      <w:r>
        <w:rPr>
          <w:rFonts w:ascii="Times New Roman" w:hAnsi="Times New Roman" w:eastAsia="宋体"/>
          <w:b w:val="0"/>
          <w:i w:val="0"/>
          <w:color w:val="333333"/>
          <w:sz w:val="19"/>
        </w:rPr>
        <w:t>= √(2)(1 + √(3) + 1)</w:t>
      </w:r>
    </w:p>
    <w:p>
      <w:pPr>
        <w:spacing w:before="0" w:after="80" w:line="300" w:lineRule="auto"/>
        <w:jc w:val="left"/>
      </w:pPr>
      <w:r>
        <w:rPr>
          <w:rFonts w:ascii="Times New Roman" w:hAnsi="Times New Roman" w:eastAsia="宋体"/>
          <w:b w:val="0"/>
          <w:i w:val="0"/>
          <w:color w:val="333333"/>
          <w:sz w:val="19"/>
        </w:rPr>
        <w:t>= 2√(2)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在考虑对称性之前，共有 (6!)/(3!2!)=60 种涂色。两个非恒等旋转把这些圆盘分成两个 3-循环，所以它们都不能固定颜色数量为 3,2,1 的涂色。</w:t>
      </w:r>
    </w:p>
    <w:p>
      <w:pPr>
        <w:spacing w:before="0" w:after="80" w:line="300" w:lineRule="auto"/>
        <w:jc w:val="left"/>
      </w:pPr>
      <w:r>
        <w:rPr>
          <w:rFonts w:ascii="Times New Roman" w:hAnsi="Times New Roman" w:eastAsia="宋体"/>
          <w:b w:val="0"/>
          <w:i w:val="0"/>
          <w:sz w:val="21"/>
        </w:rPr>
        <w:t>3 个反射中的每一个都固定 2 个圆盘，并把其余 4 个圆盘两两交换成 2 对。要使一种涂色保持不变，唯一的绿色圆盘和 3 个蓝色圆盘之一必须占据这两个不动位置，共有 2 种顺序；两组交换对中任意一组都可以是红色对，因此每个反射固定 2·2=4 种涂色。于是由 Burnside 引理得到 (60+3(4))/6=12 种不同的涂色。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accounting for symmetry, there are (6!)/(3!2!)=60 paintings. The two nonidentity rotations partition the disks into two 3-cycles, so neither can fix a painting having color counts 3,2,1.</w:t>
      </w:r>
    </w:p>
    <w:p>
      <w:pPr>
        <w:spacing w:before="0" w:after="80" w:line="300" w:lineRule="auto"/>
        <w:jc w:val="left"/>
      </w:pPr>
      <w:r>
        <w:rPr>
          <w:rFonts w:ascii="Times New Roman" w:hAnsi="Times New Roman" w:eastAsia="宋体"/>
          <w:b w:val="0"/>
          <w:i w:val="0"/>
          <w:color w:val="333333"/>
          <w:sz w:val="19"/>
        </w:rPr>
        <w:t>Each of the 3 reflections fixes 2 disks and swaps the other 4 in 2 pairs. For a painting to be fixed, the lone green disk and one of the 3 blue disks must occupy the two fixed positions, in 2 orders. Of the two swapped pairs, either one can be the red pair, giving 2·2=4 fixed paintings per reflection. Burnside’s Lemma therefore gives (60+3(4))/6=12 distinct paintings.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将圆锥台的侧边延长至一点，由相似三角形可知，该圆锥台等于一个半径为 2、高为 8 的圆锥减去一个半径为 1、高为 4 的圆锥。因此圆锥台的体积为</w:t>
      </w:r>
    </w:p>
    <w:p>
      <w:pPr>
        <w:spacing w:before="0" w:after="80" w:line="300" w:lineRule="auto"/>
        <w:jc w:val="left"/>
      </w:pPr>
      <w:r>
        <w:rPr>
          <w:rFonts w:ascii="Times New Roman" w:hAnsi="Times New Roman" w:eastAsia="宋体"/>
          <w:b w:val="0"/>
          <w:i w:val="0"/>
          <w:sz w:val="21"/>
        </w:rPr>
        <w:t>1/3 π (2²)(8)</w:t>
      </w:r>
    </w:p>
    <w:p>
      <w:pPr>
        <w:spacing w:before="0" w:after="80" w:line="300" w:lineRule="auto"/>
        <w:jc w:val="left"/>
      </w:pPr>
      <w:r>
        <w:rPr>
          <w:rFonts w:ascii="Times New Roman" w:hAnsi="Times New Roman" w:eastAsia="宋体"/>
          <w:b w:val="0"/>
          <w:i w:val="0"/>
          <w:sz w:val="21"/>
        </w:rPr>
        <w:t>- 1/3 π (1²)(4)</w:t>
      </w:r>
    </w:p>
    <w:p>
      <w:pPr>
        <w:spacing w:before="0" w:after="80" w:line="300" w:lineRule="auto"/>
        <w:jc w:val="left"/>
      </w:pPr>
      <w:r>
        <w:rPr>
          <w:rFonts w:ascii="Times New Roman" w:hAnsi="Times New Roman" w:eastAsia="宋体"/>
          <w:b w:val="0"/>
          <w:i w:val="0"/>
          <w:sz w:val="21"/>
        </w:rPr>
        <w:t>= 32/3π - 4/3π</w:t>
      </w:r>
    </w:p>
    <w:p>
      <w:pPr>
        <w:spacing w:before="0" w:after="80" w:line="300" w:lineRule="auto"/>
        <w:jc w:val="left"/>
      </w:pPr>
      <w:r>
        <w:rPr>
          <w:rFonts w:ascii="Times New Roman" w:hAnsi="Times New Roman" w:eastAsia="宋体"/>
          <w:b w:val="0"/>
          <w:i w:val="0"/>
          <w:sz w:val="21"/>
        </w:rPr>
        <w:t>= 28/3π。</w:t>
      </w:r>
    </w:p>
    <w:p>
      <w:pPr>
        <w:spacing w:before="0" w:after="80" w:line="300" w:lineRule="auto"/>
        <w:jc w:val="left"/>
      </w:pPr>
      <w:r>
        <w:rPr>
          <w:rFonts w:ascii="Times New Roman" w:hAnsi="Times New Roman" w:eastAsia="宋体"/>
          <w:b w:val="0"/>
          <w:i w:val="0"/>
          <w:sz w:val="21"/>
        </w:rPr>
        <w:t>顶部半径为 2、高为 4 的圆锥体积为 1/3 π (2²)(4) = 16/3π。总体积为 28/3π + 16/3π = 44/3π。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Extending the frustum’s sides to a point, similar triangles show the frustum equals a cone of radius 2 and height 8 minus a cone of radius 1 and height 4:</w:t>
      </w:r>
    </w:p>
    <w:p>
      <w:pPr>
        <w:spacing w:before="0" w:after="80" w:line="300" w:lineRule="auto"/>
        <w:jc w:val="left"/>
      </w:pPr>
      <w:r>
        <w:rPr>
          <w:rFonts w:ascii="Times New Roman" w:hAnsi="Times New Roman" w:eastAsia="宋体"/>
          <w:b w:val="0"/>
          <w:i w:val="0"/>
          <w:color w:val="333333"/>
          <w:sz w:val="19"/>
        </w:rPr>
        <w:t>1/3 π (2²)(8)</w:t>
      </w:r>
    </w:p>
    <w:p>
      <w:pPr>
        <w:spacing w:before="0" w:after="80" w:line="300" w:lineRule="auto"/>
        <w:jc w:val="left"/>
      </w:pPr>
      <w:r>
        <w:rPr>
          <w:rFonts w:ascii="Times New Roman" w:hAnsi="Times New Roman" w:eastAsia="宋体"/>
          <w:b w:val="0"/>
          <w:i w:val="0"/>
          <w:color w:val="333333"/>
          <w:sz w:val="19"/>
        </w:rPr>
        <w:t>- 1/3 π (1²)(4)</w:t>
      </w:r>
    </w:p>
    <w:p>
      <w:pPr>
        <w:spacing w:before="0" w:after="80" w:line="300" w:lineRule="auto"/>
        <w:jc w:val="left"/>
      </w:pPr>
      <w:r>
        <w:rPr>
          <w:rFonts w:ascii="Times New Roman" w:hAnsi="Times New Roman" w:eastAsia="宋体"/>
          <w:b w:val="0"/>
          <w:i w:val="0"/>
          <w:color w:val="333333"/>
          <w:sz w:val="19"/>
        </w:rPr>
        <w:t>= 32/3π - 4/3π</w:t>
      </w:r>
    </w:p>
    <w:p>
      <w:pPr>
        <w:spacing w:before="0" w:after="80" w:line="300" w:lineRule="auto"/>
        <w:jc w:val="left"/>
      </w:pPr>
      <w:r>
        <w:rPr>
          <w:rFonts w:ascii="Times New Roman" w:hAnsi="Times New Roman" w:eastAsia="宋体"/>
          <w:b w:val="0"/>
          <w:i w:val="0"/>
          <w:color w:val="333333"/>
          <w:sz w:val="19"/>
        </w:rPr>
        <w:t>= 28/3π.</w:t>
      </w:r>
    </w:p>
    <w:p>
      <w:pPr>
        <w:spacing w:before="0" w:after="80" w:line="300" w:lineRule="auto"/>
        <w:jc w:val="left"/>
      </w:pPr>
      <w:r>
        <w:rPr>
          <w:rFonts w:ascii="Times New Roman" w:hAnsi="Times New Roman" w:eastAsia="宋体"/>
          <w:b w:val="0"/>
          <w:i w:val="0"/>
          <w:color w:val="333333"/>
          <w:sz w:val="19"/>
        </w:rPr>
        <w:t>The top cone of radius 2 and height 4 adds 1/3 π (2²)(4) = 16/3π. The total is 28/3π + 16/3π = 44/3π.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令 X = [△ ABC]，并作线段 CB'、AC' 和 BA'。三角形 BB'C 的底边 BB' = 3 · AB，且从 C 到直线 AB 的高与 △ ABC 相同，所以面积为 3X；同理，△ CC'A 和 △ AA'B 的面积也各为 3X。接着，△ AA'C' 与 △ ACC' 高相同，而前者的底边为后者的 3 倍，所以面积为 9X；同理，△ CC'B' 和 △ BB'A' 的面积也各为 9X。因此</w:t>
      </w:r>
    </w:p>
    <w:p>
      <w:pPr>
        <w:spacing w:before="0" w:after="80" w:line="300" w:lineRule="auto"/>
        <w:jc w:val="left"/>
      </w:pPr>
      <w:r>
        <w:rPr>
          <w:rFonts w:ascii="Times New Roman" w:hAnsi="Times New Roman" w:eastAsia="宋体"/>
          <w:b w:val="0"/>
          <w:i w:val="0"/>
          <w:sz w:val="21"/>
        </w:rPr>
        <w:t>[△ A'B'C'] = X</w:t>
      </w:r>
    </w:p>
    <w:p>
      <w:pPr>
        <w:spacing w:before="0" w:after="80" w:line="300" w:lineRule="auto"/>
        <w:jc w:val="left"/>
      </w:pPr>
      <w:r>
        <w:rPr>
          <w:rFonts w:ascii="Times New Roman" w:hAnsi="Times New Roman" w:eastAsia="宋体"/>
          <w:b w:val="0"/>
          <w:i w:val="0"/>
          <w:sz w:val="21"/>
        </w:rPr>
        <w:t>+ 3(3X) + 3(9X)</w:t>
      </w:r>
    </w:p>
    <w:p>
      <w:pPr>
        <w:spacing w:before="0" w:after="80" w:line="300" w:lineRule="auto"/>
        <w:jc w:val="left"/>
      </w:pPr>
      <w:r>
        <w:rPr>
          <w:rFonts w:ascii="Times New Roman" w:hAnsi="Times New Roman" w:eastAsia="宋体"/>
          <w:b w:val="0"/>
          <w:i w:val="0"/>
          <w:sz w:val="21"/>
        </w:rPr>
        <w:t>= 37X，</w:t>
      </w:r>
    </w:p>
    <w:p>
      <w:pPr>
        <w:spacing w:before="0" w:after="80" w:line="300" w:lineRule="auto"/>
        <w:jc w:val="left"/>
      </w:pPr>
      <w:r>
        <w:rPr>
          <w:rFonts w:ascii="Times New Roman" w:hAnsi="Times New Roman" w:eastAsia="宋体"/>
          <w:b w:val="0"/>
          <w:i w:val="0"/>
          <w:sz w:val="21"/>
        </w:rPr>
        <w:t>所以面积比为 37: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 [△ ABC], and draw segments CB', AC', and BA'. Triangle BB'C has base BB' = 3 · AB and the same altitude as △ ABC from C to line AB, so its area is 3X; likewise △ CC'A and △ AA'B each have area 3X. Next, △ AA'C' has 3 times the base and the same height as △ ACC', so its area is 9X; similarly △ CC'B' and △ BB'A' each have area 9X. Thus</w:t>
      </w:r>
    </w:p>
    <w:p>
      <w:pPr>
        <w:spacing w:before="0" w:after="80" w:line="300" w:lineRule="auto"/>
        <w:jc w:val="left"/>
      </w:pPr>
      <w:r>
        <w:rPr>
          <w:rFonts w:ascii="Times New Roman" w:hAnsi="Times New Roman" w:eastAsia="宋体"/>
          <w:b w:val="0"/>
          <w:i w:val="0"/>
          <w:color w:val="333333"/>
          <w:sz w:val="19"/>
        </w:rPr>
        <w:t>[△ A'B'C'] = X</w:t>
      </w:r>
    </w:p>
    <w:p>
      <w:pPr>
        <w:spacing w:before="0" w:after="80" w:line="300" w:lineRule="auto"/>
        <w:jc w:val="left"/>
      </w:pPr>
      <w:r>
        <w:rPr>
          <w:rFonts w:ascii="Times New Roman" w:hAnsi="Times New Roman" w:eastAsia="宋体"/>
          <w:b w:val="0"/>
          <w:i w:val="0"/>
          <w:color w:val="333333"/>
          <w:sz w:val="19"/>
        </w:rPr>
        <w:t>+ 3(3X) + 3(9X)</w:t>
      </w:r>
    </w:p>
    <w:p>
      <w:pPr>
        <w:spacing w:before="0" w:after="80" w:line="300" w:lineRule="auto"/>
        <w:jc w:val="left"/>
      </w:pPr>
      <w:r>
        <w:rPr>
          <w:rFonts w:ascii="Times New Roman" w:hAnsi="Times New Roman" w:eastAsia="宋体"/>
          <w:b w:val="0"/>
          <w:i w:val="0"/>
          <w:color w:val="333333"/>
          <w:sz w:val="19"/>
        </w:rPr>
        <w:t>= 37X,</w:t>
      </w:r>
    </w:p>
    <w:p>
      <w:pPr>
        <w:spacing w:before="0" w:after="80" w:line="300" w:lineRule="auto"/>
        <w:jc w:val="left"/>
      </w:pPr>
      <w:r>
        <w:rPr>
          <w:rFonts w:ascii="Times New Roman" w:hAnsi="Times New Roman" w:eastAsia="宋体"/>
          <w:b w:val="0"/>
          <w:i w:val="0"/>
          <w:color w:val="333333"/>
          <w:sz w:val="19"/>
        </w:rPr>
        <w:t>so the ratio is 37: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21! 中 2 的指数为 ⌊ 21/2 ⌋ + ⌊ 21/4 ⌋ + ⌊ 21/8 ⌋ + ⌊ 21/16 ⌋ = 10 + 5 + 2 + 1 = 18。每个因数都形如 2ⁱ b，其中 0 ≤ i ≤ 18 且 b 为奇数；它为奇数正好在 i = 0 时。因此奇因数的比例为 1/(18 + 1) = 1/19。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exponent of 2 in 21! is ⌊ 21/2 ⌋ + ⌊ 21/4 ⌋ + ⌊ 21/8 ⌋ + ⌊ 21/16 ⌋ = 10 + 5 + 2 + 1 = 18. Every divisor has the form 2ⁱ b with 0 ≤ i ≤ 18 and b odd; it is odd exactly when i = 0. So the fraction of odd divisors is 1/(18 + 1) = 1/19.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令 p = 2/3。游戏 A 在三次抛掷结果全部相同时获胜，概率为 p³ + (1-p)³。游戏 B 要求第一对相同且第二对相同，每对相同的概率为 p² + (1-p)²，所以获胜概率为 (p² + (1-p)²)²。当 p = 2/3 时，游戏 A 的概率为 (2/3)³ + (1/3)³ = 9/27 = 1/3，游戏 B 的概率为 (4/9 + 1/9)² = (5/9)² = 25/81。差为 27/81 - 25/81 = 2/81，所以游戏 A 的胜率高 2/81。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 2/3. Game A is won when all three tosses match: p³ + (1-p)³. Game B needs the first pair to match and the second pair to match, each with probability p² + (1-p)², so the win probability is (p² + (1-p)²)². With p = 2/3, Game A gives (2/3)³ + (1/3)³ = 9/27 = 1/3, and Game B gives (4/9 + 1/9)² = (5/9)² = 25/81. The difference is 27/81 - 25/81 = 2/81, so Game A is 2/81 more likely.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因为 ∠ ACB 是半圆上的圆周角，所以它是直角，因此 △ ABC ∼ △ AED（都是直角三角形且共享角 A）。它们的面积比为 AB²: AE²。这里 AB = 4，所以 AB² = 16，且 AD = AB + BD = 7，因此 AE² = AD² + ED² = 49 + 25 = 74。△ AED 的面积为 1/2 · 7 · 5 = 35/2。所以</w:t>
      </w:r>
    </w:p>
    <w:p>
      <w:pPr>
        <w:spacing w:before="0" w:after="80" w:line="300" w:lineRule="auto"/>
        <w:jc w:val="left"/>
      </w:pPr>
      <w:r>
        <w:rPr>
          <w:rFonts w:ascii="Times New Roman" w:hAnsi="Times New Roman" w:eastAsia="宋体"/>
          <w:b w:val="0"/>
          <w:i w:val="0"/>
          <w:sz w:val="21"/>
        </w:rPr>
        <w:t>[△ ABC] = 16/74 · 35/2 = 140/37。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 ACB is inscribed in a semicircle, it is a right angle, so △ ABC ∼ △ AED (both right-angled and sharing angle A). Their areas are in ratio AB²: AE². Here AB = 4, so AB² = 16, and AD = AB + BD = 7, so AE² = AD² + ED² = 49 + 25 = 74. The area of △ AED is 1/2 · 7 · 5 = 35/2. Thus</w:t>
      </w:r>
    </w:p>
    <w:p>
      <w:pPr>
        <w:spacing w:before="0" w:after="80" w:line="300" w:lineRule="auto"/>
        <w:jc w:val="left"/>
      </w:pPr>
      <w:r>
        <w:rPr>
          <w:rFonts w:ascii="Times New Roman" w:hAnsi="Times New Roman" w:eastAsia="宋体"/>
          <w:b w:val="0"/>
          <w:i w:val="0"/>
          <w:color w:val="333333"/>
          <w:sz w:val="19"/>
        </w:rPr>
        <w:t>[△ ABC] = 16/74 · 35/2 = 140/37.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N 的最后一位是 4，所以 N ≡ 4 pmod 5。对模 9，求数字和：数字 1 到 9 贡献它们自身的数字，10 到 44 的十位数字与个位数字合计为 270，这是 9 的倍数，所以 N ≡ 0 pmod 9。因此 N - 9 是 9 的倍数，且它的最后一位是 5，所以也是 5 的倍数；于是 N - 9 是 45 的倍数。因此 N ≡ 9 pmod45。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last digit of N is 4, so N ≡ 4 pmod 5. For mod 9, sum the digits: the numbers 1–9 contribute their digits, the tens digits of 10–44 and the units digits together sum to 270, which is a multiple of 9, so N ≡ 0 pmod 9. The number N - 9 is then a multiple of 9, and its last digit is 5, so it is a multiple of 5; hence N - 9 is a multiple of 45. Therefore N ≡ 9 pmod45.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对每个正整数 n，⌊ log₂ x ⌋ = -n 当且仅当 1/2ⁿ ≤ x &lt; 1/(2ⁿ⁻¹)，这是长度为 1/2ⁿ 的区间。两个取整值都等于 -n 的事件是面积为 1/4ⁿ 的正方形。对所有 n 求和，概率为</w:t>
      </w:r>
    </w:p>
    <w:p>
      <w:pPr>
        <w:spacing w:before="0" w:after="80" w:line="300" w:lineRule="auto"/>
        <w:jc w:val="left"/>
      </w:pPr>
      <w:r>
        <w:rPr>
          <w:rFonts w:ascii="Times New Roman" w:hAnsi="Times New Roman" w:eastAsia="宋体"/>
          <w:b w:val="0"/>
          <w:i w:val="0"/>
          <w:sz w:val="21"/>
        </w:rPr>
        <w:t>Σₙ₌₁^(∞) 1/4ⁿ = (1/4)/(1 - 1/4)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n, ⌊ log₂ x ⌋ = -n exactly when 1/2ⁿ ≤ x &lt; 1/(2ⁿ⁻¹), an interval of length 1/2ⁿ. The event that both floors equal -n is a square of area 1/4ⁿ. Summing over all n, the probability is</w:t>
      </w:r>
    </w:p>
    <w:p>
      <w:pPr>
        <w:spacing w:before="0" w:after="80" w:line="300" w:lineRule="auto"/>
        <w:jc w:val="left"/>
      </w:pPr>
      <w:r>
        <w:rPr>
          <w:rFonts w:ascii="Times New Roman" w:hAnsi="Times New Roman" w:eastAsia="宋体"/>
          <w:b w:val="0"/>
          <w:i w:val="0"/>
          <w:color w:val="333333"/>
          <w:sz w:val="19"/>
        </w:rPr>
        <w:t>Σₙ₌₁^(∞) 1/4ⁿ = (1/4)/(1 - 1/4) =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令 S 为七个分数之和。则 S 是 7 的倍数且 658 ≤ S ≤ 679，所以 S ∈ {658, 665, 672, 679}。因为前六次测验后的平均数是整数，S - 95 必须是 6 的倍数，这迫使 S = 665。因此前六个分数之和为 570，它是 5 的倍数。前五次测验后的平均数也是整数，所以前五个分数之和是 5 的倍数，于是第六个分数也是 5 的倍数。由于所有分数互不相同且第七个分数为 95，第六个分数必须是 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sum of all seven scores. Then S is a multiple of 7 with 658 ≤ S ≤ 679, so S ∈ {658, 665, 672, 679}. Since the average after six tests is an integer, S - 95 is a multiple of 6, which forces S = 665. Then the first six scores sum to 570, a multiple of 5; the average after five tests is an integer, so the first five scores also sum to a multiple of 5, making the sixth score a multiple of 5. Since all scores differ and the seventh is 95, the sixth must be 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每轮有 4 · 3 = 12 个等可能的（给出者，接收者）有序对，所以共有 12⁴ 个结果序列。每个人最后都有四枚硬币，当且仅当四次转移相互抵消。有利模式为：一次 4-循环赠送（24 · 6 = 144 种），两组不相交的相互交换（24 · 3 = 72 种），同一对玩家互相交换两次（6 · 6 = 36 种），以及某个玩家既给另外两人各一枚又从这两人各收一枚（4 · 3 · 24 = 288 种）。总数为 144 + 72 + 36 + 288 = 540，概率为 540/12⁴ = 540/20736 = 5/192。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round has 4 · 3 = 12 equally likely (giver, receiver) pairs, so there are 12⁴ outcome sequences. Everyone ends with four coins exactly when the four transfers cancel. The favorable patterns are: a 4-cycle of gifts (24 · 6 = 144 ways), two disjoint mutual exchanges (24 · 3 = 72), one pair exchanging twice (6 · 6 = 36), and one player both giving to and receiving from each of two others (4 · 3 · 24 = 288). These total 144 + 72 + 36 + 288 = 540. The probability is 540/12⁴ = 540/20736 = 5/192.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点 A, B, C 都在 y = x² 上，所以 g(x) = f(x) - x² 以 2, 3, 4 为根，即 g(x) = a(x-2)(x-3)(x-4)，其中 a ≠ 0。x³ 和 x² 在 f 中的系数分别为 a 和 1 - 9a，因此由韦达定理，f(x) - L(x)（对任意一次函数 L）的三个根之和为 9 - 1/a。直线 AB, AC, BC 与三次曲线相交的三个横坐标集合分别为 {2, 3, x_(D)}、{2, 4, x_(E)}、{3, 4, x_(F)}，所以</w:t>
      </w:r>
    </w:p>
    <w:p>
      <w:pPr>
        <w:spacing w:before="0" w:after="80" w:line="300" w:lineRule="auto"/>
        <w:jc w:val="left"/>
      </w:pPr>
      <w:r>
        <w:rPr>
          <w:rFonts w:ascii="Times New Roman" w:hAnsi="Times New Roman" w:eastAsia="宋体"/>
          <w:b w:val="0"/>
          <w:i w:val="0"/>
          <w:sz w:val="21"/>
        </w:rPr>
        <w:t>x_(D) + x_(E) + x_(F)</w:t>
      </w:r>
    </w:p>
    <w:p>
      <w:pPr>
        <w:spacing w:before="0" w:after="80" w:line="300" w:lineRule="auto"/>
        <w:jc w:val="left"/>
      </w:pPr>
      <w:r>
        <w:rPr>
          <w:rFonts w:ascii="Times New Roman" w:hAnsi="Times New Roman" w:eastAsia="宋体"/>
          <w:b w:val="0"/>
          <w:i w:val="0"/>
          <w:sz w:val="21"/>
        </w:rPr>
        <w:t>= 3(9 - 1/a)</w:t>
      </w:r>
    </w:p>
    <w:p>
      <w:pPr>
        <w:spacing w:before="0" w:after="80" w:line="300" w:lineRule="auto"/>
        <w:jc w:val="left"/>
      </w:pPr>
      <w:r>
        <w:rPr>
          <w:rFonts w:ascii="Times New Roman" w:hAnsi="Times New Roman" w:eastAsia="宋体"/>
          <w:b w:val="0"/>
          <w:i w:val="0"/>
          <w:sz w:val="21"/>
        </w:rPr>
        <w:t>- 2(2 + 3 + 4)</w:t>
      </w:r>
    </w:p>
    <w:p>
      <w:pPr>
        <w:spacing w:before="0" w:after="80" w:line="300" w:lineRule="auto"/>
        <w:jc w:val="left"/>
      </w:pPr>
      <w:r>
        <w:rPr>
          <w:rFonts w:ascii="Times New Roman" w:hAnsi="Times New Roman" w:eastAsia="宋体"/>
          <w:b w:val="0"/>
          <w:i w:val="0"/>
          <w:sz w:val="21"/>
        </w:rPr>
        <w:t>= 9 - 3/a = 24，</w:t>
      </w:r>
    </w:p>
    <w:p>
      <w:pPr>
        <w:spacing w:before="0" w:after="80" w:line="300" w:lineRule="auto"/>
        <w:jc w:val="left"/>
      </w:pPr>
      <w:r>
        <w:rPr>
          <w:rFonts w:ascii="Times New Roman" w:hAnsi="Times New Roman" w:eastAsia="宋体"/>
          <w:b w:val="0"/>
          <w:i w:val="0"/>
          <w:sz w:val="21"/>
        </w:rPr>
        <w:t>解得 a = -1/5。因此 f(x) = x² - 1/5(x-2)(x-3)(x-4)，所以 f(0) = 0 - 1/5(-2)(-3)(-4) = 24/5。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A, B, C lie on y = x², so g(x) = f(x) - x² has roots 2, 3, 4: g(x) = a(x-2)(x-3)(x-4) for some a ≠ 0. The coefficients of x³ and x² in f are a and 1 - 9a, so by Vieta the three roots of f(x) - L(x) (for any linear L) sum to 9 - 1/a. The lines AB, AC, BC meet the cubic in triples {2, 3, x_(D)}, {2, 4, x_(E)}, {3, 4, x_(F)}, so</w:t>
      </w:r>
    </w:p>
    <w:p>
      <w:pPr>
        <w:spacing w:before="0" w:after="80" w:line="300" w:lineRule="auto"/>
        <w:jc w:val="left"/>
      </w:pPr>
      <w:r>
        <w:rPr>
          <w:rFonts w:ascii="Times New Roman" w:hAnsi="Times New Roman" w:eastAsia="宋体"/>
          <w:b w:val="0"/>
          <w:i w:val="0"/>
          <w:color w:val="333333"/>
          <w:sz w:val="19"/>
        </w:rPr>
        <w:t>x_(D) + x_(E) + x_(F)</w:t>
      </w:r>
    </w:p>
    <w:p>
      <w:pPr>
        <w:spacing w:before="0" w:after="80" w:line="300" w:lineRule="auto"/>
        <w:jc w:val="left"/>
      </w:pPr>
      <w:r>
        <w:rPr>
          <w:rFonts w:ascii="Times New Roman" w:hAnsi="Times New Roman" w:eastAsia="宋体"/>
          <w:b w:val="0"/>
          <w:i w:val="0"/>
          <w:color w:val="333333"/>
          <w:sz w:val="19"/>
        </w:rPr>
        <w:t>= 3(9 - 1/a)</w:t>
      </w:r>
    </w:p>
    <w:p>
      <w:pPr>
        <w:spacing w:before="0" w:after="80" w:line="300" w:lineRule="auto"/>
        <w:jc w:val="left"/>
      </w:pPr>
      <w:r>
        <w:rPr>
          <w:rFonts w:ascii="Times New Roman" w:hAnsi="Times New Roman" w:eastAsia="宋体"/>
          <w:b w:val="0"/>
          <w:i w:val="0"/>
          <w:color w:val="333333"/>
          <w:sz w:val="19"/>
        </w:rPr>
        <w:t>- 2(2 + 3 + 4)</w:t>
      </w:r>
    </w:p>
    <w:p>
      <w:pPr>
        <w:spacing w:before="0" w:after="80" w:line="300" w:lineRule="auto"/>
        <w:jc w:val="left"/>
      </w:pPr>
      <w:r>
        <w:rPr>
          <w:rFonts w:ascii="Times New Roman" w:hAnsi="Times New Roman" w:eastAsia="宋体"/>
          <w:b w:val="0"/>
          <w:i w:val="0"/>
          <w:color w:val="333333"/>
          <w:sz w:val="19"/>
        </w:rPr>
        <w:t>= 9 - 3/a = 24,</w:t>
      </w:r>
    </w:p>
    <w:p>
      <w:pPr>
        <w:spacing w:before="0" w:after="80" w:line="300" w:lineRule="auto"/>
        <w:jc w:val="left"/>
      </w:pPr>
      <w:r>
        <w:rPr>
          <w:rFonts w:ascii="Times New Roman" w:hAnsi="Times New Roman" w:eastAsia="宋体"/>
          <w:b w:val="0"/>
          <w:i w:val="0"/>
          <w:color w:val="333333"/>
          <w:sz w:val="19"/>
        </w:rPr>
        <w:t>giving a = -1/5. Then f(x) = x² - 1/5(x-2)(x-3)(x-4), so f(0) = 0 - 1/5(-2)(-3)(-4) = 24/5.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令 BC = 1，AB = r &gt; 1。由 △ ABC ∼ △ BCD 以及直角位置，可取 C = (0,0)，B = (0,1)，A = (r,1)，D = (1/r, 0)。设 E = (x, y)，其中 x, y &gt; 0。由 △ ABC ∼ △ CEB 得 x/y = tan(∠ ECB) = tan(∠ BAC) = 1/r 且 x² + y² = r²/(1 + r²)，所以 x = r/1+r²，y = r²/1+r²。这两个相关的面积为</w:t>
      </w:r>
    </w:p>
    <w:p>
      <w:pPr>
        <w:spacing w:before="0" w:after="80" w:line="300" w:lineRule="auto"/>
        <w:jc w:val="left"/>
      </w:pPr>
      <w:r>
        <w:rPr>
          <w:rFonts w:ascii="Times New Roman" w:hAnsi="Times New Roman" w:eastAsia="宋体"/>
          <w:b w:val="0"/>
          <w:i w:val="0"/>
          <w:sz w:val="21"/>
        </w:rPr>
        <w:t>[△ CEB]=r/(2(1+r²)),</w:t>
      </w:r>
    </w:p>
    <w:p>
      <w:pPr>
        <w:spacing w:before="0" w:after="80" w:line="300" w:lineRule="auto"/>
        <w:jc w:val="left"/>
      </w:pPr>
      <w:r>
        <w:rPr>
          <w:rFonts w:ascii="Times New Roman" w:hAnsi="Times New Roman" w:eastAsia="宋体"/>
          <w:b w:val="0"/>
          <w:i w:val="0"/>
          <w:sz w:val="21"/>
        </w:rPr>
        <w:t>=r⁴-r²+1/(2r(1+r²))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令后者等于前者的 17 倍，得到 r⁴ - 18r² + 1 = 0。于是 r² = 9 + 4√(5) = (2 + √(5))²，所以 r = 2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BC = 1 and AB = r &gt; 1. The similarity △ ABC ∼ △ BCD with the right angles places the figure at C = (0,0), B = (0,1), A = (r,1), D = (1/r, 0). Let E = (x, y) with x, y &gt; 0. From △ ABC ∼ △ CEB we get x/y = tan(∠ ECB) = tan(∠ BAC) = 1/r and x² + y² = r²/(1 + r²), so x = r/1+r², y = r²/1+r². The two relevant areas are</w:t>
      </w:r>
    </w:p>
    <w:p>
      <w:pPr>
        <w:spacing w:before="0" w:after="80" w:line="300" w:lineRule="auto"/>
        <w:jc w:val="left"/>
      </w:pPr>
      <w:r>
        <w:rPr>
          <w:rFonts w:ascii="Times New Roman" w:hAnsi="Times New Roman" w:eastAsia="宋体"/>
          <w:b w:val="0"/>
          <w:i w:val="0"/>
          <w:color w:val="333333"/>
          <w:sz w:val="19"/>
        </w:rPr>
        <w:t>[△ CEB]=r/(2(1+r²)),</w:t>
      </w:r>
    </w:p>
    <w:p>
      <w:pPr>
        <w:spacing w:before="0" w:after="80" w:line="300" w:lineRule="auto"/>
        <w:jc w:val="left"/>
      </w:pPr>
      <w:r>
        <w:rPr>
          <w:rFonts w:ascii="Times New Roman" w:hAnsi="Times New Roman" w:eastAsia="宋体"/>
          <w:b w:val="0"/>
          <w:i w:val="0"/>
          <w:color w:val="333333"/>
          <w:sz w:val="19"/>
        </w:rPr>
        <w:t>=r⁴-r²+1/(2r(1+r²)).</w:t>
      </w:r>
    </w:p>
    <w:p>
      <w:pPr>
        <w:spacing w:before="0" w:after="80" w:line="300" w:lineRule="auto"/>
        <w:jc w:val="left"/>
      </w:pPr>
      <w:r>
        <w:rPr>
          <w:rFonts w:ascii="Times New Roman" w:hAnsi="Times New Roman" w:eastAsia="宋体"/>
          <w:b w:val="0"/>
          <w:i w:val="0"/>
          <w:color w:val="333333"/>
          <w:sz w:val="19"/>
        </w:rPr>
        <w:t>Setting the second equal to 17 times the first gives r⁴ - 18r² + 1 = 0. Then r² = 9 + 4√(5) = (2 + √(5))², so r = 2 +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设球队数为 T。对 9 人子集求和时，每支球队被计数 C(n-5, 4) 次；对 8 人子集求和时，每支球队被计数 C(n-5, 3) 次。两个平均值分别为 (C(n-5, 4)T)/(C(n, 9)) 和 (C(n-5, 3)T)/(C(n, 8))。令第一个等于第二个的倒数并化简，得到</w:t>
      </w:r>
    </w:p>
    <w:p>
      <w:pPr>
        <w:spacing w:before="0" w:after="80" w:line="300" w:lineRule="auto"/>
        <w:jc w:val="left"/>
      </w:pPr>
      <w:r>
        <w:rPr>
          <w:rFonts w:ascii="Times New Roman" w:hAnsi="Times New Roman" w:eastAsia="宋体"/>
          <w:b w:val="0"/>
          <w:i w:val="0"/>
          <w:sz w:val="21"/>
        </w:rPr>
        <w:t>T</w:t>
      </w:r>
    </w:p>
    <w:p>
      <w:pPr>
        <w:spacing w:before="0" w:after="80" w:line="300" w:lineRule="auto"/>
        <w:jc w:val="left"/>
      </w:pPr>
      <w:r>
        <w:rPr>
          <w:rFonts w:ascii="Times New Roman" w:hAnsi="Times New Roman" w:eastAsia="宋体"/>
          <w:b w:val="0"/>
          <w:i w:val="0"/>
          <w:sz w:val="21"/>
        </w:rPr>
        <w:t>= scriptsize (n(n-1)(n-2)(n-3)(n-4))/(2⁵ · 3² · 5 · 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我们需要它在 n ≥ 9 时为正整数。令 N = n(n-1)(n-2)(n-3)(n-4)；作为五个连续整数的乘积，N 总能被 5 整除。N 是 7 的倍数这一条件对模 7 的 5 个余数成立；是 9 的倍数对模 9 的 7 个余数成立；是 32 的倍数对模 16 的 8 个余数成立。因此由中国剩余定理，模 lcm(7,9,16)=1008 共有 5·7·8=280 个解。于是 1 ≤ n ≤ 2016 中有 560 个值；去掉 n = 1, 2, 3, 4（它们小于 9），再加上 n = 2017（因为 2017 ≡ 1 pmod1008），得到 560 - 4 + 1 = 557 个有效值。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number of teams. Summing over size-9 subsets counts each team C(n-5, 4) times and over size-8 subsets C(n-5, 3) times. The averages are (C(n-5, 4)T)/(C(n, 9)) and (C(n-5, 3)T)/(C(n, 8)); setting the first equal to the reciprocal of the second and simplifying gives</w:t>
      </w:r>
    </w:p>
    <w:p>
      <w:pPr>
        <w:spacing w:before="0" w:after="80" w:line="300" w:lineRule="auto"/>
        <w:jc w:val="left"/>
      </w:pPr>
      <w:r>
        <w:rPr>
          <w:rFonts w:ascii="Times New Roman" w:hAnsi="Times New Roman" w:eastAsia="宋体"/>
          <w:b w:val="0"/>
          <w:i w:val="0"/>
          <w:color w:val="333333"/>
          <w:sz w:val="19"/>
        </w:rPr>
        <w:t>T</w:t>
      </w:r>
    </w:p>
    <w:p>
      <w:pPr>
        <w:spacing w:before="0" w:after="80" w:line="300" w:lineRule="auto"/>
        <w:jc w:val="left"/>
      </w:pPr>
      <w:r>
        <w:rPr>
          <w:rFonts w:ascii="Times New Roman" w:hAnsi="Times New Roman" w:eastAsia="宋体"/>
          <w:b w:val="0"/>
          <w:i w:val="0"/>
          <w:color w:val="333333"/>
          <w:sz w:val="19"/>
        </w:rPr>
        <w:t>= scriptsize (n(n-1)(n-2)(n-3)(n-4))/(2⁵ · 3² · 5 · 7).</w:t>
      </w:r>
    </w:p>
    <w:p>
      <w:pPr>
        <w:spacing w:before="0" w:after="80" w:line="300" w:lineRule="auto"/>
        <w:jc w:val="left"/>
      </w:pPr>
      <w:r>
        <w:rPr>
          <w:rFonts w:ascii="Times New Roman" w:hAnsi="Times New Roman" w:eastAsia="宋体"/>
          <w:b w:val="0"/>
          <w:i w:val="0"/>
          <w:color w:val="333333"/>
          <w:sz w:val="19"/>
        </w:rPr>
        <w:t>We need this to be a positive integer with n ≥ 9. Let N = n(n-1)(n-2)(n-3)(n-4); as a product of five consecutive integers, N is always divisible by 5. The condition that N is divisible by 7 holds for 5 residues modulo 7; divisibility by 9 holds for 7 residues modulo 9; and divisibility by 32 holds for 8 residues modulo 16. The Chinese Remainder Theorem therefore gives 5·7·8=280 solutions modulo lcm(7,9,16)=1008. So there are 560 values in 1 ≤ n ≤ 2016; removing n = 1, 2, 3, 4 (which are below 9) and adding n = 2017 (since 2017 ≡ 1 pmod1008) gives 560 - 4 + 1 = 557 valid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