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2017A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Pablo 给他的朋友们买冰棒。商店出售单支冰棒，每支 $1；3 支装盒，每盒 $2；以及 5 支装盒，每盒 $3。Pablo 用 $8 最多可以买多少支冰棒？</w:t>
      </w:r>
    </w:p>
    <w:p>
      <w:pPr>
        <w:spacing w:before="0" w:after="120" w:line="300" w:lineRule="auto"/>
      </w:pPr>
      <w:r>
        <w:rPr>
          <w:rFonts w:ascii="Times New Roman" w:hAnsi="Times New Roman" w:eastAsia="宋体"/>
          <w:b w:val="0"/>
          <w:i w:val="0"/>
          <w:sz w:val="21"/>
        </w:rPr>
        <w:t>（A）8　　（B）11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Pablo buys popsicles for his friends. The store sells single popsicles for $1 each, 3-popsicle boxes for $2, and 5-popsicle boxes for $3. What is the greatest number of popsicles that Pablo can buy with $8?</w:t>
      </w:r>
    </w:p>
    <w:p>
      <w:pPr>
        <w:spacing w:before="0" w:after="160" w:line="300" w:lineRule="auto"/>
      </w:pPr>
      <w:r>
        <w:rPr>
          <w:rFonts w:ascii="Times New Roman" w:hAnsi="Times New Roman" w:eastAsia="宋体"/>
          <w:b w:val="0"/>
          <w:i w:val="0"/>
          <w:color w:val="333333"/>
          <w:sz w:val="19"/>
        </w:rPr>
        <w:t>(A) 8　　(B) 11　　(C) 12　　(D) 13　　(E) 15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两个非零实数的和等于它们乘积的 4 倍。这两个数的倒数之和是多少？</w:t>
      </w:r>
    </w:p>
    <w:p>
      <w:pPr>
        <w:spacing w:before="0" w:after="120" w:line="300" w:lineRule="auto"/>
      </w:pPr>
      <w:r>
        <w:rPr>
          <w:rFonts w:ascii="Times New Roman" w:hAnsi="Times New Roman" w:eastAsia="宋体"/>
          <w:b w:val="0"/>
          <w:i w:val="0"/>
          <w:sz w:val="21"/>
        </w:rPr>
        <w:t>（A）1　　（B）2　　（C）4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nonzero real numbers is 4 times their product. What is the sum of the reciprocals of the two numbers?</w:t>
      </w:r>
    </w:p>
    <w:p>
      <w:pPr>
        <w:spacing w:before="0" w:after="160" w:line="300" w:lineRule="auto"/>
      </w:pPr>
      <w:r>
        <w:rPr>
          <w:rFonts w:ascii="Times New Roman" w:hAnsi="Times New Roman" w:eastAsia="宋体"/>
          <w:b w:val="0"/>
          <w:i w:val="0"/>
          <w:color w:val="333333"/>
          <w:sz w:val="19"/>
        </w:rPr>
        <w:t>(A) 1　　(B) 2　　(C) 4　　(D) 8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Carroll 老师承诺：即将到来的考试中，凡是把所有选择题都答对的人，都会在这次考试中得到 A。以下哪一句一定能由此在逻辑上推出？</w:t>
      </w:r>
    </w:p>
    <w:p>
      <w:pPr>
        <w:spacing w:before="0" w:after="120" w:line="300" w:lineRule="auto"/>
      </w:pPr>
      <w:r>
        <w:rPr>
          <w:rFonts w:ascii="Times New Roman" w:hAnsi="Times New Roman" w:eastAsia="宋体"/>
          <w:b w:val="0"/>
          <w:i w:val="0"/>
          <w:sz w:val="21"/>
        </w:rPr>
        <w:t>（A）如果 Lewis 没有得到 A，那么他把所有选择题都答错了。　　（B）如果 Lewis 没有得到 A，那么他至少答错了一道选择题。　　（C）如果 Lewis 至少答错了一道选择题，那么他没有得到 A。　　（D）如果 Lewis 得到了 A，那么他把所有选择题都答对了。　　（E）如果 Lewis 得到了 A，那么他至少答对了一道选择题。</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Carroll promised that anyone who got all the multiple choice questions right on the upcoming exam would receive an A on the exam. Which one of these statements necessarily follows logically?</w:t>
      </w:r>
    </w:p>
    <w:p>
      <w:pPr>
        <w:spacing w:before="0" w:after="160" w:line="300" w:lineRule="auto"/>
      </w:pPr>
      <w:r>
        <w:rPr>
          <w:rFonts w:ascii="Times New Roman" w:hAnsi="Times New Roman" w:eastAsia="宋体"/>
          <w:b w:val="0"/>
          <w:i w:val="0"/>
          <w:color w:val="333333"/>
          <w:sz w:val="19"/>
        </w:rPr>
        <w:t>(A) If Lewis did not receive an A, then he got all of the multiple</w:t>
        <w:br/>
        <w:t>choice questions wrong.　　(B) If Lewis did not receive an A, then he got at</w:t>
        <w:br/>
        <w:t>least one of the multiple choice questions wrong.　　(C) If Lewis got at least one of the multiple choice questions</w:t>
        <w:br/>
        <w:t>wrong, then he did not receive an A.　　(D) If Lewis received an A, then he got all of the multiple choice</w:t>
        <w:br/>
        <w:t>questions right.　　(E) If Lewis received an A, then he got at least one of the</w:t>
        <w:br/>
        <w:t>multiple choice questions right.</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Jerry 和 Silvia 想从一块正方形田地的西南角走到东北角。Jerry 先向正东走，再向正北走到达目的地；Silvia 则朝东北方向沿直线走到目的地。与 Jerry 的路程相比，Silvia 的路程大约短了多少？</w:t>
      </w:r>
    </w:p>
    <w:p>
      <w:pPr>
        <w:spacing w:before="0" w:after="120" w:line="300" w:lineRule="auto"/>
      </w:pPr>
      <w:r>
        <w:rPr>
          <w:rFonts w:ascii="Times New Roman" w:hAnsi="Times New Roman" w:eastAsia="宋体"/>
          <w:b w:val="0"/>
          <w:i w:val="0"/>
          <w:sz w:val="21"/>
        </w:rPr>
        <w:t>（A）30%　　（B）40%　　（C）50%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and Silvia wanted to go from the southwest corner of a square field to the northeast corner. Jerry walked due east and then due north to reach the goal, but Silvia headed northeast and reached the goal walking in a straight line. Which of the following is closest to how much shorter Silvia’s trip was, compared to Jerry’s trip?</w:t>
      </w:r>
    </w:p>
    <w:p>
      <w:pPr>
        <w:spacing w:before="0" w:after="160" w:line="300" w:lineRule="auto"/>
      </w:pPr>
      <w:r>
        <w:rPr>
          <w:rFonts w:ascii="Times New Roman" w:hAnsi="Times New Roman" w:eastAsia="宋体"/>
          <w:b w:val="0"/>
          <w:i w:val="0"/>
          <w:color w:val="333333"/>
          <w:sz w:val="19"/>
        </w:rPr>
        <w:t>(A) 30%　　(B) 40%　　(C) 50%　　(D) 60%　　(E) 70%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在一个 30 人聚会上，有 20 个人彼此都认识，还有 10 个人谁也不认识。彼此认识的人拥抱，彼此不认识的人握手。一共会发生多少次握手？</w:t>
      </w:r>
    </w:p>
    <w:p>
      <w:pPr>
        <w:spacing w:before="0" w:after="120" w:line="300" w:lineRule="auto"/>
      </w:pPr>
      <w:r>
        <w:rPr>
          <w:rFonts w:ascii="Times New Roman" w:hAnsi="Times New Roman" w:eastAsia="宋体"/>
          <w:b w:val="0"/>
          <w:i w:val="0"/>
          <w:sz w:val="21"/>
        </w:rPr>
        <w:t>（A）240　　（B）245　　（C）290　　（D）480　　（E）490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gathering of 30 people, there are 20 people who all know each other and 10 people who know no one. People who know each other hug, and people who do not know each other shake hands. How many handshakes occur?</w:t>
      </w:r>
    </w:p>
    <w:p>
      <w:pPr>
        <w:spacing w:before="0" w:after="160" w:line="300" w:lineRule="auto"/>
      </w:pPr>
      <w:r>
        <w:rPr>
          <w:rFonts w:ascii="Times New Roman" w:hAnsi="Times New Roman" w:eastAsia="宋体"/>
          <w:b w:val="0"/>
          <w:i w:val="0"/>
          <w:color w:val="333333"/>
          <w:sz w:val="19"/>
        </w:rPr>
        <w:t>(A) 240　　(B) 245　　(C) 290　　(D) 480　　(E) 490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Joy 有 30 根细杆，长度分别为从 1 cm 到 30 cm 的每个整数，且每种长度各一根。她把长度为 3 cm、7 cm 和 15 cm 的杆放在桌上。她接着想从剩下的杆中选一根，和这三根一起组成一个面积为正的四边形。她可以选择多少根剩余的杆作为第四根？</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Joy has 30 thin rods, one each of every integer length from 1 cm through 30 cm. She places the rods with lengths 3 cm, 7 cm, and 15 cm on a table. She then wants to choose a fourth rod that she can put with these three to form a quadrilateral with positive area. How many of the remaining rods can she choose as the fourth rod?</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在正整数上递归定义函数：f(1)=2，当 n 为偶数时 f(n)=f(n-1)+1，当 n 为大于 1 的奇数时 f(n)=f(n-2)+2。f(2017) 是多少？</w:t>
      </w:r>
    </w:p>
    <w:p>
      <w:pPr>
        <w:spacing w:before="0" w:after="120" w:line="300" w:lineRule="auto"/>
      </w:pPr>
      <w:r>
        <w:rPr>
          <w:rFonts w:ascii="Times New Roman" w:hAnsi="Times New Roman" w:eastAsia="宋体"/>
          <w:b w:val="0"/>
          <w:i w:val="0"/>
          <w:sz w:val="21"/>
        </w:rPr>
        <w:t>（A）2017　　（B）2018　　（C）4034　　（D）4035　　（E）4036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 function on the positive integers recursively by f(1)=2, f(n)=f(n-1)+1 if n is even, and f(n)=f(n-2)+2 if n is odd and greater than 1. What is f(2017)?</w:t>
      </w:r>
    </w:p>
    <w:p>
      <w:pPr>
        <w:spacing w:before="0" w:after="160" w:line="300" w:lineRule="auto"/>
      </w:pPr>
      <w:r>
        <w:rPr>
          <w:rFonts w:ascii="Times New Roman" w:hAnsi="Times New Roman" w:eastAsia="宋体"/>
          <w:b w:val="0"/>
          <w:i w:val="0"/>
          <w:color w:val="333333"/>
          <w:sz w:val="19"/>
        </w:rPr>
        <w:t>(A) 2017　　(B) 2018　　(C) 4034　　(D) 4035　　(E) 4036</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三维空间中所有到线段 AB 距离不超过 3 个单位的点组成的区域体积为 216π。AB 的长度是多少？</w:t>
      </w:r>
    </w:p>
    <w:p>
      <w:pPr>
        <w:spacing w:before="0" w:after="120" w:line="300" w:lineRule="auto"/>
      </w:pPr>
      <w:r>
        <w:rPr>
          <w:rFonts w:ascii="Times New Roman" w:hAnsi="Times New Roman" w:eastAsia="宋体"/>
          <w:b w:val="0"/>
          <w:i w:val="0"/>
          <w:sz w:val="21"/>
        </w:rPr>
        <w:t>（A）6　　（B）12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consisting of all points in three-dimensional space within 3 units of line segment AB has volume 216π. What is the length AB?</w:t>
      </w:r>
    </w:p>
    <w:p>
      <w:pPr>
        <w:spacing w:before="0" w:after="160" w:line="300" w:lineRule="auto"/>
      </w:pPr>
      <w:r>
        <w:rPr>
          <w:rFonts w:ascii="Times New Roman" w:hAnsi="Times New Roman" w:eastAsia="宋体"/>
          <w:b w:val="0"/>
          <w:i w:val="0"/>
          <w:color w:val="333333"/>
          <w:sz w:val="19"/>
        </w:rPr>
        <w:t>(A) 6　　(B) 12　　(C) 18　　(D) 20　　(E) 24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S 是坐标平面中满足以下条件的点 (x,y) 的集合：三个量 3，x+2，和 y-4 中有两个相等，而第三个量不大于这个公共值。以下哪一项正确描述了 S？</w:t>
      </w:r>
    </w:p>
    <w:p>
      <w:pPr>
        <w:spacing w:before="0" w:after="120" w:line="300" w:lineRule="auto"/>
      </w:pPr>
      <w:r>
        <w:rPr>
          <w:rFonts w:ascii="Times New Roman" w:hAnsi="Times New Roman" w:eastAsia="宋体"/>
          <w:b w:val="0"/>
          <w:i w:val="0"/>
          <w:sz w:val="21"/>
        </w:rPr>
        <w:t>（A）一个点　　（B）两条相交直线　　（C）三条直线，且两两交点是三个不同的点　　（D）一个三角形　　（E）三条有共同端点的射线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points (x,y) in the coordinate plane such that two of the three quantities 3, x+2, and y-4 are equal and the third of the three quantities is no greater than this common value. Which of the following is a correct description of S?</w:t>
      </w:r>
    </w:p>
    <w:p>
      <w:pPr>
        <w:spacing w:before="0" w:after="160" w:line="300" w:lineRule="auto"/>
      </w:pPr>
      <w:r>
        <w:rPr>
          <w:rFonts w:ascii="Times New Roman" w:hAnsi="Times New Roman" w:eastAsia="宋体"/>
          <w:b w:val="0"/>
          <w:i w:val="0"/>
          <w:color w:val="333333"/>
          <w:sz w:val="19"/>
        </w:rPr>
        <w:t>(A) a single point　　(B) two intersecting lines　　(C) three lines whose pairwise intersections are three distinct</w:t>
        <w:br/>
        <w:t>points　　(D) a triangle　　(E) three rays with a common endpoint</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Chloé 从区间 [0,2017] 中均匀随机选择一个实数。Laurent 独立地从区间 [0,4034] 中均匀随机选择一个实数。Laurent 选到的数大于 Chloé 选到的数的概率是多少？</w:t>
      </w:r>
    </w:p>
    <w:p>
      <w:pPr>
        <w:spacing w:before="0" w:after="120" w:line="300" w:lineRule="auto"/>
      </w:pPr>
      <w:r>
        <w:rPr>
          <w:rFonts w:ascii="Times New Roman" w:hAnsi="Times New Roman" w:eastAsia="宋体"/>
          <w:b w:val="0"/>
          <w:i w:val="0"/>
          <w:sz w:val="21"/>
        </w:rPr>
        <w:t>（A）1/2　　（B）2/3　　（C）3/4　　（D）5/6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Chloé chooses a real number uniformly at random from the interval [0,2017]. Independently, Laurent chooses a real number uniformly at random from the interval [0,4034]. What is the probability that Laurent’s number is greater than Chloé’s number?</w:t>
      </w:r>
    </w:p>
    <w:p>
      <w:pPr>
        <w:spacing w:before="0" w:after="160" w:line="300" w:lineRule="auto"/>
      </w:pPr>
      <w:r>
        <w:rPr>
          <w:rFonts w:ascii="Times New Roman" w:hAnsi="Times New Roman" w:eastAsia="宋体"/>
          <w:b w:val="0"/>
          <w:i w:val="0"/>
          <w:color w:val="333333"/>
          <w:sz w:val="19"/>
        </w:rPr>
        <w:t>(A) 1/2　　(B) 2/3　　(C) 3/4　　(D) 5/6　　(E) 7/8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Claire 把一个凸多边形的若干个内角度数相加，得到和为 2017。随后她发现自己漏掉了一个角。被漏掉的角的度数是多少？</w:t>
      </w:r>
    </w:p>
    <w:p>
      <w:pPr>
        <w:spacing w:before="0" w:after="120" w:line="300" w:lineRule="auto"/>
      </w:pPr>
      <w:r>
        <w:rPr>
          <w:rFonts w:ascii="Times New Roman" w:hAnsi="Times New Roman" w:eastAsia="宋体"/>
          <w:b w:val="0"/>
          <w:i w:val="0"/>
          <w:sz w:val="21"/>
        </w:rPr>
        <w:t>（A）37　　（B）63　　（C）117　　（D）143　　（E）163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Claire adds the degree measures of the interior angles of a convex polygon and arrives at a sum of 2017. She then discovers that she forgot to include one angle. What is the degree measure of the forgotten angle?</w:t>
      </w:r>
    </w:p>
    <w:p>
      <w:pPr>
        <w:spacing w:before="0" w:after="160" w:line="300" w:lineRule="auto"/>
      </w:pPr>
      <w:r>
        <w:rPr>
          <w:rFonts w:ascii="Times New Roman" w:hAnsi="Times New Roman" w:eastAsia="宋体"/>
          <w:b w:val="0"/>
          <w:i w:val="0"/>
          <w:color w:val="333333"/>
          <w:sz w:val="19"/>
        </w:rPr>
        <w:t>(A) 37　　(B) 63　　(C) 117　　(D) 143　　(E) 163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有 10 匹马，名字分别为 Horse 1、Horse 2、…、Horse 10。它们的名字来自它们绕圆形跑道跑一圈所需的分钟数：Horse k 恰好用 k 分钟跑一圈。在时刻 0，所有马都在跑道起点。它们沿同一方向开始奔跑，并以各自恒定速度一直绕跑道跑。所有 10 匹马再次同时到达起点的最小正时间（分钟）为 S&gt;0，且 S=2520。设 T&gt;0 是至少 5 匹马再次同时在起点的最小正时间（分钟）。T 的各位数字之和是多少？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 horses, named Horse 1, Horse 2, …, Horse 10. They get their names from how many minutes it takes them to run one lap around a circular race track: Horse k runs one lap in exactly k minutes. At time 0 all the horses are together at the starting point on the track. The horses start running in the same direction, and they keep running around the circular track at their constant speeds. The least time S&gt;0, in minutes, at which all 10 horses will again simultaneously be at the starting point is S=2520. Let T&gt;0 be the least time, in minutes, such that at least 5 of the horses are again at the starting point. What is the sum of the digits of T?</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Sharon 通常以恒定速度从她家开车到她母亲家需要 180 分钟。有一天，Sharon 以通常速度出发，但开了全程的 1/3 后遇到严重暴风雪，于是把速度降低了每小时 20 英里。这次行程总共用了 276 分钟。从 Sharon 家到她母亲家有多少英里？</w:t>
      </w:r>
    </w:p>
    <w:p>
      <w:pPr>
        <w:spacing w:before="0" w:after="120" w:line="300" w:lineRule="auto"/>
      </w:pPr>
      <w:r>
        <w:rPr>
          <w:rFonts w:ascii="Times New Roman" w:hAnsi="Times New Roman" w:eastAsia="宋体"/>
          <w:b w:val="0"/>
          <w:i w:val="0"/>
          <w:sz w:val="21"/>
        </w:rPr>
        <w:t>（A）132　　（B）135　　（C）138　　（D）141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Driving at a constant speed, Sharon usually takes 180 minutes to drive from her house to her mother’s house. One day Sharon begins the drive at her usual speed, but after driving 1/3 of the way, she hits a bad snowstorm and reduces her speed by 20 miles per hour. This time the trip takes her a total of 276 minutes. How many miles is the drive from Sharon’s house to her mother’s house?</w:t>
      </w:r>
    </w:p>
    <w:p>
      <w:pPr>
        <w:spacing w:before="0" w:after="160" w:line="300" w:lineRule="auto"/>
      </w:pPr>
      <w:r>
        <w:rPr>
          <w:rFonts w:ascii="Times New Roman" w:hAnsi="Times New Roman" w:eastAsia="宋体"/>
          <w:b w:val="0"/>
          <w:i w:val="0"/>
          <w:color w:val="333333"/>
          <w:sz w:val="19"/>
        </w:rPr>
        <w:t>(A) 132　　(B) 135　　(C) 138　　(D) 141　　(E) 144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Alice 拒绝坐在 Bob 或 Carla 旁边。Derek 拒绝坐在 Eric 旁边。在这些条件下，他们五个人坐成一排 5 把椅子有多少种方式？</w:t>
      </w:r>
    </w:p>
    <w:p>
      <w:pPr>
        <w:spacing w:before="0" w:after="120" w:line="300" w:lineRule="auto"/>
      </w:pPr>
      <w:r>
        <w:rPr>
          <w:rFonts w:ascii="Times New Roman" w:hAnsi="Times New Roman" w:eastAsia="宋体"/>
          <w:b w:val="0"/>
          <w:i w:val="0"/>
          <w:sz w:val="21"/>
        </w:rPr>
        <w:t>（A）12　　（B）16　　（C）28　　（D）32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refuses to sit next to either Bob or Carla. Derek refuses to sit next to Eric. How many ways are there for the five of them to sit in a row of 5 chairs under these conditions?</w:t>
      </w:r>
    </w:p>
    <w:p>
      <w:pPr>
        <w:spacing w:before="0" w:after="160" w:line="300" w:lineRule="auto"/>
      </w:pPr>
      <w:r>
        <w:rPr>
          <w:rFonts w:ascii="Times New Roman" w:hAnsi="Times New Roman" w:eastAsia="宋体"/>
          <w:b w:val="0"/>
          <w:i w:val="0"/>
          <w:color w:val="333333"/>
          <w:sz w:val="19"/>
        </w:rPr>
        <w:t>(A) 12　　(B) 16　　(C) 28　　(D) 32　　(E) 40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设 f(x)=sin x+2cos x+3tan x，其中变量 x 使用弧度制。使 f(x)=0 的最小正 x 落在哪个区间？</w:t>
      </w:r>
    </w:p>
    <w:p>
      <w:pPr>
        <w:spacing w:before="0" w:after="120" w:line="300" w:lineRule="auto"/>
      </w:pPr>
      <w:r>
        <w:rPr>
          <w:rFonts w:ascii="Times New Roman" w:hAnsi="Times New Roman" w:eastAsia="宋体"/>
          <w:b w:val="0"/>
          <w:i w:val="0"/>
          <w:sz w:val="21"/>
        </w:rPr>
        <w:t>（A）(0,1)　　（B）(1,2)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f(x)=sin x+2cos x+3tan x, using radian measure for the variable x. In what interval does the smallest positive value of x for which f(x)=0 lie?</w:t>
      </w:r>
    </w:p>
    <w:p>
      <w:pPr>
        <w:spacing w:before="0" w:after="160" w:line="300" w:lineRule="auto"/>
      </w:pPr>
      <w:r>
        <w:rPr>
          <w:rFonts w:ascii="Times New Roman" w:hAnsi="Times New Roman" w:eastAsia="宋体"/>
          <w:b w:val="0"/>
          <w:i w:val="0"/>
          <w:color w:val="333333"/>
          <w:sz w:val="19"/>
        </w:rPr>
        <w:t>(A) (0,1)　　(B) (1,2)　　(C) (2,3)　　(D) (3,4)　　(E) (4,5)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在下图中，以 A 和 B 为圆心、半径分别为 2 和 1 的半圆，画在一个以 JK 为直径的半圆内部，并与它共用底边。两个较小的半圆彼此外切，并且都与最大半圆内切。以 P 为圆心的圆与两个较小半圆外切，并与最大半圆内切。以 P 为圆心的圆的半径是多少？</w:t>
      </w:r>
    </w:p>
    <w:p>
      <w:pPr>
        <w:spacing w:before="80" w:after="80"/>
        <w:jc w:val="center"/>
      </w:pPr>
      <w:r>
        <w:drawing>
          <wp:inline xmlns:a="http://schemas.openxmlformats.org/drawingml/2006/main" xmlns:pic="http://schemas.openxmlformats.org/drawingml/2006/picture">
            <wp:extent cx="2717041" cy="1366172"/>
            <wp:docPr id="1" name="Picture 1"/>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717041" cy="1366172"/>
                    </a:xfrm>
                    <a:prstGeom prst="rect"/>
                  </pic:spPr>
                </pic:pic>
              </a:graphicData>
            </a:graphic>
          </wp:inline>
        </w:drawing>
      </w:r>
    </w:p>
    <w:p>
      <w:pPr>
        <w:spacing w:before="0" w:after="120" w:line="300" w:lineRule="auto"/>
      </w:pPr>
      <w:r>
        <w:rPr>
          <w:rFonts w:ascii="Times New Roman" w:hAnsi="Times New Roman" w:eastAsia="宋体"/>
          <w:b w:val="0"/>
          <w:i w:val="0"/>
          <w:sz w:val="21"/>
        </w:rPr>
        <w:t>（A）3/4　　（B）6/7　　（C）1/2√(3)　　（D）5/8√(2)　　（E）11/12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below, semicircles with centers at A and B and with radii 2 and 1, respectively, are drawn in the interior of, and sharing bases with, a semicircle with diameter JK. The two smaller semicircles are externally tangent to each other and internally tangent to the largest semicircle. A circle centered at P is drawn externally tangent to the two smaller semicircles and internally tangent to the largest semicircle. What is the radius of the circle centered at P?</w:t>
      </w:r>
    </w:p>
    <w:p>
      <w:pPr>
        <w:spacing w:before="80" w:after="80"/>
        <w:jc w:val="center"/>
      </w:pPr>
      <w:r>
        <w:drawing>
          <wp:inline xmlns:a="http://schemas.openxmlformats.org/drawingml/2006/main" xmlns:pic="http://schemas.openxmlformats.org/drawingml/2006/picture">
            <wp:extent cx="2717041" cy="1366172"/>
            <wp:docPr id="2" name="Picture 2"/>
            <wp:cNvGraphicFramePr>
              <a:graphicFrameLocks noChangeAspect="1"/>
            </wp:cNvGraphicFramePr>
            <a:graphic>
              <a:graphicData uri="http://schemas.openxmlformats.org/drawingml/2006/picture">
                <pic:pic>
                  <pic:nvPicPr>
                    <pic:cNvPr id="0" name="q16-1@300dpi.png"/>
                    <pic:cNvPicPr/>
                  </pic:nvPicPr>
                  <pic:blipFill>
                    <a:blip r:embed="rId9"/>
                    <a:stretch>
                      <a:fillRect/>
                    </a:stretch>
                  </pic:blipFill>
                  <pic:spPr>
                    <a:xfrm>
                      <a:off x="0" y="0"/>
                      <a:ext cx="2717041" cy="13661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3/4　　(B) 6/7　　(C) 1/2√(3)　　(D) 5/8√(2)　　(E) 11/12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 24 个不同的复数 z 满足 z²⁴=1。其中有多少个使得 z⁶ 是实数？</w:t>
      </w:r>
    </w:p>
    <w:p>
      <w:pPr>
        <w:spacing w:before="0" w:after="120" w:line="300" w:lineRule="auto"/>
      </w:pPr>
      <w:r>
        <w:rPr>
          <w:rFonts w:ascii="Times New Roman" w:hAnsi="Times New Roman" w:eastAsia="宋体"/>
          <w:b w:val="0"/>
          <w:i w:val="0"/>
          <w:sz w:val="21"/>
        </w:rPr>
        <w:t>（A）0　　（B）4　　（C）6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24 different complex numbers z such that z²⁴=1. For how many of these is z⁶ a real number?</w:t>
      </w:r>
    </w:p>
    <w:p>
      <w:pPr>
        <w:spacing w:before="0" w:after="160" w:line="300" w:lineRule="auto"/>
      </w:pPr>
      <w:r>
        <w:rPr>
          <w:rFonts w:ascii="Times New Roman" w:hAnsi="Times New Roman" w:eastAsia="宋体"/>
          <w:b w:val="0"/>
          <w:i w:val="0"/>
          <w:color w:val="333333"/>
          <w:sz w:val="19"/>
        </w:rPr>
        <w:t>(A) 0　　(B) 4　　(C) 6　　(D) 12　　(E) 24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S(n) 表示正整数 n 的各位数字之和。例如，S(1507)=13。对某个正整数 n，有 S(n)=1274。下列哪一个可能是 S(n+1) 的值？</w:t>
      </w:r>
    </w:p>
    <w:p>
      <w:pPr>
        <w:spacing w:before="0" w:after="120" w:line="300" w:lineRule="auto"/>
      </w:pPr>
      <w:r>
        <w:rPr>
          <w:rFonts w:ascii="Times New Roman" w:hAnsi="Times New Roman" w:eastAsia="宋体"/>
          <w:b w:val="0"/>
          <w:i w:val="0"/>
          <w:sz w:val="21"/>
        </w:rPr>
        <w:t>（A）1　　（B）3　　（C）12　　（D）1239　　（E）1265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S(n) equal the sum of the digits of positive integer n. For example, S(1507)=13. For a particular positive integer n, S(n)=1274. Which of the following could be the value of S(n+1)?</w:t>
      </w:r>
    </w:p>
    <w:p>
      <w:pPr>
        <w:spacing w:before="0" w:after="160" w:line="300" w:lineRule="auto"/>
      </w:pPr>
      <w:r>
        <w:rPr>
          <w:rFonts w:ascii="Times New Roman" w:hAnsi="Times New Roman" w:eastAsia="宋体"/>
          <w:b w:val="0"/>
          <w:i w:val="0"/>
          <w:color w:val="333333"/>
          <w:sz w:val="19"/>
        </w:rPr>
        <w:t>(A) 1　　(B) 3　　(C) 12　　(D) 1239　　(E) 1265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一个边长为 x 的正方形内接于边长为 3，4，5 的直角三角形中，使得正方形的一个顶点与三角形的直角顶点重合。另一个边长为 y 的正方形内接于另一个边长为 3，4，5 的直角三角形中，使得正方形的一条边落在三角形的斜边上。x/y 是多少？</w:t>
      </w:r>
    </w:p>
    <w:p>
      <w:pPr>
        <w:spacing w:before="0" w:after="120" w:line="300" w:lineRule="auto"/>
      </w:pPr>
      <w:r>
        <w:rPr>
          <w:rFonts w:ascii="Times New Roman" w:hAnsi="Times New Roman" w:eastAsia="宋体"/>
          <w:b w:val="0"/>
          <w:i w:val="0"/>
          <w:sz w:val="21"/>
        </w:rPr>
        <w:t>（A）12/13　　（B）35/37　　（C）1　　（D）37/35　　（E）13/12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x is inscribed in a right triangle with sides of length 3, 4, and 5 so that one vertex of the square coincides with the right-angle vertex of the triangle. A square with side length y is inscribed in another right triangle with sides of length 3, 4, and 5 so that one side of the square lies on the hypotenuse of the triangle. What is x/y?</w:t>
      </w:r>
    </w:p>
    <w:p>
      <w:pPr>
        <w:spacing w:before="0" w:after="160" w:line="300" w:lineRule="auto"/>
      </w:pPr>
      <w:r>
        <w:rPr>
          <w:rFonts w:ascii="Times New Roman" w:hAnsi="Times New Roman" w:eastAsia="宋体"/>
          <w:b w:val="0"/>
          <w:i w:val="0"/>
          <w:color w:val="333333"/>
          <w:sz w:val="19"/>
        </w:rPr>
        <w:t>(A) 12/13　　(B) 35/37　　(C) 1　　(D) 37/35　　(E) 13/12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有多少个有序对 (a,b) 满足：a 是正实数，b 是 2 到 200 之间（含端点）的整数，且 (log_(b) a)²⁰¹⁷=log_(b)(a²⁰¹⁷)？</w:t>
      </w:r>
    </w:p>
    <w:p>
      <w:pPr>
        <w:spacing w:before="0" w:after="120" w:line="300" w:lineRule="auto"/>
      </w:pPr>
      <w:r>
        <w:rPr>
          <w:rFonts w:ascii="Times New Roman" w:hAnsi="Times New Roman" w:eastAsia="宋体"/>
          <w:b w:val="0"/>
          <w:i w:val="0"/>
          <w:sz w:val="21"/>
        </w:rPr>
        <w:t>（A）198　　（B）199　　（C）398　　（D）399　　（E）597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(a,b) such that a is a positive real number and b is an integer between 2 and 200, inclusive, satisfy the equation (log_(b) a)²⁰¹⁷=log_(b)(a²⁰¹⁷)?</w:t>
      </w:r>
    </w:p>
    <w:p>
      <w:pPr>
        <w:spacing w:before="0" w:after="160" w:line="300" w:lineRule="auto"/>
      </w:pPr>
      <w:r>
        <w:rPr>
          <w:rFonts w:ascii="Times New Roman" w:hAnsi="Times New Roman" w:eastAsia="宋体"/>
          <w:b w:val="0"/>
          <w:i w:val="0"/>
          <w:color w:val="333333"/>
          <w:sz w:val="19"/>
        </w:rPr>
        <w:t>(A) 198　　(B) 199　　(C) 398　　(D) 399　　(E) 597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集合 S 按如下方式构造。开始时，S={0,10}。之后尽可能重复下面的操作：如果 x 是某个多项式 aₙxⁿ+aₙ₋₁xⁿ⁻¹ +⋯+a₁x+a₀ 的整数根，其中 n≥1 且所有系数 aᵢ 都是 S 中的元素，那么把 x 加入 S。当不能再向 S 加入新元素时，S 有多少个元素？</w:t>
      </w:r>
    </w:p>
    <w:p>
      <w:pPr>
        <w:spacing w:before="0" w:after="120" w:line="300" w:lineRule="auto"/>
      </w:pPr>
      <w:r>
        <w:rPr>
          <w:rFonts w:ascii="Times New Roman" w:hAnsi="Times New Roman" w:eastAsia="宋体"/>
          <w:b w:val="0"/>
          <w:i w:val="0"/>
          <w:sz w:val="21"/>
        </w:rPr>
        <w:t>（A）4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set S is constructed as follows. To begin, S={0,10}. Repeatedly, as long as possible, if x is an integer root of some polynomial aₙxⁿ+aₙ₋₁xⁿ⁻¹ +⋯+a₁x+a₀ for some n≥1, all of whose coefficients aᵢ are elements of S, then x is put into S. When no more elements can be added to S, how many elements does S have?</w:t>
      </w:r>
    </w:p>
    <w:p>
      <w:pPr>
        <w:spacing w:before="0" w:after="160" w:line="300" w:lineRule="auto"/>
      </w:pPr>
      <w:r>
        <w:rPr>
          <w:rFonts w:ascii="Times New Roman" w:hAnsi="Times New Roman" w:eastAsia="宋体"/>
          <w:b w:val="0"/>
          <w:i w:val="0"/>
          <w:color w:val="333333"/>
          <w:sz w:val="19"/>
        </w:rPr>
        <w:t>(A) 4　　(B) 5　　(C) 7　　(D) 9　　(E) 11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在笛卡尔坐标平面中画一个正方形，顶点为 (2,2)、(-2,2)、(-2,-2) 和 (2,-2)。一个粒子从 (0,0) 出发。每一秒，它等概率地移动到离当前位置最近的八个格点（坐标均为整数的点）之一，且与之前的移动相互独立。换句话说，粒子从 (x,y) 移动到 (x,y+1)、(x+1,y+1)、(x+1,y)、(x+1,y-1)、(x,y-1)、(x-1,y-1)、(x-1,y) 或 (x-1,y+1) 中每一点的概率都是 1/8。粒子最终会第一次碰到这个正方形，碰到的位置要么是正方形的 4 个顶点之一，要么是某条边内部的 12 个格点之一。它碰到顶点而不是边内部点的概率为 m/n，其中 m 和 n 是互质正整数。m+n 是多少？</w:t>
      </w:r>
    </w:p>
    <w:p>
      <w:pPr>
        <w:spacing w:before="0" w:after="120" w:line="300" w:lineRule="auto"/>
      </w:pPr>
      <w:r>
        <w:rPr>
          <w:rFonts w:ascii="Times New Roman" w:hAnsi="Times New Roman" w:eastAsia="宋体"/>
          <w:b w:val="0"/>
          <w:i w:val="0"/>
          <w:sz w:val="21"/>
        </w:rPr>
        <w:t>（A）4　　（B）5　　（C）7　　（D）15　　（E）39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is drawn in the Cartesian coordinate plane with vertices at (2,2), (-2,2), (-2,-2), and (2,-2). A particle starts at (0,0). Every second it moves with equal probability to one of the eight lattice points (points with integer coordinates) closest to its current position, independently of its previous moves. In other words, the probability is 1/8 that the particle will move from (x,y) to each of (x,y+1), (x+1,y+1), (x+1,y), (x+1,y-1), (x,y-1), (x-1,y-1), (x-1,y), or (x-1,y+1). The particle will eventually hit the square for the first time, either at one of the 4 corners of the square or at one of the 12 lattice points in the interior of one of the sides of the square. The probability that it will hit at a corner rather than at an interior point of a side is m/n, where m and n are relatively prime positive integers. What is m+n?</w:t>
      </w:r>
    </w:p>
    <w:p>
      <w:pPr>
        <w:spacing w:before="0" w:after="160" w:line="300" w:lineRule="auto"/>
      </w:pPr>
      <w:r>
        <w:rPr>
          <w:rFonts w:ascii="Times New Roman" w:hAnsi="Times New Roman" w:eastAsia="宋体"/>
          <w:b w:val="0"/>
          <w:i w:val="0"/>
          <w:color w:val="333333"/>
          <w:sz w:val="19"/>
        </w:rPr>
        <w:t>(A) 4　　(B) 5　　(C) 7　　(D) 15　　(E) 39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对某些实数 a、b 和 c，多项式</w:t>
      </w:r>
    </w:p>
    <w:p>
      <w:pPr>
        <w:spacing w:before="0" w:after="80" w:line="300" w:lineRule="auto"/>
        <w:jc w:val="left"/>
      </w:pPr>
      <w:r>
        <w:rPr>
          <w:rFonts w:ascii="Times New Roman" w:hAnsi="Times New Roman" w:eastAsia="宋体"/>
          <w:b w:val="0"/>
          <w:i w:val="0"/>
          <w:sz w:val="21"/>
        </w:rPr>
        <w:t>g(x)=x³+ax²+x+10</w:t>
      </w:r>
    </w:p>
    <w:p>
      <w:pPr>
        <w:spacing w:before="0" w:after="80" w:line="300" w:lineRule="auto"/>
        <w:jc w:val="left"/>
      </w:pPr>
      <w:r>
        <w:rPr>
          <w:rFonts w:ascii="Times New Roman" w:hAnsi="Times New Roman" w:eastAsia="宋体"/>
          <w:b w:val="0"/>
          <w:i w:val="0"/>
          <w:sz w:val="21"/>
        </w:rPr>
        <w:t>有三个不同的根，且 g(x) 的每个根也是多项式</w:t>
      </w:r>
    </w:p>
    <w:p>
      <w:pPr>
        <w:spacing w:before="0" w:after="80" w:line="300" w:lineRule="auto"/>
        <w:jc w:val="left"/>
      </w:pPr>
      <w:r>
        <w:rPr>
          <w:rFonts w:ascii="Times New Roman" w:hAnsi="Times New Roman" w:eastAsia="宋体"/>
          <w:b w:val="0"/>
          <w:i w:val="0"/>
          <w:sz w:val="21"/>
        </w:rPr>
        <w:t>f(x)=x⁴+x³+bx²</w:t>
      </w:r>
    </w:p>
    <w:p>
      <w:pPr>
        <w:spacing w:before="0" w:after="80" w:line="300" w:lineRule="auto"/>
        <w:jc w:val="left"/>
      </w:pPr>
      <w:r>
        <w:rPr>
          <w:rFonts w:ascii="Times New Roman" w:hAnsi="Times New Roman" w:eastAsia="宋体"/>
          <w:b w:val="0"/>
          <w:i w:val="0"/>
          <w:sz w:val="21"/>
        </w:rPr>
        <w:t>+100x+c</w:t>
      </w:r>
    </w:p>
    <w:p>
      <w:pPr>
        <w:spacing w:before="0" w:after="80" w:line="300" w:lineRule="auto"/>
        <w:jc w:val="left"/>
      </w:pPr>
      <w:r>
        <w:rPr>
          <w:rFonts w:ascii="Times New Roman" w:hAnsi="Times New Roman" w:eastAsia="宋体"/>
          <w:b w:val="0"/>
          <w:i w:val="0"/>
          <w:sz w:val="21"/>
        </w:rPr>
        <w:t>的根。f(1) 是多少？</w:t>
      </w:r>
    </w:p>
    <w:p>
      <w:pPr>
        <w:spacing w:before="0" w:after="120" w:line="300" w:lineRule="auto"/>
      </w:pPr>
      <w:r>
        <w:rPr>
          <w:rFonts w:ascii="Times New Roman" w:hAnsi="Times New Roman" w:eastAsia="宋体"/>
          <w:b w:val="0"/>
          <w:i w:val="0"/>
          <w:sz w:val="21"/>
        </w:rPr>
        <w:t>（A）-9009　　（B）-8008　　（C）-7007　　（D）-6006　　（E）-5005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certain real numbers a, b, and c, the polynomial</w:t>
      </w:r>
    </w:p>
    <w:p>
      <w:pPr>
        <w:spacing w:before="0" w:after="80" w:line="300" w:lineRule="auto"/>
        <w:jc w:val="left"/>
      </w:pPr>
      <w:r>
        <w:rPr>
          <w:rFonts w:ascii="Times New Roman" w:hAnsi="Times New Roman" w:eastAsia="宋体"/>
          <w:b w:val="0"/>
          <w:i w:val="0"/>
          <w:color w:val="333333"/>
          <w:sz w:val="19"/>
        </w:rPr>
        <w:t>g(x)=x³+ax²+x+10</w:t>
      </w:r>
    </w:p>
    <w:p>
      <w:pPr>
        <w:spacing w:before="0" w:after="80" w:line="300" w:lineRule="auto"/>
        <w:jc w:val="left"/>
      </w:pPr>
      <w:r>
        <w:rPr>
          <w:rFonts w:ascii="Times New Roman" w:hAnsi="Times New Roman" w:eastAsia="宋体"/>
          <w:b w:val="0"/>
          <w:i w:val="0"/>
          <w:color w:val="333333"/>
          <w:sz w:val="19"/>
        </w:rPr>
        <w:t>has three distinct roots, and each root of g(x) is also a root of the polynomial</w:t>
      </w:r>
    </w:p>
    <w:p>
      <w:pPr>
        <w:spacing w:before="0" w:after="80" w:line="300" w:lineRule="auto"/>
        <w:jc w:val="left"/>
      </w:pPr>
      <w:r>
        <w:rPr>
          <w:rFonts w:ascii="Times New Roman" w:hAnsi="Times New Roman" w:eastAsia="宋体"/>
          <w:b w:val="0"/>
          <w:i w:val="0"/>
          <w:color w:val="333333"/>
          <w:sz w:val="19"/>
        </w:rPr>
        <w:t>f(x)=x⁴+x³+bx²</w:t>
      </w:r>
    </w:p>
    <w:p>
      <w:pPr>
        <w:spacing w:before="0" w:after="80" w:line="300" w:lineRule="auto"/>
        <w:jc w:val="left"/>
      </w:pPr>
      <w:r>
        <w:rPr>
          <w:rFonts w:ascii="Times New Roman" w:hAnsi="Times New Roman" w:eastAsia="宋体"/>
          <w:b w:val="0"/>
          <w:i w:val="0"/>
          <w:color w:val="333333"/>
          <w:sz w:val="19"/>
        </w:rPr>
        <w:t>+100x+c.</w:t>
      </w:r>
    </w:p>
    <w:p>
      <w:pPr>
        <w:spacing w:before="0" w:after="80" w:line="300" w:lineRule="auto"/>
        <w:jc w:val="left"/>
      </w:pPr>
      <w:r>
        <w:rPr>
          <w:rFonts w:ascii="Times New Roman" w:hAnsi="Times New Roman" w:eastAsia="宋体"/>
          <w:b w:val="0"/>
          <w:i w:val="0"/>
          <w:color w:val="333333"/>
          <w:sz w:val="19"/>
        </w:rPr>
        <w:t>What is f(1)?</w:t>
      </w:r>
    </w:p>
    <w:p>
      <w:pPr>
        <w:spacing w:before="0" w:after="160" w:line="300" w:lineRule="auto"/>
      </w:pPr>
      <w:r>
        <w:rPr>
          <w:rFonts w:ascii="Times New Roman" w:hAnsi="Times New Roman" w:eastAsia="宋体"/>
          <w:b w:val="0"/>
          <w:i w:val="0"/>
          <w:color w:val="333333"/>
          <w:sz w:val="19"/>
        </w:rPr>
        <w:t>(A) -9009　　(B) -8008　　(C) -7007　　(D) -6006　　(E) -5005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四边形 ABCD 内接于圆 O，且边长为 AB=3，BC=2，CD=6，DA=8。设 X 和 Y 是 BD 上的点，满足 DX/BD=1/4 且 BY/BD=11/36。设 E 是直线 AX 与过 Y 且平行于 AD 的直线的交点。设 F 是直线 CX 与过 E 且平行于 AC 的直线的交点。设 G 是圆 O 上除 C 外还位于直线 CX 上的点。XF· XG 是多少？</w:t>
      </w:r>
    </w:p>
    <w:p>
      <w:pPr>
        <w:spacing w:before="0" w:after="120" w:line="300" w:lineRule="auto"/>
      </w:pPr>
      <w:r>
        <w:rPr>
          <w:rFonts w:ascii="Times New Roman" w:hAnsi="Times New Roman" w:eastAsia="宋体"/>
          <w:b w:val="0"/>
          <w:i w:val="0"/>
          <w:sz w:val="21"/>
        </w:rPr>
        <w:t>（A）17　　（B）(59-5√(2))/3　　（C）(91-12√(3))/4　　（D）(67-10√(2))/3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is inscribed in circle O and has sides AB=3, BC=2, CD=6, and DA=8. Let X and Y be points on BD such that DX/BD=1/4 and BY/BD=11/36. Let E be the intersection of line AX and the line through Y parallel to AD. Let F be the intersection of line CX and the line through E parallel to AC. Let G be the point on circle O other than C that lies on line CX. What is XF· XG?</w:t>
      </w:r>
    </w:p>
    <w:p>
      <w:pPr>
        <w:spacing w:before="0" w:after="160" w:line="300" w:lineRule="auto"/>
      </w:pPr>
      <w:r>
        <w:rPr>
          <w:rFonts w:ascii="Times New Roman" w:hAnsi="Times New Roman" w:eastAsia="宋体"/>
          <w:b w:val="0"/>
          <w:i w:val="0"/>
          <w:color w:val="333333"/>
          <w:sz w:val="19"/>
        </w:rPr>
        <w:t>(A) 17　　(B) (59-5√(2))/3　　(C) (91-12√(3))/4　　(D) (67-10√(2))/3　　(E) 18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复平面中一个中心对称六边形的顶点集合 V 为</w:t>
      </w:r>
    </w:p>
    <w:p>
      <w:pPr>
        <w:spacing w:before="0" w:after="80" w:line="300" w:lineRule="auto"/>
        <w:jc w:val="left"/>
      </w:pPr>
      <w:r>
        <w:rPr>
          <w:rFonts w:ascii="Times New Roman" w:hAnsi="Times New Roman" w:eastAsia="宋体"/>
          <w:b w:val="0"/>
          <w:i w:val="0"/>
          <w:sz w:val="21"/>
        </w:rPr>
        <w:t>V={</w:t>
      </w:r>
    </w:p>
    <w:p>
      <w:pPr>
        <w:spacing w:before="0" w:after="80" w:line="300" w:lineRule="auto"/>
        <w:jc w:val="left"/>
      </w:pPr>
      <w:r>
        <w:rPr>
          <w:rFonts w:ascii="Times New Roman" w:hAnsi="Times New Roman" w:eastAsia="宋体"/>
          <w:b w:val="0"/>
          <w:i w:val="0"/>
          <w:sz w:val="21"/>
        </w:rPr>
        <w:t>√(2) i, -√(2) i,</w:t>
      </w:r>
    </w:p>
    <w:p>
      <w:pPr>
        <w:spacing w:before="0" w:after="80" w:line="300" w:lineRule="auto"/>
        <w:jc w:val="left"/>
      </w:pPr>
      <w:r>
        <w:rPr>
          <w:rFonts w:ascii="Times New Roman" w:hAnsi="Times New Roman" w:eastAsia="宋体"/>
          <w:b w:val="0"/>
          <w:i w:val="0"/>
          <w:sz w:val="21"/>
        </w:rPr>
        <w:t>1/(√(8))(1+i),</w:t>
      </w:r>
    </w:p>
    <w:p>
      <w:pPr>
        <w:spacing w:before="0" w:after="80" w:line="300" w:lineRule="auto"/>
        <w:jc w:val="left"/>
      </w:pPr>
      <w:r>
        <w:rPr>
          <w:rFonts w:ascii="Times New Roman" w:hAnsi="Times New Roman" w:eastAsia="宋体"/>
          <w:b w:val="0"/>
          <w:i w:val="0"/>
          <w:sz w:val="21"/>
        </w:rPr>
        <w:t>1/(√(8))(-1+i),</w:t>
      </w:r>
    </w:p>
    <w:p>
      <w:pPr>
        <w:spacing w:before="0" w:after="80" w:line="300" w:lineRule="auto"/>
        <w:jc w:val="left"/>
      </w:pPr>
      <w:r>
        <w:rPr>
          <w:rFonts w:ascii="Times New Roman" w:hAnsi="Times New Roman" w:eastAsia="宋体"/>
          <w:b w:val="0"/>
          <w:i w:val="0"/>
          <w:sz w:val="21"/>
        </w:rPr>
        <w:t>1/(√(8))(1-i),</w:t>
      </w:r>
    </w:p>
    <w:p>
      <w:pPr>
        <w:spacing w:before="0" w:after="80" w:line="300" w:lineRule="auto"/>
        <w:jc w:val="left"/>
      </w:pPr>
      <w:r>
        <w:rPr>
          <w:rFonts w:ascii="Times New Roman" w:hAnsi="Times New Roman" w:eastAsia="宋体"/>
          <w:b w:val="0"/>
          <w:i w:val="0"/>
          <w:sz w:val="21"/>
        </w:rPr>
        <w:t>1/(√(8))(-1-i)</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对每个 j，1≤ j≤12，从 V 中随机选择一个元素 zⱼ，且各次选择相互独立。设 P=Πⱼ₌₁¹²zⱼ 为所选 12 个数的乘积。P=-1 的概率是多少？</w:t>
      </w:r>
    </w:p>
    <w:p>
      <w:pPr>
        <w:spacing w:before="0" w:after="120" w:line="300" w:lineRule="auto"/>
      </w:pPr>
      <w:r>
        <w:rPr>
          <w:rFonts w:ascii="Times New Roman" w:hAnsi="Times New Roman" w:eastAsia="宋体"/>
          <w:b w:val="0"/>
          <w:i w:val="0"/>
          <w:sz w:val="21"/>
        </w:rPr>
        <w:t>（A）(5·11)/3¹⁰　　（B）(5²·11)/(2·3¹⁰)　　（C）(5·11)/3⁹　　（D）(5·7·11)/(2·3¹⁰)　　（E）(2²·5·11)/3¹⁰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V of a centrally symmetric hexagon in the complex plane are given by</w:t>
      </w:r>
    </w:p>
    <w:p>
      <w:pPr>
        <w:spacing w:before="0" w:after="80" w:line="300" w:lineRule="auto"/>
        <w:jc w:val="left"/>
      </w:pPr>
      <w:r>
        <w:rPr>
          <w:rFonts w:ascii="Times New Roman" w:hAnsi="Times New Roman" w:eastAsia="宋体"/>
          <w:b w:val="0"/>
          <w:i w:val="0"/>
          <w:color w:val="333333"/>
          <w:sz w:val="19"/>
        </w:rPr>
        <w:t>V={</w:t>
      </w:r>
    </w:p>
    <w:p>
      <w:pPr>
        <w:spacing w:before="0" w:after="80" w:line="300" w:lineRule="auto"/>
        <w:jc w:val="left"/>
      </w:pPr>
      <w:r>
        <w:rPr>
          <w:rFonts w:ascii="Times New Roman" w:hAnsi="Times New Roman" w:eastAsia="宋体"/>
          <w:b w:val="0"/>
          <w:i w:val="0"/>
          <w:color w:val="333333"/>
          <w:sz w:val="19"/>
        </w:rPr>
        <w:t>√(2) i, -√(2) i,</w:t>
      </w:r>
    </w:p>
    <w:p>
      <w:pPr>
        <w:spacing w:before="0" w:after="80" w:line="300" w:lineRule="auto"/>
        <w:jc w:val="left"/>
      </w:pPr>
      <w:r>
        <w:rPr>
          <w:rFonts w:ascii="Times New Roman" w:hAnsi="Times New Roman" w:eastAsia="宋体"/>
          <w:b w:val="0"/>
          <w:i w:val="0"/>
          <w:color w:val="333333"/>
          <w:sz w:val="19"/>
        </w:rPr>
        <w:t>1/(√(8))(1+i),</w:t>
      </w:r>
    </w:p>
    <w:p>
      <w:pPr>
        <w:spacing w:before="0" w:after="80" w:line="300" w:lineRule="auto"/>
        <w:jc w:val="left"/>
      </w:pPr>
      <w:r>
        <w:rPr>
          <w:rFonts w:ascii="Times New Roman" w:hAnsi="Times New Roman" w:eastAsia="宋体"/>
          <w:b w:val="0"/>
          <w:i w:val="0"/>
          <w:color w:val="333333"/>
          <w:sz w:val="19"/>
        </w:rPr>
        <w:t>1/(√(8))(-1+i),</w:t>
      </w:r>
    </w:p>
    <w:p>
      <w:pPr>
        <w:spacing w:before="0" w:after="80" w:line="300" w:lineRule="auto"/>
        <w:jc w:val="left"/>
      </w:pPr>
      <w:r>
        <w:rPr>
          <w:rFonts w:ascii="Times New Roman" w:hAnsi="Times New Roman" w:eastAsia="宋体"/>
          <w:b w:val="0"/>
          <w:i w:val="0"/>
          <w:color w:val="333333"/>
          <w:sz w:val="19"/>
        </w:rPr>
        <w:t>1/(√(8))(1-i),</w:t>
      </w:r>
    </w:p>
    <w:p>
      <w:pPr>
        <w:spacing w:before="0" w:after="80" w:line="300" w:lineRule="auto"/>
        <w:jc w:val="left"/>
      </w:pPr>
      <w:r>
        <w:rPr>
          <w:rFonts w:ascii="Times New Roman" w:hAnsi="Times New Roman" w:eastAsia="宋体"/>
          <w:b w:val="0"/>
          <w:i w:val="0"/>
          <w:color w:val="333333"/>
          <w:sz w:val="19"/>
        </w:rPr>
        <w:t>1/(√(8))(-1-i)</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For each j, 1≤ j≤12, an element zⱼ is chosen from V at random, independently of the other choices. Let P=Πⱼ₌₁¹²zⱼ be the product of the 12 numbers selected. What is the probability that P=-1?</w:t>
      </w:r>
    </w:p>
    <w:p>
      <w:pPr>
        <w:spacing w:before="0" w:after="160" w:line="300" w:lineRule="auto"/>
      </w:pPr>
      <w:r>
        <w:rPr>
          <w:rFonts w:ascii="Times New Roman" w:hAnsi="Times New Roman" w:eastAsia="宋体"/>
          <w:b w:val="0"/>
          <w:i w:val="0"/>
          <w:color w:val="333333"/>
          <w:sz w:val="19"/>
        </w:rPr>
        <w:t>(A) (5·11)/3¹⁰　　(B) (5²·11)/(2·3¹⁰)　　(C) (5·11)/3⁹　　(D) (5·7·11)/(2·3¹⁰)　　(E) (2²·5·11)/3¹⁰</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B　A　B　B　B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B　B　C　D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E　D　E　C　A　E</w:t>
      </w:r>
    </w:p>
    <w:p>
      <w:pPr>
        <w:spacing w:before="0" w:after="200" w:line="300" w:lineRule="auto"/>
      </w:pPr>
      <w:r>
        <w:rPr>
          <w:rFonts w:ascii="Times New Roman" w:hAnsi="Times New Roman" w:eastAsia="宋体"/>
          <w:b w:val="0"/>
          <w:i w:val="0"/>
          <w:color w:val="666666"/>
          <w:sz w:val="18"/>
        </w:rPr>
        <w:t>答案串：DCBABBBDECDBBCDBDDDEDECAE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最便宜的冰棒来自 5 支装盒，单价为 ($3)/5=$0.60。即使按这个单价，14 支冰棒也要花 14·$0.60=$8.40，超过 $8。</w:t>
      </w:r>
    </w:p>
    <w:p>
      <w:pPr>
        <w:spacing w:before="0" w:after="80" w:line="300" w:lineRule="auto"/>
        <w:jc w:val="left"/>
      </w:pPr>
      <w:r>
        <w:rPr>
          <w:rFonts w:ascii="Times New Roman" w:hAnsi="Times New Roman" w:eastAsia="宋体"/>
          <w:b w:val="0"/>
          <w:i w:val="0"/>
          <w:sz w:val="21"/>
        </w:rPr>
        <w:t>因此 Pablo 最多能买 13 支，而且他可以用 $6 买两盒 5 支装，再用 $2 买一盒 3 支装，得到 2·5+3=13 支冰棒。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cheapest popsicles come from the 5-popsicle box, at ($3)/5=$0.60 each. Even at that rate, 14 popsicles would cost 14·$0.60=$8.40, more than $8.</w:t>
      </w:r>
    </w:p>
    <w:p>
      <w:pPr>
        <w:spacing w:before="0" w:after="80" w:line="300" w:lineRule="auto"/>
        <w:jc w:val="left"/>
      </w:pPr>
      <w:r>
        <w:rPr>
          <w:rFonts w:ascii="Times New Roman" w:hAnsi="Times New Roman" w:eastAsia="宋体"/>
          <w:b w:val="0"/>
          <w:i w:val="0"/>
          <w:color w:val="333333"/>
          <w:sz w:val="19"/>
        </w:rPr>
        <w:t>So Pablo can buy at most 13, and he achieves this with two 5-boxes for $6 and one 3-box for $2, giving 2·5+3=13 popsicles.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设这两个数为 x 和 y，则 x+y=4xy。</w:t>
      </w:r>
    </w:p>
    <w:p>
      <w:pPr>
        <w:spacing w:before="0" w:after="80" w:line="300" w:lineRule="auto"/>
        <w:jc w:val="left"/>
      </w:pPr>
      <w:r>
        <w:rPr>
          <w:rFonts w:ascii="Times New Roman" w:hAnsi="Times New Roman" w:eastAsia="宋体"/>
          <w:b w:val="0"/>
          <w:i w:val="0"/>
          <w:sz w:val="21"/>
        </w:rPr>
        <w:t>两边同时除以 xy，得到</w:t>
      </w:r>
    </w:p>
    <w:p>
      <w:pPr>
        <w:spacing w:before="0" w:after="80" w:line="300" w:lineRule="auto"/>
        <w:jc w:val="left"/>
      </w:pPr>
      <w:r>
        <w:rPr>
          <w:rFonts w:ascii="Times New Roman" w:hAnsi="Times New Roman" w:eastAsia="宋体"/>
          <w:b w:val="0"/>
          <w:i w:val="0"/>
          <w:sz w:val="21"/>
        </w:rPr>
        <w:t>x+y/xy=4，</w:t>
      </w:r>
    </w:p>
    <w:p>
      <w:pPr>
        <w:spacing w:before="0" w:after="80" w:line="300" w:lineRule="auto"/>
        <w:jc w:val="left"/>
      </w:pPr>
      <w:r>
        <w:rPr>
          <w:rFonts w:ascii="Times New Roman" w:hAnsi="Times New Roman" w:eastAsia="宋体"/>
          <w:b w:val="0"/>
          <w:i w:val="0"/>
          <w:sz w:val="21"/>
        </w:rPr>
        <w:t>而左边正是 1/y+1/x。因此倒数之和为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numbers be x and y, so x+y=4xy.</w:t>
      </w:r>
    </w:p>
    <w:p>
      <w:pPr>
        <w:spacing w:before="0" w:after="80" w:line="300" w:lineRule="auto"/>
        <w:jc w:val="left"/>
      </w:pPr>
      <w:r>
        <w:rPr>
          <w:rFonts w:ascii="Times New Roman" w:hAnsi="Times New Roman" w:eastAsia="宋体"/>
          <w:b w:val="0"/>
          <w:i w:val="0"/>
          <w:color w:val="333333"/>
          <w:sz w:val="19"/>
        </w:rPr>
        <w:t>Dividing both sides by xy gives</w:t>
      </w:r>
    </w:p>
    <w:p>
      <w:pPr>
        <w:spacing w:before="0" w:after="80" w:line="300" w:lineRule="auto"/>
        <w:jc w:val="left"/>
      </w:pPr>
      <w:r>
        <w:rPr>
          <w:rFonts w:ascii="Times New Roman" w:hAnsi="Times New Roman" w:eastAsia="宋体"/>
          <w:b w:val="0"/>
          <w:i w:val="0"/>
          <w:color w:val="333333"/>
          <w:sz w:val="19"/>
        </w:rPr>
        <w:t>x+y/xy=4,</w:t>
      </w:r>
    </w:p>
    <w:p>
      <w:pPr>
        <w:spacing w:before="0" w:after="80" w:line="300" w:lineRule="auto"/>
        <w:jc w:val="left"/>
      </w:pPr>
      <w:r>
        <w:rPr>
          <w:rFonts w:ascii="Times New Roman" w:hAnsi="Times New Roman" w:eastAsia="宋体"/>
          <w:b w:val="0"/>
          <w:i w:val="0"/>
          <w:color w:val="333333"/>
          <w:sz w:val="19"/>
        </w:rPr>
        <w:t>and the left side is exactly 1/y+1/x. So the sum of the reciprocals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这个承诺是“全部答对 ⇒ 得到 A”。一个蕴含命题只与它的逆否命题等价：“没有得到 A ⇒ 没有全部答对”。</w:t>
      </w:r>
    </w:p>
    <w:p>
      <w:pPr>
        <w:spacing w:before="0" w:after="80" w:line="300" w:lineRule="auto"/>
        <w:jc w:val="left"/>
      </w:pPr>
      <w:r>
        <w:rPr>
          <w:rFonts w:ascii="Times New Roman" w:hAnsi="Times New Roman" w:eastAsia="宋体"/>
          <w:b w:val="0"/>
          <w:i w:val="0"/>
          <w:sz w:val="21"/>
        </w:rPr>
        <w:t>“没有全部答对”表示至少有一道题答错，这正是选项 B。逆命题和否命题都不能推出，而“全部答错”比这个否定强得多。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promise is “all right ⇒ A.” An implication is equivalent only to its contrapositive: “not A ⇒ not all right.”</w:t>
      </w:r>
    </w:p>
    <w:p>
      <w:pPr>
        <w:spacing w:before="0" w:after="80" w:line="300" w:lineRule="auto"/>
        <w:jc w:val="left"/>
      </w:pPr>
      <w:r>
        <w:rPr>
          <w:rFonts w:ascii="Times New Roman" w:hAnsi="Times New Roman" w:eastAsia="宋体"/>
          <w:b w:val="0"/>
          <w:i w:val="0"/>
          <w:color w:val="333333"/>
          <w:sz w:val="19"/>
        </w:rPr>
        <w:t>“Not all right” means at least one question was wrong, which is exactly statement B. The converse and inverse do not follow, and getting “all wrong” is a much stronger claim than the negation.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如果正方形边长为 x，Jerry 走 x+x=2x 而 Silvia 走对角线 √(x²+x²)=x√(2)。</w:t>
      </w:r>
    </w:p>
    <w:p>
      <w:pPr>
        <w:spacing w:before="0" w:after="80" w:line="300" w:lineRule="auto"/>
        <w:jc w:val="left"/>
      </w:pPr>
      <w:r>
        <w:rPr>
          <w:rFonts w:ascii="Times New Roman" w:hAnsi="Times New Roman" w:eastAsia="宋体"/>
          <w:b w:val="0"/>
          <w:i w:val="0"/>
          <w:sz w:val="21"/>
        </w:rPr>
        <w:t>Silvia 的路程短了的比例为</w:t>
      </w:r>
    </w:p>
    <w:p>
      <w:pPr>
        <w:spacing w:before="0" w:after="80" w:line="300" w:lineRule="auto"/>
        <w:jc w:val="left"/>
      </w:pPr>
      <w:r>
        <w:rPr>
          <w:rFonts w:ascii="Times New Roman" w:hAnsi="Times New Roman" w:eastAsia="宋体"/>
          <w:b w:val="0"/>
          <w:i w:val="0"/>
          <w:sz w:val="21"/>
        </w:rPr>
        <w:t>(2x-x√(2))/2x=1-(√(2))/2</w:t>
      </w:r>
    </w:p>
    <w:p>
      <w:pPr>
        <w:spacing w:before="0" w:after="80" w:line="300" w:lineRule="auto"/>
        <w:jc w:val="left"/>
      </w:pPr>
      <w:r>
        <w:rPr>
          <w:rFonts w:ascii="Times New Roman" w:hAnsi="Times New Roman" w:eastAsia="宋体"/>
          <w:b w:val="0"/>
          <w:i w:val="0"/>
          <w:sz w:val="21"/>
        </w:rPr>
        <w:t>≈ 1-0.707=0.293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这最接近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square has side x, Jerry walks x+x=2x, while Silvia walks the diagonal √(x²+x²)=x√(2).</w:t>
      </w:r>
    </w:p>
    <w:p>
      <w:pPr>
        <w:spacing w:before="0" w:after="80" w:line="300" w:lineRule="auto"/>
        <w:jc w:val="left"/>
      </w:pPr>
      <w:r>
        <w:rPr>
          <w:rFonts w:ascii="Times New Roman" w:hAnsi="Times New Roman" w:eastAsia="宋体"/>
          <w:b w:val="0"/>
          <w:i w:val="0"/>
          <w:color w:val="333333"/>
          <w:sz w:val="19"/>
        </w:rPr>
        <w:t>The fraction by which Silvia’s trip is shorter is</w:t>
      </w:r>
    </w:p>
    <w:p>
      <w:pPr>
        <w:spacing w:before="0" w:after="80" w:line="300" w:lineRule="auto"/>
        <w:jc w:val="left"/>
      </w:pPr>
      <w:r>
        <w:rPr>
          <w:rFonts w:ascii="Times New Roman" w:hAnsi="Times New Roman" w:eastAsia="宋体"/>
          <w:b w:val="0"/>
          <w:i w:val="0"/>
          <w:color w:val="333333"/>
          <w:sz w:val="19"/>
        </w:rPr>
        <w:t>(2x-x√(2))/2x=1-(√(2))/2</w:t>
      </w:r>
    </w:p>
    <w:p>
      <w:pPr>
        <w:spacing w:before="0" w:after="80" w:line="300" w:lineRule="auto"/>
        <w:jc w:val="left"/>
      </w:pPr>
      <w:r>
        <w:rPr>
          <w:rFonts w:ascii="Times New Roman" w:hAnsi="Times New Roman" w:eastAsia="宋体"/>
          <w:b w:val="0"/>
          <w:i w:val="0"/>
          <w:color w:val="333333"/>
          <w:sz w:val="19"/>
        </w:rPr>
        <w:t>≈ 1-0.707=0.293.</w:t>
      </w:r>
    </w:p>
    <w:p>
      <w:pPr>
        <w:spacing w:before="0" w:after="80" w:line="300" w:lineRule="auto"/>
        <w:jc w:val="left"/>
      </w:pPr>
      <w:r>
        <w:rPr>
          <w:rFonts w:ascii="Times New Roman" w:hAnsi="Times New Roman" w:eastAsia="宋体"/>
          <w:b w:val="0"/>
          <w:i w:val="0"/>
          <w:color w:val="333333"/>
          <w:sz w:val="19"/>
        </w:rPr>
        <w:t>This is closest to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那 20 个彼此认识的人只和 10 个陌生人握手。那 10 个陌生人中的每个人都和其他 29 人握手。</w:t>
      </w:r>
    </w:p>
    <w:p>
      <w:pPr>
        <w:spacing w:before="0" w:after="80" w:line="300" w:lineRule="auto"/>
        <w:jc w:val="left"/>
      </w:pPr>
      <w:r>
        <w:rPr>
          <w:rFonts w:ascii="Times New Roman" w:hAnsi="Times New Roman" w:eastAsia="宋体"/>
          <w:b w:val="0"/>
          <w:i w:val="0"/>
          <w:sz w:val="21"/>
        </w:rPr>
        <w:t>把握手次数相加并除以 2（每次握手涉及两个人），得到</w:t>
      </w:r>
    </w:p>
    <w:p>
      <w:pPr>
        <w:spacing w:before="0" w:after="80" w:line="300" w:lineRule="auto"/>
        <w:jc w:val="left"/>
      </w:pPr>
      <w:r>
        <w:rPr>
          <w:rFonts w:ascii="Times New Roman" w:hAnsi="Times New Roman" w:eastAsia="宋体"/>
          <w:b w:val="0"/>
          <w:i w:val="0"/>
          <w:sz w:val="21"/>
        </w:rPr>
        <w:t>1/2(20·10+10·29)</w:t>
      </w:r>
    </w:p>
    <w:p>
      <w:pPr>
        <w:spacing w:before="0" w:after="80" w:line="300" w:lineRule="auto"/>
        <w:jc w:val="left"/>
      </w:pPr>
      <w:r>
        <w:rPr>
          <w:rFonts w:ascii="Times New Roman" w:hAnsi="Times New Roman" w:eastAsia="宋体"/>
          <w:b w:val="0"/>
          <w:i w:val="0"/>
          <w:sz w:val="21"/>
        </w:rPr>
        <w:t>=1/2(200+290)=245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20 people who know each other shakes hands with only the 10 strangers. Each of the 10 strangers shakes hands with all 29 other people.</w:t>
      </w:r>
    </w:p>
    <w:p>
      <w:pPr>
        <w:spacing w:before="0" w:after="80" w:line="300" w:lineRule="auto"/>
        <w:jc w:val="left"/>
      </w:pPr>
      <w:r>
        <w:rPr>
          <w:rFonts w:ascii="Times New Roman" w:hAnsi="Times New Roman" w:eastAsia="宋体"/>
          <w:b w:val="0"/>
          <w:i w:val="0"/>
          <w:color w:val="333333"/>
          <w:sz w:val="19"/>
        </w:rPr>
        <w:t>Summing handshake counts and dividing by 2 (each handshake involves two people) gives</w:t>
      </w:r>
    </w:p>
    <w:p>
      <w:pPr>
        <w:spacing w:before="0" w:after="80" w:line="300" w:lineRule="auto"/>
        <w:jc w:val="left"/>
      </w:pPr>
      <w:r>
        <w:rPr>
          <w:rFonts w:ascii="Times New Roman" w:hAnsi="Times New Roman" w:eastAsia="宋体"/>
          <w:b w:val="0"/>
          <w:i w:val="0"/>
          <w:color w:val="333333"/>
          <w:sz w:val="19"/>
        </w:rPr>
        <w:t>1/2(20·10+10·29)</w:t>
      </w:r>
    </w:p>
    <w:p>
      <w:pPr>
        <w:spacing w:before="0" w:after="80" w:line="300" w:lineRule="auto"/>
        <w:jc w:val="left"/>
      </w:pPr>
      <w:r>
        <w:rPr>
          <w:rFonts w:ascii="Times New Roman" w:hAnsi="Times New Roman" w:eastAsia="宋体"/>
          <w:b w:val="0"/>
          <w:i w:val="0"/>
          <w:color w:val="333333"/>
          <w:sz w:val="19"/>
        </w:rPr>
        <w:t>=1/2(200+290)=245.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四条长度能组成面积为正的四边形，当且仅当最长边严格小于另外三边之和。若第四根杆长为 n，则需要 15&lt; 3+7+n 且 n&lt; 3+7+15，所以</w:t>
      </w:r>
    </w:p>
    <w:p>
      <w:pPr>
        <w:spacing w:before="0" w:after="80" w:line="300" w:lineRule="auto"/>
        <w:jc w:val="left"/>
      </w:pPr>
      <w:r>
        <w:rPr>
          <w:rFonts w:ascii="Times New Roman" w:hAnsi="Times New Roman" w:eastAsia="宋体"/>
          <w:b w:val="0"/>
          <w:i w:val="0"/>
          <w:sz w:val="21"/>
        </w:rPr>
        <w:t>5&lt; n&lt; 25。</w:t>
      </w:r>
    </w:p>
    <w:p>
      <w:pPr>
        <w:spacing w:before="0" w:after="80" w:line="300" w:lineRule="auto"/>
        <w:jc w:val="left"/>
      </w:pPr>
      <w:r>
        <w:rPr>
          <w:rFonts w:ascii="Times New Roman" w:hAnsi="Times New Roman" w:eastAsia="宋体"/>
          <w:b w:val="0"/>
          <w:i w:val="0"/>
          <w:sz w:val="21"/>
        </w:rPr>
        <w:t>从 6 到 24 的整数共有 19 个，但长度为 7 和 15 的杆已经在桌上，剩下 19-2=17 种选择。</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lengths form a quadrilateral with positive area if and only if the longest is strictly less than the sum of the other three. With a fourth rod of length n, this requires 15&lt; 3+7+n and n&lt; 3+7+15, so</w:t>
      </w:r>
    </w:p>
    <w:p>
      <w:pPr>
        <w:spacing w:before="0" w:after="80" w:line="300" w:lineRule="auto"/>
        <w:jc w:val="left"/>
      </w:pPr>
      <w:r>
        <w:rPr>
          <w:rFonts w:ascii="Times New Roman" w:hAnsi="Times New Roman" w:eastAsia="宋体"/>
          <w:b w:val="0"/>
          <w:i w:val="0"/>
          <w:color w:val="333333"/>
          <w:sz w:val="19"/>
        </w:rPr>
        <w:t>5&lt; n&lt; 25.</w:t>
      </w:r>
    </w:p>
    <w:p>
      <w:pPr>
        <w:spacing w:before="0" w:after="80" w:line="300" w:lineRule="auto"/>
        <w:jc w:val="left"/>
      </w:pPr>
      <w:r>
        <w:rPr>
          <w:rFonts w:ascii="Times New Roman" w:hAnsi="Times New Roman" w:eastAsia="宋体"/>
          <w:b w:val="0"/>
          <w:i w:val="0"/>
          <w:color w:val="333333"/>
          <w:sz w:val="19"/>
        </w:rPr>
        <w:t>The integers from 6 to 24 give 19 values, but the rods of length 7 and 15 are already on the table, leaving 19-2=17 choices.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列出数值：f(1)=2，f(2)=f(1)+1=3，f(3)=f(1)+2=4，f(4)=f(3)+1=5，这说明可能有 f(n)=n+1。</w:t>
      </w:r>
    </w:p>
    <w:p>
      <w:pPr>
        <w:spacing w:before="0" w:after="80" w:line="300" w:lineRule="auto"/>
        <w:jc w:val="left"/>
      </w:pPr>
      <w:r>
        <w:rPr>
          <w:rFonts w:ascii="Times New Roman" w:hAnsi="Times New Roman" w:eastAsia="宋体"/>
          <w:b w:val="0"/>
          <w:i w:val="0"/>
          <w:sz w:val="21"/>
        </w:rPr>
        <w:t>两条规则都与 f(n)=n+1 一致：当 n 为偶数时，(n-1)+1+1=n+1；当 n 为奇数时，(n-2)+1+2=n+1。由于递归唯一确定 f，所以 f(2017)=2018。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Listing values: f(1)=2, f(2)=f(1)+1=3, f(3)=f(1)+2=4, f(4)=f(3)+1=5, suggesting f(n)=n+1.</w:t>
      </w:r>
    </w:p>
    <w:p>
      <w:pPr>
        <w:spacing w:before="0" w:after="80" w:line="300" w:lineRule="auto"/>
        <w:jc w:val="left"/>
      </w:pPr>
      <w:r>
        <w:rPr>
          <w:rFonts w:ascii="Times New Roman" w:hAnsi="Times New Roman" w:eastAsia="宋体"/>
          <w:b w:val="0"/>
          <w:i w:val="0"/>
          <w:color w:val="333333"/>
          <w:sz w:val="19"/>
        </w:rPr>
        <w:t>Both rules are consistent with f(n)=n+1: for even n, (n-1)+1+1=n+1, and for odd n, (n-2)+1+2=n+1. Since the recursion determines f uniquely, f(2017)=2018.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 h=AB。 这个区域是一个半径为 3、高为 h 的圆柱，两端各接一个半径为 3 的半球。</w:t>
      </w:r>
    </w:p>
    <w:p>
      <w:pPr>
        <w:spacing w:before="0" w:after="80" w:line="300" w:lineRule="auto"/>
        <w:jc w:val="left"/>
      </w:pPr>
      <w:r>
        <w:rPr>
          <w:rFonts w:ascii="Times New Roman" w:hAnsi="Times New Roman" w:eastAsia="宋体"/>
          <w:b w:val="0"/>
          <w:i w:val="0"/>
          <w:sz w:val="21"/>
        </w:rPr>
        <w:t>圆柱体积为 π·3²· h=9π h，两个半球合起来是一个球，体积为 4/3π·3³=36π。因此</w:t>
      </w:r>
    </w:p>
    <w:p>
      <w:pPr>
        <w:spacing w:before="0" w:after="80" w:line="300" w:lineRule="auto"/>
        <w:jc w:val="left"/>
      </w:pPr>
      <w:r>
        <w:rPr>
          <w:rFonts w:ascii="Times New Roman" w:hAnsi="Times New Roman" w:eastAsia="宋体"/>
          <w:b w:val="0"/>
          <w:i w:val="0"/>
          <w:sz w:val="21"/>
        </w:rPr>
        <w:t>9π h+36π=216π，</w:t>
      </w:r>
    </w:p>
    <w:p>
      <w:pPr>
        <w:spacing w:before="0" w:after="80" w:line="300" w:lineRule="auto"/>
        <w:jc w:val="left"/>
      </w:pPr>
      <w:r>
        <w:rPr>
          <w:rFonts w:ascii="Times New Roman" w:hAnsi="Times New Roman" w:eastAsia="宋体"/>
          <w:b w:val="0"/>
          <w:i w:val="0"/>
          <w:sz w:val="21"/>
        </w:rPr>
        <w:t>得 h=20。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h=AB. The region is a cylinder of radius 3 and height h with a hemisphere of radius 3 on each end.</w:t>
      </w:r>
    </w:p>
    <w:p>
      <w:pPr>
        <w:spacing w:before="0" w:after="80" w:line="300" w:lineRule="auto"/>
        <w:jc w:val="left"/>
      </w:pPr>
      <w:r>
        <w:rPr>
          <w:rFonts w:ascii="Times New Roman" w:hAnsi="Times New Roman" w:eastAsia="宋体"/>
          <w:b w:val="0"/>
          <w:i w:val="0"/>
          <w:color w:val="333333"/>
          <w:sz w:val="19"/>
        </w:rPr>
        <w:t>The cylinder has volume π·3²· h=9π h, and the two hemispheres together form a sphere of volume 4/3π·3³=36π. So</w:t>
      </w:r>
    </w:p>
    <w:p>
      <w:pPr>
        <w:spacing w:before="0" w:after="80" w:line="300" w:lineRule="auto"/>
        <w:jc w:val="left"/>
      </w:pPr>
      <w:r>
        <w:rPr>
          <w:rFonts w:ascii="Times New Roman" w:hAnsi="Times New Roman" w:eastAsia="宋体"/>
          <w:b w:val="0"/>
          <w:i w:val="0"/>
          <w:color w:val="333333"/>
          <w:sz w:val="19"/>
        </w:rPr>
        <w:t>9π h+36π=216π,</w:t>
      </w:r>
    </w:p>
    <w:p>
      <w:pPr>
        <w:spacing w:before="0" w:after="80" w:line="300" w:lineRule="auto"/>
        <w:jc w:val="left"/>
      </w:pPr>
      <w:r>
        <w:rPr>
          <w:rFonts w:ascii="Times New Roman" w:hAnsi="Times New Roman" w:eastAsia="宋体"/>
          <w:b w:val="0"/>
          <w:i w:val="0"/>
          <w:color w:val="333333"/>
          <w:sz w:val="19"/>
        </w:rPr>
        <w:t>giving h=20.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考虑 3，x+2，y-4 中哪两个是相等的较大值。</w:t>
      </w:r>
    </w:p>
    <w:p>
      <w:pPr>
        <w:spacing w:before="0" w:after="80" w:line="300" w:lineRule="auto"/>
        <w:jc w:val="left"/>
      </w:pPr>
      <w:r>
        <w:rPr>
          <w:rFonts w:ascii="Times New Roman" w:hAnsi="Times New Roman" w:eastAsia="宋体"/>
          <w:b w:val="0"/>
          <w:i w:val="0"/>
          <w:sz w:val="21"/>
        </w:rPr>
        <w:t>若 3=x+2≥ y-4，则 x=1 且 y≤7，得到一条从 (1,7) 向下的射线。若 3=y-4≥ x+2，则 y=7 且 x≤1，得到一条从 (1,7) 向左的射线。若 x+2=y-4≥3，则 y=x+6 且 x≥1，得到一条从 (1,7) 向右上方的射线。</w:t>
      </w:r>
    </w:p>
    <w:p>
      <w:pPr>
        <w:spacing w:before="0" w:after="80" w:line="300" w:lineRule="auto"/>
        <w:jc w:val="left"/>
      </w:pPr>
      <w:r>
        <w:rPr>
          <w:rFonts w:ascii="Times New Roman" w:hAnsi="Times New Roman" w:eastAsia="宋体"/>
          <w:b w:val="0"/>
          <w:i w:val="0"/>
          <w:sz w:val="21"/>
        </w:rPr>
        <w:t>三条射线共享端点 (1,7)，所以 S 是三条有共同端点的射线。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which two of 3, x+2, y-4 are the (equal) larger pair.</w:t>
      </w:r>
    </w:p>
    <w:p>
      <w:pPr>
        <w:spacing w:before="0" w:after="80" w:line="300" w:lineRule="auto"/>
        <w:jc w:val="left"/>
      </w:pPr>
      <w:r>
        <w:rPr>
          <w:rFonts w:ascii="Times New Roman" w:hAnsi="Times New Roman" w:eastAsia="宋体"/>
          <w:b w:val="0"/>
          <w:i w:val="0"/>
          <w:color w:val="333333"/>
          <w:sz w:val="19"/>
        </w:rPr>
        <w:t>If 3=x+2≥ y-4: then x=1 and y≤7, a downward ray from (1,7). If 3=y-4≥ x+2: then y=7 and x≤1, a leftward ray from (1,7). If x+2=y-4≥3: then y=x+6 and x≥1, a ray from (1,7) going up and to the right.</w:t>
      </w:r>
    </w:p>
    <w:p>
      <w:pPr>
        <w:spacing w:before="0" w:after="80" w:line="300" w:lineRule="auto"/>
        <w:jc w:val="left"/>
      </w:pPr>
      <w:r>
        <w:rPr>
          <w:rFonts w:ascii="Times New Roman" w:hAnsi="Times New Roman" w:eastAsia="宋体"/>
          <w:b w:val="0"/>
          <w:i w:val="0"/>
          <w:color w:val="333333"/>
          <w:sz w:val="19"/>
        </w:rPr>
        <w:t>All three rays share the endpoint (1,7), so S is three rays with a common endpoint.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Laurent 的数有概率 1/2 落在 [2017,4034]，这会大于 Chloé 可能选择的任何数，因此他必胜。</w:t>
      </w:r>
    </w:p>
    <w:p>
      <w:pPr>
        <w:spacing w:before="0" w:after="80" w:line="300" w:lineRule="auto"/>
        <w:jc w:val="left"/>
      </w:pPr>
      <w:r>
        <w:rPr>
          <w:rFonts w:ascii="Times New Roman" w:hAnsi="Times New Roman" w:eastAsia="宋体"/>
          <w:b w:val="0"/>
          <w:i w:val="0"/>
          <w:sz w:val="21"/>
        </w:rPr>
        <w:t>另有概率 1/2，Laurent 的数落在 [0,2017]，与 Chloé 的区间相同；由对称性，他较大的概率是一半。总概率为</w:t>
      </w:r>
    </w:p>
    <w:p>
      <w:pPr>
        <w:spacing w:before="0" w:after="80" w:line="300" w:lineRule="auto"/>
        <w:jc w:val="left"/>
      </w:pPr>
      <w:r>
        <w:rPr>
          <w:rFonts w:ascii="Times New Roman" w:hAnsi="Times New Roman" w:eastAsia="宋体"/>
          <w:b w:val="0"/>
          <w:i w:val="0"/>
          <w:sz w:val="21"/>
        </w:rPr>
        <w:t>1/2·1+1/2·1/2=3/4。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probability 1/2, Laurent’s number lies in [2017,4034], which exceeds any number Chloé could choose, so he wins for certain.</w:t>
      </w:r>
    </w:p>
    <w:p>
      <w:pPr>
        <w:spacing w:before="0" w:after="80" w:line="300" w:lineRule="auto"/>
        <w:jc w:val="left"/>
      </w:pPr>
      <w:r>
        <w:rPr>
          <w:rFonts w:ascii="Times New Roman" w:hAnsi="Times New Roman" w:eastAsia="宋体"/>
          <w:b w:val="0"/>
          <w:i w:val="0"/>
          <w:color w:val="333333"/>
          <w:sz w:val="19"/>
        </w:rPr>
        <w:t>With the other probability 1/2, Laurent’s number lies in [0,2017], matching Chloé’s interval; by symmetry he is larger half the time. The total probability is</w:t>
      </w:r>
    </w:p>
    <w:p>
      <w:pPr>
        <w:spacing w:before="0" w:after="80" w:line="300" w:lineRule="auto"/>
        <w:jc w:val="left"/>
      </w:pPr>
      <w:r>
        <w:rPr>
          <w:rFonts w:ascii="Times New Roman" w:hAnsi="Times New Roman" w:eastAsia="宋体"/>
          <w:b w:val="0"/>
          <w:i w:val="0"/>
          <w:color w:val="333333"/>
          <w:sz w:val="19"/>
        </w:rPr>
        <w:t>1/2·1+1/2·1/2=3/4.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若多边形有 n 条边，漏掉的角为 α，则 (n-2)180=2017+α。因为 0&lt;α&lt;180，所以</w:t>
      </w:r>
    </w:p>
    <w:p>
      <w:pPr>
        <w:spacing w:before="0" w:after="80" w:line="300" w:lineRule="auto"/>
        <w:jc w:val="left"/>
      </w:pPr>
      <w:r>
        <w:rPr>
          <w:rFonts w:ascii="Times New Roman" w:hAnsi="Times New Roman" w:eastAsia="宋体"/>
          <w:b w:val="0"/>
          <w:i w:val="0"/>
          <w:sz w:val="21"/>
        </w:rPr>
        <w:t>2017&lt;(n-2)180&lt;2197。</w:t>
      </w:r>
    </w:p>
    <w:p>
      <w:pPr>
        <w:spacing w:before="0" w:after="80" w:line="300" w:lineRule="auto"/>
        <w:jc w:val="left"/>
      </w:pPr>
      <w:r>
        <w:rPr>
          <w:rFonts w:ascii="Times New Roman" w:hAnsi="Times New Roman" w:eastAsia="宋体"/>
          <w:b w:val="0"/>
          <w:i w:val="0"/>
          <w:sz w:val="21"/>
        </w:rPr>
        <w:t>这个范围内唯一的 180 的倍数是 2160=(14-2)180，所以 n=14，且</w:t>
      </w:r>
    </w:p>
    <w:p>
      <w:pPr>
        <w:spacing w:before="0" w:after="80" w:line="300" w:lineRule="auto"/>
        <w:jc w:val="left"/>
      </w:pPr>
      <w:r>
        <w:rPr>
          <w:rFonts w:ascii="Times New Roman" w:hAnsi="Times New Roman" w:eastAsia="宋体"/>
          <w:b w:val="0"/>
          <w:i w:val="0"/>
          <w:sz w:val="21"/>
        </w:rPr>
        <w:t>α=2160-2017=143。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polygon has n sides and the forgotten angle is α, then (n-2)180=2017+α. Since 0&lt;α&lt;180,</w:t>
      </w:r>
    </w:p>
    <w:p>
      <w:pPr>
        <w:spacing w:before="0" w:after="80" w:line="300" w:lineRule="auto"/>
        <w:jc w:val="left"/>
      </w:pPr>
      <w:r>
        <w:rPr>
          <w:rFonts w:ascii="Times New Roman" w:hAnsi="Times New Roman" w:eastAsia="宋体"/>
          <w:b w:val="0"/>
          <w:i w:val="0"/>
          <w:color w:val="333333"/>
          <w:sz w:val="19"/>
        </w:rPr>
        <w:t>2017&lt;(n-2)180&lt;2197.</w:t>
      </w:r>
    </w:p>
    <w:p>
      <w:pPr>
        <w:spacing w:before="0" w:after="80" w:line="300" w:lineRule="auto"/>
        <w:jc w:val="left"/>
      </w:pPr>
      <w:r>
        <w:rPr>
          <w:rFonts w:ascii="Times New Roman" w:hAnsi="Times New Roman" w:eastAsia="宋体"/>
          <w:b w:val="0"/>
          <w:i w:val="0"/>
          <w:color w:val="333333"/>
          <w:sz w:val="19"/>
        </w:rPr>
        <w:t>The only multiple of 180 in this range is 2160=(14-2)180, so n=14 and</w:t>
      </w:r>
    </w:p>
    <w:p>
      <w:pPr>
        <w:spacing w:before="0" w:after="80" w:line="300" w:lineRule="auto"/>
        <w:jc w:val="left"/>
      </w:pPr>
      <w:r>
        <w:rPr>
          <w:rFonts w:ascii="Times New Roman" w:hAnsi="Times New Roman" w:eastAsia="宋体"/>
          <w:b w:val="0"/>
          <w:i w:val="0"/>
          <w:color w:val="333333"/>
          <w:sz w:val="19"/>
        </w:rPr>
        <w:t>α=2160-2017=143.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Horse k 在时刻 t 位于起点，恰好当 t 是 k 的倍数。因此我们需要最小的 t，使它在 1,2,…,10 中至少有 5 个因数。</w:t>
      </w:r>
    </w:p>
    <w:p>
      <w:pPr>
        <w:spacing w:before="0" w:after="80" w:line="300" w:lineRule="auto"/>
        <w:jc w:val="left"/>
      </w:pPr>
      <w:r>
        <w:rPr>
          <w:rFonts w:ascii="Times New Roman" w:hAnsi="Times New Roman" w:eastAsia="宋体"/>
          <w:b w:val="0"/>
          <w:i w:val="0"/>
          <w:sz w:val="21"/>
        </w:rPr>
        <w:t>小于 12 的正整数至多有 4 个这样的因数，而 12 可被 1,2,3,4 和 6 整除。因此 T=12，它的各位数字之和是 1+2=3。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Horse k is at the starting point at time t precisely when t is a multiple of k. So we want the smallest t with at least 5 divisors among 1,2,…,10.</w:t>
      </w:r>
    </w:p>
    <w:p>
      <w:pPr>
        <w:spacing w:before="0" w:after="80" w:line="300" w:lineRule="auto"/>
        <w:jc w:val="left"/>
      </w:pPr>
      <w:r>
        <w:rPr>
          <w:rFonts w:ascii="Times New Roman" w:hAnsi="Times New Roman" w:eastAsia="宋体"/>
          <w:b w:val="0"/>
          <w:i w:val="0"/>
          <w:color w:val="333333"/>
          <w:sz w:val="19"/>
        </w:rPr>
        <w:t>The positive integers below 12 have at most 4 divisors, while 12 is divisible by 1,2,3,4, and 6. Thus T=12, and the sum of its digits is 1+2=3.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设距离为 d 英里，通常速度为每小时 r 英里。由于通常行程为 3 小时，d=3r。</w:t>
      </w:r>
    </w:p>
    <w:p>
      <w:pPr>
        <w:spacing w:before="0" w:after="80" w:line="300" w:lineRule="auto"/>
        <w:jc w:val="left"/>
      </w:pPr>
      <w:r>
        <w:rPr>
          <w:rFonts w:ascii="Times New Roman" w:hAnsi="Times New Roman" w:eastAsia="宋体"/>
          <w:b w:val="0"/>
          <w:i w:val="0"/>
          <w:sz w:val="21"/>
        </w:rPr>
        <w:t>前 1/3 路程以速度 r 行驶，用时 1/3·180=60 分钟，所以剩下 2/3 路程用时 276-60=216 分钟，=18/5 小时，速度为 r-20。</w:t>
      </w:r>
    </w:p>
    <w:p>
      <w:pPr>
        <w:spacing w:before="0" w:after="80" w:line="300" w:lineRule="auto"/>
        <w:jc w:val="left"/>
      </w:pPr>
      <w:r>
        <w:rPr>
          <w:rFonts w:ascii="Times New Roman" w:hAnsi="Times New Roman" w:eastAsia="宋体"/>
          <w:b w:val="0"/>
          <w:i w:val="0"/>
          <w:sz w:val="21"/>
        </w:rPr>
        <w:t>最后一段距离为 2/3d=2r 英里，所以</w:t>
      </w:r>
    </w:p>
    <w:p>
      <w:pPr>
        <w:spacing w:before="0" w:after="80" w:line="300" w:lineRule="auto"/>
        <w:jc w:val="left"/>
      </w:pPr>
      <w:r>
        <w:rPr>
          <w:rFonts w:ascii="Times New Roman" w:hAnsi="Times New Roman" w:eastAsia="宋体"/>
          <w:b w:val="0"/>
          <w:i w:val="0"/>
          <w:sz w:val="21"/>
        </w:rPr>
        <w:t>2r=(r-20)·18/5。</w:t>
      </w:r>
    </w:p>
    <w:p>
      <w:pPr>
        <w:spacing w:before="0" w:after="80" w:line="300" w:lineRule="auto"/>
        <w:jc w:val="left"/>
      </w:pPr>
      <w:r>
        <w:rPr>
          <w:rFonts w:ascii="Times New Roman" w:hAnsi="Times New Roman" w:eastAsia="宋体"/>
          <w:b w:val="0"/>
          <w:i w:val="0"/>
          <w:sz w:val="21"/>
        </w:rPr>
        <w:t>解得 10r=18r-360，因此 r=45，d=3·45=135。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distance be d miles and the usual speed r mph. Since the usual trip is 3 hours, d=3r.</w:t>
      </w:r>
    </w:p>
    <w:p>
      <w:pPr>
        <w:spacing w:before="0" w:after="80" w:line="300" w:lineRule="auto"/>
        <w:jc w:val="left"/>
      </w:pPr>
      <w:r>
        <w:rPr>
          <w:rFonts w:ascii="Times New Roman" w:hAnsi="Times New Roman" w:eastAsia="宋体"/>
          <w:b w:val="0"/>
          <w:i w:val="0"/>
          <w:color w:val="333333"/>
          <w:sz w:val="19"/>
        </w:rPr>
        <w:t>The first 1/3 of the drive takes 1/3·180=60 minutes at speed r, so the remaining 2/3 takes 276-60=216 minutes =18/5 hours at speed r-20.</w:t>
      </w:r>
    </w:p>
    <w:p>
      <w:pPr>
        <w:spacing w:before="0" w:after="80" w:line="300" w:lineRule="auto"/>
        <w:jc w:val="left"/>
      </w:pPr>
      <w:r>
        <w:rPr>
          <w:rFonts w:ascii="Times New Roman" w:hAnsi="Times New Roman" w:eastAsia="宋体"/>
          <w:b w:val="0"/>
          <w:i w:val="0"/>
          <w:color w:val="333333"/>
          <w:sz w:val="19"/>
        </w:rPr>
        <w:t>That final portion covers 2/3d=2r miles, so</w:t>
      </w:r>
    </w:p>
    <w:p>
      <w:pPr>
        <w:spacing w:before="0" w:after="80" w:line="300" w:lineRule="auto"/>
        <w:jc w:val="left"/>
      </w:pPr>
      <w:r>
        <w:rPr>
          <w:rFonts w:ascii="Times New Roman" w:hAnsi="Times New Roman" w:eastAsia="宋体"/>
          <w:b w:val="0"/>
          <w:i w:val="0"/>
          <w:color w:val="333333"/>
          <w:sz w:val="19"/>
        </w:rPr>
        <w:t>2r=(r-20)·18/5.</w:t>
      </w:r>
    </w:p>
    <w:p>
      <w:pPr>
        <w:spacing w:before="0" w:after="80" w:line="300" w:lineRule="auto"/>
        <w:jc w:val="left"/>
      </w:pPr>
      <w:r>
        <w:rPr>
          <w:rFonts w:ascii="Times New Roman" w:hAnsi="Times New Roman" w:eastAsia="宋体"/>
          <w:b w:val="0"/>
          <w:i w:val="0"/>
          <w:color w:val="333333"/>
          <w:sz w:val="19"/>
        </w:rPr>
        <w:t>Solving gives 10r=18r-360, so r=45 and d=3·45=135.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令 X，Y，Z 分别表示 Alice-Bob、Alice-Carla、Derek-Eric 相邻的坐法。所求为 5!-|X∪ Y∪ Z|。</w:t>
      </w:r>
    </w:p>
    <w:p>
      <w:pPr>
        <w:spacing w:before="0" w:after="80" w:line="300" w:lineRule="auto"/>
        <w:jc w:val="left"/>
      </w:pPr>
      <w:r>
        <w:rPr>
          <w:rFonts w:ascii="Times New Roman" w:hAnsi="Times New Roman" w:eastAsia="宋体"/>
          <w:b w:val="0"/>
          <w:i w:val="0"/>
          <w:sz w:val="21"/>
        </w:rPr>
        <w:t>把一个被禁止的配对看作一个块，得到 |X|=|Y|=|Z|=2·4!=48。对交集，有 |X∩ Y|=2·3!=12（Alice 在 Bob 和 Carla 中间），|X∩ Z|=|Y∩ Z| =2·2·3!=24，且 |X∩ Y∩ Z|=2·2·2!=8。</w:t>
      </w:r>
    </w:p>
    <w:p>
      <w:pPr>
        <w:spacing w:before="0" w:after="80" w:line="300" w:lineRule="auto"/>
        <w:jc w:val="left"/>
      </w:pPr>
      <w:r>
        <w:rPr>
          <w:rFonts w:ascii="Times New Roman" w:hAnsi="Times New Roman" w:eastAsia="宋体"/>
          <w:b w:val="0"/>
          <w:i w:val="0"/>
          <w:sz w:val="21"/>
        </w:rPr>
        <w:t>由容斥，|X∪ Y∪ Z|=(48·3) -(12+24+24) +8=92，所以答案是 120-92=28。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Y, Z be the seatings where Alice-Bob, Alice-Carla, and Derek-Eric are adjacent, respectively. The answer is 5!-|X∪ Y∪ Z|.</w:t>
      </w:r>
    </w:p>
    <w:p>
      <w:pPr>
        <w:spacing w:before="0" w:after="80" w:line="300" w:lineRule="auto"/>
        <w:jc w:val="left"/>
      </w:pPr>
      <w:r>
        <w:rPr>
          <w:rFonts w:ascii="Times New Roman" w:hAnsi="Times New Roman" w:eastAsia="宋体"/>
          <w:b w:val="0"/>
          <w:i w:val="0"/>
          <w:color w:val="333333"/>
          <w:sz w:val="19"/>
        </w:rPr>
        <w:t>Treating a forbidden pair as a block gives |X|=|Y|=|Z|=2·4!=48. For intersections, |X∩ Y|=2·3!=12 (Alice between Bob and Carla), |X∩ Z|=|Y∩ Z| =2·2·3!=24, and |X∩ Y∩ Z|=2·2·2!=8.</w:t>
      </w:r>
    </w:p>
    <w:p>
      <w:pPr>
        <w:spacing w:before="0" w:after="80" w:line="300" w:lineRule="auto"/>
        <w:jc w:val="left"/>
      </w:pPr>
      <w:r>
        <w:rPr>
          <w:rFonts w:ascii="Times New Roman" w:hAnsi="Times New Roman" w:eastAsia="宋体"/>
          <w:b w:val="0"/>
          <w:i w:val="0"/>
          <w:color w:val="333333"/>
          <w:sz w:val="19"/>
        </w:rPr>
        <w:t>By inclusion-exclusion, |X∪ Y∪ Z|=(48·3) -(12+24+24) +8=92, so the answer is 120-92=28.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对 0&lt; x&lt;π/2，三项都为正，所以 f(x)&gt;0。对 π/2&lt; x&lt;π，令 s=sin x&gt;0，t=-cos x&gt;0。因为 0&lt; t≤1，</w:t>
      </w:r>
    </w:p>
    <w:p>
      <w:pPr>
        <w:spacing w:before="0" w:after="80" w:line="300" w:lineRule="auto"/>
        <w:jc w:val="left"/>
      </w:pPr>
      <w:r>
        <w:rPr>
          <w:rFonts w:ascii="Times New Roman" w:hAnsi="Times New Roman" w:eastAsia="宋体"/>
          <w:b w:val="0"/>
          <w:i w:val="0"/>
          <w:sz w:val="21"/>
        </w:rPr>
        <w:t>f(x)=s-2t-3s/t</w:t>
      </w:r>
    </w:p>
    <w:p>
      <w:pPr>
        <w:spacing w:before="0" w:after="80" w:line="300" w:lineRule="auto"/>
        <w:jc w:val="left"/>
      </w:pPr>
      <w:r>
        <w:rPr>
          <w:rFonts w:ascii="Times New Roman" w:hAnsi="Times New Roman" w:eastAsia="宋体"/>
          <w:b w:val="0"/>
          <w:i w:val="0"/>
          <w:sz w:val="21"/>
        </w:rPr>
        <w:t>=-2t-s(3/t-1)&lt;0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因此在 x=π 之前没有根。</w:t>
      </w:r>
    </w:p>
    <w:p>
      <w:pPr>
        <w:spacing w:before="0" w:after="80" w:line="300" w:lineRule="auto"/>
        <w:jc w:val="left"/>
      </w:pPr>
      <w:r>
        <w:rPr>
          <w:rFonts w:ascii="Times New Roman" w:hAnsi="Times New Roman" w:eastAsia="宋体"/>
          <w:b w:val="0"/>
          <w:i w:val="0"/>
          <w:sz w:val="21"/>
        </w:rPr>
        <w:t>当 x=π，f(π)=0+2(-1)+0=-2&lt;0。当 x=5π/4，tan x=1，所以 f=-(√(2))/2+3&gt;0。由介值定理，最小正根位于 (π,5π/4)。</w:t>
      </w:r>
    </w:p>
    <w:p>
      <w:pPr>
        <w:spacing w:before="0" w:after="80" w:line="300" w:lineRule="auto"/>
        <w:jc w:val="left"/>
      </w:pPr>
      <w:r>
        <w:rPr>
          <w:rFonts w:ascii="Times New Roman" w:hAnsi="Times New Roman" w:eastAsia="宋体"/>
          <w:b w:val="0"/>
          <w:i w:val="0"/>
          <w:sz w:val="21"/>
        </w:rPr>
        <w:t>因为 π&gt;3 且 5π/4&lt;4，这个区间包含在 (3,4) 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0&lt; x&lt;π/2 all three terms are positive, so f(x)&gt;0. For π/2&lt; x&lt;π, set s=sin x&gt;0 and t=-cos x&gt;0. Since 0&lt; t≤1,</w:t>
      </w:r>
    </w:p>
    <w:p>
      <w:pPr>
        <w:spacing w:before="0" w:after="80" w:line="300" w:lineRule="auto"/>
        <w:jc w:val="left"/>
      </w:pPr>
      <w:r>
        <w:rPr>
          <w:rFonts w:ascii="Times New Roman" w:hAnsi="Times New Roman" w:eastAsia="宋体"/>
          <w:b w:val="0"/>
          <w:i w:val="0"/>
          <w:color w:val="333333"/>
          <w:sz w:val="19"/>
        </w:rPr>
        <w:t>f(x)=s-2t-3s/t</w:t>
      </w:r>
    </w:p>
    <w:p>
      <w:pPr>
        <w:spacing w:before="0" w:after="80" w:line="300" w:lineRule="auto"/>
        <w:jc w:val="left"/>
      </w:pPr>
      <w:r>
        <w:rPr>
          <w:rFonts w:ascii="Times New Roman" w:hAnsi="Times New Roman" w:eastAsia="宋体"/>
          <w:b w:val="0"/>
          <w:i w:val="0"/>
          <w:color w:val="333333"/>
          <w:sz w:val="19"/>
        </w:rPr>
        <w:t>=-2t-s(3/t-1)&lt;0.</w:t>
      </w:r>
    </w:p>
    <w:p>
      <w:pPr>
        <w:spacing w:before="0" w:after="80" w:line="300" w:lineRule="auto"/>
        <w:jc w:val="left"/>
      </w:pPr>
      <w:r>
        <w:rPr>
          <w:rFonts w:ascii="Times New Roman" w:hAnsi="Times New Roman" w:eastAsia="宋体"/>
          <w:b w:val="0"/>
          <w:i w:val="0"/>
          <w:color w:val="333333"/>
          <w:sz w:val="19"/>
        </w:rPr>
        <w:t>Thus no root occurs before x=π.</w:t>
      </w:r>
    </w:p>
    <w:p>
      <w:pPr>
        <w:spacing w:before="0" w:after="80" w:line="300" w:lineRule="auto"/>
        <w:jc w:val="left"/>
      </w:pPr>
      <w:r>
        <w:rPr>
          <w:rFonts w:ascii="Times New Roman" w:hAnsi="Times New Roman" w:eastAsia="宋体"/>
          <w:b w:val="0"/>
          <w:i w:val="0"/>
          <w:color w:val="333333"/>
          <w:sz w:val="19"/>
        </w:rPr>
        <w:t>At x=π, f(π)=0+2(-1)+0=-2&lt;0. At x=5π/4, tan x=1 so f=-(√(2))/2+3&gt;0. By the intermediate value theorem the smallest positive root lies in (π,5π/4).</w:t>
      </w:r>
    </w:p>
    <w:p>
      <w:pPr>
        <w:spacing w:before="0" w:after="80" w:line="300" w:lineRule="auto"/>
        <w:jc w:val="left"/>
      </w:pPr>
      <w:r>
        <w:rPr>
          <w:rFonts w:ascii="Times New Roman" w:hAnsi="Times New Roman" w:eastAsia="宋体"/>
          <w:b w:val="0"/>
          <w:i w:val="0"/>
          <w:color w:val="333333"/>
          <w:sz w:val="19"/>
        </w:rPr>
        <w:t>Since π&gt;3 and 5π/4&lt;4, this interval sits inside (3,4).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大半圆半径为 3，圆心 C 是 JK 的中点。把 J 放在原点，则沿底边有 A=2、B=5、C=3、K=6。设 P 处圆的半径为 r。</w:t>
      </w:r>
    </w:p>
    <w:p>
      <w:pPr>
        <w:spacing w:before="0" w:after="80" w:line="300" w:lineRule="auto"/>
        <w:jc w:val="left"/>
      </w:pPr>
      <w:r>
        <w:rPr>
          <w:rFonts w:ascii="Times New Roman" w:hAnsi="Times New Roman" w:eastAsia="宋体"/>
          <w:b w:val="0"/>
          <w:i w:val="0"/>
          <w:sz w:val="21"/>
        </w:rPr>
        <w:t>由相切可知 PA=2+r，PB=1+r，且 PC=3-r。从 P 向底边作垂线，垂足的水平位置为 3+x，高度为 h，由勾股定理得</w:t>
      </w:r>
    </w:p>
    <w:p>
      <w:pPr>
        <w:spacing w:before="0" w:after="80" w:line="300" w:lineRule="auto"/>
        <w:jc w:val="left"/>
      </w:pPr>
      <w:r>
        <w:rPr>
          <w:rFonts w:ascii="Times New Roman" w:hAnsi="Times New Roman" w:eastAsia="宋体"/>
          <w:b w:val="0"/>
          <w:i w:val="0"/>
          <w:sz w:val="21"/>
        </w:rPr>
        <w:t>h² =(2+r)²-(1+x)²</w:t>
      </w:r>
    </w:p>
    <w:p>
      <w:pPr>
        <w:spacing w:before="0" w:after="80" w:line="300" w:lineRule="auto"/>
        <w:jc w:val="left"/>
      </w:pPr>
      <w:r>
        <w:rPr>
          <w:rFonts w:ascii="Times New Roman" w:hAnsi="Times New Roman" w:eastAsia="宋体"/>
          <w:b w:val="0"/>
          <w:i w:val="0"/>
          <w:sz w:val="21"/>
        </w:rPr>
        <w:t>=(3-r)²-x²</w:t>
      </w:r>
    </w:p>
    <w:p>
      <w:pPr>
        <w:spacing w:before="0" w:after="80" w:line="300" w:lineRule="auto"/>
        <w:jc w:val="left"/>
      </w:pPr>
      <w:r>
        <w:rPr>
          <w:rFonts w:ascii="Times New Roman" w:hAnsi="Times New Roman" w:eastAsia="宋体"/>
          <w:b w:val="0"/>
          <w:i w:val="0"/>
          <w:sz w:val="21"/>
        </w:rPr>
        <w:t>=(1+r)²-(2-x)²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令第一个表达式与中间那个相等，得到 5r-x=3；令最后一个表达式与中间那个相等，得到 2r+x=3。两式相加得 7r=6，所以 r=6/7。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 semicircle has radius 3 and center C, the midpoint of JK. Placing J at the origin, A=2, B=5, C=3, K=6 along the base. Let r be the radius of the circle at P.</w:t>
      </w:r>
    </w:p>
    <w:p>
      <w:pPr>
        <w:spacing w:before="0" w:after="80" w:line="300" w:lineRule="auto"/>
        <w:jc w:val="left"/>
      </w:pPr>
      <w:r>
        <w:rPr>
          <w:rFonts w:ascii="Times New Roman" w:hAnsi="Times New Roman" w:eastAsia="宋体"/>
          <w:b w:val="0"/>
          <w:i w:val="0"/>
          <w:color w:val="333333"/>
          <w:sz w:val="19"/>
        </w:rPr>
        <w:t>By tangency, PA=2+r, PB=1+r, and PC=3-r. Dropping a perpendicular from P to the base at horizontal position 3+x with height h, the Pythagorean theorem gives</w:t>
      </w:r>
    </w:p>
    <w:p>
      <w:pPr>
        <w:spacing w:before="0" w:after="80" w:line="300" w:lineRule="auto"/>
        <w:jc w:val="left"/>
      </w:pPr>
      <w:r>
        <w:rPr>
          <w:rFonts w:ascii="Times New Roman" w:hAnsi="Times New Roman" w:eastAsia="宋体"/>
          <w:b w:val="0"/>
          <w:i w:val="0"/>
          <w:color w:val="333333"/>
          <w:sz w:val="19"/>
        </w:rPr>
        <w:t>h² =(2+r)²-(1+x)²</w:t>
      </w:r>
    </w:p>
    <w:p>
      <w:pPr>
        <w:spacing w:before="0" w:after="80" w:line="300" w:lineRule="auto"/>
        <w:jc w:val="left"/>
      </w:pPr>
      <w:r>
        <w:rPr>
          <w:rFonts w:ascii="Times New Roman" w:hAnsi="Times New Roman" w:eastAsia="宋体"/>
          <w:b w:val="0"/>
          <w:i w:val="0"/>
          <w:color w:val="333333"/>
          <w:sz w:val="19"/>
        </w:rPr>
        <w:t>=(3-r)²-x²</w:t>
      </w:r>
    </w:p>
    <w:p>
      <w:pPr>
        <w:spacing w:before="0" w:after="80" w:line="300" w:lineRule="auto"/>
        <w:jc w:val="left"/>
      </w:pPr>
      <w:r>
        <w:rPr>
          <w:rFonts w:ascii="Times New Roman" w:hAnsi="Times New Roman" w:eastAsia="宋体"/>
          <w:b w:val="0"/>
          <w:i w:val="0"/>
          <w:color w:val="333333"/>
          <w:sz w:val="19"/>
        </w:rPr>
        <w:t>=(1+r)²-(2-x)².</w:t>
      </w:r>
    </w:p>
    <w:p>
      <w:pPr>
        <w:spacing w:before="0" w:after="80" w:line="300" w:lineRule="auto"/>
        <w:jc w:val="left"/>
      </w:pPr>
      <w:r>
        <w:rPr>
          <w:rFonts w:ascii="Times New Roman" w:hAnsi="Times New Roman" w:eastAsia="宋体"/>
          <w:b w:val="0"/>
          <w:i w:val="0"/>
          <w:color w:val="333333"/>
          <w:sz w:val="19"/>
        </w:rPr>
        <w:t>Equating the first expression with the middle one gives 5r-x=3, while equating the last expression with the middle one gives 2r+x=3. Adding yields 7r=6, so r=6/7.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这 24 个解是 24 次单位根，即 z=e^((π i k)/12)，其中 k=0,1,…,23。</w:t>
      </w:r>
    </w:p>
    <w:p>
      <w:pPr>
        <w:spacing w:before="0" w:after="80" w:line="300" w:lineRule="auto"/>
        <w:jc w:val="left"/>
      </w:pPr>
      <w:r>
        <w:rPr>
          <w:rFonts w:ascii="Times New Roman" w:hAnsi="Times New Roman" w:eastAsia="宋体"/>
          <w:b w:val="0"/>
          <w:i w:val="0"/>
          <w:sz w:val="21"/>
        </w:rPr>
        <w:t>于是 z⁶=e^((π i k)/2)=coskπ/2+isinkπ/2，它为实数当且仅当 sinkπ/2=0，即 k 为偶数。这个范围内有 12 个偶数 k。</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24 solutions are the 24th roots of unity, z=e^((π i k)/12) for k=0,1,…,23.</w:t>
      </w:r>
    </w:p>
    <w:p>
      <w:pPr>
        <w:spacing w:before="0" w:after="80" w:line="300" w:lineRule="auto"/>
        <w:jc w:val="left"/>
      </w:pPr>
      <w:r>
        <w:rPr>
          <w:rFonts w:ascii="Times New Roman" w:hAnsi="Times New Roman" w:eastAsia="宋体"/>
          <w:b w:val="0"/>
          <w:i w:val="0"/>
          <w:color w:val="333333"/>
          <w:sz w:val="19"/>
        </w:rPr>
        <w:t>Then z⁶=e^((π i k)/2)=coskπ/2+isinkπ/2, which is real exactly when sinkπ/2=0, i.e. when k is even. There are 12 even values of k in the range.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给 n 加 1 通常会使数字和增加 1，但末尾的每个 9 都会变成 0，使数字和减少 9。如果 n 恰好以 k 个九结尾，则 S(n+1)=S(n)+1-9k =1275-9k。</w:t>
      </w:r>
    </w:p>
    <w:p>
      <w:pPr>
        <w:spacing w:before="0" w:after="80" w:line="300" w:lineRule="auto"/>
        <w:jc w:val="left"/>
      </w:pPr>
      <w:r>
        <w:rPr>
          <w:rFonts w:ascii="Times New Roman" w:hAnsi="Times New Roman" w:eastAsia="宋体"/>
          <w:b w:val="0"/>
          <w:i w:val="0"/>
          <w:sz w:val="21"/>
        </w:rPr>
        <w:t>因此可能值为 1275,1266,1257,… 在选项中，只有 1239=1275-9·4 符合（例如，n 可以以四个 9 结尾，前面有足够多的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 to n increases the digit sum by 1, except that each trailing 9 turns into a 0, losing 9. If n ends in exactly k nines, then S(n+1)=S(n)+1-9k =1275-9k.</w:t>
      </w:r>
    </w:p>
    <w:p>
      <w:pPr>
        <w:spacing w:before="0" w:after="80" w:line="300" w:lineRule="auto"/>
        <w:jc w:val="left"/>
      </w:pPr>
      <w:r>
        <w:rPr>
          <w:rFonts w:ascii="Times New Roman" w:hAnsi="Times New Roman" w:eastAsia="宋体"/>
          <w:b w:val="0"/>
          <w:i w:val="0"/>
          <w:color w:val="333333"/>
          <w:sz w:val="19"/>
        </w:rPr>
        <w:t>So the possible values are 1275,1266,1257,… Among the choices, only 1239=1275-9·4 fits (for example, n ending in four 9s preceded by enough 1s).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对第一个正方形，它截出的两个小三角形与整个三角形相似，得到 x/3-x=4-x/x，所以 x=12/7。（等价地，直角处内接正方形的边长为 (3·4)/3+4。）</w:t>
      </w:r>
    </w:p>
    <w:p>
      <w:pPr>
        <w:spacing w:before="0" w:after="80" w:line="300" w:lineRule="auto"/>
        <w:jc w:val="left"/>
      </w:pPr>
      <w:r>
        <w:rPr>
          <w:rFonts w:ascii="Times New Roman" w:hAnsi="Times New Roman" w:eastAsia="宋体"/>
          <w:b w:val="0"/>
          <w:i w:val="0"/>
          <w:sz w:val="21"/>
        </w:rPr>
        <w:t>对第二个正方形，以长度为 5 的斜边作底；到斜边的高为 h=(3·4)/5=12/5。若正方形一边在底边 b 上，高为 h，则正方形边长为 bh/b+h，所以</w:t>
      </w:r>
    </w:p>
    <w:p>
      <w:pPr>
        <w:spacing w:before="0" w:after="80" w:line="300" w:lineRule="auto"/>
        <w:jc w:val="left"/>
      </w:pPr>
      <w:r>
        <w:rPr>
          <w:rFonts w:ascii="Times New Roman" w:hAnsi="Times New Roman" w:eastAsia="宋体"/>
          <w:b w:val="0"/>
          <w:i w:val="0"/>
          <w:sz w:val="21"/>
        </w:rPr>
        <w:t>y=(5·12/5)/(5+12/5)=12/(37/5)=60/37。</w:t>
      </w:r>
    </w:p>
    <w:p>
      <w:pPr>
        <w:spacing w:before="0" w:after="80" w:line="300" w:lineRule="auto"/>
        <w:jc w:val="left"/>
      </w:pPr>
      <w:r>
        <w:rPr>
          <w:rFonts w:ascii="Times New Roman" w:hAnsi="Times New Roman" w:eastAsia="宋体"/>
          <w:b w:val="0"/>
          <w:i w:val="0"/>
          <w:sz w:val="21"/>
        </w:rPr>
        <w:t>因此 x/y=12/7·37/60=37/35。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first square, the two smaller triangles it cuts off are similar to the whole triangle, giving x/3-x=4-x/x, so x=12/7. (Equivalently, a square in the right angle has side (3·4)/3+4.)</w:t>
      </w:r>
    </w:p>
    <w:p>
      <w:pPr>
        <w:spacing w:before="0" w:after="80" w:line="300" w:lineRule="auto"/>
        <w:jc w:val="left"/>
      </w:pPr>
      <w:r>
        <w:rPr>
          <w:rFonts w:ascii="Times New Roman" w:hAnsi="Times New Roman" w:eastAsia="宋体"/>
          <w:b w:val="0"/>
          <w:i w:val="0"/>
          <w:color w:val="333333"/>
          <w:sz w:val="19"/>
        </w:rPr>
        <w:t>For the second square, take the hypotenuse of length 5 as base; the altitude to it is h=(3·4)/5=12/5. A square with a side on a base b and height h has side bh/b+h, so</w:t>
      </w:r>
    </w:p>
    <w:p>
      <w:pPr>
        <w:spacing w:before="0" w:after="80" w:line="300" w:lineRule="auto"/>
        <w:jc w:val="left"/>
      </w:pPr>
      <w:r>
        <w:rPr>
          <w:rFonts w:ascii="Times New Roman" w:hAnsi="Times New Roman" w:eastAsia="宋体"/>
          <w:b w:val="0"/>
          <w:i w:val="0"/>
          <w:color w:val="333333"/>
          <w:sz w:val="19"/>
        </w:rPr>
        <w:t>y=(5·12/5)/(5+12/5)=12/(37/5)=60/37.</w:t>
      </w:r>
    </w:p>
    <w:p>
      <w:pPr>
        <w:spacing w:before="0" w:after="80" w:line="300" w:lineRule="auto"/>
        <w:jc w:val="left"/>
      </w:pPr>
      <w:r>
        <w:rPr>
          <w:rFonts w:ascii="Times New Roman" w:hAnsi="Times New Roman" w:eastAsia="宋体"/>
          <w:b w:val="0"/>
          <w:i w:val="0"/>
          <w:color w:val="333333"/>
          <w:sz w:val="19"/>
        </w:rPr>
        <w:t>Therefore x/y=12/7·37/60=37/35.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令 u=log_(b) a。因为 log_(b)(a²⁰¹⁷)=2017log_(b) a，方程为 u²⁰¹⁷=2017u，所以 u=0 或 u²⁰¹⁶=2017。</w:t>
      </w:r>
    </w:p>
    <w:p>
      <w:pPr>
        <w:spacing w:before="0" w:after="80" w:line="300" w:lineRule="auto"/>
        <w:jc w:val="left"/>
      </w:pPr>
      <w:r>
        <w:rPr>
          <w:rFonts w:ascii="Times New Roman" w:hAnsi="Times New Roman" w:eastAsia="宋体"/>
          <w:b w:val="0"/>
          <w:i w:val="0"/>
          <w:sz w:val="21"/>
        </w:rPr>
        <w:t>若 u=0 则 a=1，对所有 199 个底数都有效。若 u²⁰¹⁶=2017 则 u=±2017^(1/2016)，对每个底数给出 2 个 a 值，也就是 2·199=398 个有序对。</w:t>
      </w:r>
    </w:p>
    <w:p>
      <w:pPr>
        <w:spacing w:before="0" w:after="80" w:line="300" w:lineRule="auto"/>
        <w:jc w:val="left"/>
      </w:pPr>
      <w:r>
        <w:rPr>
          <w:rFonts w:ascii="Times New Roman" w:hAnsi="Times New Roman" w:eastAsia="宋体"/>
          <w:b w:val="0"/>
          <w:i w:val="0"/>
          <w:sz w:val="21"/>
        </w:rPr>
        <w:t>总共有 199+398=597 个有序对。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u=log_(b) a. Since log_(b)(a²⁰¹⁷)=2017log_(b) a, the equation is u²⁰¹⁷=2017u, so u=0 or u²⁰¹⁶=2017.</w:t>
      </w:r>
    </w:p>
    <w:p>
      <w:pPr>
        <w:spacing w:before="0" w:after="80" w:line="300" w:lineRule="auto"/>
        <w:jc w:val="left"/>
      </w:pPr>
      <w:r>
        <w:rPr>
          <w:rFonts w:ascii="Times New Roman" w:hAnsi="Times New Roman" w:eastAsia="宋体"/>
          <w:b w:val="0"/>
          <w:i w:val="0"/>
          <w:color w:val="333333"/>
          <w:sz w:val="19"/>
        </w:rPr>
        <w:t>If u=0, then a=1, valid for every one of the 199 bases. If u²⁰¹⁶=2017, then u=±2017^(1/2016), giving 2 values of a for each base, i.e. 2·199=398 pairs.</w:t>
      </w:r>
    </w:p>
    <w:p>
      <w:pPr>
        <w:spacing w:before="0" w:after="80" w:line="300" w:lineRule="auto"/>
        <w:jc w:val="left"/>
      </w:pPr>
      <w:r>
        <w:rPr>
          <w:rFonts w:ascii="Times New Roman" w:hAnsi="Times New Roman" w:eastAsia="宋体"/>
          <w:b w:val="0"/>
          <w:i w:val="0"/>
          <w:color w:val="333333"/>
          <w:sz w:val="19"/>
        </w:rPr>
        <w:t>In total there are 199+398=597 ordered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使用多项式 10x+10，根 -1 进入 S。然后 1 作为 -x¹⁰-x⁹-⋯-x+10 的根进入，而 -10 由 x+10 得到。</w:t>
      </w:r>
    </w:p>
    <w:p>
      <w:pPr>
        <w:spacing w:before="0" w:after="80" w:line="300" w:lineRule="auto"/>
        <w:jc w:val="left"/>
      </w:pPr>
      <w:r>
        <w:rPr>
          <w:rFonts w:ascii="Times New Roman" w:hAnsi="Times New Roman" w:eastAsia="宋体"/>
          <w:b w:val="0"/>
          <w:i w:val="0"/>
          <w:sz w:val="21"/>
        </w:rPr>
        <w:t>现在 x³+x-10 有根 2，而 x+2 给出 -2；接着 2x-10 和 2x+10 给出 ±5。此时 S={0,±1,±2,±5,±10}。</w:t>
      </w:r>
    </w:p>
    <w:p>
      <w:pPr>
        <w:spacing w:before="0" w:after="80" w:line="300" w:lineRule="auto"/>
        <w:jc w:val="left"/>
      </w:pPr>
      <w:r>
        <w:rPr>
          <w:rFonts w:ascii="Times New Roman" w:hAnsi="Times New Roman" w:eastAsia="宋体"/>
          <w:b w:val="0"/>
          <w:i w:val="0"/>
          <w:sz w:val="21"/>
        </w:rPr>
        <w:t>不会再出现其他整数。用归纳法，S 中每个非零元素都整除 10。如果规则中使用的多项式常数项为 0，先提出最高可能次幂的 x；任何非零根就成为一个新多项式的根，而其常数项是原多项式的第一个非零系数。由有理根定理，该根整除这个系数；归纳假设说明该系数整除 10。因此 S 有 9 个元素。</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10x+10, the root -1 enters S. Then 1 enters as a root of -x¹⁰-x⁹-⋯-x+10, and -10 enters from x+10.</w:t>
      </w:r>
    </w:p>
    <w:p>
      <w:pPr>
        <w:spacing w:before="0" w:after="80" w:line="300" w:lineRule="auto"/>
        <w:jc w:val="left"/>
      </w:pPr>
      <w:r>
        <w:rPr>
          <w:rFonts w:ascii="Times New Roman" w:hAnsi="Times New Roman" w:eastAsia="宋体"/>
          <w:b w:val="0"/>
          <w:i w:val="0"/>
          <w:color w:val="333333"/>
          <w:sz w:val="19"/>
        </w:rPr>
        <w:t>Now x³+x-10 has root 2, and x+2 gives -2; then 2x-10 and 2x+10 give ±5. At this point S={0,±1,±2,±5,±10}.</w:t>
      </w:r>
    </w:p>
    <w:p>
      <w:pPr>
        <w:spacing w:before="0" w:after="80" w:line="300" w:lineRule="auto"/>
        <w:jc w:val="left"/>
      </w:pPr>
      <w:r>
        <w:rPr>
          <w:rFonts w:ascii="Times New Roman" w:hAnsi="Times New Roman" w:eastAsia="宋体"/>
          <w:b w:val="0"/>
          <w:i w:val="0"/>
          <w:color w:val="333333"/>
          <w:sz w:val="19"/>
        </w:rPr>
        <w:t>No further integer can appear. Inductively, every nonzero member of S divides 10. If a polynomial used in the rule has constant term 0, factor out the largest possible power of x; any nonzero root is then a root of a polynomial whose constant term is the first nonzero original coefficient. The Rational Root Theorem shows that the root divides this coefficient, which by the inductive hypothesis divides 10. So S has 9 elements.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由对称性，把相关内部点分成三类：C={(0,0)}、“轴向”点 A={(±1,0),(0,±1)} 和“对角”点 I={(±1,±1)}。设从 A,C,I 三类点出发最终碰到顶点的概率分别为 a,c,i。</w:t>
      </w:r>
    </w:p>
    <w:p>
      <w:pPr>
        <w:spacing w:before="0" w:after="80" w:line="300" w:lineRule="auto"/>
        <w:jc w:val="left"/>
      </w:pPr>
      <w:r>
        <w:rPr>
          <w:rFonts w:ascii="Times New Roman" w:hAnsi="Times New Roman" w:eastAsia="宋体"/>
          <w:b w:val="0"/>
          <w:i w:val="0"/>
          <w:sz w:val="21"/>
        </w:rPr>
        <w:t>读出转移概率（例如，A 中一点以概率 2/8 到 A，以 1/8 到 C，以 2/8 到 I，并以 3/8 到边内部，等等），得到</w:t>
      </w:r>
    </w:p>
    <w:p>
      <w:pPr>
        <w:spacing w:before="0" w:after="80" w:line="300" w:lineRule="auto"/>
        <w:jc w:val="left"/>
      </w:pPr>
      <w:r>
        <w:rPr>
          <w:rFonts w:ascii="Times New Roman" w:hAnsi="Times New Roman" w:eastAsia="宋体"/>
          <w:b w:val="0"/>
          <w:i w:val="0"/>
          <w:sz w:val="21"/>
        </w:rPr>
        <w:t>a=2/8 a+1/8 c+2/8 i,</w:t>
      </w:r>
    </w:p>
    <w:p>
      <w:pPr>
        <w:spacing w:before="0" w:after="80" w:line="300" w:lineRule="auto"/>
        <w:jc w:val="left"/>
      </w:pPr>
      <w:r>
        <w:rPr>
          <w:rFonts w:ascii="Times New Roman" w:hAnsi="Times New Roman" w:eastAsia="宋体"/>
          <w:b w:val="0"/>
          <w:i w:val="0"/>
          <w:sz w:val="21"/>
        </w:rPr>
        <w:t>c=4/8 a+4/8 i,</w:t>
      </w:r>
    </w:p>
    <w:p>
      <w:pPr>
        <w:spacing w:before="0" w:after="80" w:line="300" w:lineRule="auto"/>
        <w:jc w:val="left"/>
      </w:pPr>
      <w:r>
        <w:rPr>
          <w:rFonts w:ascii="Times New Roman" w:hAnsi="Times New Roman" w:eastAsia="宋体"/>
          <w:b w:val="0"/>
          <w:i w:val="0"/>
          <w:sz w:val="21"/>
        </w:rPr>
        <w:t>i=2/8 a+1/8 c+1/8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解得 a=1/14，c=4/35，i=11/70。所求概率是 c=4/35，所以 m+n=4+35=39。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group the relevant interior points into three types: C={(0,0)}, the “axis” points A={(±1,0),(0,±1)}, and the “diagonal” points I={(±1,±1)}. Let a,c,i be the probabilities of eventually hitting a corner starting from a point of type A,C,I.</w:t>
      </w:r>
    </w:p>
    <w:p>
      <w:pPr>
        <w:spacing w:before="0" w:after="80" w:line="300" w:lineRule="auto"/>
        <w:jc w:val="left"/>
      </w:pPr>
      <w:r>
        <w:rPr>
          <w:rFonts w:ascii="Times New Roman" w:hAnsi="Times New Roman" w:eastAsia="宋体"/>
          <w:b w:val="0"/>
          <w:i w:val="0"/>
          <w:color w:val="333333"/>
          <w:sz w:val="19"/>
        </w:rPr>
        <w:t>Reading off the transition probabilities (a point in A goes to A with prob 2/8, to C with 1/8, to I with 2/8, and to a side interior with 3/8, etc.) gives</w:t>
      </w:r>
    </w:p>
    <w:p>
      <w:pPr>
        <w:spacing w:before="0" w:after="80" w:line="300" w:lineRule="auto"/>
        <w:jc w:val="left"/>
      </w:pPr>
      <w:r>
        <w:rPr>
          <w:rFonts w:ascii="Times New Roman" w:hAnsi="Times New Roman" w:eastAsia="宋体"/>
          <w:b w:val="0"/>
          <w:i w:val="0"/>
          <w:color w:val="333333"/>
          <w:sz w:val="19"/>
        </w:rPr>
        <w:t>a=2/8 a+1/8 c+2/8 i,</w:t>
      </w:r>
    </w:p>
    <w:p>
      <w:pPr>
        <w:spacing w:before="0" w:after="80" w:line="300" w:lineRule="auto"/>
        <w:jc w:val="left"/>
      </w:pPr>
      <w:r>
        <w:rPr>
          <w:rFonts w:ascii="Times New Roman" w:hAnsi="Times New Roman" w:eastAsia="宋体"/>
          <w:b w:val="0"/>
          <w:i w:val="0"/>
          <w:color w:val="333333"/>
          <w:sz w:val="19"/>
        </w:rPr>
        <w:t>c=4/8 a+4/8 i,</w:t>
      </w:r>
    </w:p>
    <w:p>
      <w:pPr>
        <w:spacing w:before="0" w:after="80" w:line="300" w:lineRule="auto"/>
        <w:jc w:val="left"/>
      </w:pPr>
      <w:r>
        <w:rPr>
          <w:rFonts w:ascii="Times New Roman" w:hAnsi="Times New Roman" w:eastAsia="宋体"/>
          <w:b w:val="0"/>
          <w:i w:val="0"/>
          <w:color w:val="333333"/>
          <w:sz w:val="19"/>
        </w:rPr>
        <w:t>i=2/8 a+1/8 c+1/8.</w:t>
      </w:r>
    </w:p>
    <w:p>
      <w:pPr>
        <w:spacing w:before="0" w:after="80" w:line="300" w:lineRule="auto"/>
        <w:jc w:val="left"/>
      </w:pPr>
      <w:r>
        <w:rPr>
          <w:rFonts w:ascii="Times New Roman" w:hAnsi="Times New Roman" w:eastAsia="宋体"/>
          <w:b w:val="0"/>
          <w:i w:val="0"/>
          <w:color w:val="333333"/>
          <w:sz w:val="19"/>
        </w:rPr>
        <w:t>Solving yields a=1/14, c=4/35, i=11/70. The required probability is c=4/35, so m+n=4+35=39.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因为 g 有三个不同的根，且都被四次多项式 f 共享，所以可写成 f(x)=(x-q)g(x)，其中 q 是剩下的根。展开得</w:t>
      </w:r>
    </w:p>
    <w:p>
      <w:pPr>
        <w:spacing w:before="0" w:after="80" w:line="300" w:lineRule="auto"/>
        <w:jc w:val="left"/>
      </w:pPr>
      <w:r>
        <w:rPr>
          <w:rFonts w:ascii="Times New Roman" w:hAnsi="Times New Roman" w:eastAsia="宋体"/>
          <w:b w:val="0"/>
          <w:i w:val="0"/>
          <w:sz w:val="21"/>
        </w:rPr>
        <w:t>f(x)=x⁴+(a-q)x³</w:t>
      </w:r>
    </w:p>
    <w:p>
      <w:pPr>
        <w:spacing w:before="0" w:after="80" w:line="300" w:lineRule="auto"/>
        <w:jc w:val="left"/>
      </w:pPr>
      <w:r>
        <w:rPr>
          <w:rFonts w:ascii="Times New Roman" w:hAnsi="Times New Roman" w:eastAsia="宋体"/>
          <w:b w:val="0"/>
          <w:i w:val="0"/>
          <w:sz w:val="21"/>
        </w:rPr>
        <w:t>+(1-qa)x²</w:t>
      </w:r>
    </w:p>
    <w:p>
      <w:pPr>
        <w:spacing w:before="0" w:after="80" w:line="300" w:lineRule="auto"/>
        <w:jc w:val="left"/>
      </w:pPr>
      <w:r>
        <w:rPr>
          <w:rFonts w:ascii="Times New Roman" w:hAnsi="Times New Roman" w:eastAsia="宋体"/>
          <w:b w:val="0"/>
          <w:i w:val="0"/>
          <w:sz w:val="21"/>
        </w:rPr>
        <w:t>+(10-q)x-10q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比较 x 的系数，10-q=100，所以 q=-90。比较 x³ 的系数，a-q=1，所以 a=-89。</w:t>
      </w:r>
    </w:p>
    <w:p>
      <w:pPr>
        <w:spacing w:before="0" w:after="80" w:line="300" w:lineRule="auto"/>
        <w:jc w:val="left"/>
      </w:pPr>
      <w:r>
        <w:rPr>
          <w:rFonts w:ascii="Times New Roman" w:hAnsi="Times New Roman" w:eastAsia="宋体"/>
          <w:b w:val="0"/>
          <w:i w:val="0"/>
          <w:sz w:val="21"/>
        </w:rPr>
        <w:t>因此 g(1)=1+a+1+10 =12-89=-77，且 1-q=91，所以</w:t>
      </w:r>
    </w:p>
    <w:p>
      <w:pPr>
        <w:spacing w:before="0" w:after="80" w:line="300" w:lineRule="auto"/>
        <w:jc w:val="left"/>
      </w:pPr>
      <w:r>
        <w:rPr>
          <w:rFonts w:ascii="Times New Roman" w:hAnsi="Times New Roman" w:eastAsia="宋体"/>
          <w:b w:val="0"/>
          <w:i w:val="0"/>
          <w:sz w:val="21"/>
        </w:rPr>
        <w:t>f(1)=(1-q)g(1)</w:t>
      </w:r>
    </w:p>
    <w:p>
      <w:pPr>
        <w:spacing w:before="0" w:after="80" w:line="300" w:lineRule="auto"/>
        <w:jc w:val="left"/>
      </w:pPr>
      <w:r>
        <w:rPr>
          <w:rFonts w:ascii="Times New Roman" w:hAnsi="Times New Roman" w:eastAsia="宋体"/>
          <w:b w:val="0"/>
          <w:i w:val="0"/>
          <w:sz w:val="21"/>
        </w:rPr>
        <w:t>=91·(-77)=-7007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g has three distinct roots all shared by the quartic f, we can write f(x)=(x-q)g(x) for some remaining root q. Expanding,</w:t>
      </w:r>
    </w:p>
    <w:p>
      <w:pPr>
        <w:spacing w:before="0" w:after="80" w:line="300" w:lineRule="auto"/>
        <w:jc w:val="left"/>
      </w:pPr>
      <w:r>
        <w:rPr>
          <w:rFonts w:ascii="Times New Roman" w:hAnsi="Times New Roman" w:eastAsia="宋体"/>
          <w:b w:val="0"/>
          <w:i w:val="0"/>
          <w:color w:val="333333"/>
          <w:sz w:val="19"/>
        </w:rPr>
        <w:t>f(x)=x⁴+(a-q)x³</w:t>
      </w:r>
    </w:p>
    <w:p>
      <w:pPr>
        <w:spacing w:before="0" w:after="80" w:line="300" w:lineRule="auto"/>
        <w:jc w:val="left"/>
      </w:pPr>
      <w:r>
        <w:rPr>
          <w:rFonts w:ascii="Times New Roman" w:hAnsi="Times New Roman" w:eastAsia="宋体"/>
          <w:b w:val="0"/>
          <w:i w:val="0"/>
          <w:color w:val="333333"/>
          <w:sz w:val="19"/>
        </w:rPr>
        <w:t>+(1-qa)x²</w:t>
      </w:r>
    </w:p>
    <w:p>
      <w:pPr>
        <w:spacing w:before="0" w:after="80" w:line="300" w:lineRule="auto"/>
        <w:jc w:val="left"/>
      </w:pPr>
      <w:r>
        <w:rPr>
          <w:rFonts w:ascii="Times New Roman" w:hAnsi="Times New Roman" w:eastAsia="宋体"/>
          <w:b w:val="0"/>
          <w:i w:val="0"/>
          <w:color w:val="333333"/>
          <w:sz w:val="19"/>
        </w:rPr>
        <w:t>+(10-q)x-10q.</w:t>
      </w:r>
    </w:p>
    <w:p>
      <w:pPr>
        <w:spacing w:before="0" w:after="80" w:line="300" w:lineRule="auto"/>
        <w:jc w:val="left"/>
      </w:pPr>
      <w:r>
        <w:rPr>
          <w:rFonts w:ascii="Times New Roman" w:hAnsi="Times New Roman" w:eastAsia="宋体"/>
          <w:b w:val="0"/>
          <w:i w:val="0"/>
          <w:color w:val="333333"/>
          <w:sz w:val="19"/>
        </w:rPr>
        <w:t>Matching the x coefficient, 10-q=100, so q=-90. Matching the x³ coefficient, a-q=1, so a=-89.</w:t>
      </w:r>
    </w:p>
    <w:p>
      <w:pPr>
        <w:spacing w:before="0" w:after="80" w:line="300" w:lineRule="auto"/>
        <w:jc w:val="left"/>
      </w:pPr>
      <w:r>
        <w:rPr>
          <w:rFonts w:ascii="Times New Roman" w:hAnsi="Times New Roman" w:eastAsia="宋体"/>
          <w:b w:val="0"/>
          <w:i w:val="0"/>
          <w:color w:val="333333"/>
          <w:sz w:val="19"/>
        </w:rPr>
        <w:t>Then g(1)=1+a+1+10 =12-89=-77 and 1-q=91, so</w:t>
      </w:r>
    </w:p>
    <w:p>
      <w:pPr>
        <w:spacing w:before="0" w:after="80" w:line="300" w:lineRule="auto"/>
        <w:jc w:val="left"/>
      </w:pPr>
      <w:r>
        <w:rPr>
          <w:rFonts w:ascii="Times New Roman" w:hAnsi="Times New Roman" w:eastAsia="宋体"/>
          <w:b w:val="0"/>
          <w:i w:val="0"/>
          <w:color w:val="333333"/>
          <w:sz w:val="19"/>
        </w:rPr>
        <w:t>f(1)=(1-q)g(1)</w:t>
      </w:r>
    </w:p>
    <w:p>
      <w:pPr>
        <w:spacing w:before="0" w:after="80" w:line="300" w:lineRule="auto"/>
        <w:jc w:val="left"/>
      </w:pPr>
      <w:r>
        <w:rPr>
          <w:rFonts w:ascii="Times New Roman" w:hAnsi="Times New Roman" w:eastAsia="宋体"/>
          <w:b w:val="0"/>
          <w:i w:val="0"/>
          <w:color w:val="333333"/>
          <w:sz w:val="19"/>
        </w:rPr>
        <w:t>=91·(-77)=-7007.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因为 YE∥ AD 且 EF∥ AC，可得到 △ XEY∼△ XAD 和 △ XEF∼△ XAC，所以 XY/XE=XD/XA 且 XF/XE=XC/XA。因而 XC/XD=XF/XY，所以 XF· XD=XC· XY。</w:t>
      </w:r>
    </w:p>
    <w:p>
      <w:pPr>
        <w:spacing w:before="0" w:after="80" w:line="300" w:lineRule="auto"/>
        <w:jc w:val="left"/>
      </w:pPr>
      <w:r>
        <w:rPr>
          <w:rFonts w:ascii="Times New Roman" w:hAnsi="Times New Roman" w:eastAsia="宋体"/>
          <w:b w:val="0"/>
          <w:i w:val="0"/>
          <w:sz w:val="21"/>
        </w:rPr>
        <w:t>在点 X 使用点的幂，XC· XG=XD· XB，合并可得 XF· XG=XB· XY。令 d=BD，则 DX=1/4 d 且 BY=11/36d，所以</w:t>
      </w:r>
    </w:p>
    <w:p>
      <w:pPr>
        <w:spacing w:before="0" w:after="80" w:line="300" w:lineRule="auto"/>
        <w:jc w:val="left"/>
      </w:pPr>
      <w:r>
        <w:rPr>
          <w:rFonts w:ascii="Times New Roman" w:hAnsi="Times New Roman" w:eastAsia="宋体"/>
          <w:b w:val="0"/>
          <w:i w:val="0"/>
          <w:sz w:val="21"/>
        </w:rPr>
        <w:t>XF· XG =(d-1/4 d)</w:t>
      </w:r>
    </w:p>
    <w:p>
      <w:pPr>
        <w:spacing w:before="0" w:after="80" w:line="300" w:lineRule="auto"/>
        <w:jc w:val="left"/>
      </w:pPr>
      <w:r>
        <w:rPr>
          <w:rFonts w:ascii="Times New Roman" w:hAnsi="Times New Roman" w:eastAsia="宋体"/>
          <w:b w:val="0"/>
          <w:i w:val="0"/>
          <w:sz w:val="21"/>
        </w:rPr>
        <w:t>·(d-1/4 d-11/36d)</w:t>
      </w:r>
    </w:p>
    <w:p>
      <w:pPr>
        <w:spacing w:before="0" w:after="80" w:line="300" w:lineRule="auto"/>
        <w:jc w:val="left"/>
      </w:pPr>
      <w:r>
        <w:rPr>
          <w:rFonts w:ascii="Times New Roman" w:hAnsi="Times New Roman" w:eastAsia="宋体"/>
          <w:b w:val="0"/>
          <w:i w:val="0"/>
          <w:sz w:val="21"/>
        </w:rPr>
        <w:t>=3/4 d·4/9 d=d²/3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ABCD 是圆内接四边形，∠ BAD 与 ∠ BCD 互补。在 △ ABD 和 △ CBD 中使用余弦定理，得到 73-d²/48=d²-40/24，所以 d²=51。因此 XF· XG=51/3=17。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YE∥ AD and EF∥ AC, we get △ XEY∼△ XAD and △ XEF∼△ XAC, giving XY/XE=XD/XA and XF/XE=XC/XA. Hence XC/XD=XF/XY, so XF· XD=XC· XY.</w:t>
      </w:r>
    </w:p>
    <w:p>
      <w:pPr>
        <w:spacing w:before="0" w:after="80" w:line="300" w:lineRule="auto"/>
        <w:jc w:val="left"/>
      </w:pPr>
      <w:r>
        <w:rPr>
          <w:rFonts w:ascii="Times New Roman" w:hAnsi="Times New Roman" w:eastAsia="宋体"/>
          <w:b w:val="0"/>
          <w:i w:val="0"/>
          <w:color w:val="333333"/>
          <w:sz w:val="19"/>
        </w:rPr>
        <w:t>Power of a Point at X gives XC· XG=XD· XB, and combining yields XF· XG=XB· XY. With d=BD, DX=1/4 d and BY=11/36d, so</w:t>
      </w:r>
    </w:p>
    <w:p>
      <w:pPr>
        <w:spacing w:before="0" w:after="80" w:line="300" w:lineRule="auto"/>
        <w:jc w:val="left"/>
      </w:pPr>
      <w:r>
        <w:rPr>
          <w:rFonts w:ascii="Times New Roman" w:hAnsi="Times New Roman" w:eastAsia="宋体"/>
          <w:b w:val="0"/>
          <w:i w:val="0"/>
          <w:color w:val="333333"/>
          <w:sz w:val="19"/>
        </w:rPr>
        <w:t>XF· XG =(d-1/4 d)</w:t>
      </w:r>
    </w:p>
    <w:p>
      <w:pPr>
        <w:spacing w:before="0" w:after="80" w:line="300" w:lineRule="auto"/>
        <w:jc w:val="left"/>
      </w:pPr>
      <w:r>
        <w:rPr>
          <w:rFonts w:ascii="Times New Roman" w:hAnsi="Times New Roman" w:eastAsia="宋体"/>
          <w:b w:val="0"/>
          <w:i w:val="0"/>
          <w:color w:val="333333"/>
          <w:sz w:val="19"/>
        </w:rPr>
        <w:t>·(d-1/4 d-11/36d)</w:t>
      </w:r>
    </w:p>
    <w:p>
      <w:pPr>
        <w:spacing w:before="0" w:after="80" w:line="300" w:lineRule="auto"/>
        <w:jc w:val="left"/>
      </w:pPr>
      <w:r>
        <w:rPr>
          <w:rFonts w:ascii="Times New Roman" w:hAnsi="Times New Roman" w:eastAsia="宋体"/>
          <w:b w:val="0"/>
          <w:i w:val="0"/>
          <w:color w:val="333333"/>
          <w:sz w:val="19"/>
        </w:rPr>
        <w:t>=3/4 d·4/9 d=d²/3.</w:t>
      </w:r>
    </w:p>
    <w:p>
      <w:pPr>
        <w:spacing w:before="0" w:after="80" w:line="300" w:lineRule="auto"/>
        <w:jc w:val="left"/>
      </w:pPr>
      <w:r>
        <w:rPr>
          <w:rFonts w:ascii="Times New Roman" w:hAnsi="Times New Roman" w:eastAsia="宋体"/>
          <w:b w:val="0"/>
          <w:i w:val="0"/>
          <w:color w:val="333333"/>
          <w:sz w:val="19"/>
        </w:rPr>
        <w:t>Since ABCD is cyclic, ∠ BAD and ∠ BCD are supplementary. The Law of Cosines on △ ABD and △ CBD gives 73-d²/48=d²-40/24, so d²=51. Therefore XF· XG=51/3=17.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令 A={√(2) i,-√(2) i}（每个模为 √(2)），令 B 为另外四个元素 （每个模为 1/2）。由于 |P|=(√(2))^(#A)(1/2)^(#B)=1 强制 #A=8 且 #B=4，必须恰有 8 个因子来自 A，4 个来自 B。</w:t>
      </w:r>
    </w:p>
    <w:p>
      <w:pPr>
        <w:spacing w:before="0" w:after="80" w:line="300" w:lineRule="auto"/>
        <w:jc w:val="left"/>
      </w:pPr>
      <w:r>
        <w:rPr>
          <w:rFonts w:ascii="Times New Roman" w:hAnsi="Times New Roman" w:eastAsia="宋体"/>
          <w:b w:val="0"/>
          <w:i w:val="0"/>
          <w:sz w:val="21"/>
        </w:rPr>
        <w:t>8 个 A 中元素的乘积等于 ±16（实数），而 4 个 B 中元素的乘积等于 ±1/16,±i/16 中的一个。它们的乘积是 ±1,± i 中的一个，且四种结果等可能，所以这些配置中恰有 1/4 给出 P=-1。</w:t>
      </w:r>
    </w:p>
    <w:p>
      <w:pPr>
        <w:spacing w:before="0" w:after="80" w:line="300" w:lineRule="auto"/>
        <w:jc w:val="left"/>
      </w:pPr>
      <w:r>
        <w:rPr>
          <w:rFonts w:ascii="Times New Roman" w:hAnsi="Times New Roman" w:eastAsia="宋体"/>
          <w:b w:val="0"/>
          <w:i w:val="0"/>
          <w:sz w:val="21"/>
        </w:rPr>
        <w:t>出现 8 个来自 A、4 个来自 B 这种模式的概率为 C(12, 4)(1/3)⁸(2/3)⁴=880/3¹⁰。再乘以 1/4 得到</w:t>
      </w:r>
    </w:p>
    <w:p>
      <w:pPr>
        <w:spacing w:before="0" w:after="80" w:line="300" w:lineRule="auto"/>
        <w:jc w:val="left"/>
      </w:pPr>
      <w:r>
        <w:rPr>
          <w:rFonts w:ascii="Times New Roman" w:hAnsi="Times New Roman" w:eastAsia="宋体"/>
          <w:b w:val="0"/>
          <w:i w:val="0"/>
          <w:sz w:val="21"/>
        </w:rPr>
        <w:t>P=1/4·880/3¹⁰</w:t>
      </w:r>
    </w:p>
    <w:p>
      <w:pPr>
        <w:spacing w:before="0" w:after="80" w:line="300" w:lineRule="auto"/>
        <w:jc w:val="left"/>
      </w:pPr>
      <w:r>
        <w:rPr>
          <w:rFonts w:ascii="Times New Roman" w:hAnsi="Times New Roman" w:eastAsia="宋体"/>
          <w:b w:val="0"/>
          <w:i w:val="0"/>
          <w:sz w:val="21"/>
        </w:rPr>
        <w:t>=220/3¹⁰=(2²·5·11)/3¹⁰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A={√(2) i,-√(2) i} (each of magnitude √(2)) and B be the other four elements (each of magnitude 1/2). Since |P|=(√(2))^(#A)(1/2)^(#B)=1 forces #A=8 and #B=4, exactly 8 factors must come from A and 4 from B.</w:t>
      </w:r>
    </w:p>
    <w:p>
      <w:pPr>
        <w:spacing w:before="0" w:after="80" w:line="300" w:lineRule="auto"/>
        <w:jc w:val="left"/>
      </w:pPr>
      <w:r>
        <w:rPr>
          <w:rFonts w:ascii="Times New Roman" w:hAnsi="Times New Roman" w:eastAsia="宋体"/>
          <w:b w:val="0"/>
          <w:i w:val="0"/>
          <w:color w:val="333333"/>
          <w:sz w:val="19"/>
        </w:rPr>
        <w:t>A product of 8 elements of A equals ±16 (real), and a product of 4 elements of B equals one of ±1/16,±i/16. Their product is one of ±1,± i, each equally likely, so exactly 1/4 of these configurations give P=-1.</w:t>
      </w:r>
    </w:p>
    <w:p>
      <w:pPr>
        <w:spacing w:before="0" w:after="80" w:line="300" w:lineRule="auto"/>
        <w:jc w:val="left"/>
      </w:pPr>
      <w:r>
        <w:rPr>
          <w:rFonts w:ascii="Times New Roman" w:hAnsi="Times New Roman" w:eastAsia="宋体"/>
          <w:b w:val="0"/>
          <w:i w:val="0"/>
          <w:color w:val="333333"/>
          <w:sz w:val="19"/>
        </w:rPr>
        <w:t>The chance of landing in the 8-from-A, 4-from-B pattern is C(12, 4)(1/3)⁸(2/3)⁴=880/3¹⁰. Multiplying by 1/4 gives</w:t>
      </w:r>
    </w:p>
    <w:p>
      <w:pPr>
        <w:spacing w:before="0" w:after="80" w:line="300" w:lineRule="auto"/>
        <w:jc w:val="left"/>
      </w:pPr>
      <w:r>
        <w:rPr>
          <w:rFonts w:ascii="Times New Roman" w:hAnsi="Times New Roman" w:eastAsia="宋体"/>
          <w:b w:val="0"/>
          <w:i w:val="0"/>
          <w:color w:val="333333"/>
          <w:sz w:val="19"/>
        </w:rPr>
        <w:t>P=1/4·880/3¹⁰</w:t>
      </w:r>
    </w:p>
    <w:p>
      <w:pPr>
        <w:spacing w:before="0" w:after="80" w:line="300" w:lineRule="auto"/>
        <w:jc w:val="left"/>
      </w:pPr>
      <w:r>
        <w:rPr>
          <w:rFonts w:ascii="Times New Roman" w:hAnsi="Times New Roman" w:eastAsia="宋体"/>
          <w:b w:val="0"/>
          <w:i w:val="0"/>
          <w:color w:val="333333"/>
          <w:sz w:val="19"/>
        </w:rPr>
        <w:t>=220/3¹⁰=(2²·5·11)/3¹⁰.</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