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2016B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求下列式子的值：</w:t>
      </w:r>
    </w:p>
    <w:p>
      <w:pPr>
        <w:spacing w:before="0" w:after="80" w:line="300" w:lineRule="auto"/>
        <w:jc w:val="left"/>
      </w:pPr>
      <w:r>
        <w:rPr>
          <w:rFonts w:ascii="Times New Roman" w:hAnsi="Times New Roman" w:eastAsia="宋体"/>
          <w:b w:val="0"/>
          <w:i w:val="0"/>
          <w:sz w:val="21"/>
        </w:rPr>
        <w:t>(2a⁻¹+(a⁻¹)/2)/a</w:t>
      </w:r>
    </w:p>
    <w:p>
      <w:pPr>
        <w:spacing w:before="0" w:after="80" w:line="300" w:lineRule="auto"/>
        <w:jc w:val="left"/>
      </w:pPr>
      <w:r>
        <w:rPr>
          <w:rFonts w:ascii="Times New Roman" w:hAnsi="Times New Roman" w:eastAsia="宋体"/>
          <w:b w:val="0"/>
          <w:i w:val="0"/>
          <w:sz w:val="21"/>
        </w:rPr>
        <w:t>其中 a=1/2。</w:t>
      </w:r>
    </w:p>
    <w:p>
      <w:pPr>
        <w:spacing w:before="0" w:after="120" w:line="300" w:lineRule="auto"/>
      </w:pPr>
      <w:r>
        <w:rPr>
          <w:rFonts w:ascii="Times New Roman" w:hAnsi="Times New Roman" w:eastAsia="宋体"/>
          <w:b w:val="0"/>
          <w:i w:val="0"/>
          <w:sz w:val="21"/>
        </w:rPr>
        <w:t>（A）1　　（B）2　　（C）5/2　　（D）10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(2a⁻¹+(a⁻¹)/2)/a</w:t>
      </w:r>
    </w:p>
    <w:p>
      <w:pPr>
        <w:spacing w:before="0" w:after="80" w:line="300" w:lineRule="auto"/>
        <w:jc w:val="left"/>
      </w:pPr>
      <w:r>
        <w:rPr>
          <w:rFonts w:ascii="Times New Roman" w:hAnsi="Times New Roman" w:eastAsia="宋体"/>
          <w:b w:val="0"/>
          <w:i w:val="0"/>
          <w:color w:val="333333"/>
          <w:sz w:val="19"/>
        </w:rPr>
        <w:t>when a=1/2?</w:t>
      </w:r>
    </w:p>
    <w:p>
      <w:pPr>
        <w:spacing w:before="0" w:after="160" w:line="300" w:lineRule="auto"/>
      </w:pPr>
      <w:r>
        <w:rPr>
          <w:rFonts w:ascii="Times New Roman" w:hAnsi="Times New Roman" w:eastAsia="宋体"/>
          <w:b w:val="0"/>
          <w:i w:val="0"/>
          <w:color w:val="333333"/>
          <w:sz w:val="19"/>
        </w:rPr>
        <w:t>(A) 1　　(B) 2　　(C) 5/2　　(D) 10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两个数的调和平均数可由“它们乘积的两倍除以它们的和”来计算。1 与 2016 的调和平均数最接近哪个整数？</w:t>
      </w:r>
    </w:p>
    <w:p>
      <w:pPr>
        <w:spacing w:before="0" w:after="120" w:line="300" w:lineRule="auto"/>
      </w:pPr>
      <w:r>
        <w:rPr>
          <w:rFonts w:ascii="Times New Roman" w:hAnsi="Times New Roman" w:eastAsia="宋体"/>
          <w:b w:val="0"/>
          <w:i w:val="0"/>
          <w:sz w:val="21"/>
        </w:rPr>
        <w:t>（A）2　　（B）45　　（C）504　　（D）1008　　（E）2015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harmonic mean of two numbers can be computed as twice their product divided by their sum. The harmonic mean of 1 and 2016 is closest to which integer?</w:t>
      </w:r>
    </w:p>
    <w:p>
      <w:pPr>
        <w:spacing w:before="0" w:after="160" w:line="300" w:lineRule="auto"/>
      </w:pPr>
      <w:r>
        <w:rPr>
          <w:rFonts w:ascii="Times New Roman" w:hAnsi="Times New Roman" w:eastAsia="宋体"/>
          <w:b w:val="0"/>
          <w:i w:val="0"/>
          <w:color w:val="333333"/>
          <w:sz w:val="19"/>
        </w:rPr>
        <w:t>(A) 2　　(B) 45　　(C) 504　　(D) 1008　　(E) 2015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设 x=-2016。下列式子的值是多少？</w:t>
      </w:r>
    </w:p>
    <w:p>
      <w:pPr>
        <w:spacing w:before="0" w:after="80" w:line="300" w:lineRule="auto"/>
        <w:jc w:val="left"/>
      </w:pPr>
      <w:r>
        <w:rPr>
          <w:rFonts w:ascii="Times New Roman" w:hAnsi="Times New Roman" w:eastAsia="宋体"/>
          <w:b w:val="0"/>
          <w:i w:val="0"/>
          <w:sz w:val="21"/>
        </w:rPr>
        <w:t>| | |x|-x |-|x| |-x？</w:t>
      </w:r>
    </w:p>
    <w:p>
      <w:pPr>
        <w:spacing w:before="0" w:after="120" w:line="300" w:lineRule="auto"/>
      </w:pPr>
      <w:r>
        <w:rPr>
          <w:rFonts w:ascii="Times New Roman" w:hAnsi="Times New Roman" w:eastAsia="宋体"/>
          <w:b w:val="0"/>
          <w:i w:val="0"/>
          <w:sz w:val="21"/>
        </w:rPr>
        <w:t>（A）-2016　　（B）0　　（C）2016　　（D）4032　　（E）6048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x=-2016. What is the value of</w:t>
      </w:r>
    </w:p>
    <w:p>
      <w:pPr>
        <w:spacing w:before="0" w:after="80" w:line="300" w:lineRule="auto"/>
        <w:jc w:val="left"/>
      </w:pPr>
      <w:r>
        <w:rPr>
          <w:rFonts w:ascii="Times New Roman" w:hAnsi="Times New Roman" w:eastAsia="宋体"/>
          <w:b w:val="0"/>
          <w:i w:val="0"/>
          <w:color w:val="333333"/>
          <w:sz w:val="19"/>
        </w:rPr>
        <w:t>| | |x|-x |-|x| |-x?</w:t>
      </w:r>
    </w:p>
    <w:p>
      <w:pPr>
        <w:spacing w:before="0" w:after="160" w:line="300" w:lineRule="auto"/>
      </w:pPr>
      <w:r>
        <w:rPr>
          <w:rFonts w:ascii="Times New Roman" w:hAnsi="Times New Roman" w:eastAsia="宋体"/>
          <w:b w:val="0"/>
          <w:i w:val="0"/>
          <w:color w:val="333333"/>
          <w:sz w:val="19"/>
        </w:rPr>
        <w:t>(A) -2016　　(B) 0　　(C) 2016　　(D) 4032　　(E) 6048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两个锐角度数之比为 5:4，且其中一个角的余角是另一个角余角的两倍。这两个角的度数之和是多少？</w:t>
      </w:r>
    </w:p>
    <w:p>
      <w:pPr>
        <w:spacing w:before="0" w:after="120" w:line="300" w:lineRule="auto"/>
      </w:pPr>
      <w:r>
        <w:rPr>
          <w:rFonts w:ascii="Times New Roman" w:hAnsi="Times New Roman" w:eastAsia="宋体"/>
          <w:b w:val="0"/>
          <w:i w:val="0"/>
          <w:sz w:val="21"/>
        </w:rPr>
        <w:t>（A）75　　（B）90　　（C）135　　（D）150　　（E）270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the measures of two acute angles is 5:4, and the complement of one of these two angles is twice as large as the complement of the other. What is the sum of the degree measures of the two angles?</w:t>
      </w:r>
    </w:p>
    <w:p>
      <w:pPr>
        <w:spacing w:before="0" w:after="160" w:line="300" w:lineRule="auto"/>
      </w:pPr>
      <w:r>
        <w:rPr>
          <w:rFonts w:ascii="Times New Roman" w:hAnsi="Times New Roman" w:eastAsia="宋体"/>
          <w:b w:val="0"/>
          <w:i w:val="0"/>
          <w:color w:val="333333"/>
          <w:sz w:val="19"/>
        </w:rPr>
        <w:t>(A) 75　　(B) 90　　(C) 135　　(D) 150　　(E) 270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1812 年战争于 1812 年六月 18 日星期四宣战开始。结束战争的和平条约在 919 天后，即 1814 年十二月 24 日签署。条约是在星期几签署的？</w:t>
      </w:r>
    </w:p>
    <w:p>
      <w:pPr>
        <w:spacing w:before="0" w:after="120" w:line="300" w:lineRule="auto"/>
      </w:pPr>
      <w:r>
        <w:rPr>
          <w:rFonts w:ascii="Times New Roman" w:hAnsi="Times New Roman" w:eastAsia="宋体"/>
          <w:b w:val="0"/>
          <w:i w:val="0"/>
          <w:sz w:val="21"/>
        </w:rPr>
        <w:t>（A）星期五　　（B）星期六　　（C）星期日　　（D）星期一　　（E）星期二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War of 1812 started with a declaration of war on Thursday, June 18, 1812. The peace treaty to end the war was signed 919 days later, on December 24, 1814. On what day of the week was the treaty signed?</w:t>
      </w:r>
    </w:p>
    <w:p>
      <w:pPr>
        <w:spacing w:before="0" w:after="160" w:line="300" w:lineRule="auto"/>
      </w:pPr>
      <w:r>
        <w:rPr>
          <w:rFonts w:ascii="Times New Roman" w:hAnsi="Times New Roman" w:eastAsia="宋体"/>
          <w:b w:val="0"/>
          <w:i w:val="0"/>
          <w:color w:val="333333"/>
          <w:sz w:val="19"/>
        </w:rPr>
        <w:t>(A) Friday　　(B) Saturday　　(C) Sunday　　(D) Monday　　(E) Tuesday</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 ABC 的三个顶点都在抛物线 y=x² 上，其中 A 在原点，BC 平行于 x 轴。三角形面积为 64。BC 的长度是多少？</w:t>
      </w:r>
    </w:p>
    <w:p>
      <w:pPr>
        <w:spacing w:before="0" w:after="120" w:line="300" w:lineRule="auto"/>
      </w:pPr>
      <w:r>
        <w:rPr>
          <w:rFonts w:ascii="Times New Roman" w:hAnsi="Times New Roman" w:eastAsia="宋体"/>
          <w:b w:val="0"/>
          <w:i w:val="0"/>
          <w:sz w:val="21"/>
        </w:rPr>
        <w:t>（A）4　　（B）6　　（C）8　　（D）10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three vertices of △ ABC lie on the parabola defined by y=x², with A at the origin and BC parallel to the x-axis. The area of the triangle is 64. What is the length of BC?</w:t>
      </w:r>
    </w:p>
    <w:p>
      <w:pPr>
        <w:spacing w:before="0" w:after="160" w:line="300" w:lineRule="auto"/>
      </w:pPr>
      <w:r>
        <w:rPr>
          <w:rFonts w:ascii="Times New Roman" w:hAnsi="Times New Roman" w:eastAsia="宋体"/>
          <w:b w:val="0"/>
          <w:i w:val="0"/>
          <w:color w:val="333333"/>
          <w:sz w:val="19"/>
        </w:rPr>
        <w:t>(A) 4　　(B) 6　　(C) 8　　(D) 10　　(E) 16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Josh 写下数字 1，2，3，…，99，100。他划掉 1，跳过下一个数 (2)，划掉 3，并继续交替跳过和划掉直到列表末尾。然后他回到列表开头，划掉第一个剩下的数 (2)，跳过下一个数 (4)，划掉 6，跳过 8，划掉 10，如此继续到末尾。Josh 以这种方式继续，直到只剩一个数。这个数是多少？</w:t>
      </w:r>
    </w:p>
    <w:p>
      <w:pPr>
        <w:spacing w:before="0" w:after="120" w:line="300" w:lineRule="auto"/>
      </w:pPr>
      <w:r>
        <w:rPr>
          <w:rFonts w:ascii="Times New Roman" w:hAnsi="Times New Roman" w:eastAsia="宋体"/>
          <w:b w:val="0"/>
          <w:i w:val="0"/>
          <w:sz w:val="21"/>
        </w:rPr>
        <w:t>（A）13　　（B）32　　（C）56　　（D）64　　（E）96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Josh writes the numbers 1, 2, 3, …, 99, 100. He marks out 1, skips the next number (2), marks out 3, and continues skipping and marking out the next number to the end of his list. Then he goes back to the start of his list, marks out the first remaining number (2), skips the next number (4), marks out 6, skips 8, marks out 10, and so on to the end. Josh continues in this manner until only one number remains. What is that number?</w:t>
      </w:r>
    </w:p>
    <w:p>
      <w:pPr>
        <w:spacing w:before="0" w:after="160" w:line="300" w:lineRule="auto"/>
      </w:pPr>
      <w:r>
        <w:rPr>
          <w:rFonts w:ascii="Times New Roman" w:hAnsi="Times New Roman" w:eastAsia="宋体"/>
          <w:b w:val="0"/>
          <w:i w:val="0"/>
          <w:color w:val="333333"/>
          <w:sz w:val="19"/>
        </w:rPr>
        <w:t>(A) 13　　(B) 32　　(C) 56　　(D) 64　　(E) 96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一块均匀密度的薄木片呈边长 3 英寸的等边三角形，重 12 盎司。第二块同种木材、同样厚度、也是等边三角形的木片边长为 5 英寸。下列哪一项最接近第二块木片的重量（盎司）？</w:t>
      </w:r>
    </w:p>
    <w:p>
      <w:pPr>
        <w:spacing w:before="0" w:after="120" w:line="300" w:lineRule="auto"/>
      </w:pPr>
      <w:r>
        <w:rPr>
          <w:rFonts w:ascii="Times New Roman" w:hAnsi="Times New Roman" w:eastAsia="宋体"/>
          <w:b w:val="0"/>
          <w:i w:val="0"/>
          <w:sz w:val="21"/>
        </w:rPr>
        <w:t>（A）14.0　　（B）16.0　　（C）20.0　　（D）33.3　　（E）55.6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thin piece of wood of uniform density in the shape of an equilateral triangle with side length 3 inches weighs 12 ounces. A second piece of the same type of wood, with the same thickness, also in the shape of an equilateral triangle, has side length 5 inches. Which of the following is closest to the weight, in ounces, of the second piece?</w:t>
      </w:r>
    </w:p>
    <w:p>
      <w:pPr>
        <w:spacing w:before="0" w:after="160" w:line="300" w:lineRule="auto"/>
      </w:pPr>
      <w:r>
        <w:rPr>
          <w:rFonts w:ascii="Times New Roman" w:hAnsi="Times New Roman" w:eastAsia="宋体"/>
          <w:b w:val="0"/>
          <w:i w:val="0"/>
          <w:color w:val="333333"/>
          <w:sz w:val="19"/>
        </w:rPr>
        <w:t>(A) 14.0　　(B) 16.0　　(C) 20.0　　(D) 33.3　　(E) 55.6</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Carl 决定给他的长方形花园围篱笆。他买了 20 根篱笆桩，在四个角各放一根，其余沿花园边均匀放置，相邻桩之间正好相距 4 码。花园较长的一边（包括角上的桩）桩数是较短一边（包括角上的桩）的两倍。Carl 的花园面积是多少平方码？</w:t>
      </w:r>
    </w:p>
    <w:p>
      <w:pPr>
        <w:spacing w:before="0" w:after="120" w:line="300" w:lineRule="auto"/>
      </w:pPr>
      <w:r>
        <w:rPr>
          <w:rFonts w:ascii="Times New Roman" w:hAnsi="Times New Roman" w:eastAsia="宋体"/>
          <w:b w:val="0"/>
          <w:i w:val="0"/>
          <w:sz w:val="21"/>
        </w:rPr>
        <w:t>（A）256　　（B）336　　（C）384　　（D）448　　（E）512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Carl decided to fence in his rectangular garden. He bought 20 fence posts, placed one on each of the four corners, and spaced out the rest evenly along the edges of the garden, leaving exactly 4 yards between neighboring posts. The longer side of his garden, including the corners, has twice as many posts as the shorter side, including the corners. What is the area, in square yards, of Carl’s garden?</w:t>
      </w:r>
    </w:p>
    <w:p>
      <w:pPr>
        <w:spacing w:before="0" w:after="160" w:line="300" w:lineRule="auto"/>
      </w:pPr>
      <w:r>
        <w:rPr>
          <w:rFonts w:ascii="Times New Roman" w:hAnsi="Times New Roman" w:eastAsia="宋体"/>
          <w:b w:val="0"/>
          <w:i w:val="0"/>
          <w:color w:val="333333"/>
          <w:sz w:val="19"/>
        </w:rPr>
        <w:t>(A) 256　　(B) 336　　(C) 384　　(D) 448　　(E) 512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一个四边形顶点为 P(a,b)、Q(b,a)、R(-a,-b)、S(-b,-a)，其中 a、b 为整数且 a&gt; b&gt;0。PQRS 的面积为 16。a+b 是多少？</w:t>
      </w:r>
    </w:p>
    <w:p>
      <w:pPr>
        <w:spacing w:before="0" w:after="120" w:line="300" w:lineRule="auto"/>
      </w:pPr>
      <w:r>
        <w:rPr>
          <w:rFonts w:ascii="Times New Roman" w:hAnsi="Times New Roman" w:eastAsia="宋体"/>
          <w:b w:val="0"/>
          <w:i w:val="0"/>
          <w:sz w:val="21"/>
        </w:rPr>
        <w:t>（A）4　　（B）5　　（C）6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quadrilateral has vertices P(a,b), Q(b,a), R(-a,-b), and S(-b,-a), where a and b are integers with a&gt; b&gt;0. The area of PQRS is 16. What is a+b?</w:t>
      </w:r>
    </w:p>
    <w:p>
      <w:pPr>
        <w:spacing w:before="0" w:after="160" w:line="300" w:lineRule="auto"/>
      </w:pPr>
      <w:r>
        <w:rPr>
          <w:rFonts w:ascii="Times New Roman" w:hAnsi="Times New Roman" w:eastAsia="宋体"/>
          <w:b w:val="0"/>
          <w:i w:val="0"/>
          <w:color w:val="333333"/>
          <w:sz w:val="19"/>
        </w:rPr>
        <w:t>(A) 4　　(B) 5　　(C) 6　　(D) 12　　(E) 13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有多少个边平行于坐标轴、顶点坐标均为整数的正方形，完全位于由直线 y=π x、直线 y=-0.1 和直线 x=5.1 围成的区域内？</w:t>
      </w:r>
    </w:p>
    <w:p>
      <w:pPr>
        <w:spacing w:before="0" w:after="120" w:line="300" w:lineRule="auto"/>
      </w:pPr>
      <w:r>
        <w:rPr>
          <w:rFonts w:ascii="Times New Roman" w:hAnsi="Times New Roman" w:eastAsia="宋体"/>
          <w:b w:val="0"/>
          <w:i w:val="0"/>
          <w:sz w:val="21"/>
        </w:rPr>
        <w:t>（A）30　　（B）41　　（C）45　　（D）50　　（E）57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squares whose sides are parallel to the axes and whose vertices have coordinates that are integers lie entirely within the region bounded by the line y=π x, the line y=-0.1, and the line x=5.1?</w:t>
      </w:r>
    </w:p>
    <w:p>
      <w:pPr>
        <w:spacing w:before="0" w:after="160" w:line="300" w:lineRule="auto"/>
      </w:pPr>
      <w:r>
        <w:rPr>
          <w:rFonts w:ascii="Times New Roman" w:hAnsi="Times New Roman" w:eastAsia="宋体"/>
          <w:b w:val="0"/>
          <w:i w:val="0"/>
          <w:color w:val="333333"/>
          <w:sz w:val="19"/>
        </w:rPr>
        <w:t>(A) 30　　(B) 41　　(C) 45　　(D) 50　　(E) 57</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数字 1，2，3，4，5，6，7，8，9 被写入一个 3×3 方格阵列中，每格一个数，并且若两个数连续，则它们所在的方格共边。四个角上的数字和为 18。中心格中的数字是多少？</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the numbers 1, 2, 3, 4, 5, 6, 7, 8, 9 are written in a 3×3 array of squares, one number in each square, in such a way that if two numbers are consecutive then they occupy squares that share an edge. The numbers in the four corners add up to 18. What number is in the center?</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Alice 和 Bob 相距 10 英里。某天，Alice 从家中向正北方看到一架飞机。与此同时，Bob 从家中向正西方看到同一架飞机。Alice 看到的仰角为 30°，Bob 看到的仰角为 60°。下列哪一项最接近飞机的高度（英里）？</w:t>
      </w:r>
    </w:p>
    <w:p>
      <w:pPr>
        <w:spacing w:before="0" w:after="120" w:line="300" w:lineRule="auto"/>
      </w:pPr>
      <w:r>
        <w:rPr>
          <w:rFonts w:ascii="Times New Roman" w:hAnsi="Times New Roman" w:eastAsia="宋体"/>
          <w:b w:val="0"/>
          <w:i w:val="0"/>
          <w:sz w:val="21"/>
        </w:rPr>
        <w:t>（A）3.5　　（B）4　　（C）4.5　　（D）5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and Bob live 10 miles apart. One day Alice looks due north from her house and sees an airplane. At the same time Bob looks due west from his house and sees the same airplane. The angle of elevation of the airplane is 30° from Alice’s position and 60° from Bob’s position. Which of the following is closest to the airplane’s altitude, in miles?</w:t>
      </w:r>
    </w:p>
    <w:p>
      <w:pPr>
        <w:spacing w:before="0" w:after="160" w:line="300" w:lineRule="auto"/>
      </w:pPr>
      <w:r>
        <w:rPr>
          <w:rFonts w:ascii="Times New Roman" w:hAnsi="Times New Roman" w:eastAsia="宋体"/>
          <w:b w:val="0"/>
          <w:i w:val="0"/>
          <w:color w:val="333333"/>
          <w:sz w:val="19"/>
        </w:rPr>
        <w:t>(A) 3.5　　(B) 4　　(C) 4.5　　(D) 5　　(E) 5.5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一个无穷等比级数的和为正数 S，且该级数第二项为 1。S 的最小可能值是多少？</w:t>
      </w:r>
    </w:p>
    <w:p>
      <w:pPr>
        <w:spacing w:before="0" w:after="120" w:line="300" w:lineRule="auto"/>
      </w:pPr>
      <w:r>
        <w:rPr>
          <w:rFonts w:ascii="Times New Roman" w:hAnsi="Times New Roman" w:eastAsia="宋体"/>
          <w:b w:val="0"/>
          <w:i w:val="0"/>
          <w:sz w:val="21"/>
        </w:rPr>
        <w:t>（A）(1+√(5))/2　　（B）2　　（C）√(5)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an infinite geometric series is a positive number S, and the second term in the series is 1. What is the smallest possible value of S?</w:t>
      </w:r>
    </w:p>
    <w:p>
      <w:pPr>
        <w:spacing w:before="0" w:after="160" w:line="300" w:lineRule="auto"/>
      </w:pPr>
      <w:r>
        <w:rPr>
          <w:rFonts w:ascii="Times New Roman" w:hAnsi="Times New Roman" w:eastAsia="宋体"/>
          <w:b w:val="0"/>
          <w:i w:val="0"/>
          <w:color w:val="333333"/>
          <w:sz w:val="19"/>
        </w:rPr>
        <w:t>(A) (1+√(5))/2　　(B) 2　　(C) √(5)　　(D) 3　　(E) 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数字 2，3，4，5，6，7 被分配到一个立方体的六个面上，每面一个数。对立方体的每个顶点，计算包含该顶点的三个面上的数字之积。这八个乘积之和的最大可能值是多少？</w:t>
      </w:r>
    </w:p>
    <w:p>
      <w:pPr>
        <w:spacing w:before="0" w:after="120" w:line="300" w:lineRule="auto"/>
      </w:pPr>
      <w:r>
        <w:rPr>
          <w:rFonts w:ascii="Times New Roman" w:hAnsi="Times New Roman" w:eastAsia="宋体"/>
          <w:b w:val="0"/>
          <w:i w:val="0"/>
          <w:sz w:val="21"/>
        </w:rPr>
        <w:t>（A）312　　（B）343　　（C）625　　（D）729　　（E）1680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the numbers 2, 3, 4, 5, 6, 7 are assigned to the six faces of a cube, one number to each face. For each of the eight vertices of the cube, a product of three numbers is computed, where the three numbers are the numbers assigned to the three faces that include that vertex. What is the greatest possible value of the sum of these eight products?</w:t>
      </w:r>
    </w:p>
    <w:p>
      <w:pPr>
        <w:spacing w:before="0" w:after="160" w:line="300" w:lineRule="auto"/>
      </w:pPr>
      <w:r>
        <w:rPr>
          <w:rFonts w:ascii="Times New Roman" w:hAnsi="Times New Roman" w:eastAsia="宋体"/>
          <w:b w:val="0"/>
          <w:i w:val="0"/>
          <w:color w:val="333333"/>
          <w:sz w:val="19"/>
        </w:rPr>
        <w:t>(A) 312　　(B) 343　　(C) 625　　(D) 729　　(E) 1680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有多少种方式可将 345 写成两个或更多连续正整数的递增序列之和？</w:t>
      </w:r>
    </w:p>
    <w:p>
      <w:pPr>
        <w:spacing w:before="0" w:after="120" w:line="300" w:lineRule="auto"/>
      </w:pPr>
      <w:r>
        <w:rPr>
          <w:rFonts w:ascii="Times New Roman" w:hAnsi="Times New Roman" w:eastAsia="宋体"/>
          <w:b w:val="0"/>
          <w:i w:val="0"/>
          <w:sz w:val="21"/>
        </w:rPr>
        <w:t>（A）1　　（B）3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how many ways can 345 be written as the sum of an increasing sequence of two or more consecutive positive integers?</w:t>
      </w:r>
    </w:p>
    <w:p>
      <w:pPr>
        <w:spacing w:before="0" w:after="160" w:line="300" w:lineRule="auto"/>
      </w:pPr>
      <w:r>
        <w:rPr>
          <w:rFonts w:ascii="Times New Roman" w:hAnsi="Times New Roman" w:eastAsia="宋体"/>
          <w:b w:val="0"/>
          <w:i w:val="0"/>
          <w:color w:val="333333"/>
          <w:sz w:val="19"/>
        </w:rPr>
        <w:t>(A) 1　　(B) 3　　(C) 5　　(D) 6　　(E) 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如图，在 △ ABC 中，AB=7，BC=8，CA=9，且 AH 是高。点 D、E 分别在边 AC、AB 上，使得 BD 和 CE 是角平分线，并分别与 AH 交于 Q 和 P。PQ 是多少？</w:t>
      </w:r>
    </w:p>
    <w:p>
      <w:pPr>
        <w:spacing w:before="80" w:after="80"/>
        <w:jc w:val="center"/>
      </w:pPr>
      <w:r>
        <w:drawing>
          <wp:inline xmlns:a="http://schemas.openxmlformats.org/drawingml/2006/main" xmlns:pic="http://schemas.openxmlformats.org/drawingml/2006/picture">
            <wp:extent cx="1859045" cy="2009283"/>
            <wp:docPr id="1" name="Picture 1"/>
            <wp:cNvGraphicFramePr>
              <a:graphicFrameLocks noChangeAspect="1"/>
            </wp:cNvGraphicFramePr>
            <a:graphic>
              <a:graphicData uri="http://schemas.openxmlformats.org/drawingml/2006/picture">
                <pic:pic>
                  <pic:nvPicPr>
                    <pic:cNvPr id="0" name="q17-1@300dpi.png"/>
                    <pic:cNvPicPr/>
                  </pic:nvPicPr>
                  <pic:blipFill>
                    <a:blip r:embed="rId9"/>
                    <a:stretch>
                      <a:fillRect/>
                    </a:stretch>
                  </pic:blipFill>
                  <pic:spPr>
                    <a:xfrm>
                      <a:off x="0" y="0"/>
                      <a:ext cx="1859045" cy="2009283"/>
                    </a:xfrm>
                    <a:prstGeom prst="rect"/>
                  </pic:spPr>
                </pic:pic>
              </a:graphicData>
            </a:graphic>
          </wp:inline>
        </w:drawing>
      </w:r>
    </w:p>
    <w:p>
      <w:pPr>
        <w:spacing w:before="0" w:after="120" w:line="300" w:lineRule="auto"/>
      </w:pPr>
      <w:r>
        <w:rPr>
          <w:rFonts w:ascii="Times New Roman" w:hAnsi="Times New Roman" w:eastAsia="宋体"/>
          <w:b w:val="0"/>
          <w:i w:val="0"/>
          <w:sz w:val="21"/>
        </w:rPr>
        <w:t>（A）1　　（B）5/8√(3)　　（C）4/5√(2)　　（D）8/15√(5)　　（E）6/5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shown in the figure, AB=7, BC=8, CA=9, and AH is an altitude. Points D and E lie on sides AC and AB, respectively, so that BD and CE are angle bisectors, intersecting AH at Q and P, respectively. What is PQ?</w:t>
      </w:r>
    </w:p>
    <w:p>
      <w:pPr>
        <w:spacing w:before="80" w:after="80"/>
        <w:jc w:val="center"/>
      </w:pPr>
      <w:r>
        <w:drawing>
          <wp:inline xmlns:a="http://schemas.openxmlformats.org/drawingml/2006/main" xmlns:pic="http://schemas.openxmlformats.org/drawingml/2006/picture">
            <wp:extent cx="1859045" cy="2009283"/>
            <wp:docPr id="2" name="Picture 2"/>
            <wp:cNvGraphicFramePr>
              <a:graphicFrameLocks noChangeAspect="1"/>
            </wp:cNvGraphicFramePr>
            <a:graphic>
              <a:graphicData uri="http://schemas.openxmlformats.org/drawingml/2006/picture">
                <pic:pic>
                  <pic:nvPicPr>
                    <pic:cNvPr id="0" name="q17-1@300dpi.png"/>
                    <pic:cNvPicPr/>
                  </pic:nvPicPr>
                  <pic:blipFill>
                    <a:blip r:embed="rId9"/>
                    <a:stretch>
                      <a:fillRect/>
                    </a:stretch>
                  </pic:blipFill>
                  <pic:spPr>
                    <a:xfrm>
                      <a:off x="0" y="0"/>
                      <a:ext cx="1859045" cy="20092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5/8√(3)　　(C) 4/5√(2)　　(D) 8/15√(5)　　(E) 6/5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方程 x²+y²=|x|+|y| 的图像所围成区域的面积是多少？</w:t>
      </w:r>
    </w:p>
    <w:p>
      <w:pPr>
        <w:spacing w:before="0" w:after="120" w:line="300" w:lineRule="auto"/>
      </w:pPr>
      <w:r>
        <w:rPr>
          <w:rFonts w:ascii="Times New Roman" w:hAnsi="Times New Roman" w:eastAsia="宋体"/>
          <w:b w:val="0"/>
          <w:i w:val="0"/>
          <w:sz w:val="21"/>
        </w:rPr>
        <w:t>（A）π+√(2)　　（B）π+2　　（C）π+2√(2)　　（D）2π+√(2)　　（E）2π+2√(2)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region enclosed by the graph of the equation x²+y²=|x|+|y|?</w:t>
      </w:r>
    </w:p>
    <w:p>
      <w:pPr>
        <w:spacing w:before="0" w:after="160" w:line="300" w:lineRule="auto"/>
      </w:pPr>
      <w:r>
        <w:rPr>
          <w:rFonts w:ascii="Times New Roman" w:hAnsi="Times New Roman" w:eastAsia="宋体"/>
          <w:b w:val="0"/>
          <w:i w:val="0"/>
          <w:color w:val="333333"/>
          <w:sz w:val="19"/>
        </w:rPr>
        <w:t>(A) π+√(2)　　(B) π+2　　(C) π+2√(2)　　(D) 2π+√(2)　　(E) 2π+2√(2)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Tom、Dick 和 Harry 正在玩一个游戏。他们同时开始，各自不断投掷一枚公平硬币，直到第一次出现正面时停止。三人投掷次数都相同的概率是多少？</w:t>
      </w:r>
    </w:p>
    <w:p>
      <w:pPr>
        <w:spacing w:before="0" w:after="120" w:line="300" w:lineRule="auto"/>
      </w:pPr>
      <w:r>
        <w:rPr>
          <w:rFonts w:ascii="Times New Roman" w:hAnsi="Times New Roman" w:eastAsia="宋体"/>
          <w:b w:val="0"/>
          <w:i w:val="0"/>
          <w:sz w:val="21"/>
        </w:rPr>
        <w:t>（A）1/8　　（B）1/7　　（C）1/6　　（D）1/4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Tom, Dick, and Harry are playing a game. Starting at the same time, each of them flips a fair coin repeatedly until he gets his first head, at which point he stops. What is the probability that all three flip their coins the same number of times?</w:t>
      </w:r>
    </w:p>
    <w:p>
      <w:pPr>
        <w:spacing w:before="0" w:after="160" w:line="300" w:lineRule="auto"/>
      </w:pPr>
      <w:r>
        <w:rPr>
          <w:rFonts w:ascii="Times New Roman" w:hAnsi="Times New Roman" w:eastAsia="宋体"/>
          <w:b w:val="0"/>
          <w:i w:val="0"/>
          <w:color w:val="333333"/>
          <w:sz w:val="19"/>
        </w:rPr>
        <w:t>(A) 1/8　　(B) 1/7　　(C) 1/6　　(D) 1/4　　(E) 1/3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若干支队伍进行循环赛，每队与其他每队恰好比赛一次。每队赢 10 场、输 10 场，没有平局。有多少组三支队伍 {A,B,C}，满足 A 击败 B，B 击败 C，且 C 击败 A？</w:t>
      </w:r>
    </w:p>
    <w:p>
      <w:pPr>
        <w:spacing w:before="0" w:after="120" w:line="300" w:lineRule="auto"/>
      </w:pPr>
      <w:r>
        <w:rPr>
          <w:rFonts w:ascii="Times New Roman" w:hAnsi="Times New Roman" w:eastAsia="宋体"/>
          <w:b w:val="0"/>
          <w:i w:val="0"/>
          <w:sz w:val="21"/>
        </w:rPr>
        <w:t>（A）385　　（B）665　　（C）945　　（D）1140　　（E）1330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teams held a round-robin tournament in which every team played every other team exactly once. Every team won 10 games and lost 10 games; there were no ties. How many sets of three teams {A,B,C} were there in which A beat B, B beat C, and C beat A?</w:t>
      </w:r>
    </w:p>
    <w:p>
      <w:pPr>
        <w:spacing w:before="0" w:after="160" w:line="300" w:lineRule="auto"/>
      </w:pPr>
      <w:r>
        <w:rPr>
          <w:rFonts w:ascii="Times New Roman" w:hAnsi="Times New Roman" w:eastAsia="宋体"/>
          <w:b w:val="0"/>
          <w:i w:val="0"/>
          <w:color w:val="333333"/>
          <w:sz w:val="19"/>
        </w:rPr>
        <w:t>(A) 385　　(B) 665　　(C) 945　　(D) 1140　　(E) 1330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ABCD 是单位正方形。令 Q₁ 为 CD 的中点。对 i=1，2，…，令 Pᵢ 为 AQᵢ 与 BD 的交点，并令 Qᵢ₊₁ 为从 Pᵢ 到 CD 的垂足。下式的值是多少？</w:t>
      </w:r>
    </w:p>
    <w:p>
      <w:pPr>
        <w:spacing w:before="0" w:after="80" w:line="300" w:lineRule="auto"/>
        <w:jc w:val="left"/>
      </w:pPr>
      <w:r>
        <w:rPr>
          <w:rFonts w:ascii="Times New Roman" w:hAnsi="Times New Roman" w:eastAsia="宋体"/>
          <w:b w:val="0"/>
          <w:i w:val="0"/>
          <w:sz w:val="21"/>
        </w:rPr>
        <w:t>Σᵢ₌₁^(∞)面积△ DQᵢPᵢ</w:t>
      </w:r>
    </w:p>
    <w:p>
      <w:pPr>
        <w:spacing w:before="0" w:after="120" w:line="300" w:lineRule="auto"/>
      </w:pPr>
      <w:r>
        <w:rPr>
          <w:rFonts w:ascii="Times New Roman" w:hAnsi="Times New Roman" w:eastAsia="宋体"/>
          <w:b w:val="0"/>
          <w:i w:val="0"/>
          <w:sz w:val="21"/>
        </w:rPr>
        <w:t>（A）1/6　　（B）1/4　　（C）1/3　　（D）1/2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unit square. Let Q₁ be the midpoint of CD. For i=1, 2, …, let Pᵢ be the intersection of AQᵢ and BD, and let Qᵢ₊₁ be the foot of the perpendicular from Pᵢ to CD. What is</w:t>
      </w:r>
    </w:p>
    <w:p>
      <w:pPr>
        <w:spacing w:before="0" w:after="80" w:line="300" w:lineRule="auto"/>
        <w:jc w:val="left"/>
      </w:pPr>
      <w:r>
        <w:rPr>
          <w:rFonts w:ascii="Times New Roman" w:hAnsi="Times New Roman" w:eastAsia="宋体"/>
          <w:b w:val="0"/>
          <w:i w:val="0"/>
          <w:color w:val="333333"/>
          <w:sz w:val="19"/>
        </w:rPr>
        <w:t>Σᵢ₌₁^(∞)Area of△ DQᵢPᵢ?</w:t>
      </w:r>
    </w:p>
    <w:p>
      <w:pPr>
        <w:spacing w:before="0" w:after="160" w:line="300" w:lineRule="auto"/>
      </w:pPr>
      <w:r>
        <w:rPr>
          <w:rFonts w:ascii="Times New Roman" w:hAnsi="Times New Roman" w:eastAsia="宋体"/>
          <w:b w:val="0"/>
          <w:i w:val="0"/>
          <w:color w:val="333333"/>
          <w:sz w:val="19"/>
        </w:rPr>
        <w:t>(A) 1/6　　(B) 1/4　　(C) 1/3　　(D) 1/2　　(E) 1</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对某个小于 1000 的正整数 n，1/n 的十进制表示为 0.abcdef，循环节长度为 6；而 1/n+6 的十进制表示为 0.wxyz，循环节长度为 4。n 位于哪个区间？</w:t>
      </w:r>
    </w:p>
    <w:p>
      <w:pPr>
        <w:spacing w:before="0" w:after="120" w:line="300" w:lineRule="auto"/>
      </w:pPr>
      <w:r>
        <w:rPr>
          <w:rFonts w:ascii="Times New Roman" w:hAnsi="Times New Roman" w:eastAsia="宋体"/>
          <w:b w:val="0"/>
          <w:i w:val="0"/>
          <w:sz w:val="21"/>
        </w:rPr>
        <w:t>（A）[1,200]　　（B）[201,400]　　（C）[401,600]　　（D）[601,800]　　（E）[801,999]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certain positive integer n less than 1000, the decimal equivalent of 1/n is 0.abcdef, a repeating decimal of period 6, and the decimal equivalent of 1/n+6 is 0.wxyz, a repeating decimal of period 4. In which interval does n lie?</w:t>
      </w:r>
    </w:p>
    <w:p>
      <w:pPr>
        <w:spacing w:before="0" w:after="160" w:line="300" w:lineRule="auto"/>
      </w:pPr>
      <w:r>
        <w:rPr>
          <w:rFonts w:ascii="Times New Roman" w:hAnsi="Times New Roman" w:eastAsia="宋体"/>
          <w:b w:val="0"/>
          <w:i w:val="0"/>
          <w:color w:val="333333"/>
          <w:sz w:val="19"/>
        </w:rPr>
        <w:t>(A) [1,200]　　(B) [201,400]　　(C) [401,600]　　(D) [601,800]　　(E) [801,999]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三维空间中，由不等式 |x|+|y|+|z|≤1 和 |x|+|y|+|z-1|≤1 所定义的区域体积是多少？</w:t>
      </w:r>
    </w:p>
    <w:p>
      <w:pPr>
        <w:spacing w:before="0" w:after="120" w:line="300" w:lineRule="auto"/>
      </w:pPr>
      <w:r>
        <w:rPr>
          <w:rFonts w:ascii="Times New Roman" w:hAnsi="Times New Roman" w:eastAsia="宋体"/>
          <w:b w:val="0"/>
          <w:i w:val="0"/>
          <w:sz w:val="21"/>
        </w:rPr>
        <w:t>（A）1/6　　（B）1/3　　（C）1/2　　（D）2/3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volume of the region in three-dimensional space defined by the inequalities |x|+|y|+|z|≤1 and |x|+|y|+|z-1|≤1?</w:t>
      </w:r>
    </w:p>
    <w:p>
      <w:pPr>
        <w:spacing w:before="0" w:after="160" w:line="300" w:lineRule="auto"/>
      </w:pPr>
      <w:r>
        <w:rPr>
          <w:rFonts w:ascii="Times New Roman" w:hAnsi="Times New Roman" w:eastAsia="宋体"/>
          <w:b w:val="0"/>
          <w:i w:val="0"/>
          <w:color w:val="333333"/>
          <w:sz w:val="19"/>
        </w:rPr>
        <w:t>(A) 1/6　　(B) 1/3　　(C) 1/2　　(D) 2/3　　(E) 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恰有 77,000 个有序四元组 (a,b,c,d) 满足 gcd(a,b,c,d)=77 且 lcm(a,b,c,d)=n。n 的最小可能值是多少？</w:t>
      </w:r>
    </w:p>
    <w:p>
      <w:pPr>
        <w:spacing w:before="0" w:after="120" w:line="300" w:lineRule="auto"/>
      </w:pPr>
      <w:r>
        <w:rPr>
          <w:rFonts w:ascii="Times New Roman" w:hAnsi="Times New Roman" w:eastAsia="宋体"/>
          <w:b w:val="0"/>
          <w:i w:val="0"/>
          <w:sz w:val="21"/>
        </w:rPr>
        <w:t>（A）13,860　　（B）20,790　　（C）21,560　　（D）27,720　　（E）41,580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exactly 77,000 ordered quadruples (a,b,c,d) such that gcd(a,b,c,d)=77 and lcm(a,b,c,d)=n. What is the smallest possible value of n?</w:t>
      </w:r>
    </w:p>
    <w:p>
      <w:pPr>
        <w:spacing w:before="0" w:after="160" w:line="300" w:lineRule="auto"/>
      </w:pPr>
      <w:r>
        <w:rPr>
          <w:rFonts w:ascii="Times New Roman" w:hAnsi="Times New Roman" w:eastAsia="宋体"/>
          <w:b w:val="0"/>
          <w:i w:val="0"/>
          <w:color w:val="333333"/>
          <w:sz w:val="19"/>
        </w:rPr>
        <w:t>(A) 13,860　　(B) 20,790　　(C) 21,560　　(D) 27,720　　(E) 41,580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序列 (aₙ) 递归定义为 a₀=1、a₁=¹⁹√(2)，且对 n≥2，有 aₙ=aₙ₋₁aₙ₋₂²。使乘积 a₁a₂⋯ aₖ 为整数的最小正整数 k 是多少？</w:t>
      </w:r>
    </w:p>
    <w:p>
      <w:pPr>
        <w:spacing w:before="0" w:after="120" w:line="300" w:lineRule="auto"/>
      </w:pPr>
      <w:r>
        <w:rPr>
          <w:rFonts w:ascii="Times New Roman" w:hAnsi="Times New Roman" w:eastAsia="宋体"/>
          <w:b w:val="0"/>
          <w:i w:val="0"/>
          <w:sz w:val="21"/>
        </w:rPr>
        <w:t>（A）17　　（B）18　　（C）19　　（D）20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(aₙ) is defined recursively by a₀=1, a₁=¹⁹√(2), and aₙ=aₙ₋₁aₙ₋₂² for n≥2. What is the smallest positive integer k such that the product a₁a₂⋯ aₖ is an integer?</w:t>
      </w:r>
    </w:p>
    <w:p>
      <w:pPr>
        <w:spacing w:before="0" w:after="160" w:line="300" w:lineRule="auto"/>
      </w:pPr>
      <w:r>
        <w:rPr>
          <w:rFonts w:ascii="Times New Roman" w:hAnsi="Times New Roman" w:eastAsia="宋体"/>
          <w:b w:val="0"/>
          <w:i w:val="0"/>
          <w:color w:val="333333"/>
          <w:sz w:val="19"/>
        </w:rPr>
        <w:t>(A) 17　　(B) 18　　(C) 19　　(D) 20　　(E) 21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A　D　C　B　C　D　D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D　C　E　E　D　E　D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A　B　B　A　D　A</w:t>
      </w:r>
    </w:p>
    <w:p>
      <w:pPr>
        <w:spacing w:before="0" w:after="200" w:line="300" w:lineRule="auto"/>
      </w:pPr>
      <w:r>
        <w:rPr>
          <w:rFonts w:ascii="Times New Roman" w:hAnsi="Times New Roman" w:eastAsia="宋体"/>
          <w:b w:val="0"/>
          <w:i w:val="0"/>
          <w:color w:val="666666"/>
          <w:sz w:val="18"/>
        </w:rPr>
        <w:t>答案串：DADCBCDDBADCEEDEDBBABBADA</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当 a=1/2 时，a⁻¹=2。分子为 2·2+2/2=4+1=5，再除以 a=1/2，得到 5/(1/2)=10。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a=1/2, we have a⁻¹=2. The numerator is 2·2+2/2=4+1=5, and dividing by a=1/2 gives 5/(1/2)=10.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调和平均数为 (2·1·2016)/1+2016=4032/2017。因为 2016/2017 非常接近 1，所以这个数略小于 2，最接近的整数是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harmonic mean is (2·1·2016)/1+2016=4032/2017. Since 2016/2017 is very close to 1, this is just under 2, so the closest integer is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因为 x=-2016，所以 |x|=2016。最内层为 |x|-x=2016+2016=4032。接着 |4032|-|x|=4032-2016 =2016，外层绝对值仍为 2016。最后减去 x，得到 2016-(-2016)=4032。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x=-2016, |x|=2016. The innermost expression is |x|-x=2016+2016=4032. Then |4032|-|x|=4032-2016 =2016, and the outer absolute value leaves 2016. Finally subtracting x gives 2016-(-2016)=4032.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设两角为 α&lt;β，其中 β=5/4α。较小角的余角较大，所以 90-α=2(90-β)=180-5/2α。由此得到 3/2α=90，所以 α=60°，β=75°。两角之和为 135°。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angles be α&lt;β with β=5/4α. The larger complement belongs to the smaller angle, so 90-α=2(90-β)=180-5/2α. This gives 3/2α=90, so α=60° and β=75°. The sum is 135°.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因为 919=7·131+2，条约签署日比星期四晚 131 个整周再加 2 天。</w:t>
      </w:r>
    </w:p>
    <w:p>
      <w:pPr>
        <w:spacing w:before="0" w:after="80" w:line="300" w:lineRule="auto"/>
        <w:jc w:val="left"/>
      </w:pPr>
      <w:r>
        <w:rPr>
          <w:rFonts w:ascii="Times New Roman" w:hAnsi="Times New Roman" w:eastAsia="宋体"/>
          <w:b w:val="0"/>
          <w:i w:val="0"/>
          <w:sz w:val="21"/>
        </w:rPr>
        <w:t>星期四后两天是星期六。所以正确答案是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919=7·131+2, the treaty was signed 131 full weeks plus 2 days after Thursday. Two days beyond Thursday is Saturday.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设第一象限中的顶点为 (x,x²)。由对称性，底边长为 BC=2x，高为 x²，所以面积满足 1/2·2x· x²=x³=64。因此 x=4，从而 BC=2x=8。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vertex in the first quadrant be (x,x²). By symmetry the base is BC=2x and the height is x², so 1/2·2x· x²=x³=64. Thus x=4 and BC=2x=8.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第一轮划掉奇数，留下 2 的倍数。第二轮划掉 2,6,10,… 留下 4 的倍数。一般地，第 n 轮后只剩 2ⁿ 的倍数。最后幸存的是不超过 100 的最大 2 的幂，即 2⁶=64。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pass removes the odd numbers, leaving the multiples of 2. The second pass removes 2,6,10,…, leaving the multiples of 4. In general, after the nth pass only the multiples of 2ⁿ remain. The surviving number is the highest power of 2 not exceeding 100, which is 2⁶=64.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重量与面积成正比，面积随边长平方缩放。第二块边长是第一块的 5/3 倍，所以重量为 12·(5/3)²=100/3≈33.3 盎司。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Weight is proportional to area, and area scales with the square of the side length. The second side is 5/3 times the first, so its weight is 12·(5/3)²=100/3≈33.3 ounces.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设较短边有 x 根桩，则较长边有 2x 根。四个角都被重复计算一次，所以 2x+2(2x)-4=20，得 x=4。较短边有 4 根桩，长度为 (4-1)·4=12 码；较长边有 8 根桩，长度为 (8-1)·4=28 码。面积为 12·28=336。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shorter side have x posts, so the longer side has 2x. Counting all posts and subtracting the four corners counted twice, 2x+2(2x)-4=20, giving x=4. The shorter side has 4 posts, or (4-1)·4=12 yards, and the longer side has 8 posts, or (8-1)·4=28 yards. The area is 12·28=336.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边 PQ 与 RS 的斜率为 -1，QR 与 PS 的斜率为 1，所以 PQRS 是长方形，边长为 (a-b)√(2) 与 (a+b)√(2)。它的面积为 2(a-b)(a+b)=2(a²-b²) =16，所以 a²-b²=8。唯一相差 8 的两个完全平方数是 9 和 1，因此 a=3、b=1，从而 a+b=4。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PQ and RS have slope -1, and QR and PS have slope 1, so PQRS is a rectangle with sides (a-b)√(2) and (a+b)√(2). Its area is 2(a-b)(a+b)=2(a²-b²) =16, so a²-b²=8. The only perfect squares differing by 8 are 9 and 1, giving a=3, b=1, and a+b=4.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左边位于 x=k 的正方形，必须低于其宽度范围内 y=π x 的最低点，即 y=π k。对边长 1，可能的左边位置 k=1,2,3,4 分别贡献 3+6+9+12=30 个正方形。对边长 2，左边位置 k=1,2,3 贡献 2+5+8=15 个；对边长 3，左边位置 k=1,2 贡献 1+4=5 个。边长至少为 4 的正方形无法放入，所以总数是 30+15+5=50。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whose left edge is x=k must fit below the lowest point of y=π x over its width, namely y=π k. For side length 1, the possible left edges k=1,2,3,4 contribute 3+6+9+12=30 squares. For side length 2, the left edges k=1,2,3 contribute 2+5+8=15, and for side length 3, the left edges k=1,2 contribute 1+4=5. A square of side at least 4 cannot fit, so the total is 30+15+5=50.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像棋盘一样染色，使四个角和中心同色。由于连续数字位于相邻的异色格中，沿数字链颜色交替，所以这五个同色格中是五个奇数 1,3,5,7,9，其和为 25。四个角的和为 18，所以中心格中的数为 25-18=7。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Color the grid like a checkerboard so the four corners and the center share one color. Since consecutive numbers occupy adjacent (opposite colored) squares, the numbers alternate parity along the chain, so the five same-colored cells contain the five odd numbers 1,3,5,7,9, which sum to 25. The four corners add to 18, so the center is 25-18=7.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设飞机位于点 C，其正下方的地面点为 D，高度为 h。三角形 ACD 和 BCD 都是 30-60-90 直角三角形，所以 AD=√(3) h，BD=h/(√(3))。Alice 向北看而 Bob 向西看，因此 ∠ ADB=90°，从而 AD²+BD²=AB²=100。于是 3h²+h²/3=10h²/3=100，解得 h=√(30)≈5.48，最接近 5.5。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airplane be at C, directly above point D on the ground at altitude h. Triangles ACD and BCD are 30-60-90 right triangles, so AD=√(3) h and BD=h/(√(3)). Since Alice looks north and Bob looks west, ∠ ADB=90°, so AD²+BD²=AB²=100. Then 3h²+h²/3=10h²/3=100, giving h=√(30)≈5.48, closest to 5.5.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设公比为 r。因为第二项为 1，第一项为 1/r，所以 S=(1/r)/1-r=1/r-r²。收敛要求 |r|&lt;1，而 S&gt;0 又迫使 0&lt; r&lt;1。因此，要使 S 最小，就要使 r-r² 最大。抛物线 r-r² 在 r=1/2 处达到最大值 1/4，所以 S 的最小值为 1/(1/4)=4。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common ratio. Since the second term is 1, the first term is 1/r, so S=(1/r)/1-r=1/r-r². Convergence requires |r|&lt;1, and S&gt;0 then forces 0&lt; r&lt;1. Therefore S is smallest when r-r² is largest. The parabola r-r² peaks at r=1/2, where it equals 1/4, so the smallest value of S is 1/(1/4)=4.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将相对面配成 (a,b),(c,d),(e,f)。每个顶点乘积从每对相对面中取一个数，所以八个乘积之和可分解为 (a+b)(c+d)(e+f)。三个因子的总和固定为 2+3+4+5+6+7=27，乘积在三者相等、各为 9 时最大。这可由 (2,7),(3,6),(4,5) 达到，得到 9·9·9=729。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Pair the opposite faces as (a,b),(c,d),(e,f). Each vertex product uses one face from each pair, so the sum of all eight products factors as (a+b)(c+d)(e+f). The three factors have fixed total 2+3+4+5+6+7=27, and a product with fixed sum is largest when the factors are equal, at 9 each. This balance is achievable with (2,7),(3,6),(4,5), giving 9·9·9=729.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连续整数之和等于项数乘以中位数。若项数为奇数，中位数是 345 的整数因数，得到项数为 3（中位数 115）、5（中位数 69）、15（中位数 23）和 23（中位数 15）的序列。若项数为偶数，中位数为半整数；符合要求的项数为 2,6,10，对应的中位数依次为 172.5,57.5,34.5。更长的序列会含有非正项。因此共有 4+3=7 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sum of consecutive integers equals the count times the median. For an odd number of terms, the median is an integer divisor of 345, giving runs of 3 (median 115), 5 (median 69), 15 (median 23), and 23 (median 15) terms. For an even number of terms the median is a half-integer. The positive possibilities have lengths 2,6,10, with respective medians 172.5,57.5,34.5. Longer divisor-based runs would force a nonpositive first term. This gives 4+3=7 ways.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令 x=BH，则 CH=8-x。由两个直角三角形可得 AH²=7²-x²=9²-(8-x)²，所以 x=2，且 AH=√(45)。在 △ ACH 中，由角平分线定理，AP/PH=CA/CH=9/6，所以 AP=3/5 AH。同理，在 △ ABH 中，AQ/QH=BA/BH=7/2，所以 AQ=7/9 AH。于是</w:t>
      </w:r>
    </w:p>
    <w:p>
      <w:pPr>
        <w:spacing w:before="0" w:after="80" w:line="300" w:lineRule="auto"/>
        <w:jc w:val="left"/>
      </w:pPr>
      <w:r>
        <w:rPr>
          <w:rFonts w:ascii="Times New Roman" w:hAnsi="Times New Roman" w:eastAsia="宋体"/>
          <w:b w:val="0"/>
          <w:i w:val="0"/>
          <w:sz w:val="21"/>
        </w:rPr>
        <w:t>PQ = AQ-AP</w:t>
      </w:r>
    </w:p>
    <w:p>
      <w:pPr>
        <w:spacing w:before="0" w:after="80" w:line="300" w:lineRule="auto"/>
        <w:jc w:val="left"/>
      </w:pPr>
      <w:r>
        <w:rPr>
          <w:rFonts w:ascii="Times New Roman" w:hAnsi="Times New Roman" w:eastAsia="宋体"/>
          <w:b w:val="0"/>
          <w:i w:val="0"/>
          <w:sz w:val="21"/>
        </w:rPr>
        <w:t>= (7/9-3/5)AH</w:t>
      </w:r>
    </w:p>
    <w:p>
      <w:pPr>
        <w:spacing w:before="0" w:after="80" w:line="300" w:lineRule="auto"/>
        <w:jc w:val="left"/>
      </w:pPr>
      <w:r>
        <w:rPr>
          <w:rFonts w:ascii="Times New Roman" w:hAnsi="Times New Roman" w:eastAsia="宋体"/>
          <w:b w:val="0"/>
          <w:i w:val="0"/>
          <w:sz w:val="21"/>
        </w:rPr>
        <w:t>= 8/45√(45)</w:t>
      </w:r>
    </w:p>
    <w:p>
      <w:pPr>
        <w:spacing w:before="0" w:after="80" w:line="300" w:lineRule="auto"/>
        <w:jc w:val="left"/>
      </w:pPr>
      <w:r>
        <w:rPr>
          <w:rFonts w:ascii="Times New Roman" w:hAnsi="Times New Roman" w:eastAsia="宋体"/>
          <w:b w:val="0"/>
          <w:i w:val="0"/>
          <w:sz w:val="21"/>
        </w:rPr>
        <w:t>= 8/15√(5)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x=BH. Then CH=8-x, and from the two right triangles AH²=7²-x²=9²-(8-x)². This gives x=2 and AH=√(45). By the angle bisector theorem in △ ACH, AP/PH=CA/CH=9/6, so AP=3/5 AH. Similarly in △ ABH, AQ/QH=BA/BH=7/2, so AQ=7/9 AH. Then</w:t>
      </w:r>
    </w:p>
    <w:p>
      <w:pPr>
        <w:spacing w:before="0" w:after="80" w:line="300" w:lineRule="auto"/>
        <w:jc w:val="left"/>
      </w:pPr>
      <w:r>
        <w:rPr>
          <w:rFonts w:ascii="Times New Roman" w:hAnsi="Times New Roman" w:eastAsia="宋体"/>
          <w:b w:val="0"/>
          <w:i w:val="0"/>
          <w:color w:val="333333"/>
          <w:sz w:val="19"/>
        </w:rPr>
        <w:t>PQ = AQ-AP</w:t>
      </w:r>
    </w:p>
    <w:p>
      <w:pPr>
        <w:spacing w:before="0" w:after="80" w:line="300" w:lineRule="auto"/>
        <w:jc w:val="left"/>
      </w:pPr>
      <w:r>
        <w:rPr>
          <w:rFonts w:ascii="Times New Roman" w:hAnsi="Times New Roman" w:eastAsia="宋体"/>
          <w:b w:val="0"/>
          <w:i w:val="0"/>
          <w:color w:val="333333"/>
          <w:sz w:val="19"/>
        </w:rPr>
        <w:t>= (7/9-3/5)AH</w:t>
      </w:r>
    </w:p>
    <w:p>
      <w:pPr>
        <w:spacing w:before="0" w:after="80" w:line="300" w:lineRule="auto"/>
        <w:jc w:val="left"/>
      </w:pPr>
      <w:r>
        <w:rPr>
          <w:rFonts w:ascii="Times New Roman" w:hAnsi="Times New Roman" w:eastAsia="宋体"/>
          <w:b w:val="0"/>
          <w:i w:val="0"/>
          <w:color w:val="333333"/>
          <w:sz w:val="19"/>
        </w:rPr>
        <w:t>= 8/45√(45)</w:t>
      </w:r>
    </w:p>
    <w:p>
      <w:pPr>
        <w:spacing w:before="0" w:after="80" w:line="300" w:lineRule="auto"/>
        <w:jc w:val="left"/>
      </w:pPr>
      <w:r>
        <w:rPr>
          <w:rFonts w:ascii="Times New Roman" w:hAnsi="Times New Roman" w:eastAsia="宋体"/>
          <w:b w:val="0"/>
          <w:i w:val="0"/>
          <w:color w:val="333333"/>
          <w:sz w:val="19"/>
        </w:rPr>
        <w:t>= 8/15√(5).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由对称性，只看第一象限，此时方程为 x²+y²=x+y，即 (x-1/2)²+(y-1/2)²=1/2。这是一个圆心在 (1/2,1/2)、经过 (1,0) 和 (0,1) 的圆。由于圆心是连接 (1,0) 与 (0,1) 的弦的中点，第一象限内围成的区域由面积为 1/2 的直角三角形和半径为 (√(2))/2、面积为 π/4 的半圆组成。乘以 4 个象限，总面积为 4(1/2+π/4)=π+2。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symmetry, consider the first quadrant, where the equation is x²+y²=x+y, or (x-1/2)²+(y-1/2)²=1/2. This is a circle centered at (1/2,1/2) passing through (1,0) and (0,1); since the center is the midpoint of that chord, the enclosed first-quadrant region is the right triangle with legs to (1,0) and (0,1) (area 1/2) plus a semicircle of radius (√(2))/2 (area π/4). Multiplying by 4 for all quadrants gives 4(1/2+π/4)=π+2.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单个玩家第一次正面出现在第 n 次的概率为 (1/2)ⁿ。三人都在第 n 次停止的概率为 ((1/2)ⁿ)³=(1/8)ⁿ。对 n≥1 求和，得 Σₙ₌₁^(∞)(1/8)ⁿ =(1/8)/(1-1/8)=1/7。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player’s first head comes on flip n with probability (1/2)ⁿ. All three stopping on the same flip n has probability ((1/2)ⁿ)³=(1/8)ⁿ. Summing over n≥1, Σₙ₌₁^(∞)(1/8)ⁿ =(1/8)/(1-1/8)=1/7.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因为每队赢 10 场、输 10 场，所以共有 21 支队伍，三队组总数为 C(21, 3)=1330。一个三队组不是循环关系，当且仅当其中某一队击败另外两队。选定这支胜队有 21 种方式，再从被它击败的 10 支队伍中选出 2 支，所以非循环三队组共有 21·C(10, 2)=21·45=945 个。因此循环三队组共有 1330-945=385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each team won 10 and lost 10, there are 21 teams and C(21, 3)=1330 triples. A triple is not cyclic exactly when one team beats both others. Choosing that team (21 ways) and 2 of the 10 teams it beat gives 21·C(10, 2)=21·45=945 non-cyclic triples. Thus the cyclic triples number 1330-945=385.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设 D=(0,0)、C=(1,0)、B=(1,1)、A=(0,1)，并令 qᵢ=DQᵢ。直线 AQᵢ 与 BD（即直线 y=x）相交于 Pᵢ，交点的两个坐标都为 qᵢ/1+qᵢ，所以 qᵢ₊₁=qᵢ/1+qᵢ。由 q₁=1/2 可得 qᵢ=1/i+1。三角形 △ DQᵢPᵢ 的底为 DQᵢ=1/i+1，高为 Pᵢ 的 y 坐标，即 qᵢ₊₁=1/i+2。于是</w:t>
      </w:r>
    </w:p>
    <w:p>
      <w:pPr>
        <w:spacing w:before="0" w:after="80" w:line="300" w:lineRule="auto"/>
        <w:jc w:val="left"/>
      </w:pPr>
      <w:r>
        <w:rPr>
          <w:rFonts w:ascii="Times New Roman" w:hAnsi="Times New Roman" w:eastAsia="宋体"/>
          <w:b w:val="0"/>
          <w:i w:val="0"/>
          <w:sz w:val="21"/>
        </w:rPr>
        <w:t>面积△ DQᵢPᵢ=1/2·1/i+1</w:t>
      </w:r>
    </w:p>
    <w:p>
      <w:pPr>
        <w:spacing w:before="0" w:after="80" w:line="300" w:lineRule="auto"/>
        <w:jc w:val="left"/>
      </w:pPr>
      <w:r>
        <w:rPr>
          <w:rFonts w:ascii="Times New Roman" w:hAnsi="Times New Roman" w:eastAsia="宋体"/>
          <w:b w:val="0"/>
          <w:i w:val="0"/>
          <w:sz w:val="21"/>
        </w:rPr>
        <w:t>·1/i+2</w:t>
      </w:r>
    </w:p>
    <w:p>
      <w:pPr>
        <w:spacing w:before="0" w:after="80" w:line="300" w:lineRule="auto"/>
        <w:jc w:val="left"/>
      </w:pPr>
      <w:r>
        <w:rPr>
          <w:rFonts w:ascii="Times New Roman" w:hAnsi="Times New Roman" w:eastAsia="宋体"/>
          <w:b w:val="0"/>
          <w:i w:val="0"/>
          <w:sz w:val="21"/>
        </w:rPr>
        <w:t>=1/2(1/i+1-1/i+2)。</w:t>
      </w:r>
    </w:p>
    <w:p>
      <w:pPr>
        <w:spacing w:before="0" w:after="80" w:line="300" w:lineRule="auto"/>
        <w:jc w:val="left"/>
      </w:pPr>
      <w:r>
        <w:rPr>
          <w:rFonts w:ascii="Times New Roman" w:hAnsi="Times New Roman" w:eastAsia="宋体"/>
          <w:b w:val="0"/>
          <w:i w:val="0"/>
          <w:sz w:val="21"/>
        </w:rPr>
        <w:t>求和后中间项相消，得到 1/2·1/2=1/4。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D=(0,0), C=(1,0), B=(1,1), A=(0,1), and let qᵢ=DQᵢ. Intersecting line AQᵢ with BD (the line y=x) gives Pᵢ with both coordinates qᵢ/1+qᵢ, so qᵢ₊₁=qᵢ/1+qᵢ. From q₁=1/2 this yields qᵢ=1/i+1. The base of △ DQᵢPᵢ is DQᵢ=1/i+1 and its height is the y-coordinate of Pᵢ, which is qᵢ₊₁=1/i+2. Then</w:t>
      </w:r>
    </w:p>
    <w:p>
      <w:pPr>
        <w:spacing w:before="0" w:after="80" w:line="300" w:lineRule="auto"/>
        <w:jc w:val="left"/>
      </w:pPr>
      <w:r>
        <w:rPr>
          <w:rFonts w:ascii="Times New Roman" w:hAnsi="Times New Roman" w:eastAsia="宋体"/>
          <w:b w:val="0"/>
          <w:i w:val="0"/>
          <w:color w:val="333333"/>
          <w:sz w:val="19"/>
        </w:rPr>
        <w:t>Area of△ DQᵢPᵢ=1/2·1/i+1</w:t>
      </w:r>
    </w:p>
    <w:p>
      <w:pPr>
        <w:spacing w:before="0" w:after="80" w:line="300" w:lineRule="auto"/>
        <w:jc w:val="left"/>
      </w:pPr>
      <w:r>
        <w:rPr>
          <w:rFonts w:ascii="Times New Roman" w:hAnsi="Times New Roman" w:eastAsia="宋体"/>
          <w:b w:val="0"/>
          <w:i w:val="0"/>
          <w:color w:val="333333"/>
          <w:sz w:val="19"/>
        </w:rPr>
        <w:t>·1/i+2</w:t>
      </w:r>
    </w:p>
    <w:p>
      <w:pPr>
        <w:spacing w:before="0" w:after="80" w:line="300" w:lineRule="auto"/>
        <w:jc w:val="left"/>
      </w:pPr>
      <w:r>
        <w:rPr>
          <w:rFonts w:ascii="Times New Roman" w:hAnsi="Times New Roman" w:eastAsia="宋体"/>
          <w:b w:val="0"/>
          <w:i w:val="0"/>
          <w:color w:val="333333"/>
          <w:sz w:val="19"/>
        </w:rPr>
        <w:t>=1/2(1/i+1-1/i+2).</w:t>
      </w:r>
    </w:p>
    <w:p>
      <w:pPr>
        <w:spacing w:before="0" w:after="80" w:line="300" w:lineRule="auto"/>
        <w:jc w:val="left"/>
      </w:pPr>
      <w:r>
        <w:rPr>
          <w:rFonts w:ascii="Times New Roman" w:hAnsi="Times New Roman" w:eastAsia="宋体"/>
          <w:b w:val="0"/>
          <w:i w:val="0"/>
          <w:color w:val="333333"/>
          <w:sz w:val="19"/>
        </w:rPr>
        <w:t>Summing telescopes to 1/2·1/2=1/4.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周期为 6 要求 10⁶-1=3³·7·11·13·37 是 n 的倍数。周期为 4 要求 10⁴-1=3²·11·101 是 n+6 的倍数，而 10²-1=3²·11 不是 n+6 的倍数（否则周期会是 1 或 2）。因此 n+6 是 101 的倍数。又因为 n+6 整除 3²·11·101 且小于 1006，所以只有 n+6=101,303,909 三种可能，对应 n=95,297,903。其中只有 297=3³·11 整除 10⁶-1，所以 n=297。</w:t>
      </w:r>
    </w:p>
    <w:p>
      <w:pPr>
        <w:spacing w:before="0" w:after="80" w:line="300" w:lineRule="auto"/>
        <w:jc w:val="left"/>
      </w:pPr>
      <w:r>
        <w:rPr>
          <w:rFonts w:ascii="Times New Roman" w:hAnsi="Times New Roman" w:eastAsia="宋体"/>
          <w:b w:val="0"/>
          <w:i w:val="0"/>
          <w:sz w:val="21"/>
        </w:rPr>
        <w:t>最后，10⁶≡1pmod297，而 10²not≡1 且 10³not≡1pmod297，所以它的周期恰为 6。此外，303 整除 10⁴-1 但不整除 10²-1，所以 1/303 的周期恰为 4。因此 n=297 位于 [201,400] 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Period 6 requires 10⁶-1=3³·7·11·13·37 to be divisible by n. Period 4 requires 10⁴-1=3²·11·101 to be divisible by n+6, while 10²-1=3²·11 is not divisible by n+6 (else the period would be 1 or 2). Hence n+6 is a multiple of 101. Since n+6 also divides 3²·11·101 and is less than 1006, the only possibilities are n+6=101,303,909, giving n=95,297,903. Only 297=3³·11 divides 10⁶-1, so n=297.</w:t>
      </w:r>
    </w:p>
    <w:p>
      <w:pPr>
        <w:spacing w:before="0" w:after="80" w:line="300" w:lineRule="auto"/>
        <w:jc w:val="left"/>
      </w:pPr>
      <w:r>
        <w:rPr>
          <w:rFonts w:ascii="Times New Roman" w:hAnsi="Times New Roman" w:eastAsia="宋体"/>
          <w:b w:val="0"/>
          <w:i w:val="0"/>
          <w:color w:val="333333"/>
          <w:sz w:val="19"/>
        </w:rPr>
        <w:t>Finally, 10⁶≡1pmod297, while 10²not≡1 and 10³not≡1pmod297, so its period is exactly 6. Also 303 divides 10⁴-1 but not 10²-1, so the period of 1/303 is exactly 4. Thus n=297 lies in [201,400].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区域 |x|+|y|+|z|≤1 是一个正八面体，顶点为 (±1,0,0),(0,±1,0),(0,0,±1)，体积为 2·1/3·(√(2))²·1=4/3。第二个区域是同一个八面体向上平移 1 后得到的。两者的交集是另一个对角线长为 1 的正八面体，其线性尺寸是原八面体的一半，所以体积为 (1/2)³·4/3=1/6。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region |x|+|y|+|z|≤1 is a regular octahedron with vertices at (±1,0,0),(0,±1,0),(0,0,±1), whose volume is 2·1/3·(√(2))²·1=4/3. The second region is the same octahedron shifted up by 1. Their intersection is bounded by another regular octahedron with diagonals of length 1, half the linear dimensions of the first, so its volume is (1/2)³·4/3=1/6.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将每个数写成 77 乘以一个约化值，我们需要 gcd=1 且 lcm=m=n/77。对每个整除 m 且最大指数为 M 的质数 p，有效指数四元组的个数为 (M+1)⁴-2M⁴ +(M-1)⁴ =2(6M²+1)。所有质数的贡献乘积必须等于 77,000=2³·5³·7·11。当 M=1,2,3 时，2(6M²+1) 分别等于 14、50 和 110，并且 14·50·110=77,000，所以指数 1,2,3 给出一个候选分解。</w:t>
      </w:r>
    </w:p>
    <w:p>
      <w:pPr>
        <w:spacing w:before="0" w:after="80" w:line="300" w:lineRule="auto"/>
        <w:jc w:val="left"/>
      </w:pPr>
      <w:r>
        <w:rPr>
          <w:rFonts w:ascii="Times New Roman" w:hAnsi="Times New Roman" w:eastAsia="宋体"/>
          <w:b w:val="0"/>
          <w:i w:val="0"/>
          <w:sz w:val="21"/>
        </w:rPr>
        <w:t>每个质数恰好贡献一个因数 2，所以 m 恰好有三个质因数。它们的奇数因子 6M²+1 必须整除 (77,000)/2³=9625。检查这些因数得到 M=1,2,3,8，相应的奇数因子为 7,25,55,385。若取 M=8，其余两个奇数因子的乘积只能为 25，但每个至少为 7，不可能。因此最大指数恰为 1,2,3。为使 m=n/77 最小，把最大指数分配给最小质数：m=2³·3²·5=360，所以 n=77·360=27,720。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each entry as 77 times a reduced value, we need gcd=1 and lcm=m=n/77. For each prime p dividing m with maximum exponent M, the number of valid exponent quadruples is (M+1)⁴-2M⁴ +(M-1)⁴ =2(6M²+1). The total over all primes must equal 77,000=2³·5³·7·11. Since 2(6M²+1) equals 14, 50, and 110 for M=1,2,3, and 14·50·110=77,000, the exponents 1,2,3 give one candidate factorization.</w:t>
      </w:r>
    </w:p>
    <w:p>
      <w:pPr>
        <w:spacing w:before="0" w:after="80" w:line="300" w:lineRule="auto"/>
        <w:jc w:val="left"/>
      </w:pPr>
      <w:r>
        <w:rPr>
          <w:rFonts w:ascii="Times New Roman" w:hAnsi="Times New Roman" w:eastAsia="宋体"/>
          <w:b w:val="0"/>
          <w:i w:val="0"/>
          <w:color w:val="333333"/>
          <w:sz w:val="19"/>
        </w:rPr>
        <w:t>Every prime contributes exactly one factor of 2, so exactly three primes divide m. Their odd factors 6M²+1 must divide (77,000)/2³=9625. Checking the divisors gives M=1,2,3,8, with odd factors 7,25,55,385. The choice M=8 leaves only 25 for the product of the other two odd factors, but each is at least 7, so this is impossible. Therefore the maximum exponents are exactly 1,2,3. To minimize m=n/77, assign the largest exponent to the smallest prime: m=2³·3²·5=360, so n=77·360=27,720.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写成 aₙ=2^(bₙ/19)。递推变为 b₀=0，b₁=1，bₙ=bₙ₋₁+2bₙ₋₂，解为 bₙ=1/3(2ⁿ-(-1)ⁿ)。乘积 a₁⋯ aₖ 为整数，当且仅当 b₁+⋯+bₖ 是 19 的倍数。对 bₙ 的公式求和可得：当 k 为奇数时，b₁+⋯+bₖ=(2ᵏ⁺¹-1)/3；当 k 为偶数时，b₁+⋯+bₖ=(2ᵏ⁺¹-2)/3。</w:t>
      </w:r>
    </w:p>
    <w:p>
      <w:pPr>
        <w:spacing w:before="0" w:after="80" w:line="300" w:lineRule="auto"/>
        <w:jc w:val="left"/>
      </w:pPr>
      <w:r>
        <w:rPr>
          <w:rFonts w:ascii="Times New Roman" w:hAnsi="Times New Roman" w:eastAsia="宋体"/>
          <w:b w:val="0"/>
          <w:i w:val="0"/>
          <w:sz w:val="21"/>
        </w:rPr>
        <w:t>2 模 19 的阶为 18，因为 2⁹≡-1pmod19 且 2⁶not≡1pmod19。对奇数 k，整除条件要求 k+1 是 18 的倍数，最早在 k=17 时发生。对偶数 k，条件要求 k 是 18 的倍数，最早在 k=18 时发生。因此最小正整数 k 是 17。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aₙ=2^(bₙ/19). The recursion becomes b₀=0, b₁=1, bₙ=bₙ₋₁+2bₙ₋₂, solved by bₙ=1/3(2ⁿ-(-1)ⁿ). The product a₁⋯ aₖ is an integer exactly when b₁+⋯+bₖ is divisible by 19. Summing the formula for bₙ gives b₁+⋯+bₖ=(2ᵏ⁺¹-1)/3 when k is odd, and b₁+⋯+bₖ=(2ᵏ⁺¹-2)/3 when k is even.</w:t>
      </w:r>
    </w:p>
    <w:p>
      <w:pPr>
        <w:spacing w:before="0" w:after="80" w:line="300" w:lineRule="auto"/>
        <w:jc w:val="left"/>
      </w:pPr>
      <w:r>
        <w:rPr>
          <w:rFonts w:ascii="Times New Roman" w:hAnsi="Times New Roman" w:eastAsia="宋体"/>
          <w:b w:val="0"/>
          <w:i w:val="0"/>
          <w:color w:val="333333"/>
          <w:sz w:val="19"/>
        </w:rPr>
        <w:t>The order of 2 modulo 19 is 18 because 2⁹≡-1pmod19 and 2⁶not≡1pmod19. For odd k, divisibility therefore requires k+1 to be divisible by 18, first occurring at k=17. For even k, it requires k to be divisible by 18, first occurring at k=18. Hence the smallest positive k is 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