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2016A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下面式子的值是多少：</w:t>
      </w:r>
    </w:p>
    <w:p>
      <w:pPr>
        <w:spacing w:before="0" w:after="80" w:line="300" w:lineRule="auto"/>
        <w:jc w:val="left"/>
      </w:pPr>
      <w:r>
        <w:rPr>
          <w:rFonts w:ascii="Times New Roman" w:hAnsi="Times New Roman" w:eastAsia="宋体"/>
          <w:b w:val="0"/>
          <w:i w:val="0"/>
          <w:sz w:val="21"/>
        </w:rPr>
        <w:t>(11!-10!)/(9!)？</w:t>
      </w:r>
    </w:p>
    <w:p>
      <w:pPr>
        <w:spacing w:before="0" w:after="120" w:line="300" w:lineRule="auto"/>
      </w:pPr>
      <w:r>
        <w:rPr>
          <w:rFonts w:ascii="Times New Roman" w:hAnsi="Times New Roman" w:eastAsia="宋体"/>
          <w:b w:val="0"/>
          <w:i w:val="0"/>
          <w:sz w:val="21"/>
        </w:rPr>
        <w:t>（A）99　　（B）100　　（C）110　　（D）121　　（E）132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(11!-10!)/(9!)?</w:t>
      </w:r>
    </w:p>
    <w:p>
      <w:pPr>
        <w:spacing w:before="0" w:after="160" w:line="300" w:lineRule="auto"/>
      </w:pPr>
      <w:r>
        <w:rPr>
          <w:rFonts w:ascii="Times New Roman" w:hAnsi="Times New Roman" w:eastAsia="宋体"/>
          <w:b w:val="0"/>
          <w:i w:val="0"/>
          <w:color w:val="333333"/>
          <w:sz w:val="19"/>
        </w:rPr>
        <w:t>(A) 99　　(B) 100　　(C) 110　　(D) 121　　(E) 132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当 x 为何值时，10ˣ· 100²ˣ=1000⁵？</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what value of x does 10ˣ· 100²ˣ=1000⁵?</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对所有实数 x 和满足 y≠ 0 的实数 y，余数函数可定义为</w:t>
      </w:r>
    </w:p>
    <w:p>
      <w:pPr>
        <w:spacing w:before="0" w:after="80" w:line="300" w:lineRule="auto"/>
        <w:jc w:val="left"/>
      </w:pPr>
      <w:r>
        <w:rPr>
          <w:rFonts w:ascii="Times New Roman" w:hAnsi="Times New Roman" w:eastAsia="宋体"/>
          <w:b w:val="0"/>
          <w:i w:val="0"/>
          <w:sz w:val="21"/>
        </w:rPr>
        <w:t>rem(x,y)=x-y⌊ x/y⌋，</w:t>
      </w:r>
    </w:p>
    <w:p>
      <w:pPr>
        <w:spacing w:before="0" w:after="80" w:line="300" w:lineRule="auto"/>
        <w:jc w:val="left"/>
      </w:pPr>
      <w:r>
        <w:rPr>
          <w:rFonts w:ascii="Times New Roman" w:hAnsi="Times New Roman" w:eastAsia="宋体"/>
          <w:b w:val="0"/>
          <w:i w:val="0"/>
          <w:sz w:val="21"/>
        </w:rPr>
        <w:t>其中 ⌊ x/y⌋ 表示小于或等于 x/y 的最大整数。 rem(3/8,-2/5) 的值是多少？</w:t>
      </w:r>
    </w:p>
    <w:p>
      <w:pPr>
        <w:spacing w:before="0" w:after="120" w:line="300" w:lineRule="auto"/>
      </w:pPr>
      <w:r>
        <w:rPr>
          <w:rFonts w:ascii="Times New Roman" w:hAnsi="Times New Roman" w:eastAsia="宋体"/>
          <w:b w:val="0"/>
          <w:i w:val="0"/>
          <w:sz w:val="21"/>
        </w:rPr>
        <w:t>（A）-3/8　　（B）-1/40　　（C）0　　（D）3/8　　（E）31/40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remainder function can be defined for all real numbers x and y with y≠ 0 by</w:t>
      </w:r>
    </w:p>
    <w:p>
      <w:pPr>
        <w:spacing w:before="0" w:after="80" w:line="300" w:lineRule="auto"/>
        <w:jc w:val="left"/>
      </w:pPr>
      <w:r>
        <w:rPr>
          <w:rFonts w:ascii="Times New Roman" w:hAnsi="Times New Roman" w:eastAsia="宋体"/>
          <w:b w:val="0"/>
          <w:i w:val="0"/>
          <w:color w:val="333333"/>
          <w:sz w:val="19"/>
        </w:rPr>
        <w:t>rem(x,y)=x-y⌊ x/y⌋,</w:t>
      </w:r>
    </w:p>
    <w:p>
      <w:pPr>
        <w:spacing w:before="0" w:after="80" w:line="300" w:lineRule="auto"/>
        <w:jc w:val="left"/>
      </w:pPr>
      <w:r>
        <w:rPr>
          <w:rFonts w:ascii="Times New Roman" w:hAnsi="Times New Roman" w:eastAsia="宋体"/>
          <w:b w:val="0"/>
          <w:i w:val="0"/>
          <w:color w:val="333333"/>
          <w:sz w:val="19"/>
        </w:rPr>
        <w:t>where ⌊ x/y⌋ denotes the greatest integer less than or equal to x/y. What is the value of rem(3/8,-2/5)?</w:t>
      </w:r>
    </w:p>
    <w:p>
      <w:pPr>
        <w:spacing w:before="0" w:after="160" w:line="300" w:lineRule="auto"/>
      </w:pPr>
      <w:r>
        <w:rPr>
          <w:rFonts w:ascii="Times New Roman" w:hAnsi="Times New Roman" w:eastAsia="宋体"/>
          <w:b w:val="0"/>
          <w:i w:val="0"/>
          <w:color w:val="333333"/>
          <w:sz w:val="19"/>
        </w:rPr>
        <w:t>(A) -3/8　　(B) -1/40　　(C) 0　　(D) 3/8　　(E) 31/40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7 个数据值 60，100，x，40，50，200，90 的平均数、中位数和众数都等于 x。x 的值是多少？</w:t>
      </w:r>
    </w:p>
    <w:p>
      <w:pPr>
        <w:spacing w:before="0" w:after="120" w:line="300" w:lineRule="auto"/>
      </w:pPr>
      <w:r>
        <w:rPr>
          <w:rFonts w:ascii="Times New Roman" w:hAnsi="Times New Roman" w:eastAsia="宋体"/>
          <w:b w:val="0"/>
          <w:i w:val="0"/>
          <w:sz w:val="21"/>
        </w:rPr>
        <w:t>（A）50　　（B）60　　（C）75　　（D）90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median, and mode of the 7 data values 60, 100, x, 40, 50, 200, 90 are all equal to x. What is the value of x?</w:t>
      </w:r>
    </w:p>
    <w:p>
      <w:pPr>
        <w:spacing w:before="0" w:after="160" w:line="300" w:lineRule="auto"/>
      </w:pPr>
      <w:r>
        <w:rPr>
          <w:rFonts w:ascii="Times New Roman" w:hAnsi="Times New Roman" w:eastAsia="宋体"/>
          <w:b w:val="0"/>
          <w:i w:val="0"/>
          <w:color w:val="333333"/>
          <w:sz w:val="19"/>
        </w:rPr>
        <w:t>(A) 50　　(B) 60　　(C) 75　　(D) 90　　(E) 100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Goldbach 猜想指出：每个大于 2 的偶整数都可以写成两个质数之和，例如 2016=13+2003。到目前为止，还没有人能证明该猜想为真，也没有人找到反例证明它为假。一个反例应当是什么？</w:t>
      </w:r>
    </w:p>
    <w:p>
      <w:pPr>
        <w:spacing w:before="0" w:after="120" w:line="300" w:lineRule="auto"/>
      </w:pPr>
      <w:r>
        <w:rPr>
          <w:rFonts w:ascii="Times New Roman" w:hAnsi="Times New Roman" w:eastAsia="宋体"/>
          <w:b w:val="0"/>
          <w:i w:val="0"/>
          <w:sz w:val="21"/>
        </w:rPr>
        <w:t>（A）一个大于 2 且可以写成两个质数之和的奇整数　　（B）一个大于 2 且不能写成两个质数之和的奇整数　　（C）一个大于 2 且可以写成两个非质数之和的偶整数　　（D）一个大于 2 且可以写成两个质数之和的偶整数　　（E）一个大于 2 且不能写成两个质数之和的偶整数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Goldbach’s conjecture states that every even integer greater than 2 can be written as the sum of two prime numbers (for example, 2016=13+2003). So far, no one has been able to prove that the conjecture is true, and no one has found a counterexample to show that the conjecture is false. What would a counterexample consist of?</w:t>
      </w:r>
    </w:p>
    <w:p>
      <w:pPr>
        <w:spacing w:before="0" w:after="160" w:line="300" w:lineRule="auto"/>
      </w:pPr>
      <w:r>
        <w:rPr>
          <w:rFonts w:ascii="Times New Roman" w:hAnsi="Times New Roman" w:eastAsia="宋体"/>
          <w:b w:val="0"/>
          <w:i w:val="0"/>
          <w:color w:val="333333"/>
          <w:sz w:val="19"/>
        </w:rPr>
        <w:t>(A) an odd integer greater than 2 that can be written as the</w:t>
        <w:br/>
        <w:t>sum of two prime numbers　　(B) an odd integer greater than 2 that cannot be written as the</w:t>
        <w:br/>
        <w:t>sum of two prime numbers　　(C) an even integer greater than 2 that can be written as the</w:t>
        <w:br/>
        <w:t>sum of two numbers that are not prime　　(D) an even integer greater than 2 that can be written as the</w:t>
        <w:br/>
        <w:t>sum of two prime numbers　　(E) an even integer greater than 2 that cannot</w:t>
        <w:br/>
        <w:t>be written as the sum of two prime numbers</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一个由 2016 枚硬币组成的三角形阵列，第一行有 1 枚，第二行有 2 枚，第三行有 3 枚，依此类推，直到第 N 行有 N 枚。N 的各位数字之和是多少？</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triangular array of 2016 coins has 1 coin in the first row, 2 coins in the second row, 3 coins in the third row, and so on up to N coins in the Nth row. What is the sum of the digits of N?</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下列哪一项描述了 x²(x+y+1)=y²(x+y+1) 的图像？</w:t>
      </w:r>
    </w:p>
    <w:p>
      <w:pPr>
        <w:spacing w:before="0" w:after="120" w:line="300" w:lineRule="auto"/>
      </w:pPr>
      <w:r>
        <w:rPr>
          <w:rFonts w:ascii="Times New Roman" w:hAnsi="Times New Roman" w:eastAsia="宋体"/>
          <w:b w:val="0"/>
          <w:i w:val="0"/>
          <w:sz w:val="21"/>
        </w:rPr>
        <w:t>（A）两条平行直线　　（B）两条相交直线　　（C）三条直线都经过同一个公共点　　（D）三条直线不全经过同一个公共点　　（E）一条直线和一条抛物线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these describes the graph of x²(x+y+1)=y²(x+y+1)?</w:t>
      </w:r>
    </w:p>
    <w:p>
      <w:pPr>
        <w:spacing w:before="0" w:after="160" w:line="300" w:lineRule="auto"/>
      </w:pPr>
      <w:r>
        <w:rPr>
          <w:rFonts w:ascii="Times New Roman" w:hAnsi="Times New Roman" w:eastAsia="宋体"/>
          <w:b w:val="0"/>
          <w:i w:val="0"/>
          <w:color w:val="333333"/>
          <w:sz w:val="19"/>
        </w:rPr>
        <w:t>(A) two parallel lines　　(B) two intersecting lines　　(C) three lines that all pass through a common point　　(D) three lines that do not all pass through a</w:t>
        <w:br/>
        <w:t>common point　　(E) a line and a parabola</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给定的 8× 5 长方形中，阴影区域的面积是多少？</w:t>
      </w:r>
    </w:p>
    <w:p>
      <w:pPr>
        <w:spacing w:before="80" w:after="80"/>
        <w:jc w:val="center"/>
      </w:pPr>
      <w:r>
        <w:drawing>
          <wp:inline xmlns:a="http://schemas.openxmlformats.org/drawingml/2006/main" xmlns:pic="http://schemas.openxmlformats.org/drawingml/2006/picture">
            <wp:extent cx="2300809" cy="1591836"/>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2300809" cy="1591836"/>
                    </a:xfrm>
                    <a:prstGeom prst="rect"/>
                  </pic:spPr>
                </pic:pic>
              </a:graphicData>
            </a:graphic>
          </wp:inline>
        </w:drawing>
      </w:r>
    </w:p>
    <w:p>
      <w:pPr>
        <w:spacing w:before="0" w:after="120" w:line="300" w:lineRule="auto"/>
      </w:pPr>
      <w:r>
        <w:rPr>
          <w:rFonts w:ascii="Times New Roman" w:hAnsi="Times New Roman" w:eastAsia="宋体"/>
          <w:b w:val="0"/>
          <w:i w:val="0"/>
          <w:sz w:val="21"/>
        </w:rPr>
        <w:t>（A）43/4　　（B）5　　（C）51/4　　（D）61/2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shaded region of the given 8× 5 rectangle?</w:t>
      </w:r>
    </w:p>
    <w:p>
      <w:pPr>
        <w:spacing w:before="80" w:after="80"/>
        <w:jc w:val="center"/>
      </w:pPr>
      <w:r>
        <w:drawing>
          <wp:inline xmlns:a="http://schemas.openxmlformats.org/drawingml/2006/main" xmlns:pic="http://schemas.openxmlformats.org/drawingml/2006/picture">
            <wp:extent cx="2300809" cy="1591836"/>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2300809" cy="159183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43/4　　(B) 5　　(C) 51/4　　(D) 61/2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在这个单位正方形内有五个全等的小阴影正方形，它们内部互不重叠。如图，中间正方形每条边的中点分别与另外四个小正方形的一个顶点重合。它们的公共边长为 (a-√(2))/b，其中 a、b 为正整数。a+b 是多少？</w:t>
      </w:r>
    </w:p>
    <w:p>
      <w:pPr>
        <w:spacing w:before="80" w:after="80"/>
        <w:jc w:val="center"/>
      </w:pPr>
      <w:r>
        <w:drawing>
          <wp:inline xmlns:a="http://schemas.openxmlformats.org/drawingml/2006/main" xmlns:pic="http://schemas.openxmlformats.org/drawingml/2006/picture">
            <wp:extent cx="1812699" cy="1812700"/>
            <wp:docPr id="3" name="Picture 3"/>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1812699" cy="1812700"/>
                    </a:xfrm>
                    <a:prstGeom prst="rect"/>
                  </pic:spPr>
                </pic:pic>
              </a:graphicData>
            </a:graphic>
          </wp:inline>
        </w:drawing>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small shaded squares inside this unit square are congruent and have disjoint interiors. The midpoint of each side of the middle square coincides with one of the vertices of the other four small squares as shown. The common side length is (a-√(2))/b, where a and b are positive integers. What is a+b?</w:t>
      </w:r>
    </w:p>
    <w:p>
      <w:pPr>
        <w:spacing w:before="80" w:after="80"/>
        <w:jc w:val="center"/>
      </w:pPr>
      <w:r>
        <w:drawing>
          <wp:inline xmlns:a="http://schemas.openxmlformats.org/drawingml/2006/main" xmlns:pic="http://schemas.openxmlformats.org/drawingml/2006/picture">
            <wp:extent cx="1812699" cy="1812700"/>
            <wp:docPr id="4" name="Picture 4"/>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1812699" cy="1812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五位朋友坐在电影院同一排的 5 个座位上，座位从左到右编号为 1 到 5。（“左”和“右”从坐在座位上的人的视角看。） 电影中途 Ada 去大厅买爆米花。她回来时发现 Bea 向右移动了两个座位，Ceci 向左移动了一个座位，Dee 和 Edie 交换了座位，并给 Ada 留下了一个端座。Ada 起身前坐在哪个座位？</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friends sat in a movie theater in a row containing 5 seats, numbered 1 to 5 from left to right. (The directions “left” and “right” are from the point of view of the people as they sit in the seats.) During the movie Ada went to the lobby to get some popcorn. When she returned, she found that Bea had moved two seats to the right, Ceci had moved one seat to the left, and Dee and Edie had switched seats, leaving an end seat for Ada. In which seat had Ada been sitting before she got up?</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某夏令营的 100 名学生每人都会唱歌、跳舞或表演。有些学生有不止一种才艺，但没有学生三种才艺都会。有 42 名学生不会唱歌，65 名学生不会跳舞，29 名学生不会表演。有多少名学生正好有两种才艺？</w:t>
      </w:r>
    </w:p>
    <w:p>
      <w:pPr>
        <w:spacing w:before="0" w:after="120" w:line="300" w:lineRule="auto"/>
      </w:pPr>
      <w:r>
        <w:rPr>
          <w:rFonts w:ascii="Times New Roman" w:hAnsi="Times New Roman" w:eastAsia="宋体"/>
          <w:b w:val="0"/>
          <w:i w:val="0"/>
          <w:sz w:val="21"/>
        </w:rPr>
        <w:t>（A）16　　（B）25　　（C）36　　（D）49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100 students in a certain summer camp can either sing, dance, or act. Some students have more than one talent, but no student has all three talents. There are 42 students who cannot sing, 65 students who cannot dance, and 29 students who cannot act. How many students have two of these talents?</w:t>
      </w:r>
    </w:p>
    <w:p>
      <w:pPr>
        <w:spacing w:before="0" w:after="160" w:line="300" w:lineRule="auto"/>
      </w:pPr>
      <w:r>
        <w:rPr>
          <w:rFonts w:ascii="Times New Roman" w:hAnsi="Times New Roman" w:eastAsia="宋体"/>
          <w:b w:val="0"/>
          <w:i w:val="0"/>
          <w:color w:val="333333"/>
          <w:sz w:val="19"/>
        </w:rPr>
        <w:t>(A) 16　　(B) 25　　(C) 36　　(D) 49　　(E) 64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 △ ABC 中，AB=6、BC=7、CA=8。点 D 在 BC 上，且 AD 平分 ∠ BAC。点 E 在 AC 上，且 BE 平分 ∠ ABC。两条角平分线交于 F。比值 AF:FD 是多少？</w:t>
      </w:r>
    </w:p>
    <w:p>
      <w:pPr>
        <w:spacing w:before="80" w:after="80"/>
        <w:jc w:val="center"/>
      </w:pPr>
      <w:r>
        <w:drawing>
          <wp:inline xmlns:a="http://schemas.openxmlformats.org/drawingml/2006/main" xmlns:pic="http://schemas.openxmlformats.org/drawingml/2006/picture">
            <wp:extent cx="2129024" cy="2349342"/>
            <wp:docPr id="5" name="Picture 5"/>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2129024" cy="2349342"/>
                    </a:xfrm>
                    <a:prstGeom prst="rect"/>
                  </pic:spPr>
                </pic:pic>
              </a:graphicData>
            </a:graphic>
          </wp:inline>
        </w:drawing>
      </w:r>
    </w:p>
    <w:p>
      <w:pPr>
        <w:spacing w:before="0" w:after="120" w:line="300" w:lineRule="auto"/>
      </w:pPr>
      <w:r>
        <w:rPr>
          <w:rFonts w:ascii="Times New Roman" w:hAnsi="Times New Roman" w:eastAsia="宋体"/>
          <w:b w:val="0"/>
          <w:i w:val="0"/>
          <w:sz w:val="21"/>
        </w:rPr>
        <w:t>（A）3:2　　（B）5:3　　（C）2:1　　（D）7:3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AB=6, BC=7, and CA=8. Point D lies on BC, and AD bisects ∠ BAC. Point E lies on AC, and BE bisects ∠ ABC. The bisectors intersect at F. What is the ratio AF:FD?</w:t>
      </w:r>
    </w:p>
    <w:p>
      <w:pPr>
        <w:spacing w:before="80" w:after="80"/>
        <w:jc w:val="center"/>
      </w:pPr>
      <w:r>
        <w:drawing>
          <wp:inline xmlns:a="http://schemas.openxmlformats.org/drawingml/2006/main" xmlns:pic="http://schemas.openxmlformats.org/drawingml/2006/picture">
            <wp:extent cx="2129024" cy="2349342"/>
            <wp:docPr id="6" name="Picture 6"/>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2129024" cy="234934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5:3　　(C) 2:1　　(D) 7:3　　(E) 5:2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 N 是 5 的正倍数。一个红球和 N 个绿球随机排成一行。令 P(N) 为至少 3/5 的绿球在红球同一侧的概率。已知 P(5)=1，并且当 N 变大时 P(N) 趋近于 4/5。使 P(N)&lt;321/400 的最小 N 的各位数字之和是多少？</w:t>
      </w:r>
    </w:p>
    <w:p>
      <w:pPr>
        <w:spacing w:before="0" w:after="120" w:line="300" w:lineRule="auto"/>
      </w:pPr>
      <w:r>
        <w:rPr>
          <w:rFonts w:ascii="Times New Roman" w:hAnsi="Times New Roman" w:eastAsia="宋体"/>
          <w:b w:val="0"/>
          <w:i w:val="0"/>
          <w:sz w:val="21"/>
        </w:rPr>
        <w:t>（A）12　　（B）14　　（C）16　　（D）18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a positive multiple of 5. One red ball and N green balls are arranged in a line in random order. Let P(N) be the probability that at least 3/5 of the green balls are on the same side of the red ball. Observe that P(5)=1 and that P(N) approaches 4/5 as N grows large. What is the sum of the digits of the least value of N such that P(N)&lt;321/400?</w:t>
      </w:r>
    </w:p>
    <w:p>
      <w:pPr>
        <w:spacing w:before="0" w:after="160" w:line="300" w:lineRule="auto"/>
      </w:pPr>
      <w:r>
        <w:rPr>
          <w:rFonts w:ascii="Times New Roman" w:hAnsi="Times New Roman" w:eastAsia="宋体"/>
          <w:b w:val="0"/>
          <w:i w:val="0"/>
          <w:color w:val="333333"/>
          <w:sz w:val="19"/>
        </w:rPr>
        <w:t>(A) 12　　(B) 14　　(C) 16　　(D) 18　　(E) 20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一个立方体的每个顶点都要标上 1 到 8 中的一个整数，每个整数恰用一次，并且每个面的四个顶点数字之和都相同。通过旋转立方体可以互相得到的标法视为相同。有多少种不同的标法？</w:t>
      </w:r>
    </w:p>
    <w:p>
      <w:pPr>
        <w:spacing w:before="0" w:after="120" w:line="300" w:lineRule="auto"/>
      </w:pPr>
      <w:r>
        <w:rPr>
          <w:rFonts w:ascii="Times New Roman" w:hAnsi="Times New Roman" w:eastAsia="宋体"/>
          <w:b w:val="0"/>
          <w:i w:val="0"/>
          <w:sz w:val="21"/>
        </w:rPr>
        <w:t>（A）1　　（B）3　　（C）6　　（D）12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vertex of a cube is to be labeled with an integer from 1 through 8, with each integer being used once, in such a way that the sum of the four numbers on the vertices of a face is the same for each face. Arrangements that can be obtained from each other through rotations of the cube are considered to be the same. How many different arrangements are possible?</w:t>
      </w:r>
    </w:p>
    <w:p>
      <w:pPr>
        <w:spacing w:before="0" w:after="160" w:line="300" w:lineRule="auto"/>
      </w:pPr>
      <w:r>
        <w:rPr>
          <w:rFonts w:ascii="Times New Roman" w:hAnsi="Times New Roman" w:eastAsia="宋体"/>
          <w:b w:val="0"/>
          <w:i w:val="0"/>
          <w:color w:val="333333"/>
          <w:sz w:val="19"/>
        </w:rPr>
        <w:t>(A) 1　　(B) 3　　(C) 6　　(D) 12　　(E) 24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圆心为 P、Q、R、半径分别为 1、2、3 的三个圆位于直线 l 的同侧，并分别在 P'、Q'、R' 处与 l 相切，其中 Q' 在 P' 与 R' 之间。圆心为 Q 的圆与另外两个圆都外切。△ PQR 的面积是多少？</w:t>
      </w:r>
    </w:p>
    <w:p>
      <w:pPr>
        <w:spacing w:before="0" w:after="120" w:line="300" w:lineRule="auto"/>
      </w:pPr>
      <w:r>
        <w:rPr>
          <w:rFonts w:ascii="Times New Roman" w:hAnsi="Times New Roman" w:eastAsia="宋体"/>
          <w:b w:val="0"/>
          <w:i w:val="0"/>
          <w:sz w:val="21"/>
        </w:rPr>
        <w:t>（A）0　　（B）√(2/3)　　（C）1　　（D）√(6)-√(2)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with centers P, Q, and R, having radii 1, 2, and 3, respectively, lie on the same side of line l and are tangent to l at P', Q', and R', respectively, with Q' between P' and R'. The circle with center Q is externally tangent to each of the other two circles. What is the area of △ PQR?</w:t>
      </w:r>
    </w:p>
    <w:p>
      <w:pPr>
        <w:spacing w:before="0" w:after="160" w:line="300" w:lineRule="auto"/>
      </w:pPr>
      <w:r>
        <w:rPr>
          <w:rFonts w:ascii="Times New Roman" w:hAnsi="Times New Roman" w:eastAsia="宋体"/>
          <w:b w:val="0"/>
          <w:i w:val="0"/>
          <w:color w:val="333333"/>
          <w:sz w:val="19"/>
        </w:rPr>
        <w:t>(A) 0　　(B) √(2/3)　　(C) 1　　(D) √(6)-√(2)　　(E) √(3/2)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将 y=log₃ x、y=logₓ 3、y=log_(1/3) x 以及 y=logₓ1/3 的图像画在同一坐标系中。平面上有多少个 x 坐标为正的点位于两条或更多条图像上？</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graphs of y=log₃ x, y=logₓ 3, y=log_(1/3) x, and y=logₓ1/3 are plotted on the same set of axes. How many points in the plane with positive x-coordinates lie on two or more of the graphs?</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ABCD 是正方形。令 E、F、G、H 分别为以 AB、BC、CD、DA 为底、且在正方形外侧的等边三角形的中心。正方形 EFGH 的面积与正方形 ABCD 的面积之比是多少？</w:t>
      </w:r>
    </w:p>
    <w:p>
      <w:pPr>
        <w:spacing w:before="0" w:after="120" w:line="300" w:lineRule="auto"/>
      </w:pPr>
      <w:r>
        <w:rPr>
          <w:rFonts w:ascii="Times New Roman" w:hAnsi="Times New Roman" w:eastAsia="宋体"/>
          <w:b w:val="0"/>
          <w:i w:val="0"/>
          <w:sz w:val="21"/>
        </w:rPr>
        <w:t>（A）1　　（B）(2+√(3))/3　　（C）√(2)　　（D）(√(2)+√(3))/2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square. Let E, F, G, and H be the centers, respectively, of equilateral triangles with bases AB, BC, CD, and DA, each exterior to the square. What is the ratio of the area of square EFGH to the area of square ABCD?</w:t>
      </w:r>
    </w:p>
    <w:p>
      <w:pPr>
        <w:spacing w:before="0" w:after="160" w:line="300" w:lineRule="auto"/>
      </w:pPr>
      <w:r>
        <w:rPr>
          <w:rFonts w:ascii="Times New Roman" w:hAnsi="Times New Roman" w:eastAsia="宋体"/>
          <w:b w:val="0"/>
          <w:i w:val="0"/>
          <w:color w:val="333333"/>
          <w:sz w:val="19"/>
        </w:rPr>
        <w:t>(A) 1　　(B) (2+√(3))/3　　(C) √(2)　　(D) (√(2)+√(3))/2　　(E) √(3)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对某个正整数 n，数 110n³ 有 110 个正整数因数，其中包括 1 和 110n³ 本身。数 81n⁴ 有多少个正整数因数？</w:t>
      </w:r>
    </w:p>
    <w:p>
      <w:pPr>
        <w:spacing w:before="0" w:after="120" w:line="300" w:lineRule="auto"/>
      </w:pPr>
      <w:r>
        <w:rPr>
          <w:rFonts w:ascii="Times New Roman" w:hAnsi="Times New Roman" w:eastAsia="宋体"/>
          <w:b w:val="0"/>
          <w:i w:val="0"/>
          <w:sz w:val="21"/>
        </w:rPr>
        <w:t>（A）110　　（B）191　　（C）261　　（D）325　　（E）425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some positive integer n, the number 110n³ has 110 positive integer divisors, including 1 and the number 110n³. How many positive integer divisors does the number 81n⁴ have?</w:t>
      </w:r>
    </w:p>
    <w:p>
      <w:pPr>
        <w:spacing w:before="0" w:after="160" w:line="300" w:lineRule="auto"/>
      </w:pPr>
      <w:r>
        <w:rPr>
          <w:rFonts w:ascii="Times New Roman" w:hAnsi="Times New Roman" w:eastAsia="宋体"/>
          <w:b w:val="0"/>
          <w:i w:val="0"/>
          <w:color w:val="333333"/>
          <w:sz w:val="19"/>
        </w:rPr>
        <w:t>(A) 110　　(B) 191　　(C) 261　　(D) 325　　(E) 425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Jerry 从实数轴上的 0 出发。他投掷一枚公平硬币 8 次。若正面朝上，他向正方向移动 1 单位；若反面朝上，他向负方向移动 1 单位。他在这个过程中某一时刻到达 4 的概率为 a/b，其中 a 和 b 是互质正整数。a+b 是多少？（例如，若投掷序列为 HTHHHHHH，他成功。）</w:t>
      </w:r>
    </w:p>
    <w:p>
      <w:pPr>
        <w:spacing w:before="0" w:after="120" w:line="300" w:lineRule="auto"/>
      </w:pPr>
      <w:r>
        <w:rPr>
          <w:rFonts w:ascii="Times New Roman" w:hAnsi="Times New Roman" w:eastAsia="宋体"/>
          <w:b w:val="0"/>
          <w:i w:val="0"/>
          <w:sz w:val="21"/>
        </w:rPr>
        <w:t>（A）69　　（B）151　　（C）257　　（D）293　　（E）313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Jerry starts at 0 on the real number line. He tosses a fair coin 8 times. When he gets heads, he moves 1 unit in the positive direction; when he gets tails, he moves 1 unit in the negative direction. The probability that he reaches 4 at some time during this process is a/b, where a and b are relatively prime positive integers. What is a+b? (For example, he succeeds if his sequence of tosses is HTHHHHHH.)</w:t>
      </w:r>
    </w:p>
    <w:p>
      <w:pPr>
        <w:spacing w:before="0" w:after="160" w:line="300" w:lineRule="auto"/>
      </w:pPr>
      <w:r>
        <w:rPr>
          <w:rFonts w:ascii="Times New Roman" w:hAnsi="Times New Roman" w:eastAsia="宋体"/>
          <w:b w:val="0"/>
          <w:i w:val="0"/>
          <w:color w:val="333333"/>
          <w:sz w:val="19"/>
        </w:rPr>
        <w:t>(A) 69　　(B) 151　　(C) 257　　(D) 293　　(E) 313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二元运算 diamond 满足：对所有非零实数 a、b、c，adiamond(bdiamond c)=(adiamond b)· c，且 adiamond a=1。（这里的点 · 表示通常的乘法。）方程 2016diamond(6diamond x)=100 的解可写为 p/q，其中 p、q 是互质正整数。p+q 是多少？</w:t>
      </w:r>
    </w:p>
    <w:p>
      <w:pPr>
        <w:spacing w:before="0" w:after="120" w:line="300" w:lineRule="auto"/>
      </w:pPr>
      <w:r>
        <w:rPr>
          <w:rFonts w:ascii="Times New Roman" w:hAnsi="Times New Roman" w:eastAsia="宋体"/>
          <w:b w:val="0"/>
          <w:i w:val="0"/>
          <w:sz w:val="21"/>
        </w:rPr>
        <w:t>（A）109　　（B）201　　（C）301　　（D）3049　　（E）33,601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binary operation diamond has the properties that adiamond(bdiamond c)=(adiamond b)· c and that adiamond a=1 for all nonzero real numbers a, b, and c. (Here the dot · represents the usual multiplication operation.) The solution to the equation 2016diamond(6diamond x)=100 can be written as p/q, where p and q are relatively prime positive integers. What is p+q?</w:t>
      </w:r>
    </w:p>
    <w:p>
      <w:pPr>
        <w:spacing w:before="0" w:after="160" w:line="300" w:lineRule="auto"/>
      </w:pPr>
      <w:r>
        <w:rPr>
          <w:rFonts w:ascii="Times New Roman" w:hAnsi="Times New Roman" w:eastAsia="宋体"/>
          <w:b w:val="0"/>
          <w:i w:val="0"/>
          <w:color w:val="333333"/>
          <w:sz w:val="19"/>
        </w:rPr>
        <w:t>(A) 109　　(B) 201　　(C) 301　　(D) 3049　　(E) 33,601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一个四边形内接于半径为 200√(2) 的圆。该四边形的三条边长为 200。第四条边长是多少？</w:t>
      </w:r>
    </w:p>
    <w:p>
      <w:pPr>
        <w:spacing w:before="0" w:after="120" w:line="300" w:lineRule="auto"/>
      </w:pPr>
      <w:r>
        <w:rPr>
          <w:rFonts w:ascii="Times New Roman" w:hAnsi="Times New Roman" w:eastAsia="宋体"/>
          <w:b w:val="0"/>
          <w:i w:val="0"/>
          <w:sz w:val="21"/>
        </w:rPr>
        <w:t>（A）200　　（B）200√(2)　　（C）200√(3)　　（D）300√(2)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quadrilateral is inscribed in a circle of radius 200√(2). Three of the sides of this quadrilateral have length 200. What is the length of its fourth side?</w:t>
      </w:r>
    </w:p>
    <w:p>
      <w:pPr>
        <w:spacing w:before="0" w:after="160" w:line="300" w:lineRule="auto"/>
      </w:pPr>
      <w:r>
        <w:rPr>
          <w:rFonts w:ascii="Times New Roman" w:hAnsi="Times New Roman" w:eastAsia="宋体"/>
          <w:b w:val="0"/>
          <w:i w:val="0"/>
          <w:color w:val="333333"/>
          <w:sz w:val="19"/>
        </w:rPr>
        <w:t>(A) 200　　(B) 200√(2)　　(C) 200√(3)　　(D) 300√(2)　　(E) 500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有多少个正整数有序三元组 (x,y,z) 满足 lcm(x,y)=72，lcm(x,z)=600，且 lcm(y,z)=900？</w:t>
      </w:r>
    </w:p>
    <w:p>
      <w:pPr>
        <w:spacing w:before="0" w:after="120" w:line="300" w:lineRule="auto"/>
      </w:pPr>
      <w:r>
        <w:rPr>
          <w:rFonts w:ascii="Times New Roman" w:hAnsi="Times New Roman" w:eastAsia="宋体"/>
          <w:b w:val="0"/>
          <w:i w:val="0"/>
          <w:sz w:val="21"/>
        </w:rPr>
        <w:t>（A）15　　（B）16　　（C）24　　（D）27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triples (x,y,z) of positive integers satisfy lcm(x,y)=72, lcm(x,z)=600, and lcm(y,z)=900?</w:t>
      </w:r>
    </w:p>
    <w:p>
      <w:pPr>
        <w:spacing w:before="0" w:after="160" w:line="300" w:lineRule="auto"/>
      </w:pPr>
      <w:r>
        <w:rPr>
          <w:rFonts w:ascii="Times New Roman" w:hAnsi="Times New Roman" w:eastAsia="宋体"/>
          <w:b w:val="0"/>
          <w:i w:val="0"/>
          <w:color w:val="333333"/>
          <w:sz w:val="19"/>
        </w:rPr>
        <w:t>(A) 15　　(B) 16　　(C) 24　　(D) 27　　(E) 64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从区间 [0,1] 中独立随机选取三个数。所选三个数能作为一个面积为正的三角形的边长的概率是多少？</w:t>
      </w:r>
    </w:p>
    <w:p>
      <w:pPr>
        <w:spacing w:before="0" w:after="120" w:line="300" w:lineRule="auto"/>
      </w:pPr>
      <w:r>
        <w:rPr>
          <w:rFonts w:ascii="Times New Roman" w:hAnsi="Times New Roman" w:eastAsia="宋体"/>
          <w:b w:val="0"/>
          <w:i w:val="0"/>
          <w:sz w:val="21"/>
        </w:rPr>
        <w:t>（A）1/6　　（B）1/3　　（C）1/2　　（D）2/3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numbers in the interval [0,1] are chosen independently and at random. What is the probability that the chosen numbers are the side lengths of a triangle with positive area?</w:t>
      </w:r>
    </w:p>
    <w:p>
      <w:pPr>
        <w:spacing w:before="0" w:after="160" w:line="300" w:lineRule="auto"/>
      </w:pPr>
      <w:r>
        <w:rPr>
          <w:rFonts w:ascii="Times New Roman" w:hAnsi="Times New Roman" w:eastAsia="宋体"/>
          <w:b w:val="0"/>
          <w:i w:val="0"/>
          <w:color w:val="333333"/>
          <w:sz w:val="19"/>
        </w:rPr>
        <w:t>(A) 1/6　　(B) 1/3　　(C) 1/2　　(D) 2/3　　(E) 5/6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存在一个最小正实数 a，使得存在正实数 b，并且多项式 x³-ax²+bx-a 的所有根都是实数。事实上，对这个 a 值，b 是唯一的。这个 b 的值是多少？</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a smallest positive real number a such that there exists a positive real number b such that all the roots of the polynomial x³-ax²+bx-a are real. In fact, for this value of a the value of b is unique. What is this value of b?</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k 为正整数。Bernardo 和 Silvia 轮流在黑板上写数和擦数：Bernardo 先写下最小的 k+1 位完全平方数。每当 Bernardo 写下一个数，Silvia 就擦去它的最后 k 位数字。然后 Bernardo 写下下一个完全平方数，Silvia 再擦去最后 k 位，如此继续，直到黑板上最后留下的两个数相差至少 2。令 f(k) 为黑板上没有出现过的最小正整数。例如，当 k=1 时，Bernardo 写下的数为 16，25，36，49 和 64；Silvia 擦除后黑板上显示的数为 1，2，3，4 和 6，因此 f(1)=5。求 f(2)+f(4) +f(6)+⋯+f(2016) 的各位数字之和。</w:t>
      </w:r>
    </w:p>
    <w:p>
      <w:pPr>
        <w:spacing w:before="0" w:after="120" w:line="300" w:lineRule="auto"/>
      </w:pPr>
      <w:r>
        <w:rPr>
          <w:rFonts w:ascii="Times New Roman" w:hAnsi="Times New Roman" w:eastAsia="宋体"/>
          <w:b w:val="0"/>
          <w:i w:val="0"/>
          <w:sz w:val="21"/>
        </w:rPr>
        <w:t>（A）7986　　（B）8002　　（C）8030　　（D）8048　　（E）8064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be a positive integer. Bernardo and Silvia take turns writing and erasing numbers on a blackboard as follows: Bernardo starts by writing the smallest perfect square with k+1 digits. Every time Bernardo writes a number, Silvia erases the last k digits of it. Bernardo then writes the next perfect square, Silvia erases the last k digits of it, and this process continues until the last two numbers that remain on the board differ by at least 2. Let f(k) be the smallest positive integer not written on the board. For example, if k=1, then the numbers that Bernardo writes are 16, 25, 36, 49, and 64, and the numbers showing on the board after Silvia erases are 1, 2, 3, 4, and 6, and thus f(1)=5. What is the sum of the digits of f(2)+f(4) +f(6)+⋯+f(2016)?</w:t>
      </w:r>
    </w:p>
    <w:p>
      <w:pPr>
        <w:spacing w:before="0" w:after="160" w:line="300" w:lineRule="auto"/>
      </w:pPr>
      <w:r>
        <w:rPr>
          <w:rFonts w:ascii="Times New Roman" w:hAnsi="Times New Roman" w:eastAsia="宋体"/>
          <w:b w:val="0"/>
          <w:i w:val="0"/>
          <w:color w:val="333333"/>
          <w:sz w:val="19"/>
        </w:rPr>
        <w:t>(A) 7986　　(B) 8002　　(C) 8030　　(D) 8048　　(E) 8064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C　B　D　E　D　D　D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E　C　A　C　D　D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A　E　A　C　B　E</w:t>
      </w:r>
    </w:p>
    <w:p>
      <w:pPr>
        <w:spacing w:before="0" w:after="200" w:line="300" w:lineRule="auto"/>
      </w:pPr>
      <w:r>
        <w:rPr>
          <w:rFonts w:ascii="Times New Roman" w:hAnsi="Times New Roman" w:eastAsia="宋体"/>
          <w:b w:val="0"/>
          <w:i w:val="0"/>
          <w:color w:val="666666"/>
          <w:sz w:val="18"/>
        </w:rPr>
        <w:t>答案串：BCBDEDDDEBECACDDBDBAEACBE</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分解分子可得</w:t>
      </w:r>
    </w:p>
    <w:p>
      <w:pPr>
        <w:spacing w:before="0" w:after="80" w:line="300" w:lineRule="auto"/>
        <w:jc w:val="left"/>
      </w:pPr>
      <w:r>
        <w:rPr>
          <w:rFonts w:ascii="Times New Roman" w:hAnsi="Times New Roman" w:eastAsia="宋体"/>
          <w:b w:val="0"/>
          <w:i w:val="0"/>
          <w:sz w:val="21"/>
        </w:rPr>
        <w:t>(11!-10!)/(9!)</w:t>
      </w:r>
    </w:p>
    <w:p>
      <w:pPr>
        <w:spacing w:before="0" w:after="80" w:line="300" w:lineRule="auto"/>
        <w:jc w:val="left"/>
      </w:pPr>
      <w:r>
        <w:rPr>
          <w:rFonts w:ascii="Times New Roman" w:hAnsi="Times New Roman" w:eastAsia="宋体"/>
          <w:b w:val="0"/>
          <w:i w:val="0"/>
          <w:sz w:val="21"/>
        </w:rPr>
        <w:t>=(10!(11-1))/(9!)</w:t>
      </w:r>
    </w:p>
    <w:p>
      <w:pPr>
        <w:spacing w:before="0" w:after="80" w:line="300" w:lineRule="auto"/>
        <w:jc w:val="left"/>
      </w:pPr>
      <w:r>
        <w:rPr>
          <w:rFonts w:ascii="Times New Roman" w:hAnsi="Times New Roman" w:eastAsia="宋体"/>
          <w:b w:val="0"/>
          <w:i w:val="0"/>
          <w:sz w:val="21"/>
        </w:rPr>
        <w:t>=(10· 9!· 10)/(9!)</w:t>
      </w:r>
    </w:p>
    <w:p>
      <w:pPr>
        <w:spacing w:before="0" w:after="80" w:line="300" w:lineRule="auto"/>
        <w:jc w:val="left"/>
      </w:pPr>
      <w:r>
        <w:rPr>
          <w:rFonts w:ascii="Times New Roman" w:hAnsi="Times New Roman" w:eastAsia="宋体"/>
          <w:b w:val="0"/>
          <w:i w:val="0"/>
          <w:sz w:val="21"/>
        </w:rPr>
        <w:t>=100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the numerator gives</w:t>
      </w:r>
    </w:p>
    <w:p>
      <w:pPr>
        <w:spacing w:before="0" w:after="80" w:line="300" w:lineRule="auto"/>
        <w:jc w:val="left"/>
      </w:pPr>
      <w:r>
        <w:rPr>
          <w:rFonts w:ascii="Times New Roman" w:hAnsi="Times New Roman" w:eastAsia="宋体"/>
          <w:b w:val="0"/>
          <w:i w:val="0"/>
          <w:color w:val="333333"/>
          <w:sz w:val="19"/>
        </w:rPr>
        <w:t>(11!-10!)/(9!)</w:t>
      </w:r>
    </w:p>
    <w:p>
      <w:pPr>
        <w:spacing w:before="0" w:after="80" w:line="300" w:lineRule="auto"/>
        <w:jc w:val="left"/>
      </w:pPr>
      <w:r>
        <w:rPr>
          <w:rFonts w:ascii="Times New Roman" w:hAnsi="Times New Roman" w:eastAsia="宋体"/>
          <w:b w:val="0"/>
          <w:i w:val="0"/>
          <w:color w:val="333333"/>
          <w:sz w:val="19"/>
        </w:rPr>
        <w:t>=(10!(11-1))/(9!)</w:t>
      </w:r>
    </w:p>
    <w:p>
      <w:pPr>
        <w:spacing w:before="0" w:after="80" w:line="300" w:lineRule="auto"/>
        <w:jc w:val="left"/>
      </w:pPr>
      <w:r>
        <w:rPr>
          <w:rFonts w:ascii="Times New Roman" w:hAnsi="Times New Roman" w:eastAsia="宋体"/>
          <w:b w:val="0"/>
          <w:i w:val="0"/>
          <w:color w:val="333333"/>
          <w:sz w:val="19"/>
        </w:rPr>
        <w:t>=(10· 9!· 10)/(9!)</w:t>
      </w:r>
    </w:p>
    <w:p>
      <w:pPr>
        <w:spacing w:before="0" w:after="80" w:line="300" w:lineRule="auto"/>
        <w:jc w:val="left"/>
      </w:pPr>
      <w:r>
        <w:rPr>
          <w:rFonts w:ascii="Times New Roman" w:hAnsi="Times New Roman" w:eastAsia="宋体"/>
          <w:b w:val="0"/>
          <w:i w:val="0"/>
          <w:color w:val="333333"/>
          <w:sz w:val="19"/>
        </w:rPr>
        <w:t>=100.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因为 100=10²，1000=10³，方程变为</w:t>
      </w:r>
    </w:p>
    <w:p>
      <w:pPr>
        <w:spacing w:before="0" w:after="80" w:line="300" w:lineRule="auto"/>
        <w:jc w:val="left"/>
      </w:pPr>
      <w:r>
        <w:rPr>
          <w:rFonts w:ascii="Times New Roman" w:hAnsi="Times New Roman" w:eastAsia="宋体"/>
          <w:b w:val="0"/>
          <w:i w:val="0"/>
          <w:sz w:val="21"/>
        </w:rPr>
        <w:t>10ˣ· 10⁴ˣ=10¹⁵，</w:t>
      </w:r>
    </w:p>
    <w:p>
      <w:pPr>
        <w:spacing w:before="0" w:after="80" w:line="300" w:lineRule="auto"/>
        <w:jc w:val="left"/>
      </w:pPr>
      <w:r>
        <w:rPr>
          <w:rFonts w:ascii="Times New Roman" w:hAnsi="Times New Roman" w:eastAsia="宋体"/>
          <w:b w:val="0"/>
          <w:i w:val="0"/>
          <w:sz w:val="21"/>
        </w:rPr>
        <w:t>所以 10⁵ˣ=10¹⁵。于是 5x=15，得到 x=3。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100=10² and 1000=10³, the equation becomes</w:t>
      </w:r>
    </w:p>
    <w:p>
      <w:pPr>
        <w:spacing w:before="0" w:after="80" w:line="300" w:lineRule="auto"/>
        <w:jc w:val="left"/>
      </w:pPr>
      <w:r>
        <w:rPr>
          <w:rFonts w:ascii="Times New Roman" w:hAnsi="Times New Roman" w:eastAsia="宋体"/>
          <w:b w:val="0"/>
          <w:i w:val="0"/>
          <w:color w:val="333333"/>
          <w:sz w:val="19"/>
        </w:rPr>
        <w:t>10ˣ· 10⁴ˣ=10¹⁵,</w:t>
      </w:r>
    </w:p>
    <w:p>
      <w:pPr>
        <w:spacing w:before="0" w:after="80" w:line="300" w:lineRule="auto"/>
        <w:jc w:val="left"/>
      </w:pPr>
      <w:r>
        <w:rPr>
          <w:rFonts w:ascii="Times New Roman" w:hAnsi="Times New Roman" w:eastAsia="宋体"/>
          <w:b w:val="0"/>
          <w:i w:val="0"/>
          <w:color w:val="333333"/>
          <w:sz w:val="19"/>
        </w:rPr>
        <w:t>so 10⁵ˣ=10¹⁵. Then 5x=15, giving x=3.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首先，</w:t>
      </w:r>
    </w:p>
    <w:p>
      <w:pPr>
        <w:spacing w:before="0" w:after="80" w:line="300" w:lineRule="auto"/>
        <w:jc w:val="left"/>
      </w:pPr>
      <w:r>
        <w:rPr>
          <w:rFonts w:ascii="Times New Roman" w:hAnsi="Times New Roman" w:eastAsia="宋体"/>
          <w:b w:val="0"/>
          <w:i w:val="0"/>
          <w:sz w:val="21"/>
        </w:rPr>
        <w:t>x/y=(3/8)/(-2/5)</w:t>
      </w:r>
    </w:p>
    <w:p>
      <w:pPr>
        <w:spacing w:before="0" w:after="80" w:line="300" w:lineRule="auto"/>
        <w:jc w:val="left"/>
      </w:pPr>
      <w:r>
        <w:rPr>
          <w:rFonts w:ascii="Times New Roman" w:hAnsi="Times New Roman" w:eastAsia="宋体"/>
          <w:b w:val="0"/>
          <w:i w:val="0"/>
          <w:sz w:val="21"/>
        </w:rPr>
        <w:t>=3/8·(-5/2)</w:t>
      </w:r>
    </w:p>
    <w:p>
      <w:pPr>
        <w:spacing w:before="0" w:after="80" w:line="300" w:lineRule="auto"/>
        <w:jc w:val="left"/>
      </w:pPr>
      <w:r>
        <w:rPr>
          <w:rFonts w:ascii="Times New Roman" w:hAnsi="Times New Roman" w:eastAsia="宋体"/>
          <w:b w:val="0"/>
          <w:i w:val="0"/>
          <w:sz w:val="21"/>
        </w:rPr>
        <w:t>=-15/16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 -15/16⌋=-1。</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rem(3/8,-2/5)</w:t>
      </w:r>
    </w:p>
    <w:p>
      <w:pPr>
        <w:spacing w:before="0" w:after="80" w:line="300" w:lineRule="auto"/>
        <w:jc w:val="left"/>
      </w:pPr>
      <w:r>
        <w:rPr>
          <w:rFonts w:ascii="Times New Roman" w:hAnsi="Times New Roman" w:eastAsia="宋体"/>
          <w:b w:val="0"/>
          <w:i w:val="0"/>
          <w:sz w:val="21"/>
        </w:rPr>
        <w:t>=3/8-(-2/5)(-1)</w:t>
      </w:r>
    </w:p>
    <w:p>
      <w:pPr>
        <w:spacing w:before="0" w:after="80" w:line="300" w:lineRule="auto"/>
        <w:jc w:val="left"/>
      </w:pPr>
      <w:r>
        <w:rPr>
          <w:rFonts w:ascii="Times New Roman" w:hAnsi="Times New Roman" w:eastAsia="宋体"/>
          <w:b w:val="0"/>
          <w:i w:val="0"/>
          <w:sz w:val="21"/>
        </w:rPr>
        <w:t>=3/8-2/5</w:t>
      </w:r>
    </w:p>
    <w:p>
      <w:pPr>
        <w:spacing w:before="0" w:after="80" w:line="300" w:lineRule="auto"/>
        <w:jc w:val="left"/>
      </w:pPr>
      <w:r>
        <w:rPr>
          <w:rFonts w:ascii="Times New Roman" w:hAnsi="Times New Roman" w:eastAsia="宋体"/>
          <w:b w:val="0"/>
          <w:i w:val="0"/>
          <w:sz w:val="21"/>
        </w:rPr>
        <w:t>=15-16/40</w:t>
      </w:r>
    </w:p>
    <w:p>
      <w:pPr>
        <w:spacing w:before="0" w:after="80" w:line="300" w:lineRule="auto"/>
        <w:jc w:val="left"/>
      </w:pPr>
      <w:r>
        <w:rPr>
          <w:rFonts w:ascii="Times New Roman" w:hAnsi="Times New Roman" w:eastAsia="宋体"/>
          <w:b w:val="0"/>
          <w:i w:val="0"/>
          <w:sz w:val="21"/>
        </w:rPr>
        <w:t>=-1/40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w:t>
      </w:r>
    </w:p>
    <w:p>
      <w:pPr>
        <w:spacing w:before="0" w:after="80" w:line="300" w:lineRule="auto"/>
        <w:jc w:val="left"/>
      </w:pPr>
      <w:r>
        <w:rPr>
          <w:rFonts w:ascii="Times New Roman" w:hAnsi="Times New Roman" w:eastAsia="宋体"/>
          <w:b w:val="0"/>
          <w:i w:val="0"/>
          <w:color w:val="333333"/>
          <w:sz w:val="19"/>
        </w:rPr>
        <w:t>x/y=(3/8)/(-2/5)</w:t>
      </w:r>
    </w:p>
    <w:p>
      <w:pPr>
        <w:spacing w:before="0" w:after="80" w:line="300" w:lineRule="auto"/>
        <w:jc w:val="left"/>
      </w:pPr>
      <w:r>
        <w:rPr>
          <w:rFonts w:ascii="Times New Roman" w:hAnsi="Times New Roman" w:eastAsia="宋体"/>
          <w:b w:val="0"/>
          <w:i w:val="0"/>
          <w:color w:val="333333"/>
          <w:sz w:val="19"/>
        </w:rPr>
        <w:t>=3/8·(-5/2)</w:t>
      </w:r>
    </w:p>
    <w:p>
      <w:pPr>
        <w:spacing w:before="0" w:after="80" w:line="300" w:lineRule="auto"/>
        <w:jc w:val="left"/>
      </w:pPr>
      <w:r>
        <w:rPr>
          <w:rFonts w:ascii="Times New Roman" w:hAnsi="Times New Roman" w:eastAsia="宋体"/>
          <w:b w:val="0"/>
          <w:i w:val="0"/>
          <w:color w:val="333333"/>
          <w:sz w:val="19"/>
        </w:rPr>
        <w:t>=-15/16,</w:t>
      </w:r>
    </w:p>
    <w:p>
      <w:pPr>
        <w:spacing w:before="0" w:after="80" w:line="300" w:lineRule="auto"/>
        <w:jc w:val="left"/>
      </w:pPr>
      <w:r>
        <w:rPr>
          <w:rFonts w:ascii="Times New Roman" w:hAnsi="Times New Roman" w:eastAsia="宋体"/>
          <w:b w:val="0"/>
          <w:i w:val="0"/>
          <w:color w:val="333333"/>
          <w:sz w:val="19"/>
        </w:rPr>
        <w:t>and ⌊ -15/16⌋=-1.</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rem(3/8,-2/5)</w:t>
      </w:r>
    </w:p>
    <w:p>
      <w:pPr>
        <w:spacing w:before="0" w:after="80" w:line="300" w:lineRule="auto"/>
        <w:jc w:val="left"/>
      </w:pPr>
      <w:r>
        <w:rPr>
          <w:rFonts w:ascii="Times New Roman" w:hAnsi="Times New Roman" w:eastAsia="宋体"/>
          <w:b w:val="0"/>
          <w:i w:val="0"/>
          <w:color w:val="333333"/>
          <w:sz w:val="19"/>
        </w:rPr>
        <w:t>=3/8-(-2/5)(-1)</w:t>
      </w:r>
    </w:p>
    <w:p>
      <w:pPr>
        <w:spacing w:before="0" w:after="80" w:line="300" w:lineRule="auto"/>
        <w:jc w:val="left"/>
      </w:pPr>
      <w:r>
        <w:rPr>
          <w:rFonts w:ascii="Times New Roman" w:hAnsi="Times New Roman" w:eastAsia="宋体"/>
          <w:b w:val="0"/>
          <w:i w:val="0"/>
          <w:color w:val="333333"/>
          <w:sz w:val="19"/>
        </w:rPr>
        <w:t>=3/8-2/5</w:t>
      </w:r>
    </w:p>
    <w:p>
      <w:pPr>
        <w:spacing w:before="0" w:after="80" w:line="300" w:lineRule="auto"/>
        <w:jc w:val="left"/>
      </w:pPr>
      <w:r>
        <w:rPr>
          <w:rFonts w:ascii="Times New Roman" w:hAnsi="Times New Roman" w:eastAsia="宋体"/>
          <w:b w:val="0"/>
          <w:i w:val="0"/>
          <w:color w:val="333333"/>
          <w:sz w:val="19"/>
        </w:rPr>
        <w:t>=15-16/40</w:t>
      </w:r>
    </w:p>
    <w:p>
      <w:pPr>
        <w:spacing w:before="0" w:after="80" w:line="300" w:lineRule="auto"/>
        <w:jc w:val="left"/>
      </w:pPr>
      <w:r>
        <w:rPr>
          <w:rFonts w:ascii="Times New Roman" w:hAnsi="Times New Roman" w:eastAsia="宋体"/>
          <w:b w:val="0"/>
          <w:i w:val="0"/>
          <w:color w:val="333333"/>
          <w:sz w:val="19"/>
        </w:rPr>
        <w:t>=-1/40.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由平均数条件，</w:t>
      </w:r>
    </w:p>
    <w:p>
      <w:pPr>
        <w:spacing w:before="0" w:after="80" w:line="300" w:lineRule="auto"/>
        <w:jc w:val="left"/>
      </w:pPr>
      <w:r>
        <w:rPr>
          <w:rFonts w:ascii="Times New Roman" w:hAnsi="Times New Roman" w:eastAsia="宋体"/>
          <w:b w:val="0"/>
          <w:i w:val="0"/>
          <w:sz w:val="21"/>
        </w:rPr>
        <w:t>small 60+100+x+40+50+200+90/7</w:t>
      </w:r>
    </w:p>
    <w:p>
      <w:pPr>
        <w:spacing w:before="0" w:after="80" w:line="300" w:lineRule="auto"/>
        <w:jc w:val="left"/>
      </w:pPr>
      <w:r>
        <w:rPr>
          <w:rFonts w:ascii="Times New Roman" w:hAnsi="Times New Roman" w:eastAsia="宋体"/>
          <w:b w:val="0"/>
          <w:i w:val="0"/>
          <w:sz w:val="21"/>
        </w:rPr>
        <w:t>=540+x/7</w:t>
      </w:r>
    </w:p>
    <w:p>
      <w:pPr>
        <w:spacing w:before="0" w:after="80" w:line="300" w:lineRule="auto"/>
        <w:jc w:val="left"/>
      </w:pPr>
      <w:r>
        <w:rPr>
          <w:rFonts w:ascii="Times New Roman" w:hAnsi="Times New Roman" w:eastAsia="宋体"/>
          <w:b w:val="0"/>
          <w:i w:val="0"/>
          <w:sz w:val="21"/>
        </w:rPr>
        <w:t>=x，</w:t>
      </w:r>
    </w:p>
    <w:p>
      <w:pPr>
        <w:spacing w:before="0" w:after="80" w:line="300" w:lineRule="auto"/>
        <w:jc w:val="left"/>
      </w:pPr>
      <w:r>
        <w:rPr>
          <w:rFonts w:ascii="Times New Roman" w:hAnsi="Times New Roman" w:eastAsia="宋体"/>
          <w:b w:val="0"/>
          <w:i w:val="0"/>
          <w:sz w:val="21"/>
        </w:rPr>
        <w:t>所以 540+x=7x，得到 x=90。</w:t>
      </w:r>
    </w:p>
    <w:p>
      <w:pPr>
        <w:spacing w:before="0" w:after="80" w:line="300" w:lineRule="auto"/>
        <w:jc w:val="left"/>
      </w:pPr>
      <w:r>
        <w:rPr>
          <w:rFonts w:ascii="Times New Roman" w:hAnsi="Times New Roman" w:eastAsia="宋体"/>
          <w:b w:val="0"/>
          <w:i w:val="0"/>
          <w:sz w:val="21"/>
        </w:rPr>
        <w:t>按非降序排列，数据为 40, 50, 60, 90, 90, 100, 200，所以中位数为 90，众数也为 90，符合要求。</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condition gives</w:t>
      </w:r>
    </w:p>
    <w:p>
      <w:pPr>
        <w:spacing w:before="0" w:after="80" w:line="300" w:lineRule="auto"/>
        <w:jc w:val="left"/>
      </w:pPr>
      <w:r>
        <w:rPr>
          <w:rFonts w:ascii="Times New Roman" w:hAnsi="Times New Roman" w:eastAsia="宋体"/>
          <w:b w:val="0"/>
          <w:i w:val="0"/>
          <w:color w:val="333333"/>
          <w:sz w:val="19"/>
        </w:rPr>
        <w:t>small 60+100+x+40+50+200+90/7</w:t>
      </w:r>
    </w:p>
    <w:p>
      <w:pPr>
        <w:spacing w:before="0" w:after="80" w:line="300" w:lineRule="auto"/>
        <w:jc w:val="left"/>
      </w:pPr>
      <w:r>
        <w:rPr>
          <w:rFonts w:ascii="Times New Roman" w:hAnsi="Times New Roman" w:eastAsia="宋体"/>
          <w:b w:val="0"/>
          <w:i w:val="0"/>
          <w:color w:val="333333"/>
          <w:sz w:val="19"/>
        </w:rPr>
        <w:t>=540+x/7</w:t>
      </w:r>
    </w:p>
    <w:p>
      <w:pPr>
        <w:spacing w:before="0" w:after="80" w:line="300" w:lineRule="auto"/>
        <w:jc w:val="left"/>
      </w:pPr>
      <w:r>
        <w:rPr>
          <w:rFonts w:ascii="Times New Roman" w:hAnsi="Times New Roman" w:eastAsia="宋体"/>
          <w:b w:val="0"/>
          <w:i w:val="0"/>
          <w:color w:val="333333"/>
          <w:sz w:val="19"/>
        </w:rPr>
        <w:t>=x,</w:t>
      </w:r>
    </w:p>
    <w:p>
      <w:pPr>
        <w:spacing w:before="0" w:after="80" w:line="300" w:lineRule="auto"/>
        <w:jc w:val="left"/>
      </w:pPr>
      <w:r>
        <w:rPr>
          <w:rFonts w:ascii="Times New Roman" w:hAnsi="Times New Roman" w:eastAsia="宋体"/>
          <w:b w:val="0"/>
          <w:i w:val="0"/>
          <w:color w:val="333333"/>
          <w:sz w:val="19"/>
        </w:rPr>
        <w:t>so 540+x=7x and x=90.</w:t>
      </w:r>
    </w:p>
    <w:p>
      <w:pPr>
        <w:spacing w:before="0" w:after="80" w:line="300" w:lineRule="auto"/>
        <w:jc w:val="left"/>
      </w:pPr>
      <w:r>
        <w:rPr>
          <w:rFonts w:ascii="Times New Roman" w:hAnsi="Times New Roman" w:eastAsia="宋体"/>
          <w:b w:val="0"/>
          <w:i w:val="0"/>
          <w:color w:val="333333"/>
          <w:sz w:val="19"/>
        </w:rPr>
        <w:t>In nondecreasing order the data are 40, 50, 60, 90, 90, 100, 200, so the median is 90 and the mode is 90, as required.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反例必须满足“大于 2 的偶整数”这个前提，同时不满足“可以写成两个质数之和”这个结论。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counterexample must satisfy the hypothesis of being an even integer greater than 2 while failing the conclusion that it can be written as the sum of two prime numbers.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硬币总数为</w:t>
      </w:r>
    </w:p>
    <w:p>
      <w:pPr>
        <w:spacing w:before="0" w:after="80" w:line="300" w:lineRule="auto"/>
        <w:jc w:val="left"/>
      </w:pPr>
      <w:r>
        <w:rPr>
          <w:rFonts w:ascii="Times New Roman" w:hAnsi="Times New Roman" w:eastAsia="宋体"/>
          <w:b w:val="0"/>
          <w:i w:val="0"/>
          <w:sz w:val="21"/>
        </w:rPr>
        <w:t>1+2+⋯+N</w:t>
      </w:r>
    </w:p>
    <w:p>
      <w:pPr>
        <w:spacing w:before="0" w:after="80" w:line="300" w:lineRule="auto"/>
        <w:jc w:val="left"/>
      </w:pPr>
      <w:r>
        <w:rPr>
          <w:rFonts w:ascii="Times New Roman" w:hAnsi="Times New Roman" w:eastAsia="宋体"/>
          <w:b w:val="0"/>
          <w:i w:val="0"/>
          <w:sz w:val="21"/>
        </w:rPr>
        <w:t>=(N(N+1))/2</w:t>
      </w:r>
    </w:p>
    <w:p>
      <w:pPr>
        <w:spacing w:before="0" w:after="80" w:line="300" w:lineRule="auto"/>
        <w:jc w:val="left"/>
      </w:pPr>
      <w:r>
        <w:rPr>
          <w:rFonts w:ascii="Times New Roman" w:hAnsi="Times New Roman" w:eastAsia="宋体"/>
          <w:b w:val="0"/>
          <w:i w:val="0"/>
          <w:sz w:val="21"/>
        </w:rPr>
        <w:t>=2016，</w:t>
      </w:r>
    </w:p>
    <w:p>
      <w:pPr>
        <w:spacing w:before="0" w:after="80" w:line="300" w:lineRule="auto"/>
        <w:jc w:val="left"/>
      </w:pPr>
      <w:r>
        <w:rPr>
          <w:rFonts w:ascii="Times New Roman" w:hAnsi="Times New Roman" w:eastAsia="宋体"/>
          <w:b w:val="0"/>
          <w:i w:val="0"/>
          <w:sz w:val="21"/>
        </w:rPr>
        <w:t>所以 N(N+1)=4032。因为 63· 64=4032，所以 N=63，其各位数字之和为 6+3=9。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number of coins is</w:t>
      </w:r>
    </w:p>
    <w:p>
      <w:pPr>
        <w:spacing w:before="0" w:after="80" w:line="300" w:lineRule="auto"/>
        <w:jc w:val="left"/>
      </w:pPr>
      <w:r>
        <w:rPr>
          <w:rFonts w:ascii="Times New Roman" w:hAnsi="Times New Roman" w:eastAsia="宋体"/>
          <w:b w:val="0"/>
          <w:i w:val="0"/>
          <w:color w:val="333333"/>
          <w:sz w:val="19"/>
        </w:rPr>
        <w:t>1+2+⋯+N</w:t>
      </w:r>
    </w:p>
    <w:p>
      <w:pPr>
        <w:spacing w:before="0" w:after="80" w:line="300" w:lineRule="auto"/>
        <w:jc w:val="left"/>
      </w:pPr>
      <w:r>
        <w:rPr>
          <w:rFonts w:ascii="Times New Roman" w:hAnsi="Times New Roman" w:eastAsia="宋体"/>
          <w:b w:val="0"/>
          <w:i w:val="0"/>
          <w:color w:val="333333"/>
          <w:sz w:val="19"/>
        </w:rPr>
        <w:t>=(N(N+1))/2</w:t>
      </w:r>
    </w:p>
    <w:p>
      <w:pPr>
        <w:spacing w:before="0" w:after="80" w:line="300" w:lineRule="auto"/>
        <w:jc w:val="left"/>
      </w:pPr>
      <w:r>
        <w:rPr>
          <w:rFonts w:ascii="Times New Roman" w:hAnsi="Times New Roman" w:eastAsia="宋体"/>
          <w:b w:val="0"/>
          <w:i w:val="0"/>
          <w:color w:val="333333"/>
          <w:sz w:val="19"/>
        </w:rPr>
        <w:t>=2016,</w:t>
      </w:r>
    </w:p>
    <w:p>
      <w:pPr>
        <w:spacing w:before="0" w:after="80" w:line="300" w:lineRule="auto"/>
        <w:jc w:val="left"/>
      </w:pPr>
      <w:r>
        <w:rPr>
          <w:rFonts w:ascii="Times New Roman" w:hAnsi="Times New Roman" w:eastAsia="宋体"/>
          <w:b w:val="0"/>
          <w:i w:val="0"/>
          <w:color w:val="333333"/>
          <w:sz w:val="19"/>
        </w:rPr>
        <w:t>so N(N+1)=4032. Since 63· 64=4032, we have N=63, and the sum of its digits is 6+3=9.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将所有项移到一边，得到</w:t>
      </w:r>
    </w:p>
    <w:p>
      <w:pPr>
        <w:spacing w:before="0" w:after="80" w:line="300" w:lineRule="auto"/>
        <w:jc w:val="left"/>
      </w:pPr>
      <w:r>
        <w:rPr>
          <w:rFonts w:ascii="Times New Roman" w:hAnsi="Times New Roman" w:eastAsia="宋体"/>
          <w:b w:val="0"/>
          <w:i w:val="0"/>
          <w:sz w:val="21"/>
        </w:rPr>
        <w:t>(x²-y²)(x+y+1)=0，</w:t>
      </w:r>
    </w:p>
    <w:p>
      <w:pPr>
        <w:spacing w:before="0" w:after="80" w:line="300" w:lineRule="auto"/>
        <w:jc w:val="left"/>
      </w:pPr>
      <w:r>
        <w:rPr>
          <w:rFonts w:ascii="Times New Roman" w:hAnsi="Times New Roman" w:eastAsia="宋体"/>
          <w:b w:val="0"/>
          <w:i w:val="0"/>
          <w:sz w:val="21"/>
        </w:rPr>
        <w:t>再分解为</w:t>
      </w:r>
    </w:p>
    <w:p>
      <w:pPr>
        <w:spacing w:before="0" w:after="80" w:line="300" w:lineRule="auto"/>
        <w:jc w:val="left"/>
      </w:pPr>
      <w:r>
        <w:rPr>
          <w:rFonts w:ascii="Times New Roman" w:hAnsi="Times New Roman" w:eastAsia="宋体"/>
          <w:b w:val="0"/>
          <w:i w:val="0"/>
          <w:sz w:val="21"/>
        </w:rPr>
        <w:t>(x-y)(x+y)(x+y+1)=0。</w:t>
      </w:r>
    </w:p>
    <w:p>
      <w:pPr>
        <w:spacing w:before="0" w:after="80" w:line="300" w:lineRule="auto"/>
        <w:jc w:val="left"/>
      </w:pPr>
      <w:r>
        <w:rPr>
          <w:rFonts w:ascii="Times New Roman" w:hAnsi="Times New Roman" w:eastAsia="宋体"/>
          <w:b w:val="0"/>
          <w:i w:val="0"/>
          <w:sz w:val="21"/>
        </w:rPr>
        <w:t>因此图像是直线 x=y、x=-y 和 x+y+1=0 的并集。</w:t>
      </w:r>
    </w:p>
    <w:p>
      <w:pPr>
        <w:spacing w:before="0" w:after="80" w:line="300" w:lineRule="auto"/>
        <w:jc w:val="left"/>
      </w:pPr>
      <w:r>
        <w:rPr>
          <w:rFonts w:ascii="Times New Roman" w:hAnsi="Times New Roman" w:eastAsia="宋体"/>
          <w:b w:val="0"/>
          <w:i w:val="0"/>
          <w:sz w:val="21"/>
        </w:rPr>
        <w:t>前两条直线交于原点，但第三条直线 x+y=-1 与 x+y=0 平行，不经过原点。因此，图像由三条不全经过同一个公共点的直线组成。</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Moving all terms to one side gives</w:t>
      </w:r>
    </w:p>
    <w:p>
      <w:pPr>
        <w:spacing w:before="0" w:after="80" w:line="300" w:lineRule="auto"/>
        <w:jc w:val="left"/>
      </w:pPr>
      <w:r>
        <w:rPr>
          <w:rFonts w:ascii="Times New Roman" w:hAnsi="Times New Roman" w:eastAsia="宋体"/>
          <w:b w:val="0"/>
          <w:i w:val="0"/>
          <w:color w:val="333333"/>
          <w:sz w:val="19"/>
        </w:rPr>
        <w:t>(x²-y²)(x+y+1)=0,</w:t>
      </w:r>
    </w:p>
    <w:p>
      <w:pPr>
        <w:spacing w:before="0" w:after="80" w:line="300" w:lineRule="auto"/>
        <w:jc w:val="left"/>
      </w:pPr>
      <w:r>
        <w:rPr>
          <w:rFonts w:ascii="Times New Roman" w:hAnsi="Times New Roman" w:eastAsia="宋体"/>
          <w:b w:val="0"/>
          <w:i w:val="0"/>
          <w:color w:val="333333"/>
          <w:sz w:val="19"/>
        </w:rPr>
        <w:t>which factors as</w:t>
      </w:r>
    </w:p>
    <w:p>
      <w:pPr>
        <w:spacing w:before="0" w:after="80" w:line="300" w:lineRule="auto"/>
        <w:jc w:val="left"/>
      </w:pPr>
      <w:r>
        <w:rPr>
          <w:rFonts w:ascii="Times New Roman" w:hAnsi="Times New Roman" w:eastAsia="宋体"/>
          <w:b w:val="0"/>
          <w:i w:val="0"/>
          <w:color w:val="333333"/>
          <w:sz w:val="19"/>
        </w:rPr>
        <w:t>(x-y)(x+y)(x+y+1)=0.</w:t>
      </w:r>
    </w:p>
    <w:p>
      <w:pPr>
        <w:spacing w:before="0" w:after="80" w:line="300" w:lineRule="auto"/>
        <w:jc w:val="left"/>
      </w:pPr>
      <w:r>
        <w:rPr>
          <w:rFonts w:ascii="Times New Roman" w:hAnsi="Times New Roman" w:eastAsia="宋体"/>
          <w:b w:val="0"/>
          <w:i w:val="0"/>
          <w:color w:val="333333"/>
          <w:sz w:val="19"/>
        </w:rPr>
        <w:t>The graph is therefore the union of the lines x=y, x=-y, and x+y+1=0.</w:t>
      </w:r>
    </w:p>
    <w:p>
      <w:pPr>
        <w:spacing w:before="0" w:after="80" w:line="300" w:lineRule="auto"/>
        <w:jc w:val="left"/>
      </w:pPr>
      <w:r>
        <w:rPr>
          <w:rFonts w:ascii="Times New Roman" w:hAnsi="Times New Roman" w:eastAsia="宋体"/>
          <w:b w:val="0"/>
          <w:i w:val="0"/>
          <w:color w:val="333333"/>
          <w:sz w:val="19"/>
        </w:rPr>
        <w:t>The first two lines intersect at the origin, but the third line x+y=-1 is parallel to x+y=0 and does not pass through the origin. So the graph consists of three lines that do not all pass through a common point.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从长方形左上角到右下角的对角线将阴影区域分成四个三角形，它们都在长方形中心相遇。</w:t>
      </w:r>
    </w:p>
    <w:p>
      <w:pPr>
        <w:spacing w:before="0" w:after="80" w:line="300" w:lineRule="auto"/>
        <w:jc w:val="left"/>
      </w:pPr>
      <w:r>
        <w:rPr>
          <w:rFonts w:ascii="Times New Roman" w:hAnsi="Times New Roman" w:eastAsia="宋体"/>
          <w:b w:val="0"/>
          <w:i w:val="0"/>
          <w:sz w:val="21"/>
        </w:rPr>
        <w:t>其中两个三角形的水平底边长为 1，高为 1/2· 5=5/2；另外两个三角形的竖直底边长为 1，高为 1/2· 8=4。总面积为</w:t>
      </w:r>
    </w:p>
    <w:p>
      <w:pPr>
        <w:spacing w:before="0" w:after="80" w:line="300" w:lineRule="auto"/>
        <w:jc w:val="left"/>
      </w:pPr>
      <w:r>
        <w:rPr>
          <w:rFonts w:ascii="Times New Roman" w:hAnsi="Times New Roman" w:eastAsia="宋体"/>
          <w:b w:val="0"/>
          <w:i w:val="0"/>
          <w:sz w:val="21"/>
        </w:rPr>
        <w:t>2·1/2· 1·5/2</w:t>
      </w:r>
    </w:p>
    <w:p>
      <w:pPr>
        <w:spacing w:before="0" w:after="80" w:line="300" w:lineRule="auto"/>
        <w:jc w:val="left"/>
      </w:pPr>
      <w:r>
        <w:rPr>
          <w:rFonts w:ascii="Times New Roman" w:hAnsi="Times New Roman" w:eastAsia="宋体"/>
          <w:b w:val="0"/>
          <w:i w:val="0"/>
          <w:sz w:val="21"/>
        </w:rPr>
        <w:t>+2·1/2· 1· 4</w:t>
      </w:r>
    </w:p>
    <w:p>
      <w:pPr>
        <w:spacing w:before="0" w:after="80" w:line="300" w:lineRule="auto"/>
        <w:jc w:val="left"/>
      </w:pPr>
      <w:r>
        <w:rPr>
          <w:rFonts w:ascii="Times New Roman" w:hAnsi="Times New Roman" w:eastAsia="宋体"/>
          <w:b w:val="0"/>
          <w:i w:val="0"/>
          <w:sz w:val="21"/>
        </w:rPr>
        <w:t>=5/2+4</w:t>
      </w:r>
    </w:p>
    <w:p>
      <w:pPr>
        <w:spacing w:before="0" w:after="80" w:line="300" w:lineRule="auto"/>
        <w:jc w:val="left"/>
      </w:pPr>
      <w:r>
        <w:rPr>
          <w:rFonts w:ascii="Times New Roman" w:hAnsi="Times New Roman" w:eastAsia="宋体"/>
          <w:b w:val="0"/>
          <w:i w:val="0"/>
          <w:sz w:val="21"/>
        </w:rPr>
        <w:t>=13/2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diagonal of the rectangle from the upper-left corner to the lower-right corner divides the shaded region into four triangles, all meeting at the center of the rectangle.</w:t>
      </w:r>
    </w:p>
    <w:p>
      <w:pPr>
        <w:spacing w:before="0" w:after="80" w:line="300" w:lineRule="auto"/>
        <w:jc w:val="left"/>
      </w:pPr>
      <w:r>
        <w:rPr>
          <w:rFonts w:ascii="Times New Roman" w:hAnsi="Times New Roman" w:eastAsia="宋体"/>
          <w:b w:val="0"/>
          <w:i w:val="0"/>
          <w:color w:val="333333"/>
          <w:sz w:val="19"/>
        </w:rPr>
        <w:t>Two of these triangles have a horizontal base of length 1 and altitude 1/2· 5=5/2, and the other two have a vertical base of length 1 and altitude 1/2· 8=4. The total area is</w:t>
      </w:r>
    </w:p>
    <w:p>
      <w:pPr>
        <w:spacing w:before="0" w:after="80" w:line="300" w:lineRule="auto"/>
        <w:jc w:val="left"/>
      </w:pPr>
      <w:r>
        <w:rPr>
          <w:rFonts w:ascii="Times New Roman" w:hAnsi="Times New Roman" w:eastAsia="宋体"/>
          <w:b w:val="0"/>
          <w:i w:val="0"/>
          <w:color w:val="333333"/>
          <w:sz w:val="19"/>
        </w:rPr>
        <w:t>2·1/2· 1·5/2</w:t>
      </w:r>
    </w:p>
    <w:p>
      <w:pPr>
        <w:spacing w:before="0" w:after="80" w:line="300" w:lineRule="auto"/>
        <w:jc w:val="left"/>
      </w:pPr>
      <w:r>
        <w:rPr>
          <w:rFonts w:ascii="Times New Roman" w:hAnsi="Times New Roman" w:eastAsia="宋体"/>
          <w:b w:val="0"/>
          <w:i w:val="0"/>
          <w:color w:val="333333"/>
          <w:sz w:val="19"/>
        </w:rPr>
        <w:t>+2·1/2· 1· 4</w:t>
      </w:r>
    </w:p>
    <w:p>
      <w:pPr>
        <w:spacing w:before="0" w:after="80" w:line="300" w:lineRule="auto"/>
        <w:jc w:val="left"/>
      </w:pPr>
      <w:r>
        <w:rPr>
          <w:rFonts w:ascii="Times New Roman" w:hAnsi="Times New Roman" w:eastAsia="宋体"/>
          <w:b w:val="0"/>
          <w:i w:val="0"/>
          <w:color w:val="333333"/>
          <w:sz w:val="19"/>
        </w:rPr>
        <w:t>=5/2+4</w:t>
      </w:r>
    </w:p>
    <w:p>
      <w:pPr>
        <w:spacing w:before="0" w:after="80" w:line="300" w:lineRule="auto"/>
        <w:jc w:val="left"/>
      </w:pPr>
      <w:r>
        <w:rPr>
          <w:rFonts w:ascii="Times New Roman" w:hAnsi="Times New Roman" w:eastAsia="宋体"/>
          <w:b w:val="0"/>
          <w:i w:val="0"/>
          <w:color w:val="333333"/>
          <w:sz w:val="19"/>
        </w:rPr>
        <w:t>=13/2.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设公共边长为 x。单位正方形的对角线长为 √(2)，由两条各长 x√(2) 的小正方形对角线和一条长为 x 的小正方形边组成，所以</w:t>
      </w:r>
    </w:p>
    <w:p>
      <w:pPr>
        <w:spacing w:before="0" w:after="80" w:line="300" w:lineRule="auto"/>
        <w:jc w:val="left"/>
      </w:pPr>
      <w:r>
        <w:rPr>
          <w:rFonts w:ascii="Times New Roman" w:hAnsi="Times New Roman" w:eastAsia="宋体"/>
          <w:b w:val="0"/>
          <w:i w:val="0"/>
          <w:sz w:val="21"/>
        </w:rPr>
        <w:t>2x√(2)+x=√(2)。</w:t>
      </w:r>
    </w:p>
    <w:p>
      <w:pPr>
        <w:spacing w:before="0" w:after="80" w:line="300" w:lineRule="auto"/>
        <w:jc w:val="left"/>
      </w:pPr>
      <w:r>
        <w:rPr>
          <w:rFonts w:ascii="Times New Roman" w:hAnsi="Times New Roman" w:eastAsia="宋体"/>
          <w:b w:val="0"/>
          <w:i w:val="0"/>
          <w:sz w:val="21"/>
        </w:rPr>
        <w:t>解得</w:t>
      </w:r>
    </w:p>
    <w:p>
      <w:pPr>
        <w:spacing w:before="0" w:after="80" w:line="300" w:lineRule="auto"/>
        <w:jc w:val="left"/>
      </w:pPr>
      <w:r>
        <w:rPr>
          <w:rFonts w:ascii="Times New Roman" w:hAnsi="Times New Roman" w:eastAsia="宋体"/>
          <w:b w:val="0"/>
          <w:i w:val="0"/>
          <w:sz w:val="21"/>
        </w:rPr>
        <w:t>x=(√(2))/(2√(2)+1)</w:t>
      </w:r>
    </w:p>
    <w:p>
      <w:pPr>
        <w:spacing w:before="0" w:after="80" w:line="300" w:lineRule="auto"/>
        <w:jc w:val="left"/>
      </w:pPr>
      <w:r>
        <w:rPr>
          <w:rFonts w:ascii="Times New Roman" w:hAnsi="Times New Roman" w:eastAsia="宋体"/>
          <w:b w:val="0"/>
          <w:i w:val="0"/>
          <w:sz w:val="21"/>
        </w:rPr>
        <w:t>=(√(2) (2√(2)-1))/((2√(2)+1)(2√(2)-1))</w:t>
      </w:r>
    </w:p>
    <w:p>
      <w:pPr>
        <w:spacing w:before="0" w:after="80" w:line="300" w:lineRule="auto"/>
        <w:jc w:val="left"/>
      </w:pPr>
      <w:r>
        <w:rPr>
          <w:rFonts w:ascii="Times New Roman" w:hAnsi="Times New Roman" w:eastAsia="宋体"/>
          <w:b w:val="0"/>
          <w:i w:val="0"/>
          <w:sz w:val="21"/>
        </w:rPr>
        <w:t>=(4-√(2))/7。</w:t>
      </w:r>
    </w:p>
    <w:p>
      <w:pPr>
        <w:spacing w:before="0" w:after="80" w:line="300" w:lineRule="auto"/>
        <w:jc w:val="left"/>
      </w:pPr>
      <w:r>
        <w:rPr>
          <w:rFonts w:ascii="Times New Roman" w:hAnsi="Times New Roman" w:eastAsia="宋体"/>
          <w:b w:val="0"/>
          <w:i w:val="0"/>
          <w:sz w:val="21"/>
        </w:rPr>
        <w:t>因此 a=4、b=7，所以 a+b=11。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common side length. The diagonal of the unit square has length √(2) and consists of two small-square diagonals (each x√(2)) plus one small-square side length x, so</w:t>
      </w:r>
    </w:p>
    <w:p>
      <w:pPr>
        <w:spacing w:before="0" w:after="80" w:line="300" w:lineRule="auto"/>
        <w:jc w:val="left"/>
      </w:pPr>
      <w:r>
        <w:rPr>
          <w:rFonts w:ascii="Times New Roman" w:hAnsi="Times New Roman" w:eastAsia="宋体"/>
          <w:b w:val="0"/>
          <w:i w:val="0"/>
          <w:color w:val="333333"/>
          <w:sz w:val="19"/>
        </w:rPr>
        <w:t>2x√(2)+x=√(2).</w:t>
      </w:r>
    </w:p>
    <w:p>
      <w:pPr>
        <w:spacing w:before="0" w:after="80" w:line="300" w:lineRule="auto"/>
        <w:jc w:val="left"/>
      </w:pPr>
      <w:r>
        <w:rPr>
          <w:rFonts w:ascii="Times New Roman" w:hAnsi="Times New Roman" w:eastAsia="宋体"/>
          <w:b w:val="0"/>
          <w:i w:val="0"/>
          <w:color w:val="333333"/>
          <w:sz w:val="19"/>
        </w:rPr>
        <w:t>Solving,</w:t>
      </w:r>
    </w:p>
    <w:p>
      <w:pPr>
        <w:spacing w:before="0" w:after="80" w:line="300" w:lineRule="auto"/>
        <w:jc w:val="left"/>
      </w:pPr>
      <w:r>
        <w:rPr>
          <w:rFonts w:ascii="Times New Roman" w:hAnsi="Times New Roman" w:eastAsia="宋体"/>
          <w:b w:val="0"/>
          <w:i w:val="0"/>
          <w:color w:val="333333"/>
          <w:sz w:val="19"/>
        </w:rPr>
        <w:t>x=(√(2))/(2√(2)+1)</w:t>
      </w:r>
    </w:p>
    <w:p>
      <w:pPr>
        <w:spacing w:before="0" w:after="80" w:line="300" w:lineRule="auto"/>
        <w:jc w:val="left"/>
      </w:pPr>
      <w:r>
        <w:rPr>
          <w:rFonts w:ascii="Times New Roman" w:hAnsi="Times New Roman" w:eastAsia="宋体"/>
          <w:b w:val="0"/>
          <w:i w:val="0"/>
          <w:color w:val="333333"/>
          <w:sz w:val="19"/>
        </w:rPr>
        <w:t>=(√(2) (2√(2)-1))/((2√(2)+1)(2√(2)-1))</w:t>
      </w:r>
    </w:p>
    <w:p>
      <w:pPr>
        <w:spacing w:before="0" w:after="80" w:line="300" w:lineRule="auto"/>
        <w:jc w:val="left"/>
      </w:pPr>
      <w:r>
        <w:rPr>
          <w:rFonts w:ascii="Times New Roman" w:hAnsi="Times New Roman" w:eastAsia="宋体"/>
          <w:b w:val="0"/>
          <w:i w:val="0"/>
          <w:color w:val="333333"/>
          <w:sz w:val="19"/>
        </w:rPr>
        <w:t>=(4-√(2))/7.</w:t>
      </w:r>
    </w:p>
    <w:p>
      <w:pPr>
        <w:spacing w:before="0" w:after="80" w:line="300" w:lineRule="auto"/>
        <w:jc w:val="left"/>
      </w:pPr>
      <w:r>
        <w:rPr>
          <w:rFonts w:ascii="Times New Roman" w:hAnsi="Times New Roman" w:eastAsia="宋体"/>
          <w:b w:val="0"/>
          <w:i w:val="0"/>
          <w:color w:val="333333"/>
          <w:sz w:val="19"/>
        </w:rPr>
        <w:t>Thus a=4, b=7, and a+b=11.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五位朋友的总位移为零。Dee 和 Edie 交换座位，所以两人的位移相互抵消。Bea 移动 +2 个座位，Ceci 移动 -1 个座位，净位移为 +1，所以 Ada 必须移动 -1 个座位才能抵消。</w:t>
      </w:r>
    </w:p>
    <w:p>
      <w:pPr>
        <w:spacing w:before="0" w:after="80" w:line="300" w:lineRule="auto"/>
        <w:jc w:val="left"/>
      </w:pPr>
      <w:r>
        <w:rPr>
          <w:rFonts w:ascii="Times New Roman" w:hAnsi="Times New Roman" w:eastAsia="宋体"/>
          <w:b w:val="0"/>
          <w:i w:val="0"/>
          <w:sz w:val="21"/>
        </w:rPr>
        <w:t>Ada 回来后坐在端座；既然她向左移动了一个座位，该端座只能是 1 号座，所以她原来坐在 2 号座。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net displacement of all five friends is zero. Dee and Edie swapped seats, so their movements cancel. Bea moved +2 and Ceci moved -1, a net of +1, so Ada must move -1 to balance.</w:t>
      </w:r>
    </w:p>
    <w:p>
      <w:pPr>
        <w:spacing w:before="0" w:after="80" w:line="300" w:lineRule="auto"/>
        <w:jc w:val="left"/>
      </w:pPr>
      <w:r>
        <w:rPr>
          <w:rFonts w:ascii="Times New Roman" w:hAnsi="Times New Roman" w:eastAsia="宋体"/>
          <w:b w:val="0"/>
          <w:i w:val="0"/>
          <w:color w:val="333333"/>
          <w:sz w:val="19"/>
        </w:rPr>
        <w:t>Ada returns to an end seat; since she moved one seat to the left, that seat must be seat 1, so she had been sitting in seat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会唱歌、跳舞、表演的人数分别为 100-42=58、100-65=35、100-29=71，总和为 58+35+71=164。</w:t>
      </w:r>
    </w:p>
    <w:p>
      <w:pPr>
        <w:spacing w:before="0" w:after="80" w:line="300" w:lineRule="auto"/>
        <w:jc w:val="left"/>
      </w:pPr>
      <w:r>
        <w:rPr>
          <w:rFonts w:ascii="Times New Roman" w:hAnsi="Times New Roman" w:eastAsia="宋体"/>
          <w:b w:val="0"/>
          <w:i w:val="0"/>
          <w:sz w:val="21"/>
        </w:rPr>
        <w:t>因为没有人三种才艺都会，每个学生有一种或两种才艺，所以只有一种才艺的学生被数一次，有两种才艺的学生被数两次。因此，被重复计算的人数为 164-100=64。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who can sing, dance, and act are 100-42=58, 100-65=35, and 100-29=71, respectively, for a total of 58+35+71=164.</w:t>
      </w:r>
    </w:p>
    <w:p>
      <w:pPr>
        <w:spacing w:before="0" w:after="80" w:line="300" w:lineRule="auto"/>
        <w:jc w:val="left"/>
      </w:pPr>
      <w:r>
        <w:rPr>
          <w:rFonts w:ascii="Times New Roman" w:hAnsi="Times New Roman" w:eastAsia="宋体"/>
          <w:b w:val="0"/>
          <w:i w:val="0"/>
          <w:color w:val="333333"/>
          <w:sz w:val="19"/>
        </w:rPr>
        <w:t>Since no student has all three talents, each student has one or two talents, so single-talent students are counted once and two-talent students are counted twice. The number counted twice is 164-100=64.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在 △ ABC 中应用角平分线定理，得到 BD:DC=AB:AC=6:8，所以 BD=6/6+8· 7=3。</w:t>
      </w:r>
    </w:p>
    <w:p>
      <w:pPr>
        <w:spacing w:before="0" w:after="80" w:line="300" w:lineRule="auto"/>
        <w:jc w:val="left"/>
      </w:pPr>
      <w:r>
        <w:rPr>
          <w:rFonts w:ascii="Times New Roman" w:hAnsi="Times New Roman" w:eastAsia="宋体"/>
          <w:b w:val="0"/>
          <w:i w:val="0"/>
          <w:sz w:val="21"/>
        </w:rPr>
        <w:t>在 △ ABD 中，BF 平分 ∠ ABD，再次应用角平分线定理可得</w:t>
      </w:r>
    </w:p>
    <w:p>
      <w:pPr>
        <w:spacing w:before="0" w:after="80" w:line="300" w:lineRule="auto"/>
        <w:jc w:val="left"/>
      </w:pPr>
      <w:r>
        <w:rPr>
          <w:rFonts w:ascii="Times New Roman" w:hAnsi="Times New Roman" w:eastAsia="宋体"/>
          <w:b w:val="0"/>
          <w:i w:val="0"/>
          <w:sz w:val="21"/>
        </w:rPr>
        <w:t>AF:FD=AB:BD</w:t>
      </w:r>
    </w:p>
    <w:p>
      <w:pPr>
        <w:spacing w:before="0" w:after="80" w:line="300" w:lineRule="auto"/>
        <w:jc w:val="left"/>
      </w:pPr>
      <w:r>
        <w:rPr>
          <w:rFonts w:ascii="Times New Roman" w:hAnsi="Times New Roman" w:eastAsia="宋体"/>
          <w:b w:val="0"/>
          <w:i w:val="0"/>
          <w:sz w:val="21"/>
        </w:rPr>
        <w:t>=6:3=2:1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Applying the Angle Bisector Theorem to △ ABC gives BD:DC=AB:AC=6:8, so BD=6/6+8· 7=3.</w:t>
      </w:r>
    </w:p>
    <w:p>
      <w:pPr>
        <w:spacing w:before="0" w:after="80" w:line="300" w:lineRule="auto"/>
        <w:jc w:val="left"/>
      </w:pPr>
      <w:r>
        <w:rPr>
          <w:rFonts w:ascii="Times New Roman" w:hAnsi="Times New Roman" w:eastAsia="宋体"/>
          <w:b w:val="0"/>
          <w:i w:val="0"/>
          <w:color w:val="333333"/>
          <w:sz w:val="19"/>
        </w:rPr>
        <w:t>Now BF lies along the bisector of ∠ ABD in △ ABD, so by the Angle Bisector Theorem again,</w:t>
      </w:r>
    </w:p>
    <w:p>
      <w:pPr>
        <w:spacing w:before="0" w:after="80" w:line="300" w:lineRule="auto"/>
        <w:jc w:val="left"/>
      </w:pPr>
      <w:r>
        <w:rPr>
          <w:rFonts w:ascii="Times New Roman" w:hAnsi="Times New Roman" w:eastAsia="宋体"/>
          <w:b w:val="0"/>
          <w:i w:val="0"/>
          <w:color w:val="333333"/>
          <w:sz w:val="19"/>
        </w:rPr>
        <w:t>AF:FD=AB:BD</w:t>
      </w:r>
    </w:p>
    <w:p>
      <w:pPr>
        <w:spacing w:before="0" w:after="80" w:line="300" w:lineRule="auto"/>
        <w:jc w:val="left"/>
      </w:pPr>
      <w:r>
        <w:rPr>
          <w:rFonts w:ascii="Times New Roman" w:hAnsi="Times New Roman" w:eastAsia="宋体"/>
          <w:b w:val="0"/>
          <w:i w:val="0"/>
          <w:color w:val="333333"/>
          <w:sz w:val="19"/>
        </w:rPr>
        <w:t>=6:3=2:1.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写 N=5k。从一端开始，将红球的可能位置编号为 0,1,…,5k，共有 5k+1 个等可能位置。</w:t>
      </w:r>
    </w:p>
    <w:p>
      <w:pPr>
        <w:spacing w:before="0" w:after="80" w:line="300" w:lineRule="auto"/>
        <w:jc w:val="left"/>
      </w:pPr>
      <w:r>
        <w:rPr>
          <w:rFonts w:ascii="Times New Roman" w:hAnsi="Times New Roman" w:eastAsia="宋体"/>
          <w:b w:val="0"/>
          <w:i w:val="0"/>
          <w:sz w:val="21"/>
        </w:rPr>
        <w:t>红球两侧的绿球都少于 3/5 的情形，恰好对应红球位于 2k+1,2k+2,…,3k-1 中的某个位置，共有 k-1 个。因此</w:t>
      </w:r>
    </w:p>
    <w:p>
      <w:pPr>
        <w:spacing w:before="0" w:after="80" w:line="300" w:lineRule="auto"/>
        <w:jc w:val="left"/>
      </w:pPr>
      <w:r>
        <w:rPr>
          <w:rFonts w:ascii="Times New Roman" w:hAnsi="Times New Roman" w:eastAsia="宋体"/>
          <w:b w:val="0"/>
          <w:i w:val="0"/>
          <w:sz w:val="21"/>
        </w:rPr>
        <w:t>P(N)=1-k-1/5k+1=4k+2/5k+1。</w:t>
      </w:r>
    </w:p>
    <w:p>
      <w:pPr>
        <w:spacing w:before="0" w:after="80" w:line="300" w:lineRule="auto"/>
        <w:jc w:val="left"/>
      </w:pPr>
      <w:r>
        <w:rPr>
          <w:rFonts w:ascii="Times New Roman" w:hAnsi="Times New Roman" w:eastAsia="宋体"/>
          <w:b w:val="0"/>
          <w:i w:val="0"/>
          <w:sz w:val="21"/>
        </w:rPr>
        <w:t>解不等式 4k+2/5k+1&lt;321/400，得到 400(4k+2)&lt; 321(5k+1)，即 1600k+800&lt; 1605k+321，所以 5k&gt; 479，也就是 k&gt; 95.8。因此 k=96、N=480，其各位数字之和为 4+8+0=12。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N=5k. Number the positions of the red ball 0,1,…,5k from one end; there are 5k+1 equally likely positions.</w:t>
      </w:r>
    </w:p>
    <w:p>
      <w:pPr>
        <w:spacing w:before="0" w:after="80" w:line="300" w:lineRule="auto"/>
        <w:jc w:val="left"/>
      </w:pPr>
      <w:r>
        <w:rPr>
          <w:rFonts w:ascii="Times New Roman" w:hAnsi="Times New Roman" w:eastAsia="宋体"/>
          <w:b w:val="0"/>
          <w:i w:val="0"/>
          <w:color w:val="333333"/>
          <w:sz w:val="19"/>
        </w:rPr>
        <w:t>Fewer than 3/5 of the green balls lie on each side exactly when the red ball is in one of the positions 2k+1,2k+2,…,3k-1, which is k-1 positions. Hence</w:t>
      </w:r>
    </w:p>
    <w:p>
      <w:pPr>
        <w:spacing w:before="0" w:after="80" w:line="300" w:lineRule="auto"/>
        <w:jc w:val="left"/>
      </w:pPr>
      <w:r>
        <w:rPr>
          <w:rFonts w:ascii="Times New Roman" w:hAnsi="Times New Roman" w:eastAsia="宋体"/>
          <w:b w:val="0"/>
          <w:i w:val="0"/>
          <w:color w:val="333333"/>
          <w:sz w:val="19"/>
        </w:rPr>
        <w:t>P(N)=1-k-1/5k+1=4k+2/5k+1.</w:t>
      </w:r>
    </w:p>
    <w:p>
      <w:pPr>
        <w:spacing w:before="0" w:after="80" w:line="300" w:lineRule="auto"/>
        <w:jc w:val="left"/>
      </w:pPr>
      <w:r>
        <w:rPr>
          <w:rFonts w:ascii="Times New Roman" w:hAnsi="Times New Roman" w:eastAsia="宋体"/>
          <w:b w:val="0"/>
          <w:i w:val="0"/>
          <w:color w:val="333333"/>
          <w:sz w:val="19"/>
        </w:rPr>
        <w:t>Solving 4k+2/5k+1&lt;321/400 gives 400(4k+2)&lt; 321(5k+1), so 1600k+800&lt; 1605k+321 and 5k&gt; 479, meaning k&gt; 95.8. Thus k=96 and N=480, whose digit sum is 4+8+0=12.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每个顶点属于 3 个面，所以 6S=3(1+2+⋯+8)=108，从而每个面的和为 S=18。</w:t>
      </w:r>
    </w:p>
    <w:p>
      <w:pPr>
        <w:spacing w:before="0" w:after="80" w:line="300" w:lineRule="auto"/>
        <w:jc w:val="left"/>
      </w:pPr>
      <w:r>
        <w:rPr>
          <w:rFonts w:ascii="Times New Roman" w:hAnsi="Times New Roman" w:eastAsia="宋体"/>
          <w:b w:val="0"/>
          <w:i w:val="0"/>
          <w:sz w:val="21"/>
        </w:rPr>
        <w:t>包含 1 且和为 18 的四元子集是 {1,2,7,8}，{1,3,6,8}，{1,4,5,8}，和 {1,4,6,7}。其中只有一个不含 8，所以经过 1 的三个不同面中至少有两个包含 8。立方体的两个顶点恰好在相邻时才共同位于两个面上；因此 1 和 8 相邻。</w:t>
      </w:r>
    </w:p>
    <w:p>
      <w:pPr>
        <w:spacing w:before="0" w:after="80" w:line="300" w:lineRule="auto"/>
        <w:jc w:val="left"/>
      </w:pPr>
      <w:r>
        <w:rPr>
          <w:rFonts w:ascii="Times New Roman" w:hAnsi="Times New Roman" w:eastAsia="宋体"/>
          <w:b w:val="0"/>
          <w:i w:val="0"/>
          <w:sz w:val="21"/>
        </w:rPr>
        <w:t>旋转立方体，使 1 位于左下前顶点，8 位于右下前顶点。经过 1 而不含 8 的唯一一个面必须放置 4,6,7，它们有 3!=6 种排列。每种排列都会迫使 5,3,2 位于三个相对顶点，其余各面的和也都为 18。因此共有 6 种标法。</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vertex belongs to 3 faces, so 6S=3(1+2+⋯+8)=108, giving each face-sum S=18.</w:t>
      </w:r>
    </w:p>
    <w:p>
      <w:pPr>
        <w:spacing w:before="0" w:after="80" w:line="300" w:lineRule="auto"/>
        <w:jc w:val="left"/>
      </w:pPr>
      <w:r>
        <w:rPr>
          <w:rFonts w:ascii="Times New Roman" w:hAnsi="Times New Roman" w:eastAsia="宋体"/>
          <w:b w:val="0"/>
          <w:i w:val="0"/>
          <w:color w:val="333333"/>
          <w:sz w:val="19"/>
        </w:rPr>
        <w:t>The four-element subsets containing 1 with sum 18 are {1,2,7,8}, {1,3,6,8}, {1,4,5,8}, and {1,4,6,7}. Only one omits 8, so at least two of the three distinct faces through 1 contain 8. Two vertices of a cube lie on two common faces exactly when they are adjacent; hence 1 and 8 are adjacent.</w:t>
      </w:r>
    </w:p>
    <w:p>
      <w:pPr>
        <w:spacing w:before="0" w:after="80" w:line="300" w:lineRule="auto"/>
        <w:jc w:val="left"/>
      </w:pPr>
      <w:r>
        <w:rPr>
          <w:rFonts w:ascii="Times New Roman" w:hAnsi="Times New Roman" w:eastAsia="宋体"/>
          <w:b w:val="0"/>
          <w:i w:val="0"/>
          <w:color w:val="333333"/>
          <w:sz w:val="19"/>
        </w:rPr>
        <w:t>Rotate the cube so that 1 is at the lower-left-front vertex and 8 at the lower-right-front vertex. The unique face through 1 that does not contain 8 must use 4,6,7, and these can be placed in 3!=6 orders. Each order forces 5,3,2 at the three opposite vertices, and the remaining face sums are then 18. Hence there are 6 arrangements.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三个圆心到直线 l 的高度分别为 1、2、3。由于圆 Q 与圆 P 外切，PQ=3，所以水平距离为 P'Q'=√(3²-1²)=√(8)。同理，圆 Q 与圆 R 外切，QR=5，所以 Q'R'=√(5²-1²)=√(24)。</w:t>
      </w:r>
    </w:p>
    <w:p>
      <w:pPr>
        <w:spacing w:before="0" w:after="80" w:line="300" w:lineRule="auto"/>
        <w:jc w:val="left"/>
      </w:pPr>
      <w:r>
        <w:rPr>
          <w:rFonts w:ascii="Times New Roman" w:hAnsi="Times New Roman" w:eastAsia="宋体"/>
          <w:b w:val="0"/>
          <w:i w:val="0"/>
          <w:sz w:val="21"/>
        </w:rPr>
        <w:t>取 P=(0,1)、Q=(√(8),2)、R=(√(8)+√(24),3)。由鞋带公式，面积为</w:t>
      </w:r>
    </w:p>
    <w:p>
      <w:pPr>
        <w:spacing w:before="0" w:after="80" w:line="300" w:lineRule="auto"/>
        <w:jc w:val="left"/>
      </w:pPr>
      <w:r>
        <w:rPr>
          <w:rFonts w:ascii="Times New Roman" w:hAnsi="Times New Roman" w:eastAsia="宋体"/>
          <w:b w:val="0"/>
          <w:i w:val="0"/>
          <w:sz w:val="21"/>
        </w:rPr>
        <w:t>small 1/2|√(8)(3-1)+(√(8)+√(24))(1-2)|</w:t>
      </w:r>
    </w:p>
    <w:p>
      <w:pPr>
        <w:spacing w:before="0" w:after="80" w:line="300" w:lineRule="auto"/>
        <w:jc w:val="left"/>
      </w:pPr>
      <w:r>
        <w:rPr>
          <w:rFonts w:ascii="Times New Roman" w:hAnsi="Times New Roman" w:eastAsia="宋体"/>
          <w:b w:val="0"/>
          <w:i w:val="0"/>
          <w:sz w:val="21"/>
        </w:rPr>
        <w:t>=1/2(√(24)-√(8))</w:t>
      </w:r>
    </w:p>
    <w:p>
      <w:pPr>
        <w:spacing w:before="0" w:after="80" w:line="300" w:lineRule="auto"/>
        <w:jc w:val="left"/>
      </w:pPr>
      <w:r>
        <w:rPr>
          <w:rFonts w:ascii="Times New Roman" w:hAnsi="Times New Roman" w:eastAsia="宋体"/>
          <w:b w:val="0"/>
          <w:i w:val="0"/>
          <w:sz w:val="21"/>
        </w:rPr>
        <w:t>=√(6)-√(2)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lie at heights 1, 2, and 3 above line l. Since circle Q is externally tangent to circle P, we have PQ=3, so the horizontal distance is P'Q'=√(3²-1²)=√(8). Since circle Q is tangent to circle R, we have QR=5, so Q'R'=√(5²-1²)=√(24).</w:t>
      </w:r>
    </w:p>
    <w:p>
      <w:pPr>
        <w:spacing w:before="0" w:after="80" w:line="300" w:lineRule="auto"/>
        <w:jc w:val="left"/>
      </w:pPr>
      <w:r>
        <w:rPr>
          <w:rFonts w:ascii="Times New Roman" w:hAnsi="Times New Roman" w:eastAsia="宋体"/>
          <w:b w:val="0"/>
          <w:i w:val="0"/>
          <w:color w:val="333333"/>
          <w:sz w:val="19"/>
        </w:rPr>
        <w:t>Place P=(0,1), Q=(√(8),2), and R=(√(8)+√(24),3). By the shoelace formula, the area is</w:t>
      </w:r>
    </w:p>
    <w:p>
      <w:pPr>
        <w:spacing w:before="0" w:after="80" w:line="300" w:lineRule="auto"/>
        <w:jc w:val="left"/>
      </w:pPr>
      <w:r>
        <w:rPr>
          <w:rFonts w:ascii="Times New Roman" w:hAnsi="Times New Roman" w:eastAsia="宋体"/>
          <w:b w:val="0"/>
          <w:i w:val="0"/>
          <w:color w:val="333333"/>
          <w:sz w:val="19"/>
        </w:rPr>
        <w:t>small 1/2|√(8)(3-1)+(√(8)+√(24))(1-2)|</w:t>
      </w:r>
    </w:p>
    <w:p>
      <w:pPr>
        <w:spacing w:before="0" w:after="80" w:line="300" w:lineRule="auto"/>
        <w:jc w:val="left"/>
      </w:pPr>
      <w:r>
        <w:rPr>
          <w:rFonts w:ascii="Times New Roman" w:hAnsi="Times New Roman" w:eastAsia="宋体"/>
          <w:b w:val="0"/>
          <w:i w:val="0"/>
          <w:color w:val="333333"/>
          <w:sz w:val="19"/>
        </w:rPr>
        <w:t>=1/2(√(24)-√(8))</w:t>
      </w:r>
    </w:p>
    <w:p>
      <w:pPr>
        <w:spacing w:before="0" w:after="80" w:line="300" w:lineRule="auto"/>
        <w:jc w:val="left"/>
      </w:pPr>
      <w:r>
        <w:rPr>
          <w:rFonts w:ascii="Times New Roman" w:hAnsi="Times New Roman" w:eastAsia="宋体"/>
          <w:b w:val="0"/>
          <w:i w:val="0"/>
          <w:color w:val="333333"/>
          <w:sz w:val="19"/>
        </w:rPr>
        <w:t>=√(6)-√(2).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令 u=log₃ x，则 logₓ 3=1/u，log_(1/3)x=-u，且 logₓ1/3=-1/u。两条图像相交时，u,1/u,-u,-1/u 中有两个相等，并且对应的 x&gt; 0 有效。</w:t>
      </w:r>
    </w:p>
    <w:p>
      <w:pPr>
        <w:spacing w:before="0" w:after="80" w:line="300" w:lineRule="auto"/>
        <w:jc w:val="left"/>
      </w:pPr>
      <w:r>
        <w:rPr>
          <w:rFonts w:ascii="Times New Roman" w:hAnsi="Times New Roman" w:eastAsia="宋体"/>
          <w:b w:val="0"/>
          <w:i w:val="0"/>
          <w:sz w:val="21"/>
        </w:rPr>
        <w:t>令 u=1/u 得 u=±1，所以 x=3 或 x=1/3；令 -u=-1/u 得到同样的值。令 u=-u 得 u=0，即 x=1，此时 log₃ x 与 log_(1/3)x 都等于 0。其余配对没有实数解。</w:t>
      </w:r>
    </w:p>
    <w:p>
      <w:pPr>
        <w:spacing w:before="0" w:after="80" w:line="300" w:lineRule="auto"/>
        <w:jc w:val="left"/>
      </w:pPr>
      <w:r>
        <w:rPr>
          <w:rFonts w:ascii="Times New Roman" w:hAnsi="Times New Roman" w:eastAsia="宋体"/>
          <w:b w:val="0"/>
          <w:i w:val="0"/>
          <w:sz w:val="21"/>
        </w:rPr>
        <w:t>不同交点为 (1,0)、(3,1)、(1/3,-1)、(3,-1) 和 (1/3,1)，所以共有 5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u=log₃ x. Then logₓ 3=1/u, log_(1/3)x=-u, and logₓ1/3=-1/u. Two graphs meet where two of u,1/u,-u,-1/u are equal for some valid x&gt; 0.</w:t>
      </w:r>
    </w:p>
    <w:p>
      <w:pPr>
        <w:spacing w:before="0" w:after="80" w:line="300" w:lineRule="auto"/>
        <w:jc w:val="left"/>
      </w:pPr>
      <w:r>
        <w:rPr>
          <w:rFonts w:ascii="Times New Roman" w:hAnsi="Times New Roman" w:eastAsia="宋体"/>
          <w:b w:val="0"/>
          <w:i w:val="0"/>
          <w:color w:val="333333"/>
          <w:sz w:val="19"/>
        </w:rPr>
        <w:t>Setting u=1/u gives u=±1, so x=3 or x=1/3; setting -u=-1/u gives the same values. Setting u=-u gives u=0, i.e. x=1, where log₃ x and log_(1/3)x are both 0. The remaining pairings have no real solution.</w:t>
      </w:r>
    </w:p>
    <w:p>
      <w:pPr>
        <w:spacing w:before="0" w:after="80" w:line="300" w:lineRule="auto"/>
        <w:jc w:val="left"/>
      </w:pPr>
      <w:r>
        <w:rPr>
          <w:rFonts w:ascii="Times New Roman" w:hAnsi="Times New Roman" w:eastAsia="宋体"/>
          <w:b w:val="0"/>
          <w:i w:val="0"/>
          <w:color w:val="333333"/>
          <w:sz w:val="19"/>
        </w:rPr>
        <w:t>The distinct intersection points are (1,0), (3,1), (1/3,-1), (3,-1), and (1/3,1), so there are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设正方形 ABCD 的边长为 6。每个等边三角形的高为 3√(3)，其中心到正方形相应边的距离是该高的 1/3，即 √(3)。</w:t>
      </w:r>
    </w:p>
    <w:p>
      <w:pPr>
        <w:spacing w:before="0" w:after="80" w:line="300" w:lineRule="auto"/>
        <w:jc w:val="left"/>
      </w:pPr>
      <w:r>
        <w:rPr>
          <w:rFonts w:ascii="Times New Roman" w:hAnsi="Times New Roman" w:eastAsia="宋体"/>
          <w:b w:val="0"/>
          <w:i w:val="0"/>
          <w:sz w:val="21"/>
        </w:rPr>
        <w:t>正方形 ABCD 的对角线长为 6√(2)。正方形 EFGH 的对角线等于 ABCD 的边长加上两段长为 √(3) 的距离，即 6+2√(3)。面积比等于对角线长度之比的平方：</w:t>
      </w:r>
    </w:p>
    <w:p>
      <w:pPr>
        <w:spacing w:before="0" w:after="80" w:line="300" w:lineRule="auto"/>
        <w:jc w:val="left"/>
      </w:pPr>
      <w:r>
        <w:rPr>
          <w:rFonts w:ascii="Times New Roman" w:hAnsi="Times New Roman" w:eastAsia="宋体"/>
          <w:b w:val="0"/>
          <w:i w:val="0"/>
          <w:sz w:val="21"/>
        </w:rPr>
        <w:t>((6+2√(3))/(6√(2)))²</w:t>
      </w:r>
    </w:p>
    <w:p>
      <w:pPr>
        <w:spacing w:before="0" w:after="80" w:line="300" w:lineRule="auto"/>
        <w:jc w:val="left"/>
      </w:pPr>
      <w:r>
        <w:rPr>
          <w:rFonts w:ascii="Times New Roman" w:hAnsi="Times New Roman" w:eastAsia="宋体"/>
          <w:b w:val="0"/>
          <w:i w:val="0"/>
          <w:sz w:val="21"/>
        </w:rPr>
        <w:t>=((3+√(3))/(3√(2)))²</w:t>
      </w:r>
    </w:p>
    <w:p>
      <w:pPr>
        <w:spacing w:before="0" w:after="80" w:line="300" w:lineRule="auto"/>
        <w:jc w:val="left"/>
      </w:pPr>
      <w:r>
        <w:rPr>
          <w:rFonts w:ascii="Times New Roman" w:hAnsi="Times New Roman" w:eastAsia="宋体"/>
          <w:b w:val="0"/>
          <w:i w:val="0"/>
          <w:sz w:val="21"/>
        </w:rPr>
        <w:t>=(12+6√(3))/18</w:t>
      </w:r>
    </w:p>
    <w:p>
      <w:pPr>
        <w:spacing w:before="0" w:after="80" w:line="300" w:lineRule="auto"/>
        <w:jc w:val="left"/>
      </w:pPr>
      <w:r>
        <w:rPr>
          <w:rFonts w:ascii="Times New Roman" w:hAnsi="Times New Roman" w:eastAsia="宋体"/>
          <w:b w:val="0"/>
          <w:i w:val="0"/>
          <w:sz w:val="21"/>
        </w:rPr>
        <w:t>=(2+√(3))/3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square ABCD have side length 6. Each equilateral triangle has height 3√(3), and its center lies 1/3 of that height, namely √(3), from the square’s side.</w:t>
      </w:r>
    </w:p>
    <w:p>
      <w:pPr>
        <w:spacing w:before="0" w:after="80" w:line="300" w:lineRule="auto"/>
        <w:jc w:val="left"/>
      </w:pPr>
      <w:r>
        <w:rPr>
          <w:rFonts w:ascii="Times New Roman" w:hAnsi="Times New Roman" w:eastAsia="宋体"/>
          <w:b w:val="0"/>
          <w:i w:val="0"/>
          <w:color w:val="333333"/>
          <w:sz w:val="19"/>
        </w:rPr>
        <w:t>Square ABCD has diagonal 6√(2). Square EFGH has diagonal equal to the side of ABCD plus twice √(3), namely 6+2√(3). The area ratio is the square of the ratio of diagonals:</w:t>
      </w:r>
    </w:p>
    <w:p>
      <w:pPr>
        <w:spacing w:before="0" w:after="80" w:line="300" w:lineRule="auto"/>
        <w:jc w:val="left"/>
      </w:pPr>
      <w:r>
        <w:rPr>
          <w:rFonts w:ascii="Times New Roman" w:hAnsi="Times New Roman" w:eastAsia="宋体"/>
          <w:b w:val="0"/>
          <w:i w:val="0"/>
          <w:color w:val="333333"/>
          <w:sz w:val="19"/>
        </w:rPr>
        <w:t>((6+2√(3))/(6√(2)))²</w:t>
      </w:r>
    </w:p>
    <w:p>
      <w:pPr>
        <w:spacing w:before="0" w:after="80" w:line="300" w:lineRule="auto"/>
        <w:jc w:val="left"/>
      </w:pPr>
      <w:r>
        <w:rPr>
          <w:rFonts w:ascii="Times New Roman" w:hAnsi="Times New Roman" w:eastAsia="宋体"/>
          <w:b w:val="0"/>
          <w:i w:val="0"/>
          <w:color w:val="333333"/>
          <w:sz w:val="19"/>
        </w:rPr>
        <w:t>=((3+√(3))/(3√(2)))²</w:t>
      </w:r>
    </w:p>
    <w:p>
      <w:pPr>
        <w:spacing w:before="0" w:after="80" w:line="300" w:lineRule="auto"/>
        <w:jc w:val="left"/>
      </w:pPr>
      <w:r>
        <w:rPr>
          <w:rFonts w:ascii="Times New Roman" w:hAnsi="Times New Roman" w:eastAsia="宋体"/>
          <w:b w:val="0"/>
          <w:i w:val="0"/>
          <w:color w:val="333333"/>
          <w:sz w:val="19"/>
        </w:rPr>
        <w:t>=(12+6√(3))/18</w:t>
      </w:r>
    </w:p>
    <w:p>
      <w:pPr>
        <w:spacing w:before="0" w:after="80" w:line="300" w:lineRule="auto"/>
        <w:jc w:val="left"/>
      </w:pPr>
      <w:r>
        <w:rPr>
          <w:rFonts w:ascii="Times New Roman" w:hAnsi="Times New Roman" w:eastAsia="宋体"/>
          <w:b w:val="0"/>
          <w:i w:val="0"/>
          <w:color w:val="333333"/>
          <w:sz w:val="19"/>
        </w:rPr>
        <w:t>=(2+√(3))/3.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数 110n³ 能被三个不同的质数 2,5,11 整除。若其质因数指数为 r₁,r₂,…，则 (r₁+1)(r₂+1)⋯=110，其中 110=2·5·11。因为已经至少有三个大于 1 的因数，所以恰好只有三个，这说明没有其他质数整除 n。</w:t>
      </w:r>
    </w:p>
    <w:p>
      <w:pPr>
        <w:spacing w:before="0" w:after="80" w:line="300" w:lineRule="auto"/>
        <w:jc w:val="left"/>
      </w:pPr>
      <w:r>
        <w:rPr>
          <w:rFonts w:ascii="Times New Roman" w:hAnsi="Times New Roman" w:eastAsia="宋体"/>
          <w:b w:val="0"/>
          <w:i w:val="0"/>
          <w:sz w:val="21"/>
        </w:rPr>
        <w:t>110n³ 中的每个指数都满足 1pmod3，因此每个因数个数中的因子 rᵢ+1 都满足 2pmod3。因数 2,5,11 都具有这种形式，所以指数按某种顺序为 1,4,10。从 110 中已有的指数减去 1，再除以 3，得到 n 中的指数按某种顺序为 0,1,3。因此 n=pq³，其中不同质数 p,q 选自 2,5,11。</w:t>
      </w:r>
    </w:p>
    <w:p>
      <w:pPr>
        <w:spacing w:before="0" w:after="80" w:line="300" w:lineRule="auto"/>
        <w:jc w:val="left"/>
      </w:pPr>
      <w:r>
        <w:rPr>
          <w:rFonts w:ascii="Times New Roman" w:hAnsi="Times New Roman" w:eastAsia="宋体"/>
          <w:b w:val="0"/>
          <w:i w:val="0"/>
          <w:sz w:val="21"/>
        </w:rPr>
        <w:t>所以 n⁴ 中的指数为 4 和 12，而 81=3⁴ 引入第三个质数，因为 n 不能被 3 整除。因此 81n⁴ 的因数个数为</w:t>
      </w:r>
    </w:p>
    <w:p>
      <w:pPr>
        <w:spacing w:before="0" w:after="80" w:line="300" w:lineRule="auto"/>
        <w:jc w:val="left"/>
      </w:pPr>
      <w:r>
        <w:rPr>
          <w:rFonts w:ascii="Times New Roman" w:hAnsi="Times New Roman" w:eastAsia="宋体"/>
          <w:b w:val="0"/>
          <w:i w:val="0"/>
          <w:sz w:val="21"/>
        </w:rPr>
        <w:t>(4+1)(4+1)(12+1)</w:t>
      </w:r>
    </w:p>
    <w:p>
      <w:pPr>
        <w:spacing w:before="0" w:after="80" w:line="300" w:lineRule="auto"/>
        <w:jc w:val="left"/>
      </w:pPr>
      <w:r>
        <w:rPr>
          <w:rFonts w:ascii="Times New Roman" w:hAnsi="Times New Roman" w:eastAsia="宋体"/>
          <w:b w:val="0"/>
          <w:i w:val="0"/>
          <w:sz w:val="21"/>
        </w:rPr>
        <w:t>=5·5·13</w:t>
      </w:r>
    </w:p>
    <w:p>
      <w:pPr>
        <w:spacing w:before="0" w:after="80" w:line="300" w:lineRule="auto"/>
        <w:jc w:val="left"/>
      </w:pPr>
      <w:r>
        <w:rPr>
          <w:rFonts w:ascii="Times New Roman" w:hAnsi="Times New Roman" w:eastAsia="宋体"/>
          <w:b w:val="0"/>
          <w:i w:val="0"/>
          <w:sz w:val="21"/>
        </w:rPr>
        <w:t>=325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110n³ is divisible by the three distinct primes 2,5,11. If its prime exponents are r₁,r₂,…, then (r₁+1)(r₂+1)⋯=110, where 110=2·5·11. Because there are already at least three factors greater than 1, there are exactly three, so no other prime divides n.</w:t>
      </w:r>
    </w:p>
    <w:p>
      <w:pPr>
        <w:spacing w:before="0" w:after="80" w:line="300" w:lineRule="auto"/>
        <w:jc w:val="left"/>
      </w:pPr>
      <w:r>
        <w:rPr>
          <w:rFonts w:ascii="Times New Roman" w:hAnsi="Times New Roman" w:eastAsia="宋体"/>
          <w:b w:val="0"/>
          <w:i w:val="0"/>
          <w:color w:val="333333"/>
          <w:sz w:val="19"/>
        </w:rPr>
        <w:t>Each exponent in 110n³ is 1pmod3, so each divisor-count factor rᵢ+1 is 2pmod3. The factors 2,5,11 all have that form, so the exponents are 1,4,10 in some order. After subtracting the exponent 1 from 110 and dividing by 3, the exponents in n are 0,1,3 in some order. Thus n=pq³ for two distinct primes p,q chosen from 2,5,11.</w:t>
      </w:r>
    </w:p>
    <w:p>
      <w:pPr>
        <w:spacing w:before="0" w:after="80" w:line="300" w:lineRule="auto"/>
        <w:jc w:val="left"/>
      </w:pPr>
      <w:r>
        <w:rPr>
          <w:rFonts w:ascii="Times New Roman" w:hAnsi="Times New Roman" w:eastAsia="宋体"/>
          <w:b w:val="0"/>
          <w:i w:val="0"/>
          <w:color w:val="333333"/>
          <w:sz w:val="19"/>
        </w:rPr>
        <w:t>Consequently n⁴ has exponents 4 and 12, while 81=3⁴ introduces a third prime because n is not divisible by 3. Hence the number of divisors of 81n⁴ is</w:t>
      </w:r>
    </w:p>
    <w:p>
      <w:pPr>
        <w:spacing w:before="0" w:after="80" w:line="300" w:lineRule="auto"/>
        <w:jc w:val="left"/>
      </w:pPr>
      <w:r>
        <w:rPr>
          <w:rFonts w:ascii="Times New Roman" w:hAnsi="Times New Roman" w:eastAsia="宋体"/>
          <w:b w:val="0"/>
          <w:i w:val="0"/>
          <w:color w:val="333333"/>
          <w:sz w:val="19"/>
        </w:rPr>
        <w:t>(4+1)(4+1)(12+1)</w:t>
      </w:r>
    </w:p>
    <w:p>
      <w:pPr>
        <w:spacing w:before="0" w:after="80" w:line="300" w:lineRule="auto"/>
        <w:jc w:val="left"/>
      </w:pPr>
      <w:r>
        <w:rPr>
          <w:rFonts w:ascii="Times New Roman" w:hAnsi="Times New Roman" w:eastAsia="宋体"/>
          <w:b w:val="0"/>
          <w:i w:val="0"/>
          <w:color w:val="333333"/>
          <w:sz w:val="19"/>
        </w:rPr>
        <w:t>=5·5·13</w:t>
      </w:r>
    </w:p>
    <w:p>
      <w:pPr>
        <w:spacing w:before="0" w:after="80" w:line="300" w:lineRule="auto"/>
        <w:jc w:val="left"/>
      </w:pPr>
      <w:r>
        <w:rPr>
          <w:rFonts w:ascii="Times New Roman" w:hAnsi="Times New Roman" w:eastAsia="宋体"/>
          <w:b w:val="0"/>
          <w:i w:val="0"/>
          <w:color w:val="333333"/>
          <w:sz w:val="19"/>
        </w:rPr>
        <w:t>=325.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统计 8 次投掷中累计总和达到过 4 的序列数。如果反面至多出现 2 次，他一定能达到 4，贡献</w:t>
      </w:r>
    </w:p>
    <w:p>
      <w:pPr>
        <w:spacing w:before="0" w:after="80" w:line="300" w:lineRule="auto"/>
        <w:jc w:val="left"/>
      </w:pPr>
      <w:r>
        <w:rPr>
          <w:rFonts w:ascii="Times New Roman" w:hAnsi="Times New Roman" w:eastAsia="宋体"/>
          <w:b w:val="0"/>
          <w:i w:val="0"/>
          <w:sz w:val="21"/>
        </w:rPr>
        <w:t>C(8, 0)+C(8, 1)+C(8, 2)</w:t>
      </w:r>
    </w:p>
    <w:p>
      <w:pPr>
        <w:spacing w:before="0" w:after="80" w:line="300" w:lineRule="auto"/>
        <w:jc w:val="left"/>
      </w:pPr>
      <w:r>
        <w:rPr>
          <w:rFonts w:ascii="Times New Roman" w:hAnsi="Times New Roman" w:eastAsia="宋体"/>
          <w:b w:val="0"/>
          <w:i w:val="0"/>
          <w:sz w:val="21"/>
        </w:rPr>
        <w:t>=1+8+28</w:t>
      </w:r>
    </w:p>
    <w:p>
      <w:pPr>
        <w:spacing w:before="0" w:after="80" w:line="300" w:lineRule="auto"/>
        <w:jc w:val="left"/>
      </w:pPr>
      <w:r>
        <w:rPr>
          <w:rFonts w:ascii="Times New Roman" w:hAnsi="Times New Roman" w:eastAsia="宋体"/>
          <w:b w:val="0"/>
          <w:i w:val="0"/>
          <w:sz w:val="21"/>
        </w:rPr>
        <w:t>=37</w:t>
      </w:r>
    </w:p>
    <w:p>
      <w:pPr>
        <w:spacing w:before="0" w:after="80" w:line="300" w:lineRule="auto"/>
        <w:jc w:val="left"/>
      </w:pPr>
      <w:r>
        <w:rPr>
          <w:rFonts w:ascii="Times New Roman" w:hAnsi="Times New Roman" w:eastAsia="宋体"/>
          <w:b w:val="0"/>
          <w:i w:val="0"/>
          <w:sz w:val="21"/>
        </w:rPr>
        <w:t>个序列。</w:t>
      </w:r>
    </w:p>
    <w:p>
      <w:pPr>
        <w:spacing w:before="0" w:after="80" w:line="300" w:lineRule="auto"/>
        <w:jc w:val="left"/>
      </w:pPr>
      <w:r>
        <w:rPr>
          <w:rFonts w:ascii="Times New Roman" w:hAnsi="Times New Roman" w:eastAsia="宋体"/>
          <w:b w:val="0"/>
          <w:i w:val="0"/>
          <w:sz w:val="21"/>
        </w:rPr>
        <w:t>恰有 3 次反面时，他只能在第 4 次或第 6 次投掷首次达到 4。要在第 4 次达到，前四次必须全为正面，之后剩下的那个正面有 4 个可能位置。否则第 5 和第 6 次是正面，前四次中有一次反面，最后两次是反面，同样有 4 种可能。因此这一情形贡献 8 个序列。恰有 4 次反面时，只有 HHHHTTTT 可行，贡献 1 个序列。正面少于 4 次时不可能达到 4。</w:t>
      </w:r>
    </w:p>
    <w:p>
      <w:pPr>
        <w:spacing w:before="0" w:after="80" w:line="300" w:lineRule="auto"/>
        <w:jc w:val="left"/>
      </w:pPr>
      <w:r>
        <w:rPr>
          <w:rFonts w:ascii="Times New Roman" w:hAnsi="Times New Roman" w:eastAsia="宋体"/>
          <w:b w:val="0"/>
          <w:i w:val="0"/>
          <w:sz w:val="21"/>
        </w:rPr>
        <w:t>所以有利序列共有 37+8+1=46 个，全部序列有 2⁸=256 个，概率为 46/256=23/128。因此 a+b=23+128=151。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 the sequences of 8 tosses whose running total reaches 4. With at most 2 tails he certainly reaches 4, contributing</w:t>
      </w:r>
    </w:p>
    <w:p>
      <w:pPr>
        <w:spacing w:before="0" w:after="80" w:line="300" w:lineRule="auto"/>
        <w:jc w:val="left"/>
      </w:pPr>
      <w:r>
        <w:rPr>
          <w:rFonts w:ascii="Times New Roman" w:hAnsi="Times New Roman" w:eastAsia="宋体"/>
          <w:b w:val="0"/>
          <w:i w:val="0"/>
          <w:color w:val="333333"/>
          <w:sz w:val="19"/>
        </w:rPr>
        <w:t>C(8, 0)+C(8, 1)+C(8, 2)</w:t>
      </w:r>
    </w:p>
    <w:p>
      <w:pPr>
        <w:spacing w:before="0" w:after="80" w:line="300" w:lineRule="auto"/>
        <w:jc w:val="left"/>
      </w:pPr>
      <w:r>
        <w:rPr>
          <w:rFonts w:ascii="Times New Roman" w:hAnsi="Times New Roman" w:eastAsia="宋体"/>
          <w:b w:val="0"/>
          <w:i w:val="0"/>
          <w:color w:val="333333"/>
          <w:sz w:val="19"/>
        </w:rPr>
        <w:t>=1+8+28</w:t>
      </w:r>
    </w:p>
    <w:p>
      <w:pPr>
        <w:spacing w:before="0" w:after="80" w:line="300" w:lineRule="auto"/>
        <w:jc w:val="left"/>
      </w:pPr>
      <w:r>
        <w:rPr>
          <w:rFonts w:ascii="Times New Roman" w:hAnsi="Times New Roman" w:eastAsia="宋体"/>
          <w:b w:val="0"/>
          <w:i w:val="0"/>
          <w:color w:val="333333"/>
          <w:sz w:val="19"/>
        </w:rPr>
        <w:t>=37</w:t>
      </w:r>
    </w:p>
    <w:p>
      <w:pPr>
        <w:spacing w:before="0" w:after="80" w:line="300" w:lineRule="auto"/>
        <w:jc w:val="left"/>
      </w:pPr>
      <w:r>
        <w:rPr>
          <w:rFonts w:ascii="Times New Roman" w:hAnsi="Times New Roman" w:eastAsia="宋体"/>
          <w:b w:val="0"/>
          <w:i w:val="0"/>
          <w:color w:val="333333"/>
          <w:sz w:val="19"/>
        </w:rPr>
        <w:t>sequences.</w:t>
      </w:r>
    </w:p>
    <w:p>
      <w:pPr>
        <w:spacing w:before="0" w:after="80" w:line="300" w:lineRule="auto"/>
        <w:jc w:val="left"/>
      </w:pPr>
      <w:r>
        <w:rPr>
          <w:rFonts w:ascii="Times New Roman" w:hAnsi="Times New Roman" w:eastAsia="宋体"/>
          <w:b w:val="0"/>
          <w:i w:val="0"/>
          <w:color w:val="333333"/>
          <w:sz w:val="19"/>
        </w:rPr>
        <w:t>With exactly 3 tails, he can first reach 4 on toss 4 or toss 6. Reaching it on toss 4 requires four initial heads, after which the remaining head has 4 possible positions. Otherwise, tosses 5 and 6 are heads, one of the first four tosses is a tail, and the last two are tails, again giving 4 possibilities. Thus this case contributes 8. With exactly 4 tails, only HHHHTTTT works, giving 1. He cannot reach 4 with fewer than 4 heads.</w:t>
      </w:r>
    </w:p>
    <w:p>
      <w:pPr>
        <w:spacing w:before="0" w:after="80" w:line="300" w:lineRule="auto"/>
        <w:jc w:val="left"/>
      </w:pPr>
      <w:r>
        <w:rPr>
          <w:rFonts w:ascii="Times New Roman" w:hAnsi="Times New Roman" w:eastAsia="宋体"/>
          <w:b w:val="0"/>
          <w:i w:val="0"/>
          <w:color w:val="333333"/>
          <w:sz w:val="19"/>
        </w:rPr>
        <w:t>So there are 37+8+1=46 favorable sequences out of 2⁸=256, a probability of 46/256=23/128. Then a+b=23+128=151.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令 b=c=a，得到 adiamond 1=adiamond(adiamond a) =(adiamond a)· a=a。再令 c=b，得到 a=adiamond 1 =adiamond(bdiamond b)=(adiamond b)· b，所以 adiamond b=a/b。</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2016diamond(6diamond x)</w:t>
      </w:r>
    </w:p>
    <w:p>
      <w:pPr>
        <w:spacing w:before="0" w:after="80" w:line="300" w:lineRule="auto"/>
        <w:jc w:val="left"/>
      </w:pPr>
      <w:r>
        <w:rPr>
          <w:rFonts w:ascii="Times New Roman" w:hAnsi="Times New Roman" w:eastAsia="宋体"/>
          <w:b w:val="0"/>
          <w:i w:val="0"/>
          <w:sz w:val="21"/>
        </w:rPr>
        <w:t>=2016diamond6/x</w:t>
      </w:r>
    </w:p>
    <w:p>
      <w:pPr>
        <w:spacing w:before="0" w:after="80" w:line="300" w:lineRule="auto"/>
        <w:jc w:val="left"/>
      </w:pPr>
      <w:r>
        <w:rPr>
          <w:rFonts w:ascii="Times New Roman" w:hAnsi="Times New Roman" w:eastAsia="宋体"/>
          <w:b w:val="0"/>
          <w:i w:val="0"/>
          <w:sz w:val="21"/>
        </w:rPr>
        <w:t>=2016/(6/x)</w:t>
      </w:r>
    </w:p>
    <w:p>
      <w:pPr>
        <w:spacing w:before="0" w:after="80" w:line="300" w:lineRule="auto"/>
        <w:jc w:val="left"/>
      </w:pPr>
      <w:r>
        <w:rPr>
          <w:rFonts w:ascii="Times New Roman" w:hAnsi="Times New Roman" w:eastAsia="宋体"/>
          <w:b w:val="0"/>
          <w:i w:val="0"/>
          <w:sz w:val="21"/>
        </w:rPr>
        <w:t>=336x=100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x=100/336=25/84，且 p+q=25+84=109。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b=c=a gives adiamond 1=adiamond(adiamond a) =(adiamond a)· a=a. Then setting c=b gives a=adiamond 1 =adiamond(bdiamond b)=(adiamond b)· b, so adiamond b=a/b.</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2016diamond(6diamond x)</w:t>
      </w:r>
    </w:p>
    <w:p>
      <w:pPr>
        <w:spacing w:before="0" w:after="80" w:line="300" w:lineRule="auto"/>
        <w:jc w:val="left"/>
      </w:pPr>
      <w:r>
        <w:rPr>
          <w:rFonts w:ascii="Times New Roman" w:hAnsi="Times New Roman" w:eastAsia="宋体"/>
          <w:b w:val="0"/>
          <w:i w:val="0"/>
          <w:color w:val="333333"/>
          <w:sz w:val="19"/>
        </w:rPr>
        <w:t>=2016diamond6/x</w:t>
      </w:r>
    </w:p>
    <w:p>
      <w:pPr>
        <w:spacing w:before="0" w:after="80" w:line="300" w:lineRule="auto"/>
        <w:jc w:val="left"/>
      </w:pPr>
      <w:r>
        <w:rPr>
          <w:rFonts w:ascii="Times New Roman" w:hAnsi="Times New Roman" w:eastAsia="宋体"/>
          <w:b w:val="0"/>
          <w:i w:val="0"/>
          <w:color w:val="333333"/>
          <w:sz w:val="19"/>
        </w:rPr>
        <w:t>=2016/(6/x)</w:t>
      </w:r>
    </w:p>
    <w:p>
      <w:pPr>
        <w:spacing w:before="0" w:after="80" w:line="300" w:lineRule="auto"/>
        <w:jc w:val="left"/>
      </w:pPr>
      <w:r>
        <w:rPr>
          <w:rFonts w:ascii="Times New Roman" w:hAnsi="Times New Roman" w:eastAsia="宋体"/>
          <w:b w:val="0"/>
          <w:i w:val="0"/>
          <w:color w:val="333333"/>
          <w:sz w:val="19"/>
        </w:rPr>
        <w:t>=336x=100,</w:t>
      </w:r>
    </w:p>
    <w:p>
      <w:pPr>
        <w:spacing w:before="0" w:after="80" w:line="300" w:lineRule="auto"/>
        <w:jc w:val="left"/>
      </w:pPr>
      <w:r>
        <w:rPr>
          <w:rFonts w:ascii="Times New Roman" w:hAnsi="Times New Roman" w:eastAsia="宋体"/>
          <w:b w:val="0"/>
          <w:i w:val="0"/>
          <w:color w:val="333333"/>
          <w:sz w:val="19"/>
        </w:rPr>
        <w:t>so x=100/336=25/84 and p+q=25+84=109.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设长为 200 的边所对的圆心角为 θ，圆的半径为 R=200√(2)。对以圆心为顶点的等腰三角形应用余弦定理，得到</w:t>
      </w:r>
    </w:p>
    <w:p>
      <w:pPr>
        <w:spacing w:before="0" w:after="80" w:line="300" w:lineRule="auto"/>
        <w:jc w:val="left"/>
      </w:pPr>
      <w:r>
        <w:rPr>
          <w:rFonts w:ascii="Times New Roman" w:hAnsi="Times New Roman" w:eastAsia="宋体"/>
          <w:b w:val="0"/>
          <w:i w:val="0"/>
          <w:sz w:val="21"/>
        </w:rPr>
        <w:t>200²=2R²(1-cosθ)</w:t>
      </w:r>
    </w:p>
    <w:p>
      <w:pPr>
        <w:spacing w:before="0" w:after="80" w:line="300" w:lineRule="auto"/>
        <w:jc w:val="left"/>
      </w:pPr>
      <w:r>
        <w:rPr>
          <w:rFonts w:ascii="Times New Roman" w:hAnsi="Times New Roman" w:eastAsia="宋体"/>
          <w:b w:val="0"/>
          <w:i w:val="0"/>
          <w:sz w:val="21"/>
        </w:rPr>
        <w:t>=160000(1-cosθ)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cosθ=3/4。</w:t>
      </w:r>
    </w:p>
    <w:p>
      <w:pPr>
        <w:spacing w:before="0" w:after="80" w:line="300" w:lineRule="auto"/>
        <w:jc w:val="left"/>
      </w:pPr>
      <w:r>
        <w:rPr>
          <w:rFonts w:ascii="Times New Roman" w:hAnsi="Times New Roman" w:eastAsia="宋体"/>
          <w:b w:val="0"/>
          <w:i w:val="0"/>
          <w:sz w:val="21"/>
        </w:rPr>
        <w:t>三条相等的边占据三段圆心角均为 θ 的连续弧，所以第四段弧的圆心角为 2π-3θ。它所对的弦与圆心角为 3θ 的弦等长，并且</w:t>
      </w:r>
    </w:p>
    <w:p>
      <w:pPr>
        <w:spacing w:before="0" w:after="80" w:line="300" w:lineRule="auto"/>
        <w:jc w:val="left"/>
      </w:pPr>
      <w:r>
        <w:rPr>
          <w:rFonts w:ascii="Times New Roman" w:hAnsi="Times New Roman" w:eastAsia="宋体"/>
          <w:b w:val="0"/>
          <w:i w:val="0"/>
          <w:sz w:val="21"/>
        </w:rPr>
        <w:t>cos 3θ=4cos³θ-3cosθ</w:t>
      </w:r>
    </w:p>
    <w:p>
      <w:pPr>
        <w:spacing w:before="0" w:after="80" w:line="300" w:lineRule="auto"/>
        <w:jc w:val="left"/>
      </w:pPr>
      <w:r>
        <w:rPr>
          <w:rFonts w:ascii="Times New Roman" w:hAnsi="Times New Roman" w:eastAsia="宋体"/>
          <w:b w:val="0"/>
          <w:i w:val="0"/>
          <w:sz w:val="21"/>
        </w:rPr>
        <w:t>=4·27/64-9/4</w:t>
      </w:r>
    </w:p>
    <w:p>
      <w:pPr>
        <w:spacing w:before="0" w:after="80" w:line="300" w:lineRule="auto"/>
        <w:jc w:val="left"/>
      </w:pPr>
      <w:r>
        <w:rPr>
          <w:rFonts w:ascii="Times New Roman" w:hAnsi="Times New Roman" w:eastAsia="宋体"/>
          <w:b w:val="0"/>
          <w:i w:val="0"/>
          <w:sz w:val="21"/>
        </w:rPr>
        <w:t>=-9/16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它的长度平方为</w:t>
      </w:r>
    </w:p>
    <w:p>
      <w:pPr>
        <w:spacing w:before="0" w:after="80" w:line="300" w:lineRule="auto"/>
        <w:jc w:val="left"/>
      </w:pPr>
      <w:r>
        <w:rPr>
          <w:rFonts w:ascii="Times New Roman" w:hAnsi="Times New Roman" w:eastAsia="宋体"/>
          <w:b w:val="0"/>
          <w:i w:val="0"/>
          <w:sz w:val="21"/>
        </w:rPr>
        <w:t>2R²(1-cos 3θ)</w:t>
      </w:r>
    </w:p>
    <w:p>
      <w:pPr>
        <w:spacing w:before="0" w:after="80" w:line="300" w:lineRule="auto"/>
        <w:jc w:val="left"/>
      </w:pPr>
      <w:r>
        <w:rPr>
          <w:rFonts w:ascii="Times New Roman" w:hAnsi="Times New Roman" w:eastAsia="宋体"/>
          <w:b w:val="0"/>
          <w:i w:val="0"/>
          <w:sz w:val="21"/>
        </w:rPr>
        <w:t>=160000(1+9/16)</w:t>
      </w:r>
    </w:p>
    <w:p>
      <w:pPr>
        <w:spacing w:before="0" w:after="80" w:line="300" w:lineRule="auto"/>
        <w:jc w:val="left"/>
      </w:pPr>
      <w:r>
        <w:rPr>
          <w:rFonts w:ascii="Times New Roman" w:hAnsi="Times New Roman" w:eastAsia="宋体"/>
          <w:b w:val="0"/>
          <w:i w:val="0"/>
          <w:sz w:val="21"/>
        </w:rPr>
        <w:t>=160000·25/16</w:t>
      </w:r>
    </w:p>
    <w:p>
      <w:pPr>
        <w:spacing w:before="0" w:after="80" w:line="300" w:lineRule="auto"/>
        <w:jc w:val="left"/>
      </w:pPr>
      <w:r>
        <w:rPr>
          <w:rFonts w:ascii="Times New Roman" w:hAnsi="Times New Roman" w:eastAsia="宋体"/>
          <w:b w:val="0"/>
          <w:i w:val="0"/>
          <w:sz w:val="21"/>
        </w:rPr>
        <w:t>=250000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所以第四条边长为 500。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θ be the central angle subtending a side of length 200, with radius R=200√(2). By the law of cosines on the isosceles triangle from the center,</w:t>
      </w:r>
    </w:p>
    <w:p>
      <w:pPr>
        <w:spacing w:before="0" w:after="80" w:line="300" w:lineRule="auto"/>
        <w:jc w:val="left"/>
      </w:pPr>
      <w:r>
        <w:rPr>
          <w:rFonts w:ascii="Times New Roman" w:hAnsi="Times New Roman" w:eastAsia="宋体"/>
          <w:b w:val="0"/>
          <w:i w:val="0"/>
          <w:color w:val="333333"/>
          <w:sz w:val="19"/>
        </w:rPr>
        <w:t>200²=2R²(1-cosθ)</w:t>
      </w:r>
    </w:p>
    <w:p>
      <w:pPr>
        <w:spacing w:before="0" w:after="80" w:line="300" w:lineRule="auto"/>
        <w:jc w:val="left"/>
      </w:pPr>
      <w:r>
        <w:rPr>
          <w:rFonts w:ascii="Times New Roman" w:hAnsi="Times New Roman" w:eastAsia="宋体"/>
          <w:b w:val="0"/>
          <w:i w:val="0"/>
          <w:color w:val="333333"/>
          <w:sz w:val="19"/>
        </w:rPr>
        <w:t>=160000(1-cosθ),</w:t>
      </w:r>
    </w:p>
    <w:p>
      <w:pPr>
        <w:spacing w:before="0" w:after="80" w:line="300" w:lineRule="auto"/>
        <w:jc w:val="left"/>
      </w:pPr>
      <w:r>
        <w:rPr>
          <w:rFonts w:ascii="Times New Roman" w:hAnsi="Times New Roman" w:eastAsia="宋体"/>
          <w:b w:val="0"/>
          <w:i w:val="0"/>
          <w:color w:val="333333"/>
          <w:sz w:val="19"/>
        </w:rPr>
        <w:t>so cosθ=3/4.</w:t>
      </w:r>
    </w:p>
    <w:p>
      <w:pPr>
        <w:spacing w:before="0" w:after="80" w:line="300" w:lineRule="auto"/>
        <w:jc w:val="left"/>
      </w:pPr>
      <w:r>
        <w:rPr>
          <w:rFonts w:ascii="Times New Roman" w:hAnsi="Times New Roman" w:eastAsia="宋体"/>
          <w:b w:val="0"/>
          <w:i w:val="0"/>
          <w:color w:val="333333"/>
          <w:sz w:val="19"/>
        </w:rPr>
        <w:t>The three equal sides use three consecutive arcs of angle θ, so the fourth arc has angle 2π-3θ. Its chord has the same length as a chord with central angle 3θ, and</w:t>
      </w:r>
    </w:p>
    <w:p>
      <w:pPr>
        <w:spacing w:before="0" w:after="80" w:line="300" w:lineRule="auto"/>
        <w:jc w:val="left"/>
      </w:pPr>
      <w:r>
        <w:rPr>
          <w:rFonts w:ascii="Times New Roman" w:hAnsi="Times New Roman" w:eastAsia="宋体"/>
          <w:b w:val="0"/>
          <w:i w:val="0"/>
          <w:color w:val="333333"/>
          <w:sz w:val="19"/>
        </w:rPr>
        <w:t>cos 3θ=4cos³θ-3cosθ</w:t>
      </w:r>
    </w:p>
    <w:p>
      <w:pPr>
        <w:spacing w:before="0" w:after="80" w:line="300" w:lineRule="auto"/>
        <w:jc w:val="left"/>
      </w:pPr>
      <w:r>
        <w:rPr>
          <w:rFonts w:ascii="Times New Roman" w:hAnsi="Times New Roman" w:eastAsia="宋体"/>
          <w:b w:val="0"/>
          <w:i w:val="0"/>
          <w:color w:val="333333"/>
          <w:sz w:val="19"/>
        </w:rPr>
        <w:t>=4·27/64-9/4</w:t>
      </w:r>
    </w:p>
    <w:p>
      <w:pPr>
        <w:spacing w:before="0" w:after="80" w:line="300" w:lineRule="auto"/>
        <w:jc w:val="left"/>
      </w:pPr>
      <w:r>
        <w:rPr>
          <w:rFonts w:ascii="Times New Roman" w:hAnsi="Times New Roman" w:eastAsia="宋体"/>
          <w:b w:val="0"/>
          <w:i w:val="0"/>
          <w:color w:val="333333"/>
          <w:sz w:val="19"/>
        </w:rPr>
        <w:t>=-9/16.</w:t>
      </w:r>
    </w:p>
    <w:p>
      <w:pPr>
        <w:spacing w:before="0" w:after="80" w:line="300" w:lineRule="auto"/>
        <w:jc w:val="left"/>
      </w:pPr>
      <w:r>
        <w:rPr>
          <w:rFonts w:ascii="Times New Roman" w:hAnsi="Times New Roman" w:eastAsia="宋体"/>
          <w:b w:val="0"/>
          <w:i w:val="0"/>
          <w:color w:val="333333"/>
          <w:sz w:val="19"/>
        </w:rPr>
        <w:t>Its length squared is</w:t>
      </w:r>
    </w:p>
    <w:p>
      <w:pPr>
        <w:spacing w:before="0" w:after="80" w:line="300" w:lineRule="auto"/>
        <w:jc w:val="left"/>
      </w:pPr>
      <w:r>
        <w:rPr>
          <w:rFonts w:ascii="Times New Roman" w:hAnsi="Times New Roman" w:eastAsia="宋体"/>
          <w:b w:val="0"/>
          <w:i w:val="0"/>
          <w:color w:val="333333"/>
          <w:sz w:val="19"/>
        </w:rPr>
        <w:t>2R²(1-cos 3θ)</w:t>
      </w:r>
    </w:p>
    <w:p>
      <w:pPr>
        <w:spacing w:before="0" w:after="80" w:line="300" w:lineRule="auto"/>
        <w:jc w:val="left"/>
      </w:pPr>
      <w:r>
        <w:rPr>
          <w:rFonts w:ascii="Times New Roman" w:hAnsi="Times New Roman" w:eastAsia="宋体"/>
          <w:b w:val="0"/>
          <w:i w:val="0"/>
          <w:color w:val="333333"/>
          <w:sz w:val="19"/>
        </w:rPr>
        <w:t>=160000(1+9/16)</w:t>
      </w:r>
    </w:p>
    <w:p>
      <w:pPr>
        <w:spacing w:before="0" w:after="80" w:line="300" w:lineRule="auto"/>
        <w:jc w:val="left"/>
      </w:pPr>
      <w:r>
        <w:rPr>
          <w:rFonts w:ascii="Times New Roman" w:hAnsi="Times New Roman" w:eastAsia="宋体"/>
          <w:b w:val="0"/>
          <w:i w:val="0"/>
          <w:color w:val="333333"/>
          <w:sz w:val="19"/>
        </w:rPr>
        <w:t>=160000·25/16</w:t>
      </w:r>
    </w:p>
    <w:p>
      <w:pPr>
        <w:spacing w:before="0" w:after="80" w:line="300" w:lineRule="auto"/>
        <w:jc w:val="left"/>
      </w:pPr>
      <w:r>
        <w:rPr>
          <w:rFonts w:ascii="Times New Roman" w:hAnsi="Times New Roman" w:eastAsia="宋体"/>
          <w:b w:val="0"/>
          <w:i w:val="0"/>
          <w:color w:val="333333"/>
          <w:sz w:val="19"/>
        </w:rPr>
        <w:t>=250000,</w:t>
      </w:r>
    </w:p>
    <w:p>
      <w:pPr>
        <w:spacing w:before="0" w:after="80" w:line="300" w:lineRule="auto"/>
        <w:jc w:val="left"/>
      </w:pPr>
      <w:r>
        <w:rPr>
          <w:rFonts w:ascii="Times New Roman" w:hAnsi="Times New Roman" w:eastAsia="宋体"/>
          <w:b w:val="0"/>
          <w:i w:val="0"/>
          <w:color w:val="333333"/>
          <w:sz w:val="19"/>
        </w:rPr>
        <w:t>so the fourth side is 500.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因为 lcm(x,y)=2³·3²，且 lcm(x,z)=2³·3·5²，所以 5² 整除 z，而 x 和 y 都不能被 5 整除。同理，3² 整除 y，而 x 和 z 都不能被 3² 整除；此外，x 必须含有因子 2³。</w:t>
      </w:r>
    </w:p>
    <w:p>
      <w:pPr>
        <w:spacing w:before="0" w:after="80" w:line="300" w:lineRule="auto"/>
        <w:jc w:val="left"/>
      </w:pPr>
      <w:r>
        <w:rPr>
          <w:rFonts w:ascii="Times New Roman" w:hAnsi="Times New Roman" w:eastAsia="宋体"/>
          <w:b w:val="0"/>
          <w:i w:val="0"/>
          <w:sz w:val="21"/>
        </w:rPr>
        <w:t>写 x=2³·3^(j)、y=2ᵏ·3²、z=2ᵐ·3ⁿ·5²，最小公倍数条件要求 max(j,n)=1，且 max(k,m)=2。第一对可以取 (1,0),(0,1),(1,1)，第二对可以取 (2,0),(2,1),(2,2),(0,2),(1,2)，因此共有 3·5=15 个有序三元组。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lcm(x,y)=2³·3² and lcm(x,z)=2³·3·5², the factor 5² divides z while neither x nor y is divisible by 5. Also 3² divides y, while neither x nor z is divisible by 3², and x must have the factor 2³.</w:t>
      </w:r>
    </w:p>
    <w:p>
      <w:pPr>
        <w:spacing w:before="0" w:after="80" w:line="300" w:lineRule="auto"/>
        <w:jc w:val="left"/>
      </w:pPr>
      <w:r>
        <w:rPr>
          <w:rFonts w:ascii="Times New Roman" w:hAnsi="Times New Roman" w:eastAsia="宋体"/>
          <w:b w:val="0"/>
          <w:i w:val="0"/>
          <w:color w:val="333333"/>
          <w:sz w:val="19"/>
        </w:rPr>
        <w:t>Writing x=2³·3^(j), y=2ᵏ·3², and z=2ᵐ·3ⁿ·5², the lcm conditions require max(j,n)=1 and max(k,m)=2. The first pair can be (1,0),(0,1),(1,1), and the second can be (2,0),(2,1),(2,2),(0,2),(1,2). Thus there are 3·5=15 ordered triples.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有序三元组 (x,y,z) 填满体积为 1 的单位立方体。不能构成三角形，恰好意味着某个数大于或等于另外两个数之和。</w:t>
      </w:r>
    </w:p>
    <w:p>
      <w:pPr>
        <w:spacing w:before="0" w:after="80" w:line="300" w:lineRule="auto"/>
        <w:jc w:val="left"/>
      </w:pPr>
      <w:r>
        <w:rPr>
          <w:rFonts w:ascii="Times New Roman" w:hAnsi="Times New Roman" w:eastAsia="宋体"/>
          <w:b w:val="0"/>
          <w:i w:val="0"/>
          <w:sz w:val="21"/>
        </w:rPr>
        <w:t>区域 z≥ x+y 是一个四面体，顶点为 (0,0,0),(0,0,1),(0,1,1),(1,0,1)，体积为 1/6。类似地，区域 x≥ y+z 和 y≥ x+z 的体积也各为 1/6，而且内部互不相交。因此不能构成三角形的概率为 3·1/6=1/2，能构成三角形的概率为 1-1/2=1/2。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ordered triples (x,y,z) fill the unit cube of volume 1. They fail to form a triangle exactly when one value is at least the sum of the other two.</w:t>
      </w:r>
    </w:p>
    <w:p>
      <w:pPr>
        <w:spacing w:before="0" w:after="80" w:line="300" w:lineRule="auto"/>
        <w:jc w:val="left"/>
      </w:pPr>
      <w:r>
        <w:rPr>
          <w:rFonts w:ascii="Times New Roman" w:hAnsi="Times New Roman" w:eastAsia="宋体"/>
          <w:b w:val="0"/>
          <w:i w:val="0"/>
          <w:color w:val="333333"/>
          <w:sz w:val="19"/>
        </w:rPr>
        <w:t>The region z≥ x+y is a tetrahedron with vertices (0,0,0),(0,0,1),(0,1,1),(1,0,1) of volume 1/6. The analogous regions x≥ y+z and y≥ x+z also have volume 1/6 and have disjoint interiors. So the failure probability is 3·1/6=1/2, and the triangle probability is 1-1/2=1/2.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由韦达定理，实根 r,s,t 满足 r+s+t=a，rs+st+tr=b，且 rst=a，所以 r+s+t=rst。</w:t>
      </w:r>
    </w:p>
    <w:p>
      <w:pPr>
        <w:spacing w:before="0" w:after="80" w:line="300" w:lineRule="auto"/>
        <w:jc w:val="left"/>
      </w:pPr>
      <w:r>
        <w:rPr>
          <w:rFonts w:ascii="Times New Roman" w:hAnsi="Times New Roman" w:eastAsia="宋体"/>
          <w:b w:val="0"/>
          <w:i w:val="0"/>
          <w:sz w:val="21"/>
        </w:rPr>
        <w:t>乘积为正，说明三个根全为正，或有两个根为负。在后一种情形中，将根写成 -u,-v,w，其中 u,v,w&gt;0。和为正迫使 w&gt; u+v，于是 b=uv-w(u+v)&lt;0，矛盾。因此三个根都为正。</w:t>
      </w:r>
    </w:p>
    <w:p>
      <w:pPr>
        <w:spacing w:before="0" w:after="80" w:line="300" w:lineRule="auto"/>
        <w:jc w:val="left"/>
      </w:pPr>
      <w:r>
        <w:rPr>
          <w:rFonts w:ascii="Times New Roman" w:hAnsi="Times New Roman" w:eastAsia="宋体"/>
          <w:b w:val="0"/>
          <w:i w:val="0"/>
          <w:sz w:val="21"/>
        </w:rPr>
        <w:t>由算术平均数与几何平均数不等式，27rst≤(r+s+t)³=(rst)³，所以 a=rst≥ 3√(3)，等号成立当且仅当 r=s=t=√(3)。在这个最小的 a 下，</w:t>
      </w:r>
    </w:p>
    <w:p>
      <w:pPr>
        <w:spacing w:before="0" w:after="80" w:line="300" w:lineRule="auto"/>
        <w:jc w:val="left"/>
      </w:pPr>
      <w:r>
        <w:rPr>
          <w:rFonts w:ascii="Times New Roman" w:hAnsi="Times New Roman" w:eastAsia="宋体"/>
          <w:b w:val="0"/>
          <w:i w:val="0"/>
          <w:sz w:val="21"/>
        </w:rPr>
        <w:t>b=rs+st+tr</w:t>
      </w:r>
    </w:p>
    <w:p>
      <w:pPr>
        <w:spacing w:before="0" w:after="80" w:line="300" w:lineRule="auto"/>
        <w:jc w:val="left"/>
      </w:pPr>
      <w:r>
        <w:rPr>
          <w:rFonts w:ascii="Times New Roman" w:hAnsi="Times New Roman" w:eastAsia="宋体"/>
          <w:b w:val="0"/>
          <w:i w:val="0"/>
          <w:sz w:val="21"/>
        </w:rPr>
        <w:t>=3r²=3· 3=9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the real roots r,s,t satisfy r+s+t=a, rs+st+tr=b, and rst=a, so r+s+t=rst.</w:t>
      </w:r>
    </w:p>
    <w:p>
      <w:pPr>
        <w:spacing w:before="0" w:after="80" w:line="300" w:lineRule="auto"/>
        <w:jc w:val="left"/>
      </w:pPr>
      <w:r>
        <w:rPr>
          <w:rFonts w:ascii="Times New Roman" w:hAnsi="Times New Roman" w:eastAsia="宋体"/>
          <w:b w:val="0"/>
          <w:i w:val="0"/>
          <w:color w:val="333333"/>
          <w:sz w:val="19"/>
        </w:rPr>
        <w:t>The positive product means either all three roots are positive or two are negative. In the latter case write the roots as -u,-v,w with u,v,w&gt;0. The positive sum forces w&gt; u+v, and then b=uv-w(u+v)&lt;0, a contradiction. Hence all three roots are positive.</w:t>
      </w:r>
    </w:p>
    <w:p>
      <w:pPr>
        <w:spacing w:before="0" w:after="80" w:line="300" w:lineRule="auto"/>
        <w:jc w:val="left"/>
      </w:pPr>
      <w:r>
        <w:rPr>
          <w:rFonts w:ascii="Times New Roman" w:hAnsi="Times New Roman" w:eastAsia="宋体"/>
          <w:b w:val="0"/>
          <w:i w:val="0"/>
          <w:color w:val="333333"/>
          <w:sz w:val="19"/>
        </w:rPr>
        <w:t>By the AM-GM inequality, 27rst≤(r+s+t)³=(rst)³, so a=rst≥ 3√(3), with equality if and only if r=s=t=√(3). At this smallest a,</w:t>
      </w:r>
    </w:p>
    <w:p>
      <w:pPr>
        <w:spacing w:before="0" w:after="80" w:line="300" w:lineRule="auto"/>
        <w:jc w:val="left"/>
      </w:pPr>
      <w:r>
        <w:rPr>
          <w:rFonts w:ascii="Times New Roman" w:hAnsi="Times New Roman" w:eastAsia="宋体"/>
          <w:b w:val="0"/>
          <w:i w:val="0"/>
          <w:color w:val="333333"/>
          <w:sz w:val="19"/>
        </w:rPr>
        <w:t>b=rs+st+tr</w:t>
      </w:r>
    </w:p>
    <w:p>
      <w:pPr>
        <w:spacing w:before="0" w:after="80" w:line="300" w:lineRule="auto"/>
        <w:jc w:val="left"/>
      </w:pPr>
      <w:r>
        <w:rPr>
          <w:rFonts w:ascii="Times New Roman" w:hAnsi="Times New Roman" w:eastAsia="宋体"/>
          <w:b w:val="0"/>
          <w:i w:val="0"/>
          <w:color w:val="333333"/>
          <w:sz w:val="19"/>
        </w:rPr>
        <w:t>=3r²=3· 3=9.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取 k=2j。最小的 k+1 位完全平方数是 10ᵏ=(10^(j))²。Silvia 擦除数字后，黑板上显示的数为 ⌊ n²/10ᵏ⌋，其中 n=10^(j), 10^(j)+1,…。</w:t>
      </w:r>
    </w:p>
    <w:p>
      <w:pPr>
        <w:spacing w:before="0" w:after="80" w:line="300" w:lineRule="auto"/>
        <w:jc w:val="left"/>
      </w:pPr>
      <w:r>
        <w:rPr>
          <w:rFonts w:ascii="Times New Roman" w:hAnsi="Times New Roman" w:eastAsia="宋体"/>
          <w:b w:val="0"/>
          <w:i w:val="0"/>
          <w:sz w:val="21"/>
        </w:rPr>
        <w:t>令 M=10ᵏ。从 n 到 n+1 要出现至少为 2 的跳跃，需要 (n+1)²-n²=2n+1&gt; M，因此写 n=M/2+m，其中 m≥0。当 m=0 时跳跃只有 1，所以第一次更大的跳跃满足 m≥1。令 A=⌊ n²/M⌋，B=⌊((n+1)²)/M⌋。因为 M 能被 4 整除，</w:t>
      </w:r>
    </w:p>
    <w:p>
      <w:pPr>
        <w:spacing w:before="0" w:after="80" w:line="300" w:lineRule="auto"/>
        <w:jc w:val="left"/>
      </w:pPr>
      <w:r>
        <w:rPr>
          <w:rFonts w:ascii="Times New Roman" w:hAnsi="Times New Roman" w:eastAsia="宋体"/>
          <w:b w:val="0"/>
          <w:i w:val="0"/>
          <w:sz w:val="21"/>
        </w:rPr>
        <w:t>A=M/4+m+⌊m²/M⌋,</w:t>
      </w:r>
    </w:p>
    <w:p>
      <w:pPr>
        <w:spacing w:before="0" w:after="80" w:line="300" w:lineRule="auto"/>
        <w:jc w:val="left"/>
      </w:pPr>
      <w:r>
        <w:rPr>
          <w:rFonts w:ascii="Times New Roman" w:hAnsi="Times New Roman" w:eastAsia="宋体"/>
          <w:b w:val="0"/>
          <w:i w:val="0"/>
          <w:sz w:val="21"/>
        </w:rPr>
        <w:t>B=M/4+m+1</w:t>
      </w:r>
    </w:p>
    <w:p>
      <w:pPr>
        <w:spacing w:before="0" w:after="80" w:line="300" w:lineRule="auto"/>
        <w:jc w:val="left"/>
      </w:pPr>
      <w:r>
        <w:rPr>
          <w:rFonts w:ascii="Times New Roman" w:hAnsi="Times New Roman" w:eastAsia="宋体"/>
          <w:b w:val="0"/>
          <w:i w:val="0"/>
          <w:sz w:val="21"/>
        </w:rPr>
        <w:t>+⌊((m+1)²)/M⌋</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因此第一次至少为 2 的跳跃出现在使 m²&lt; M≤(m+1)² 成立的最小 m 处。因为 √(M)=10^(j)，所以 m=10^(j)-1。间隙之前最后显示的数是 M/4+10^(j)-1，所以最小的未出现正整数为</w:t>
      </w:r>
    </w:p>
    <w:p>
      <w:pPr>
        <w:spacing w:before="0" w:after="80" w:line="300" w:lineRule="auto"/>
        <w:jc w:val="left"/>
      </w:pPr>
      <w:r>
        <w:rPr>
          <w:rFonts w:ascii="Times New Roman" w:hAnsi="Times New Roman" w:eastAsia="宋体"/>
          <w:b w:val="0"/>
          <w:i w:val="0"/>
          <w:sz w:val="21"/>
        </w:rPr>
        <w:t>f(2j)=(10^(2j))/4+10^(j)。</w:t>
      </w:r>
    </w:p>
    <w:p>
      <w:pPr>
        <w:spacing w:before="0" w:after="80" w:line="300" w:lineRule="auto"/>
        <w:jc w:val="left"/>
      </w:pPr>
      <w:r>
        <w:rPr>
          <w:rFonts w:ascii="Times New Roman" w:hAnsi="Times New Roman" w:eastAsia="宋体"/>
          <w:b w:val="0"/>
          <w:i w:val="0"/>
          <w:sz w:val="21"/>
        </w:rPr>
        <w:t>对 j=1,…,1008 求和，得到</w:t>
      </w:r>
    </w:p>
    <w:p>
      <w:pPr>
        <w:spacing w:before="0" w:after="80" w:line="300" w:lineRule="auto"/>
        <w:jc w:val="left"/>
      </w:pPr>
      <w:r>
        <w:rPr>
          <w:rFonts w:ascii="Times New Roman" w:hAnsi="Times New Roman" w:eastAsia="宋体"/>
          <w:b w:val="0"/>
          <w:i w:val="0"/>
          <w:sz w:val="21"/>
        </w:rPr>
        <w:t>Σⱼ₌₁¹⁰⁰⁸f(2j)</w:t>
      </w:r>
    </w:p>
    <w:p>
      <w:pPr>
        <w:spacing w:before="0" w:after="80" w:line="300" w:lineRule="auto"/>
        <w:jc w:val="left"/>
      </w:pPr>
      <w:r>
        <w:rPr>
          <w:rFonts w:ascii="Times New Roman" w:hAnsi="Times New Roman" w:eastAsia="宋体"/>
          <w:b w:val="0"/>
          <w:i w:val="0"/>
          <w:sz w:val="21"/>
        </w:rPr>
        <w:t>=25Σⱼ₌₀¹⁰⁰⁷10^(2j)</w:t>
      </w:r>
    </w:p>
    <w:p>
      <w:pPr>
        <w:spacing w:before="0" w:after="80" w:line="300" w:lineRule="auto"/>
        <w:jc w:val="left"/>
      </w:pPr>
      <w:r>
        <w:rPr>
          <w:rFonts w:ascii="Times New Roman" w:hAnsi="Times New Roman" w:eastAsia="宋体"/>
          <w:b w:val="0"/>
          <w:i w:val="0"/>
          <w:sz w:val="21"/>
        </w:rPr>
        <w:t>+10Σⱼ₌₀¹⁰⁰⁷10^(j)</w:t>
      </w:r>
    </w:p>
    <w:p>
      <w:pPr>
        <w:spacing w:before="0" w:after="80" w:line="300" w:lineRule="auto"/>
        <w:jc w:val="left"/>
      </w:pPr>
      <w:r>
        <w:rPr>
          <w:rFonts w:ascii="Times New Roman" w:hAnsi="Times New Roman" w:eastAsia="宋体"/>
          <w:b w:val="0"/>
          <w:i w:val="0"/>
          <w:sz w:val="21"/>
        </w:rPr>
        <w:t>=underbrace2525⋯25_(2016位数字)</w:t>
      </w:r>
    </w:p>
    <w:p>
      <w:pPr>
        <w:spacing w:before="0" w:after="80" w:line="300" w:lineRule="auto"/>
        <w:jc w:val="left"/>
      </w:pPr>
      <w:r>
        <w:rPr>
          <w:rFonts w:ascii="Times New Roman" w:hAnsi="Times New Roman" w:eastAsia="宋体"/>
          <w:b w:val="0"/>
          <w:i w:val="0"/>
          <w:sz w:val="21"/>
        </w:rPr>
        <w:t>+underbrace111⋯10_(1009位数字)</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相加时没有进位，所以各位数字之和为 1008·(2+5) +1008· 1=1008· 8=8064。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k=2j. The smallest perfect square with k+1 digits is 10ᵏ=(10^(j))², and after Silvia erases, the numbers shown are ⌊ n²/10ᵏ⌋ for n=10^(j), 10^(j)+1,…</w:t>
      </w:r>
    </w:p>
    <w:p>
      <w:pPr>
        <w:spacing w:before="0" w:after="80" w:line="300" w:lineRule="auto"/>
        <w:jc w:val="left"/>
      </w:pPr>
      <w:r>
        <w:rPr>
          <w:rFonts w:ascii="Times New Roman" w:hAnsi="Times New Roman" w:eastAsia="宋体"/>
          <w:b w:val="0"/>
          <w:i w:val="0"/>
          <w:color w:val="333333"/>
          <w:sz w:val="19"/>
        </w:rPr>
        <w:t>Put M=10ᵏ. A jump of at least 2 from n to n+1 requires (n+1)²-n²=2n+1&gt; M, so write n=M/2+m with m≥0. The case m=0 gives a jump of only 1, so the first larger jump has m≥1. Let A=⌊ n²/M⌋ and B=⌊((n+1)²)/M⌋. Because M is divisible by 4,</w:t>
      </w:r>
    </w:p>
    <w:p>
      <w:pPr>
        <w:spacing w:before="0" w:after="80" w:line="300" w:lineRule="auto"/>
        <w:jc w:val="left"/>
      </w:pPr>
      <w:r>
        <w:rPr>
          <w:rFonts w:ascii="Times New Roman" w:hAnsi="Times New Roman" w:eastAsia="宋体"/>
          <w:b w:val="0"/>
          <w:i w:val="0"/>
          <w:color w:val="333333"/>
          <w:sz w:val="19"/>
        </w:rPr>
        <w:t>A=M/4+m+⌊m²/M⌋,</w:t>
      </w:r>
    </w:p>
    <w:p>
      <w:pPr>
        <w:spacing w:before="0" w:after="80" w:line="300" w:lineRule="auto"/>
        <w:jc w:val="left"/>
      </w:pPr>
      <w:r>
        <w:rPr>
          <w:rFonts w:ascii="Times New Roman" w:hAnsi="Times New Roman" w:eastAsia="宋体"/>
          <w:b w:val="0"/>
          <w:i w:val="0"/>
          <w:color w:val="333333"/>
          <w:sz w:val="19"/>
        </w:rPr>
        <w:t>B=M/4+m+1</w:t>
      </w:r>
    </w:p>
    <w:p>
      <w:pPr>
        <w:spacing w:before="0" w:after="80" w:line="300" w:lineRule="auto"/>
        <w:jc w:val="left"/>
      </w:pPr>
      <w:r>
        <w:rPr>
          <w:rFonts w:ascii="Times New Roman" w:hAnsi="Times New Roman" w:eastAsia="宋体"/>
          <w:b w:val="0"/>
          <w:i w:val="0"/>
          <w:color w:val="333333"/>
          <w:sz w:val="19"/>
        </w:rPr>
        <w:t>+⌊((m+1)²)/M⌋.</w:t>
      </w:r>
    </w:p>
    <w:p>
      <w:pPr>
        <w:spacing w:before="0" w:after="80" w:line="300" w:lineRule="auto"/>
        <w:jc w:val="left"/>
      </w:pPr>
      <w:r>
        <w:rPr>
          <w:rFonts w:ascii="Times New Roman" w:hAnsi="Times New Roman" w:eastAsia="宋体"/>
          <w:b w:val="0"/>
          <w:i w:val="0"/>
          <w:color w:val="333333"/>
          <w:sz w:val="19"/>
        </w:rPr>
        <w:t>Therefore the first jump of at least 2 occurs at the first m for which m²&lt; M≤(m+1)². Since √(M)=10^(j), this is m=10^(j)-1. The last displayed value before the gap is M/4+10^(j)-1, so the smallest missing integer is</w:t>
      </w:r>
    </w:p>
    <w:p>
      <w:pPr>
        <w:spacing w:before="0" w:after="80" w:line="300" w:lineRule="auto"/>
        <w:jc w:val="left"/>
      </w:pPr>
      <w:r>
        <w:rPr>
          <w:rFonts w:ascii="Times New Roman" w:hAnsi="Times New Roman" w:eastAsia="宋体"/>
          <w:b w:val="0"/>
          <w:i w:val="0"/>
          <w:color w:val="333333"/>
          <w:sz w:val="19"/>
        </w:rPr>
        <w:t>f(2j)=(10^(2j))/4+10^(j).</w:t>
      </w:r>
    </w:p>
    <w:p>
      <w:pPr>
        <w:spacing w:before="0" w:after="80" w:line="300" w:lineRule="auto"/>
        <w:jc w:val="left"/>
      </w:pPr>
      <w:r>
        <w:rPr>
          <w:rFonts w:ascii="Times New Roman" w:hAnsi="Times New Roman" w:eastAsia="宋体"/>
          <w:b w:val="0"/>
          <w:i w:val="0"/>
          <w:color w:val="333333"/>
          <w:sz w:val="19"/>
        </w:rPr>
        <w:t>Summing over j=1,…,1008,</w:t>
      </w:r>
    </w:p>
    <w:p>
      <w:pPr>
        <w:spacing w:before="0" w:after="80" w:line="300" w:lineRule="auto"/>
        <w:jc w:val="left"/>
      </w:pPr>
      <w:r>
        <w:rPr>
          <w:rFonts w:ascii="Times New Roman" w:hAnsi="Times New Roman" w:eastAsia="宋体"/>
          <w:b w:val="0"/>
          <w:i w:val="0"/>
          <w:color w:val="333333"/>
          <w:sz w:val="19"/>
        </w:rPr>
        <w:t>Σⱼ₌₁¹⁰⁰⁸f(2j)</w:t>
      </w:r>
    </w:p>
    <w:p>
      <w:pPr>
        <w:spacing w:before="0" w:after="80" w:line="300" w:lineRule="auto"/>
        <w:jc w:val="left"/>
      </w:pPr>
      <w:r>
        <w:rPr>
          <w:rFonts w:ascii="Times New Roman" w:hAnsi="Times New Roman" w:eastAsia="宋体"/>
          <w:b w:val="0"/>
          <w:i w:val="0"/>
          <w:color w:val="333333"/>
          <w:sz w:val="19"/>
        </w:rPr>
        <w:t>=25Σⱼ₌₀¹⁰⁰⁷10^(2j)</w:t>
      </w:r>
    </w:p>
    <w:p>
      <w:pPr>
        <w:spacing w:before="0" w:after="80" w:line="300" w:lineRule="auto"/>
        <w:jc w:val="left"/>
      </w:pPr>
      <w:r>
        <w:rPr>
          <w:rFonts w:ascii="Times New Roman" w:hAnsi="Times New Roman" w:eastAsia="宋体"/>
          <w:b w:val="0"/>
          <w:i w:val="0"/>
          <w:color w:val="333333"/>
          <w:sz w:val="19"/>
        </w:rPr>
        <w:t>+10Σⱼ₌₀¹⁰⁰⁷10^(j)</w:t>
      </w:r>
    </w:p>
    <w:p>
      <w:pPr>
        <w:spacing w:before="0" w:after="80" w:line="300" w:lineRule="auto"/>
        <w:jc w:val="left"/>
      </w:pPr>
      <w:r>
        <w:rPr>
          <w:rFonts w:ascii="Times New Roman" w:hAnsi="Times New Roman" w:eastAsia="宋体"/>
          <w:b w:val="0"/>
          <w:i w:val="0"/>
          <w:color w:val="333333"/>
          <w:sz w:val="19"/>
        </w:rPr>
        <w:t>=underbrace2525⋯25_(2016digits)</w:t>
      </w:r>
    </w:p>
    <w:p>
      <w:pPr>
        <w:spacing w:before="0" w:after="80" w:line="300" w:lineRule="auto"/>
        <w:jc w:val="left"/>
      </w:pPr>
      <w:r>
        <w:rPr>
          <w:rFonts w:ascii="Times New Roman" w:hAnsi="Times New Roman" w:eastAsia="宋体"/>
          <w:b w:val="0"/>
          <w:i w:val="0"/>
          <w:color w:val="333333"/>
          <w:sz w:val="19"/>
        </w:rPr>
        <w:t>+underbrace111⋯10_(1009digits).</w:t>
      </w:r>
    </w:p>
    <w:p>
      <w:pPr>
        <w:spacing w:before="0" w:after="80" w:line="300" w:lineRule="auto"/>
        <w:jc w:val="left"/>
      </w:pPr>
      <w:r>
        <w:rPr>
          <w:rFonts w:ascii="Times New Roman" w:hAnsi="Times New Roman" w:eastAsia="宋体"/>
          <w:b w:val="0"/>
          <w:i w:val="0"/>
          <w:color w:val="333333"/>
          <w:sz w:val="19"/>
        </w:rPr>
        <w:t>There are no carries, so the digit sum is 1008·(2+5) +1008· 1=1008· 8=8064.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