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2015B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2 - (-2)⁻² 的值是多少？</w:t>
      </w:r>
    </w:p>
    <w:p>
      <w:pPr>
        <w:spacing w:before="0" w:after="120" w:line="300" w:lineRule="auto"/>
      </w:pPr>
      <w:r>
        <w:rPr>
          <w:rFonts w:ascii="Times New Roman" w:hAnsi="Times New Roman" w:eastAsia="宋体"/>
          <w:b w:val="0"/>
          <w:i w:val="0"/>
          <w:sz w:val="21"/>
        </w:rPr>
        <w:t>（A）-2　　（B）1/16　　（C）7/4　　（D）9/4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 2 - (-2)⁻²?</w:t>
      </w:r>
    </w:p>
    <w:p>
      <w:pPr>
        <w:spacing w:before="0" w:after="160" w:line="300" w:lineRule="auto"/>
      </w:pPr>
      <w:r>
        <w:rPr>
          <w:rFonts w:ascii="Times New Roman" w:hAnsi="Times New Roman" w:eastAsia="宋体"/>
          <w:b w:val="0"/>
          <w:i w:val="0"/>
          <w:color w:val="333333"/>
          <w:sz w:val="19"/>
        </w:rPr>
        <w:t>(A) -2　　(B) 1/16　　(C) 7/4　　(D) 9/4　　(E) 6</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Marie 连续做三项耗时相同的任务，中间不休息。她下午 1:00 开始第一项任务，下午 2:40 完成第二项任务。她什么时候完成第三项任务？</w:t>
      </w:r>
    </w:p>
    <w:p>
      <w:pPr>
        <w:spacing w:before="0" w:after="120" w:line="300" w:lineRule="auto"/>
      </w:pPr>
      <w:r>
        <w:rPr>
          <w:rFonts w:ascii="Times New Roman" w:hAnsi="Times New Roman" w:eastAsia="宋体"/>
          <w:b w:val="0"/>
          <w:i w:val="0"/>
          <w:sz w:val="21"/>
        </w:rPr>
        <w:t>（A）下午 3:10　　（B）下午 3:30　　（C）下午 4:00　　（D）下午 4:10　　（E）下午 4:30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Marie does three equally time-consuming tasks in a row without taking breaks. She begins the first task at 1:00 PM and finishes the second task at 2:40 PM. When does she finish the third task?</w:t>
      </w:r>
    </w:p>
    <w:p>
      <w:pPr>
        <w:spacing w:before="0" w:after="160" w:line="300" w:lineRule="auto"/>
      </w:pPr>
      <w:r>
        <w:rPr>
          <w:rFonts w:ascii="Times New Roman" w:hAnsi="Times New Roman" w:eastAsia="宋体"/>
          <w:b w:val="0"/>
          <w:i w:val="0"/>
          <w:color w:val="333333"/>
          <w:sz w:val="19"/>
        </w:rPr>
        <w:t>(A) 3:10 PM　　(B) 3:30 PM　　(C) 4:00 PM　　(D) 4:10 PM　　(E) 4:30 PM</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Isaac 写下了某个整数两次，另一个整数三次。这五个数的和为 100，并且其中一个数是 28。另一个数是多少？</w:t>
      </w:r>
    </w:p>
    <w:p>
      <w:pPr>
        <w:spacing w:before="0" w:after="120" w:line="300" w:lineRule="auto"/>
      </w:pPr>
      <w:r>
        <w:rPr>
          <w:rFonts w:ascii="Times New Roman" w:hAnsi="Times New Roman" w:eastAsia="宋体"/>
          <w:b w:val="0"/>
          <w:i w:val="0"/>
          <w:sz w:val="21"/>
        </w:rPr>
        <w:t>（A）8　　（B）11　　（C）14　　（D）15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Isaac has written down one integer two times and another integer three times. The sum of the five numbers is 100, and one of the numbers is 28. What is the other number?</w:t>
      </w:r>
    </w:p>
    <w:p>
      <w:pPr>
        <w:spacing w:before="0" w:after="160" w:line="300" w:lineRule="auto"/>
      </w:pPr>
      <w:r>
        <w:rPr>
          <w:rFonts w:ascii="Times New Roman" w:hAnsi="Times New Roman" w:eastAsia="宋体"/>
          <w:b w:val="0"/>
          <w:i w:val="0"/>
          <w:color w:val="333333"/>
          <w:sz w:val="19"/>
        </w:rPr>
        <w:t>(A) 8　　(B) 11　　(C) 14　　(D) 15　　(E) 18</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David、Hikmet、Jack、Marta、Rand 和 Todd 与另外 6 人参加了一场 12 人赛跑。Rand 比 Hikmet 领先 6 个名次。Marta 比 Jack 落后 1 个名次。David 比 Hikmet 落后 2 个名次。Jack 比 Todd 落后 2 个名次。Todd 比 Rand 落后 1 个名次。Marta 得第 6 名。谁得第 8 名？</w:t>
      </w:r>
    </w:p>
    <w:p>
      <w:pPr>
        <w:spacing w:before="0" w:after="120" w:line="300" w:lineRule="auto"/>
      </w:pPr>
      <w:r>
        <w:rPr>
          <w:rFonts w:ascii="Times New Roman" w:hAnsi="Times New Roman" w:eastAsia="宋体"/>
          <w:b w:val="0"/>
          <w:i w:val="0"/>
          <w:sz w:val="21"/>
        </w:rPr>
        <w:t>（A）David　　（B）Hikmet　　（C）Jack　　（D）Rand　　（E）Todd</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David, Hikmet, Jack, Marta, Rand, and Todd were in a 12-person race with 6 other people. Rand finished 6 places ahead of Hikmet. Marta finished 1 place behind Jack. David finished 2 places behind Hikmet. Jack finished 2 places behind Todd. Todd finished 1 place behind Rand. Marta finished in 6th place. Who finished in 8th place?</w:t>
      </w:r>
    </w:p>
    <w:p>
      <w:pPr>
        <w:spacing w:before="0" w:after="160" w:line="300" w:lineRule="auto"/>
      </w:pPr>
      <w:r>
        <w:rPr>
          <w:rFonts w:ascii="Times New Roman" w:hAnsi="Times New Roman" w:eastAsia="宋体"/>
          <w:b w:val="0"/>
          <w:i w:val="0"/>
          <w:color w:val="333333"/>
          <w:sz w:val="19"/>
        </w:rPr>
        <w:t>(A) David　　(B) Hikmet　　(C) Jack　　(D) Rand　　(E) Todd</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Tigers 队在前 3 次比赛中有 2 次击败了 Sharks 队。之后他们又比赛了 N 次，最后 Sharks 队赢得了全部比赛中至少 95% 的场次。N 的最小可能值是多少？</w:t>
      </w:r>
    </w:p>
    <w:p>
      <w:pPr>
        <w:spacing w:before="0" w:after="120" w:line="300" w:lineRule="auto"/>
      </w:pPr>
      <w:r>
        <w:rPr>
          <w:rFonts w:ascii="Times New Roman" w:hAnsi="Times New Roman" w:eastAsia="宋体"/>
          <w:b w:val="0"/>
          <w:i w:val="0"/>
          <w:sz w:val="21"/>
        </w:rPr>
        <w:t>（A）35　　（B）37　　（C）39　　（D）41　　（E）43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Tigers beat the Sharks 2 out of the first 3 times they played. They then played N more times, and the Sharks ended up winning at least 95% of all the games played. What is the minimum possible value for N?</w:t>
      </w:r>
    </w:p>
    <w:p>
      <w:pPr>
        <w:spacing w:before="0" w:after="160" w:line="300" w:lineRule="auto"/>
      </w:pPr>
      <w:r>
        <w:rPr>
          <w:rFonts w:ascii="Times New Roman" w:hAnsi="Times New Roman" w:eastAsia="宋体"/>
          <w:b w:val="0"/>
          <w:i w:val="0"/>
          <w:color w:val="333333"/>
          <w:sz w:val="19"/>
        </w:rPr>
        <w:t>(A) 35　　(B) 37　　(C) 39　　(D) 41　　(E) 43</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早在 1930 年，Tillie 必须背熟从 0 × 0 到 12 × 12 的乘法表。她得到的乘法表中，行和列标有因数，表格主体是乘积。四舍五入到小数点后两位，表格主体中奇数所占的比例是多少？</w:t>
      </w:r>
    </w:p>
    <w:p>
      <w:pPr>
        <w:spacing w:before="0" w:after="120" w:line="300" w:lineRule="auto"/>
      </w:pPr>
      <w:r>
        <w:rPr>
          <w:rFonts w:ascii="Times New Roman" w:hAnsi="Times New Roman" w:eastAsia="宋体"/>
          <w:b w:val="0"/>
          <w:i w:val="0"/>
          <w:sz w:val="21"/>
        </w:rPr>
        <w:t>（A）0.21　　（B）0.25　　（C）0.46　　（D）0.50　　（E）0.75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Back in 1930, Tillie had to memorize her multiplication facts from 0 × 0 through 12 × 12. The multiplication table she was given had rows and columns labeled with the factors, and the products formed the body of the table. To the nearest hundredth, what fraction of the numbers in the body of the table are odd?</w:t>
      </w:r>
    </w:p>
    <w:p>
      <w:pPr>
        <w:spacing w:before="0" w:after="160" w:line="300" w:lineRule="auto"/>
      </w:pPr>
      <w:r>
        <w:rPr>
          <w:rFonts w:ascii="Times New Roman" w:hAnsi="Times New Roman" w:eastAsia="宋体"/>
          <w:b w:val="0"/>
          <w:i w:val="0"/>
          <w:color w:val="333333"/>
          <w:sz w:val="19"/>
        </w:rPr>
        <w:t>(A) 0.21　　(B) 0.25　　(C) 0.46　　(D) 0.50　　(E) 0.75</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一个正 15 边形有 L 条对称轴，并且使它具有旋转对称性的最小正角为 R 度。L + R 是多少？</w:t>
      </w:r>
    </w:p>
    <w:p>
      <w:pPr>
        <w:spacing w:before="0" w:after="120" w:line="300" w:lineRule="auto"/>
      </w:pPr>
      <w:r>
        <w:rPr>
          <w:rFonts w:ascii="Times New Roman" w:hAnsi="Times New Roman" w:eastAsia="宋体"/>
          <w:b w:val="0"/>
          <w:i w:val="0"/>
          <w:sz w:val="21"/>
        </w:rPr>
        <w:t>（A）24　　（B）27　　（C）32　　（D）39　　（E）54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regular 15-gon has L lines of symmetry, and the smallest positive angle for which it has rotational symmetry is R degrees. What is L + R?</w:t>
      </w:r>
    </w:p>
    <w:p>
      <w:pPr>
        <w:spacing w:before="0" w:after="160" w:line="300" w:lineRule="auto"/>
      </w:pPr>
      <w:r>
        <w:rPr>
          <w:rFonts w:ascii="Times New Roman" w:hAnsi="Times New Roman" w:eastAsia="宋体"/>
          <w:b w:val="0"/>
          <w:i w:val="0"/>
          <w:color w:val="333333"/>
          <w:sz w:val="19"/>
        </w:rPr>
        <w:t>(A) 24　　(B) 27　　(C) 32　　(D) 39　　(E) 54</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(625^(log₅ 2015))^(1/4) 的值是多少？</w:t>
      </w:r>
    </w:p>
    <w:p>
      <w:pPr>
        <w:spacing w:before="0" w:after="120" w:line="300" w:lineRule="auto"/>
      </w:pPr>
      <w:r>
        <w:rPr>
          <w:rFonts w:ascii="Times New Roman" w:hAnsi="Times New Roman" w:eastAsia="宋体"/>
          <w:b w:val="0"/>
          <w:i w:val="0"/>
          <w:sz w:val="21"/>
        </w:rPr>
        <w:t>（A）5　　（B）⁴√(2015)　　（C）625　　（D）2015　　（E）⁴√(5²⁰¹⁵)</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 (625^(log₅ 2015))^(1/4)?</w:t>
      </w:r>
    </w:p>
    <w:p>
      <w:pPr>
        <w:spacing w:before="0" w:after="160" w:line="300" w:lineRule="auto"/>
      </w:pPr>
      <w:r>
        <w:rPr>
          <w:rFonts w:ascii="Times New Roman" w:hAnsi="Times New Roman" w:eastAsia="宋体"/>
          <w:b w:val="0"/>
          <w:i w:val="0"/>
          <w:color w:val="333333"/>
          <w:sz w:val="19"/>
        </w:rPr>
        <w:t>(A) 5　　(B) ⁴√(2015)　　(C) 625　　(D) 2015　　(E) ⁴√(5²⁰¹⁵)</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Larry 和 Julius 正在玩游戏，轮流向放在台沿上的瓶子扔球。Larry 先扔。第一个把瓶子击落的人获胜。每一轮中，玩家把瓶子击落的概率都是 1/2，且与之前发生的情况相互独立。Larry 赢得游戏的概率是多少？</w:t>
      </w:r>
    </w:p>
    <w:p>
      <w:pPr>
        <w:spacing w:before="0" w:after="120" w:line="300" w:lineRule="auto"/>
      </w:pPr>
      <w:r>
        <w:rPr>
          <w:rFonts w:ascii="Times New Roman" w:hAnsi="Times New Roman" w:eastAsia="宋体"/>
          <w:b w:val="0"/>
          <w:i w:val="0"/>
          <w:sz w:val="21"/>
        </w:rPr>
        <w:t>（A）1/2　　（B）3/5　　（C）2/3　　（D）3/4　　（E）4/5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Larry and Julius are playing a game, taking turns throwing a ball at a bottle sitting on a ledge. Larry throws first. The winner is the first person to knock the bottle off the ledge. At each turn the probability that a player knocks the bottle off the ledge is 1/2, independently of what has happened before. What is the probability that Larry wins the game?</w:t>
      </w:r>
    </w:p>
    <w:p>
      <w:pPr>
        <w:spacing w:before="0" w:after="160" w:line="300" w:lineRule="auto"/>
      </w:pPr>
      <w:r>
        <w:rPr>
          <w:rFonts w:ascii="Times New Roman" w:hAnsi="Times New Roman" w:eastAsia="宋体"/>
          <w:b w:val="0"/>
          <w:i w:val="0"/>
          <w:color w:val="333333"/>
          <w:sz w:val="19"/>
        </w:rPr>
        <w:t>(A) 1/2　　(B) 3/5　　(C) 2/3　　(D) 3/4　　(E) 4/5</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有多少个互不全等的正面积整数边三角形，其周长小于 15 且既不是等边三角形，也不是等腰三角形，也不是直角三角形？</w:t>
      </w:r>
    </w:p>
    <w:p>
      <w:pPr>
        <w:spacing w:before="0" w:after="120" w:line="300" w:lineRule="auto"/>
      </w:pPr>
      <w:r>
        <w:rPr>
          <w:rFonts w:ascii="Times New Roman" w:hAnsi="Times New Roman" w:eastAsia="宋体"/>
          <w:b w:val="0"/>
          <w:i w:val="0"/>
          <w:sz w:val="21"/>
        </w:rPr>
        <w:t>（A）3　　（B）4　　（C）5　　（D）6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noncongruent integer-sided triangles with positive area and perimeter less than 15 are neither equilateral, isosceles, nor right triangles?</w:t>
      </w:r>
    </w:p>
    <w:p>
      <w:pPr>
        <w:spacing w:before="0" w:after="160" w:line="300" w:lineRule="auto"/>
      </w:pPr>
      <w:r>
        <w:rPr>
          <w:rFonts w:ascii="Times New Roman" w:hAnsi="Times New Roman" w:eastAsia="宋体"/>
          <w:b w:val="0"/>
          <w:i w:val="0"/>
          <w:color w:val="333333"/>
          <w:sz w:val="19"/>
        </w:rPr>
        <w:t>(A) 3　　(B) 4　　(C) 5　　(D) 6　　(E) 7</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直线 12x + 5y = 60 与坐标轴围成一个三角形。这个三角形三条高的长度之和是多少？</w:t>
      </w:r>
    </w:p>
    <w:p>
      <w:pPr>
        <w:spacing w:before="0" w:after="120" w:line="300" w:lineRule="auto"/>
      </w:pPr>
      <w:r>
        <w:rPr>
          <w:rFonts w:ascii="Times New Roman" w:hAnsi="Times New Roman" w:eastAsia="宋体"/>
          <w:b w:val="0"/>
          <w:i w:val="0"/>
          <w:sz w:val="21"/>
        </w:rPr>
        <w:t>（A）20　　（B）360/17　　（C）107/5　　（D）43/2　　（E）281/13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line 12x + 5y = 60 forms a triangle with the coordinate axes. What is the sum of the lengths of the altitudes of this triangle?</w:t>
      </w:r>
    </w:p>
    <w:p>
      <w:pPr>
        <w:spacing w:before="0" w:after="160" w:line="300" w:lineRule="auto"/>
      </w:pPr>
      <w:r>
        <w:rPr>
          <w:rFonts w:ascii="Times New Roman" w:hAnsi="Times New Roman" w:eastAsia="宋体"/>
          <w:b w:val="0"/>
          <w:i w:val="0"/>
          <w:color w:val="333333"/>
          <w:sz w:val="19"/>
        </w:rPr>
        <w:t>(A) 20　　(B) 360/17　　(C) 107/5　　(D) 43/2　　(E) 281/13</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设 a、b 和 c 是三个互不相同的一位数。方程 (x - a)(x - b) + (x - b)(x - c) = 0 的根的和的最大值是多少？</w:t>
      </w:r>
    </w:p>
    <w:p>
      <w:pPr>
        <w:spacing w:before="0" w:after="120" w:line="300" w:lineRule="auto"/>
      </w:pPr>
      <w:r>
        <w:rPr>
          <w:rFonts w:ascii="Times New Roman" w:hAnsi="Times New Roman" w:eastAsia="宋体"/>
          <w:b w:val="0"/>
          <w:i w:val="0"/>
          <w:sz w:val="21"/>
        </w:rPr>
        <w:t>（A）15　　（B）15.5　　（C）16　　（D）16.5　　（E）17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 and c be three distinct one-digit numbers. What is the maximum value of the sum of the roots of the equation (x - a)(x - b) + (x - b)(x - c) = 0?</w:t>
      </w:r>
    </w:p>
    <w:p>
      <w:pPr>
        <w:spacing w:before="0" w:after="160" w:line="300" w:lineRule="auto"/>
      </w:pPr>
      <w:r>
        <w:rPr>
          <w:rFonts w:ascii="Times New Roman" w:hAnsi="Times New Roman" w:eastAsia="宋体"/>
          <w:b w:val="0"/>
          <w:i w:val="0"/>
          <w:color w:val="333333"/>
          <w:sz w:val="19"/>
        </w:rPr>
        <w:t>(A) 15　　(B) 15.5　　(C) 16　　(D) 16.5　　(E) 17</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四边形 ABCD 内接于圆，且 ∠ BAC = 70°，∠ ADB = 40°，AD = 4，BC = 6。AC 是多少？</w:t>
      </w:r>
    </w:p>
    <w:p>
      <w:pPr>
        <w:spacing w:before="0" w:after="120" w:line="300" w:lineRule="auto"/>
      </w:pPr>
      <w:r>
        <w:rPr>
          <w:rFonts w:ascii="Times New Roman" w:hAnsi="Times New Roman" w:eastAsia="宋体"/>
          <w:b w:val="0"/>
          <w:i w:val="0"/>
          <w:sz w:val="21"/>
        </w:rPr>
        <w:t>（A）3 + √(5)　　（B）6　　（C）9/2√(2)　　（D）8 - √(2)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Quadrilateral ABCD is inscribed in a circle with ∠ BAC = 70°, ∠ ADB = 40°, AD = 4, and BC = 6. What is AC?</w:t>
      </w:r>
    </w:p>
    <w:p>
      <w:pPr>
        <w:spacing w:before="0" w:after="160" w:line="300" w:lineRule="auto"/>
      </w:pPr>
      <w:r>
        <w:rPr>
          <w:rFonts w:ascii="Times New Roman" w:hAnsi="Times New Roman" w:eastAsia="宋体"/>
          <w:b w:val="0"/>
          <w:i w:val="0"/>
          <w:color w:val="333333"/>
          <w:sz w:val="19"/>
        </w:rPr>
        <w:t>(A) 3 + √(5)　　(B) 6　　(C) 9/2√(2)　　(D) 8 - √(2)　　(E) 7</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一个半径为 2 的圆以 A 为圆心。一个边长为 4 的等边三角形有一个顶点在 A。位于圆内但在三角形外的区域面积，与位于三角形内但在圆外的区域面积之差是多少？</w:t>
      </w:r>
    </w:p>
    <w:p>
      <w:pPr>
        <w:spacing w:before="0" w:after="120" w:line="300" w:lineRule="auto"/>
      </w:pPr>
      <w:r>
        <w:rPr>
          <w:rFonts w:ascii="Times New Roman" w:hAnsi="Times New Roman" w:eastAsia="宋体"/>
          <w:b w:val="0"/>
          <w:i w:val="0"/>
          <w:sz w:val="21"/>
        </w:rPr>
        <w:t>（A）8 - π　　（B）π + 2　　（C）2π - (√(2))/2　　（D）4(π - √(3))　　（E）2π + (√(3))/2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of radius 2 is centered at A. An equilateral triangle with side 4 has a vertex at A. What is the difference between the area of the region that lies inside the circle but outside the triangle and the area of the region that lies inside the triangle but outside the circle?</w:t>
      </w:r>
    </w:p>
    <w:p>
      <w:pPr>
        <w:spacing w:before="0" w:after="160" w:line="300" w:lineRule="auto"/>
      </w:pPr>
      <w:r>
        <w:rPr>
          <w:rFonts w:ascii="Times New Roman" w:hAnsi="Times New Roman" w:eastAsia="宋体"/>
          <w:b w:val="0"/>
          <w:i w:val="0"/>
          <w:color w:val="333333"/>
          <w:sz w:val="19"/>
        </w:rPr>
        <w:t>(A) 8 - π　　(B) π + 2　　(C) 2π - (√(2))/2　　(D) 4(π - √(3))　　(E) 2π + (√(3))/2</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在 Rachelle 的学校，A 记 4 分，B 记 3 分，C 记 2 分，D 记 1 分。她所修四门课的 GPA 是总分除以 4。她确定自己在数学和科学两科都会得 A，并且英语和历史每科至少得 C。她认为自己英语得 A 的概率是 1/6，得 B 的概率是 1/4。历史得 A 的概率是 1/4，得 B 的概率是 1/3，且与英语成绩相互独立。Rachelle 的 GPA 至少为 3.5 的概率是多少？</w:t>
      </w:r>
    </w:p>
    <w:p>
      <w:pPr>
        <w:spacing w:before="0" w:after="120" w:line="300" w:lineRule="auto"/>
      </w:pPr>
      <w:r>
        <w:rPr>
          <w:rFonts w:ascii="Times New Roman" w:hAnsi="Times New Roman" w:eastAsia="宋体"/>
          <w:b w:val="0"/>
          <w:i w:val="0"/>
          <w:sz w:val="21"/>
        </w:rPr>
        <w:t>（A）11/72　　（B）1/6　　（C）3/16　　（D）11/24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Rachelle’s school an A counts 4 points, a B 3 points, a C 2 points, and a D 1 point. Her GPA on the four classes she is taking is computed as the total sum of points divided by 4. She is certain that she will get As in both Mathematics and Science, and at least a C in each of English and History. She thinks she has a 1/6 chance of getting an A in English, and a 1/4 chance of getting a B. In History, she has a 1/4 chance of getting an A, and a 1/3 chance of getting a B, independently of what she gets in English. What is the probability that Rachelle will get a GPA of at least 3.5?</w:t>
      </w:r>
    </w:p>
    <w:p>
      <w:pPr>
        <w:spacing w:before="0" w:after="160" w:line="300" w:lineRule="auto"/>
      </w:pPr>
      <w:r>
        <w:rPr>
          <w:rFonts w:ascii="Times New Roman" w:hAnsi="Times New Roman" w:eastAsia="宋体"/>
          <w:b w:val="0"/>
          <w:i w:val="0"/>
          <w:color w:val="333333"/>
          <w:sz w:val="19"/>
        </w:rPr>
        <w:t>(A) 11/72　　(B) 1/6　　(C) 3/16　　(D) 11/24　　(E) 1/2</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一个边长为 6 的正六边形，每条边的外侧都连接着一个等腰三角形。每个等腰三角形有两条边长为 8。将这些等腰三角形折起，形成一个以该六边形为底面的棱锥。这个棱锥的体积是多少？</w:t>
      </w:r>
    </w:p>
    <w:p>
      <w:pPr>
        <w:spacing w:before="0" w:after="120" w:line="300" w:lineRule="auto"/>
      </w:pPr>
      <w:r>
        <w:rPr>
          <w:rFonts w:ascii="Times New Roman" w:hAnsi="Times New Roman" w:eastAsia="宋体"/>
          <w:b w:val="0"/>
          <w:i w:val="0"/>
          <w:sz w:val="21"/>
        </w:rPr>
        <w:t>（A）18　　（B）162　　（C）36√(21)　　（D）18√(138)　　（E）54√(21)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regular hexagon with sides of length 6 has an isosceles triangle attached to each side. Each of these triangles has two sides of length 8. The isosceles triangles are folded to make a pyramid with the hexagon as the base of the pyramid. What is the volume of the pyramid?</w:t>
      </w:r>
    </w:p>
    <w:p>
      <w:pPr>
        <w:spacing w:before="0" w:after="160" w:line="300" w:lineRule="auto"/>
      </w:pPr>
      <w:r>
        <w:rPr>
          <w:rFonts w:ascii="Times New Roman" w:hAnsi="Times New Roman" w:eastAsia="宋体"/>
          <w:b w:val="0"/>
          <w:i w:val="0"/>
          <w:color w:val="333333"/>
          <w:sz w:val="19"/>
        </w:rPr>
        <w:t>(A) 18　　(B) 162　　(C) 36√(21)　　(D) 18√(138)　　(E) 54√(21)</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一枚不公平硬币正面朝上的概率为 1/4。当投掷 n 次时，恰好出现两次正面的概率与恰好出现三次正面的概率相同。n 的值是多少？</w:t>
      </w:r>
    </w:p>
    <w:p>
      <w:pPr>
        <w:spacing w:before="0" w:after="120" w:line="300" w:lineRule="auto"/>
      </w:pPr>
      <w:r>
        <w:rPr>
          <w:rFonts w:ascii="Times New Roman" w:hAnsi="Times New Roman" w:eastAsia="宋体"/>
          <w:b w:val="0"/>
          <w:i w:val="0"/>
          <w:sz w:val="21"/>
        </w:rPr>
        <w:t>（A）5　　（B）8　　（C）10　　（D）11　　（E）13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unfair coin lands on heads with a probability of 1/4. When tossed n times, the probability of exactly two heads is the same as the probability of exactly three heads. What is the value of n?</w:t>
      </w:r>
    </w:p>
    <w:p>
      <w:pPr>
        <w:spacing w:before="0" w:after="160" w:line="300" w:lineRule="auto"/>
      </w:pPr>
      <w:r>
        <w:rPr>
          <w:rFonts w:ascii="Times New Roman" w:hAnsi="Times New Roman" w:eastAsia="宋体"/>
          <w:b w:val="0"/>
          <w:i w:val="0"/>
          <w:color w:val="333333"/>
          <w:sz w:val="19"/>
        </w:rPr>
        <w:t>(A) 5　　(B) 8　　(C) 10　　(D) 11　　(E) 13</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对每个正合数 n，定义 r(n) 为 n 的质因数分解中各因子的和。例如，r(50) = 12，因为 50 的质因数分解是 2 · 5²，且 2 + 5 + 5 = 12。函数 r 的值域 {r(n): n 是正合数} 是什么？</w:t>
      </w:r>
    </w:p>
    <w:p>
      <w:pPr>
        <w:spacing w:before="0" w:after="120" w:line="300" w:lineRule="auto"/>
      </w:pPr>
      <w:r>
        <w:rPr>
          <w:rFonts w:ascii="Times New Roman" w:hAnsi="Times New Roman" w:eastAsia="宋体"/>
          <w:b w:val="0"/>
          <w:i w:val="0"/>
          <w:sz w:val="21"/>
        </w:rPr>
        <w:t>（A）正整数集合　　（B）合数正整数集合　　（C）偶正整数集合　　（D）大于 3 的整数集合　　（E）大于 4 的整数集合</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every composite positive integer n, define r(n) to be the sum of the factors in the prime factorization of n. For example, r(50) = 12 because the prime factorization of 50 is 2 · 5², and 2 + 5 + 5 = 12. What is the range of the function r, {r(n): n is a composite positive integer}?</w:t>
      </w:r>
    </w:p>
    <w:p>
      <w:pPr>
        <w:spacing w:before="0" w:after="160" w:line="300" w:lineRule="auto"/>
      </w:pPr>
      <w:r>
        <w:rPr>
          <w:rFonts w:ascii="Times New Roman" w:hAnsi="Times New Roman" w:eastAsia="宋体"/>
          <w:b w:val="0"/>
          <w:i w:val="0"/>
          <w:color w:val="333333"/>
          <w:sz w:val="19"/>
        </w:rPr>
        <w:t>(A) the set of positive integers　　(B) the set of composite positive integers　　(C) the set of even positive integers　　(D) the set of integers greater than 3　　(E) the set of integers greater than 4</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在 △ ABC 中，∠ C = 90° 且 AB = 12。在三角形外侧作正方形 ABXY 和 ACWZ。点 X、Y、Z 和 W 在同一个圆上。这个三角形的周长是多少？</w:t>
      </w:r>
    </w:p>
    <w:p>
      <w:pPr>
        <w:spacing w:before="0" w:after="120" w:line="300" w:lineRule="auto"/>
      </w:pPr>
      <w:r>
        <w:rPr>
          <w:rFonts w:ascii="Times New Roman" w:hAnsi="Times New Roman" w:eastAsia="宋体"/>
          <w:b w:val="0"/>
          <w:i w:val="0"/>
          <w:sz w:val="21"/>
        </w:rPr>
        <w:t>（A）12 + 9√(3)　　（B）18 + 6√(3)　　（C）12 + 12√(2)　　（D）30　　（E）32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 ABC, ∠ C = 90° and AB = 12. Squares ABXY and ACWZ are constructed outside of the triangle. The points X, Y, Z, and W lie on a circle. What is the perimeter of the triangle?</w:t>
      </w:r>
    </w:p>
    <w:p>
      <w:pPr>
        <w:spacing w:before="0" w:after="160" w:line="300" w:lineRule="auto"/>
      </w:pPr>
      <w:r>
        <w:rPr>
          <w:rFonts w:ascii="Times New Roman" w:hAnsi="Times New Roman" w:eastAsia="宋体"/>
          <w:b w:val="0"/>
          <w:i w:val="0"/>
          <w:color w:val="333333"/>
          <w:sz w:val="19"/>
        </w:rPr>
        <w:t>(A) 12 + 9√(3)　　(B) 18 + 6√(3)　　(C) 12 + 12√(2)　　(D) 30　　(E) 32</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对每个正整数 n，令 mod₅(n) 表示 n 除以 5 的余数。递归定义函数 f: {0, 1, 2, 3, …} × {0, 1, 2, 3, 4} → {0, 1, 2, 3, 4} 如下：</w:t>
      </w:r>
    </w:p>
    <w:p>
      <w:pPr>
        <w:spacing w:before="0" w:after="80" w:line="300" w:lineRule="auto"/>
        <w:jc w:val="left"/>
      </w:pPr>
      <w:r>
        <w:rPr>
          <w:rFonts w:ascii="Times New Roman" w:hAnsi="Times New Roman" w:eastAsia="宋体"/>
          <w:b w:val="0"/>
          <w:i w:val="0"/>
          <w:sz w:val="21"/>
        </w:rPr>
        <w:t>tiny f(i, j) =</w:t>
      </w:r>
    </w:p>
    <w:tbl>
      <w:tblPr>
        <w:tblW w:type="auto" w:w="0"/>
        <w:jc w:val="center"/>
        <w:tblLayout w:type="autofit"/>
        <w:tblLook w:firstColumn="1" w:firstRow="1" w:lastColumn="0" w:lastRow="0" w:noHBand="0" w:noVBand="1" w:val="04A0"/>
      </w:tblPr>
      <w:tblGrid>
        <w:gridCol w:w="4706"/>
        <w:gridCol w:w="4706"/>
      </w:tblGrid>
      <w:tr>
        <w:tc>
          <w:tcPr>
            <w:tcW w:type="dxa" w:w="4706"/>
          </w:tcPr>
          <w:p>
            <w:pPr>
              <w:spacing w:before="20" w:after="20" w:line="240" w:lineRule="auto"/>
              <w:jc w:val="center"/>
            </w:pPr>
            <w:r/>
            <w:r>
              <w:rPr>
                <w:rFonts w:ascii="Times New Roman" w:hAnsi="Times New Roman" w:eastAsia="宋体"/>
                <w:b w:val="0"/>
                <w:i w:val="0"/>
                <w:sz w:val="20"/>
              </w:rPr>
              <w:t>mod₅(j + 1)</w:t>
            </w:r>
          </w:p>
        </w:tc>
        <w:tc>
          <w:tcPr>
            <w:tcW w:type="dxa" w:w="4706"/>
          </w:tcPr>
          <w:p>
            <w:pPr>
              <w:spacing w:before="20" w:after="20" w:line="240" w:lineRule="auto"/>
              <w:jc w:val="center"/>
            </w:pPr>
            <w:r/>
            <w:r>
              <w:rPr>
                <w:rFonts w:ascii="Times New Roman" w:hAnsi="Times New Roman" w:eastAsia="宋体"/>
                <w:b w:val="0"/>
                <w:i w:val="0"/>
                <w:sz w:val="20"/>
              </w:rPr>
              <w:t>当 i = 0 且 0 ≤ j ≤ 4,</w:t>
            </w:r>
          </w:p>
        </w:tc>
      </w:tr>
      <w:tr>
        <w:tc>
          <w:tcPr>
            <w:tcW w:type="dxa" w:w="4706"/>
          </w:tcPr>
          <w:p>
            <w:pPr>
              <w:spacing w:before="20" w:after="20" w:line="240" w:lineRule="auto"/>
              <w:jc w:val="center"/>
            </w:pPr>
            <w:r/>
            <w:r>
              <w:rPr>
                <w:rFonts w:ascii="Times New Roman" w:hAnsi="Times New Roman" w:eastAsia="宋体"/>
                <w:b w:val="0"/>
                <w:i w:val="0"/>
                <w:sz w:val="20"/>
              </w:rPr>
              <w:t>f(i - 1, 1)</w:t>
            </w:r>
          </w:p>
        </w:tc>
        <w:tc>
          <w:tcPr>
            <w:tcW w:type="dxa" w:w="4706"/>
          </w:tcPr>
          <w:p>
            <w:pPr>
              <w:spacing w:before="20" w:after="20" w:line="240" w:lineRule="auto"/>
              <w:jc w:val="center"/>
            </w:pPr>
            <w:r/>
            <w:r>
              <w:rPr>
                <w:rFonts w:ascii="Times New Roman" w:hAnsi="Times New Roman" w:eastAsia="宋体"/>
                <w:b w:val="0"/>
                <w:i w:val="0"/>
                <w:sz w:val="20"/>
              </w:rPr>
              <w:t>当 i ≥ 1 且 j = 0, 且</w:t>
            </w:r>
          </w:p>
        </w:tc>
      </w:tr>
      <w:tr>
        <w:tc>
          <w:tcPr>
            <w:tcW w:type="dxa" w:w="4706"/>
          </w:tcPr>
          <w:p>
            <w:pPr>
              <w:spacing w:before="20" w:after="20" w:line="240" w:lineRule="auto"/>
              <w:jc w:val="center"/>
            </w:pPr>
            <w:r/>
            <w:r>
              <w:rPr>
                <w:rFonts w:ascii="Times New Roman" w:hAnsi="Times New Roman" w:eastAsia="宋体"/>
                <w:b w:val="0"/>
                <w:i w:val="0"/>
                <w:sz w:val="20"/>
              </w:rPr>
              <w:t>f(i - 1, f(i, j - 1))</w:t>
            </w:r>
          </w:p>
        </w:tc>
        <w:tc>
          <w:tcPr>
            <w:tcW w:type="dxa" w:w="4706"/>
          </w:tcPr>
          <w:p>
            <w:pPr>
              <w:spacing w:before="20" w:after="20" w:line="240" w:lineRule="auto"/>
              <w:jc w:val="center"/>
            </w:pPr>
            <w:r/>
            <w:r>
              <w:rPr>
                <w:rFonts w:ascii="Times New Roman" w:hAnsi="Times New Roman" w:eastAsia="宋体"/>
                <w:b w:val="0"/>
                <w:i w:val="0"/>
                <w:sz w:val="20"/>
              </w:rPr>
              <w:t>当 i ≥ 1 且 1 ≤ j ≤ 4</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f(2015, 2) 是多少？</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every positive integer n, let mod₅(n) be the remainder obtained when n is divided by 5. Define a function f: {0, 1, 2, 3, …} × {0, 1, 2, 3, 4} → {0, 1, 2, 3, 4} recursively as follows:</w:t>
      </w:r>
    </w:p>
    <w:p>
      <w:pPr>
        <w:spacing w:before="0" w:after="80" w:line="300" w:lineRule="auto"/>
        <w:jc w:val="left"/>
      </w:pPr>
      <w:r>
        <w:rPr>
          <w:rFonts w:ascii="Times New Roman" w:hAnsi="Times New Roman" w:eastAsia="宋体"/>
          <w:b w:val="0"/>
          <w:i w:val="0"/>
          <w:color w:val="333333"/>
          <w:sz w:val="19"/>
        </w:rPr>
        <w:t>tiny f(i, j) =</w:t>
      </w:r>
    </w:p>
    <w:tbl>
      <w:tblPr>
        <w:tblW w:type="auto" w:w="0"/>
        <w:jc w:val="center"/>
        <w:tblLayout w:type="autofit"/>
        <w:tblLook w:firstColumn="1" w:firstRow="1" w:lastColumn="0" w:lastRow="0" w:noHBand="0" w:noVBand="1" w:val="04A0"/>
      </w:tblPr>
      <w:tblGrid>
        <w:gridCol w:w="4706"/>
        <w:gridCol w:w="4706"/>
      </w:tblGrid>
      <w:tr>
        <w:tc>
          <w:tcPr>
            <w:tcW w:type="dxa" w:w="4706"/>
          </w:tcPr>
          <w:p>
            <w:pPr>
              <w:spacing w:before="20" w:after="20" w:line="240" w:lineRule="auto"/>
              <w:jc w:val="center"/>
            </w:pPr>
            <w:r/>
            <w:r>
              <w:rPr>
                <w:rFonts w:ascii="Times New Roman" w:hAnsi="Times New Roman" w:eastAsia="宋体"/>
                <w:b w:val="0"/>
                <w:i w:val="0"/>
                <w:color w:val="333333"/>
                <w:sz w:val="19"/>
              </w:rPr>
              <w:t>mod₅(j + 1)</w:t>
            </w:r>
          </w:p>
        </w:tc>
        <w:tc>
          <w:tcPr>
            <w:tcW w:type="dxa" w:w="4706"/>
          </w:tcPr>
          <w:p>
            <w:pPr>
              <w:spacing w:before="20" w:after="20" w:line="240" w:lineRule="auto"/>
              <w:jc w:val="center"/>
            </w:pPr>
            <w:r/>
            <w:r>
              <w:rPr>
                <w:rFonts w:ascii="Times New Roman" w:hAnsi="Times New Roman" w:eastAsia="宋体"/>
                <w:b w:val="0"/>
                <w:i w:val="0"/>
                <w:color w:val="333333"/>
                <w:sz w:val="19"/>
              </w:rPr>
              <w:t>if i = 0 and 0 ≤ j ≤ 4,</w:t>
            </w:r>
          </w:p>
        </w:tc>
      </w:tr>
      <w:tr>
        <w:tc>
          <w:tcPr>
            <w:tcW w:type="dxa" w:w="4706"/>
          </w:tcPr>
          <w:p>
            <w:pPr>
              <w:spacing w:before="20" w:after="20" w:line="240" w:lineRule="auto"/>
              <w:jc w:val="center"/>
            </w:pPr>
            <w:r/>
            <w:r>
              <w:rPr>
                <w:rFonts w:ascii="Times New Roman" w:hAnsi="Times New Roman" w:eastAsia="宋体"/>
                <w:b w:val="0"/>
                <w:i w:val="0"/>
                <w:color w:val="333333"/>
                <w:sz w:val="19"/>
              </w:rPr>
              <w:t>f(i - 1, 1)</w:t>
            </w:r>
          </w:p>
        </w:tc>
        <w:tc>
          <w:tcPr>
            <w:tcW w:type="dxa" w:w="4706"/>
          </w:tcPr>
          <w:p>
            <w:pPr>
              <w:spacing w:before="20" w:after="20" w:line="240" w:lineRule="auto"/>
              <w:jc w:val="center"/>
            </w:pPr>
            <w:r/>
            <w:r>
              <w:rPr>
                <w:rFonts w:ascii="Times New Roman" w:hAnsi="Times New Roman" w:eastAsia="宋体"/>
                <w:b w:val="0"/>
                <w:i w:val="0"/>
                <w:color w:val="333333"/>
                <w:sz w:val="19"/>
              </w:rPr>
              <w:t>if i ≥ 1 and j = 0, and</w:t>
            </w:r>
          </w:p>
        </w:tc>
      </w:tr>
      <w:tr>
        <w:tc>
          <w:tcPr>
            <w:tcW w:type="dxa" w:w="4706"/>
          </w:tcPr>
          <w:p>
            <w:pPr>
              <w:spacing w:before="20" w:after="20" w:line="240" w:lineRule="auto"/>
              <w:jc w:val="center"/>
            </w:pPr>
            <w:r/>
            <w:r>
              <w:rPr>
                <w:rFonts w:ascii="Times New Roman" w:hAnsi="Times New Roman" w:eastAsia="宋体"/>
                <w:b w:val="0"/>
                <w:i w:val="0"/>
                <w:color w:val="333333"/>
                <w:sz w:val="19"/>
              </w:rPr>
              <w:t>f(i - 1, f(i, j - 1))</w:t>
            </w:r>
          </w:p>
        </w:tc>
        <w:tc>
          <w:tcPr>
            <w:tcW w:type="dxa" w:w="4706"/>
          </w:tcPr>
          <w:p>
            <w:pPr>
              <w:spacing w:before="20" w:after="20" w:line="240" w:lineRule="auto"/>
              <w:jc w:val="center"/>
            </w:pPr>
            <w:r/>
            <w:r>
              <w:rPr>
                <w:rFonts w:ascii="Times New Roman" w:hAnsi="Times New Roman" w:eastAsia="宋体"/>
                <w:b w:val="0"/>
                <w:i w:val="0"/>
                <w:color w:val="333333"/>
                <w:sz w:val="19"/>
              </w:rPr>
              <w:t>if i ≥ 1 and 1 ≤ j ≤ 4.</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color w:val="333333"/>
          <w:sz w:val="19"/>
        </w:rPr>
        <w:t>What is f(2015, 2)?</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Cozy the Cat 和 Dash the Dog 正在爬一段有某个步数的楼梯。不过，它们不是一步一步走上去，而是跳上去。Cozy 每次跳上两级台阶（但如果有必要，它最后只会跳上最后一级）。Dash 每次跳上五级台阶（但如果剩下少于 5 级，必要时它最后会只跳完剩下的台阶）。假设 Dash 到达楼梯顶部所用的跳数比 Cozy 少 19 次。令 s 表示这段楼梯所有可能步数的和。s 的各位数字之和是多少？</w:t>
      </w:r>
    </w:p>
    <w:p>
      <w:pPr>
        <w:spacing w:before="0" w:after="120" w:line="300" w:lineRule="auto"/>
      </w:pPr>
      <w:r>
        <w:rPr>
          <w:rFonts w:ascii="Times New Roman" w:hAnsi="Times New Roman" w:eastAsia="宋体"/>
          <w:b w:val="0"/>
          <w:i w:val="0"/>
          <w:sz w:val="21"/>
        </w:rPr>
        <w:t>（A）9　　（B）11　　（C）12　　（D）13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Cozy the Cat and Dash the Dog are going up a staircase with a certain number of steps. However, instead of walking up the steps one at a time, both Cozy and Dash jump. Cozy goes two steps up with each jump (though if necessary, he will just jump the last step). Dash goes five steps up with each jump (though if necessary, he will just jump the last steps if there are fewer than 5 steps left). Suppose that Dash takes 19 fewer jumps than Cozy to reach the top of the staircase. Let s denote the sum of all possible numbers of steps this staircase can have. What is the sum of the digits of s?</w:t>
      </w:r>
    </w:p>
    <w:p>
      <w:pPr>
        <w:spacing w:before="0" w:after="160" w:line="300" w:lineRule="auto"/>
      </w:pPr>
      <w:r>
        <w:rPr>
          <w:rFonts w:ascii="Times New Roman" w:hAnsi="Times New Roman" w:eastAsia="宋体"/>
          <w:b w:val="0"/>
          <w:i w:val="0"/>
          <w:color w:val="333333"/>
          <w:sz w:val="19"/>
        </w:rPr>
        <w:t>(A) 9　　(B) 11　　(C) 12　　(D) 13　　(E) 15</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六把椅子均匀地围绕一张圆桌摆放。每把椅子上坐着一个人。每个人起身后坐到一把不是原来的椅子、也不与原来椅子相邻的椅子上，并且最后仍然每把椅子坐一个人。这样的方式有多少种？</w:t>
      </w:r>
    </w:p>
    <w:p>
      <w:pPr>
        <w:spacing w:before="0" w:after="120" w:line="300" w:lineRule="auto"/>
      </w:pPr>
      <w:r>
        <w:rPr>
          <w:rFonts w:ascii="Times New Roman" w:hAnsi="Times New Roman" w:eastAsia="宋体"/>
          <w:b w:val="0"/>
          <w:i w:val="0"/>
          <w:sz w:val="21"/>
        </w:rPr>
        <w:t>（A）14　　（B）16　　（C）18　　（D）20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Six chairs are evenly spaced around a circular table. One person is seated in each chair. Each person gets up and sits down in a chair that is not the same chair and is not adjacent to the chair he or she originally occupied, so that again one person is seated in each chair. In how many ways can this be done?</w:t>
      </w:r>
    </w:p>
    <w:p>
      <w:pPr>
        <w:spacing w:before="0" w:after="160" w:line="300" w:lineRule="auto"/>
      </w:pPr>
      <w:r>
        <w:rPr>
          <w:rFonts w:ascii="Times New Roman" w:hAnsi="Times New Roman" w:eastAsia="宋体"/>
          <w:b w:val="0"/>
          <w:i w:val="0"/>
          <w:color w:val="333333"/>
          <w:sz w:val="19"/>
        </w:rPr>
        <w:t>(A) 14　　(B) 16　　(C) 18　　(D) 20　　(E) 24</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一个长方体的尺寸为 a × b × c，其中 a，b，和 c 是整数，且 1 ≤ a ≤ b ≤ c。这个长方体的体积和表面积在数值上相等。有多少个有序三元组 (a, b, c) 是可能的？</w:t>
      </w:r>
    </w:p>
    <w:p>
      <w:pPr>
        <w:spacing w:before="0" w:after="120" w:line="300" w:lineRule="auto"/>
      </w:pPr>
      <w:r>
        <w:rPr>
          <w:rFonts w:ascii="Times New Roman" w:hAnsi="Times New Roman" w:eastAsia="宋体"/>
          <w:b w:val="0"/>
          <w:i w:val="0"/>
          <w:sz w:val="21"/>
        </w:rPr>
        <w:t>（A）4　　（B）10　　（C）12　　（D）21　　（E）26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rectangular box measures a × b × c, where a, b, and c are integers and 1 ≤ a ≤ b ≤ c. The volume and the surface area of the box are numerically equal. How many ordered triples (a, b, c) are possible?</w:t>
      </w:r>
    </w:p>
    <w:p>
      <w:pPr>
        <w:spacing w:before="0" w:after="160" w:line="300" w:lineRule="auto"/>
      </w:pPr>
      <w:r>
        <w:rPr>
          <w:rFonts w:ascii="Times New Roman" w:hAnsi="Times New Roman" w:eastAsia="宋体"/>
          <w:b w:val="0"/>
          <w:i w:val="0"/>
          <w:color w:val="333333"/>
          <w:sz w:val="19"/>
        </w:rPr>
        <w:t>(A) 4　　(B) 10　　(C) 12　　(D) 21　　(E) 26</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四个圆两两不全等，圆心分别为 A、B、C 和 D，点 P 和 Q 都在这四个圆上。圆 A 的半径是圆 B 半径的 5/8，圆 C 的半径是圆 D 半径的 5/8。此外，AB = CD = 39 且 PQ = 48。令 R 为 PQ 的中点。AR + BR + CR + DR 是多少？</w:t>
      </w:r>
    </w:p>
    <w:p>
      <w:pPr>
        <w:spacing w:before="0" w:after="120" w:line="300" w:lineRule="auto"/>
      </w:pPr>
      <w:r>
        <w:rPr>
          <w:rFonts w:ascii="Times New Roman" w:hAnsi="Times New Roman" w:eastAsia="宋体"/>
          <w:b w:val="0"/>
          <w:i w:val="0"/>
          <w:sz w:val="21"/>
        </w:rPr>
        <w:t>（A）180　　（B）184　　（C）188　　（D）192　　（E）196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Four circles, no two of which are congruent, have centers at A, B, C, and D, and points P and Q lie on all four circles. The radius of circle A is 5/8 times the radius of circle B, and the radius of circle C is 5/8 times the radius of circle D. Furthermore, AB = CD = 39 and PQ = 48. Let R be the midpoint of PQ. What is AR + BR + CR + DR?</w:t>
      </w:r>
    </w:p>
    <w:p>
      <w:pPr>
        <w:spacing w:before="0" w:after="160" w:line="300" w:lineRule="auto"/>
      </w:pPr>
      <w:r>
        <w:rPr>
          <w:rFonts w:ascii="Times New Roman" w:hAnsi="Times New Roman" w:eastAsia="宋体"/>
          <w:b w:val="0"/>
          <w:i w:val="0"/>
          <w:color w:val="333333"/>
          <w:sz w:val="19"/>
        </w:rPr>
        <w:t>(A) 180　　(B) 184　　(C) 188　　(D) 192　　(E) 196</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一只蜜蜂从点 P₀ 出发飞行。她向正东方向飞 1 英寸到点 P₁。对 j ≥ 1，一旦蜜蜂到达点 Pⱼ，她就逆时针转 30°，然后沿直线飞 j + 1 英寸到点 Pⱼ₊₁。当蜜蜂到达 P₂₀₁₅ 时，她距离 P₀ 恰好为 a√(b) + c√(d) 英寸，其中 a、b、c 和 d 是正整数，且 b 和 d 都不能被任何质数的平方整除。a + b + c + d 是多少？</w:t>
      </w:r>
    </w:p>
    <w:p>
      <w:pPr>
        <w:spacing w:before="0" w:after="120" w:line="300" w:lineRule="auto"/>
      </w:pPr>
      <w:r>
        <w:rPr>
          <w:rFonts w:ascii="Times New Roman" w:hAnsi="Times New Roman" w:eastAsia="宋体"/>
          <w:b w:val="0"/>
          <w:i w:val="0"/>
          <w:sz w:val="21"/>
        </w:rPr>
        <w:t>（A）2016　　（B）2024　　（C）2032　　（D）2040　　（E）2048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bee starts flying from point P₀. She flies 1 inch due east to point P₁. For j ≥ 1, once the bee reaches point Pⱼ, she turns 30° counterclockwise and then flies j + 1 inches straight to point Pⱼ₊₁. When the bee reaches P₂₀₁₅ she is exactly a√(b) + c√(d) inches away from P₀, where a, b, c, and d are positive integers and b and d are not divisible by the square of any prime. What is a + b + c + d?</w:t>
      </w:r>
    </w:p>
    <w:p>
      <w:pPr>
        <w:spacing w:before="0" w:after="160" w:line="300" w:lineRule="auto"/>
      </w:pPr>
      <w:r>
        <w:rPr>
          <w:rFonts w:ascii="Times New Roman" w:hAnsi="Times New Roman" w:eastAsia="宋体"/>
          <w:b w:val="0"/>
          <w:i w:val="0"/>
          <w:color w:val="333333"/>
          <w:sz w:val="19"/>
        </w:rPr>
        <w:t>(A) 2016　　(B) 2024　　(C) 2032　　(D) 2040　　(E) 2048</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B　A　B　B　A　D　D　C</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C　E　D　B　D　D　C　D　D</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C　B　D　D　B　D　B</w:t>
      </w:r>
    </w:p>
    <w:p>
      <w:pPr>
        <w:spacing w:before="0" w:after="200" w:line="300" w:lineRule="auto"/>
      </w:pPr>
      <w:r>
        <w:rPr>
          <w:rFonts w:ascii="Times New Roman" w:hAnsi="Times New Roman" w:eastAsia="宋体"/>
          <w:b w:val="0"/>
          <w:i w:val="0"/>
          <w:color w:val="666666"/>
          <w:sz w:val="18"/>
        </w:rPr>
        <w:t>答案串：CBABBADDCCEDBDDCDDCBDDBDB</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因为 (-2)⁻² = 1/((-2)²) = 1/4，所以 2 - 1/4 = 7/4。</w:t>
      </w:r>
    </w:p>
    <w:p>
      <w:pPr>
        <w:spacing w:before="0" w:after="80" w:line="300" w:lineRule="auto"/>
        <w:jc w:val="left"/>
      </w:pPr>
      <w:r>
        <w:rPr>
          <w:rFonts w:ascii="Times New Roman" w:hAnsi="Times New Roman" w:eastAsia="宋体"/>
          <w:b w:val="0"/>
          <w:i w:val="0"/>
          <w:sz w:val="21"/>
        </w:rPr>
        <w:t>因此，正确选项是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(-2)⁻² = 1/((-2)²) = 1/4, we get 2 - 1/4 = 7/4.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B</w:t>
      </w:r>
    </w:p>
    <w:p>
      <w:pPr>
        <w:spacing w:before="0" w:after="80" w:line="300" w:lineRule="auto"/>
        <w:jc w:val="left"/>
      </w:pPr>
      <w:r>
        <w:rPr>
          <w:rFonts w:ascii="Times New Roman" w:hAnsi="Times New Roman" w:eastAsia="宋体"/>
          <w:b w:val="0"/>
          <w:i w:val="0"/>
          <w:sz w:val="21"/>
        </w:rPr>
        <w:t>前两项任务一共用 100 分钟，所以每项任务用 50 分钟。</w:t>
      </w:r>
    </w:p>
    <w:p>
      <w:pPr>
        <w:spacing w:before="0" w:after="80" w:line="300" w:lineRule="auto"/>
        <w:jc w:val="left"/>
      </w:pPr>
      <w:r>
        <w:rPr>
          <w:rFonts w:ascii="Times New Roman" w:hAnsi="Times New Roman" w:eastAsia="宋体"/>
          <w:b w:val="0"/>
          <w:i w:val="0"/>
          <w:sz w:val="21"/>
        </w:rPr>
        <w:t>第三项任务在下午 2:40 后 50 分钟完成，即下午 3:30。</w:t>
      </w:r>
    </w:p>
    <w:p>
      <w:pPr>
        <w:spacing w:before="0" w:after="80" w:line="300" w:lineRule="auto"/>
        <w:jc w:val="left"/>
      </w:pPr>
      <w:r>
        <w:rPr>
          <w:rFonts w:ascii="Times New Roman" w:hAnsi="Times New Roman" w:eastAsia="宋体"/>
          <w:b w:val="0"/>
          <w:i w:val="0"/>
          <w:sz w:val="21"/>
        </w:rPr>
        <w:t>因此，正确选项是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two tasks together take 100 minutes, so each task takes 50 minutes.</w:t>
      </w:r>
    </w:p>
    <w:p>
      <w:pPr>
        <w:spacing w:before="0" w:after="80" w:line="300" w:lineRule="auto"/>
        <w:jc w:val="left"/>
      </w:pPr>
      <w:r>
        <w:rPr>
          <w:rFonts w:ascii="Times New Roman" w:hAnsi="Times New Roman" w:eastAsia="宋体"/>
          <w:b w:val="0"/>
          <w:i w:val="0"/>
          <w:color w:val="333333"/>
          <w:sz w:val="19"/>
        </w:rPr>
        <w:t>The third task finishes 50 minutes after 2:40 PM, at 3:30 PM.</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A</w:t>
      </w:r>
    </w:p>
    <w:p>
      <w:pPr>
        <w:spacing w:before="0" w:after="80" w:line="300" w:lineRule="auto"/>
        <w:jc w:val="left"/>
      </w:pPr>
      <w:r>
        <w:rPr>
          <w:rFonts w:ascii="Times New Roman" w:hAnsi="Times New Roman" w:eastAsia="宋体"/>
          <w:b w:val="0"/>
          <w:i w:val="0"/>
          <w:sz w:val="21"/>
        </w:rPr>
        <w:t>写作 2x + 3y = 100。如果 28 被写了两次，则 3y = 100 - 56 = 44，这不是 3 的倍数。</w:t>
      </w:r>
    </w:p>
    <w:p>
      <w:pPr>
        <w:spacing w:before="0" w:after="80" w:line="300" w:lineRule="auto"/>
        <w:jc w:val="left"/>
      </w:pPr>
      <w:r>
        <w:rPr>
          <w:rFonts w:ascii="Times New Roman" w:hAnsi="Times New Roman" w:eastAsia="宋体"/>
          <w:b w:val="0"/>
          <w:i w:val="0"/>
          <w:sz w:val="21"/>
        </w:rPr>
        <w:t>所以 28 被写了三次：2x = 100 - 84 = 16，得 x = 8。</w:t>
      </w:r>
    </w:p>
    <w:p>
      <w:pPr>
        <w:spacing w:before="0" w:after="80" w:line="300" w:lineRule="auto"/>
        <w:jc w:val="left"/>
      </w:pPr>
      <w:r>
        <w:rPr>
          <w:rFonts w:ascii="Times New Roman" w:hAnsi="Times New Roman" w:eastAsia="宋体"/>
          <w:b w:val="0"/>
          <w:i w:val="0"/>
          <w:sz w:val="21"/>
        </w:rPr>
        <w:t>因此，正确选项是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2x + 3y = 100. If 28 were written twice, then 3y = 100 - 56 = 44, which is not a multiple of 3.</w:t>
      </w:r>
    </w:p>
    <w:p>
      <w:pPr>
        <w:spacing w:before="0" w:after="80" w:line="300" w:lineRule="auto"/>
        <w:jc w:val="left"/>
      </w:pPr>
      <w:r>
        <w:rPr>
          <w:rFonts w:ascii="Times New Roman" w:hAnsi="Times New Roman" w:eastAsia="宋体"/>
          <w:b w:val="0"/>
          <w:i w:val="0"/>
          <w:color w:val="333333"/>
          <w:sz w:val="19"/>
        </w:rPr>
        <w:t>So 28 is written three times: 2x = 100 - 84 = 16, giving x = 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Marta 第 6 名，所以 Jack 第 5 名。Jack 比 Todd 落后 2 名，所以 Todd 第 3 名。Todd 比 Rand 落后 1 名，所以 Rand 第 2 名。</w:t>
      </w:r>
    </w:p>
    <w:p>
      <w:pPr>
        <w:spacing w:before="0" w:after="80" w:line="300" w:lineRule="auto"/>
        <w:jc w:val="left"/>
      </w:pPr>
      <w:r>
        <w:rPr>
          <w:rFonts w:ascii="Times New Roman" w:hAnsi="Times New Roman" w:eastAsia="宋体"/>
          <w:b w:val="0"/>
          <w:i w:val="0"/>
          <w:sz w:val="21"/>
        </w:rPr>
        <w:t>Rand 比 Hikmet 领先 6 名，所以 Hikmet 第 8 名。（David 第 10 名。）</w:t>
      </w:r>
    </w:p>
    <w:p>
      <w:pPr>
        <w:spacing w:before="0" w:after="80" w:line="300" w:lineRule="auto"/>
        <w:jc w:val="left"/>
      </w:pPr>
      <w:r>
        <w:rPr>
          <w:rFonts w:ascii="Times New Roman" w:hAnsi="Times New Roman" w:eastAsia="宋体"/>
          <w:b w:val="0"/>
          <w:i w:val="0"/>
          <w:sz w:val="21"/>
        </w:rPr>
        <w:t>因此，正确选项是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Marta is 6th, so Jack is 5th. Jack is 2 behind Todd, so Todd is 3rd. Todd is 1 behind Rand, so Rand is 2nd.</w:t>
      </w:r>
    </w:p>
    <w:p>
      <w:pPr>
        <w:spacing w:before="0" w:after="80" w:line="300" w:lineRule="auto"/>
        <w:jc w:val="left"/>
      </w:pPr>
      <w:r>
        <w:rPr>
          <w:rFonts w:ascii="Times New Roman" w:hAnsi="Times New Roman" w:eastAsia="宋体"/>
          <w:b w:val="0"/>
          <w:i w:val="0"/>
          <w:color w:val="333333"/>
          <w:sz w:val="19"/>
        </w:rPr>
        <w:t>Rand is 6 ahead of Hikmet, so Hikmet is 8th. (David is 10th.)</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Sharks 队在前 3 场中赢了 1 场。要用最少的额外比赛达到 95%，他们应赢下全部 N 场额外比赛，此时胜率为 (1 + N)/(3 + N)。</w:t>
      </w:r>
    </w:p>
    <w:p>
      <w:pPr>
        <w:spacing w:before="0" w:after="80" w:line="300" w:lineRule="auto"/>
        <w:jc w:val="left"/>
      </w:pPr>
      <w:r>
        <w:rPr>
          <w:rFonts w:ascii="Times New Roman" w:hAnsi="Times New Roman" w:eastAsia="宋体"/>
          <w:b w:val="0"/>
          <w:i w:val="0"/>
          <w:sz w:val="21"/>
        </w:rPr>
        <w:t>要求 (1 + N)/(3 + N) ≥ 19/20，得 20 + 20N ≥ 57 + 19N，所以 N ≥ 37。</w:t>
      </w:r>
    </w:p>
    <w:p>
      <w:pPr>
        <w:spacing w:before="0" w:after="80" w:line="300" w:lineRule="auto"/>
        <w:jc w:val="left"/>
      </w:pPr>
      <w:r>
        <w:rPr>
          <w:rFonts w:ascii="Times New Roman" w:hAnsi="Times New Roman" w:eastAsia="宋体"/>
          <w:b w:val="0"/>
          <w:i w:val="0"/>
          <w:sz w:val="21"/>
        </w:rPr>
        <w:t>因此，正确选项是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Sharks won 1 of the first 3 games. To reach 95% with the fewest extra games, they should win all N additional games, giving a win fraction (1 + N)/(3 + N).</w:t>
      </w:r>
    </w:p>
    <w:p>
      <w:pPr>
        <w:spacing w:before="0" w:after="80" w:line="300" w:lineRule="auto"/>
        <w:jc w:val="left"/>
      </w:pPr>
      <w:r>
        <w:rPr>
          <w:rFonts w:ascii="Times New Roman" w:hAnsi="Times New Roman" w:eastAsia="宋体"/>
          <w:b w:val="0"/>
          <w:i w:val="0"/>
          <w:color w:val="333333"/>
          <w:sz w:val="19"/>
        </w:rPr>
        <w:t>Requiring (1 + N)/(3 + N) ≥ 19/20 gives 20 + 20N ≥ 57 + 19N, so N ≥ 37.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A</w:t>
      </w:r>
    </w:p>
    <w:p>
      <w:pPr>
        <w:spacing w:before="0" w:after="80" w:line="300" w:lineRule="auto"/>
        <w:jc w:val="left"/>
      </w:pPr>
      <w:r>
        <w:rPr>
          <w:rFonts w:ascii="Times New Roman" w:hAnsi="Times New Roman" w:eastAsia="宋体"/>
          <w:b w:val="0"/>
          <w:i w:val="0"/>
          <w:sz w:val="21"/>
        </w:rPr>
        <w:t>表格主体有 13 × 13 = 169 个表项。乘积为奇数，当且仅当两个因数都是奇数。</w:t>
      </w:r>
    </w:p>
    <w:p>
      <w:pPr>
        <w:spacing w:before="0" w:after="80" w:line="300" w:lineRule="auto"/>
        <w:jc w:val="left"/>
      </w:pPr>
      <w:r>
        <w:rPr>
          <w:rFonts w:ascii="Times New Roman" w:hAnsi="Times New Roman" w:eastAsia="宋体"/>
          <w:b w:val="0"/>
          <w:i w:val="0"/>
          <w:sz w:val="21"/>
        </w:rPr>
        <w:t>在 0, 1, …, 12 中有 6 个奇数，因此有 6 × 6 = 36 个奇数表项。所求比例是 36/169 = 0.213… ≈ 0.21。</w:t>
      </w:r>
    </w:p>
    <w:p>
      <w:pPr>
        <w:spacing w:before="0" w:after="80" w:line="300" w:lineRule="auto"/>
        <w:jc w:val="left"/>
      </w:pPr>
      <w:r>
        <w:rPr>
          <w:rFonts w:ascii="Times New Roman" w:hAnsi="Times New Roman" w:eastAsia="宋体"/>
          <w:b w:val="0"/>
          <w:i w:val="0"/>
          <w:sz w:val="21"/>
        </w:rPr>
        <w:t>因此，正确选项是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body has 13 × 13 = 169 entries. A product is odd exactly when both factors are odd.</w:t>
      </w:r>
    </w:p>
    <w:p>
      <w:pPr>
        <w:spacing w:before="0" w:after="80" w:line="300" w:lineRule="auto"/>
        <w:jc w:val="left"/>
      </w:pPr>
      <w:r>
        <w:rPr>
          <w:rFonts w:ascii="Times New Roman" w:hAnsi="Times New Roman" w:eastAsia="宋体"/>
          <w:b w:val="0"/>
          <w:i w:val="0"/>
          <w:color w:val="333333"/>
          <w:sz w:val="19"/>
        </w:rPr>
        <w:t>There are 6 odd numbers among 0, 1, …, 12, giving 6 × 6 = 36 odd entries. The fraction is 36/169 = 0.213… ≈ 0.21.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D</w:t>
      </w:r>
    </w:p>
    <w:p>
      <w:pPr>
        <w:spacing w:before="0" w:after="80" w:line="300" w:lineRule="auto"/>
        <w:jc w:val="left"/>
      </w:pPr>
      <w:r>
        <w:rPr>
          <w:rFonts w:ascii="Times New Roman" w:hAnsi="Times New Roman" w:eastAsia="宋体"/>
          <w:b w:val="0"/>
          <w:i w:val="0"/>
          <w:sz w:val="21"/>
        </w:rPr>
        <w:t>一个正 15 边形有 L = 15 条对称轴，它的最小旋转对称角是 R = 360/15 = 24 度。</w:t>
      </w:r>
    </w:p>
    <w:p>
      <w:pPr>
        <w:spacing w:before="0" w:after="80" w:line="300" w:lineRule="auto"/>
        <w:jc w:val="left"/>
      </w:pPr>
      <w:r>
        <w:rPr>
          <w:rFonts w:ascii="Times New Roman" w:hAnsi="Times New Roman" w:eastAsia="宋体"/>
          <w:b w:val="0"/>
          <w:i w:val="0"/>
          <w:sz w:val="21"/>
        </w:rPr>
        <w:t>于是 L + R = 15 + 24 = 39。</w:t>
      </w:r>
    </w:p>
    <w:p>
      <w:pPr>
        <w:spacing w:before="0" w:after="80" w:line="300" w:lineRule="auto"/>
        <w:jc w:val="left"/>
      </w:pPr>
      <w:r>
        <w:rPr>
          <w:rFonts w:ascii="Times New Roman" w:hAnsi="Times New Roman" w:eastAsia="宋体"/>
          <w:b w:val="0"/>
          <w:i w:val="0"/>
          <w:sz w:val="21"/>
        </w:rPr>
        <w:t>因此，正确选项是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regular 15-gon has L = 15 lines of symmetry, and its smallest angle of rotational symmetry is R = 360/15 = 24 degrees.</w:t>
      </w:r>
    </w:p>
    <w:p>
      <w:pPr>
        <w:spacing w:before="0" w:after="80" w:line="300" w:lineRule="auto"/>
        <w:jc w:val="left"/>
      </w:pPr>
      <w:r>
        <w:rPr>
          <w:rFonts w:ascii="Times New Roman" w:hAnsi="Times New Roman" w:eastAsia="宋体"/>
          <w:b w:val="0"/>
          <w:i w:val="0"/>
          <w:color w:val="333333"/>
          <w:sz w:val="19"/>
        </w:rPr>
        <w:t>Then L + R = 15 + 24 = 39.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因为 625 = 5⁴，所以</w:t>
      </w:r>
    </w:p>
    <w:p>
      <w:pPr>
        <w:spacing w:before="0" w:after="80" w:line="300" w:lineRule="auto"/>
        <w:jc w:val="left"/>
      </w:pPr>
      <w:r>
        <w:rPr>
          <w:rFonts w:ascii="Times New Roman" w:hAnsi="Times New Roman" w:eastAsia="宋体"/>
          <w:b w:val="0"/>
          <w:i w:val="0"/>
          <w:sz w:val="21"/>
        </w:rPr>
        <w:t>625^(log₅ 2015) = 5^(4log₅ 2015)</w:t>
      </w:r>
    </w:p>
    <w:p>
      <w:pPr>
        <w:spacing w:before="0" w:after="80" w:line="300" w:lineRule="auto"/>
        <w:jc w:val="left"/>
      </w:pPr>
      <w:r>
        <w:rPr>
          <w:rFonts w:ascii="Times New Roman" w:hAnsi="Times New Roman" w:eastAsia="宋体"/>
          <w:b w:val="0"/>
          <w:i w:val="0"/>
          <w:sz w:val="21"/>
        </w:rPr>
        <w:t>= (5^(log₅ 2015))⁴ = 2015⁴</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取四次方根得 (2015⁴)^(1/4) = 2015。</w:t>
      </w:r>
    </w:p>
    <w:p>
      <w:pPr>
        <w:spacing w:before="0" w:after="80" w:line="300" w:lineRule="auto"/>
        <w:jc w:val="left"/>
      </w:pPr>
      <w:r>
        <w:rPr>
          <w:rFonts w:ascii="Times New Roman" w:hAnsi="Times New Roman" w:eastAsia="宋体"/>
          <w:b w:val="0"/>
          <w:i w:val="0"/>
          <w:sz w:val="21"/>
        </w:rPr>
        <w:t>因此，正确选项是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625 = 5⁴, we have</w:t>
      </w:r>
    </w:p>
    <w:p>
      <w:pPr>
        <w:spacing w:before="0" w:after="80" w:line="300" w:lineRule="auto"/>
        <w:jc w:val="left"/>
      </w:pPr>
      <w:r>
        <w:rPr>
          <w:rFonts w:ascii="Times New Roman" w:hAnsi="Times New Roman" w:eastAsia="宋体"/>
          <w:b w:val="0"/>
          <w:i w:val="0"/>
          <w:color w:val="333333"/>
          <w:sz w:val="19"/>
        </w:rPr>
        <w:t>625^(log₅ 2015) = 5^(4log₅ 2015)</w:t>
      </w:r>
    </w:p>
    <w:p>
      <w:pPr>
        <w:spacing w:before="0" w:after="80" w:line="300" w:lineRule="auto"/>
        <w:jc w:val="left"/>
      </w:pPr>
      <w:r>
        <w:rPr>
          <w:rFonts w:ascii="Times New Roman" w:hAnsi="Times New Roman" w:eastAsia="宋体"/>
          <w:b w:val="0"/>
          <w:i w:val="0"/>
          <w:color w:val="333333"/>
          <w:sz w:val="19"/>
        </w:rPr>
        <w:t>= (5^(log₅ 2015))⁴ = 2015⁴.</w:t>
      </w:r>
    </w:p>
    <w:p>
      <w:pPr>
        <w:spacing w:before="0" w:after="80" w:line="300" w:lineRule="auto"/>
        <w:jc w:val="left"/>
      </w:pPr>
      <w:r>
        <w:rPr>
          <w:rFonts w:ascii="Times New Roman" w:hAnsi="Times New Roman" w:eastAsia="宋体"/>
          <w:b w:val="0"/>
          <w:i w:val="0"/>
          <w:color w:val="333333"/>
          <w:sz w:val="19"/>
        </w:rPr>
        <w:t>Taking the fourth root gives (2015⁴)^(1/4) = 2015.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C</w:t>
      </w:r>
    </w:p>
    <w:p>
      <w:pPr>
        <w:spacing w:before="0" w:after="80" w:line="300" w:lineRule="auto"/>
        <w:jc w:val="left"/>
      </w:pPr>
      <w:r>
        <w:rPr>
          <w:rFonts w:ascii="Times New Roman" w:hAnsi="Times New Roman" w:eastAsia="宋体"/>
          <w:b w:val="0"/>
          <w:i w:val="0"/>
          <w:sz w:val="21"/>
        </w:rPr>
        <w:t>设 x 为 Larry 获胜的概率。他以概率 1/2 立即获胜；或者两名玩家都没击中（概率 1/4），游戏重新开始。</w:t>
      </w:r>
    </w:p>
    <w:p>
      <w:pPr>
        <w:spacing w:before="0" w:after="80" w:line="300" w:lineRule="auto"/>
        <w:jc w:val="left"/>
      </w:pPr>
      <w:r>
        <w:rPr>
          <w:rFonts w:ascii="Times New Roman" w:hAnsi="Times New Roman" w:eastAsia="宋体"/>
          <w:b w:val="0"/>
          <w:i w:val="0"/>
          <w:sz w:val="21"/>
        </w:rPr>
        <w:t>所以 x = 1/2 + 1/4 x，得 3/4 x = 1/2，因此 x = 2/3。</w:t>
      </w:r>
    </w:p>
    <w:p>
      <w:pPr>
        <w:spacing w:before="0" w:after="80" w:line="300" w:lineRule="auto"/>
        <w:jc w:val="left"/>
      </w:pPr>
      <w:r>
        <w:rPr>
          <w:rFonts w:ascii="Times New Roman" w:hAnsi="Times New Roman" w:eastAsia="宋体"/>
          <w:b w:val="0"/>
          <w:i w:val="0"/>
          <w:sz w:val="21"/>
        </w:rPr>
        <w:t>因此，正确选项是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the probability Larry wins. He wins right away with probability 1/2, or both players miss (probability 1/4) and the game restarts.</w:t>
      </w:r>
    </w:p>
    <w:p>
      <w:pPr>
        <w:spacing w:before="0" w:after="80" w:line="300" w:lineRule="auto"/>
        <w:jc w:val="left"/>
      </w:pPr>
      <w:r>
        <w:rPr>
          <w:rFonts w:ascii="Times New Roman" w:hAnsi="Times New Roman" w:eastAsia="宋体"/>
          <w:b w:val="0"/>
          <w:i w:val="0"/>
          <w:color w:val="333333"/>
          <w:sz w:val="19"/>
        </w:rPr>
        <w:t>So x = 1/2 + 1/4 x, giving 3/4 x = 1/2 and x = 2/3.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C</w:t>
      </w:r>
    </w:p>
    <w:p>
      <w:pPr>
        <w:spacing w:before="0" w:after="80" w:line="300" w:lineRule="auto"/>
        <w:jc w:val="left"/>
      </w:pPr>
      <w:r>
        <w:rPr>
          <w:rFonts w:ascii="Times New Roman" w:hAnsi="Times New Roman" w:eastAsia="宋体"/>
          <w:b w:val="0"/>
          <w:i w:val="0"/>
          <w:sz w:val="21"/>
        </w:rPr>
        <w:t>设三条不同边为 a &lt; b &lt; c。因为 a + b &gt; c，周长大于 2c，所以 2c &lt; 15，从而 c ≤ 6。</w:t>
      </w:r>
    </w:p>
    <w:p>
      <w:pPr>
        <w:spacing w:before="0" w:after="80" w:line="300" w:lineRule="auto"/>
        <w:jc w:val="left"/>
      </w:pPr>
      <w:r>
        <w:rPr>
          <w:rFonts w:ascii="Times New Roman" w:hAnsi="Times New Roman" w:eastAsia="宋体"/>
          <w:b w:val="0"/>
          <w:i w:val="0"/>
          <w:sz w:val="21"/>
        </w:rPr>
        <w:t>周长小于 15 的不等边三元组为 (6,5,3)，(6,5,2)，(6,4,3)，(5,4,3)，(5,4,2)，和 (4,3,2)。其中只有 (5,4,3) 是直角三角形，剩下 5 个。</w:t>
      </w:r>
    </w:p>
    <w:p>
      <w:pPr>
        <w:spacing w:before="0" w:after="80" w:line="300" w:lineRule="auto"/>
        <w:jc w:val="left"/>
      </w:pPr>
      <w:r>
        <w:rPr>
          <w:rFonts w:ascii="Times New Roman" w:hAnsi="Times New Roman" w:eastAsia="宋体"/>
          <w:b w:val="0"/>
          <w:i w:val="0"/>
          <w:sz w:val="21"/>
        </w:rPr>
        <w:t>因此，正确选项是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distinct sides be a &lt; b &lt; c. Since a + b &gt; c, the perimeter exceeds 2c, so 2c &lt; 15 and c ≤ 6.</w:t>
      </w:r>
    </w:p>
    <w:p>
      <w:pPr>
        <w:spacing w:before="0" w:after="80" w:line="300" w:lineRule="auto"/>
        <w:jc w:val="left"/>
      </w:pPr>
      <w:r>
        <w:rPr>
          <w:rFonts w:ascii="Times New Roman" w:hAnsi="Times New Roman" w:eastAsia="宋体"/>
          <w:b w:val="0"/>
          <w:i w:val="0"/>
          <w:color w:val="333333"/>
          <w:sz w:val="19"/>
        </w:rPr>
        <w:t>The scalene triples with perimeter less than 15 are (6,5,3), (6,5,2), (6,4,3), (5,4,3), (5,4,2), and (4,3,2). Of these, only (5,4,3) is a right triangle, leaving 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E</w:t>
      </w:r>
    </w:p>
    <w:p>
      <w:pPr>
        <w:spacing w:before="0" w:after="80" w:line="300" w:lineRule="auto"/>
        <w:jc w:val="left"/>
      </w:pPr>
      <w:r>
        <w:rPr>
          <w:rFonts w:ascii="Times New Roman" w:hAnsi="Times New Roman" w:eastAsia="宋体"/>
          <w:b w:val="0"/>
          <w:i w:val="0"/>
          <w:sz w:val="21"/>
        </w:rPr>
        <w:t>这条直线与坐标轴交于 (5, 0) 和 (0, 12)，所以该三角形是直角三角形，两条直角边为 5 和 12，斜边为 13，面积为 30。</w:t>
      </w:r>
    </w:p>
    <w:p>
      <w:pPr>
        <w:spacing w:before="0" w:after="80" w:line="300" w:lineRule="auto"/>
        <w:jc w:val="left"/>
      </w:pPr>
      <w:r>
        <w:rPr>
          <w:rFonts w:ascii="Times New Roman" w:hAnsi="Times New Roman" w:eastAsia="宋体"/>
          <w:b w:val="0"/>
          <w:i w:val="0"/>
          <w:sz w:val="21"/>
        </w:rPr>
        <w:t>两条高是直角边 5 和 12；到斜边的高为 (2 · 30)/13 = 60/13。三条高的和为 17 + 60/13 = 281/13。</w:t>
      </w:r>
    </w:p>
    <w:p>
      <w:pPr>
        <w:spacing w:before="0" w:after="80" w:line="300" w:lineRule="auto"/>
        <w:jc w:val="left"/>
      </w:pPr>
      <w:r>
        <w:rPr>
          <w:rFonts w:ascii="Times New Roman" w:hAnsi="Times New Roman" w:eastAsia="宋体"/>
          <w:b w:val="0"/>
          <w:i w:val="0"/>
          <w:sz w:val="21"/>
        </w:rPr>
        <w:t>因此，正确选项是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line meets the axes at (5, 0) and (0, 12), so the triangle is right with legs 5 and 12 and hypotenuse 13. Its area is 30.</w:t>
      </w:r>
    </w:p>
    <w:p>
      <w:pPr>
        <w:spacing w:before="0" w:after="80" w:line="300" w:lineRule="auto"/>
        <w:jc w:val="left"/>
      </w:pPr>
      <w:r>
        <w:rPr>
          <w:rFonts w:ascii="Times New Roman" w:hAnsi="Times New Roman" w:eastAsia="宋体"/>
          <w:b w:val="0"/>
          <w:i w:val="0"/>
          <w:color w:val="333333"/>
          <w:sz w:val="19"/>
        </w:rPr>
        <w:t>Two altitudes are the legs 5 and 12; the altitude to the hypotenuse is (2 · 30)/13 = 60/13. The sum is 17 + 60/13 = 281/13.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因式分解得 (x - b)(2x - (a + c)) = 0，所以两个根是 b 和 (a + c)/2。它们的和是 b + (a + c)/2。</w:t>
      </w:r>
    </w:p>
    <w:p>
      <w:pPr>
        <w:spacing w:before="0" w:after="80" w:line="300" w:lineRule="auto"/>
        <w:jc w:val="left"/>
      </w:pPr>
      <w:r>
        <w:rPr>
          <w:rFonts w:ascii="Times New Roman" w:hAnsi="Times New Roman" w:eastAsia="宋体"/>
          <w:b w:val="0"/>
          <w:i w:val="0"/>
          <w:sz w:val="21"/>
        </w:rPr>
        <w:t>使用互不相同的数字，取 b = 9 且 a + c = 8 + 7 = 15，得 9 + 7.5 = 16.5。</w:t>
      </w:r>
    </w:p>
    <w:p>
      <w:pPr>
        <w:spacing w:before="0" w:after="80" w:line="300" w:lineRule="auto"/>
        <w:jc w:val="left"/>
      </w:pPr>
      <w:r>
        <w:rPr>
          <w:rFonts w:ascii="Times New Roman" w:hAnsi="Times New Roman" w:eastAsia="宋体"/>
          <w:b w:val="0"/>
          <w:i w:val="0"/>
          <w:sz w:val="21"/>
        </w:rPr>
        <w:t>因此，正确选项是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Factoring gives (x - b)(2x - (a + c)) = 0, so the roots are b and (a + c)/2. Their sum is b + (a + c)/2.</w:t>
      </w:r>
    </w:p>
    <w:p>
      <w:pPr>
        <w:spacing w:before="0" w:after="80" w:line="300" w:lineRule="auto"/>
        <w:jc w:val="left"/>
      </w:pPr>
      <w:r>
        <w:rPr>
          <w:rFonts w:ascii="Times New Roman" w:hAnsi="Times New Roman" w:eastAsia="宋体"/>
          <w:b w:val="0"/>
          <w:i w:val="0"/>
          <w:color w:val="333333"/>
          <w:sz w:val="19"/>
        </w:rPr>
        <w:t>Using distinct digits, take b = 9 and a + c = 8 + 7 = 15, giving 9 + 7.5 = 16.5.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val="0"/>
          <w:i w:val="0"/>
          <w:sz w:val="21"/>
        </w:rPr>
        <w:t>角 BAC 和 BDC 截弧 BC，所以 ∠ BDC = 70°。于是 ∠ ADC = ∠ ADB + ∠ BDC = 110°。</w:t>
      </w:r>
    </w:p>
    <w:p>
      <w:pPr>
        <w:spacing w:before="0" w:after="80" w:line="300" w:lineRule="auto"/>
        <w:jc w:val="left"/>
      </w:pPr>
      <w:r>
        <w:rPr>
          <w:rFonts w:ascii="Times New Roman" w:hAnsi="Times New Roman" w:eastAsia="宋体"/>
          <w:b w:val="0"/>
          <w:i w:val="0"/>
          <w:sz w:val="21"/>
        </w:rPr>
        <w:t>因为 ABCD 是圆内接四边形，∠ ABC = 180° - 110° = 70° = ∠ BAC。因此 △ ABC 是等腰三角形，AC = BC = 6。</w:t>
      </w:r>
    </w:p>
    <w:p>
      <w:pPr>
        <w:spacing w:before="0" w:after="80" w:line="300" w:lineRule="auto"/>
        <w:jc w:val="left"/>
      </w:pPr>
      <w:r>
        <w:rPr>
          <w:rFonts w:ascii="Times New Roman" w:hAnsi="Times New Roman" w:eastAsia="宋体"/>
          <w:b w:val="0"/>
          <w:i w:val="0"/>
          <w:sz w:val="21"/>
        </w:rPr>
        <w:t>因此，正确选项是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Angles BAC and BDC subtend arc BC, so ∠ BDC = 70°. Then ∠ ADC = ∠ ADB + ∠ BDC = 110°.</w:t>
      </w:r>
    </w:p>
    <w:p>
      <w:pPr>
        <w:spacing w:before="0" w:after="80" w:line="300" w:lineRule="auto"/>
        <w:jc w:val="left"/>
      </w:pPr>
      <w:r>
        <w:rPr>
          <w:rFonts w:ascii="Times New Roman" w:hAnsi="Times New Roman" w:eastAsia="宋体"/>
          <w:b w:val="0"/>
          <w:i w:val="0"/>
          <w:color w:val="333333"/>
          <w:sz w:val="19"/>
        </w:rPr>
        <w:t>Since ABCD is cyclic, ∠ ABC = 180° - 110° = 70° = ∠ BAC. Thus △ ABC is isosceles with AC = BC = 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D</w:t>
      </w:r>
    </w:p>
    <w:p>
      <w:pPr>
        <w:spacing w:before="0" w:after="80" w:line="300" w:lineRule="auto"/>
        <w:jc w:val="left"/>
      </w:pPr>
      <w:r>
        <w:rPr>
          <w:rFonts w:ascii="Times New Roman" w:hAnsi="Times New Roman" w:eastAsia="宋体"/>
          <w:b w:val="0"/>
          <w:i w:val="0"/>
          <w:sz w:val="21"/>
        </w:rPr>
        <w:t>设 z 为圆和三角形的公共面积。所求差为</w:t>
      </w:r>
    </w:p>
    <w:p>
      <w:pPr>
        <w:spacing w:before="0" w:after="80" w:line="300" w:lineRule="auto"/>
        <w:jc w:val="left"/>
      </w:pPr>
      <w:r>
        <w:rPr>
          <w:rFonts w:ascii="Times New Roman" w:hAnsi="Times New Roman" w:eastAsia="宋体"/>
          <w:b w:val="0"/>
          <w:i w:val="0"/>
          <w:sz w:val="21"/>
        </w:rPr>
        <w:t>(圆 - z) - (三角形 - z)</w:t>
      </w:r>
    </w:p>
    <w:p>
      <w:pPr>
        <w:spacing w:before="0" w:after="80" w:line="300" w:lineRule="auto"/>
        <w:jc w:val="left"/>
      </w:pPr>
      <w:r>
        <w:rPr>
          <w:rFonts w:ascii="Times New Roman" w:hAnsi="Times New Roman" w:eastAsia="宋体"/>
          <w:b w:val="0"/>
          <w:i w:val="0"/>
          <w:sz w:val="21"/>
        </w:rPr>
        <w:t>= 圆 - 三角形</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圆的面积为 π · 2² = 4π，等边三角形的面积为 (√(3))/4· 4² = 4√(3)。差为 4π - 4√(3) = 4(π - √(3))。</w:t>
      </w:r>
    </w:p>
    <w:p>
      <w:pPr>
        <w:spacing w:before="0" w:after="80" w:line="300" w:lineRule="auto"/>
        <w:jc w:val="left"/>
      </w:pPr>
      <w:r>
        <w:rPr>
          <w:rFonts w:ascii="Times New Roman" w:hAnsi="Times New Roman" w:eastAsia="宋体"/>
          <w:b w:val="0"/>
          <w:i w:val="0"/>
          <w:sz w:val="21"/>
        </w:rPr>
        <w:t>因此，正确选项是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z be the area shared by the circle and triangle. The requested difference is</w:t>
      </w:r>
    </w:p>
    <w:p>
      <w:pPr>
        <w:spacing w:before="0" w:after="80" w:line="300" w:lineRule="auto"/>
        <w:jc w:val="left"/>
      </w:pPr>
      <w:r>
        <w:rPr>
          <w:rFonts w:ascii="Times New Roman" w:hAnsi="Times New Roman" w:eastAsia="宋体"/>
          <w:b w:val="0"/>
          <w:i w:val="0"/>
          <w:color w:val="333333"/>
          <w:sz w:val="19"/>
        </w:rPr>
        <w:t>(circle - z) - (triangle - z)</w:t>
      </w:r>
    </w:p>
    <w:p>
      <w:pPr>
        <w:spacing w:before="0" w:after="80" w:line="300" w:lineRule="auto"/>
        <w:jc w:val="left"/>
      </w:pPr>
      <w:r>
        <w:rPr>
          <w:rFonts w:ascii="Times New Roman" w:hAnsi="Times New Roman" w:eastAsia="宋体"/>
          <w:b w:val="0"/>
          <w:i w:val="0"/>
          <w:color w:val="333333"/>
          <w:sz w:val="19"/>
        </w:rPr>
        <w:t>= circle - triangle.</w:t>
      </w:r>
    </w:p>
    <w:p>
      <w:pPr>
        <w:spacing w:before="0" w:after="80" w:line="300" w:lineRule="auto"/>
        <w:jc w:val="left"/>
      </w:pPr>
      <w:r>
        <w:rPr>
          <w:rFonts w:ascii="Times New Roman" w:hAnsi="Times New Roman" w:eastAsia="宋体"/>
          <w:b w:val="0"/>
          <w:i w:val="0"/>
          <w:color w:val="333333"/>
          <w:sz w:val="19"/>
        </w:rPr>
        <w:t>The circle has area π · 2² = 4π, and the equilateral triangle has area (√(3))/4· 4² = 4√(3). The difference is 4π - 4√(3) = 4(π - √(3)).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数学和科学给 8 分，所以 Rachelle 还需要英语和历史至少给 6 分。英语得 C 的概率是 1 - 1/6 - 1/4 = 7/12，历史得 C 的概率是 1 - 1/4 - 1/3 = 5/12。</w:t>
      </w:r>
    </w:p>
    <w:p>
      <w:pPr>
        <w:spacing w:before="0" w:after="80" w:line="300" w:lineRule="auto"/>
        <w:jc w:val="left"/>
      </w:pPr>
      <w:r>
        <w:rPr>
          <w:rFonts w:ascii="Times New Roman" w:hAnsi="Times New Roman" w:eastAsia="宋体"/>
          <w:b w:val="0"/>
          <w:i w:val="0"/>
          <w:sz w:val="21"/>
        </w:rPr>
        <w:t>统一到分母 144：8 分的概率为 1/6·1/4 = 6/144；7 分的概率为 1/6·1/3 + 1/4·1/4 = 17/144；6 分的概率为 1/6·5/12 + 1/4·1/3 + 7/12·1/4 = 43/144。</w:t>
      </w:r>
    </w:p>
    <w:p>
      <w:pPr>
        <w:spacing w:before="0" w:after="80" w:line="300" w:lineRule="auto"/>
        <w:jc w:val="left"/>
      </w:pPr>
      <w:r>
        <w:rPr>
          <w:rFonts w:ascii="Times New Roman" w:hAnsi="Times New Roman" w:eastAsia="宋体"/>
          <w:b w:val="0"/>
          <w:i w:val="0"/>
          <w:sz w:val="21"/>
        </w:rPr>
        <w:t>总概率为 (6 + 17 + 43)/144 = 66/144 = 11/24。</w:t>
      </w:r>
    </w:p>
    <w:p>
      <w:pPr>
        <w:spacing w:before="0" w:after="80" w:line="300" w:lineRule="auto"/>
        <w:jc w:val="left"/>
      </w:pPr>
      <w:r>
        <w:rPr>
          <w:rFonts w:ascii="Times New Roman" w:hAnsi="Times New Roman" w:eastAsia="宋体"/>
          <w:b w:val="0"/>
          <w:i w:val="0"/>
          <w:sz w:val="21"/>
        </w:rPr>
        <w:t>因此，正确选项是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Math and Science give 8 points, so Rachelle needs at least 6 more from English and History. The chance of a C is 1 - 1/6 - 1/4 = 7/12 in English and 1 - 1/4 - 1/3 = 5/12 in History.</w:t>
      </w:r>
    </w:p>
    <w:p>
      <w:pPr>
        <w:spacing w:before="0" w:after="80" w:line="300" w:lineRule="auto"/>
        <w:jc w:val="left"/>
      </w:pPr>
      <w:r>
        <w:rPr>
          <w:rFonts w:ascii="Times New Roman" w:hAnsi="Times New Roman" w:eastAsia="宋体"/>
          <w:b w:val="0"/>
          <w:i w:val="0"/>
          <w:color w:val="333333"/>
          <w:sz w:val="19"/>
        </w:rPr>
        <w:t>Working over a denominator of 144: 8 points has probability 1/6·1/4 = 6/144; 7 points has 1/6·1/3 + 1/4·1/4 = 17/144; and 6 points has 1/6·5/12 + 1/4·1/3 + 7/12·1/4 = 43/144.</w:t>
      </w:r>
    </w:p>
    <w:p>
      <w:pPr>
        <w:spacing w:before="0" w:after="80" w:line="300" w:lineRule="auto"/>
        <w:jc w:val="left"/>
      </w:pPr>
      <w:r>
        <w:rPr>
          <w:rFonts w:ascii="Times New Roman" w:hAnsi="Times New Roman" w:eastAsia="宋体"/>
          <w:b w:val="0"/>
          <w:i w:val="0"/>
          <w:color w:val="333333"/>
          <w:sz w:val="19"/>
        </w:rPr>
        <w:t>The total is (6 + 17 + 43)/144 = 66/144 = 11/24.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C</w:t>
      </w:r>
    </w:p>
    <w:p>
      <w:pPr>
        <w:spacing w:before="0" w:after="80" w:line="300" w:lineRule="auto"/>
        <w:jc w:val="left"/>
      </w:pPr>
      <w:r>
        <w:rPr>
          <w:rFonts w:ascii="Times New Roman" w:hAnsi="Times New Roman" w:eastAsia="宋体"/>
          <w:b w:val="0"/>
          <w:i w:val="0"/>
          <w:sz w:val="21"/>
        </w:rPr>
        <w:t>六边形中心到顶点的距离为 6。侧棱长为 8，所以棱锥高为 √(8² - 6²) = √(28) = 2√(7)。</w:t>
      </w:r>
    </w:p>
    <w:p>
      <w:pPr>
        <w:spacing w:before="0" w:after="80" w:line="300" w:lineRule="auto"/>
        <w:jc w:val="left"/>
      </w:pPr>
      <w:r>
        <w:rPr>
          <w:rFonts w:ascii="Times New Roman" w:hAnsi="Times New Roman" w:eastAsia="宋体"/>
          <w:b w:val="0"/>
          <w:i w:val="0"/>
          <w:sz w:val="21"/>
        </w:rPr>
        <w:t>六边形面积为 (3√(3))/2· 6² = 54√(3)。因此体积为 1/3 · 54√(3) · 2√(7) = 36√(21)。</w:t>
      </w:r>
    </w:p>
    <w:p>
      <w:pPr>
        <w:spacing w:before="0" w:after="80" w:line="300" w:lineRule="auto"/>
        <w:jc w:val="left"/>
      </w:pPr>
      <w:r>
        <w:rPr>
          <w:rFonts w:ascii="Times New Roman" w:hAnsi="Times New Roman" w:eastAsia="宋体"/>
          <w:b w:val="0"/>
          <w:i w:val="0"/>
          <w:sz w:val="21"/>
        </w:rPr>
        <w:t>因此，正确选项是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distance from the hexagon’s center to a vertex is 6. A lateral edge has length 8, so the pyramid’s height is √(8² - 6²) = √(28) = 2√(7).</w:t>
      </w:r>
    </w:p>
    <w:p>
      <w:pPr>
        <w:spacing w:before="0" w:after="80" w:line="300" w:lineRule="auto"/>
        <w:jc w:val="left"/>
      </w:pPr>
      <w:r>
        <w:rPr>
          <w:rFonts w:ascii="Times New Roman" w:hAnsi="Times New Roman" w:eastAsia="宋体"/>
          <w:b w:val="0"/>
          <w:i w:val="0"/>
          <w:color w:val="333333"/>
          <w:sz w:val="19"/>
        </w:rPr>
        <w:t>The hexagon’s area is (3√(3))/2· 6² = 54√(3). Thus the volume is 1/3 · 54√(3) · 2√(7) = 36√(21).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令两个概率相等，并消去 1/4 和 3/4 的公共幂，得 C(n, 2)·3/4 = C(n, 3)·1/4。</w:t>
      </w:r>
    </w:p>
    <w:p>
      <w:pPr>
        <w:spacing w:before="0" w:after="80" w:line="300" w:lineRule="auto"/>
        <w:jc w:val="left"/>
      </w:pPr>
      <w:r>
        <w:rPr>
          <w:rFonts w:ascii="Times New Roman" w:hAnsi="Times New Roman" w:eastAsia="宋体"/>
          <w:b w:val="0"/>
          <w:i w:val="0"/>
          <w:sz w:val="21"/>
        </w:rPr>
        <w:t>这化为 (n(n-1))/2· 3 = (n(n-1)(n-2))/6，所以 3/2 = n-2/6，得 n - 2 = 9，即 n = 11。</w:t>
      </w:r>
    </w:p>
    <w:p>
      <w:pPr>
        <w:spacing w:before="0" w:after="80" w:line="300" w:lineRule="auto"/>
        <w:jc w:val="left"/>
      </w:pPr>
      <w:r>
        <w:rPr>
          <w:rFonts w:ascii="Times New Roman" w:hAnsi="Times New Roman" w:eastAsia="宋体"/>
          <w:b w:val="0"/>
          <w:i w:val="0"/>
          <w:sz w:val="21"/>
        </w:rPr>
        <w:t>因此，正确选项是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Setting the two probabilities equal and cancelling the common powers of 1/4 and 3/4 gives C(n, 2)·3/4 = C(n, 3)·1/4.</w:t>
      </w:r>
    </w:p>
    <w:p>
      <w:pPr>
        <w:spacing w:before="0" w:after="80" w:line="300" w:lineRule="auto"/>
        <w:jc w:val="left"/>
      </w:pPr>
      <w:r>
        <w:rPr>
          <w:rFonts w:ascii="Times New Roman" w:hAnsi="Times New Roman" w:eastAsia="宋体"/>
          <w:b w:val="0"/>
          <w:i w:val="0"/>
          <w:color w:val="333333"/>
          <w:sz w:val="19"/>
        </w:rPr>
        <w:t>This becomes (n(n-1))/2· 3 = (n(n-1)(n-2))/6, so 3/2 = n-2/6, giving n - 2 = 9 and n = 11.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一个合数至少有两个质因子（按重数计），而最小质数是 2，所以最小可能值是 2 + 2 = 4。</w:t>
      </w:r>
    </w:p>
    <w:p>
      <w:pPr>
        <w:spacing w:before="0" w:after="80" w:line="300" w:lineRule="auto"/>
        <w:jc w:val="left"/>
      </w:pPr>
      <w:r>
        <w:rPr>
          <w:rFonts w:ascii="Times New Roman" w:hAnsi="Times New Roman" w:eastAsia="宋体"/>
          <w:b w:val="0"/>
          <w:i w:val="0"/>
          <w:sz w:val="21"/>
        </w:rPr>
        <w:t>每个大于 3 的整数都能取到：r(2ᵏ) = 2k 覆盖所有 ≥ 4 的偶数值，r(2ᵏ· 3) = 2k + 3 覆盖所有 ≥ 5 的奇数值。所以值域是大于 3 的整数。</w:t>
      </w:r>
    </w:p>
    <w:p>
      <w:pPr>
        <w:spacing w:before="0" w:after="80" w:line="300" w:lineRule="auto"/>
        <w:jc w:val="left"/>
      </w:pPr>
      <w:r>
        <w:rPr>
          <w:rFonts w:ascii="Times New Roman" w:hAnsi="Times New Roman" w:eastAsia="宋体"/>
          <w:b w:val="0"/>
          <w:i w:val="0"/>
          <w:sz w:val="21"/>
        </w:rPr>
        <w:t>因此，正确选项是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composite number has at least two prime factors (with multiplicity), and the smallest prime is 2, so the least possible value is 2 + 2 = 4.</w:t>
      </w:r>
    </w:p>
    <w:p>
      <w:pPr>
        <w:spacing w:before="0" w:after="80" w:line="300" w:lineRule="auto"/>
        <w:jc w:val="left"/>
      </w:pPr>
      <w:r>
        <w:rPr>
          <w:rFonts w:ascii="Times New Roman" w:hAnsi="Times New Roman" w:eastAsia="宋体"/>
          <w:b w:val="0"/>
          <w:i w:val="0"/>
          <w:color w:val="333333"/>
          <w:sz w:val="19"/>
        </w:rPr>
        <w:t>Every integer greater than 3 is attained: r(2ᵏ) = 2k covers the even values ≥ 4, and r(2ᵏ· 3) = 2k + 3 covers the odd values ≥ 5. So the range is the integers greater than 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圆心 O 位于 XY 和 ZW 的垂直平分线上，而它们分别就是 AB 和 AC 的垂直平分线。因此 O 是 △ ABC 的外心；又因为 ∠ C = 90°，所以 O 是 AB 的中点。</w:t>
      </w:r>
    </w:p>
    <w:p>
      <w:pPr>
        <w:spacing w:before="0" w:after="80" w:line="300" w:lineRule="auto"/>
        <w:jc w:val="left"/>
      </w:pPr>
      <w:r>
        <w:rPr>
          <w:rFonts w:ascii="Times New Roman" w:hAnsi="Times New Roman" w:eastAsia="宋体"/>
          <w:b w:val="0"/>
          <w:i w:val="0"/>
          <w:sz w:val="21"/>
        </w:rPr>
        <w:t>令 a = 1/2 BC 且 b = 1/2 CA。则 a² + b² = 6²，由 OX² = OW² 得 12² + 6² = b² + (a + 2b)²。因为左边是 5(a²+b²)，相减得到 4a(b-a)=0。所以 a=b，再由 2a²=36 得 a=b=3√(2)。因此 BC=CA=6√(2)，周长为 12+12√(2)。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center O of the circle lies on the perpendicular bisectors of XY and ZW, which are the same as those of AB and AC. So O is the circumcenter of △ ABC, and since ∠ C = 90°, O is the midpoint of AB.</w:t>
      </w:r>
    </w:p>
    <w:p>
      <w:pPr>
        <w:spacing w:before="0" w:after="80" w:line="300" w:lineRule="auto"/>
        <w:jc w:val="left"/>
      </w:pPr>
      <w:r>
        <w:rPr>
          <w:rFonts w:ascii="Times New Roman" w:hAnsi="Times New Roman" w:eastAsia="宋体"/>
          <w:b w:val="0"/>
          <w:i w:val="0"/>
          <w:color w:val="333333"/>
          <w:sz w:val="19"/>
        </w:rPr>
        <w:t>Let a = 1/2 BC and b = 1/2 CA. Then a² + b² = 6², and computing OX² = OW² gives 12² + 6² = b² + (a + 2b)². Because the left side is 5(a²+b²), subtracting gives 4a(b-a)=0. Thus a=b, and 2a²=36 gives a=b=3√(2). Therefore BC=CA=6√(2), and the perimeter is 12+12√(2).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B</w:t>
      </w:r>
    </w:p>
    <w:p>
      <w:pPr>
        <w:spacing w:before="0" w:after="80" w:line="300" w:lineRule="auto"/>
        <w:jc w:val="left"/>
      </w:pPr>
      <w:r>
        <w:rPr>
          <w:rFonts w:ascii="Times New Roman" w:hAnsi="Times New Roman" w:eastAsia="宋体"/>
          <w:b w:val="0"/>
          <w:i w:val="0"/>
          <w:sz w:val="21"/>
        </w:rPr>
        <w:t>在每一行中从左到右应用递推，得到</w:t>
      </w:r>
    </w:p>
    <w:tbl>
      <w:tblPr>
        <w:tblW w:type="auto" w:w="0"/>
        <w:jc w:val="center"/>
        <w:tblLayout w:type="autofit"/>
        <w:tblLook w:firstColumn="1" w:firstRow="1" w:lastColumn="0" w:lastRow="0" w:noHBand="0" w:noVBand="1" w:val="04A0"/>
      </w:tblPr>
      <w:tblGrid>
        <w:gridCol w:w="1569"/>
        <w:gridCol w:w="1569"/>
        <w:gridCol w:w="1569"/>
        <w:gridCol w:w="1569"/>
        <w:gridCol w:w="1569"/>
        <w:gridCol w:w="1569"/>
      </w:tblGrid>
      <w:tr>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sz w:val="20"/>
              </w:rPr>
              <w:t>ibackslash j</w:t>
            </w:r>
          </w:p>
        </w:tc>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sz w:val="20"/>
              </w:rPr>
              <w:t>0</w:t>
            </w:r>
          </w:p>
        </w:tc>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sz w:val="20"/>
              </w:rPr>
              <w:t>1</w:t>
            </w:r>
          </w:p>
        </w:tc>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sz w:val="20"/>
              </w:rPr>
              <w:t>2</w:t>
            </w:r>
          </w:p>
        </w:tc>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sz w:val="20"/>
              </w:rPr>
              <w:t>3</w:t>
            </w:r>
          </w:p>
        </w:tc>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sz w:val="20"/>
              </w:rPr>
              <w:t>4</w:t>
            </w:r>
          </w:p>
        </w:tc>
      </w:tr>
      <w:tr>
        <w:tc>
          <w:tcPr>
            <w:tcW w:type="dxa" w:w="1569"/>
          </w:tcPr>
          <w:p>
            <w:pPr>
              <w:spacing w:before="20" w:after="20" w:line="240" w:lineRule="auto"/>
              <w:jc w:val="center"/>
            </w:pPr>
            <w:r/>
            <w:r>
              <w:rPr>
                <w:rFonts w:ascii="Times New Roman" w:hAnsi="Times New Roman" w:eastAsia="宋体"/>
                <w:b w:val="0"/>
                <w:i w:val="0"/>
                <w:sz w:val="20"/>
              </w:rPr>
              <w:t>0</w:t>
            </w:r>
          </w:p>
        </w:tc>
        <w:tc>
          <w:tcPr>
            <w:tcW w:type="dxa" w:w="1569"/>
          </w:tcPr>
          <w:p>
            <w:pPr>
              <w:spacing w:before="20" w:after="20" w:line="240" w:lineRule="auto"/>
              <w:jc w:val="center"/>
            </w:pPr>
            <w:r/>
            <w:r>
              <w:rPr>
                <w:rFonts w:ascii="Times New Roman" w:hAnsi="Times New Roman" w:eastAsia="宋体"/>
                <w:b w:val="0"/>
                <w:i w:val="0"/>
                <w:sz w:val="20"/>
              </w:rPr>
              <w:t>1</w:t>
            </w:r>
          </w:p>
        </w:tc>
        <w:tc>
          <w:tcPr>
            <w:tcW w:type="dxa" w:w="1569"/>
          </w:tcPr>
          <w:p>
            <w:pPr>
              <w:spacing w:before="20" w:after="20" w:line="240" w:lineRule="auto"/>
              <w:jc w:val="center"/>
            </w:pPr>
            <w:r/>
            <w:r>
              <w:rPr>
                <w:rFonts w:ascii="Times New Roman" w:hAnsi="Times New Roman" w:eastAsia="宋体"/>
                <w:b w:val="0"/>
                <w:i w:val="0"/>
                <w:sz w:val="20"/>
              </w:rPr>
              <w:t>2</w:t>
            </w:r>
          </w:p>
        </w:tc>
        <w:tc>
          <w:tcPr>
            <w:tcW w:type="dxa" w:w="1569"/>
          </w:tcPr>
          <w:p>
            <w:pPr>
              <w:spacing w:before="20" w:after="20" w:line="240" w:lineRule="auto"/>
              <w:jc w:val="center"/>
            </w:pPr>
            <w:r/>
            <w:r>
              <w:rPr>
                <w:rFonts w:ascii="Times New Roman" w:hAnsi="Times New Roman" w:eastAsia="宋体"/>
                <w:b w:val="0"/>
                <w:i w:val="0"/>
                <w:sz w:val="20"/>
              </w:rPr>
              <w:t>3</w:t>
            </w:r>
          </w:p>
        </w:tc>
        <w:tc>
          <w:tcPr>
            <w:tcW w:type="dxa" w:w="1569"/>
          </w:tcPr>
          <w:p>
            <w:pPr>
              <w:spacing w:before="20" w:after="20" w:line="240" w:lineRule="auto"/>
              <w:jc w:val="center"/>
            </w:pPr>
            <w:r/>
            <w:r>
              <w:rPr>
                <w:rFonts w:ascii="Times New Roman" w:hAnsi="Times New Roman" w:eastAsia="宋体"/>
                <w:b w:val="0"/>
                <w:i w:val="0"/>
                <w:sz w:val="20"/>
              </w:rPr>
              <w:t>4</w:t>
            </w:r>
          </w:p>
        </w:tc>
        <w:tc>
          <w:tcPr>
            <w:tcW w:type="dxa" w:w="1569"/>
          </w:tcPr>
          <w:p>
            <w:pPr>
              <w:spacing w:before="20" w:after="20" w:line="240" w:lineRule="auto"/>
              <w:jc w:val="center"/>
            </w:pPr>
            <w:r/>
            <w:r>
              <w:rPr>
                <w:rFonts w:ascii="Times New Roman" w:hAnsi="Times New Roman" w:eastAsia="宋体"/>
                <w:b w:val="0"/>
                <w:i w:val="0"/>
                <w:sz w:val="20"/>
              </w:rPr>
              <w:t>0</w:t>
            </w:r>
          </w:p>
        </w:tc>
      </w:tr>
      <w:tr>
        <w:tc>
          <w:tcPr>
            <w:tcW w:type="dxa" w:w="1569"/>
          </w:tcPr>
          <w:p>
            <w:pPr>
              <w:spacing w:before="20" w:after="20" w:line="240" w:lineRule="auto"/>
              <w:jc w:val="center"/>
            </w:pPr>
            <w:r/>
            <w:r>
              <w:rPr>
                <w:rFonts w:ascii="Times New Roman" w:hAnsi="Times New Roman" w:eastAsia="宋体"/>
                <w:b w:val="0"/>
                <w:i w:val="0"/>
                <w:sz w:val="20"/>
              </w:rPr>
              <w:t>1</w:t>
            </w:r>
          </w:p>
        </w:tc>
        <w:tc>
          <w:tcPr>
            <w:tcW w:type="dxa" w:w="1569"/>
          </w:tcPr>
          <w:p>
            <w:pPr>
              <w:spacing w:before="20" w:after="20" w:line="240" w:lineRule="auto"/>
              <w:jc w:val="center"/>
            </w:pPr>
            <w:r/>
            <w:r>
              <w:rPr>
                <w:rFonts w:ascii="Times New Roman" w:hAnsi="Times New Roman" w:eastAsia="宋体"/>
                <w:b w:val="0"/>
                <w:i w:val="0"/>
                <w:sz w:val="20"/>
              </w:rPr>
              <w:t>2</w:t>
            </w:r>
          </w:p>
        </w:tc>
        <w:tc>
          <w:tcPr>
            <w:tcW w:type="dxa" w:w="1569"/>
          </w:tcPr>
          <w:p>
            <w:pPr>
              <w:spacing w:before="20" w:after="20" w:line="240" w:lineRule="auto"/>
              <w:jc w:val="center"/>
            </w:pPr>
            <w:r/>
            <w:r>
              <w:rPr>
                <w:rFonts w:ascii="Times New Roman" w:hAnsi="Times New Roman" w:eastAsia="宋体"/>
                <w:b w:val="0"/>
                <w:i w:val="0"/>
                <w:sz w:val="20"/>
              </w:rPr>
              <w:t>3</w:t>
            </w:r>
          </w:p>
        </w:tc>
        <w:tc>
          <w:tcPr>
            <w:tcW w:type="dxa" w:w="1569"/>
          </w:tcPr>
          <w:p>
            <w:pPr>
              <w:spacing w:before="20" w:after="20" w:line="240" w:lineRule="auto"/>
              <w:jc w:val="center"/>
            </w:pPr>
            <w:r/>
            <w:r>
              <w:rPr>
                <w:rFonts w:ascii="Times New Roman" w:hAnsi="Times New Roman" w:eastAsia="宋体"/>
                <w:b w:val="0"/>
                <w:i w:val="0"/>
                <w:sz w:val="20"/>
              </w:rPr>
              <w:t>4</w:t>
            </w:r>
          </w:p>
        </w:tc>
        <w:tc>
          <w:tcPr>
            <w:tcW w:type="dxa" w:w="1569"/>
          </w:tcPr>
          <w:p>
            <w:pPr>
              <w:spacing w:before="20" w:after="20" w:line="240" w:lineRule="auto"/>
              <w:jc w:val="center"/>
            </w:pPr>
            <w:r/>
            <w:r>
              <w:rPr>
                <w:rFonts w:ascii="Times New Roman" w:hAnsi="Times New Roman" w:eastAsia="宋体"/>
                <w:b w:val="0"/>
                <w:i w:val="0"/>
                <w:sz w:val="20"/>
              </w:rPr>
              <w:t>0</w:t>
            </w:r>
          </w:p>
        </w:tc>
        <w:tc>
          <w:tcPr>
            <w:tcW w:type="dxa" w:w="1569"/>
          </w:tcPr>
          <w:p>
            <w:pPr>
              <w:spacing w:before="20" w:after="20" w:line="240" w:lineRule="auto"/>
              <w:jc w:val="center"/>
            </w:pPr>
            <w:r/>
            <w:r>
              <w:rPr>
                <w:rFonts w:ascii="Times New Roman" w:hAnsi="Times New Roman" w:eastAsia="宋体"/>
                <w:b w:val="0"/>
                <w:i w:val="0"/>
                <w:sz w:val="20"/>
              </w:rPr>
              <w:t>1</w:t>
            </w:r>
          </w:p>
        </w:tc>
      </w:tr>
      <w:tr>
        <w:tc>
          <w:tcPr>
            <w:tcW w:type="dxa" w:w="1569"/>
          </w:tcPr>
          <w:p>
            <w:pPr>
              <w:spacing w:before="20" w:after="20" w:line="240" w:lineRule="auto"/>
              <w:jc w:val="center"/>
            </w:pPr>
            <w:r/>
            <w:r>
              <w:rPr>
                <w:rFonts w:ascii="Times New Roman" w:hAnsi="Times New Roman" w:eastAsia="宋体"/>
                <w:b w:val="0"/>
                <w:i w:val="0"/>
                <w:sz w:val="20"/>
              </w:rPr>
              <w:t>2</w:t>
            </w:r>
          </w:p>
        </w:tc>
        <w:tc>
          <w:tcPr>
            <w:tcW w:type="dxa" w:w="1569"/>
          </w:tcPr>
          <w:p>
            <w:pPr>
              <w:spacing w:before="20" w:after="20" w:line="240" w:lineRule="auto"/>
              <w:jc w:val="center"/>
            </w:pPr>
            <w:r/>
            <w:r>
              <w:rPr>
                <w:rFonts w:ascii="Times New Roman" w:hAnsi="Times New Roman" w:eastAsia="宋体"/>
                <w:b w:val="0"/>
                <w:i w:val="0"/>
                <w:sz w:val="20"/>
              </w:rPr>
              <w:t>3</w:t>
            </w:r>
          </w:p>
        </w:tc>
        <w:tc>
          <w:tcPr>
            <w:tcW w:type="dxa" w:w="1569"/>
          </w:tcPr>
          <w:p>
            <w:pPr>
              <w:spacing w:before="20" w:after="20" w:line="240" w:lineRule="auto"/>
              <w:jc w:val="center"/>
            </w:pPr>
            <w:r/>
            <w:r>
              <w:rPr>
                <w:rFonts w:ascii="Times New Roman" w:hAnsi="Times New Roman" w:eastAsia="宋体"/>
                <w:b w:val="0"/>
                <w:i w:val="0"/>
                <w:sz w:val="20"/>
              </w:rPr>
              <w:t>0</w:t>
            </w:r>
          </w:p>
        </w:tc>
        <w:tc>
          <w:tcPr>
            <w:tcW w:type="dxa" w:w="1569"/>
          </w:tcPr>
          <w:p>
            <w:pPr>
              <w:spacing w:before="20" w:after="20" w:line="240" w:lineRule="auto"/>
              <w:jc w:val="center"/>
            </w:pPr>
            <w:r/>
            <w:r>
              <w:rPr>
                <w:rFonts w:ascii="Times New Roman" w:hAnsi="Times New Roman" w:eastAsia="宋体"/>
                <w:b w:val="0"/>
                <w:i w:val="0"/>
                <w:sz w:val="20"/>
              </w:rPr>
              <w:t>2</w:t>
            </w:r>
          </w:p>
        </w:tc>
        <w:tc>
          <w:tcPr>
            <w:tcW w:type="dxa" w:w="1569"/>
          </w:tcPr>
          <w:p>
            <w:pPr>
              <w:spacing w:before="20" w:after="20" w:line="240" w:lineRule="auto"/>
              <w:jc w:val="center"/>
            </w:pPr>
            <w:r/>
            <w:r>
              <w:rPr>
                <w:rFonts w:ascii="Times New Roman" w:hAnsi="Times New Roman" w:eastAsia="宋体"/>
                <w:b w:val="0"/>
                <w:i w:val="0"/>
                <w:sz w:val="20"/>
              </w:rPr>
              <w:t>4</w:t>
            </w:r>
          </w:p>
        </w:tc>
        <w:tc>
          <w:tcPr>
            <w:tcW w:type="dxa" w:w="1569"/>
          </w:tcPr>
          <w:p>
            <w:pPr>
              <w:spacing w:before="20" w:after="20" w:line="240" w:lineRule="auto"/>
              <w:jc w:val="center"/>
            </w:pPr>
            <w:r/>
            <w:r>
              <w:rPr>
                <w:rFonts w:ascii="Times New Roman" w:hAnsi="Times New Roman" w:eastAsia="宋体"/>
                <w:b w:val="0"/>
                <w:i w:val="0"/>
                <w:sz w:val="20"/>
              </w:rPr>
              <w:t>1</w:t>
            </w:r>
          </w:p>
        </w:tc>
      </w:tr>
      <w:tr>
        <w:tc>
          <w:tcPr>
            <w:tcW w:type="dxa" w:w="1569"/>
          </w:tcPr>
          <w:p>
            <w:pPr>
              <w:spacing w:before="20" w:after="20" w:line="240" w:lineRule="auto"/>
              <w:jc w:val="center"/>
            </w:pPr>
            <w:r/>
            <w:r>
              <w:rPr>
                <w:rFonts w:ascii="Times New Roman" w:hAnsi="Times New Roman" w:eastAsia="宋体"/>
                <w:b w:val="0"/>
                <w:i w:val="0"/>
                <w:sz w:val="20"/>
              </w:rPr>
              <w:t>3</w:t>
            </w:r>
          </w:p>
        </w:tc>
        <w:tc>
          <w:tcPr>
            <w:tcW w:type="dxa" w:w="1569"/>
          </w:tcPr>
          <w:p>
            <w:pPr>
              <w:spacing w:before="20" w:after="20" w:line="240" w:lineRule="auto"/>
              <w:jc w:val="center"/>
            </w:pPr>
            <w:r/>
            <w:r>
              <w:rPr>
                <w:rFonts w:ascii="Times New Roman" w:hAnsi="Times New Roman" w:eastAsia="宋体"/>
                <w:b w:val="0"/>
                <w:i w:val="0"/>
                <w:sz w:val="20"/>
              </w:rPr>
              <w:t>0</w:t>
            </w:r>
          </w:p>
        </w:tc>
        <w:tc>
          <w:tcPr>
            <w:tcW w:type="dxa" w:w="1569"/>
          </w:tcPr>
          <w:p>
            <w:pPr>
              <w:spacing w:before="20" w:after="20" w:line="240" w:lineRule="auto"/>
              <w:jc w:val="center"/>
            </w:pPr>
            <w:r/>
            <w:r>
              <w:rPr>
                <w:rFonts w:ascii="Times New Roman" w:hAnsi="Times New Roman" w:eastAsia="宋体"/>
                <w:b w:val="0"/>
                <w:i w:val="0"/>
                <w:sz w:val="20"/>
              </w:rPr>
              <w:t>3</w:t>
            </w:r>
          </w:p>
        </w:tc>
        <w:tc>
          <w:tcPr>
            <w:tcW w:type="dxa" w:w="1569"/>
          </w:tcPr>
          <w:p>
            <w:pPr>
              <w:spacing w:before="20" w:after="20" w:line="240" w:lineRule="auto"/>
              <w:jc w:val="center"/>
            </w:pPr>
            <w:r/>
            <w:r>
              <w:rPr>
                <w:rFonts w:ascii="Times New Roman" w:hAnsi="Times New Roman" w:eastAsia="宋体"/>
                <w:b w:val="0"/>
                <w:i w:val="0"/>
                <w:sz w:val="20"/>
              </w:rPr>
              <w:t>4</w:t>
            </w:r>
          </w:p>
        </w:tc>
        <w:tc>
          <w:tcPr>
            <w:tcW w:type="dxa" w:w="1569"/>
          </w:tcPr>
          <w:p>
            <w:pPr>
              <w:spacing w:before="20" w:after="20" w:line="240" w:lineRule="auto"/>
              <w:jc w:val="center"/>
            </w:pPr>
            <w:r/>
            <w:r>
              <w:rPr>
                <w:rFonts w:ascii="Times New Roman" w:hAnsi="Times New Roman" w:eastAsia="宋体"/>
                <w:b w:val="0"/>
                <w:i w:val="0"/>
                <w:sz w:val="20"/>
              </w:rPr>
              <w:t>1</w:t>
            </w:r>
          </w:p>
        </w:tc>
        <w:tc>
          <w:tcPr>
            <w:tcW w:type="dxa" w:w="1569"/>
          </w:tcPr>
          <w:p>
            <w:pPr>
              <w:spacing w:before="20" w:after="20" w:line="240" w:lineRule="auto"/>
              <w:jc w:val="center"/>
            </w:pPr>
            <w:r/>
            <w:r>
              <w:rPr>
                <w:rFonts w:ascii="Times New Roman" w:hAnsi="Times New Roman" w:eastAsia="宋体"/>
                <w:b w:val="0"/>
                <w:i w:val="0"/>
                <w:sz w:val="20"/>
              </w:rPr>
              <w:t>0</w:t>
            </w:r>
          </w:p>
        </w:tc>
      </w:tr>
      <w:tr>
        <w:tc>
          <w:tcPr>
            <w:tcW w:type="dxa" w:w="1569"/>
          </w:tcPr>
          <w:p>
            <w:pPr>
              <w:spacing w:before="20" w:after="20" w:line="240" w:lineRule="auto"/>
              <w:jc w:val="center"/>
            </w:pPr>
            <w:r/>
            <w:r>
              <w:rPr>
                <w:rFonts w:ascii="Times New Roman" w:hAnsi="Times New Roman" w:eastAsia="宋体"/>
                <w:b w:val="0"/>
                <w:i w:val="0"/>
                <w:sz w:val="20"/>
              </w:rPr>
              <w:t>4</w:t>
            </w:r>
          </w:p>
        </w:tc>
        <w:tc>
          <w:tcPr>
            <w:tcW w:type="dxa" w:w="1569"/>
          </w:tcPr>
          <w:p>
            <w:pPr>
              <w:spacing w:before="20" w:after="20" w:line="240" w:lineRule="auto"/>
              <w:jc w:val="center"/>
            </w:pPr>
            <w:r/>
            <w:r>
              <w:rPr>
                <w:rFonts w:ascii="Times New Roman" w:hAnsi="Times New Roman" w:eastAsia="宋体"/>
                <w:b w:val="0"/>
                <w:i w:val="0"/>
                <w:sz w:val="20"/>
              </w:rPr>
              <w:t>3</w:t>
            </w:r>
          </w:p>
        </w:tc>
        <w:tc>
          <w:tcPr>
            <w:tcW w:type="dxa" w:w="1569"/>
          </w:tcPr>
          <w:p>
            <w:pPr>
              <w:spacing w:before="20" w:after="20" w:line="240" w:lineRule="auto"/>
              <w:jc w:val="center"/>
            </w:pPr>
            <w:r/>
            <w:r>
              <w:rPr>
                <w:rFonts w:ascii="Times New Roman" w:hAnsi="Times New Roman" w:eastAsia="宋体"/>
                <w:b w:val="0"/>
                <w:i w:val="0"/>
                <w:sz w:val="20"/>
              </w:rPr>
              <w:t>1</w:t>
            </w:r>
          </w:p>
        </w:tc>
        <w:tc>
          <w:tcPr>
            <w:tcW w:type="dxa" w:w="1569"/>
          </w:tcPr>
          <w:p>
            <w:pPr>
              <w:spacing w:before="20" w:after="20" w:line="240" w:lineRule="auto"/>
              <w:jc w:val="center"/>
            </w:pPr>
            <w:r/>
            <w:r>
              <w:rPr>
                <w:rFonts w:ascii="Times New Roman" w:hAnsi="Times New Roman" w:eastAsia="宋体"/>
                <w:b w:val="0"/>
                <w:i w:val="0"/>
                <w:sz w:val="20"/>
              </w:rPr>
              <w:t>3</w:t>
            </w:r>
          </w:p>
        </w:tc>
        <w:tc>
          <w:tcPr>
            <w:tcW w:type="dxa" w:w="1569"/>
          </w:tcPr>
          <w:p>
            <w:pPr>
              <w:spacing w:before="20" w:after="20" w:line="240" w:lineRule="auto"/>
              <w:jc w:val="center"/>
            </w:pPr>
            <w:r/>
            <w:r>
              <w:rPr>
                <w:rFonts w:ascii="Times New Roman" w:hAnsi="Times New Roman" w:eastAsia="宋体"/>
                <w:b w:val="0"/>
                <w:i w:val="0"/>
                <w:sz w:val="20"/>
              </w:rPr>
              <w:t>1</w:t>
            </w:r>
          </w:p>
        </w:tc>
        <w:tc>
          <w:tcPr>
            <w:tcW w:type="dxa" w:w="1569"/>
          </w:tcPr>
          <w:p>
            <w:pPr>
              <w:spacing w:before="20" w:after="20" w:line="240" w:lineRule="auto"/>
              <w:jc w:val="center"/>
            </w:pPr>
            <w:r/>
            <w:r>
              <w:rPr>
                <w:rFonts w:ascii="Times New Roman" w:hAnsi="Times New Roman" w:eastAsia="宋体"/>
                <w:b w:val="0"/>
                <w:i w:val="0"/>
                <w:sz w:val="20"/>
              </w:rPr>
              <w:t>3</w:t>
            </w:r>
          </w:p>
        </w:tc>
      </w:tr>
      <w:tr>
        <w:tc>
          <w:tcPr>
            <w:tcW w:type="dxa" w:w="1569"/>
          </w:tcPr>
          <w:p>
            <w:pPr>
              <w:spacing w:before="20" w:after="20" w:line="240" w:lineRule="auto"/>
              <w:jc w:val="center"/>
            </w:pPr>
            <w:r/>
            <w:r>
              <w:rPr>
                <w:rFonts w:ascii="Times New Roman" w:hAnsi="Times New Roman" w:eastAsia="宋体"/>
                <w:b w:val="0"/>
                <w:i w:val="0"/>
                <w:sz w:val="20"/>
              </w:rPr>
              <w:t>5</w:t>
            </w:r>
          </w:p>
        </w:tc>
        <w:tc>
          <w:tcPr>
            <w:tcW w:type="dxa" w:w="1569"/>
          </w:tcPr>
          <w:p>
            <w:pPr>
              <w:spacing w:before="20" w:after="20" w:line="240" w:lineRule="auto"/>
              <w:jc w:val="center"/>
            </w:pPr>
            <w:r/>
            <w:r>
              <w:rPr>
                <w:rFonts w:ascii="Times New Roman" w:hAnsi="Times New Roman" w:eastAsia="宋体"/>
                <w:b w:val="0"/>
                <w:i w:val="0"/>
                <w:sz w:val="20"/>
              </w:rPr>
              <w:t>1</w:t>
            </w:r>
          </w:p>
        </w:tc>
        <w:tc>
          <w:tcPr>
            <w:tcW w:type="dxa" w:w="1569"/>
          </w:tcPr>
          <w:p>
            <w:pPr>
              <w:spacing w:before="20" w:after="20" w:line="240" w:lineRule="auto"/>
              <w:jc w:val="center"/>
            </w:pPr>
            <w:r/>
            <w:r>
              <w:rPr>
                <w:rFonts w:ascii="Times New Roman" w:hAnsi="Times New Roman" w:eastAsia="宋体"/>
                <w:b w:val="0"/>
                <w:i w:val="0"/>
                <w:sz w:val="20"/>
              </w:rPr>
              <w:t>1</w:t>
            </w:r>
          </w:p>
        </w:tc>
        <w:tc>
          <w:tcPr>
            <w:tcW w:type="dxa" w:w="1569"/>
          </w:tcPr>
          <w:p>
            <w:pPr>
              <w:spacing w:before="20" w:after="20" w:line="240" w:lineRule="auto"/>
              <w:jc w:val="center"/>
            </w:pPr>
            <w:r/>
            <w:r>
              <w:rPr>
                <w:rFonts w:ascii="Times New Roman" w:hAnsi="Times New Roman" w:eastAsia="宋体"/>
                <w:b w:val="0"/>
                <w:i w:val="0"/>
                <w:sz w:val="20"/>
              </w:rPr>
              <w:t>1</w:t>
            </w:r>
          </w:p>
        </w:tc>
        <w:tc>
          <w:tcPr>
            <w:tcW w:type="dxa" w:w="1569"/>
          </w:tcPr>
          <w:p>
            <w:pPr>
              <w:spacing w:before="20" w:after="20" w:line="240" w:lineRule="auto"/>
              <w:jc w:val="center"/>
            </w:pPr>
            <w:r/>
            <w:r>
              <w:rPr>
                <w:rFonts w:ascii="Times New Roman" w:hAnsi="Times New Roman" w:eastAsia="宋体"/>
                <w:b w:val="0"/>
                <w:i w:val="0"/>
                <w:sz w:val="20"/>
              </w:rPr>
              <w:t>1</w:t>
            </w:r>
          </w:p>
        </w:tc>
        <w:tc>
          <w:tcPr>
            <w:tcW w:type="dxa" w:w="1569"/>
          </w:tcPr>
          <w:p>
            <w:pPr>
              <w:spacing w:before="20" w:after="20" w:line="240" w:lineRule="auto"/>
              <w:jc w:val="center"/>
            </w:pPr>
            <w:r/>
            <w:r>
              <w:rPr>
                <w:rFonts w:ascii="Times New Roman" w:hAnsi="Times New Roman" w:eastAsia="宋体"/>
                <w:b w:val="0"/>
                <w:i w:val="0"/>
                <w:sz w:val="20"/>
              </w:rPr>
              <w:t>1</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sz w:val="21"/>
        </w:rPr>
        <w:t>如果某一行全是 1，递推就会使下一行也全是 1。因此由归纳法可知，对每个 i≥5 都有 f(i,2)=1。</w:t>
      </w:r>
    </w:p>
    <w:p>
      <w:pPr>
        <w:spacing w:before="0" w:after="80" w:line="300" w:lineRule="auto"/>
        <w:jc w:val="left"/>
      </w:pPr>
      <w:r>
        <w:rPr>
          <w:rFonts w:ascii="Times New Roman" w:hAnsi="Times New Roman" w:eastAsia="宋体"/>
          <w:b w:val="0"/>
          <w:i w:val="0"/>
          <w:sz w:val="21"/>
        </w:rPr>
        <w:t>因为 2015 ≥ 5，所以 f(2015, 2) = 1。</w:t>
      </w:r>
    </w:p>
    <w:p>
      <w:pPr>
        <w:spacing w:before="0" w:after="80" w:line="300" w:lineRule="auto"/>
        <w:jc w:val="left"/>
      </w:pPr>
      <w:r>
        <w:rPr>
          <w:rFonts w:ascii="Times New Roman" w:hAnsi="Times New Roman" w:eastAsia="宋体"/>
          <w:b w:val="0"/>
          <w:i w:val="0"/>
          <w:sz w:val="21"/>
        </w:rPr>
        <w:t>因此，正确选项是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Applying the recursion from left to right in each row gives</w:t>
      </w:r>
    </w:p>
    <w:tbl>
      <w:tblPr>
        <w:tblW w:type="auto" w:w="0"/>
        <w:jc w:val="center"/>
        <w:tblLayout w:type="autofit"/>
        <w:tblLook w:firstColumn="1" w:firstRow="1" w:lastColumn="0" w:lastRow="0" w:noHBand="0" w:noVBand="1" w:val="04A0"/>
      </w:tblPr>
      <w:tblGrid>
        <w:gridCol w:w="1569"/>
        <w:gridCol w:w="1569"/>
        <w:gridCol w:w="1569"/>
        <w:gridCol w:w="1569"/>
        <w:gridCol w:w="1569"/>
        <w:gridCol w:w="1569"/>
      </w:tblGrid>
      <w:tr>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ibackslash j</w:t>
            </w:r>
          </w:p>
        </w:tc>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0</w:t>
            </w:r>
          </w:p>
        </w:tc>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1</w:t>
            </w:r>
          </w:p>
        </w:tc>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2</w:t>
            </w:r>
          </w:p>
        </w:tc>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3</w:t>
            </w:r>
          </w:p>
        </w:tc>
        <w:tc>
          <w:tcPr>
            <w:tcW w:type="dxa" w:w="1569"/>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4</w:t>
            </w:r>
          </w:p>
        </w:tc>
      </w:tr>
      <w:tr>
        <w:tc>
          <w:tcPr>
            <w:tcW w:type="dxa" w:w="1569"/>
          </w:tcPr>
          <w:p>
            <w:pPr>
              <w:spacing w:before="20" w:after="20" w:line="240" w:lineRule="auto"/>
              <w:jc w:val="center"/>
            </w:pPr>
            <w:r/>
            <w:r>
              <w:rPr>
                <w:rFonts w:ascii="Times New Roman" w:hAnsi="Times New Roman" w:eastAsia="宋体"/>
                <w:b w:val="0"/>
                <w:i w:val="0"/>
                <w:color w:val="333333"/>
                <w:sz w:val="19"/>
              </w:rPr>
              <w:t>0</w:t>
            </w:r>
          </w:p>
        </w:tc>
        <w:tc>
          <w:tcPr>
            <w:tcW w:type="dxa" w:w="1569"/>
          </w:tcPr>
          <w:p>
            <w:pPr>
              <w:spacing w:before="20" w:after="20" w:line="240" w:lineRule="auto"/>
              <w:jc w:val="center"/>
            </w:pPr>
            <w:r/>
            <w:r>
              <w:rPr>
                <w:rFonts w:ascii="Times New Roman" w:hAnsi="Times New Roman" w:eastAsia="宋体"/>
                <w:b w:val="0"/>
                <w:i w:val="0"/>
                <w:color w:val="333333"/>
                <w:sz w:val="19"/>
              </w:rPr>
              <w:t>1</w:t>
            </w:r>
          </w:p>
        </w:tc>
        <w:tc>
          <w:tcPr>
            <w:tcW w:type="dxa" w:w="1569"/>
          </w:tcPr>
          <w:p>
            <w:pPr>
              <w:spacing w:before="20" w:after="20" w:line="240" w:lineRule="auto"/>
              <w:jc w:val="center"/>
            </w:pPr>
            <w:r/>
            <w:r>
              <w:rPr>
                <w:rFonts w:ascii="Times New Roman" w:hAnsi="Times New Roman" w:eastAsia="宋体"/>
                <w:b w:val="0"/>
                <w:i w:val="0"/>
                <w:color w:val="333333"/>
                <w:sz w:val="19"/>
              </w:rPr>
              <w:t>2</w:t>
            </w:r>
          </w:p>
        </w:tc>
        <w:tc>
          <w:tcPr>
            <w:tcW w:type="dxa" w:w="1569"/>
          </w:tcPr>
          <w:p>
            <w:pPr>
              <w:spacing w:before="20" w:after="20" w:line="240" w:lineRule="auto"/>
              <w:jc w:val="center"/>
            </w:pPr>
            <w:r/>
            <w:r>
              <w:rPr>
                <w:rFonts w:ascii="Times New Roman" w:hAnsi="Times New Roman" w:eastAsia="宋体"/>
                <w:b w:val="0"/>
                <w:i w:val="0"/>
                <w:color w:val="333333"/>
                <w:sz w:val="19"/>
              </w:rPr>
              <w:t>3</w:t>
            </w:r>
          </w:p>
        </w:tc>
        <w:tc>
          <w:tcPr>
            <w:tcW w:type="dxa" w:w="1569"/>
          </w:tcPr>
          <w:p>
            <w:pPr>
              <w:spacing w:before="20" w:after="20" w:line="240" w:lineRule="auto"/>
              <w:jc w:val="center"/>
            </w:pPr>
            <w:r/>
            <w:r>
              <w:rPr>
                <w:rFonts w:ascii="Times New Roman" w:hAnsi="Times New Roman" w:eastAsia="宋体"/>
                <w:b w:val="0"/>
                <w:i w:val="0"/>
                <w:color w:val="333333"/>
                <w:sz w:val="19"/>
              </w:rPr>
              <w:t>4</w:t>
            </w:r>
          </w:p>
        </w:tc>
        <w:tc>
          <w:tcPr>
            <w:tcW w:type="dxa" w:w="1569"/>
          </w:tcPr>
          <w:p>
            <w:pPr>
              <w:spacing w:before="20" w:after="20" w:line="240" w:lineRule="auto"/>
              <w:jc w:val="center"/>
            </w:pPr>
            <w:r/>
            <w:r>
              <w:rPr>
                <w:rFonts w:ascii="Times New Roman" w:hAnsi="Times New Roman" w:eastAsia="宋体"/>
                <w:b w:val="0"/>
                <w:i w:val="0"/>
                <w:color w:val="333333"/>
                <w:sz w:val="19"/>
              </w:rPr>
              <w:t>0</w:t>
            </w:r>
          </w:p>
        </w:tc>
      </w:tr>
      <w:tr>
        <w:tc>
          <w:tcPr>
            <w:tcW w:type="dxa" w:w="1569"/>
          </w:tcPr>
          <w:p>
            <w:pPr>
              <w:spacing w:before="20" w:after="20" w:line="240" w:lineRule="auto"/>
              <w:jc w:val="center"/>
            </w:pPr>
            <w:r/>
            <w:r>
              <w:rPr>
                <w:rFonts w:ascii="Times New Roman" w:hAnsi="Times New Roman" w:eastAsia="宋体"/>
                <w:b w:val="0"/>
                <w:i w:val="0"/>
                <w:color w:val="333333"/>
                <w:sz w:val="19"/>
              </w:rPr>
              <w:t>1</w:t>
            </w:r>
          </w:p>
        </w:tc>
        <w:tc>
          <w:tcPr>
            <w:tcW w:type="dxa" w:w="1569"/>
          </w:tcPr>
          <w:p>
            <w:pPr>
              <w:spacing w:before="20" w:after="20" w:line="240" w:lineRule="auto"/>
              <w:jc w:val="center"/>
            </w:pPr>
            <w:r/>
            <w:r>
              <w:rPr>
                <w:rFonts w:ascii="Times New Roman" w:hAnsi="Times New Roman" w:eastAsia="宋体"/>
                <w:b w:val="0"/>
                <w:i w:val="0"/>
                <w:color w:val="333333"/>
                <w:sz w:val="19"/>
              </w:rPr>
              <w:t>2</w:t>
            </w:r>
          </w:p>
        </w:tc>
        <w:tc>
          <w:tcPr>
            <w:tcW w:type="dxa" w:w="1569"/>
          </w:tcPr>
          <w:p>
            <w:pPr>
              <w:spacing w:before="20" w:after="20" w:line="240" w:lineRule="auto"/>
              <w:jc w:val="center"/>
            </w:pPr>
            <w:r/>
            <w:r>
              <w:rPr>
                <w:rFonts w:ascii="Times New Roman" w:hAnsi="Times New Roman" w:eastAsia="宋体"/>
                <w:b w:val="0"/>
                <w:i w:val="0"/>
                <w:color w:val="333333"/>
                <w:sz w:val="19"/>
              </w:rPr>
              <w:t>3</w:t>
            </w:r>
          </w:p>
        </w:tc>
        <w:tc>
          <w:tcPr>
            <w:tcW w:type="dxa" w:w="1569"/>
          </w:tcPr>
          <w:p>
            <w:pPr>
              <w:spacing w:before="20" w:after="20" w:line="240" w:lineRule="auto"/>
              <w:jc w:val="center"/>
            </w:pPr>
            <w:r/>
            <w:r>
              <w:rPr>
                <w:rFonts w:ascii="Times New Roman" w:hAnsi="Times New Roman" w:eastAsia="宋体"/>
                <w:b w:val="0"/>
                <w:i w:val="0"/>
                <w:color w:val="333333"/>
                <w:sz w:val="19"/>
              </w:rPr>
              <w:t>4</w:t>
            </w:r>
          </w:p>
        </w:tc>
        <w:tc>
          <w:tcPr>
            <w:tcW w:type="dxa" w:w="1569"/>
          </w:tcPr>
          <w:p>
            <w:pPr>
              <w:spacing w:before="20" w:after="20" w:line="240" w:lineRule="auto"/>
              <w:jc w:val="center"/>
            </w:pPr>
            <w:r/>
            <w:r>
              <w:rPr>
                <w:rFonts w:ascii="Times New Roman" w:hAnsi="Times New Roman" w:eastAsia="宋体"/>
                <w:b w:val="0"/>
                <w:i w:val="0"/>
                <w:color w:val="333333"/>
                <w:sz w:val="19"/>
              </w:rPr>
              <w:t>0</w:t>
            </w:r>
          </w:p>
        </w:tc>
        <w:tc>
          <w:tcPr>
            <w:tcW w:type="dxa" w:w="1569"/>
          </w:tcPr>
          <w:p>
            <w:pPr>
              <w:spacing w:before="20" w:after="20" w:line="240" w:lineRule="auto"/>
              <w:jc w:val="center"/>
            </w:pPr>
            <w:r/>
            <w:r>
              <w:rPr>
                <w:rFonts w:ascii="Times New Roman" w:hAnsi="Times New Roman" w:eastAsia="宋体"/>
                <w:b w:val="0"/>
                <w:i w:val="0"/>
                <w:color w:val="333333"/>
                <w:sz w:val="19"/>
              </w:rPr>
              <w:t>1</w:t>
            </w:r>
          </w:p>
        </w:tc>
      </w:tr>
      <w:tr>
        <w:tc>
          <w:tcPr>
            <w:tcW w:type="dxa" w:w="1569"/>
          </w:tcPr>
          <w:p>
            <w:pPr>
              <w:spacing w:before="20" w:after="20" w:line="240" w:lineRule="auto"/>
              <w:jc w:val="center"/>
            </w:pPr>
            <w:r/>
            <w:r>
              <w:rPr>
                <w:rFonts w:ascii="Times New Roman" w:hAnsi="Times New Roman" w:eastAsia="宋体"/>
                <w:b w:val="0"/>
                <w:i w:val="0"/>
                <w:color w:val="333333"/>
                <w:sz w:val="19"/>
              </w:rPr>
              <w:t>2</w:t>
            </w:r>
          </w:p>
        </w:tc>
        <w:tc>
          <w:tcPr>
            <w:tcW w:type="dxa" w:w="1569"/>
          </w:tcPr>
          <w:p>
            <w:pPr>
              <w:spacing w:before="20" w:after="20" w:line="240" w:lineRule="auto"/>
              <w:jc w:val="center"/>
            </w:pPr>
            <w:r/>
            <w:r>
              <w:rPr>
                <w:rFonts w:ascii="Times New Roman" w:hAnsi="Times New Roman" w:eastAsia="宋体"/>
                <w:b w:val="0"/>
                <w:i w:val="0"/>
                <w:color w:val="333333"/>
                <w:sz w:val="19"/>
              </w:rPr>
              <w:t>3</w:t>
            </w:r>
          </w:p>
        </w:tc>
        <w:tc>
          <w:tcPr>
            <w:tcW w:type="dxa" w:w="1569"/>
          </w:tcPr>
          <w:p>
            <w:pPr>
              <w:spacing w:before="20" w:after="20" w:line="240" w:lineRule="auto"/>
              <w:jc w:val="center"/>
            </w:pPr>
            <w:r/>
            <w:r>
              <w:rPr>
                <w:rFonts w:ascii="Times New Roman" w:hAnsi="Times New Roman" w:eastAsia="宋体"/>
                <w:b w:val="0"/>
                <w:i w:val="0"/>
                <w:color w:val="333333"/>
                <w:sz w:val="19"/>
              </w:rPr>
              <w:t>0</w:t>
            </w:r>
          </w:p>
        </w:tc>
        <w:tc>
          <w:tcPr>
            <w:tcW w:type="dxa" w:w="1569"/>
          </w:tcPr>
          <w:p>
            <w:pPr>
              <w:spacing w:before="20" w:after="20" w:line="240" w:lineRule="auto"/>
              <w:jc w:val="center"/>
            </w:pPr>
            <w:r/>
            <w:r>
              <w:rPr>
                <w:rFonts w:ascii="Times New Roman" w:hAnsi="Times New Roman" w:eastAsia="宋体"/>
                <w:b w:val="0"/>
                <w:i w:val="0"/>
                <w:color w:val="333333"/>
                <w:sz w:val="19"/>
              </w:rPr>
              <w:t>2</w:t>
            </w:r>
          </w:p>
        </w:tc>
        <w:tc>
          <w:tcPr>
            <w:tcW w:type="dxa" w:w="1569"/>
          </w:tcPr>
          <w:p>
            <w:pPr>
              <w:spacing w:before="20" w:after="20" w:line="240" w:lineRule="auto"/>
              <w:jc w:val="center"/>
            </w:pPr>
            <w:r/>
            <w:r>
              <w:rPr>
                <w:rFonts w:ascii="Times New Roman" w:hAnsi="Times New Roman" w:eastAsia="宋体"/>
                <w:b w:val="0"/>
                <w:i w:val="0"/>
                <w:color w:val="333333"/>
                <w:sz w:val="19"/>
              </w:rPr>
              <w:t>4</w:t>
            </w:r>
          </w:p>
        </w:tc>
        <w:tc>
          <w:tcPr>
            <w:tcW w:type="dxa" w:w="1569"/>
          </w:tcPr>
          <w:p>
            <w:pPr>
              <w:spacing w:before="20" w:after="20" w:line="240" w:lineRule="auto"/>
              <w:jc w:val="center"/>
            </w:pPr>
            <w:r/>
            <w:r>
              <w:rPr>
                <w:rFonts w:ascii="Times New Roman" w:hAnsi="Times New Roman" w:eastAsia="宋体"/>
                <w:b w:val="0"/>
                <w:i w:val="0"/>
                <w:color w:val="333333"/>
                <w:sz w:val="19"/>
              </w:rPr>
              <w:t>1</w:t>
            </w:r>
          </w:p>
        </w:tc>
      </w:tr>
      <w:tr>
        <w:tc>
          <w:tcPr>
            <w:tcW w:type="dxa" w:w="1569"/>
          </w:tcPr>
          <w:p>
            <w:pPr>
              <w:spacing w:before="20" w:after="20" w:line="240" w:lineRule="auto"/>
              <w:jc w:val="center"/>
            </w:pPr>
            <w:r/>
            <w:r>
              <w:rPr>
                <w:rFonts w:ascii="Times New Roman" w:hAnsi="Times New Roman" w:eastAsia="宋体"/>
                <w:b w:val="0"/>
                <w:i w:val="0"/>
                <w:color w:val="333333"/>
                <w:sz w:val="19"/>
              </w:rPr>
              <w:t>3</w:t>
            </w:r>
          </w:p>
        </w:tc>
        <w:tc>
          <w:tcPr>
            <w:tcW w:type="dxa" w:w="1569"/>
          </w:tcPr>
          <w:p>
            <w:pPr>
              <w:spacing w:before="20" w:after="20" w:line="240" w:lineRule="auto"/>
              <w:jc w:val="center"/>
            </w:pPr>
            <w:r/>
            <w:r>
              <w:rPr>
                <w:rFonts w:ascii="Times New Roman" w:hAnsi="Times New Roman" w:eastAsia="宋体"/>
                <w:b w:val="0"/>
                <w:i w:val="0"/>
                <w:color w:val="333333"/>
                <w:sz w:val="19"/>
              </w:rPr>
              <w:t>0</w:t>
            </w:r>
          </w:p>
        </w:tc>
        <w:tc>
          <w:tcPr>
            <w:tcW w:type="dxa" w:w="1569"/>
          </w:tcPr>
          <w:p>
            <w:pPr>
              <w:spacing w:before="20" w:after="20" w:line="240" w:lineRule="auto"/>
              <w:jc w:val="center"/>
            </w:pPr>
            <w:r/>
            <w:r>
              <w:rPr>
                <w:rFonts w:ascii="Times New Roman" w:hAnsi="Times New Roman" w:eastAsia="宋体"/>
                <w:b w:val="0"/>
                <w:i w:val="0"/>
                <w:color w:val="333333"/>
                <w:sz w:val="19"/>
              </w:rPr>
              <w:t>3</w:t>
            </w:r>
          </w:p>
        </w:tc>
        <w:tc>
          <w:tcPr>
            <w:tcW w:type="dxa" w:w="1569"/>
          </w:tcPr>
          <w:p>
            <w:pPr>
              <w:spacing w:before="20" w:after="20" w:line="240" w:lineRule="auto"/>
              <w:jc w:val="center"/>
            </w:pPr>
            <w:r/>
            <w:r>
              <w:rPr>
                <w:rFonts w:ascii="Times New Roman" w:hAnsi="Times New Roman" w:eastAsia="宋体"/>
                <w:b w:val="0"/>
                <w:i w:val="0"/>
                <w:color w:val="333333"/>
                <w:sz w:val="19"/>
              </w:rPr>
              <w:t>4</w:t>
            </w:r>
          </w:p>
        </w:tc>
        <w:tc>
          <w:tcPr>
            <w:tcW w:type="dxa" w:w="1569"/>
          </w:tcPr>
          <w:p>
            <w:pPr>
              <w:spacing w:before="20" w:after="20" w:line="240" w:lineRule="auto"/>
              <w:jc w:val="center"/>
            </w:pPr>
            <w:r/>
            <w:r>
              <w:rPr>
                <w:rFonts w:ascii="Times New Roman" w:hAnsi="Times New Roman" w:eastAsia="宋体"/>
                <w:b w:val="0"/>
                <w:i w:val="0"/>
                <w:color w:val="333333"/>
                <w:sz w:val="19"/>
              </w:rPr>
              <w:t>1</w:t>
            </w:r>
          </w:p>
        </w:tc>
        <w:tc>
          <w:tcPr>
            <w:tcW w:type="dxa" w:w="1569"/>
          </w:tcPr>
          <w:p>
            <w:pPr>
              <w:spacing w:before="20" w:after="20" w:line="240" w:lineRule="auto"/>
              <w:jc w:val="center"/>
            </w:pPr>
            <w:r/>
            <w:r>
              <w:rPr>
                <w:rFonts w:ascii="Times New Roman" w:hAnsi="Times New Roman" w:eastAsia="宋体"/>
                <w:b w:val="0"/>
                <w:i w:val="0"/>
                <w:color w:val="333333"/>
                <w:sz w:val="19"/>
              </w:rPr>
              <w:t>0</w:t>
            </w:r>
          </w:p>
        </w:tc>
      </w:tr>
      <w:tr>
        <w:tc>
          <w:tcPr>
            <w:tcW w:type="dxa" w:w="1569"/>
          </w:tcPr>
          <w:p>
            <w:pPr>
              <w:spacing w:before="20" w:after="20" w:line="240" w:lineRule="auto"/>
              <w:jc w:val="center"/>
            </w:pPr>
            <w:r/>
            <w:r>
              <w:rPr>
                <w:rFonts w:ascii="Times New Roman" w:hAnsi="Times New Roman" w:eastAsia="宋体"/>
                <w:b w:val="0"/>
                <w:i w:val="0"/>
                <w:color w:val="333333"/>
                <w:sz w:val="19"/>
              </w:rPr>
              <w:t>4</w:t>
            </w:r>
          </w:p>
        </w:tc>
        <w:tc>
          <w:tcPr>
            <w:tcW w:type="dxa" w:w="1569"/>
          </w:tcPr>
          <w:p>
            <w:pPr>
              <w:spacing w:before="20" w:after="20" w:line="240" w:lineRule="auto"/>
              <w:jc w:val="center"/>
            </w:pPr>
            <w:r/>
            <w:r>
              <w:rPr>
                <w:rFonts w:ascii="Times New Roman" w:hAnsi="Times New Roman" w:eastAsia="宋体"/>
                <w:b w:val="0"/>
                <w:i w:val="0"/>
                <w:color w:val="333333"/>
                <w:sz w:val="19"/>
              </w:rPr>
              <w:t>3</w:t>
            </w:r>
          </w:p>
        </w:tc>
        <w:tc>
          <w:tcPr>
            <w:tcW w:type="dxa" w:w="1569"/>
          </w:tcPr>
          <w:p>
            <w:pPr>
              <w:spacing w:before="20" w:after="20" w:line="240" w:lineRule="auto"/>
              <w:jc w:val="center"/>
            </w:pPr>
            <w:r/>
            <w:r>
              <w:rPr>
                <w:rFonts w:ascii="Times New Roman" w:hAnsi="Times New Roman" w:eastAsia="宋体"/>
                <w:b w:val="0"/>
                <w:i w:val="0"/>
                <w:color w:val="333333"/>
                <w:sz w:val="19"/>
              </w:rPr>
              <w:t>1</w:t>
            </w:r>
          </w:p>
        </w:tc>
        <w:tc>
          <w:tcPr>
            <w:tcW w:type="dxa" w:w="1569"/>
          </w:tcPr>
          <w:p>
            <w:pPr>
              <w:spacing w:before="20" w:after="20" w:line="240" w:lineRule="auto"/>
              <w:jc w:val="center"/>
            </w:pPr>
            <w:r/>
            <w:r>
              <w:rPr>
                <w:rFonts w:ascii="Times New Roman" w:hAnsi="Times New Roman" w:eastAsia="宋体"/>
                <w:b w:val="0"/>
                <w:i w:val="0"/>
                <w:color w:val="333333"/>
                <w:sz w:val="19"/>
              </w:rPr>
              <w:t>3</w:t>
            </w:r>
          </w:p>
        </w:tc>
        <w:tc>
          <w:tcPr>
            <w:tcW w:type="dxa" w:w="1569"/>
          </w:tcPr>
          <w:p>
            <w:pPr>
              <w:spacing w:before="20" w:after="20" w:line="240" w:lineRule="auto"/>
              <w:jc w:val="center"/>
            </w:pPr>
            <w:r/>
            <w:r>
              <w:rPr>
                <w:rFonts w:ascii="Times New Roman" w:hAnsi="Times New Roman" w:eastAsia="宋体"/>
                <w:b w:val="0"/>
                <w:i w:val="0"/>
                <w:color w:val="333333"/>
                <w:sz w:val="19"/>
              </w:rPr>
              <w:t>1</w:t>
            </w:r>
          </w:p>
        </w:tc>
        <w:tc>
          <w:tcPr>
            <w:tcW w:type="dxa" w:w="1569"/>
          </w:tcPr>
          <w:p>
            <w:pPr>
              <w:spacing w:before="20" w:after="20" w:line="240" w:lineRule="auto"/>
              <w:jc w:val="center"/>
            </w:pPr>
            <w:r/>
            <w:r>
              <w:rPr>
                <w:rFonts w:ascii="Times New Roman" w:hAnsi="Times New Roman" w:eastAsia="宋体"/>
                <w:b w:val="0"/>
                <w:i w:val="0"/>
                <w:color w:val="333333"/>
                <w:sz w:val="19"/>
              </w:rPr>
              <w:t>3</w:t>
            </w:r>
          </w:p>
        </w:tc>
      </w:tr>
      <w:tr>
        <w:tc>
          <w:tcPr>
            <w:tcW w:type="dxa" w:w="1569"/>
          </w:tcPr>
          <w:p>
            <w:pPr>
              <w:spacing w:before="20" w:after="20" w:line="240" w:lineRule="auto"/>
              <w:jc w:val="center"/>
            </w:pPr>
            <w:r/>
            <w:r>
              <w:rPr>
                <w:rFonts w:ascii="Times New Roman" w:hAnsi="Times New Roman" w:eastAsia="宋体"/>
                <w:b w:val="0"/>
                <w:i w:val="0"/>
                <w:color w:val="333333"/>
                <w:sz w:val="19"/>
              </w:rPr>
              <w:t>5</w:t>
            </w:r>
          </w:p>
        </w:tc>
        <w:tc>
          <w:tcPr>
            <w:tcW w:type="dxa" w:w="1569"/>
          </w:tcPr>
          <w:p>
            <w:pPr>
              <w:spacing w:before="20" w:after="20" w:line="240" w:lineRule="auto"/>
              <w:jc w:val="center"/>
            </w:pPr>
            <w:r/>
            <w:r>
              <w:rPr>
                <w:rFonts w:ascii="Times New Roman" w:hAnsi="Times New Roman" w:eastAsia="宋体"/>
                <w:b w:val="0"/>
                <w:i w:val="0"/>
                <w:color w:val="333333"/>
                <w:sz w:val="19"/>
              </w:rPr>
              <w:t>1</w:t>
            </w:r>
          </w:p>
        </w:tc>
        <w:tc>
          <w:tcPr>
            <w:tcW w:type="dxa" w:w="1569"/>
          </w:tcPr>
          <w:p>
            <w:pPr>
              <w:spacing w:before="20" w:after="20" w:line="240" w:lineRule="auto"/>
              <w:jc w:val="center"/>
            </w:pPr>
            <w:r/>
            <w:r>
              <w:rPr>
                <w:rFonts w:ascii="Times New Roman" w:hAnsi="Times New Roman" w:eastAsia="宋体"/>
                <w:b w:val="0"/>
                <w:i w:val="0"/>
                <w:color w:val="333333"/>
                <w:sz w:val="19"/>
              </w:rPr>
              <w:t>1</w:t>
            </w:r>
          </w:p>
        </w:tc>
        <w:tc>
          <w:tcPr>
            <w:tcW w:type="dxa" w:w="1569"/>
          </w:tcPr>
          <w:p>
            <w:pPr>
              <w:spacing w:before="20" w:after="20" w:line="240" w:lineRule="auto"/>
              <w:jc w:val="center"/>
            </w:pPr>
            <w:r/>
            <w:r>
              <w:rPr>
                <w:rFonts w:ascii="Times New Roman" w:hAnsi="Times New Roman" w:eastAsia="宋体"/>
                <w:b w:val="0"/>
                <w:i w:val="0"/>
                <w:color w:val="333333"/>
                <w:sz w:val="19"/>
              </w:rPr>
              <w:t>1</w:t>
            </w:r>
          </w:p>
        </w:tc>
        <w:tc>
          <w:tcPr>
            <w:tcW w:type="dxa" w:w="1569"/>
          </w:tcPr>
          <w:p>
            <w:pPr>
              <w:spacing w:before="20" w:after="20" w:line="240" w:lineRule="auto"/>
              <w:jc w:val="center"/>
            </w:pPr>
            <w:r/>
            <w:r>
              <w:rPr>
                <w:rFonts w:ascii="Times New Roman" w:hAnsi="Times New Roman" w:eastAsia="宋体"/>
                <w:b w:val="0"/>
                <w:i w:val="0"/>
                <w:color w:val="333333"/>
                <w:sz w:val="19"/>
              </w:rPr>
              <w:t>1</w:t>
            </w:r>
          </w:p>
        </w:tc>
        <w:tc>
          <w:tcPr>
            <w:tcW w:type="dxa" w:w="1569"/>
          </w:tcPr>
          <w:p>
            <w:pPr>
              <w:spacing w:before="20" w:after="20" w:line="240" w:lineRule="auto"/>
              <w:jc w:val="center"/>
            </w:pPr>
            <w:r/>
            <w:r>
              <w:rPr>
                <w:rFonts w:ascii="Times New Roman" w:hAnsi="Times New Roman" w:eastAsia="宋体"/>
                <w:b w:val="0"/>
                <w:i w:val="0"/>
                <w:color w:val="333333"/>
                <w:sz w:val="19"/>
              </w:rPr>
              <w:t>1</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color w:val="333333"/>
          <w:sz w:val="19"/>
        </w:rPr>
        <w:t>If a row consists entirely of 1s, the recursion makes the next row entirely 1s as well. Hence, by induction, f(i,2)=1 for every i≥5.</w:t>
      </w:r>
    </w:p>
    <w:p>
      <w:pPr>
        <w:spacing w:before="0" w:after="80" w:line="300" w:lineRule="auto"/>
        <w:jc w:val="left"/>
      </w:pPr>
      <w:r>
        <w:rPr>
          <w:rFonts w:ascii="Times New Roman" w:hAnsi="Times New Roman" w:eastAsia="宋体"/>
          <w:b w:val="0"/>
          <w:i w:val="0"/>
          <w:color w:val="333333"/>
          <w:sz w:val="19"/>
        </w:rPr>
        <w:t>Since 2015 ≥ 5, we get f(2015, 2) = 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D</w:t>
      </w:r>
    </w:p>
    <w:p>
      <w:pPr>
        <w:spacing w:before="0" w:after="80" w:line="300" w:lineRule="auto"/>
        <w:jc w:val="left"/>
      </w:pPr>
      <w:r>
        <w:rPr>
          <w:rFonts w:ascii="Times New Roman" w:hAnsi="Times New Roman" w:eastAsia="宋体"/>
          <w:b w:val="0"/>
          <w:i w:val="0"/>
          <w:sz w:val="21"/>
        </w:rPr>
        <w:t>一段 t 级的楼梯需要 Cozy 跳 ⌈ t/2 ⌉ 次，Dash 跳 ⌈ t/5 ⌉ 次，我们需要二者差为 19。</w:t>
      </w:r>
    </w:p>
    <w:p>
      <w:pPr>
        <w:spacing w:before="0" w:after="80" w:line="300" w:lineRule="auto"/>
        <w:jc w:val="left"/>
      </w:pPr>
      <w:r>
        <w:rPr>
          <w:rFonts w:ascii="Times New Roman" w:hAnsi="Times New Roman" w:eastAsia="宋体"/>
          <w:b w:val="0"/>
          <w:i w:val="0"/>
          <w:sz w:val="21"/>
        </w:rPr>
        <w:t>设 Dash 跳了 d+1 次。那么 t 是 5d+1、5d+2、5d+3、5d+4、5d+5 之一。Cozy 跳了 d+20 次，所以 t 是 2d+39 或 2d+40。令这两组值相等，只有在以下三种情形中 d 才是整数：</w:t>
      </w:r>
    </w:p>
    <w:p>
      <w:pPr>
        <w:spacing w:before="0" w:after="80" w:line="300" w:lineRule="auto"/>
        <w:jc w:val="left"/>
      </w:pPr>
      <w:r>
        <w:rPr>
          <w:rFonts w:ascii="Times New Roman" w:hAnsi="Times New Roman" w:eastAsia="宋体"/>
          <w:b w:val="0"/>
          <w:i w:val="0"/>
          <w:sz w:val="21"/>
        </w:rPr>
        <w:t>5d+3=2d+39,</w:t>
      </w:r>
    </w:p>
    <w:p>
      <w:pPr>
        <w:spacing w:before="0" w:after="80" w:line="300" w:lineRule="auto"/>
        <w:jc w:val="left"/>
      </w:pPr>
      <w:r>
        <w:rPr>
          <w:rFonts w:ascii="Times New Roman" w:hAnsi="Times New Roman" w:eastAsia="宋体"/>
          <w:b w:val="0"/>
          <w:i w:val="0"/>
          <w:sz w:val="21"/>
        </w:rPr>
        <w:t>5d+1=2d+40,</w:t>
      </w:r>
    </w:p>
    <w:p>
      <w:pPr>
        <w:spacing w:before="0" w:after="80" w:line="300" w:lineRule="auto"/>
        <w:jc w:val="left"/>
      </w:pPr>
      <w:r>
        <w:rPr>
          <w:rFonts w:ascii="Times New Roman" w:hAnsi="Times New Roman" w:eastAsia="宋体"/>
          <w:b w:val="0"/>
          <w:i w:val="0"/>
          <w:sz w:val="21"/>
        </w:rPr>
        <w:t>5d+4=2d+40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它们分别给出 t=63,66,64。因此有效值为 t=63、64 和 66，所以 s = 63 + 64 + 66 = 193。它的各位数字之和是 1 + 9 + 3 = 13。</w:t>
      </w:r>
    </w:p>
    <w:p>
      <w:pPr>
        <w:spacing w:before="0" w:after="80" w:line="300" w:lineRule="auto"/>
        <w:jc w:val="left"/>
      </w:pPr>
      <w:r>
        <w:rPr>
          <w:rFonts w:ascii="Times New Roman" w:hAnsi="Times New Roman" w:eastAsia="宋体"/>
          <w:b w:val="0"/>
          <w:i w:val="0"/>
          <w:sz w:val="21"/>
        </w:rPr>
        <w:t>因此，正确选项是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staircase of t steps takes Cozy ⌈ t/2 ⌉ jumps and Dash ⌈ t/5 ⌉ jumps, and we need the difference to equal 19.</w:t>
      </w:r>
    </w:p>
    <w:p>
      <w:pPr>
        <w:spacing w:before="0" w:after="80" w:line="300" w:lineRule="auto"/>
        <w:jc w:val="left"/>
      </w:pPr>
      <w:r>
        <w:rPr>
          <w:rFonts w:ascii="Times New Roman" w:hAnsi="Times New Roman" w:eastAsia="宋体"/>
          <w:b w:val="0"/>
          <w:i w:val="0"/>
          <w:color w:val="333333"/>
          <w:sz w:val="19"/>
        </w:rPr>
        <w:t>Suppose Dash makes d+1 jumps. Then t is one of 5d+1, 5d+2, 5d+3, 5d+4, 5d+5. Cozy makes d+20 jumps, so t is either 2d+39 or 2d+40. Equating these two lists gives an integer d only in the three cases</w:t>
      </w:r>
    </w:p>
    <w:p>
      <w:pPr>
        <w:spacing w:before="0" w:after="80" w:line="300" w:lineRule="auto"/>
        <w:jc w:val="left"/>
      </w:pPr>
      <w:r>
        <w:rPr>
          <w:rFonts w:ascii="Times New Roman" w:hAnsi="Times New Roman" w:eastAsia="宋体"/>
          <w:b w:val="0"/>
          <w:i w:val="0"/>
          <w:color w:val="333333"/>
          <w:sz w:val="19"/>
        </w:rPr>
        <w:t>5d+3=2d+39,</w:t>
      </w:r>
    </w:p>
    <w:p>
      <w:pPr>
        <w:spacing w:before="0" w:after="80" w:line="300" w:lineRule="auto"/>
        <w:jc w:val="left"/>
      </w:pPr>
      <w:r>
        <w:rPr>
          <w:rFonts w:ascii="Times New Roman" w:hAnsi="Times New Roman" w:eastAsia="宋体"/>
          <w:b w:val="0"/>
          <w:i w:val="0"/>
          <w:color w:val="333333"/>
          <w:sz w:val="19"/>
        </w:rPr>
        <w:t>5d+1=2d+40,</w:t>
      </w:r>
    </w:p>
    <w:p>
      <w:pPr>
        <w:spacing w:before="0" w:after="80" w:line="300" w:lineRule="auto"/>
        <w:jc w:val="left"/>
      </w:pPr>
      <w:r>
        <w:rPr>
          <w:rFonts w:ascii="Times New Roman" w:hAnsi="Times New Roman" w:eastAsia="宋体"/>
          <w:b w:val="0"/>
          <w:i w:val="0"/>
          <w:color w:val="333333"/>
          <w:sz w:val="19"/>
        </w:rPr>
        <w:t>5d+4=2d+40.</w:t>
      </w:r>
    </w:p>
    <w:p>
      <w:pPr>
        <w:spacing w:before="0" w:after="80" w:line="300" w:lineRule="auto"/>
        <w:jc w:val="left"/>
      </w:pPr>
      <w:r>
        <w:rPr>
          <w:rFonts w:ascii="Times New Roman" w:hAnsi="Times New Roman" w:eastAsia="宋体"/>
          <w:b w:val="0"/>
          <w:i w:val="0"/>
          <w:color w:val="333333"/>
          <w:sz w:val="19"/>
        </w:rPr>
        <w:t>These yield respectively t=63,66,64. Thus the valid values are t=63, 64, and 66, so s = 63 + 64 + 66 = 193. Its digit sum is 1 + 9 + 3 = 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D</w:t>
      </w:r>
    </w:p>
    <w:p>
      <w:pPr>
        <w:spacing w:before="0" w:after="80" w:line="300" w:lineRule="auto"/>
        <w:jc w:val="left"/>
      </w:pPr>
      <w:r>
        <w:rPr>
          <w:rFonts w:ascii="Times New Roman" w:hAnsi="Times New Roman" w:eastAsia="宋体"/>
          <w:b w:val="0"/>
          <w:i w:val="0"/>
          <w:sz w:val="21"/>
        </w:rPr>
        <w:t>先想象每个人都移动到正对面的椅子。条件变为：每个人必须坐在同一把椅子或相邻椅子上。保持原座位的人数必须为偶数（否则一个奇数长度的空段无法填满）。</w:t>
      </w:r>
    </w:p>
    <w:p>
      <w:pPr>
        <w:spacing w:before="0" w:after="80" w:line="300" w:lineRule="auto"/>
        <w:jc w:val="left"/>
      </w:pPr>
      <w:r>
        <w:rPr>
          <w:rFonts w:ascii="Times New Roman" w:hAnsi="Times New Roman" w:eastAsia="宋体"/>
          <w:b w:val="0"/>
          <w:i w:val="0"/>
          <w:sz w:val="21"/>
        </w:rPr>
        <w:t>若 0 人保持原座位，所有人一齐向左移、一齐向右移，或与相邻者两两交换：共 4 种。若 2 人保持原座位，这两人必须相对或相邻，给出 3+6=9 种选择，其余的人只能与相邻者两两交换。若 4 人保持原座位，另外两人必须占据相邻座位并互相交换，给出 6 种选择。若全部 6 人都不动，有 1 种。总数是 4+9+6+1=20。</w:t>
      </w:r>
    </w:p>
    <w:p>
      <w:pPr>
        <w:spacing w:before="0" w:after="80" w:line="300" w:lineRule="auto"/>
        <w:jc w:val="left"/>
      </w:pPr>
      <w:r>
        <w:rPr>
          <w:rFonts w:ascii="Times New Roman" w:hAnsi="Times New Roman" w:eastAsia="宋体"/>
          <w:b w:val="0"/>
          <w:i w:val="0"/>
          <w:sz w:val="21"/>
        </w:rPr>
        <w:t>因此，正确选项是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First imagine everyone moves to the chair directly opposite. The condition becomes: each person must sit in the same chair or an adjacent one. The number of people who keep their seat must be even (otherwise an odd-length gap cannot be filled).</w:t>
      </w:r>
    </w:p>
    <w:p>
      <w:pPr>
        <w:spacing w:before="0" w:after="80" w:line="300" w:lineRule="auto"/>
        <w:jc w:val="left"/>
      </w:pPr>
      <w:r>
        <w:rPr>
          <w:rFonts w:ascii="Times New Roman" w:hAnsi="Times New Roman" w:eastAsia="宋体"/>
          <w:b w:val="0"/>
          <w:i w:val="0"/>
          <w:color w:val="333333"/>
          <w:sz w:val="19"/>
        </w:rPr>
        <w:t>If 0 keep their seat, everyone shifts left, shifts right, or swaps with a neighbor: 4 ways. If 2 keep their seats, those two must be opposite or adjacent, giving 3+6=9 choices, and the remaining people are forced to swap in adjacent pairs. If 4 keep their seats, the other two must occupy adjacent seats and swap, giving 6 choices. If all 6 stay, there is 1 way. The total is 4+9+6+1=20.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体积和表面积在数值上相等，意味着 abc=2(ab+bc+ca)。两边除以 abc 得 1=2/a+2/b+2/c≤6/a，所以 a≤6。情形 a=1 和 a=2 都没有正数解。当 a≠2 时，令</w:t>
      </w:r>
    </w:p>
    <w:p>
      <w:pPr>
        <w:spacing w:before="0" w:after="80" w:line="300" w:lineRule="auto"/>
        <w:jc w:val="left"/>
      </w:pPr>
      <w:r>
        <w:rPr>
          <w:rFonts w:ascii="Times New Roman" w:hAnsi="Times New Roman" w:eastAsia="宋体"/>
          <w:b w:val="0"/>
          <w:i w:val="0"/>
          <w:sz w:val="21"/>
        </w:rPr>
        <w:t>u=(a-2)b-2a,</w:t>
      </w:r>
    </w:p>
    <w:p>
      <w:pPr>
        <w:spacing w:before="0" w:after="80" w:line="300" w:lineRule="auto"/>
        <w:jc w:val="left"/>
      </w:pPr>
      <w:r>
        <w:rPr>
          <w:rFonts w:ascii="Times New Roman" w:hAnsi="Times New Roman" w:eastAsia="宋体"/>
          <w:b w:val="0"/>
          <w:i w:val="0"/>
          <w:sz w:val="21"/>
        </w:rPr>
        <w:t>v=(a-2)c-2a</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原方程可因式分解为 uv=4a²。</w:t>
      </w:r>
    </w:p>
    <w:p>
      <w:pPr>
        <w:spacing w:before="0" w:after="80" w:line="300" w:lineRule="auto"/>
        <w:jc w:val="left"/>
      </w:pPr>
      <w:r>
        <w:rPr>
          <w:rFonts w:ascii="Times New Roman" w:hAnsi="Times New Roman" w:eastAsia="宋体"/>
          <w:b w:val="0"/>
          <w:i w:val="0"/>
          <w:sz w:val="21"/>
        </w:rPr>
        <w:t>当 a=3 时，(b-6)(c-6)=36 给出 (b,c)=(7,42)，(8,24)，(9,18)，(10,15)，(12,12)。当 a=4 时，(b-4)(c-4)=16 给出 (5,20),(6,12),(8,8)。当 a=5 时，两个因数模 3 的同余条件只留下有效数对 (b,c)=(5,10)，当 a=6 时，(b-3)(c-3)=9 只留下 (b,c)=(6,6)。因此共有 5+3+1+1=10 个三元组。</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Numerically equal volume and surface area means abc=2(ab+bc+ca). Dividing by abc gives 1=2/a+2/b+2/c≤6/a, so a≤6. The cases a=1 and a=2 give no positive solutions. For a≠2, set</w:t>
      </w:r>
    </w:p>
    <w:p>
      <w:pPr>
        <w:spacing w:before="0" w:after="80" w:line="300" w:lineRule="auto"/>
        <w:jc w:val="left"/>
      </w:pPr>
      <w:r>
        <w:rPr>
          <w:rFonts w:ascii="Times New Roman" w:hAnsi="Times New Roman" w:eastAsia="宋体"/>
          <w:b w:val="0"/>
          <w:i w:val="0"/>
          <w:color w:val="333333"/>
          <w:sz w:val="19"/>
        </w:rPr>
        <w:t>u=(a-2)b-2a,</w:t>
      </w:r>
    </w:p>
    <w:p>
      <w:pPr>
        <w:spacing w:before="0" w:after="80" w:line="300" w:lineRule="auto"/>
        <w:jc w:val="left"/>
      </w:pPr>
      <w:r>
        <w:rPr>
          <w:rFonts w:ascii="Times New Roman" w:hAnsi="Times New Roman" w:eastAsia="宋体"/>
          <w:b w:val="0"/>
          <w:i w:val="0"/>
          <w:color w:val="333333"/>
          <w:sz w:val="19"/>
        </w:rPr>
        <w:t>v=(a-2)c-2a.</w:t>
      </w:r>
    </w:p>
    <w:p>
      <w:pPr>
        <w:spacing w:before="0" w:after="80" w:line="300" w:lineRule="auto"/>
        <w:jc w:val="left"/>
      </w:pPr>
      <w:r>
        <w:rPr>
          <w:rFonts w:ascii="Times New Roman" w:hAnsi="Times New Roman" w:eastAsia="宋体"/>
          <w:b w:val="0"/>
          <w:i w:val="0"/>
          <w:color w:val="333333"/>
          <w:sz w:val="19"/>
        </w:rPr>
        <w:t>The equation then factors as uv=4a².</w:t>
      </w:r>
    </w:p>
    <w:p>
      <w:pPr>
        <w:spacing w:before="0" w:after="80" w:line="300" w:lineRule="auto"/>
        <w:jc w:val="left"/>
      </w:pPr>
      <w:r>
        <w:rPr>
          <w:rFonts w:ascii="Times New Roman" w:hAnsi="Times New Roman" w:eastAsia="宋体"/>
          <w:b w:val="0"/>
          <w:i w:val="0"/>
          <w:color w:val="333333"/>
          <w:sz w:val="19"/>
        </w:rPr>
        <w:t>For a=3, (b-6)(c-6)=36 gives (b,c)=(7,42), (8,24), (9,18), (10,15), (12,12). For a=4, (b-4)(c-4)=16 gives (5,20),(6,12),(8,8). For a=5, the congruence of the two factors modulo 3 leaves only the valid pair (b,c)=(5,10), and for a=6, (b-3)(c-3)=9 leaves only (b,c)=(6,6). Thus there are 5+3+1+1=10 triples.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D</w:t>
      </w:r>
    </w:p>
    <w:p>
      <w:pPr>
        <w:spacing w:before="0" w:after="80" w:line="300" w:lineRule="auto"/>
        <w:jc w:val="left"/>
      </w:pPr>
      <w:r>
        <w:rPr>
          <w:rFonts w:ascii="Times New Roman" w:hAnsi="Times New Roman" w:eastAsia="宋体"/>
          <w:b w:val="0"/>
          <w:i w:val="0"/>
          <w:sz w:val="21"/>
        </w:rPr>
        <w:t>因为每个圆心到 P 和 Q 等距，所以四个圆心和 R 都位于 PQ 的垂直平分线上，并且 PR=24。先考虑半径比为 5:8、彼此距离为 39 的两个圆心。如果 R 位于它们之间，令 y = AR，并令 x = 1/5 乘以圆 A 的半径。则 y² + 24² = 25x² 且 (39 - y)² + 24² = 64x²。相减得到 x² = 39 - 2y，所以 y² + 50y - 399 = 0，从而 y=7。此时 x=5，两个圆心到 R 的距离为 7 和 32，半径为 25 和 40。</w:t>
      </w:r>
    </w:p>
    <w:p>
      <w:pPr>
        <w:spacing w:before="0" w:after="80" w:line="300" w:lineRule="auto"/>
        <w:jc w:val="left"/>
      </w:pPr>
      <w:r>
        <w:rPr>
          <w:rFonts w:ascii="Times New Roman" w:hAnsi="Times New Roman" w:eastAsia="宋体"/>
          <w:b w:val="0"/>
          <w:i w:val="0"/>
          <w:sz w:val="21"/>
        </w:rPr>
        <w:t>如果两个圆心位于 R 的同一侧，它们到该点的距离为 w 和 w+39。类似的方程给出 w²-50w-399=0，所以 w=57，两个距离为 57 和 96。此时半径为 5√(153) 和 8√(153)。如果两对 (A,B) 和 (C,D) 都采用同一种位置关系，就会出现两对同半径的全等圆，与题设矛盾。因此两对必须分别采用一种位置关系。它们的距离和分别为 7+32=39 和 57+96=153，所以所求总和为 39+153=192。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every center is equidistant from P and Q, all four centers and R lie on the perpendicular bisector of PQ, with PR=24. First consider two centers whose radii are in the ratio 5:8 and whose distance apart is 39. If R lies between them, let y = AR and x = 1/5 of circle A’s radius. Then y² + 24² = 25x² and (39 - y)² + 24² = 64x². Subtracting gives x² = 39 - 2y, so y² + 50y - 399 = 0 and y=7. Here x=5, so the two center distances from R are 7 and 32, and the radii are 25 and 40.</w:t>
      </w:r>
    </w:p>
    <w:p>
      <w:pPr>
        <w:spacing w:before="0" w:after="80" w:line="300" w:lineRule="auto"/>
        <w:jc w:val="left"/>
      </w:pPr>
      <w:r>
        <w:rPr>
          <w:rFonts w:ascii="Times New Roman" w:hAnsi="Times New Roman" w:eastAsia="宋体"/>
          <w:b w:val="0"/>
          <w:i w:val="0"/>
          <w:color w:val="333333"/>
          <w:sz w:val="19"/>
        </w:rPr>
        <w:t>If instead the two centers lie on the same side of R, their distances are w and w+39. The analogous equations give w²-50w-399=0, hence w=57, and the distances are 57 and 96. In this case the radii are 5√(153) and 8√(153). Using the same placement for both pairs (A,B) and (C,D) would give two congruent circles of each radius, contrary to the hypothesis. Thus one pair uses each placement. Their distance sums are 7+32=39 and 57+96=153, so the requested total is 39+153=192.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令 P₀ = 0，并设 z = e^((π i)/6)，则长度为 k、方向为 zᵏ⁻¹ 的每一步给出 P₂₀₁₅ = Σₖ₌₁²⁰¹⁵ k zᵏ⁻¹。对这个级数求和（对几何级数求导），得到</w:t>
      </w:r>
    </w:p>
    <w:p>
      <w:pPr>
        <w:spacing w:before="0" w:after="80" w:line="300" w:lineRule="auto"/>
        <w:jc w:val="left"/>
      </w:pPr>
      <w:r>
        <w:rPr>
          <w:rFonts w:ascii="Times New Roman" w:hAnsi="Times New Roman" w:eastAsia="宋体"/>
          <w:b w:val="0"/>
          <w:i w:val="0"/>
          <w:sz w:val="21"/>
        </w:rPr>
        <w:t>P₂₀₁₅ = 1/((z - 1)²)</w:t>
      </w:r>
    </w:p>
    <w:p>
      <w:pPr>
        <w:spacing w:before="0" w:after="80" w:line="300" w:lineRule="auto"/>
        <w:jc w:val="left"/>
      </w:pPr>
      <w:r>
        <w:rPr>
          <w:rFonts w:ascii="Times New Roman" w:hAnsi="Times New Roman" w:eastAsia="宋体"/>
          <w:b w:val="0"/>
          <w:i w:val="0"/>
          <w:sz w:val="21"/>
        </w:rPr>
        <w:t>· (2015 z²⁰¹⁶ - 2016 z²⁰¹⁵ + 1)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因为 z¹² = 1，所以 z²⁰¹⁶ = 1 且 z²⁰¹⁵ = 1/z，因此 P₂₀₁₅ = 2016/(z(z - 1))。使用 |z - 1|² = 2 - √(3) = ((√(3) - 1)²)/2 以及 |z| = 1，距离为 2016/(|z - 1|) = 1008√(6) + 1008√(2)。</w:t>
      </w:r>
    </w:p>
    <w:p>
      <w:pPr>
        <w:spacing w:before="0" w:after="80" w:line="300" w:lineRule="auto"/>
        <w:jc w:val="left"/>
      </w:pPr>
      <w:r>
        <w:rPr>
          <w:rFonts w:ascii="Times New Roman" w:hAnsi="Times New Roman" w:eastAsia="宋体"/>
          <w:b w:val="0"/>
          <w:i w:val="0"/>
          <w:sz w:val="21"/>
        </w:rPr>
        <w:t>因此 a + b + c + d = 1008 + 6 + 1008 + 2 = 2024。</w:t>
      </w:r>
    </w:p>
    <w:p>
      <w:pPr>
        <w:spacing w:before="0" w:after="80" w:line="300" w:lineRule="auto"/>
        <w:jc w:val="left"/>
      </w:pPr>
      <w:r>
        <w:rPr>
          <w:rFonts w:ascii="Times New Roman" w:hAnsi="Times New Roman" w:eastAsia="宋体"/>
          <w:b w:val="0"/>
          <w:i w:val="0"/>
          <w:sz w:val="21"/>
        </w:rPr>
        <w:t>因此，正确选项是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P₀ = 0 and let z = e^((π i)/6), so each step of length k in direction zᵏ⁻¹ gives P₂₀₁₅ = Σₖ₌₁²⁰¹⁵ k zᵏ⁻¹. Summing this (a differentiated geometric series) leads to</w:t>
      </w:r>
    </w:p>
    <w:p>
      <w:pPr>
        <w:spacing w:before="0" w:after="80" w:line="300" w:lineRule="auto"/>
        <w:jc w:val="left"/>
      </w:pPr>
      <w:r>
        <w:rPr>
          <w:rFonts w:ascii="Times New Roman" w:hAnsi="Times New Roman" w:eastAsia="宋体"/>
          <w:b w:val="0"/>
          <w:i w:val="0"/>
          <w:color w:val="333333"/>
          <w:sz w:val="19"/>
        </w:rPr>
        <w:t>P₂₀₁₅ = 1/((z - 1)²)</w:t>
      </w:r>
    </w:p>
    <w:p>
      <w:pPr>
        <w:spacing w:before="0" w:after="80" w:line="300" w:lineRule="auto"/>
        <w:jc w:val="left"/>
      </w:pPr>
      <w:r>
        <w:rPr>
          <w:rFonts w:ascii="Times New Roman" w:hAnsi="Times New Roman" w:eastAsia="宋体"/>
          <w:b w:val="0"/>
          <w:i w:val="0"/>
          <w:color w:val="333333"/>
          <w:sz w:val="19"/>
        </w:rPr>
        <w:t>· (2015 z²⁰¹⁶ - 2016 z²⁰¹⁵ + 1).</w:t>
      </w:r>
    </w:p>
    <w:p>
      <w:pPr>
        <w:spacing w:before="0" w:after="80" w:line="300" w:lineRule="auto"/>
        <w:jc w:val="left"/>
      </w:pPr>
      <w:r>
        <w:rPr>
          <w:rFonts w:ascii="Times New Roman" w:hAnsi="Times New Roman" w:eastAsia="宋体"/>
          <w:b w:val="0"/>
          <w:i w:val="0"/>
          <w:color w:val="333333"/>
          <w:sz w:val="19"/>
        </w:rPr>
        <w:t>Since z¹² = 1, we have z²⁰¹⁶ = 1 and z²⁰¹⁵ = 1/z, so P₂₀₁₅ = 2016/(z(z - 1)). Using |z - 1|² = 2 - √(3) = ((√(3) - 1)²)/2 and |z| = 1, the distance is 2016/(|z - 1|) = 1008√(6) + 1008√(2).</w:t>
      </w:r>
    </w:p>
    <w:p>
      <w:pPr>
        <w:spacing w:before="0" w:after="80" w:line="300" w:lineRule="auto"/>
        <w:jc w:val="left"/>
      </w:pPr>
      <w:r>
        <w:rPr>
          <w:rFonts w:ascii="Times New Roman" w:hAnsi="Times New Roman" w:eastAsia="宋体"/>
          <w:b w:val="0"/>
          <w:i w:val="0"/>
          <w:color w:val="333333"/>
          <w:sz w:val="19"/>
        </w:rPr>
        <w:t>Hence a + b + c + d = 1008 + 6 + 1008 + 2 = 2024.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