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2015A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求下式的值：</w:t>
      </w:r>
    </w:p>
    <w:p>
      <w:pPr>
        <w:spacing w:before="0" w:after="80" w:line="300" w:lineRule="auto"/>
        <w:jc w:val="left"/>
      </w:pPr>
      <w:r>
        <w:rPr>
          <w:rFonts w:ascii="Times New Roman" w:hAnsi="Times New Roman" w:eastAsia="宋体"/>
          <w:b w:val="0"/>
          <w:i w:val="0"/>
          <w:sz w:val="21"/>
        </w:rPr>
        <w:t>(2⁰-1+5²+0)⁻¹× 5？</w:t>
      </w:r>
    </w:p>
    <w:p>
      <w:pPr>
        <w:spacing w:before="0" w:after="120" w:line="300" w:lineRule="auto"/>
      </w:pPr>
      <w:r>
        <w:rPr>
          <w:rFonts w:ascii="Times New Roman" w:hAnsi="Times New Roman" w:eastAsia="宋体"/>
          <w:b w:val="0"/>
          <w:i w:val="0"/>
          <w:sz w:val="21"/>
        </w:rPr>
        <w:t>（A）-125　　（B）-120　　（C）1/5　　（D）5/24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(2⁰-1+5²+0)⁻¹× 5?</w:t>
      </w:r>
    </w:p>
    <w:p>
      <w:pPr>
        <w:spacing w:before="0" w:after="160" w:line="300" w:lineRule="auto"/>
      </w:pPr>
      <w:r>
        <w:rPr>
          <w:rFonts w:ascii="Times New Roman" w:hAnsi="Times New Roman" w:eastAsia="宋体"/>
          <w:b w:val="0"/>
          <w:i w:val="0"/>
          <w:color w:val="333333"/>
          <w:sz w:val="19"/>
        </w:rPr>
        <w:t>(A) -125　　(B) -120　　(C) 1/5　　(D) 5/24　　(E) 25</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一个三角形的三条边中有两条分别为 20 和 15。下列哪个数不可能是这个三角形的周长？</w:t>
      </w:r>
    </w:p>
    <w:p>
      <w:pPr>
        <w:spacing w:before="0" w:after="120" w:line="300" w:lineRule="auto"/>
      </w:pPr>
      <w:r>
        <w:rPr>
          <w:rFonts w:ascii="Times New Roman" w:hAnsi="Times New Roman" w:eastAsia="宋体"/>
          <w:b w:val="0"/>
          <w:i w:val="0"/>
          <w:sz w:val="21"/>
        </w:rPr>
        <w:t>（A）52　　（B）57　　（C）62　　（D）67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of the three sides of a triangle are 20 and 15. Which of the following numbers is not a possible perimeter of the triangle?</w:t>
      </w:r>
    </w:p>
    <w:p>
      <w:pPr>
        <w:spacing w:before="0" w:after="160" w:line="300" w:lineRule="auto"/>
      </w:pPr>
      <w:r>
        <w:rPr>
          <w:rFonts w:ascii="Times New Roman" w:hAnsi="Times New Roman" w:eastAsia="宋体"/>
          <w:b w:val="0"/>
          <w:i w:val="0"/>
          <w:color w:val="333333"/>
          <w:sz w:val="19"/>
        </w:rPr>
        <w:t>(A) 52　　(B) 57　　(C) 62　　(D) 67　　(E) 72</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Patrick 先生教 15 名学生数学。他批改试卷时发现，在批完除 Payton 以外所有人的试卷后，全班平均分为 80。批完 Payton 的试卷后，全班平均分变为 81。Payton 这次考试得了多少分？</w:t>
      </w:r>
    </w:p>
    <w:p>
      <w:pPr>
        <w:spacing w:before="0" w:after="120" w:line="300" w:lineRule="auto"/>
      </w:pPr>
      <w:r>
        <w:rPr>
          <w:rFonts w:ascii="Times New Roman" w:hAnsi="Times New Roman" w:eastAsia="宋体"/>
          <w:b w:val="0"/>
          <w:i w:val="0"/>
          <w:sz w:val="21"/>
        </w:rPr>
        <w:t>（A）81　　（B）85　　（C）91　　（D）94　　（E）95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 Patrick teaches math to 15 students. He was grading tests and found that when he graded everyone’s test except Payton’s, the average grade for the class was 80. After he graded Payton’s test, the class average became 81. What was Payton’s score on the test?</w:t>
      </w:r>
    </w:p>
    <w:p>
      <w:pPr>
        <w:spacing w:before="0" w:after="160" w:line="300" w:lineRule="auto"/>
      </w:pPr>
      <w:r>
        <w:rPr>
          <w:rFonts w:ascii="Times New Roman" w:hAnsi="Times New Roman" w:eastAsia="宋体"/>
          <w:b w:val="0"/>
          <w:i w:val="0"/>
          <w:color w:val="333333"/>
          <w:sz w:val="19"/>
        </w:rPr>
        <w:t>(A) 81　　(B) 85　　(C) 91　　(D) 94　　(E) 95</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两个正数的和是它们差的 5 倍。较大数与较小数的比是多少？</w:t>
      </w:r>
    </w:p>
    <w:p>
      <w:pPr>
        <w:spacing w:before="0" w:after="120" w:line="300" w:lineRule="auto"/>
      </w:pPr>
      <w:r>
        <w:rPr>
          <w:rFonts w:ascii="Times New Roman" w:hAnsi="Times New Roman" w:eastAsia="宋体"/>
          <w:b w:val="0"/>
          <w:i w:val="0"/>
          <w:sz w:val="21"/>
        </w:rPr>
        <w:t>（A）5/4　　（B）3/2　　（C）9/5　　（D）2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two positive numbers is 5 times their difference. What is the ratio of the larger number to the smaller number?</w:t>
      </w:r>
    </w:p>
    <w:p>
      <w:pPr>
        <w:spacing w:before="0" w:after="160" w:line="300" w:lineRule="auto"/>
      </w:pPr>
      <w:r>
        <w:rPr>
          <w:rFonts w:ascii="Times New Roman" w:hAnsi="Times New Roman" w:eastAsia="宋体"/>
          <w:b w:val="0"/>
          <w:i w:val="0"/>
          <w:color w:val="333333"/>
          <w:sz w:val="19"/>
        </w:rPr>
        <w:t>(A) 5/4　　(B) 3/2　　(C) 9/5　　(D) 2　　(E) 5/2</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Amelia 需要估算 a/b-c，其中 a，b，和 c 都是很大的正整数。她把每个整数都取整，使计算更容易心算。在哪种情况下，她的答案一定会大于精确值 a/b-c？</w:t>
      </w:r>
    </w:p>
    <w:p>
      <w:pPr>
        <w:spacing w:before="0" w:after="120" w:line="300" w:lineRule="auto"/>
      </w:pPr>
      <w:r>
        <w:rPr>
          <w:rFonts w:ascii="Times New Roman" w:hAnsi="Times New Roman" w:eastAsia="宋体"/>
          <w:b w:val="0"/>
          <w:i w:val="0"/>
          <w:sz w:val="21"/>
        </w:rPr>
        <w:t>（A）她把三个数都向上取整。　　（B）她把 a 和 b 向上取整，把 c 向下取整。　　（C）她把 a 和 c 向上取整，把 b 向下取整。　　（D）她把 a 向上取整，把 b 和 c 向下取整。　　（E）她把 c 向上取整，把 a 和 b 向下取整。</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Amelia needs to estimate the quantity a/b-c, where a, b, and c are large positive integers. She rounds each of the integers so that the calculation will be easier to do mentally. In which of these situations will her answer necessarily be greater than the exact value of a/b-c?</w:t>
      </w:r>
    </w:p>
    <w:p>
      <w:pPr>
        <w:spacing w:before="0" w:after="160" w:line="300" w:lineRule="auto"/>
      </w:pPr>
      <w:r>
        <w:rPr>
          <w:rFonts w:ascii="Times New Roman" w:hAnsi="Times New Roman" w:eastAsia="宋体"/>
          <w:b w:val="0"/>
          <w:i w:val="0"/>
          <w:color w:val="333333"/>
          <w:sz w:val="19"/>
        </w:rPr>
        <w:t>(A) She rounds all three numbers up.　　(B) She rounds a and b up, and she rounds c down.　　(C) She rounds a and c up, and she rounds b down.　　(D) She rounds a up, and she rounds b and</w:t>
        <w:br/>
        <w:t>c down.　　(E) She rounds c up, and she rounds a and b down.</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两年前，Pete 的年龄是他的堂妹 Claire 的三倍。再往前两年，Pete 的年龄是 Claire 的四倍。多少年后，他们年龄的比会是 2: 1？</w:t>
      </w:r>
    </w:p>
    <w:p>
      <w:pPr>
        <w:spacing w:before="0" w:after="120" w:line="300" w:lineRule="auto"/>
      </w:pPr>
      <w:r>
        <w:rPr>
          <w:rFonts w:ascii="Times New Roman" w:hAnsi="Times New Roman" w:eastAsia="宋体"/>
          <w:b w:val="0"/>
          <w:i w:val="0"/>
          <w:sz w:val="21"/>
        </w:rPr>
        <w:t>（A）2　　（B）4　　（C）5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years ago Pete was three times as old as his cousin Claire. Two years before that, Pete was four times as old as Claire. In how many years will the ratio of their ages be 2: 1?</w:t>
      </w:r>
    </w:p>
    <w:p>
      <w:pPr>
        <w:spacing w:before="0" w:after="160" w:line="300" w:lineRule="auto"/>
      </w:pPr>
      <w:r>
        <w:rPr>
          <w:rFonts w:ascii="Times New Roman" w:hAnsi="Times New Roman" w:eastAsia="宋体"/>
          <w:b w:val="0"/>
          <w:i w:val="0"/>
          <w:color w:val="333333"/>
          <w:sz w:val="19"/>
        </w:rPr>
        <w:t>(A) 2　　(B) 4　　(C) 5　　(D) 6　　(E) 8</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两个直圆柱的体积相同。第二个圆柱的半径比第一个圆柱的半径大 10%。这两个圆柱的高之间有什么关系？</w:t>
      </w:r>
    </w:p>
    <w:p>
      <w:pPr>
        <w:spacing w:before="0" w:after="120" w:line="300" w:lineRule="auto"/>
      </w:pPr>
      <w:r>
        <w:rPr>
          <w:rFonts w:ascii="Times New Roman" w:hAnsi="Times New Roman" w:eastAsia="宋体"/>
          <w:b w:val="0"/>
          <w:i w:val="0"/>
          <w:sz w:val="21"/>
        </w:rPr>
        <w:t>（A）第二个高比第一个少 10%。　　（B）第一个高比第二个多 10%。　　（C）第二个高比第一个少 21%。　　（D）第一个高比第二个多 21%。　　（E）第二个高是第一个的 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right circular cylinders have the same volume. The radius of the second cylinder is 10% more than the radius of the first. What is the relationship between the heights of the two cylinders?</w:t>
      </w:r>
    </w:p>
    <w:p>
      <w:pPr>
        <w:spacing w:before="0" w:after="160" w:line="300" w:lineRule="auto"/>
      </w:pPr>
      <w:r>
        <w:rPr>
          <w:rFonts w:ascii="Times New Roman" w:hAnsi="Times New Roman" w:eastAsia="宋体"/>
          <w:b w:val="0"/>
          <w:i w:val="0"/>
          <w:color w:val="333333"/>
          <w:sz w:val="19"/>
        </w:rPr>
        <w:t>(A) The second height is 10% less than the first.　　(B) The first height is 10% more than the second.　　(C) The second height is 21% less than the first.　　(D) The first height is 21% more than the</w:t>
        <w:br/>
        <w:t>second.　　(E) The second height is 80% of the first.</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一个长方形的长与宽之比为 4: 3。如果该长方形的对角线长度为 d，那么面积可以表示为 kd²，其中 k 为常数。求 k？</w:t>
      </w:r>
    </w:p>
    <w:p>
      <w:pPr>
        <w:spacing w:before="0" w:after="120" w:line="300" w:lineRule="auto"/>
      </w:pPr>
      <w:r>
        <w:rPr>
          <w:rFonts w:ascii="Times New Roman" w:hAnsi="Times New Roman" w:eastAsia="宋体"/>
          <w:b w:val="0"/>
          <w:i w:val="0"/>
          <w:sz w:val="21"/>
        </w:rPr>
        <w:t>（A）2/7　　（B）3/7　　（C）12/25　　（D）16/25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ratio of the length to the width of a rectangle is 4: 3. If the rectangle has diagonal of length d, then the area may be expressed as kd² for some constant k. What is k?</w:t>
      </w:r>
    </w:p>
    <w:p>
      <w:pPr>
        <w:spacing w:before="0" w:after="160" w:line="300" w:lineRule="auto"/>
      </w:pPr>
      <w:r>
        <w:rPr>
          <w:rFonts w:ascii="Times New Roman" w:hAnsi="Times New Roman" w:eastAsia="宋体"/>
          <w:b w:val="0"/>
          <w:i w:val="0"/>
          <w:color w:val="333333"/>
          <w:sz w:val="19"/>
        </w:rPr>
        <w:t>(A) 2/7　　(B) 3/7　　(C) 12/25　　(D) 16/25　　(E) 3/4</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一个盒子里有 2 个红弹珠、2 个绿弹珠和 2 个黄弹珠。Carol 随机从盒中取出 2 个弹珠；然后 Claudia 从剩下的弹珠中随机取出 2 个；最后 Cheryl 拿走最后 2 个弹珠。Cheryl 得到 2 个同色弹珠的概率是多少？</w:t>
      </w:r>
    </w:p>
    <w:p>
      <w:pPr>
        <w:spacing w:before="0" w:after="120" w:line="300" w:lineRule="auto"/>
      </w:pPr>
      <w:r>
        <w:rPr>
          <w:rFonts w:ascii="Times New Roman" w:hAnsi="Times New Roman" w:eastAsia="宋体"/>
          <w:b w:val="0"/>
          <w:i w:val="0"/>
          <w:sz w:val="21"/>
        </w:rPr>
        <w:t>（A）1/10　　（B）1/6　　（C）1/5　　（D）1/3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box contains 2 red marbles, 2 green marbles, and 2 yellow marbles. Carol takes 2 marbles from the box at random; then Claudia takes 2 of the remaining marbles at random; and then Cheryl takes the last 2 marbles. What is the probability that Cheryl gets 2 marbles of the same color?</w:t>
      </w:r>
    </w:p>
    <w:p>
      <w:pPr>
        <w:spacing w:before="0" w:after="160" w:line="300" w:lineRule="auto"/>
      </w:pPr>
      <w:r>
        <w:rPr>
          <w:rFonts w:ascii="Times New Roman" w:hAnsi="Times New Roman" w:eastAsia="宋体"/>
          <w:b w:val="0"/>
          <w:i w:val="0"/>
          <w:color w:val="333333"/>
          <w:sz w:val="19"/>
        </w:rPr>
        <w:t>(A) 1/10　　(B) 1/6　　(C) 1/5　　(D) 1/3　　(E) 1/2</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整数 x 和 y 满足 x &gt; y &gt; 0 且 x+y+xy = 80。x 是多少？</w:t>
      </w:r>
    </w:p>
    <w:p>
      <w:pPr>
        <w:spacing w:before="0" w:after="120" w:line="300" w:lineRule="auto"/>
      </w:pPr>
      <w:r>
        <w:rPr>
          <w:rFonts w:ascii="Times New Roman" w:hAnsi="Times New Roman" w:eastAsia="宋体"/>
          <w:b w:val="0"/>
          <w:i w:val="0"/>
          <w:sz w:val="21"/>
        </w:rPr>
        <w:t>（A）8　　（B）10　　（C）15　　（D）18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Integers x and y with x &gt; y &gt; 0 satisfy x+y+xy = 80. What is x?</w:t>
      </w:r>
    </w:p>
    <w:p>
      <w:pPr>
        <w:spacing w:before="0" w:after="160" w:line="300" w:lineRule="auto"/>
      </w:pPr>
      <w:r>
        <w:rPr>
          <w:rFonts w:ascii="Times New Roman" w:hAnsi="Times New Roman" w:eastAsia="宋体"/>
          <w:b w:val="0"/>
          <w:i w:val="0"/>
          <w:color w:val="333333"/>
          <w:sz w:val="19"/>
        </w:rPr>
        <w:t>(A) 8　　(B) 10　　(C) 15　　(D) 18　　(E) 26</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Isabella 在一张纸上画了一个半径为 2 的圆、一个半径为 3 的圆，以及所有同时与这两个圆相切的可能直线。Isabella 注意到她一共画了 k ≥ 0 条直线。k 可能有多少个不同的值？</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a sheet of paper, Isabella draws a circle of radius 2, a circle of radius 3, and all possible lines simultaneously tangent to both circles. Isabella notices that she has drawn exactly k ≥ 0 lines. How many different values of k are possible?</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抛物线 y = ax² - 2 和 y = 4 - bx² 与坐标轴恰好交于四个点，这四个点是一只面积为 12 的风筝形的顶点。求 a + b？</w:t>
      </w:r>
    </w:p>
    <w:p>
      <w:pPr>
        <w:spacing w:before="0" w:after="120" w:line="300" w:lineRule="auto"/>
      </w:pPr>
      <w:r>
        <w:rPr>
          <w:rFonts w:ascii="Times New Roman" w:hAnsi="Times New Roman" w:eastAsia="宋体"/>
          <w:b w:val="0"/>
          <w:i w:val="0"/>
          <w:sz w:val="21"/>
        </w:rPr>
        <w:t>（A）1　　（B）1.5　　（C）2　　（D）2.5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parabolas y = ax² - 2 and y = 4 - bx² intersect the coordinate axes in exactly four points, and these four points are the vertices of a kite of area 12. What is a + b?</w:t>
      </w:r>
    </w:p>
    <w:p>
      <w:pPr>
        <w:spacing w:before="0" w:after="160" w:line="300" w:lineRule="auto"/>
      </w:pPr>
      <w:r>
        <w:rPr>
          <w:rFonts w:ascii="Times New Roman" w:hAnsi="Times New Roman" w:eastAsia="宋体"/>
          <w:b w:val="0"/>
          <w:i w:val="0"/>
          <w:color w:val="333333"/>
          <w:sz w:val="19"/>
        </w:rPr>
        <w:t>(A) 1　　(B) 1.5　　(C) 2　　(D) 2.5　　(E) 3</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一个有 12 支队伍的联赛进行循环赛，每支队伍与其他每支队伍恰好比赛一次。比赛要么一队获胜，要么以平局结束。每赢一场得 2 分，每平一场得 1 分。关于这 12 个得分组成的列表，下列哪一项不一定为真？</w:t>
      </w:r>
    </w:p>
    <w:p>
      <w:pPr>
        <w:spacing w:before="0" w:after="120" w:line="300" w:lineRule="auto"/>
      </w:pPr>
      <w:r>
        <w:rPr>
          <w:rFonts w:ascii="Times New Roman" w:hAnsi="Times New Roman" w:eastAsia="宋体"/>
          <w:b w:val="0"/>
          <w:i w:val="0"/>
          <w:sz w:val="21"/>
        </w:rPr>
        <w:t>（A）奇数得分的个数一定是偶数。　　（B）偶数得分的个数一定是偶数。　　（C）不可能有两个得分为 0 的队伍。　　（D）得分总和至少为 100。　　（E）最高得分至少为 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league with 12 teams holds a round-robin tournament, with each team playing every other team exactly once. Games either end with one team victorious or else end in a draw. A team scores 2 points for every game it wins and 1 point for every game it draws. Which of the following is not a true statement about the list of 12 scores?</w:t>
      </w:r>
    </w:p>
    <w:p>
      <w:pPr>
        <w:spacing w:before="0" w:after="160" w:line="300" w:lineRule="auto"/>
      </w:pPr>
      <w:r>
        <w:rPr>
          <w:rFonts w:ascii="Times New Roman" w:hAnsi="Times New Roman" w:eastAsia="宋体"/>
          <w:b w:val="0"/>
          <w:i w:val="0"/>
          <w:color w:val="333333"/>
          <w:sz w:val="19"/>
        </w:rPr>
        <w:t>(A) There must be an even number of odd scores.　　(B) There must be an even number of even scores.　　(C) There cannot be two scores of 0.　　(D) The sum of the scores must be at least 100.　　(E) The highest score must be at least 12.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求使下列方程成立的 a 的值：</w:t>
      </w:r>
    </w:p>
    <w:p>
      <w:pPr>
        <w:spacing w:before="0" w:after="80" w:line="300" w:lineRule="auto"/>
        <w:jc w:val="left"/>
      </w:pPr>
      <w:r>
        <w:rPr>
          <w:rFonts w:ascii="Times New Roman" w:hAnsi="Times New Roman" w:eastAsia="宋体"/>
          <w:b w:val="0"/>
          <w:i w:val="0"/>
          <w:sz w:val="21"/>
        </w:rPr>
        <w:t>1/(log₂ a) + 1/(log₃ a) + 1/(log₄ a) = 1？</w:t>
      </w:r>
    </w:p>
    <w:p>
      <w:pPr>
        <w:spacing w:before="0" w:after="120" w:line="300" w:lineRule="auto"/>
      </w:pPr>
      <w:r>
        <w:rPr>
          <w:rFonts w:ascii="Times New Roman" w:hAnsi="Times New Roman" w:eastAsia="宋体"/>
          <w:b w:val="0"/>
          <w:i w:val="0"/>
          <w:sz w:val="21"/>
        </w:rPr>
        <w:t>（A）9　　（B）12　　（C）18　　（D）24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a for which</w:t>
      </w:r>
    </w:p>
    <w:p>
      <w:pPr>
        <w:spacing w:before="0" w:after="80" w:line="300" w:lineRule="auto"/>
        <w:jc w:val="left"/>
      </w:pPr>
      <w:r>
        <w:rPr>
          <w:rFonts w:ascii="Times New Roman" w:hAnsi="Times New Roman" w:eastAsia="宋体"/>
          <w:b w:val="0"/>
          <w:i w:val="0"/>
          <w:color w:val="333333"/>
          <w:sz w:val="19"/>
        </w:rPr>
        <w:t>1/(log₂ a) + 1/(log₃ a) + 1/(log₄ a) = 1?</w:t>
      </w:r>
    </w:p>
    <w:p>
      <w:pPr>
        <w:spacing w:before="0" w:after="160" w:line="300" w:lineRule="auto"/>
      </w:pPr>
      <w:r>
        <w:rPr>
          <w:rFonts w:ascii="Times New Roman" w:hAnsi="Times New Roman" w:eastAsia="宋体"/>
          <w:b w:val="0"/>
          <w:i w:val="0"/>
          <w:color w:val="333333"/>
          <w:sz w:val="19"/>
        </w:rPr>
        <w:t>(A) 9　　(B) 12　　(C) 18　　(D) 24　　(E) 36</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要把分数</w:t>
      </w:r>
    </w:p>
    <w:p>
      <w:pPr>
        <w:spacing w:before="0" w:after="80" w:line="300" w:lineRule="auto"/>
        <w:jc w:val="left"/>
      </w:pPr>
      <w:r>
        <w:rPr>
          <w:rFonts w:ascii="Times New Roman" w:hAnsi="Times New Roman" w:eastAsia="宋体"/>
          <w:b w:val="0"/>
          <w:i w:val="0"/>
          <w:sz w:val="21"/>
        </w:rPr>
        <w:t>123456789/(2²⁶· 5⁴)</w:t>
      </w:r>
    </w:p>
    <w:p>
      <w:pPr>
        <w:spacing w:before="0" w:after="80" w:line="300" w:lineRule="auto"/>
        <w:jc w:val="left"/>
      </w:pPr>
      <w:r>
        <w:rPr>
          <w:rFonts w:ascii="Times New Roman" w:hAnsi="Times New Roman" w:eastAsia="宋体"/>
          <w:b w:val="0"/>
          <w:i w:val="0"/>
          <w:sz w:val="21"/>
        </w:rPr>
        <w:t>表示成小数，小数点右边最少需要多少位数字？</w:t>
      </w:r>
    </w:p>
    <w:p>
      <w:pPr>
        <w:spacing w:before="0" w:after="120" w:line="300" w:lineRule="auto"/>
      </w:pPr>
      <w:r>
        <w:rPr>
          <w:rFonts w:ascii="Times New Roman" w:hAnsi="Times New Roman" w:eastAsia="宋体"/>
          <w:b w:val="0"/>
          <w:i w:val="0"/>
          <w:sz w:val="21"/>
        </w:rPr>
        <w:t>（A）4　　（B）22　　（C）26　　（D）30　　（E）104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minimum number of digits to the right of the decimal point needed to express the fraction</w:t>
      </w:r>
    </w:p>
    <w:p>
      <w:pPr>
        <w:spacing w:before="0" w:after="80" w:line="300" w:lineRule="auto"/>
        <w:jc w:val="left"/>
      </w:pPr>
      <w:r>
        <w:rPr>
          <w:rFonts w:ascii="Times New Roman" w:hAnsi="Times New Roman" w:eastAsia="宋体"/>
          <w:b w:val="0"/>
          <w:i w:val="0"/>
          <w:color w:val="333333"/>
          <w:sz w:val="19"/>
        </w:rPr>
        <w:t>123456789/(2²⁶· 5⁴)</w:t>
      </w:r>
    </w:p>
    <w:p>
      <w:pPr>
        <w:spacing w:before="0" w:after="80" w:line="300" w:lineRule="auto"/>
        <w:jc w:val="left"/>
      </w:pPr>
      <w:r>
        <w:rPr>
          <w:rFonts w:ascii="Times New Roman" w:hAnsi="Times New Roman" w:eastAsia="宋体"/>
          <w:b w:val="0"/>
          <w:i w:val="0"/>
          <w:color w:val="333333"/>
          <w:sz w:val="19"/>
        </w:rPr>
        <w:t>as a decimal?</w:t>
      </w:r>
    </w:p>
    <w:p>
      <w:pPr>
        <w:spacing w:before="0" w:after="160" w:line="300" w:lineRule="auto"/>
      </w:pPr>
      <w:r>
        <w:rPr>
          <w:rFonts w:ascii="Times New Roman" w:hAnsi="Times New Roman" w:eastAsia="宋体"/>
          <w:b w:val="0"/>
          <w:i w:val="0"/>
          <w:color w:val="333333"/>
          <w:sz w:val="19"/>
        </w:rPr>
        <w:t>(A) 4　　(B) 22　　(C) 26　　(D) 30　　(E) 104</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四面体 ABCD 满足 AB = 5，AC = 3，BC = 4，BD = 4，AD = 3，且 CD = 12/5√(2)。这个四面体的体积是多少？</w:t>
      </w:r>
    </w:p>
    <w:p>
      <w:pPr>
        <w:spacing w:before="0" w:after="120" w:line="300" w:lineRule="auto"/>
      </w:pPr>
      <w:r>
        <w:rPr>
          <w:rFonts w:ascii="Times New Roman" w:hAnsi="Times New Roman" w:eastAsia="宋体"/>
          <w:b w:val="0"/>
          <w:i w:val="0"/>
          <w:sz w:val="21"/>
        </w:rPr>
        <w:t>（A）3√(2)　　（B）2√(5)　　（C）24/5　　（D）3√(3)　　（E）24/5√(2)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Tetrahedron ABCD has AB = 5, AC = 3, BC = 4, BD = 4, AD = 3, and CD = 12/5√(2). What is the volume of the tetrahedron?</w:t>
      </w:r>
    </w:p>
    <w:p>
      <w:pPr>
        <w:spacing w:before="0" w:after="160" w:line="300" w:lineRule="auto"/>
      </w:pPr>
      <w:r>
        <w:rPr>
          <w:rFonts w:ascii="Times New Roman" w:hAnsi="Times New Roman" w:eastAsia="宋体"/>
          <w:b w:val="0"/>
          <w:i w:val="0"/>
          <w:color w:val="333333"/>
          <w:sz w:val="19"/>
        </w:rPr>
        <w:t>(A) 3√(2)　　(B) 2√(5)　　(C) 24/5　　(D) 3√(3)　　(E) 24/5√(2)</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八个人围坐在圆桌旁，每人手中有一枚公平硬币。八个人都抛硬币，抛出正面的人站起来，抛出反面的人仍坐着。没有两个相邻的人都站起来的概率是多少？</w:t>
      </w:r>
    </w:p>
    <w:p>
      <w:pPr>
        <w:spacing w:before="0" w:after="120" w:line="300" w:lineRule="auto"/>
      </w:pPr>
      <w:r>
        <w:rPr>
          <w:rFonts w:ascii="Times New Roman" w:hAnsi="Times New Roman" w:eastAsia="宋体"/>
          <w:b w:val="0"/>
          <w:i w:val="0"/>
          <w:sz w:val="21"/>
        </w:rPr>
        <w:t>（A）47/256　　（B）3/16　　（C）49/256　　（D）25/128　　（E）51/256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Eight people are sitting around a circular table, each holding a fair coin. All eight people flip their coins and those who flip heads stand while those who flip tails remain seated. What is the probability that no two adjacent people will stand?</w:t>
      </w:r>
    </w:p>
    <w:p>
      <w:pPr>
        <w:spacing w:before="0" w:after="160" w:line="300" w:lineRule="auto"/>
      </w:pPr>
      <w:r>
        <w:rPr>
          <w:rFonts w:ascii="Times New Roman" w:hAnsi="Times New Roman" w:eastAsia="宋体"/>
          <w:b w:val="0"/>
          <w:i w:val="0"/>
          <w:color w:val="333333"/>
          <w:sz w:val="19"/>
        </w:rPr>
        <w:t>(A) 47/256　　(B) 3/16　　(C) 49/256　　(D) 25/128　　(E) 51/256</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函数 f(x) = x² - ax + 2a 的零点都是整数。a 的所有可能值之和是多少？</w:t>
      </w:r>
    </w:p>
    <w:p>
      <w:pPr>
        <w:spacing w:before="0" w:after="120" w:line="300" w:lineRule="auto"/>
      </w:pPr>
      <w:r>
        <w:rPr>
          <w:rFonts w:ascii="Times New Roman" w:hAnsi="Times New Roman" w:eastAsia="宋体"/>
          <w:b w:val="0"/>
          <w:i w:val="0"/>
          <w:sz w:val="21"/>
        </w:rPr>
        <w:t>（A）7　　（B）8　　（C）16　　（D）17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zeros of the function f(x) = x² - ax + 2a are integers. What is the sum of the possible values of a?</w:t>
      </w:r>
    </w:p>
    <w:p>
      <w:pPr>
        <w:spacing w:before="0" w:after="160" w:line="300" w:lineRule="auto"/>
      </w:pPr>
      <w:r>
        <w:rPr>
          <w:rFonts w:ascii="Times New Roman" w:hAnsi="Times New Roman" w:eastAsia="宋体"/>
          <w:b w:val="0"/>
          <w:i w:val="0"/>
          <w:color w:val="333333"/>
          <w:sz w:val="19"/>
        </w:rPr>
        <w:t>(A) 7　　(B) 8　　(C) 16　　(D) 17　　(E) 18</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对某些正整数 p，存在一个四边形 ABCD，它的边长都是正整数，周长为 p，在 B 和 C 处为直角，且 AB = 2、CD = AD。满足 p &lt; 2015 的不同周长有多少个？</w:t>
      </w:r>
    </w:p>
    <w:p>
      <w:pPr>
        <w:spacing w:before="0" w:after="120" w:line="300" w:lineRule="auto"/>
      </w:pPr>
      <w:r>
        <w:rPr>
          <w:rFonts w:ascii="Times New Roman" w:hAnsi="Times New Roman" w:eastAsia="宋体"/>
          <w:b w:val="0"/>
          <w:i w:val="0"/>
          <w:sz w:val="21"/>
        </w:rPr>
        <w:t>（A）30　　（B）31　　（C）61　　（D）62　　（E）63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some positive integers p, there is a quadrilateral ABCD with positive integer side lengths, perimeter p, right angles at B and C, AB = 2, and CD = AD. How many different values of p &lt; 2015 are possible?</w:t>
      </w:r>
    </w:p>
    <w:p>
      <w:pPr>
        <w:spacing w:before="0" w:after="160" w:line="300" w:lineRule="auto"/>
      </w:pPr>
      <w:r>
        <w:rPr>
          <w:rFonts w:ascii="Times New Roman" w:hAnsi="Times New Roman" w:eastAsia="宋体"/>
          <w:b w:val="0"/>
          <w:i w:val="0"/>
          <w:color w:val="333333"/>
          <w:sz w:val="19"/>
        </w:rPr>
        <w:t>(A) 30　　(B) 31　　(C) 61　　(D) 62　　(E) 63</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等腰三角形 T 和 T' 不全等，但面积和周长都相同。T 的三边长为 5、5 和 8，而 T' 的三边长为 a、a 和 b。下列哪个数最接近 b？</w:t>
      </w:r>
    </w:p>
    <w:p>
      <w:pPr>
        <w:spacing w:before="0" w:after="120" w:line="300" w:lineRule="auto"/>
      </w:pPr>
      <w:r>
        <w:rPr>
          <w:rFonts w:ascii="Times New Roman" w:hAnsi="Times New Roman" w:eastAsia="宋体"/>
          <w:b w:val="0"/>
          <w:i w:val="0"/>
          <w:sz w:val="21"/>
        </w:rPr>
        <w:t>（A）3　　（B）4　　（C）5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Isosceles triangles T and T' are not congruent but have the same area and the same perimeter. The sides of T have lengths 5, 5, and 8, while those of T' have lengths a, a, and b. Which of the following numbers is closest to b?</w:t>
      </w:r>
    </w:p>
    <w:p>
      <w:pPr>
        <w:spacing w:before="0" w:after="160" w:line="300" w:lineRule="auto"/>
      </w:pPr>
      <w:r>
        <w:rPr>
          <w:rFonts w:ascii="Times New Roman" w:hAnsi="Times New Roman" w:eastAsia="宋体"/>
          <w:b w:val="0"/>
          <w:i w:val="0"/>
          <w:color w:val="333333"/>
          <w:sz w:val="19"/>
        </w:rPr>
        <w:t>(A) 3　　(B) 4　　(C) 5　　(D) 6　　(E) 8</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一个半径为 r 的圆经过椭圆 x² + 16y² = 16 的两个焦点，并且恰好经过该椭圆上的四个点。所有可能的 r 组成区间 [a, b)。求 a + b？</w:t>
      </w:r>
    </w:p>
    <w:p>
      <w:pPr>
        <w:spacing w:before="0" w:after="120" w:line="300" w:lineRule="auto"/>
      </w:pPr>
      <w:r>
        <w:rPr>
          <w:rFonts w:ascii="Times New Roman" w:hAnsi="Times New Roman" w:eastAsia="宋体"/>
          <w:b w:val="0"/>
          <w:i w:val="0"/>
          <w:sz w:val="21"/>
        </w:rPr>
        <w:t>（A）5√(2) + 4　　（B）√(17) + 7　　（C）6√(2) + 3　　（D）√(15) + 8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of radius r passes through both foci of, and exactly four points on, the ellipse with equation x² + 16y² = 16. The set of all possible values of r is an interval [a, b). What is a + b?</w:t>
      </w:r>
    </w:p>
    <w:p>
      <w:pPr>
        <w:spacing w:before="0" w:after="160" w:line="300" w:lineRule="auto"/>
      </w:pPr>
      <w:r>
        <w:rPr>
          <w:rFonts w:ascii="Times New Roman" w:hAnsi="Times New Roman" w:eastAsia="宋体"/>
          <w:b w:val="0"/>
          <w:i w:val="0"/>
          <w:color w:val="333333"/>
          <w:sz w:val="19"/>
        </w:rPr>
        <w:t>(A) 5√(2) + 4　　(B) √(17) + 7　　(C) 6√(2) + 3　　(D) √(15) + 8　　(E) 12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对每个正整数 n，令 S(n) 表示只由字母 A 和 B 组成、长度为 n 的序列数，其中连续的 A 不超过三个，连续的 B 也不超过三个。S(2015) 除以 12 的余数是多少？</w:t>
      </w:r>
    </w:p>
    <w:p>
      <w:pPr>
        <w:spacing w:before="0" w:after="120" w:line="300" w:lineRule="auto"/>
      </w:pPr>
      <w:r>
        <w:rPr>
          <w:rFonts w:ascii="Times New Roman" w:hAnsi="Times New Roman" w:eastAsia="宋体"/>
          <w:b w:val="0"/>
          <w:i w:val="0"/>
          <w:sz w:val="21"/>
        </w:rPr>
        <w:t>（A）0　　（B）4　　（C）6　　（D）8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positive integer n, let S(n) be the number of sequences of length n consisting solely of the letters A and B, with no more than three As in a row and no more than three Bs in a row. What is the remainder when S(2015) is divided by 12?</w:t>
      </w:r>
    </w:p>
    <w:p>
      <w:pPr>
        <w:spacing w:before="0" w:after="160" w:line="300" w:lineRule="auto"/>
      </w:pPr>
      <w:r>
        <w:rPr>
          <w:rFonts w:ascii="Times New Roman" w:hAnsi="Times New Roman" w:eastAsia="宋体"/>
          <w:b w:val="0"/>
          <w:i w:val="0"/>
          <w:color w:val="333333"/>
          <w:sz w:val="19"/>
        </w:rPr>
        <w:t>(A) 0　　(B) 4　　(C) 6　　(D) 8　　(E) 10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设 S 是边长为 1 的正方形。在 S 的边上独立随机选取两个点。这两点之间的直线距离至少为 1/2 的概率是 (a - bπ)/c，其中 a，b，和 c 是正整数且 gcd(a, b, c) = 1。求 a + b + c？</w:t>
      </w:r>
    </w:p>
    <w:p>
      <w:pPr>
        <w:spacing w:before="0" w:after="120" w:line="300" w:lineRule="auto"/>
      </w:pPr>
      <w:r>
        <w:rPr>
          <w:rFonts w:ascii="Times New Roman" w:hAnsi="Times New Roman" w:eastAsia="宋体"/>
          <w:b w:val="0"/>
          <w:i w:val="0"/>
          <w:sz w:val="21"/>
        </w:rPr>
        <w:t>（A）59　　（B）60　　（C）61　　（D）62　　（E）63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a square of side length 1. Two points are chosen independently at random on the sides of S. The probability that the straight-line distance between the points is at least 1/2 is (a - bπ)/c, where a, b, and c are positive integers and gcd(a, b, c) = 1. What is a + b + c?</w:t>
      </w:r>
    </w:p>
    <w:p>
      <w:pPr>
        <w:spacing w:before="0" w:after="160" w:line="300" w:lineRule="auto"/>
      </w:pPr>
      <w:r>
        <w:rPr>
          <w:rFonts w:ascii="Times New Roman" w:hAnsi="Times New Roman" w:eastAsia="宋体"/>
          <w:b w:val="0"/>
          <w:i w:val="0"/>
          <w:color w:val="333333"/>
          <w:sz w:val="19"/>
        </w:rPr>
        <w:t>(A) 59　　(B) 60　　(C) 61　　(D) 62　　(E) 63</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从区间 [0, 2) 内所有可以写成分数 n/d 的有理数中随机选择有理数 a 和 b，其中 n 和 d 是整数且 1 ≤ d ≤ 5。表达式</w:t>
      </w:r>
    </w:p>
    <w:p>
      <w:pPr>
        <w:spacing w:before="0" w:after="80" w:line="300" w:lineRule="auto"/>
        <w:jc w:val="left"/>
      </w:pPr>
      <w:r>
        <w:rPr>
          <w:rFonts w:ascii="Times New Roman" w:hAnsi="Times New Roman" w:eastAsia="宋体"/>
          <w:b w:val="0"/>
          <w:i w:val="0"/>
          <w:sz w:val="21"/>
        </w:rPr>
        <w:t>(cos(aπ) + isin(bπ))⁴</w:t>
      </w:r>
    </w:p>
    <w:p>
      <w:pPr>
        <w:spacing w:before="0" w:after="80" w:line="300" w:lineRule="auto"/>
        <w:jc w:val="left"/>
      </w:pPr>
      <w:r>
        <w:rPr>
          <w:rFonts w:ascii="Times New Roman" w:hAnsi="Times New Roman" w:eastAsia="宋体"/>
          <w:b w:val="0"/>
          <w:i w:val="0"/>
          <w:sz w:val="21"/>
        </w:rPr>
        <w:t>是实数的概率是多少？</w:t>
      </w:r>
    </w:p>
    <w:p>
      <w:pPr>
        <w:spacing w:before="0" w:after="120" w:line="300" w:lineRule="auto"/>
      </w:pPr>
      <w:r>
        <w:rPr>
          <w:rFonts w:ascii="Times New Roman" w:hAnsi="Times New Roman" w:eastAsia="宋体"/>
          <w:b w:val="0"/>
          <w:i w:val="0"/>
          <w:sz w:val="21"/>
        </w:rPr>
        <w:t>（A）3/50　　（B）4/25　　（C）41/200　　（D）6/25　　（E）13/50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Rational numbers a and b are chosen at random among all rational numbers in the interval [0, 2) that can be written as fractions n/d where n and d are integers with 1 ≤ d ≤ 5. What is the probability that</w:t>
      </w:r>
    </w:p>
    <w:p>
      <w:pPr>
        <w:spacing w:before="0" w:after="80" w:line="300" w:lineRule="auto"/>
        <w:jc w:val="left"/>
      </w:pPr>
      <w:r>
        <w:rPr>
          <w:rFonts w:ascii="Times New Roman" w:hAnsi="Times New Roman" w:eastAsia="宋体"/>
          <w:b w:val="0"/>
          <w:i w:val="0"/>
          <w:color w:val="333333"/>
          <w:sz w:val="19"/>
        </w:rPr>
        <w:t>(cos(aπ) + isin(bπ))⁴</w:t>
      </w:r>
    </w:p>
    <w:p>
      <w:pPr>
        <w:spacing w:before="0" w:after="80" w:line="300" w:lineRule="auto"/>
        <w:jc w:val="left"/>
      </w:pPr>
      <w:r>
        <w:rPr>
          <w:rFonts w:ascii="Times New Roman" w:hAnsi="Times New Roman" w:eastAsia="宋体"/>
          <w:b w:val="0"/>
          <w:i w:val="0"/>
          <w:color w:val="333333"/>
          <w:sz w:val="19"/>
        </w:rPr>
        <w:t>is a real number?</w:t>
      </w:r>
    </w:p>
    <w:p>
      <w:pPr>
        <w:spacing w:before="0" w:after="160" w:line="300" w:lineRule="auto"/>
      </w:pPr>
      <w:r>
        <w:rPr>
          <w:rFonts w:ascii="Times New Roman" w:hAnsi="Times New Roman" w:eastAsia="宋体"/>
          <w:b w:val="0"/>
          <w:i w:val="0"/>
          <w:color w:val="333333"/>
          <w:sz w:val="19"/>
        </w:rPr>
        <w:t>(A) 3/50　　(B) 4/25　　(C) 41/200　　(D) 6/25　　(E) 13/50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在上半平面中构造一组圆，所有圆都与 x-轴相切，构造分层如下。第 L₀ 层包含两个半径分别为 70² 和 73² 且外切的圆。对 k ≥ 1，将 bigcupⱼ₌₀ᵏ⁻¹ Lⱼ 中的圆按它们与 x-轴的切点顺序排列。对这个顺序中每一对相邻的圆，构造一个与这一对圆都外切的新圆。第 Lₖ 层由这样构造出的 2ᵏ⁻¹ 个圆组成。令 S = bigcupⱼ₌₀⁶ Lⱼ，对每个圆 C，用 r(C) 表示它的半径。求</w:t>
      </w:r>
    </w:p>
    <w:p>
      <w:pPr>
        <w:spacing w:before="0" w:after="80" w:line="300" w:lineRule="auto"/>
        <w:jc w:val="left"/>
      </w:pPr>
      <w:r>
        <w:rPr>
          <w:rFonts w:ascii="Times New Roman" w:hAnsi="Times New Roman" w:eastAsia="宋体"/>
          <w:b w:val="0"/>
          <w:i w:val="0"/>
          <w:sz w:val="21"/>
        </w:rPr>
        <w:t>Σ_(C ∈ S) 1/(√(r(C)))？</w:t>
      </w:r>
    </w:p>
    <w:p>
      <w:pPr>
        <w:spacing w:before="80" w:after="80"/>
        <w:jc w:val="center"/>
      </w:pPr>
      <w:r>
        <w:drawing>
          <wp:inline xmlns:a="http://schemas.openxmlformats.org/drawingml/2006/main" xmlns:pic="http://schemas.openxmlformats.org/drawingml/2006/picture">
            <wp:extent cx="4500000" cy="2091976"/>
            <wp:docPr id="1" name="Picture 1"/>
            <wp:cNvGraphicFramePr>
              <a:graphicFrameLocks noChangeAspect="1"/>
            </wp:cNvGraphicFramePr>
            <a:graphic>
              <a:graphicData uri="http://schemas.openxmlformats.org/drawingml/2006/picture">
                <pic:pic>
                  <pic:nvPicPr>
                    <pic:cNvPr id="0" name="q25-1@296dpi.png"/>
                    <pic:cNvPicPr/>
                  </pic:nvPicPr>
                  <pic:blipFill>
                    <a:blip r:embed="rId9"/>
                    <a:stretch>
                      <a:fillRect/>
                    </a:stretch>
                  </pic:blipFill>
                  <pic:spPr>
                    <a:xfrm>
                      <a:off x="0" y="0"/>
                      <a:ext cx="4500000" cy="2091976"/>
                    </a:xfrm>
                    <a:prstGeom prst="rect"/>
                  </pic:spPr>
                </pic:pic>
              </a:graphicData>
            </a:graphic>
          </wp:inline>
        </w:drawing>
      </w:r>
    </w:p>
    <w:p>
      <w:pPr>
        <w:spacing w:before="0" w:after="120" w:line="300" w:lineRule="auto"/>
      </w:pPr>
      <w:r>
        <w:rPr>
          <w:rFonts w:ascii="Times New Roman" w:hAnsi="Times New Roman" w:eastAsia="宋体"/>
          <w:b w:val="0"/>
          <w:i w:val="0"/>
          <w:sz w:val="21"/>
        </w:rPr>
        <w:t>（A）286/35　　（B）583/70　　（C）715/73　　（D）143/14　　（E）1573/146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collection of circles in the upper half-plane, all tangent to the x-axis, is constructed in layers as follows. Layer L₀ consists of two circles of radii 70² and 73² that are externally tangent. For k ≥ 1, the circles in bigcupⱼ₌₀ᵏ⁻¹ Lⱼ are ordered according to their points of tangency with the x-axis. For every pair of consecutive circles in this order, a new circle is constructed externally tangent to each of the two circles in the pair. Layer Lₖ consists of the 2ᵏ⁻¹ circles constructed in this way. Let S = bigcupⱼ₌₀⁶ Lⱼ, and for every circle C denote by r(C) its radius. What is</w:t>
      </w:r>
    </w:p>
    <w:p>
      <w:pPr>
        <w:spacing w:before="0" w:after="80" w:line="300" w:lineRule="auto"/>
        <w:jc w:val="left"/>
      </w:pPr>
      <w:r>
        <w:rPr>
          <w:rFonts w:ascii="Times New Roman" w:hAnsi="Times New Roman" w:eastAsia="宋体"/>
          <w:b w:val="0"/>
          <w:i w:val="0"/>
          <w:color w:val="333333"/>
          <w:sz w:val="19"/>
        </w:rPr>
        <w:t>Σ_(C ∈ S) 1/(√(r(C)))?</w:t>
      </w:r>
    </w:p>
    <w:p>
      <w:pPr>
        <w:spacing w:before="80" w:after="80"/>
        <w:jc w:val="center"/>
      </w:pPr>
      <w:r>
        <w:drawing>
          <wp:inline xmlns:a="http://schemas.openxmlformats.org/drawingml/2006/main" xmlns:pic="http://schemas.openxmlformats.org/drawingml/2006/picture">
            <wp:extent cx="4500000" cy="2091976"/>
            <wp:docPr id="2" name="Picture 2"/>
            <wp:cNvGraphicFramePr>
              <a:graphicFrameLocks noChangeAspect="1"/>
            </wp:cNvGraphicFramePr>
            <a:graphic>
              <a:graphicData uri="http://schemas.openxmlformats.org/drawingml/2006/picture">
                <pic:pic>
                  <pic:nvPicPr>
                    <pic:cNvPr id="0" name="q25-1@296dpi.png"/>
                    <pic:cNvPicPr/>
                  </pic:nvPicPr>
                  <pic:blipFill>
                    <a:blip r:embed="rId9"/>
                    <a:stretch>
                      <a:fillRect/>
                    </a:stretch>
                  </pic:blipFill>
                  <pic:spPr>
                    <a:xfrm>
                      <a:off x="0" y="0"/>
                      <a:ext cx="4500000" cy="209197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286/35　　(B) 583/70　　(C) 715/73　　(D) 143/14　　(E) 1573/146</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E　E　B　D　B　D　C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D　B　E　D　C　C　A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B　A　D　D　A　D　D</w:t>
      </w:r>
    </w:p>
    <w:p>
      <w:pPr>
        <w:spacing w:before="0" w:after="200" w:line="300" w:lineRule="auto"/>
      </w:pPr>
      <w:r>
        <w:rPr>
          <w:rFonts w:ascii="Times New Roman" w:hAnsi="Times New Roman" w:eastAsia="宋体"/>
          <w:b w:val="0"/>
          <w:i w:val="0"/>
          <w:color w:val="666666"/>
          <w:sz w:val="18"/>
        </w:rPr>
        <w:t>答案串：CEEBDBDCCEDBEDCCACBADDADD</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在括号内，</w:t>
      </w:r>
    </w:p>
    <w:p>
      <w:pPr>
        <w:spacing w:before="0" w:after="80" w:line="300" w:lineRule="auto"/>
        <w:jc w:val="left"/>
      </w:pPr>
      <w:r>
        <w:rPr>
          <w:rFonts w:ascii="Times New Roman" w:hAnsi="Times New Roman" w:eastAsia="宋体"/>
          <w:b w:val="0"/>
          <w:i w:val="0"/>
          <w:sz w:val="21"/>
        </w:rPr>
        <w:t>2⁰-1+5²+0</w:t>
      </w:r>
    </w:p>
    <w:p>
      <w:pPr>
        <w:spacing w:before="0" w:after="80" w:line="300" w:lineRule="auto"/>
        <w:jc w:val="left"/>
      </w:pPr>
      <w:r>
        <w:rPr>
          <w:rFonts w:ascii="Times New Roman" w:hAnsi="Times New Roman" w:eastAsia="宋体"/>
          <w:b w:val="0"/>
          <w:i w:val="0"/>
          <w:sz w:val="21"/>
        </w:rPr>
        <w:t>= 1-1+25+0 = 25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于是</w:t>
      </w:r>
    </w:p>
    <w:p>
      <w:pPr>
        <w:spacing w:before="0" w:after="80" w:line="300" w:lineRule="auto"/>
        <w:jc w:val="left"/>
      </w:pPr>
      <w:r>
        <w:rPr>
          <w:rFonts w:ascii="Times New Roman" w:hAnsi="Times New Roman" w:eastAsia="宋体"/>
          <w:b w:val="0"/>
          <w:i w:val="0"/>
          <w:sz w:val="21"/>
        </w:rPr>
        <w:t>(25)⁻¹× 5 = 5/25 = 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Inside the parentheses,</w:t>
      </w:r>
    </w:p>
    <w:p>
      <w:pPr>
        <w:spacing w:before="0" w:after="80" w:line="300" w:lineRule="auto"/>
        <w:jc w:val="left"/>
      </w:pPr>
      <w:r>
        <w:rPr>
          <w:rFonts w:ascii="Times New Roman" w:hAnsi="Times New Roman" w:eastAsia="宋体"/>
          <w:b w:val="0"/>
          <w:i w:val="0"/>
          <w:color w:val="333333"/>
          <w:sz w:val="19"/>
        </w:rPr>
        <w:t>2⁰-1+5²+0</w:t>
      </w:r>
    </w:p>
    <w:p>
      <w:pPr>
        <w:spacing w:before="0" w:after="80" w:line="300" w:lineRule="auto"/>
        <w:jc w:val="left"/>
      </w:pPr>
      <w:r>
        <w:rPr>
          <w:rFonts w:ascii="Times New Roman" w:hAnsi="Times New Roman" w:eastAsia="宋体"/>
          <w:b w:val="0"/>
          <w:i w:val="0"/>
          <w:color w:val="333333"/>
          <w:sz w:val="19"/>
        </w:rPr>
        <w:t>= 1-1+25+0 = 25.</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(25)⁻¹× 5 = 5/25 = 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根据三角形不等式，第三边 s 满足 20-15 &lt; s &lt; 20+15，也就是 5 &lt; s &lt; 35。</w:t>
      </w:r>
    </w:p>
    <w:p>
      <w:pPr>
        <w:spacing w:before="0" w:after="80" w:line="300" w:lineRule="auto"/>
        <w:jc w:val="left"/>
      </w:pPr>
      <w:r>
        <w:rPr>
          <w:rFonts w:ascii="Times New Roman" w:hAnsi="Times New Roman" w:eastAsia="宋体"/>
          <w:b w:val="0"/>
          <w:i w:val="0"/>
          <w:sz w:val="21"/>
        </w:rPr>
        <w:t>周长为 35 + s，所以它严格介于 40 和 70 之间。选项中只有 72 落在这个范围之外。</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Triangle Inequality, the third side s satisfies 20-15 &lt; s &lt; 20+15, that is 5 &lt; s &lt; 35.</w:t>
      </w:r>
    </w:p>
    <w:p>
      <w:pPr>
        <w:spacing w:before="0" w:after="80" w:line="300" w:lineRule="auto"/>
        <w:jc w:val="left"/>
      </w:pPr>
      <w:r>
        <w:rPr>
          <w:rFonts w:ascii="Times New Roman" w:hAnsi="Times New Roman" w:eastAsia="宋体"/>
          <w:b w:val="0"/>
          <w:i w:val="0"/>
          <w:color w:val="333333"/>
          <w:sz w:val="19"/>
        </w:rPr>
        <w:t>The perimeter is 35 + s, so it lies strictly between 40 and 70. Among the choices, only 72 falls outside this range.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其他 14 个分数的总和是 14· 80 = 1120。全部 15 个分数的总和是 15· 81 = 1215。</w:t>
      </w:r>
    </w:p>
    <w:p>
      <w:pPr>
        <w:spacing w:before="0" w:after="80" w:line="300" w:lineRule="auto"/>
        <w:jc w:val="left"/>
      </w:pPr>
      <w:r>
        <w:rPr>
          <w:rFonts w:ascii="Times New Roman" w:hAnsi="Times New Roman" w:eastAsia="宋体"/>
          <w:b w:val="0"/>
          <w:i w:val="0"/>
          <w:sz w:val="21"/>
        </w:rPr>
        <w:t>因此 Payton 的分数是 1215 - 1120 = 95。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14 other scores was 14· 80 = 1120. The sum of all 15 scores was 15· 81 = 1215.</w:t>
      </w:r>
    </w:p>
    <w:p>
      <w:pPr>
        <w:spacing w:before="0" w:after="80" w:line="300" w:lineRule="auto"/>
        <w:jc w:val="left"/>
      </w:pPr>
      <w:r>
        <w:rPr>
          <w:rFonts w:ascii="Times New Roman" w:hAnsi="Times New Roman" w:eastAsia="宋体"/>
          <w:b w:val="0"/>
          <w:i w:val="0"/>
          <w:color w:val="333333"/>
          <w:sz w:val="19"/>
        </w:rPr>
        <w:t>Therefore Payton’s score was 1215 - 1120 = 95.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设这两个数为 x 和 y，其中 x &gt; y &gt; 0，则 x+y = 5(x-y)。</w:t>
      </w:r>
    </w:p>
    <w:p>
      <w:pPr>
        <w:spacing w:before="0" w:after="80" w:line="300" w:lineRule="auto"/>
        <w:jc w:val="left"/>
      </w:pPr>
      <w:r>
        <w:rPr>
          <w:rFonts w:ascii="Times New Roman" w:hAnsi="Times New Roman" w:eastAsia="宋体"/>
          <w:b w:val="0"/>
          <w:i w:val="0"/>
          <w:sz w:val="21"/>
        </w:rPr>
        <w:t>展开得 x+y = 5x-5y，所以 6y = 4x，于是</w:t>
      </w:r>
    </w:p>
    <w:p>
      <w:pPr>
        <w:spacing w:before="0" w:after="80" w:line="300" w:lineRule="auto"/>
        <w:jc w:val="left"/>
      </w:pPr>
      <w:r>
        <w:rPr>
          <w:rFonts w:ascii="Times New Roman" w:hAnsi="Times New Roman" w:eastAsia="宋体"/>
          <w:b w:val="0"/>
          <w:i w:val="0"/>
          <w:sz w:val="21"/>
        </w:rPr>
        <w:t>x/y = 3/2。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and y be the numbers with x &gt; y &gt; 0. Then x+y = 5(x-y).</w:t>
      </w:r>
    </w:p>
    <w:p>
      <w:pPr>
        <w:spacing w:before="0" w:after="80" w:line="300" w:lineRule="auto"/>
        <w:jc w:val="left"/>
      </w:pPr>
      <w:r>
        <w:rPr>
          <w:rFonts w:ascii="Times New Roman" w:hAnsi="Times New Roman" w:eastAsia="宋体"/>
          <w:b w:val="0"/>
          <w:i w:val="0"/>
          <w:color w:val="333333"/>
          <w:sz w:val="19"/>
        </w:rPr>
        <w:t>Expanding gives x+y = 5x-5y, so 6y = 4x and</w:t>
      </w:r>
    </w:p>
    <w:p>
      <w:pPr>
        <w:spacing w:before="0" w:after="80" w:line="300" w:lineRule="auto"/>
        <w:jc w:val="left"/>
      </w:pPr>
      <w:r>
        <w:rPr>
          <w:rFonts w:ascii="Times New Roman" w:hAnsi="Times New Roman" w:eastAsia="宋体"/>
          <w:b w:val="0"/>
          <w:i w:val="0"/>
          <w:color w:val="333333"/>
          <w:sz w:val="19"/>
        </w:rPr>
        <w:t>x/y = 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要使 a/b 变大，应把分子 a 向上取整，把分母 b 向下取整。要使 -c 变大，应把 c 向下取整。</w:t>
      </w:r>
    </w:p>
    <w:p>
      <w:pPr>
        <w:spacing w:before="0" w:after="80" w:line="300" w:lineRule="auto"/>
        <w:jc w:val="left"/>
      </w:pPr>
      <w:r>
        <w:rPr>
          <w:rFonts w:ascii="Times New Roman" w:hAnsi="Times New Roman" w:eastAsia="宋体"/>
          <w:b w:val="0"/>
          <w:i w:val="0"/>
          <w:sz w:val="21"/>
        </w:rPr>
        <w:t>只有选项 (D) 同时做到这三点：把 a 向上取整，同时把 b 和 c 向下取整，因此每个变化都会使估算值高于精确值。其他选项中至少有一个变化方向相反，所以不能保证估算值更大。</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make a/b larger, round the numerator a up and the denominator b down. To make -c larger, round c down.</w:t>
      </w:r>
    </w:p>
    <w:p>
      <w:pPr>
        <w:spacing w:before="0" w:after="80" w:line="300" w:lineRule="auto"/>
        <w:jc w:val="left"/>
      </w:pPr>
      <w:r>
        <w:rPr>
          <w:rFonts w:ascii="Times New Roman" w:hAnsi="Times New Roman" w:eastAsia="宋体"/>
          <w:b w:val="0"/>
          <w:i w:val="0"/>
          <w:color w:val="333333"/>
          <w:sz w:val="19"/>
        </w:rPr>
        <w:t>Only choice (D) does all three: it rounds a up while rounding b and c down, so every change pushes the estimate above the exact value. In the other choices at least one change works the wrong way, so the estimate is not guaranteed to be larger.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设 p 和 c 分别为 Pete 和 Claire 现在的年龄。则 p-2 = 3(c-2) 且 p-4 = 4(c-4)。</w:t>
      </w:r>
    </w:p>
    <w:p>
      <w:pPr>
        <w:spacing w:before="0" w:after="80" w:line="300" w:lineRule="auto"/>
        <w:jc w:val="left"/>
      </w:pPr>
      <w:r>
        <w:rPr>
          <w:rFonts w:ascii="Times New Roman" w:hAnsi="Times New Roman" w:eastAsia="宋体"/>
          <w:b w:val="0"/>
          <w:i w:val="0"/>
          <w:sz w:val="21"/>
        </w:rPr>
        <w:t>解得 p = 20 且 c = 8，所以 Pete 比 Claire 大 12 岁。</w:t>
      </w:r>
    </w:p>
    <w:p>
      <w:pPr>
        <w:spacing w:before="0" w:after="80" w:line="300" w:lineRule="auto"/>
        <w:jc w:val="left"/>
      </w:pPr>
      <w:r>
        <w:rPr>
          <w:rFonts w:ascii="Times New Roman" w:hAnsi="Times New Roman" w:eastAsia="宋体"/>
          <w:b w:val="0"/>
          <w:i w:val="0"/>
          <w:sz w:val="21"/>
        </w:rPr>
        <w:t>当 Claire 为 12 岁时，年龄比为 2: 1，这距离现在还有 12 - 8 = 4 年。</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and c be Pete’s and Claire’s current ages. Then p-2 = 3(c-2) and p-4 = 4(c-4).</w:t>
      </w:r>
    </w:p>
    <w:p>
      <w:pPr>
        <w:spacing w:before="0" w:after="80" w:line="300" w:lineRule="auto"/>
        <w:jc w:val="left"/>
      </w:pPr>
      <w:r>
        <w:rPr>
          <w:rFonts w:ascii="Times New Roman" w:hAnsi="Times New Roman" w:eastAsia="宋体"/>
          <w:b w:val="0"/>
          <w:i w:val="0"/>
          <w:color w:val="333333"/>
          <w:sz w:val="19"/>
        </w:rPr>
        <w:t>Solving these gives p = 20 and c = 8, so Pete is 12 years older than Claire.</w:t>
      </w:r>
    </w:p>
    <w:p>
      <w:pPr>
        <w:spacing w:before="0" w:after="80" w:line="300" w:lineRule="auto"/>
        <w:jc w:val="left"/>
      </w:pPr>
      <w:r>
        <w:rPr>
          <w:rFonts w:ascii="Times New Roman" w:hAnsi="Times New Roman" w:eastAsia="宋体"/>
          <w:b w:val="0"/>
          <w:i w:val="0"/>
          <w:color w:val="333333"/>
          <w:sz w:val="19"/>
        </w:rPr>
        <w:t>The ratio is 2: 1 when Claire is 12, which is 12 - 8 = 4 years from now.</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设第一个和第二个圆柱的半径、高分别为 r,h 和 R,H。体积相等，所以 π r² h = π R² H，且 R = 1.1r。</w:t>
      </w:r>
    </w:p>
    <w:p>
      <w:pPr>
        <w:spacing w:before="0" w:after="80" w:line="300" w:lineRule="auto"/>
        <w:jc w:val="left"/>
      </w:pPr>
      <w:r>
        <w:rPr>
          <w:rFonts w:ascii="Times New Roman" w:hAnsi="Times New Roman" w:eastAsia="宋体"/>
          <w:b w:val="0"/>
          <w:i w:val="0"/>
          <w:sz w:val="21"/>
        </w:rPr>
        <w:t>则 π r² h = π(1.1r)² H = π(1.21 r²) H。除以 π r² 得 h = 1.21H，所以第一个高比第二个多 21%。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r,h and R,H be the radii and heights of the first and second cylinders. The volumes are equal, so π r² h = π R² H, and R = 1.1r.</w:t>
      </w:r>
    </w:p>
    <w:p>
      <w:pPr>
        <w:spacing w:before="0" w:after="80" w:line="300" w:lineRule="auto"/>
        <w:jc w:val="left"/>
      </w:pPr>
      <w:r>
        <w:rPr>
          <w:rFonts w:ascii="Times New Roman" w:hAnsi="Times New Roman" w:eastAsia="宋体"/>
          <w:b w:val="0"/>
          <w:i w:val="0"/>
          <w:color w:val="333333"/>
          <w:sz w:val="19"/>
        </w:rPr>
        <w:t>Then π r² h = π(1.1r)² H = π(1.21 r²) H. Dividing by π r² yields h = 1.21H, so the first height is 21% more than the second.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设长方形的两边为 4a 和 3a。根据勾股定理，对角线为 5a = d，所以 a = d/5。</w:t>
      </w:r>
    </w:p>
    <w:p>
      <w:pPr>
        <w:spacing w:before="0" w:after="80" w:line="300" w:lineRule="auto"/>
        <w:jc w:val="left"/>
      </w:pPr>
      <w:r>
        <w:rPr>
          <w:rFonts w:ascii="Times New Roman" w:hAnsi="Times New Roman" w:eastAsia="宋体"/>
          <w:b w:val="0"/>
          <w:i w:val="0"/>
          <w:sz w:val="21"/>
        </w:rPr>
        <w:t>面积为 4a· 3a = 12a² = 12(d/5)² = 12/25d²，所以 k = 12/25。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sides of the rectangle be 4a and 3a. By the Pythagorean Theorem the diagonal is 5a = d, so a = d/5.</w:t>
      </w:r>
    </w:p>
    <w:p>
      <w:pPr>
        <w:spacing w:before="0" w:after="80" w:line="300" w:lineRule="auto"/>
        <w:jc w:val="left"/>
      </w:pPr>
      <w:r>
        <w:rPr>
          <w:rFonts w:ascii="Times New Roman" w:hAnsi="Times New Roman" w:eastAsia="宋体"/>
          <w:b w:val="0"/>
          <w:i w:val="0"/>
          <w:color w:val="333333"/>
          <w:sz w:val="19"/>
        </w:rPr>
        <w:t>The area is 4a· 3a = 12a² = 12(d/5)² = 12/25d², so k = 12/25.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因为留给 Cheryl 的弹珠是随机决定的，她的两个弹珠等可能是任意一对。固定她的第一个弹珠，第二个弹珠等可能是剩下 5 个弹珠中的任意一个。</w:t>
      </w:r>
    </w:p>
    <w:p>
      <w:pPr>
        <w:spacing w:before="0" w:after="80" w:line="300" w:lineRule="auto"/>
        <w:jc w:val="left"/>
      </w:pPr>
      <w:r>
        <w:rPr>
          <w:rFonts w:ascii="Times New Roman" w:hAnsi="Times New Roman" w:eastAsia="宋体"/>
          <w:b w:val="0"/>
          <w:i w:val="0"/>
          <w:sz w:val="21"/>
        </w:rPr>
        <w:t>这 5 个中恰好有一个与第一个弹珠颜色相同，所以概率为 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the marbles left for Cheryl are determined at random, her two marbles are equally likely to be any pair. Fixing her first marble, the second is equally likely to be any of the 5 remaining marbles.</w:t>
      </w:r>
    </w:p>
    <w:p>
      <w:pPr>
        <w:spacing w:before="0" w:after="80" w:line="300" w:lineRule="auto"/>
        <w:jc w:val="left"/>
      </w:pPr>
      <w:r>
        <w:rPr>
          <w:rFonts w:ascii="Times New Roman" w:hAnsi="Times New Roman" w:eastAsia="宋体"/>
          <w:b w:val="0"/>
          <w:i w:val="0"/>
          <w:color w:val="333333"/>
          <w:sz w:val="19"/>
        </w:rPr>
        <w:t>Exactly one of those 5 matches the first marble in color, so the probability is 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两边同时加 1 并因式分解，得</w:t>
      </w:r>
    </w:p>
    <w:p>
      <w:pPr>
        <w:spacing w:before="0" w:after="80" w:line="300" w:lineRule="auto"/>
        <w:jc w:val="left"/>
      </w:pPr>
      <w:r>
        <w:rPr>
          <w:rFonts w:ascii="Times New Roman" w:hAnsi="Times New Roman" w:eastAsia="宋体"/>
          <w:b w:val="0"/>
          <w:i w:val="0"/>
          <w:sz w:val="21"/>
        </w:rPr>
        <w:t>(x+1)(y+1) = 81 = 3⁴。</w:t>
      </w:r>
    </w:p>
    <w:p>
      <w:pPr>
        <w:spacing w:before="0" w:after="80" w:line="300" w:lineRule="auto"/>
        <w:jc w:val="left"/>
      </w:pPr>
      <w:r>
        <w:rPr>
          <w:rFonts w:ascii="Times New Roman" w:hAnsi="Times New Roman" w:eastAsia="宋体"/>
          <w:b w:val="0"/>
          <w:i w:val="0"/>
          <w:sz w:val="21"/>
        </w:rPr>
        <w:t>因为 x 和 y 是不同的正整数且 x &gt; y，唯一可能是 x+1 = 3³ = 27 且 y+1 = 3。因此 x = 26。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1 to both sides and factoring gives</w:t>
      </w:r>
    </w:p>
    <w:p>
      <w:pPr>
        <w:spacing w:before="0" w:after="80" w:line="300" w:lineRule="auto"/>
        <w:jc w:val="left"/>
      </w:pPr>
      <w:r>
        <w:rPr>
          <w:rFonts w:ascii="Times New Roman" w:hAnsi="Times New Roman" w:eastAsia="宋体"/>
          <w:b w:val="0"/>
          <w:i w:val="0"/>
          <w:color w:val="333333"/>
          <w:sz w:val="19"/>
        </w:rPr>
        <w:t>(x+1)(y+1) = 81 = 3⁴.</w:t>
      </w:r>
    </w:p>
    <w:p>
      <w:pPr>
        <w:spacing w:before="0" w:after="80" w:line="300" w:lineRule="auto"/>
        <w:jc w:val="left"/>
      </w:pPr>
      <w:r>
        <w:rPr>
          <w:rFonts w:ascii="Times New Roman" w:hAnsi="Times New Roman" w:eastAsia="宋体"/>
          <w:b w:val="0"/>
          <w:i w:val="0"/>
          <w:color w:val="333333"/>
          <w:sz w:val="19"/>
        </w:rPr>
        <w:t>Because x and y are distinct positive integers with x &gt; y, the only possibility is x+1 = 3³ = 27 and y+1 = 3. Therefore x = 26.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公切线的数量取决于两个圆的相对位置：</w:t>
      </w:r>
    </w:p>
    <w:p>
      <w:pPr>
        <w:spacing w:before="0" w:after="80" w:line="300" w:lineRule="auto"/>
        <w:jc w:val="left"/>
      </w:pPr>
      <w:r>
        <w:rPr>
          <w:rFonts w:ascii="Times New Roman" w:hAnsi="Times New Roman" w:eastAsia="宋体"/>
          <w:b w:val="0"/>
          <w:i w:val="0"/>
          <w:sz w:val="21"/>
        </w:rPr>
        <w:t>如果小圆在大圆内部，则有 0 条切线。如果它们内切，则有 1 条。如果两个圆相交于两点，则有 2 条。如果它们外切，则有 3 条。如果它们分离，则有 4 条。</w:t>
      </w:r>
    </w:p>
    <w:p>
      <w:pPr>
        <w:spacing w:before="0" w:after="80" w:line="300" w:lineRule="auto"/>
        <w:jc w:val="left"/>
      </w:pPr>
      <w:r>
        <w:rPr>
          <w:rFonts w:ascii="Times New Roman" w:hAnsi="Times New Roman" w:eastAsia="宋体"/>
          <w:b w:val="0"/>
          <w:i w:val="0"/>
          <w:sz w:val="21"/>
        </w:rPr>
        <w:t>因此 k 可以是 0, 1, 2, 3, 4 中任意一个，共有 5 个可能值。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common tangent lines depends on the relative position of the two circles:</w:t>
      </w:r>
    </w:p>
    <w:p>
      <w:pPr>
        <w:spacing w:before="0" w:after="80" w:line="300" w:lineRule="auto"/>
        <w:jc w:val="left"/>
      </w:pPr>
      <w:r>
        <w:rPr>
          <w:rFonts w:ascii="Times New Roman" w:hAnsi="Times New Roman" w:eastAsia="宋体"/>
          <w:b w:val="0"/>
          <w:i w:val="0"/>
          <w:color w:val="333333"/>
          <w:sz w:val="19"/>
        </w:rPr>
        <w:t>If the smaller circle is inside the larger, there are 0 tangents. If it is internally tangent, there is 1. If the circles intersect at two points, there are 2. If they are externally tangent, there are 3. If they are separated, there are 4.</w:t>
      </w:r>
    </w:p>
    <w:p>
      <w:pPr>
        <w:spacing w:before="0" w:after="80" w:line="300" w:lineRule="auto"/>
        <w:jc w:val="left"/>
      </w:pPr>
      <w:r>
        <w:rPr>
          <w:rFonts w:ascii="Times New Roman" w:hAnsi="Times New Roman" w:eastAsia="宋体"/>
          <w:b w:val="0"/>
          <w:i w:val="0"/>
          <w:color w:val="333333"/>
          <w:sz w:val="19"/>
        </w:rPr>
        <w:t>Thus k can be any of 0, 1, 2, 3, 4, which gives 5 possible values.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两条抛物线的 y-截距为 -2 和 4。为了与 x-轴相交，第一条抛物线开口向上，第二条开口向下，所以它们的 x-截距为 ± t，其中 t &gt; 0。</w:t>
      </w:r>
    </w:p>
    <w:p>
      <w:pPr>
        <w:spacing w:before="0" w:after="80" w:line="300" w:lineRule="auto"/>
        <w:jc w:val="left"/>
      </w:pPr>
      <w:r>
        <w:rPr>
          <w:rFonts w:ascii="Times New Roman" w:hAnsi="Times New Roman" w:eastAsia="宋体"/>
          <w:b w:val="0"/>
          <w:i w:val="0"/>
          <w:sz w:val="21"/>
        </w:rPr>
        <w:t>这个风筝形沿 y-轴的一条对角线长度为 4 - (-2) = 6，另一条长度为 2t。面积为 1/2· 6· 2t = 6t = 12，所以 t = 2。</w:t>
      </w:r>
    </w:p>
    <w:p>
      <w:pPr>
        <w:spacing w:before="0" w:after="80" w:line="300" w:lineRule="auto"/>
        <w:jc w:val="left"/>
      </w:pPr>
      <w:r>
        <w:rPr>
          <w:rFonts w:ascii="Times New Roman" w:hAnsi="Times New Roman" w:eastAsia="宋体"/>
          <w:b w:val="0"/>
          <w:i w:val="0"/>
          <w:sz w:val="21"/>
        </w:rPr>
        <w:t>因此 x-截距为 ± 2。对第一条抛物线，0 = a(2)² - 2 得 a = 1/2；对第二条，0 = 4 - b(2)² 得 b = 1。因此 a + b = 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y-intercepts of the two parabolas are -2 and 4. To intersect the x-axis, the first parabola opens upward and the second opens downward, so their x-intercepts are ± t for some t &gt; 0.</w:t>
      </w:r>
    </w:p>
    <w:p>
      <w:pPr>
        <w:spacing w:before="0" w:after="80" w:line="300" w:lineRule="auto"/>
        <w:jc w:val="left"/>
      </w:pPr>
      <w:r>
        <w:rPr>
          <w:rFonts w:ascii="Times New Roman" w:hAnsi="Times New Roman" w:eastAsia="宋体"/>
          <w:b w:val="0"/>
          <w:i w:val="0"/>
          <w:color w:val="333333"/>
          <w:sz w:val="19"/>
        </w:rPr>
        <w:t>The kite has one diagonal of length 4 - (-2) = 6 along the y-axis and the other of length 2t. Its area is 1/2· 6· 2t = 6t = 12, so t = 2.</w:t>
      </w:r>
    </w:p>
    <w:p>
      <w:pPr>
        <w:spacing w:before="0" w:after="80" w:line="300" w:lineRule="auto"/>
        <w:jc w:val="left"/>
      </w:pPr>
      <w:r>
        <w:rPr>
          <w:rFonts w:ascii="Times New Roman" w:hAnsi="Times New Roman" w:eastAsia="宋体"/>
          <w:b w:val="0"/>
          <w:i w:val="0"/>
          <w:color w:val="333333"/>
          <w:sz w:val="19"/>
        </w:rPr>
        <w:t>Thus the x-intercepts are ± 2. For the first parabola, 0 = a(2)² - 2 gives a = 1/2; for the second, 0 = 4 - b(2)² gives b = 1. Therefore a + b = 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每支队伍都打 11 场，因此 12 支队伍共进行 (12· 11)/2 = 66 场比赛。每场比赛给得分列表增加 2 分，所以所有得分的总和为 66· 2 = 132。</w:t>
      </w:r>
    </w:p>
    <w:p>
      <w:pPr>
        <w:spacing w:before="0" w:after="80" w:line="300" w:lineRule="auto"/>
        <w:jc w:val="left"/>
      </w:pPr>
      <w:r>
        <w:rPr>
          <w:rFonts w:ascii="Times New Roman" w:hAnsi="Times New Roman" w:eastAsia="宋体"/>
          <w:b w:val="0"/>
          <w:i w:val="0"/>
          <w:sz w:val="21"/>
        </w:rPr>
        <w:t>如果每场比赛都是平局，每支队伍得 11 分，所以最高得分不必达到 12；因此命题 (E) 可能不成立。其他命题总成立：总和 132 ≥ 100；总和为偶数，迫使奇数得分的个数为偶数，因而偶数得分的个数也为偶数；两支队伍不可能都得 0 分，因为它们之间的比赛至少会给其中一队一分。</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12 teams plays 11 games, so (12· 11)/2 = 66 games are played, and each game adds 2 points to the list. The total of all scores is 66· 2 = 132.</w:t>
      </w:r>
    </w:p>
    <w:p>
      <w:pPr>
        <w:spacing w:before="0" w:after="80" w:line="300" w:lineRule="auto"/>
        <w:jc w:val="left"/>
      </w:pPr>
      <w:r>
        <w:rPr>
          <w:rFonts w:ascii="Times New Roman" w:hAnsi="Times New Roman" w:eastAsia="宋体"/>
          <w:b w:val="0"/>
          <w:i w:val="0"/>
          <w:color w:val="333333"/>
          <w:sz w:val="19"/>
        </w:rPr>
        <w:t>If every game is a draw, each team scores 11, so the highest score need not reach 12; thus statement (E) can fail. The other statements always hold: the sum 132 ≥ 100, the sum being even forces an even number of odd scores and hence an even number of even scores, and two teams cannot both score 0 because their mutual game gives at least one of them a point.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根据换底公式，1/(log_(b) a) = logₐ b。因此</w:t>
      </w:r>
    </w:p>
    <w:p>
      <w:pPr>
        <w:spacing w:before="0" w:after="80" w:line="300" w:lineRule="auto"/>
        <w:jc w:val="left"/>
      </w:pPr>
      <w:r>
        <w:rPr>
          <w:rFonts w:ascii="Times New Roman" w:hAnsi="Times New Roman" w:eastAsia="宋体"/>
          <w:b w:val="0"/>
          <w:i w:val="0"/>
          <w:sz w:val="21"/>
        </w:rPr>
        <w:t>1 = logₐ 2 + logₐ 3</w:t>
      </w:r>
    </w:p>
    <w:p>
      <w:pPr>
        <w:spacing w:before="0" w:after="80" w:line="300" w:lineRule="auto"/>
        <w:jc w:val="left"/>
      </w:pPr>
      <w:r>
        <w:rPr>
          <w:rFonts w:ascii="Times New Roman" w:hAnsi="Times New Roman" w:eastAsia="宋体"/>
          <w:b w:val="0"/>
          <w:i w:val="0"/>
          <w:sz w:val="21"/>
        </w:rPr>
        <w:t>+ logₐ 4 = logₐ 24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由此可得 a = 24。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change-of-base formula, 1/(log_(b) a) = logₐ b. Therefore</w:t>
      </w:r>
    </w:p>
    <w:p>
      <w:pPr>
        <w:spacing w:before="0" w:after="80" w:line="300" w:lineRule="auto"/>
        <w:jc w:val="left"/>
      </w:pPr>
      <w:r>
        <w:rPr>
          <w:rFonts w:ascii="Times New Roman" w:hAnsi="Times New Roman" w:eastAsia="宋体"/>
          <w:b w:val="0"/>
          <w:i w:val="0"/>
          <w:color w:val="333333"/>
          <w:sz w:val="19"/>
        </w:rPr>
        <w:t>1 = logₐ 2 + logₐ 3</w:t>
      </w:r>
    </w:p>
    <w:p>
      <w:pPr>
        <w:spacing w:before="0" w:after="80" w:line="300" w:lineRule="auto"/>
        <w:jc w:val="left"/>
      </w:pPr>
      <w:r>
        <w:rPr>
          <w:rFonts w:ascii="Times New Roman" w:hAnsi="Times New Roman" w:eastAsia="宋体"/>
          <w:b w:val="0"/>
          <w:i w:val="0"/>
          <w:color w:val="333333"/>
          <w:sz w:val="19"/>
        </w:rPr>
        <w:t>+ logₐ 4 = logₐ 24.</w:t>
      </w:r>
    </w:p>
    <w:p>
      <w:pPr>
        <w:spacing w:before="0" w:after="80" w:line="300" w:lineRule="auto"/>
        <w:jc w:val="left"/>
      </w:pPr>
      <w:r>
        <w:rPr>
          <w:rFonts w:ascii="Times New Roman" w:hAnsi="Times New Roman" w:eastAsia="宋体"/>
          <w:b w:val="0"/>
          <w:i w:val="0"/>
          <w:color w:val="333333"/>
          <w:sz w:val="19"/>
        </w:rPr>
        <w:t>It follows that a = 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分子和分母没有公因数。要把这个分数写成小数，就把它改写成分母为 10 的幂的形式；最小可用的是 10²⁶：</w:t>
      </w:r>
    </w:p>
    <w:p>
      <w:pPr>
        <w:spacing w:before="0" w:after="80" w:line="300" w:lineRule="auto"/>
        <w:jc w:val="left"/>
      </w:pPr>
      <w:r>
        <w:rPr>
          <w:rFonts w:ascii="Times New Roman" w:hAnsi="Times New Roman" w:eastAsia="宋体"/>
          <w:b w:val="0"/>
          <w:i w:val="0"/>
          <w:sz w:val="21"/>
        </w:rPr>
        <w:t>123456789/(2²⁶· 5⁴) = (123456789· 5²²)/10²⁶。</w:t>
      </w:r>
    </w:p>
    <w:p>
      <w:pPr>
        <w:spacing w:before="0" w:after="80" w:line="300" w:lineRule="auto"/>
        <w:jc w:val="left"/>
      </w:pPr>
      <w:r>
        <w:rPr>
          <w:rFonts w:ascii="Times New Roman" w:hAnsi="Times New Roman" w:eastAsia="宋体"/>
          <w:b w:val="0"/>
          <w:i w:val="0"/>
          <w:sz w:val="21"/>
        </w:rPr>
        <w:t>因为分子 123456789· 5²² 不能被 10 整除，所以小数点后恰好有 26 位。</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numerator and denominator share no common factors. To write the fraction as a decimal, rewrite it with a power of 10 in the denominator; the smallest that works is 10²⁶:</w:t>
      </w:r>
    </w:p>
    <w:p>
      <w:pPr>
        <w:spacing w:before="0" w:after="80" w:line="300" w:lineRule="auto"/>
        <w:jc w:val="left"/>
      </w:pPr>
      <w:r>
        <w:rPr>
          <w:rFonts w:ascii="Times New Roman" w:hAnsi="Times New Roman" w:eastAsia="宋体"/>
          <w:b w:val="0"/>
          <w:i w:val="0"/>
          <w:color w:val="333333"/>
          <w:sz w:val="19"/>
        </w:rPr>
        <w:t>123456789/(2²⁶· 5⁴) = (123456789· 5²²)/10²⁶.</w:t>
      </w:r>
    </w:p>
    <w:p>
      <w:pPr>
        <w:spacing w:before="0" w:after="80" w:line="300" w:lineRule="auto"/>
        <w:jc w:val="left"/>
      </w:pPr>
      <w:r>
        <w:rPr>
          <w:rFonts w:ascii="Times New Roman" w:hAnsi="Times New Roman" w:eastAsia="宋体"/>
          <w:b w:val="0"/>
          <w:i w:val="0"/>
          <w:color w:val="333333"/>
          <w:sz w:val="19"/>
        </w:rPr>
        <w:t>Since the numerator 123456789· 5²² is not divisible by 10, the decimal has exactly 26 places after the point.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三角形 ABC 和 ABD 都是 3-4-5 直角三角形，面积为 6，并共用斜边 AB。设 E 为从 C 向 AB 所作高的垂足，则 CE = (3· 4)/5 = 12/5。同样，从 D 向 AB 所作的高也落在同一点 E，并且 DE = 12/5。</w:t>
      </w:r>
    </w:p>
    <w:p>
      <w:pPr>
        <w:spacing w:before="0" w:after="80" w:line="300" w:lineRule="auto"/>
        <w:jc w:val="left"/>
      </w:pPr>
      <w:r>
        <w:rPr>
          <w:rFonts w:ascii="Times New Roman" w:hAnsi="Times New Roman" w:eastAsia="宋体"/>
          <w:b w:val="0"/>
          <w:i w:val="0"/>
          <w:sz w:val="21"/>
        </w:rPr>
        <w:t>三角形 CDE 的边长为 12/5，12/5，和 CD = 12/5√(2)，因此它是以 E 为直角顶点的等腰直角三角形。所以 DE ⊥ CE 且 DE ⊥ AB，从而 DE 垂直于平面 ABC。</w:t>
      </w:r>
    </w:p>
    <w:p>
      <w:pPr>
        <w:spacing w:before="0" w:after="80" w:line="300" w:lineRule="auto"/>
        <w:jc w:val="left"/>
      </w:pPr>
      <w:r>
        <w:rPr>
          <w:rFonts w:ascii="Times New Roman" w:hAnsi="Times New Roman" w:eastAsia="宋体"/>
          <w:b w:val="0"/>
          <w:i w:val="0"/>
          <w:sz w:val="21"/>
        </w:rPr>
        <w:t>四面体的体积为 1/3· [ABC]· DE = 1/3· 6· 12/5 = 24/5。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Triangles ABC and ABD are 3-4-5 right triangles with area 6 and common hypotenuse AB. Let E be the foot of the altitude from C to AB; then CE = (3· 4)/5 = 12/5. Likewise the altitude from D meets AB at the same point E with DE = 12/5.</w:t>
      </w:r>
    </w:p>
    <w:p>
      <w:pPr>
        <w:spacing w:before="0" w:after="80" w:line="300" w:lineRule="auto"/>
        <w:jc w:val="left"/>
      </w:pPr>
      <w:r>
        <w:rPr>
          <w:rFonts w:ascii="Times New Roman" w:hAnsi="Times New Roman" w:eastAsia="宋体"/>
          <w:b w:val="0"/>
          <w:i w:val="0"/>
          <w:color w:val="333333"/>
          <w:sz w:val="19"/>
        </w:rPr>
        <w:t>Triangle CDE has sides 12/5, 12/5, and CD = 12/5√(2), so it is an isosceles right triangle with the right angle at E. Thus DE ⊥ CE and DE ⊥ AB, making DE perpendicular to the plane of ABC.</w:t>
      </w:r>
    </w:p>
    <w:p>
      <w:pPr>
        <w:spacing w:before="0" w:after="80" w:line="300" w:lineRule="auto"/>
        <w:jc w:val="left"/>
      </w:pPr>
      <w:r>
        <w:rPr>
          <w:rFonts w:ascii="Times New Roman" w:hAnsi="Times New Roman" w:eastAsia="宋体"/>
          <w:b w:val="0"/>
          <w:i w:val="0"/>
          <w:color w:val="333333"/>
          <w:sz w:val="19"/>
        </w:rPr>
        <w:t>The tetrahedron’s volume is 1/3· [ABC]· DE = 1/3· 6· 12/5 = 24/5.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A</w:t>
      </w:r>
    </w:p>
    <w:p>
      <w:pPr>
        <w:spacing w:before="0" w:after="80" w:line="300" w:lineRule="auto"/>
        <w:jc w:val="left"/>
      </w:pPr>
      <w:r>
        <w:rPr>
          <w:rFonts w:ascii="Times New Roman" w:hAnsi="Times New Roman" w:eastAsia="宋体"/>
          <w:b w:val="0"/>
          <w:i w:val="0"/>
          <w:sz w:val="21"/>
        </w:rPr>
        <w:t>共有 2⁸ = 256 个等可能结果。按站起来的人数分类，数出圆周上 8 个座位中没有两个相邻站立者 （正面）的安排数。</w:t>
      </w:r>
    </w:p>
    <w:p>
      <w:pPr>
        <w:spacing w:before="0" w:after="80" w:line="300" w:lineRule="auto"/>
        <w:jc w:val="left"/>
      </w:pPr>
      <w:r>
        <w:rPr>
          <w:rFonts w:ascii="Times New Roman" w:hAnsi="Times New Roman" w:eastAsia="宋体"/>
          <w:b w:val="0"/>
          <w:i w:val="0"/>
          <w:sz w:val="21"/>
        </w:rPr>
        <w:t>从 n 个圆周座位中选 k 个不相邻座位的方法数为 n/n-kdbinomn-kk。当 n = 8 时，对 k = 0,1,2,3,4 分别得到</w:t>
      </w:r>
    </w:p>
    <w:p>
      <w:pPr>
        <w:spacing w:before="0" w:after="80" w:line="300" w:lineRule="auto"/>
        <w:jc w:val="left"/>
      </w:pPr>
      <w:r>
        <w:rPr>
          <w:rFonts w:ascii="Times New Roman" w:hAnsi="Times New Roman" w:eastAsia="宋体"/>
          <w:b w:val="0"/>
          <w:i w:val="0"/>
          <w:sz w:val="21"/>
        </w:rPr>
        <w:t>1, 8, 20, 16, 2</w:t>
      </w:r>
    </w:p>
    <w:p>
      <w:pPr>
        <w:spacing w:before="0" w:after="80" w:line="300" w:lineRule="auto"/>
        <w:jc w:val="left"/>
      </w:pPr>
      <w:r>
        <w:rPr>
          <w:rFonts w:ascii="Times New Roman" w:hAnsi="Times New Roman" w:eastAsia="宋体"/>
          <w:b w:val="0"/>
          <w:i w:val="0"/>
          <w:sz w:val="21"/>
        </w:rPr>
        <w:t>种；超过 4 个站立者则不可能避免相邻。</w:t>
      </w:r>
    </w:p>
    <w:p>
      <w:pPr>
        <w:spacing w:before="0" w:after="80" w:line="300" w:lineRule="auto"/>
        <w:jc w:val="left"/>
      </w:pPr>
      <w:r>
        <w:rPr>
          <w:rFonts w:ascii="Times New Roman" w:hAnsi="Times New Roman" w:eastAsia="宋体"/>
          <w:b w:val="0"/>
          <w:i w:val="0"/>
          <w:sz w:val="21"/>
        </w:rPr>
        <w:t>总数为 1 + 8 + 20 + 16 + 2 = 47， 所以概率是 47/256。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2⁸ = 256 equally likely outcomes. Count the arrangements of standers (heads) with no two adjacent around the circle of 8 seats, grouped by how many people stand.</w:t>
      </w:r>
    </w:p>
    <w:p>
      <w:pPr>
        <w:spacing w:before="0" w:after="80" w:line="300" w:lineRule="auto"/>
        <w:jc w:val="left"/>
      </w:pPr>
      <w:r>
        <w:rPr>
          <w:rFonts w:ascii="Times New Roman" w:hAnsi="Times New Roman" w:eastAsia="宋体"/>
          <w:b w:val="0"/>
          <w:i w:val="0"/>
          <w:color w:val="333333"/>
          <w:sz w:val="19"/>
        </w:rPr>
        <w:t>The number of ways to choose k non-adjacent seats from a circle of n is n/n-kdbinomn-kk. For n = 8 this gives</w:t>
      </w:r>
    </w:p>
    <w:p>
      <w:pPr>
        <w:spacing w:before="0" w:after="80" w:line="300" w:lineRule="auto"/>
        <w:jc w:val="left"/>
      </w:pPr>
      <w:r>
        <w:rPr>
          <w:rFonts w:ascii="Times New Roman" w:hAnsi="Times New Roman" w:eastAsia="宋体"/>
          <w:b w:val="0"/>
          <w:i w:val="0"/>
          <w:color w:val="333333"/>
          <w:sz w:val="19"/>
        </w:rPr>
        <w:t>1, 8, 20, 16, 2</w:t>
      </w:r>
    </w:p>
    <w:p>
      <w:pPr>
        <w:spacing w:before="0" w:after="80" w:line="300" w:lineRule="auto"/>
        <w:jc w:val="left"/>
      </w:pPr>
      <w:r>
        <w:rPr>
          <w:rFonts w:ascii="Times New Roman" w:hAnsi="Times New Roman" w:eastAsia="宋体"/>
          <w:b w:val="0"/>
          <w:i w:val="0"/>
          <w:color w:val="333333"/>
          <w:sz w:val="19"/>
        </w:rPr>
        <w:t>for k = 0,1,2,3,4, and more than 4 standers is impossible without an adjacency.</w:t>
      </w:r>
    </w:p>
    <w:p>
      <w:pPr>
        <w:spacing w:before="0" w:after="80" w:line="300" w:lineRule="auto"/>
        <w:jc w:val="left"/>
      </w:pPr>
      <w:r>
        <w:rPr>
          <w:rFonts w:ascii="Times New Roman" w:hAnsi="Times New Roman" w:eastAsia="宋体"/>
          <w:b w:val="0"/>
          <w:i w:val="0"/>
          <w:color w:val="333333"/>
          <w:sz w:val="19"/>
        </w:rPr>
        <w:t>The total is 1 + 8 + 20 + 16 + 2 = 47, so the probability is 47/256.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设整数零点为 p 和 q。由韦达定理，p + q = a 且 pq = 2a，所以 pq = 2(p+q)。整理得</w:t>
      </w:r>
    </w:p>
    <w:p>
      <w:pPr>
        <w:spacing w:before="0" w:after="80" w:line="300" w:lineRule="auto"/>
        <w:jc w:val="left"/>
      </w:pPr>
      <w:r>
        <w:rPr>
          <w:rFonts w:ascii="Times New Roman" w:hAnsi="Times New Roman" w:eastAsia="宋体"/>
          <w:b w:val="0"/>
          <w:i w:val="0"/>
          <w:sz w:val="21"/>
        </w:rPr>
        <w:t>(p-2)(q-2) = 4。</w:t>
      </w:r>
    </w:p>
    <w:p>
      <w:pPr>
        <w:spacing w:before="0" w:after="80" w:line="300" w:lineRule="auto"/>
        <w:jc w:val="left"/>
      </w:pPr>
      <w:r>
        <w:rPr>
          <w:rFonts w:ascii="Times New Roman" w:hAnsi="Times New Roman" w:eastAsia="宋体"/>
          <w:b w:val="0"/>
          <w:i w:val="0"/>
          <w:sz w:val="21"/>
        </w:rPr>
        <w:t>4 的整数因子对为 (1,4)、(2,2)、(4,1)、(-1,-4)、(-2,-2)、(-4,-1)。由此得到的 (p,q) 对应的和为 a = 9, 8, -1 和 0。</w:t>
      </w:r>
    </w:p>
    <w:p>
      <w:pPr>
        <w:spacing w:before="0" w:after="80" w:line="300" w:lineRule="auto"/>
        <w:jc w:val="left"/>
      </w:pPr>
      <w:r>
        <w:rPr>
          <w:rFonts w:ascii="Times New Roman" w:hAnsi="Times New Roman" w:eastAsia="宋体"/>
          <w:b w:val="0"/>
          <w:i w:val="0"/>
          <w:sz w:val="21"/>
        </w:rPr>
        <w:t>a 的不同可能值为 9, 8, 0, -1，它们的和为 16。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integer zeros be p and q. By Vieta’s formulas p + q = a and pq = 2a, so pq = 2(p+q). Rearranging gives</w:t>
      </w:r>
    </w:p>
    <w:p>
      <w:pPr>
        <w:spacing w:before="0" w:after="80" w:line="300" w:lineRule="auto"/>
        <w:jc w:val="left"/>
      </w:pPr>
      <w:r>
        <w:rPr>
          <w:rFonts w:ascii="Times New Roman" w:hAnsi="Times New Roman" w:eastAsia="宋体"/>
          <w:b w:val="0"/>
          <w:i w:val="0"/>
          <w:color w:val="333333"/>
          <w:sz w:val="19"/>
        </w:rPr>
        <w:t>(p-2)(q-2) = 4.</w:t>
      </w:r>
    </w:p>
    <w:p>
      <w:pPr>
        <w:spacing w:before="0" w:after="80" w:line="300" w:lineRule="auto"/>
        <w:jc w:val="left"/>
      </w:pPr>
      <w:r>
        <w:rPr>
          <w:rFonts w:ascii="Times New Roman" w:hAnsi="Times New Roman" w:eastAsia="宋体"/>
          <w:b w:val="0"/>
          <w:i w:val="0"/>
          <w:color w:val="333333"/>
          <w:sz w:val="19"/>
        </w:rPr>
        <w:t>The integer factor pairs of 4 are (1,4), (2,2), (4,1), (-1,-4), (-2,-2), (-4,-1), which yield (p,q) pairs summing to a = 9, 8, -1, and 0.</w:t>
      </w:r>
    </w:p>
    <w:p>
      <w:pPr>
        <w:spacing w:before="0" w:after="80" w:line="300" w:lineRule="auto"/>
        <w:jc w:val="left"/>
      </w:pPr>
      <w:r>
        <w:rPr>
          <w:rFonts w:ascii="Times New Roman" w:hAnsi="Times New Roman" w:eastAsia="宋体"/>
          <w:b w:val="0"/>
          <w:i w:val="0"/>
          <w:color w:val="333333"/>
          <w:sz w:val="19"/>
        </w:rPr>
        <w:t>The distinct possible values of a are 9, 8, 0, -1, whose sum is 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在每个这样的四边形中，CD ≥ AB。设 E 为从 A 向 CD 所作垂线的垂足，则 CE = 2 且 AE = BC。令 x = AE、y = DE，所以 AD = 2 + y。</w:t>
      </w:r>
    </w:p>
    <w:p>
      <w:pPr>
        <w:spacing w:before="0" w:after="80" w:line="300" w:lineRule="auto"/>
        <w:jc w:val="left"/>
      </w:pPr>
      <w:r>
        <w:rPr>
          <w:rFonts w:ascii="Times New Roman" w:hAnsi="Times New Roman" w:eastAsia="宋体"/>
          <w:b w:val="0"/>
          <w:i w:val="0"/>
          <w:sz w:val="21"/>
        </w:rPr>
        <w:t>根据勾股定理，x² + y² = (2+y)²，所以 x² = 4 + 4y，且 x 为偶数。写作 x = 2z 得 y = z² - 1，周长为</w:t>
      </w:r>
    </w:p>
    <w:p>
      <w:pPr>
        <w:spacing w:before="0" w:after="80" w:line="300" w:lineRule="auto"/>
        <w:jc w:val="left"/>
      </w:pPr>
      <w:r>
        <w:rPr>
          <w:rFonts w:ascii="Times New Roman" w:hAnsi="Times New Roman" w:eastAsia="宋体"/>
          <w:b w:val="0"/>
          <w:i w:val="0"/>
          <w:sz w:val="21"/>
        </w:rPr>
        <w:t>x + 2y + 6 = 2z² + 2z + 4。</w:t>
      </w:r>
    </w:p>
    <w:p>
      <w:pPr>
        <w:spacing w:before="0" w:after="80" w:line="300" w:lineRule="auto"/>
        <w:jc w:val="left"/>
      </w:pPr>
      <w:r>
        <w:rPr>
          <w:rFonts w:ascii="Times New Roman" w:hAnsi="Times New Roman" w:eastAsia="宋体"/>
          <w:b w:val="0"/>
          <w:i w:val="0"/>
          <w:sz w:val="21"/>
        </w:rPr>
        <w:t>递增的 z = 1, 2, 3, … 给出满足条件且周长递增的四边形。当 z = 31 时周长为 1988，当 z = 32 时为 2116。因此 p &lt; 2015 的可能值有 31 个。</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every such quadrilateral CD ≥ AB. Let E be the foot of the perpendicular from A to CD; then CE = 2 and AE = BC. Let x = AE and y = DE, so AD = 2 + y.</w:t>
      </w:r>
    </w:p>
    <w:p>
      <w:pPr>
        <w:spacing w:before="0" w:after="80" w:line="300" w:lineRule="auto"/>
        <w:jc w:val="left"/>
      </w:pPr>
      <w:r>
        <w:rPr>
          <w:rFonts w:ascii="Times New Roman" w:hAnsi="Times New Roman" w:eastAsia="宋体"/>
          <w:b w:val="0"/>
          <w:i w:val="0"/>
          <w:color w:val="333333"/>
          <w:sz w:val="19"/>
        </w:rPr>
        <w:t>By the Pythagorean Theorem x² + y² = (2+y)², so x² = 4 + 4y and x is even. Writing x = 2z gives y = z² - 1, and the perimeter is</w:t>
      </w:r>
    </w:p>
    <w:p>
      <w:pPr>
        <w:spacing w:before="0" w:after="80" w:line="300" w:lineRule="auto"/>
        <w:jc w:val="left"/>
      </w:pPr>
      <w:r>
        <w:rPr>
          <w:rFonts w:ascii="Times New Roman" w:hAnsi="Times New Roman" w:eastAsia="宋体"/>
          <w:b w:val="0"/>
          <w:i w:val="0"/>
          <w:color w:val="333333"/>
          <w:sz w:val="19"/>
        </w:rPr>
        <w:t>x + 2y + 6 = 2z² + 2z + 4.</w:t>
      </w:r>
    </w:p>
    <w:p>
      <w:pPr>
        <w:spacing w:before="0" w:after="80" w:line="300" w:lineRule="auto"/>
        <w:jc w:val="left"/>
      </w:pPr>
      <w:r>
        <w:rPr>
          <w:rFonts w:ascii="Times New Roman" w:hAnsi="Times New Roman" w:eastAsia="宋体"/>
          <w:b w:val="0"/>
          <w:i w:val="0"/>
          <w:color w:val="333333"/>
          <w:sz w:val="19"/>
        </w:rPr>
        <w:t>Increasing values z = 1, 2, 3, … give the required quadrilaterals with increasing perimeter. For z = 31 the perimeter is 1988, and for z = 32 it is 2116. Therefore there are 31 possible values of p &lt; 2015.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T 到底边 8 的高为 √(5² - 4²) = 3，所以 T 的面积为 1/2· 8· 3 = 12，周长为 18。</w:t>
      </w:r>
    </w:p>
    <w:p>
      <w:pPr>
        <w:spacing w:before="0" w:after="80" w:line="300" w:lineRule="auto"/>
        <w:jc w:val="left"/>
      </w:pPr>
      <w:r>
        <w:rPr>
          <w:rFonts w:ascii="Times New Roman" w:hAnsi="Times New Roman" w:eastAsia="宋体"/>
          <w:b w:val="0"/>
          <w:i w:val="0"/>
          <w:sz w:val="21"/>
        </w:rPr>
        <w:t>对 T'，需要 2a + b = 18，且面积 1/4b√(4a² - b²) = 12。代入 a = (18 - b)/2 并平方，可得</w:t>
      </w:r>
    </w:p>
    <w:p>
      <w:pPr>
        <w:spacing w:before="0" w:after="80" w:line="300" w:lineRule="auto"/>
        <w:jc w:val="left"/>
      </w:pPr>
      <w:r>
        <w:rPr>
          <w:rFonts w:ascii="Times New Roman" w:hAnsi="Times New Roman" w:eastAsia="宋体"/>
          <w:b w:val="0"/>
          <w:i w:val="0"/>
          <w:sz w:val="21"/>
        </w:rPr>
        <w:t>(b - 8)(b² - b - 8) = 0。</w:t>
      </w:r>
    </w:p>
    <w:p>
      <w:pPr>
        <w:spacing w:before="0" w:after="80" w:line="300" w:lineRule="auto"/>
        <w:jc w:val="left"/>
      </w:pPr>
      <w:r>
        <w:rPr>
          <w:rFonts w:ascii="Times New Roman" w:hAnsi="Times New Roman" w:eastAsia="宋体"/>
          <w:b w:val="0"/>
          <w:i w:val="0"/>
          <w:sz w:val="21"/>
        </w:rPr>
        <w:t>因为 T 和 T' 不全等，b ≠ 8，所以 b² - b - 8 = 0，且 b = (1 + √(33))/2。因为 25 &lt; 33 &lt; 36，这个数介于 3 和 3.5 之间，所以最接近的整数是 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altitude of T to its base of length 8 is √(5² - 4²) = 3, so T has area 1/2· 8· 3 = 12 and perimeter 18.</w:t>
      </w:r>
    </w:p>
    <w:p>
      <w:pPr>
        <w:spacing w:before="0" w:after="80" w:line="300" w:lineRule="auto"/>
        <w:jc w:val="left"/>
      </w:pPr>
      <w:r>
        <w:rPr>
          <w:rFonts w:ascii="Times New Roman" w:hAnsi="Times New Roman" w:eastAsia="宋体"/>
          <w:b w:val="0"/>
          <w:i w:val="0"/>
          <w:color w:val="333333"/>
          <w:sz w:val="19"/>
        </w:rPr>
        <w:t>For T' we need 2a + b = 18 and area 1/4b√(4a² - b²) = 12. Substituting a = (18 - b)/2 and squaring leads to</w:t>
      </w:r>
    </w:p>
    <w:p>
      <w:pPr>
        <w:spacing w:before="0" w:after="80" w:line="300" w:lineRule="auto"/>
        <w:jc w:val="left"/>
      </w:pPr>
      <w:r>
        <w:rPr>
          <w:rFonts w:ascii="Times New Roman" w:hAnsi="Times New Roman" w:eastAsia="宋体"/>
          <w:b w:val="0"/>
          <w:i w:val="0"/>
          <w:color w:val="333333"/>
          <w:sz w:val="19"/>
        </w:rPr>
        <w:t>(b - 8)(b² - b - 8) = 0.</w:t>
      </w:r>
    </w:p>
    <w:p>
      <w:pPr>
        <w:spacing w:before="0" w:after="80" w:line="300" w:lineRule="auto"/>
        <w:jc w:val="left"/>
      </w:pPr>
      <w:r>
        <w:rPr>
          <w:rFonts w:ascii="Times New Roman" w:hAnsi="Times New Roman" w:eastAsia="宋体"/>
          <w:b w:val="0"/>
          <w:i w:val="0"/>
          <w:color w:val="333333"/>
          <w:sz w:val="19"/>
        </w:rPr>
        <w:t>Since T and T' are not congruent, b ≠ 8, so b² - b - 8 = 0 and b = (1 + √(33))/2. Because 25 &lt; 33 &lt; 36, this is between 3 and 3.5, so the closest integer is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椭圆 x²/16 + y² = 1 的半轴长为 4 和 1，所以 c² = 16 - 1 = 15，焦点为 (±√(15), 0)。</w:t>
      </w:r>
    </w:p>
    <w:p>
      <w:pPr>
        <w:spacing w:before="0" w:after="80" w:line="300" w:lineRule="auto"/>
        <w:jc w:val="left"/>
      </w:pPr>
      <w:r>
        <w:rPr>
          <w:rFonts w:ascii="Times New Roman" w:hAnsi="Times New Roman" w:eastAsia="宋体"/>
          <w:b w:val="0"/>
          <w:i w:val="0"/>
          <w:sz w:val="21"/>
        </w:rPr>
        <w:t>经过两个焦点的圆的圆心在 y-轴上，设为 (0, k)，半径为 √(k² + 15)。它的最高点总在椭圆外。要有四个交点，它的最低点 (0, k - √(k² + 15)) 必须低于 y = -1，这恰好在 0 ≤ k &lt; 7 时发生。</w:t>
      </w:r>
    </w:p>
    <w:p>
      <w:pPr>
        <w:spacing w:before="0" w:after="80" w:line="300" w:lineRule="auto"/>
        <w:jc w:val="left"/>
      </w:pPr>
      <w:r>
        <w:rPr>
          <w:rFonts w:ascii="Times New Roman" w:hAnsi="Times New Roman" w:eastAsia="宋体"/>
          <w:b w:val="0"/>
          <w:i w:val="0"/>
          <w:sz w:val="21"/>
        </w:rPr>
        <w:t>当 k 在 [0, 7) 中变化时，半径 √(k² + 15) 的取值范围为 [√(15), 8)，所以 a + b = √(15) + 8。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ellipse x²/16 + y² = 1 has semi-axes 4 and 1, so c² = 16 - 1 = 15 and the foci are (±√(15), 0).</w:t>
      </w:r>
    </w:p>
    <w:p>
      <w:pPr>
        <w:spacing w:before="0" w:after="80" w:line="300" w:lineRule="auto"/>
        <w:jc w:val="left"/>
      </w:pPr>
      <w:r>
        <w:rPr>
          <w:rFonts w:ascii="Times New Roman" w:hAnsi="Times New Roman" w:eastAsia="宋体"/>
          <w:b w:val="0"/>
          <w:i w:val="0"/>
          <w:color w:val="333333"/>
          <w:sz w:val="19"/>
        </w:rPr>
        <w:t>A circle through both foci has its center on the y-axis, say (0, k), with radius √(k² + 15). Its top point always lies outside the ellipse. For four intersection points, its bottom point (0, k - √(k² + 15)) must be below y = -1, which happens exactly when 0 ≤ k &lt; 7.</w:t>
      </w:r>
    </w:p>
    <w:p>
      <w:pPr>
        <w:spacing w:before="0" w:after="80" w:line="300" w:lineRule="auto"/>
        <w:jc w:val="left"/>
      </w:pPr>
      <w:r>
        <w:rPr>
          <w:rFonts w:ascii="Times New Roman" w:hAnsi="Times New Roman" w:eastAsia="宋体"/>
          <w:b w:val="0"/>
          <w:i w:val="0"/>
          <w:color w:val="333333"/>
          <w:sz w:val="19"/>
        </w:rPr>
        <w:t>As k ranges over [0, 7), the radius √(k² + 15) ranges over [√(15), 8), so a + b = √(15) + 8.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注意 S(1) = 2，S(2) = 4，S(3) = 8。每个合法序列都以一段长度为一、二或三的同字母段结尾；去掉这段后，剩下长度为 n-1，n-2，或 n-3 的合法序列。</w:t>
      </w:r>
    </w:p>
    <w:p>
      <w:pPr>
        <w:spacing w:before="0" w:after="80" w:line="300" w:lineRule="auto"/>
        <w:jc w:val="left"/>
      </w:pPr>
      <w:r>
        <w:rPr>
          <w:rFonts w:ascii="Times New Roman" w:hAnsi="Times New Roman" w:eastAsia="宋体"/>
          <w:b w:val="0"/>
          <w:i w:val="0"/>
          <w:sz w:val="21"/>
        </w:rPr>
        <w:t>S(n) = S(n-1) + S(n-2)</w:t>
      </w:r>
    </w:p>
    <w:p>
      <w:pPr>
        <w:spacing w:before="0" w:after="80" w:line="300" w:lineRule="auto"/>
        <w:jc w:val="left"/>
      </w:pPr>
      <w:r>
        <w:rPr>
          <w:rFonts w:ascii="Times New Roman" w:hAnsi="Times New Roman" w:eastAsia="宋体"/>
          <w:b w:val="0"/>
          <w:i w:val="0"/>
          <w:sz w:val="21"/>
        </w:rPr>
        <w:t>+ S(n-3)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模 3 时，前 13 项为</w:t>
      </w:r>
    </w:p>
    <w:p>
      <w:pPr>
        <w:spacing w:before="0" w:after="80" w:line="300" w:lineRule="auto"/>
        <w:jc w:val="left"/>
      </w:pPr>
      <w:r>
        <w:rPr>
          <w:rFonts w:ascii="Times New Roman" w:hAnsi="Times New Roman" w:eastAsia="宋体"/>
          <w:b w:val="0"/>
          <w:i w:val="0"/>
          <w:sz w:val="21"/>
        </w:rPr>
        <w:t>2,1,2,2,2,0,1,0,1,2,0,0,2。</w:t>
      </w:r>
    </w:p>
    <w:p>
      <w:pPr>
        <w:spacing w:before="0" w:after="80" w:line="300" w:lineRule="auto"/>
        <w:jc w:val="left"/>
      </w:pPr>
      <w:r>
        <w:rPr>
          <w:rFonts w:ascii="Times New Roman" w:hAnsi="Times New Roman" w:eastAsia="宋体"/>
          <w:b w:val="0"/>
          <w:i w:val="0"/>
          <w:sz w:val="21"/>
        </w:rPr>
        <w:t>接下来的三项是 2,1,2，与初始状态相同，所以递推式以 13 为周期重复。因为 2015 = 13· 155，可得 S(2015) ≡ S(13) ≡ 2 pmod 3。</w:t>
      </w:r>
    </w:p>
    <w:p>
      <w:pPr>
        <w:spacing w:before="0" w:after="80" w:line="300" w:lineRule="auto"/>
        <w:jc w:val="left"/>
      </w:pPr>
      <w:r>
        <w:rPr>
          <w:rFonts w:ascii="Times New Roman" w:hAnsi="Times New Roman" w:eastAsia="宋体"/>
          <w:b w:val="0"/>
          <w:i w:val="0"/>
          <w:sz w:val="21"/>
        </w:rPr>
        <w:t>模 4 时，各项按 2,0,0,2 循环，因为这四项之后的三项状态又回到 (2,0,0)。所以周期为 4。因为 2015 = 4· 503 + 3，所以 S(2015) ≡ S(3) ≡ 0 pmod 4。</w:t>
      </w:r>
    </w:p>
    <w:p>
      <w:pPr>
        <w:spacing w:before="0" w:after="80" w:line="300" w:lineRule="auto"/>
        <w:jc w:val="left"/>
      </w:pPr>
      <w:r>
        <w:rPr>
          <w:rFonts w:ascii="Times New Roman" w:hAnsi="Times New Roman" w:eastAsia="宋体"/>
          <w:b w:val="0"/>
          <w:i w:val="0"/>
          <w:sz w:val="21"/>
        </w:rPr>
        <w:t>写 S(2015) = 4k，条件 4k ≡ 2 pmod 3 给出 k ≡ 2 pmod 3，因此 S(2015) ≡ 8 pmod12。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S(1) = 2, S(2) = 4, S(3) = 8. Every valid sequence ends in a run of one, two, or three equal letters; removing that run leaves a valid sequence of length n-1, n-2, or n-3. Thus</w:t>
      </w:r>
    </w:p>
    <w:p>
      <w:pPr>
        <w:spacing w:before="0" w:after="80" w:line="300" w:lineRule="auto"/>
        <w:jc w:val="left"/>
      </w:pPr>
      <w:r>
        <w:rPr>
          <w:rFonts w:ascii="Times New Roman" w:hAnsi="Times New Roman" w:eastAsia="宋体"/>
          <w:b w:val="0"/>
          <w:i w:val="0"/>
          <w:color w:val="333333"/>
          <w:sz w:val="19"/>
        </w:rPr>
        <w:t>S(n) = S(n-1) + S(n-2)</w:t>
      </w:r>
    </w:p>
    <w:p>
      <w:pPr>
        <w:spacing w:before="0" w:after="80" w:line="300" w:lineRule="auto"/>
        <w:jc w:val="left"/>
      </w:pPr>
      <w:r>
        <w:rPr>
          <w:rFonts w:ascii="Times New Roman" w:hAnsi="Times New Roman" w:eastAsia="宋体"/>
          <w:b w:val="0"/>
          <w:i w:val="0"/>
          <w:color w:val="333333"/>
          <w:sz w:val="19"/>
        </w:rPr>
        <w:t>+ S(n-3).</w:t>
      </w:r>
    </w:p>
    <w:p>
      <w:pPr>
        <w:spacing w:before="0" w:after="80" w:line="300" w:lineRule="auto"/>
        <w:jc w:val="left"/>
      </w:pPr>
      <w:r>
        <w:rPr>
          <w:rFonts w:ascii="Times New Roman" w:hAnsi="Times New Roman" w:eastAsia="宋体"/>
          <w:b w:val="0"/>
          <w:i w:val="0"/>
          <w:color w:val="333333"/>
          <w:sz w:val="19"/>
        </w:rPr>
        <w:t>Modulo 3, the first 13 terms are</w:t>
      </w:r>
    </w:p>
    <w:p>
      <w:pPr>
        <w:spacing w:before="0" w:after="80" w:line="300" w:lineRule="auto"/>
        <w:jc w:val="left"/>
      </w:pPr>
      <w:r>
        <w:rPr>
          <w:rFonts w:ascii="Times New Roman" w:hAnsi="Times New Roman" w:eastAsia="宋体"/>
          <w:b w:val="0"/>
          <w:i w:val="0"/>
          <w:color w:val="333333"/>
          <w:sz w:val="19"/>
        </w:rPr>
        <w:t>2,1,2,2,2,0,1,0,1,2,0,0,2.</w:t>
      </w:r>
    </w:p>
    <w:p>
      <w:pPr>
        <w:spacing w:before="0" w:after="80" w:line="300" w:lineRule="auto"/>
        <w:jc w:val="left"/>
      </w:pPr>
      <w:r>
        <w:rPr>
          <w:rFonts w:ascii="Times New Roman" w:hAnsi="Times New Roman" w:eastAsia="宋体"/>
          <w:b w:val="0"/>
          <w:i w:val="0"/>
          <w:color w:val="333333"/>
          <w:sz w:val="19"/>
        </w:rPr>
        <w:t>The next three terms are 2,1,2, which reproduce the initial state, so the recurrence repeats with period 13. Since 2015 = 13· 155, it follows that S(2015) ≡ S(13) ≡ 2 pmod 3.</w:t>
      </w:r>
    </w:p>
    <w:p>
      <w:pPr>
        <w:spacing w:before="0" w:after="80" w:line="300" w:lineRule="auto"/>
        <w:jc w:val="left"/>
      </w:pPr>
      <w:r>
        <w:rPr>
          <w:rFonts w:ascii="Times New Roman" w:hAnsi="Times New Roman" w:eastAsia="宋体"/>
          <w:b w:val="0"/>
          <w:i w:val="0"/>
          <w:color w:val="333333"/>
          <w:sz w:val="19"/>
        </w:rPr>
        <w:t>Modulo 4, the terms repeat as 2,0,0,2, because the next three-term state after these four terms is again (2,0,0). Thus the period is 4. As 2015 = 4· 503 + 3, we have S(2015) ≡ S(3) ≡ 0 pmod 4.</w:t>
      </w:r>
    </w:p>
    <w:p>
      <w:pPr>
        <w:spacing w:before="0" w:after="80" w:line="300" w:lineRule="auto"/>
        <w:jc w:val="left"/>
      </w:pPr>
      <w:r>
        <w:rPr>
          <w:rFonts w:ascii="Times New Roman" w:hAnsi="Times New Roman" w:eastAsia="宋体"/>
          <w:b w:val="0"/>
          <w:i w:val="0"/>
          <w:color w:val="333333"/>
          <w:sz w:val="19"/>
        </w:rPr>
        <w:t>Writing S(2015) = 4k, the condition 4k ≡ 2 pmod 3 gives k ≡ 2 pmod 3, so S(2015) ≡ 8 pmod12.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第二个点与第一个点在同一边上的概率为 1/4， 在对边上的概率为 1/4， 在相邻边上的概率为 1/2。</w:t>
      </w:r>
    </w:p>
    <w:p>
      <w:pPr>
        <w:spacing w:before="0" w:after="80" w:line="300" w:lineRule="auto"/>
        <w:jc w:val="left"/>
      </w:pPr>
      <w:r>
        <w:rPr>
          <w:rFonts w:ascii="Times New Roman" w:hAnsi="Times New Roman" w:eastAsia="宋体"/>
          <w:b/>
          <w:i w:val="0"/>
          <w:sz w:val="21"/>
        </w:rPr>
        <w:t>对边：</w:t>
      </w:r>
      <w:r>
        <w:rPr>
          <w:rFonts w:ascii="Times New Roman" w:hAnsi="Times New Roman" w:eastAsia="宋体"/>
          <w:b w:val="0"/>
          <w:i w:val="0"/>
          <w:sz w:val="21"/>
        </w:rPr>
        <w:t>距离总是至少为 1 ≥ 1/2，概率为 1。</w:t>
      </w:r>
    </w:p>
    <w:p>
      <w:pPr>
        <w:spacing w:before="0" w:after="80" w:line="300" w:lineRule="auto"/>
        <w:jc w:val="left"/>
      </w:pPr>
      <w:r>
        <w:rPr>
          <w:rFonts w:ascii="Times New Roman" w:hAnsi="Times New Roman" w:eastAsia="宋体"/>
          <w:b/>
          <w:i w:val="0"/>
          <w:sz w:val="21"/>
        </w:rPr>
        <w:t>同一边：</w:t>
      </w:r>
      <w:r>
        <w:rPr>
          <w:rFonts w:ascii="Times New Roman" w:hAnsi="Times New Roman" w:eastAsia="宋体"/>
          <w:b w:val="0"/>
          <w:i w:val="0"/>
          <w:sz w:val="21"/>
        </w:rPr>
        <w:t>对点 (a, 0) 和 (b, 0)， 条件 |a - b| ≥ 1/2 的概率为 1/4。</w:t>
      </w:r>
    </w:p>
    <w:p>
      <w:pPr>
        <w:spacing w:before="0" w:after="80" w:line="300" w:lineRule="auto"/>
        <w:jc w:val="left"/>
      </w:pPr>
      <w:r>
        <w:rPr>
          <w:rFonts w:ascii="Times New Roman" w:hAnsi="Times New Roman" w:eastAsia="宋体"/>
          <w:b/>
          <w:i w:val="0"/>
          <w:sz w:val="21"/>
        </w:rPr>
        <w:t>相邻边：</w:t>
      </w:r>
      <w:r>
        <w:rPr>
          <w:rFonts w:ascii="Times New Roman" w:hAnsi="Times New Roman" w:eastAsia="宋体"/>
          <w:b w:val="0"/>
          <w:i w:val="0"/>
          <w:sz w:val="21"/>
        </w:rPr>
        <w:t>对点 (a, 0) 和 (0, b)， 条件 √(a² + b²) ≥ 1/2 是半径为 1/2 的四分之一圆外部的区域， 概率为 1 - 1/4π(1/2)² = 1 - π/16。</w:t>
      </w:r>
    </w:p>
    <w:p>
      <w:pPr>
        <w:spacing w:before="0" w:after="80" w:line="300" w:lineRule="auto"/>
        <w:jc w:val="left"/>
      </w:pPr>
      <w:r>
        <w:rPr>
          <w:rFonts w:ascii="Times New Roman" w:hAnsi="Times New Roman" w:eastAsia="宋体"/>
          <w:b w:val="0"/>
          <w:i w:val="0"/>
          <w:sz w:val="21"/>
        </w:rPr>
        <w:t>总概率为</w:t>
      </w:r>
    </w:p>
    <w:p>
      <w:pPr>
        <w:spacing w:before="0" w:after="80" w:line="300" w:lineRule="auto"/>
        <w:jc w:val="left"/>
      </w:pPr>
      <w:r>
        <w:rPr>
          <w:rFonts w:ascii="Times New Roman" w:hAnsi="Times New Roman" w:eastAsia="宋体"/>
          <w:b w:val="0"/>
          <w:i w:val="0"/>
          <w:sz w:val="21"/>
        </w:rPr>
        <w:t>1/4· 1 + 1/4·1/4</w:t>
      </w:r>
    </w:p>
    <w:p>
      <w:pPr>
        <w:spacing w:before="0" w:after="80" w:line="300" w:lineRule="auto"/>
        <w:jc w:val="left"/>
      </w:pPr>
      <w:r>
        <w:rPr>
          <w:rFonts w:ascii="Times New Roman" w:hAnsi="Times New Roman" w:eastAsia="宋体"/>
          <w:b w:val="0"/>
          <w:i w:val="0"/>
          <w:sz w:val="21"/>
        </w:rPr>
        <w:t>+ 1/2(1 - π/16)</w:t>
      </w:r>
    </w:p>
    <w:p>
      <w:pPr>
        <w:spacing w:before="0" w:after="80" w:line="300" w:lineRule="auto"/>
        <w:jc w:val="left"/>
      </w:pPr>
      <w:r>
        <w:rPr>
          <w:rFonts w:ascii="Times New Roman" w:hAnsi="Times New Roman" w:eastAsia="宋体"/>
          <w:b w:val="0"/>
          <w:i w:val="0"/>
          <w:sz w:val="21"/>
        </w:rPr>
        <w:t>= (26 - π)/32。</w:t>
      </w:r>
    </w:p>
    <w:p>
      <w:pPr>
        <w:spacing w:before="0" w:after="80" w:line="300" w:lineRule="auto"/>
        <w:jc w:val="left"/>
      </w:pPr>
      <w:r>
        <w:rPr>
          <w:rFonts w:ascii="Times New Roman" w:hAnsi="Times New Roman" w:eastAsia="宋体"/>
          <w:b w:val="0"/>
          <w:i w:val="0"/>
          <w:sz w:val="21"/>
        </w:rPr>
        <w:t>因此 a + b + c = 26 + 1 + 32 = 59。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second point is on the same side as the first with probability 1/4, on the opposite side with probability 1/4, and on an adjacent side with probability 1/2.</w:t>
      </w:r>
    </w:p>
    <w:p>
      <w:pPr>
        <w:spacing w:before="0" w:after="80" w:line="300" w:lineRule="auto"/>
        <w:jc w:val="left"/>
      </w:pPr>
      <w:r>
        <w:rPr>
          <w:rFonts w:ascii="Times New Roman" w:hAnsi="Times New Roman" w:eastAsia="宋体"/>
          <w:b/>
          <w:i w:val="0"/>
          <w:color w:val="333333"/>
          <w:sz w:val="19"/>
        </w:rPr>
        <w:t>Opposite sides:</w:t>
      </w:r>
      <w:r>
        <w:rPr>
          <w:rFonts w:ascii="Times New Roman" w:hAnsi="Times New Roman" w:eastAsia="宋体"/>
          <w:b w:val="0"/>
          <w:i w:val="0"/>
          <w:color w:val="333333"/>
          <w:sz w:val="19"/>
        </w:rPr>
        <w:t>the distance is at least 1 ≥ 1/2 always, probability 1.</w:t>
      </w:r>
    </w:p>
    <w:p>
      <w:pPr>
        <w:spacing w:before="0" w:after="80" w:line="300" w:lineRule="auto"/>
        <w:jc w:val="left"/>
      </w:pPr>
      <w:r>
        <w:rPr>
          <w:rFonts w:ascii="Times New Roman" w:hAnsi="Times New Roman" w:eastAsia="宋体"/>
          <w:b/>
          <w:i w:val="0"/>
          <w:color w:val="333333"/>
          <w:sz w:val="19"/>
        </w:rPr>
        <w:t>Same side:</w:t>
      </w:r>
      <w:r>
        <w:rPr>
          <w:rFonts w:ascii="Times New Roman" w:hAnsi="Times New Roman" w:eastAsia="宋体"/>
          <w:b w:val="0"/>
          <w:i w:val="0"/>
          <w:color w:val="333333"/>
          <w:sz w:val="19"/>
        </w:rPr>
        <w:t>for points (a, 0) and (b, 0), the condition |a - b| ≥ 1/2 has probability 1/4.</w:t>
      </w:r>
    </w:p>
    <w:p>
      <w:pPr>
        <w:spacing w:before="0" w:after="80" w:line="300" w:lineRule="auto"/>
        <w:jc w:val="left"/>
      </w:pPr>
      <w:r>
        <w:rPr>
          <w:rFonts w:ascii="Times New Roman" w:hAnsi="Times New Roman" w:eastAsia="宋体"/>
          <w:b/>
          <w:i w:val="0"/>
          <w:color w:val="333333"/>
          <w:sz w:val="19"/>
        </w:rPr>
        <w:t>Adjacent sides:</w:t>
      </w:r>
      <w:r>
        <w:rPr>
          <w:rFonts w:ascii="Times New Roman" w:hAnsi="Times New Roman" w:eastAsia="宋体"/>
          <w:b w:val="0"/>
          <w:i w:val="0"/>
          <w:color w:val="333333"/>
          <w:sz w:val="19"/>
        </w:rPr>
        <w:t>for points (a, 0) and (0, b), the condition √(a² + b²) ≥ 1/2 is the region outside a quarter-circle of radius 1/2, with probability 1 - 1/4π(1/2)² = 1 - π/16.</w:t>
      </w:r>
    </w:p>
    <w:p>
      <w:pPr>
        <w:spacing w:before="0" w:after="80" w:line="300" w:lineRule="auto"/>
        <w:jc w:val="left"/>
      </w:pPr>
      <w:r>
        <w:rPr>
          <w:rFonts w:ascii="Times New Roman" w:hAnsi="Times New Roman" w:eastAsia="宋体"/>
          <w:b w:val="0"/>
          <w:i w:val="0"/>
          <w:color w:val="333333"/>
          <w:sz w:val="19"/>
        </w:rPr>
        <w:t>The total probability is</w:t>
      </w:r>
    </w:p>
    <w:p>
      <w:pPr>
        <w:spacing w:before="0" w:after="80" w:line="300" w:lineRule="auto"/>
        <w:jc w:val="left"/>
      </w:pPr>
      <w:r>
        <w:rPr>
          <w:rFonts w:ascii="Times New Roman" w:hAnsi="Times New Roman" w:eastAsia="宋体"/>
          <w:b w:val="0"/>
          <w:i w:val="0"/>
          <w:color w:val="333333"/>
          <w:sz w:val="19"/>
        </w:rPr>
        <w:t>1/4· 1 + 1/4·1/4</w:t>
      </w:r>
    </w:p>
    <w:p>
      <w:pPr>
        <w:spacing w:before="0" w:after="80" w:line="300" w:lineRule="auto"/>
        <w:jc w:val="left"/>
      </w:pPr>
      <w:r>
        <w:rPr>
          <w:rFonts w:ascii="Times New Roman" w:hAnsi="Times New Roman" w:eastAsia="宋体"/>
          <w:b w:val="0"/>
          <w:i w:val="0"/>
          <w:color w:val="333333"/>
          <w:sz w:val="19"/>
        </w:rPr>
        <w:t>+ 1/2(1 - π/16)</w:t>
      </w:r>
    </w:p>
    <w:p>
      <w:pPr>
        <w:spacing w:before="0" w:after="80" w:line="300" w:lineRule="auto"/>
        <w:jc w:val="left"/>
      </w:pPr>
      <w:r>
        <w:rPr>
          <w:rFonts w:ascii="Times New Roman" w:hAnsi="Times New Roman" w:eastAsia="宋体"/>
          <w:b w:val="0"/>
          <w:i w:val="0"/>
          <w:color w:val="333333"/>
          <w:sz w:val="19"/>
        </w:rPr>
        <w:t>= (26 - π)/32.</w:t>
      </w:r>
    </w:p>
    <w:p>
      <w:pPr>
        <w:spacing w:before="0" w:after="80" w:line="300" w:lineRule="auto"/>
        <w:jc w:val="left"/>
      </w:pPr>
      <w:r>
        <w:rPr>
          <w:rFonts w:ascii="Times New Roman" w:hAnsi="Times New Roman" w:eastAsia="宋体"/>
          <w:b w:val="0"/>
          <w:i w:val="0"/>
          <w:color w:val="333333"/>
          <w:sz w:val="19"/>
        </w:rPr>
        <w:t>Thus a + b + c = 26 + 1 + 32 = 59.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各有 20 个可能的 a 和 b。写成最简分数时，分母 1,2,3,4,5 分别贡献 2,2,4,4,8 个位于 [0,2) 中的值，总计 20。</w:t>
      </w:r>
    </w:p>
    <w:p>
      <w:pPr>
        <w:spacing w:before="0" w:after="80" w:line="300" w:lineRule="auto"/>
        <w:jc w:val="left"/>
      </w:pPr>
      <w:r>
        <w:rPr>
          <w:rFonts w:ascii="Times New Roman" w:hAnsi="Times New Roman" w:eastAsia="宋体"/>
          <w:b w:val="0"/>
          <w:i w:val="0"/>
          <w:sz w:val="21"/>
        </w:rPr>
        <w:t>令 x = cos(aπ) 且 y = sin(bπ)，四次方 (x + iy)⁴ 为实数，当且仅当 x = 0，y = 0，或 x = ± y。</w:t>
      </w:r>
    </w:p>
    <w:p>
      <w:pPr>
        <w:spacing w:before="0" w:after="80" w:line="300" w:lineRule="auto"/>
        <w:jc w:val="left"/>
      </w:pPr>
      <w:r>
        <w:rPr>
          <w:rFonts w:ascii="Times New Roman" w:hAnsi="Times New Roman" w:eastAsia="宋体"/>
          <w:b w:val="0"/>
          <w:i w:val="0"/>
          <w:sz w:val="21"/>
        </w:rPr>
        <w:t>情形 x = 0 意味着 a ∈ {1/2, 3/2}，给出 2· 20 = 40 对；情形 y = 0 意味着 b ∈ {0, 1}，再给出 40 对，其中 4 对已经计数。</w:t>
      </w:r>
    </w:p>
    <w:p>
      <w:pPr>
        <w:spacing w:before="0" w:after="80" w:line="300" w:lineRule="auto"/>
        <w:jc w:val="left"/>
      </w:pPr>
      <w:r>
        <w:rPr>
          <w:rFonts w:ascii="Times New Roman" w:hAnsi="Times New Roman" w:eastAsia="宋体"/>
          <w:b w:val="0"/>
          <w:i w:val="0"/>
          <w:sz w:val="21"/>
        </w:rPr>
        <w:t>对于剩余条件 cos(aπ) = ±sin(bπ)，且两边都非零，允许的 b 值为 1/4，1/2，3/4，5/4，3/2，和 7/4。对应的 a 值个数依次为 4,2,4,4,2,4。例如，当 b = 1/4 时，各值为 a = 1/4，3/4，5/4，和 7/4；其他各行同样由四分之一周的恒等式得到。因此此条件再贡献 4+2+4+4+2+4=20 对。</w:t>
      </w:r>
    </w:p>
    <w:p>
      <w:pPr>
        <w:spacing w:before="0" w:after="80" w:line="300" w:lineRule="auto"/>
        <w:jc w:val="left"/>
      </w:pPr>
      <w:r>
        <w:rPr>
          <w:rFonts w:ascii="Times New Roman" w:hAnsi="Times New Roman" w:eastAsia="宋体"/>
          <w:b w:val="0"/>
          <w:i w:val="0"/>
          <w:sz w:val="21"/>
        </w:rPr>
        <w:t>总共有 40 + 40 - 4 + 20 = 96 对有效组合，而全部组合共 400 对，所以概率为 96/400 = 6/25。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20 possible values for each of a and b. In reduced form, denominators 1,2,3,4,5 contribute respectively 2,2,4,4,8 values in [0,2), for a total of 20.</w:t>
      </w:r>
    </w:p>
    <w:p>
      <w:pPr>
        <w:spacing w:before="0" w:after="80" w:line="300" w:lineRule="auto"/>
        <w:jc w:val="left"/>
      </w:pPr>
      <w:r>
        <w:rPr>
          <w:rFonts w:ascii="Times New Roman" w:hAnsi="Times New Roman" w:eastAsia="宋体"/>
          <w:b w:val="0"/>
          <w:i w:val="0"/>
          <w:color w:val="333333"/>
          <w:sz w:val="19"/>
        </w:rPr>
        <w:t>Writing x = cos(aπ) and y = sin(bπ), the fourth power (x + iy)⁴ is real if and only if x = 0, y = 0, or x = ± y.</w:t>
      </w:r>
    </w:p>
    <w:p>
      <w:pPr>
        <w:spacing w:before="0" w:after="80" w:line="300" w:lineRule="auto"/>
        <w:jc w:val="left"/>
      </w:pPr>
      <w:r>
        <w:rPr>
          <w:rFonts w:ascii="Times New Roman" w:hAnsi="Times New Roman" w:eastAsia="宋体"/>
          <w:b w:val="0"/>
          <w:i w:val="0"/>
          <w:color w:val="333333"/>
          <w:sz w:val="19"/>
        </w:rPr>
        <w:t>The case x = 0 means a ∈ {1/2, 3/2}, giving 2· 20 = 40 pairs; the case y = 0 means b ∈ {0, 1}, giving another 40 pairs, of which 4 were already counted.</w:t>
      </w:r>
    </w:p>
    <w:p>
      <w:pPr>
        <w:spacing w:before="0" w:after="80" w:line="300" w:lineRule="auto"/>
        <w:jc w:val="left"/>
      </w:pPr>
      <w:r>
        <w:rPr>
          <w:rFonts w:ascii="Times New Roman" w:hAnsi="Times New Roman" w:eastAsia="宋体"/>
          <w:b w:val="0"/>
          <w:i w:val="0"/>
          <w:color w:val="333333"/>
          <w:sz w:val="19"/>
        </w:rPr>
        <w:t>For the remaining condition cos(aπ) = ±sin(bπ), with neither side zero, the allowed values of b are 1/4, 1/2, 3/4, 5/4, 3/2, and 7/4. The corresponding numbers of allowed values of a are respectively 4,2,4,4,2,4. For example, when b = 1/4, the values are a = 1/4, 3/4, 5/4, and 7/4; the other rows follow from the same quarter-turn identities. Hence this condition contributes 4+2+4+4+2+4=20 more pairs.</w:t>
      </w:r>
    </w:p>
    <w:p>
      <w:pPr>
        <w:spacing w:before="0" w:after="80" w:line="300" w:lineRule="auto"/>
        <w:jc w:val="left"/>
      </w:pPr>
      <w:r>
        <w:rPr>
          <w:rFonts w:ascii="Times New Roman" w:hAnsi="Times New Roman" w:eastAsia="宋体"/>
          <w:b w:val="0"/>
          <w:i w:val="0"/>
          <w:color w:val="333333"/>
          <w:sz w:val="19"/>
        </w:rPr>
        <w:t>In all there are 40 + 40 - 4 + 20 = 96 valid pairs out of 400, so the probability is 96/400 = 6/25.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如果半径为 r 的圆与 x-轴相切，并嵌在两个半径为 r₁ 和 r₂、也与该轴相切且彼此外切的圆之间，那么</w:t>
      </w:r>
    </w:p>
    <w:p>
      <w:pPr>
        <w:spacing w:before="0" w:after="80" w:line="300" w:lineRule="auto"/>
        <w:jc w:val="left"/>
      </w:pPr>
      <w:r>
        <w:rPr>
          <w:rFonts w:ascii="Times New Roman" w:hAnsi="Times New Roman" w:eastAsia="宋体"/>
          <w:b w:val="0"/>
          <w:i w:val="0"/>
          <w:sz w:val="21"/>
        </w:rPr>
        <w:t>1/(√(r)) = 1/(√(r₁)) + 1/(√(r₂))。</w:t>
      </w:r>
    </w:p>
    <w:p>
      <w:pPr>
        <w:spacing w:before="0" w:after="80" w:line="300" w:lineRule="auto"/>
        <w:jc w:val="left"/>
      </w:pPr>
      <w:r>
        <w:rPr>
          <w:rFonts w:ascii="Times New Roman" w:hAnsi="Times New Roman" w:eastAsia="宋体"/>
          <w:b w:val="0"/>
          <w:i w:val="0"/>
          <w:sz w:val="21"/>
        </w:rPr>
        <w:t>令 x = 1/(√(70²)) + 1/(√(73²)) = 1/70 + 1/73，这是 L₀ 上的和。L₁ 中唯一的圆也贡献 x。对 k ≥ 2，每个新圆贡献它两个相邻圆的和；除 L₀ 的两个圆外，每个较早的圆都被计算两次。因此，Lₖ 上的和为 3ᵏ⁻¹x。</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Σ_(C ∈ S) 1/(√(r(C))) = x</w:t>
      </w:r>
    </w:p>
    <w:p>
      <w:pPr>
        <w:spacing w:before="0" w:after="80" w:line="300" w:lineRule="auto"/>
        <w:jc w:val="left"/>
      </w:pPr>
      <w:r>
        <w:rPr>
          <w:rFonts w:ascii="Times New Roman" w:hAnsi="Times New Roman" w:eastAsia="宋体"/>
          <w:b w:val="0"/>
          <w:i w:val="0"/>
          <w:sz w:val="21"/>
        </w:rPr>
        <w:t>+ Σₖ₌₁⁶ 3ᵏ⁻¹x</w:t>
      </w:r>
    </w:p>
    <w:p>
      <w:pPr>
        <w:spacing w:before="0" w:after="80" w:line="300" w:lineRule="auto"/>
        <w:jc w:val="left"/>
      </w:pPr>
      <w:r>
        <w:rPr>
          <w:rFonts w:ascii="Times New Roman" w:hAnsi="Times New Roman" w:eastAsia="宋体"/>
          <w:b w:val="0"/>
          <w:i w:val="0"/>
          <w:sz w:val="21"/>
        </w:rPr>
        <w:t>= x(1 + (3⁶ - 1)/2)</w:t>
      </w:r>
    </w:p>
    <w:p>
      <w:pPr>
        <w:spacing w:before="0" w:after="80" w:line="300" w:lineRule="auto"/>
        <w:jc w:val="left"/>
      </w:pPr>
      <w:r>
        <w:rPr>
          <w:rFonts w:ascii="Times New Roman" w:hAnsi="Times New Roman" w:eastAsia="宋体"/>
          <w:b w:val="0"/>
          <w:i w:val="0"/>
          <w:sz w:val="21"/>
        </w:rPr>
        <w:t>= x·(3⁶ + 1)/2</w:t>
      </w:r>
    </w:p>
    <w:p>
      <w:pPr>
        <w:spacing w:before="0" w:after="80" w:line="300" w:lineRule="auto"/>
        <w:jc w:val="left"/>
      </w:pPr>
      <w:r>
        <w:rPr>
          <w:rFonts w:ascii="Times New Roman" w:hAnsi="Times New Roman" w:eastAsia="宋体"/>
          <w:b w:val="0"/>
          <w:i w:val="0"/>
          <w:sz w:val="21"/>
        </w:rPr>
        <w:t>= 365x</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x = 1/70 + 1/73 = 143/(70· 73) = 143/5110，所以总和为 365·143/5110 = 143/14。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circle of radius r is tangent to the x-axis and nestled in the crevice between two circles of radii r₁ and r₂ that are also tangent to the axis and to each other, then</w:t>
      </w:r>
    </w:p>
    <w:p>
      <w:pPr>
        <w:spacing w:before="0" w:after="80" w:line="300" w:lineRule="auto"/>
        <w:jc w:val="left"/>
      </w:pPr>
      <w:r>
        <w:rPr>
          <w:rFonts w:ascii="Times New Roman" w:hAnsi="Times New Roman" w:eastAsia="宋体"/>
          <w:b w:val="0"/>
          <w:i w:val="0"/>
          <w:color w:val="333333"/>
          <w:sz w:val="19"/>
        </w:rPr>
        <w:t>1/(√(r)) = 1/(√(r₁)) + 1/(√(r₂)).</w:t>
      </w:r>
    </w:p>
    <w:p>
      <w:pPr>
        <w:spacing w:before="0" w:after="80" w:line="300" w:lineRule="auto"/>
        <w:jc w:val="left"/>
      </w:pPr>
      <w:r>
        <w:rPr>
          <w:rFonts w:ascii="Times New Roman" w:hAnsi="Times New Roman" w:eastAsia="宋体"/>
          <w:b w:val="0"/>
          <w:i w:val="0"/>
          <w:color w:val="333333"/>
          <w:sz w:val="19"/>
        </w:rPr>
        <w:t>Let x = 1/(√(70²)) + 1/(√(73²)) = 1/70 + 1/73, which is the sum over L₀. The single circle of L₁ also contributes x. For k ≥ 2, each new circle contributes the sum of its two neighbors, and every earlier circle is counted twice except the two circles of L₀; this yields a sum of 3ᵏ⁻¹x over Lₖ.</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Σ_(C ∈ S) 1/(√(r(C))) = x</w:t>
      </w:r>
    </w:p>
    <w:p>
      <w:pPr>
        <w:spacing w:before="0" w:after="80" w:line="300" w:lineRule="auto"/>
        <w:jc w:val="left"/>
      </w:pPr>
      <w:r>
        <w:rPr>
          <w:rFonts w:ascii="Times New Roman" w:hAnsi="Times New Roman" w:eastAsia="宋体"/>
          <w:b w:val="0"/>
          <w:i w:val="0"/>
          <w:color w:val="333333"/>
          <w:sz w:val="19"/>
        </w:rPr>
        <w:t>+ Σₖ₌₁⁶ 3ᵏ⁻¹x</w:t>
      </w:r>
    </w:p>
    <w:p>
      <w:pPr>
        <w:spacing w:before="0" w:after="80" w:line="300" w:lineRule="auto"/>
        <w:jc w:val="left"/>
      </w:pPr>
      <w:r>
        <w:rPr>
          <w:rFonts w:ascii="Times New Roman" w:hAnsi="Times New Roman" w:eastAsia="宋体"/>
          <w:b w:val="0"/>
          <w:i w:val="0"/>
          <w:color w:val="333333"/>
          <w:sz w:val="19"/>
        </w:rPr>
        <w:t>= x(1 + (3⁶ - 1)/2)</w:t>
      </w:r>
    </w:p>
    <w:p>
      <w:pPr>
        <w:spacing w:before="0" w:after="80" w:line="300" w:lineRule="auto"/>
        <w:jc w:val="left"/>
      </w:pPr>
      <w:r>
        <w:rPr>
          <w:rFonts w:ascii="Times New Roman" w:hAnsi="Times New Roman" w:eastAsia="宋体"/>
          <w:b w:val="0"/>
          <w:i w:val="0"/>
          <w:color w:val="333333"/>
          <w:sz w:val="19"/>
        </w:rPr>
        <w:t>= x·(3⁶ + 1)/2</w:t>
      </w:r>
    </w:p>
    <w:p>
      <w:pPr>
        <w:spacing w:before="0" w:after="80" w:line="300" w:lineRule="auto"/>
        <w:jc w:val="left"/>
      </w:pPr>
      <w:r>
        <w:rPr>
          <w:rFonts w:ascii="Times New Roman" w:hAnsi="Times New Roman" w:eastAsia="宋体"/>
          <w:b w:val="0"/>
          <w:i w:val="0"/>
          <w:color w:val="333333"/>
          <w:sz w:val="19"/>
        </w:rPr>
        <w:t>= 365x.</w:t>
      </w:r>
    </w:p>
    <w:p>
      <w:pPr>
        <w:spacing w:before="0" w:after="80" w:line="300" w:lineRule="auto"/>
        <w:jc w:val="left"/>
      </w:pPr>
      <w:r>
        <w:rPr>
          <w:rFonts w:ascii="Times New Roman" w:hAnsi="Times New Roman" w:eastAsia="宋体"/>
          <w:b w:val="0"/>
          <w:i w:val="0"/>
          <w:color w:val="333333"/>
          <w:sz w:val="19"/>
        </w:rPr>
        <w:t>Since x = 1/70 + 1/73 = 143/(70· 73) = 143/5110, the sum is 365·143/5110 = 143/14.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