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2014B AMC 12 真题与解答</w:t>
      </w:r>
    </w:p>
    <w:p>
      <w:pPr>
        <w:spacing w:before="0" w:after="40" w:line="300" w:lineRule="auto"/>
        <w:jc w:val="center"/>
      </w:pPr>
      <w:r>
        <w:rPr>
          <w:rFonts w:ascii="Times New Roman" w:hAnsi="Times New Roman" w:eastAsia="宋体"/>
          <w:b w:val="0"/>
          <w:i w:val="0"/>
          <w:color w:val="555555"/>
          <w:sz w:val="21"/>
        </w:rPr>
        <w:t>American Mathematics Competitions 12 · 中英双语</w:t>
      </w:r>
    </w:p>
    <w:p>
      <w:pPr>
        <w:spacing w:before="0" w:after="280" w:line="300" w:lineRule="auto"/>
        <w:jc w:val="center"/>
      </w:pPr>
      <w:r>
        <w:rPr>
          <w:rFonts w:ascii="Times New Roman" w:hAnsi="Times New Roman" w:eastAsia="宋体"/>
          <w:b w:val="0"/>
          <w:i w:val="0"/>
          <w:color w:val="555555"/>
          <w:sz w:val="19"/>
        </w:rPr>
        <w:t>共 25 题，限时 75 分钟；答对得 6 分，未答得 1.5 分，答错 0 分，满分 150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Leah 有 13 枚硬币，全部是一美分硬币和五美分硬币。如果她比现在多一枚五美分硬币，那么她的一美分硬币和五美分硬币数量就相同。Leah 的硬币一共值多少美分？</w:t>
      </w:r>
    </w:p>
    <w:p>
      <w:pPr>
        <w:spacing w:before="0" w:after="120" w:line="300" w:lineRule="auto"/>
      </w:pPr>
      <w:r>
        <w:rPr>
          <w:rFonts w:ascii="Times New Roman" w:hAnsi="Times New Roman" w:eastAsia="宋体"/>
          <w:b w:val="0"/>
          <w:i w:val="0"/>
          <w:sz w:val="21"/>
        </w:rPr>
        <w:t>（A）33　　（B）35　　（C）37　　（D）39　　（E）41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Leah has 13 coins, all of which are pennies and nickels. If she had one more nickel than she has now, then she would have the same number of pennies and nickels. In cents, how much are Leah’s coins worth?</w:t>
      </w:r>
    </w:p>
    <w:p>
      <w:pPr>
        <w:spacing w:before="0" w:after="160" w:line="300" w:lineRule="auto"/>
      </w:pPr>
      <w:r>
        <w:rPr>
          <w:rFonts w:ascii="Times New Roman" w:hAnsi="Times New Roman" w:eastAsia="宋体"/>
          <w:b w:val="0"/>
          <w:i w:val="0"/>
          <w:color w:val="333333"/>
          <w:sz w:val="19"/>
        </w:rPr>
        <w:t>(A) 33　　(B) 35　　(C) 37　　(D) 39　　(E) 41</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Orvin 去商店时带的钱刚好够买 30 个气球。到达后他发现商店正在特价：按原价买 1 个气球，第二个气球可减免原价的 1/3。Orvin 最多能买多少个气球？</w:t>
      </w:r>
    </w:p>
    <w:p>
      <w:pPr>
        <w:spacing w:before="0" w:after="120" w:line="300" w:lineRule="auto"/>
      </w:pPr>
      <w:r>
        <w:rPr>
          <w:rFonts w:ascii="Times New Roman" w:hAnsi="Times New Roman" w:eastAsia="宋体"/>
          <w:b w:val="0"/>
          <w:i w:val="0"/>
          <w:sz w:val="21"/>
        </w:rPr>
        <w:t>（A）33　　（B）34　　（C）36　　（D）38　　（E）39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Orvin went to the store with just enough money to buy 30 balloons. When he arrived he discovered that the store had a special sale on balloons: buy 1 balloon at the regular price and get a second at 1/3 off the regular price. What is the greatest number of balloons Orvin could buy?</w:t>
      </w:r>
    </w:p>
    <w:p>
      <w:pPr>
        <w:spacing w:before="0" w:after="160" w:line="300" w:lineRule="auto"/>
      </w:pPr>
      <w:r>
        <w:rPr>
          <w:rFonts w:ascii="Times New Roman" w:hAnsi="Times New Roman" w:eastAsia="宋体"/>
          <w:b w:val="0"/>
          <w:i w:val="0"/>
          <w:color w:val="333333"/>
          <w:sz w:val="19"/>
        </w:rPr>
        <w:t>(A) 33　　(B) 34　　(C) 36　　(D) 38　　(E) 39</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Randy 旅程的前三分之一在碎石路上行驶，接着在铺装路上行驶 20 英里，剩下的五分之一在土路上行驶。Randy 的旅程总长多少英里？</w:t>
      </w:r>
    </w:p>
    <w:p>
      <w:pPr>
        <w:spacing w:before="0" w:after="120" w:line="300" w:lineRule="auto"/>
      </w:pPr>
      <w:r>
        <w:rPr>
          <w:rFonts w:ascii="Times New Roman" w:hAnsi="Times New Roman" w:eastAsia="宋体"/>
          <w:b w:val="0"/>
          <w:i w:val="0"/>
          <w:sz w:val="21"/>
        </w:rPr>
        <w:t>（A）30　　（B）400/11　　（C）75/2　　（D）40　　（E）300/7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Randy drove the first third of his trip on a gravel road, the next 20 miles on pavement, and the remaining one-fifth on a dirt road. In miles, how long was Randy’s trip?</w:t>
      </w:r>
    </w:p>
    <w:p>
      <w:pPr>
        <w:spacing w:before="0" w:after="160" w:line="300" w:lineRule="auto"/>
      </w:pPr>
      <w:r>
        <w:rPr>
          <w:rFonts w:ascii="Times New Roman" w:hAnsi="Times New Roman" w:eastAsia="宋体"/>
          <w:b w:val="0"/>
          <w:i w:val="0"/>
          <w:color w:val="333333"/>
          <w:sz w:val="19"/>
        </w:rPr>
        <w:t>(A) 30　　(B) 400/11　　(C) 75/2　　(D) 40　　(E) 300/7</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Susie 买了 4 个松饼和 3 根香蕉。Calvin 买 2 个松饼和 16 根香蕉所花的钱是她的两倍。一个松饼的价格是香蕉的多少倍？</w:t>
      </w:r>
    </w:p>
    <w:p>
      <w:pPr>
        <w:spacing w:before="0" w:after="120" w:line="300" w:lineRule="auto"/>
      </w:pPr>
      <w:r>
        <w:rPr>
          <w:rFonts w:ascii="Times New Roman" w:hAnsi="Times New Roman" w:eastAsia="宋体"/>
          <w:b w:val="0"/>
          <w:i w:val="0"/>
          <w:sz w:val="21"/>
        </w:rPr>
        <w:t>（A）3/2　　（B）5/3　　（C）7/4　　（D）2　　（E）13/4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Susie pays for 4 muffins and 3 bananas. Calvin spends twice as much paying for 2 muffins and 16 bananas. A muffin is how many times as expensive as a banana?</w:t>
      </w:r>
    </w:p>
    <w:p>
      <w:pPr>
        <w:spacing w:before="0" w:after="160" w:line="300" w:lineRule="auto"/>
      </w:pPr>
      <w:r>
        <w:rPr>
          <w:rFonts w:ascii="Times New Roman" w:hAnsi="Times New Roman" w:eastAsia="宋体"/>
          <w:b w:val="0"/>
          <w:i w:val="0"/>
          <w:color w:val="333333"/>
          <w:sz w:val="19"/>
        </w:rPr>
        <w:t>(A) 3/2　　(B) 5/3　　(C) 7/4　　(D) 2　　(E) 13/4</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Doug 用 8 块大小相同的玻璃片制作一个正方形窗户，如图所示。每块玻璃片的高宽比为 5: 2，玻璃片周围和之间的边框宽 2 英寸。这个正方形窗户的边长是多少英寸？</w:t>
      </w:r>
    </w:p>
    <w:p>
      <w:pPr>
        <w:spacing w:before="80" w:after="80"/>
        <w:jc w:val="center"/>
      </w:pPr>
      <w:r>
        <w:drawing>
          <wp:inline xmlns:a="http://schemas.openxmlformats.org/drawingml/2006/main" xmlns:pic="http://schemas.openxmlformats.org/drawingml/2006/picture">
            <wp:extent cx="881171" cy="881171"/>
            <wp:docPr id="1" name="Picture 1"/>
            <wp:cNvGraphicFramePr>
              <a:graphicFrameLocks noChangeAspect="1"/>
            </wp:cNvGraphicFramePr>
            <a:graphic>
              <a:graphicData uri="http://schemas.openxmlformats.org/drawingml/2006/picture">
                <pic:pic>
                  <pic:nvPicPr>
                    <pic:cNvPr id="0" name="q05-1@300dpi.png"/>
                    <pic:cNvPicPr/>
                  </pic:nvPicPr>
                  <pic:blipFill>
                    <a:blip r:embed="rId9"/>
                    <a:stretch>
                      <a:fillRect/>
                    </a:stretch>
                  </pic:blipFill>
                  <pic:spPr>
                    <a:xfrm>
                      <a:off x="0" y="0"/>
                      <a:ext cx="881171" cy="881171"/>
                    </a:xfrm>
                    <a:prstGeom prst="rect"/>
                  </pic:spPr>
                </pic:pic>
              </a:graphicData>
            </a:graphic>
          </wp:inline>
        </w:drawing>
      </w:r>
    </w:p>
    <w:p>
      <w:pPr>
        <w:spacing w:before="0" w:after="120" w:line="300" w:lineRule="auto"/>
      </w:pPr>
      <w:r>
        <w:rPr>
          <w:rFonts w:ascii="Times New Roman" w:hAnsi="Times New Roman" w:eastAsia="宋体"/>
          <w:b w:val="0"/>
          <w:i w:val="0"/>
          <w:sz w:val="21"/>
        </w:rPr>
        <w:t>（A）26　　（B）28　　（C）30　　（D）32　　（E）34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Doug constructs a square window using 8 equal-size panes of glass, as shown. The ratio of the height to width for each pane is 5: 2, and the borders around and between the panes are 2 inches wide. In inches, what is the side length of the square window?</w:t>
      </w:r>
    </w:p>
    <w:p>
      <w:pPr>
        <w:spacing w:before="80" w:after="80"/>
        <w:jc w:val="center"/>
      </w:pPr>
      <w:r>
        <w:drawing>
          <wp:inline xmlns:a="http://schemas.openxmlformats.org/drawingml/2006/main" xmlns:pic="http://schemas.openxmlformats.org/drawingml/2006/picture">
            <wp:extent cx="881171" cy="881171"/>
            <wp:docPr id="2" name="Picture 2"/>
            <wp:cNvGraphicFramePr>
              <a:graphicFrameLocks noChangeAspect="1"/>
            </wp:cNvGraphicFramePr>
            <a:graphic>
              <a:graphicData uri="http://schemas.openxmlformats.org/drawingml/2006/picture">
                <pic:pic>
                  <pic:nvPicPr>
                    <pic:cNvPr id="0" name="q05-1@300dpi.png"/>
                    <pic:cNvPicPr/>
                  </pic:nvPicPr>
                  <pic:blipFill>
                    <a:blip r:embed="rId9"/>
                    <a:stretch>
                      <a:fillRect/>
                    </a:stretch>
                  </pic:blipFill>
                  <pic:spPr>
                    <a:xfrm>
                      <a:off x="0" y="0"/>
                      <a:ext cx="881171" cy="881171"/>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26　　(B) 28　　(C) 30　　(D) 32　　(E) 34</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Ed 和 Ann 午餐时都喝柠檬水。Ed 点了普通杯。Ann 点了大杯，比普通杯多 50%。两人都喝掉各自饮料的 3/4 后，Ann 把自己剩下饮料的三分之一再加 2 盎司给了 Ed。当他们喝完柠檬水时，发现两人喝掉的量相同。他们一共喝了多少盎司柠檬水？</w:t>
      </w:r>
    </w:p>
    <w:p>
      <w:pPr>
        <w:spacing w:before="0" w:after="120" w:line="300" w:lineRule="auto"/>
      </w:pPr>
      <w:r>
        <w:rPr>
          <w:rFonts w:ascii="Times New Roman" w:hAnsi="Times New Roman" w:eastAsia="宋体"/>
          <w:b w:val="0"/>
          <w:i w:val="0"/>
          <w:sz w:val="21"/>
        </w:rPr>
        <w:t>（A）30　　（B）32　　（C）36　　（D）40　　（E）50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Ed and Ann both have lemonade with their lunch. Ed orders the regular size. Ann gets the large lemonade, which is 50% more than the regular. After both consume 3/4 of their drinks, Ann gives Ed a third of what she has left, and 2 additional ounces. When they finish their lemonades they realize that they both drank the same amount. How many ounces of lemonade did they drink together?</w:t>
      </w:r>
    </w:p>
    <w:p>
      <w:pPr>
        <w:spacing w:before="0" w:after="160" w:line="300" w:lineRule="auto"/>
      </w:pPr>
      <w:r>
        <w:rPr>
          <w:rFonts w:ascii="Times New Roman" w:hAnsi="Times New Roman" w:eastAsia="宋体"/>
          <w:b w:val="0"/>
          <w:i w:val="0"/>
          <w:color w:val="333333"/>
          <w:sz w:val="19"/>
        </w:rPr>
        <w:t>(A) 30　　(B) 32　　(C) 36　　(D) 40　　(E) 50</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有多少个正整数 n 使得 n/30-n 也是正整数？</w:t>
      </w:r>
    </w:p>
    <w:p>
      <w:pPr>
        <w:spacing w:before="0" w:after="120" w:line="300" w:lineRule="auto"/>
      </w:pPr>
      <w:r>
        <w:rPr>
          <w:rFonts w:ascii="Times New Roman" w:hAnsi="Times New Roman" w:eastAsia="宋体"/>
          <w:b w:val="0"/>
          <w:i w:val="0"/>
          <w:sz w:val="21"/>
        </w:rPr>
        <w:t>（A）4　　（B）5　　（C）6　　（D）7　　（E）8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how many positive integers n is n/30-n also a positive integer?</w:t>
      </w:r>
    </w:p>
    <w:p>
      <w:pPr>
        <w:spacing w:before="0" w:after="160" w:line="300" w:lineRule="auto"/>
      </w:pPr>
      <w:r>
        <w:rPr>
          <w:rFonts w:ascii="Times New Roman" w:hAnsi="Times New Roman" w:eastAsia="宋体"/>
          <w:b w:val="0"/>
          <w:i w:val="0"/>
          <w:color w:val="333333"/>
          <w:sz w:val="19"/>
        </w:rPr>
        <w:t>(A) 4　　(B) 5　　(C) 6　　(D) 7　　(E) 8</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在下面的加法中，A、B、C 和 D 是互不相同的数字。D 可能有多少个不同的值？</w:t>
      </w:r>
    </w:p>
    <w:tbl>
      <w:tblPr>
        <w:tblW w:type="auto" w:w="0"/>
        <w:jc w:val="center"/>
        <w:tblLayout w:type="autofit"/>
        <w:tblLook w:firstColumn="1" w:firstRow="1" w:lastColumn="0" w:lastRow="0" w:noHBand="0" w:noVBand="1" w:val="04A0"/>
      </w:tblPr>
      <w:tblGrid>
        <w:gridCol w:w="1569"/>
        <w:gridCol w:w="1569"/>
        <w:gridCol w:w="1569"/>
        <w:gridCol w:w="1569"/>
        <w:gridCol w:w="1569"/>
        <w:gridCol w:w="1569"/>
      </w:tblGrid>
      <w:tr>
        <w:tc>
          <w:tcPr>
            <w:tcW w:type="dxa" w:w="1569"/>
          </w:tcPr>
          <w:p>
            <w:pPr>
              <w:spacing w:before="20" w:after="20" w:line="240" w:lineRule="auto"/>
              <w:jc w:val="center"/>
            </w:pPr>
            <w:r/>
          </w:p>
        </w:tc>
        <w:tc>
          <w:tcPr>
            <w:tcW w:type="dxa" w:w="1569"/>
          </w:tcPr>
          <w:p>
            <w:pPr>
              <w:spacing w:before="20" w:after="20" w:line="240" w:lineRule="auto"/>
              <w:jc w:val="center"/>
            </w:pPr>
            <w:r/>
            <w:r>
              <w:rPr>
                <w:rFonts w:ascii="Times New Roman" w:hAnsi="Times New Roman" w:eastAsia="宋体"/>
                <w:b w:val="0"/>
                <w:i w:val="0"/>
                <w:sz w:val="20"/>
              </w:rPr>
              <w:t>A</w:t>
            </w:r>
          </w:p>
        </w:tc>
        <w:tc>
          <w:tcPr>
            <w:tcW w:type="dxa" w:w="1569"/>
          </w:tcPr>
          <w:p>
            <w:pPr>
              <w:spacing w:before="20" w:after="20" w:line="240" w:lineRule="auto"/>
              <w:jc w:val="center"/>
            </w:pPr>
            <w:r/>
            <w:r>
              <w:rPr>
                <w:rFonts w:ascii="Times New Roman" w:hAnsi="Times New Roman" w:eastAsia="宋体"/>
                <w:b w:val="0"/>
                <w:i w:val="0"/>
                <w:sz w:val="20"/>
              </w:rPr>
              <w:t>B</w:t>
            </w:r>
          </w:p>
        </w:tc>
        <w:tc>
          <w:tcPr>
            <w:tcW w:type="dxa" w:w="1569"/>
          </w:tcPr>
          <w:p>
            <w:pPr>
              <w:spacing w:before="20" w:after="20" w:line="240" w:lineRule="auto"/>
              <w:jc w:val="center"/>
            </w:pPr>
            <w:r/>
            <w:r>
              <w:rPr>
                <w:rFonts w:ascii="Times New Roman" w:hAnsi="Times New Roman" w:eastAsia="宋体"/>
                <w:b w:val="0"/>
                <w:i w:val="0"/>
                <w:sz w:val="20"/>
              </w:rPr>
              <w:t>B</w:t>
            </w:r>
          </w:p>
        </w:tc>
        <w:tc>
          <w:tcPr>
            <w:tcW w:type="dxa" w:w="1569"/>
          </w:tcPr>
          <w:p>
            <w:pPr>
              <w:spacing w:before="20" w:after="20" w:line="240" w:lineRule="auto"/>
              <w:jc w:val="center"/>
            </w:pPr>
            <w:r/>
            <w:r>
              <w:rPr>
                <w:rFonts w:ascii="Times New Roman" w:hAnsi="Times New Roman" w:eastAsia="宋体"/>
                <w:b w:val="0"/>
                <w:i w:val="0"/>
                <w:sz w:val="20"/>
              </w:rPr>
              <w:t>C</w:t>
            </w:r>
          </w:p>
        </w:tc>
        <w:tc>
          <w:tcPr>
            <w:tcW w:type="dxa" w:w="1569"/>
          </w:tcPr>
          <w:p>
            <w:pPr>
              <w:spacing w:before="20" w:after="20" w:line="240" w:lineRule="auto"/>
              <w:jc w:val="center"/>
            </w:pPr>
            <w:r/>
            <w:r>
              <w:rPr>
                <w:rFonts w:ascii="Times New Roman" w:hAnsi="Times New Roman" w:eastAsia="宋体"/>
                <w:b w:val="0"/>
                <w:i w:val="0"/>
                <w:sz w:val="20"/>
              </w:rPr>
              <w:t>B</w:t>
            </w:r>
          </w:p>
        </w:tc>
      </w:tr>
      <w:tr>
        <w:tc>
          <w:tcPr>
            <w:tcW w:type="dxa" w:w="1569"/>
            <w:tcBorders>
              <w:bottom w:val="single" w:sz="8" w:space="0" w:color="000000"/>
            </w:tcBorders>
          </w:tcPr>
          <w:p>
            <w:pPr>
              <w:spacing w:before="20" w:after="20" w:line="240" w:lineRule="auto"/>
              <w:jc w:val="center"/>
            </w:pPr>
            <w:r/>
            <w:r>
              <w:rPr>
                <w:rFonts w:ascii="Times New Roman" w:hAnsi="Times New Roman" w:eastAsia="宋体"/>
                <w:b w:val="0"/>
                <w:i w:val="0"/>
                <w:sz w:val="20"/>
              </w:rPr>
              <w:t>+</w:t>
            </w:r>
          </w:p>
        </w:tc>
        <w:tc>
          <w:tcPr>
            <w:tcW w:type="dxa" w:w="1569"/>
            <w:tcBorders>
              <w:bottom w:val="single" w:sz="8" w:space="0" w:color="000000"/>
            </w:tcBorders>
          </w:tcPr>
          <w:p>
            <w:pPr>
              <w:spacing w:before="20" w:after="20" w:line="240" w:lineRule="auto"/>
              <w:jc w:val="center"/>
            </w:pPr>
            <w:r/>
            <w:r>
              <w:rPr>
                <w:rFonts w:ascii="Times New Roman" w:hAnsi="Times New Roman" w:eastAsia="宋体"/>
                <w:b w:val="0"/>
                <w:i w:val="0"/>
                <w:sz w:val="20"/>
              </w:rPr>
              <w:t>B</w:t>
            </w:r>
          </w:p>
        </w:tc>
        <w:tc>
          <w:tcPr>
            <w:tcW w:type="dxa" w:w="1569"/>
            <w:tcBorders>
              <w:bottom w:val="single" w:sz="8" w:space="0" w:color="000000"/>
            </w:tcBorders>
          </w:tcPr>
          <w:p>
            <w:pPr>
              <w:spacing w:before="20" w:after="20" w:line="240" w:lineRule="auto"/>
              <w:jc w:val="center"/>
            </w:pPr>
            <w:r/>
            <w:r>
              <w:rPr>
                <w:rFonts w:ascii="Times New Roman" w:hAnsi="Times New Roman" w:eastAsia="宋体"/>
                <w:b w:val="0"/>
                <w:i w:val="0"/>
                <w:sz w:val="20"/>
              </w:rPr>
              <w:t>C</w:t>
            </w:r>
          </w:p>
        </w:tc>
        <w:tc>
          <w:tcPr>
            <w:tcW w:type="dxa" w:w="1569"/>
            <w:tcBorders>
              <w:bottom w:val="single" w:sz="8" w:space="0" w:color="000000"/>
            </w:tcBorders>
          </w:tcPr>
          <w:p>
            <w:pPr>
              <w:spacing w:before="20" w:after="20" w:line="240" w:lineRule="auto"/>
              <w:jc w:val="center"/>
            </w:pPr>
            <w:r/>
            <w:r>
              <w:rPr>
                <w:rFonts w:ascii="Times New Roman" w:hAnsi="Times New Roman" w:eastAsia="宋体"/>
                <w:b w:val="0"/>
                <w:i w:val="0"/>
                <w:sz w:val="20"/>
              </w:rPr>
              <w:t>A</w:t>
            </w:r>
          </w:p>
        </w:tc>
        <w:tc>
          <w:tcPr>
            <w:tcW w:type="dxa" w:w="1569"/>
            <w:tcBorders>
              <w:bottom w:val="single" w:sz="8" w:space="0" w:color="000000"/>
            </w:tcBorders>
          </w:tcPr>
          <w:p>
            <w:pPr>
              <w:spacing w:before="20" w:after="20" w:line="240" w:lineRule="auto"/>
              <w:jc w:val="center"/>
            </w:pPr>
            <w:r/>
            <w:r>
              <w:rPr>
                <w:rFonts w:ascii="Times New Roman" w:hAnsi="Times New Roman" w:eastAsia="宋体"/>
                <w:b w:val="0"/>
                <w:i w:val="0"/>
                <w:sz w:val="20"/>
              </w:rPr>
              <w:t>D</w:t>
            </w:r>
          </w:p>
        </w:tc>
        <w:tc>
          <w:tcPr>
            <w:tcW w:type="dxa" w:w="1569"/>
            <w:tcBorders>
              <w:bottom w:val="single" w:sz="8" w:space="0" w:color="000000"/>
            </w:tcBorders>
          </w:tcPr>
          <w:p>
            <w:pPr>
              <w:spacing w:before="20" w:after="20" w:line="240" w:lineRule="auto"/>
              <w:jc w:val="center"/>
            </w:pPr>
            <w:r/>
            <w:r>
              <w:rPr>
                <w:rFonts w:ascii="Times New Roman" w:hAnsi="Times New Roman" w:eastAsia="宋体"/>
                <w:b w:val="0"/>
                <w:i w:val="0"/>
                <w:sz w:val="20"/>
              </w:rPr>
              <w:t>A</w:t>
            </w:r>
          </w:p>
        </w:tc>
      </w:tr>
      <w:tr>
        <w:tc>
          <w:tcPr>
            <w:tcW w:type="dxa" w:w="1569"/>
          </w:tcPr>
          <w:p>
            <w:pPr>
              <w:spacing w:before="20" w:after="20" w:line="240" w:lineRule="auto"/>
              <w:jc w:val="center"/>
            </w:pPr>
            <w:r/>
          </w:p>
        </w:tc>
        <w:tc>
          <w:tcPr>
            <w:tcW w:type="dxa" w:w="1569"/>
          </w:tcPr>
          <w:p>
            <w:pPr>
              <w:spacing w:before="20" w:after="20" w:line="240" w:lineRule="auto"/>
              <w:jc w:val="center"/>
            </w:pPr>
            <w:r/>
            <w:r>
              <w:rPr>
                <w:rFonts w:ascii="Times New Roman" w:hAnsi="Times New Roman" w:eastAsia="宋体"/>
                <w:b w:val="0"/>
                <w:i w:val="0"/>
                <w:sz w:val="20"/>
              </w:rPr>
              <w:t>D</w:t>
            </w:r>
          </w:p>
        </w:tc>
        <w:tc>
          <w:tcPr>
            <w:tcW w:type="dxa" w:w="1569"/>
          </w:tcPr>
          <w:p>
            <w:pPr>
              <w:spacing w:before="20" w:after="20" w:line="240" w:lineRule="auto"/>
              <w:jc w:val="center"/>
            </w:pPr>
            <w:r/>
            <w:r>
              <w:rPr>
                <w:rFonts w:ascii="Times New Roman" w:hAnsi="Times New Roman" w:eastAsia="宋体"/>
                <w:b w:val="0"/>
                <w:i w:val="0"/>
                <w:sz w:val="20"/>
              </w:rPr>
              <w:t>B</w:t>
            </w:r>
          </w:p>
        </w:tc>
        <w:tc>
          <w:tcPr>
            <w:tcW w:type="dxa" w:w="1569"/>
          </w:tcPr>
          <w:p>
            <w:pPr>
              <w:spacing w:before="20" w:after="20" w:line="240" w:lineRule="auto"/>
              <w:jc w:val="center"/>
            </w:pPr>
            <w:r/>
            <w:r>
              <w:rPr>
                <w:rFonts w:ascii="Times New Roman" w:hAnsi="Times New Roman" w:eastAsia="宋体"/>
                <w:b w:val="0"/>
                <w:i w:val="0"/>
                <w:sz w:val="20"/>
              </w:rPr>
              <w:t>D</w:t>
            </w:r>
          </w:p>
        </w:tc>
        <w:tc>
          <w:tcPr>
            <w:tcW w:type="dxa" w:w="1569"/>
          </w:tcPr>
          <w:p>
            <w:pPr>
              <w:spacing w:before="20" w:after="20" w:line="240" w:lineRule="auto"/>
              <w:jc w:val="center"/>
            </w:pPr>
            <w:r/>
            <w:r>
              <w:rPr>
                <w:rFonts w:ascii="Times New Roman" w:hAnsi="Times New Roman" w:eastAsia="宋体"/>
                <w:b w:val="0"/>
                <w:i w:val="0"/>
                <w:sz w:val="20"/>
              </w:rPr>
              <w:t>D</w:t>
            </w:r>
          </w:p>
        </w:tc>
        <w:tc>
          <w:tcPr>
            <w:tcW w:type="dxa" w:w="1569"/>
          </w:tcPr>
          <w:p>
            <w:pPr>
              <w:spacing w:before="20" w:after="20" w:line="240" w:lineRule="auto"/>
              <w:jc w:val="center"/>
            </w:pPr>
            <w:r/>
            <w:r>
              <w:rPr>
                <w:rFonts w:ascii="Times New Roman" w:hAnsi="Times New Roman" w:eastAsia="宋体"/>
                <w:b w:val="0"/>
                <w:i w:val="0"/>
                <w:sz w:val="20"/>
              </w:rPr>
              <w:t>D</w:t>
            </w:r>
          </w:p>
        </w:tc>
      </w:tr>
    </w:tbl>
    <w:p>
      <w:pPr>
        <w:spacing w:before="0" w:after="0" w:line="240" w:lineRule="auto"/>
      </w:pPr>
      <w:r>
        <w:rPr>
          <w:rFonts w:ascii="Times New Roman" w:hAnsi="Times New Roman" w:eastAsia="宋体"/>
          <w:b w:val="0"/>
          <w:i w:val="0"/>
          <w:sz w:val="8"/>
        </w:rPr>
      </w:r>
    </w:p>
    <w:p>
      <w:pPr>
        <w:spacing w:before="0" w:after="120" w:line="300" w:lineRule="auto"/>
      </w:pPr>
      <w:r>
        <w:rPr>
          <w:rFonts w:ascii="Times New Roman" w:hAnsi="Times New Roman" w:eastAsia="宋体"/>
          <w:b w:val="0"/>
          <w:i w:val="0"/>
          <w:sz w:val="21"/>
        </w:rPr>
        <w:t>（A）2　　（B）4　　（C）7　　（D）8　　（E）9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addition shown below A, B, C, and D are distinct digits. How many different values are possible for D?</w:t>
      </w:r>
    </w:p>
    <w:tbl>
      <w:tblPr>
        <w:tblW w:type="auto" w:w="0"/>
        <w:jc w:val="center"/>
        <w:tblLayout w:type="autofit"/>
        <w:tblLook w:firstColumn="1" w:firstRow="1" w:lastColumn="0" w:lastRow="0" w:noHBand="0" w:noVBand="1" w:val="04A0"/>
      </w:tblPr>
      <w:tblGrid>
        <w:gridCol w:w="1569"/>
        <w:gridCol w:w="1569"/>
        <w:gridCol w:w="1569"/>
        <w:gridCol w:w="1569"/>
        <w:gridCol w:w="1569"/>
        <w:gridCol w:w="1569"/>
      </w:tblGrid>
      <w:tr>
        <w:tc>
          <w:tcPr>
            <w:tcW w:type="dxa" w:w="1569"/>
          </w:tcPr>
          <w:p>
            <w:pPr>
              <w:spacing w:before="20" w:after="20" w:line="240" w:lineRule="auto"/>
              <w:jc w:val="center"/>
            </w:pPr>
            <w:r/>
          </w:p>
        </w:tc>
        <w:tc>
          <w:tcPr>
            <w:tcW w:type="dxa" w:w="1569"/>
          </w:tcPr>
          <w:p>
            <w:pPr>
              <w:spacing w:before="20" w:after="20" w:line="240" w:lineRule="auto"/>
              <w:jc w:val="center"/>
            </w:pPr>
            <w:r/>
            <w:r>
              <w:rPr>
                <w:rFonts w:ascii="Times New Roman" w:hAnsi="Times New Roman" w:eastAsia="宋体"/>
                <w:b w:val="0"/>
                <w:i w:val="0"/>
                <w:color w:val="333333"/>
                <w:sz w:val="19"/>
              </w:rPr>
              <w:t>A</w:t>
            </w:r>
          </w:p>
        </w:tc>
        <w:tc>
          <w:tcPr>
            <w:tcW w:type="dxa" w:w="1569"/>
          </w:tcPr>
          <w:p>
            <w:pPr>
              <w:spacing w:before="20" w:after="20" w:line="240" w:lineRule="auto"/>
              <w:jc w:val="center"/>
            </w:pPr>
            <w:r/>
            <w:r>
              <w:rPr>
                <w:rFonts w:ascii="Times New Roman" w:hAnsi="Times New Roman" w:eastAsia="宋体"/>
                <w:b w:val="0"/>
                <w:i w:val="0"/>
                <w:color w:val="333333"/>
                <w:sz w:val="19"/>
              </w:rPr>
              <w:t>B</w:t>
            </w:r>
          </w:p>
        </w:tc>
        <w:tc>
          <w:tcPr>
            <w:tcW w:type="dxa" w:w="1569"/>
          </w:tcPr>
          <w:p>
            <w:pPr>
              <w:spacing w:before="20" w:after="20" w:line="240" w:lineRule="auto"/>
              <w:jc w:val="center"/>
            </w:pPr>
            <w:r/>
            <w:r>
              <w:rPr>
                <w:rFonts w:ascii="Times New Roman" w:hAnsi="Times New Roman" w:eastAsia="宋体"/>
                <w:b w:val="0"/>
                <w:i w:val="0"/>
                <w:color w:val="333333"/>
                <w:sz w:val="19"/>
              </w:rPr>
              <w:t>B</w:t>
            </w:r>
          </w:p>
        </w:tc>
        <w:tc>
          <w:tcPr>
            <w:tcW w:type="dxa" w:w="1569"/>
          </w:tcPr>
          <w:p>
            <w:pPr>
              <w:spacing w:before="20" w:after="20" w:line="240" w:lineRule="auto"/>
              <w:jc w:val="center"/>
            </w:pPr>
            <w:r/>
            <w:r>
              <w:rPr>
                <w:rFonts w:ascii="Times New Roman" w:hAnsi="Times New Roman" w:eastAsia="宋体"/>
                <w:b w:val="0"/>
                <w:i w:val="0"/>
                <w:color w:val="333333"/>
                <w:sz w:val="19"/>
              </w:rPr>
              <w:t>C</w:t>
            </w:r>
          </w:p>
        </w:tc>
        <w:tc>
          <w:tcPr>
            <w:tcW w:type="dxa" w:w="1569"/>
          </w:tcPr>
          <w:p>
            <w:pPr>
              <w:spacing w:before="20" w:after="20" w:line="240" w:lineRule="auto"/>
              <w:jc w:val="center"/>
            </w:pPr>
            <w:r/>
            <w:r>
              <w:rPr>
                <w:rFonts w:ascii="Times New Roman" w:hAnsi="Times New Roman" w:eastAsia="宋体"/>
                <w:b w:val="0"/>
                <w:i w:val="0"/>
                <w:color w:val="333333"/>
                <w:sz w:val="19"/>
              </w:rPr>
              <w:t>B</w:t>
            </w:r>
          </w:p>
        </w:tc>
      </w:tr>
      <w:tr>
        <w:tc>
          <w:tcPr>
            <w:tcW w:type="dxa" w:w="1569"/>
            <w:tcBorders>
              <w:bottom w:val="single" w:sz="8" w:space="0" w:color="000000"/>
            </w:tcBorders>
          </w:tcPr>
          <w:p>
            <w:pPr>
              <w:spacing w:before="20" w:after="20" w:line="240" w:lineRule="auto"/>
              <w:jc w:val="center"/>
            </w:pPr>
            <w:r/>
            <w:r>
              <w:rPr>
                <w:rFonts w:ascii="Times New Roman" w:hAnsi="Times New Roman" w:eastAsia="宋体"/>
                <w:b w:val="0"/>
                <w:i w:val="0"/>
                <w:color w:val="333333"/>
                <w:sz w:val="19"/>
              </w:rPr>
              <w:t>+</w:t>
            </w:r>
          </w:p>
        </w:tc>
        <w:tc>
          <w:tcPr>
            <w:tcW w:type="dxa" w:w="1569"/>
            <w:tcBorders>
              <w:bottom w:val="single" w:sz="8" w:space="0" w:color="000000"/>
            </w:tcBorders>
          </w:tcPr>
          <w:p>
            <w:pPr>
              <w:spacing w:before="20" w:after="20" w:line="240" w:lineRule="auto"/>
              <w:jc w:val="center"/>
            </w:pPr>
            <w:r/>
            <w:r>
              <w:rPr>
                <w:rFonts w:ascii="Times New Roman" w:hAnsi="Times New Roman" w:eastAsia="宋体"/>
                <w:b w:val="0"/>
                <w:i w:val="0"/>
                <w:color w:val="333333"/>
                <w:sz w:val="19"/>
              </w:rPr>
              <w:t>B</w:t>
            </w:r>
          </w:p>
        </w:tc>
        <w:tc>
          <w:tcPr>
            <w:tcW w:type="dxa" w:w="1569"/>
            <w:tcBorders>
              <w:bottom w:val="single" w:sz="8" w:space="0" w:color="000000"/>
            </w:tcBorders>
          </w:tcPr>
          <w:p>
            <w:pPr>
              <w:spacing w:before="20" w:after="20" w:line="240" w:lineRule="auto"/>
              <w:jc w:val="center"/>
            </w:pPr>
            <w:r/>
            <w:r>
              <w:rPr>
                <w:rFonts w:ascii="Times New Roman" w:hAnsi="Times New Roman" w:eastAsia="宋体"/>
                <w:b w:val="0"/>
                <w:i w:val="0"/>
                <w:color w:val="333333"/>
                <w:sz w:val="19"/>
              </w:rPr>
              <w:t>C</w:t>
            </w:r>
          </w:p>
        </w:tc>
        <w:tc>
          <w:tcPr>
            <w:tcW w:type="dxa" w:w="1569"/>
            <w:tcBorders>
              <w:bottom w:val="single" w:sz="8" w:space="0" w:color="000000"/>
            </w:tcBorders>
          </w:tcPr>
          <w:p>
            <w:pPr>
              <w:spacing w:before="20" w:after="20" w:line="240" w:lineRule="auto"/>
              <w:jc w:val="center"/>
            </w:pPr>
            <w:r/>
            <w:r>
              <w:rPr>
                <w:rFonts w:ascii="Times New Roman" w:hAnsi="Times New Roman" w:eastAsia="宋体"/>
                <w:b w:val="0"/>
                <w:i w:val="0"/>
                <w:color w:val="333333"/>
                <w:sz w:val="19"/>
              </w:rPr>
              <w:t>A</w:t>
            </w:r>
          </w:p>
        </w:tc>
        <w:tc>
          <w:tcPr>
            <w:tcW w:type="dxa" w:w="1569"/>
            <w:tcBorders>
              <w:bottom w:val="single" w:sz="8" w:space="0" w:color="000000"/>
            </w:tcBorders>
          </w:tcPr>
          <w:p>
            <w:pPr>
              <w:spacing w:before="20" w:after="20" w:line="240" w:lineRule="auto"/>
              <w:jc w:val="center"/>
            </w:pPr>
            <w:r/>
            <w:r>
              <w:rPr>
                <w:rFonts w:ascii="Times New Roman" w:hAnsi="Times New Roman" w:eastAsia="宋体"/>
                <w:b w:val="0"/>
                <w:i w:val="0"/>
                <w:color w:val="333333"/>
                <w:sz w:val="19"/>
              </w:rPr>
              <w:t>D</w:t>
            </w:r>
          </w:p>
        </w:tc>
        <w:tc>
          <w:tcPr>
            <w:tcW w:type="dxa" w:w="1569"/>
            <w:tcBorders>
              <w:bottom w:val="single" w:sz="8" w:space="0" w:color="000000"/>
            </w:tcBorders>
          </w:tcPr>
          <w:p>
            <w:pPr>
              <w:spacing w:before="20" w:after="20" w:line="240" w:lineRule="auto"/>
              <w:jc w:val="center"/>
            </w:pPr>
            <w:r/>
            <w:r>
              <w:rPr>
                <w:rFonts w:ascii="Times New Roman" w:hAnsi="Times New Roman" w:eastAsia="宋体"/>
                <w:b w:val="0"/>
                <w:i w:val="0"/>
                <w:color w:val="333333"/>
                <w:sz w:val="19"/>
              </w:rPr>
              <w:t>A</w:t>
            </w:r>
          </w:p>
        </w:tc>
      </w:tr>
      <w:tr>
        <w:tc>
          <w:tcPr>
            <w:tcW w:type="dxa" w:w="1569"/>
          </w:tcPr>
          <w:p>
            <w:pPr>
              <w:spacing w:before="20" w:after="20" w:line="240" w:lineRule="auto"/>
              <w:jc w:val="center"/>
            </w:pPr>
            <w:r/>
          </w:p>
        </w:tc>
        <w:tc>
          <w:tcPr>
            <w:tcW w:type="dxa" w:w="1569"/>
          </w:tcPr>
          <w:p>
            <w:pPr>
              <w:spacing w:before="20" w:after="20" w:line="240" w:lineRule="auto"/>
              <w:jc w:val="center"/>
            </w:pPr>
            <w:r/>
            <w:r>
              <w:rPr>
                <w:rFonts w:ascii="Times New Roman" w:hAnsi="Times New Roman" w:eastAsia="宋体"/>
                <w:b w:val="0"/>
                <w:i w:val="0"/>
                <w:color w:val="333333"/>
                <w:sz w:val="19"/>
              </w:rPr>
              <w:t>D</w:t>
            </w:r>
          </w:p>
        </w:tc>
        <w:tc>
          <w:tcPr>
            <w:tcW w:type="dxa" w:w="1569"/>
          </w:tcPr>
          <w:p>
            <w:pPr>
              <w:spacing w:before="20" w:after="20" w:line="240" w:lineRule="auto"/>
              <w:jc w:val="center"/>
            </w:pPr>
            <w:r/>
            <w:r>
              <w:rPr>
                <w:rFonts w:ascii="Times New Roman" w:hAnsi="Times New Roman" w:eastAsia="宋体"/>
                <w:b w:val="0"/>
                <w:i w:val="0"/>
                <w:color w:val="333333"/>
                <w:sz w:val="19"/>
              </w:rPr>
              <w:t>B</w:t>
            </w:r>
          </w:p>
        </w:tc>
        <w:tc>
          <w:tcPr>
            <w:tcW w:type="dxa" w:w="1569"/>
          </w:tcPr>
          <w:p>
            <w:pPr>
              <w:spacing w:before="20" w:after="20" w:line="240" w:lineRule="auto"/>
              <w:jc w:val="center"/>
            </w:pPr>
            <w:r/>
            <w:r>
              <w:rPr>
                <w:rFonts w:ascii="Times New Roman" w:hAnsi="Times New Roman" w:eastAsia="宋体"/>
                <w:b w:val="0"/>
                <w:i w:val="0"/>
                <w:color w:val="333333"/>
                <w:sz w:val="19"/>
              </w:rPr>
              <w:t>D</w:t>
            </w:r>
          </w:p>
        </w:tc>
        <w:tc>
          <w:tcPr>
            <w:tcW w:type="dxa" w:w="1569"/>
          </w:tcPr>
          <w:p>
            <w:pPr>
              <w:spacing w:before="20" w:after="20" w:line="240" w:lineRule="auto"/>
              <w:jc w:val="center"/>
            </w:pPr>
            <w:r/>
            <w:r>
              <w:rPr>
                <w:rFonts w:ascii="Times New Roman" w:hAnsi="Times New Roman" w:eastAsia="宋体"/>
                <w:b w:val="0"/>
                <w:i w:val="0"/>
                <w:color w:val="333333"/>
                <w:sz w:val="19"/>
              </w:rPr>
              <w:t>D</w:t>
            </w:r>
          </w:p>
        </w:tc>
        <w:tc>
          <w:tcPr>
            <w:tcW w:type="dxa" w:w="1569"/>
          </w:tcPr>
          <w:p>
            <w:pPr>
              <w:spacing w:before="20" w:after="20" w:line="240" w:lineRule="auto"/>
              <w:jc w:val="center"/>
            </w:pPr>
            <w:r/>
            <w:r>
              <w:rPr>
                <w:rFonts w:ascii="Times New Roman" w:hAnsi="Times New Roman" w:eastAsia="宋体"/>
                <w:b w:val="0"/>
                <w:i w:val="0"/>
                <w:color w:val="333333"/>
                <w:sz w:val="19"/>
              </w:rPr>
              <w:t>D</w:t>
            </w:r>
          </w:p>
        </w:tc>
      </w:tr>
    </w:tbl>
    <w:p>
      <w:pPr>
        <w:spacing w:before="0" w:after="0" w:line="240" w:lineRule="auto"/>
      </w:pPr>
      <w:r>
        <w:rPr>
          <w:rFonts w:ascii="Times New Roman" w:hAnsi="Times New Roman" w:eastAsia="宋体"/>
          <w:b w:val="0"/>
          <w:i w:val="0"/>
          <w:sz w:val="8"/>
        </w:rPr>
      </w:r>
    </w:p>
    <w:p>
      <w:pPr>
        <w:spacing w:before="0" w:after="160" w:line="300" w:lineRule="auto"/>
      </w:pPr>
      <w:r>
        <w:rPr>
          <w:rFonts w:ascii="Times New Roman" w:hAnsi="Times New Roman" w:eastAsia="宋体"/>
          <w:b w:val="0"/>
          <w:i w:val="0"/>
          <w:color w:val="333333"/>
          <w:sz w:val="19"/>
        </w:rPr>
        <w:t>(A) 2　　(B) 4　　(C) 7　　(D) 8　　(E) 9</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凸四边形 ABCD 满足 AB = 3，BC = 4，CD = 13，AD = 12，且 ∠ ABC = 90°，如图所示。这个四边形的面积是多少？</w:t>
      </w:r>
    </w:p>
    <w:p>
      <w:pPr>
        <w:spacing w:before="80" w:after="80"/>
        <w:jc w:val="center"/>
      </w:pPr>
      <w:r>
        <w:drawing>
          <wp:inline xmlns:a="http://schemas.openxmlformats.org/drawingml/2006/main" xmlns:pic="http://schemas.openxmlformats.org/drawingml/2006/picture">
            <wp:extent cx="2937894" cy="1790383"/>
            <wp:docPr id="3" name="Picture 3"/>
            <wp:cNvGraphicFramePr>
              <a:graphicFrameLocks noChangeAspect="1"/>
            </wp:cNvGraphicFramePr>
            <a:graphic>
              <a:graphicData uri="http://schemas.openxmlformats.org/drawingml/2006/picture">
                <pic:pic>
                  <pic:nvPicPr>
                    <pic:cNvPr id="0" name="q09-1@300dpi.png"/>
                    <pic:cNvPicPr/>
                  </pic:nvPicPr>
                  <pic:blipFill>
                    <a:blip r:embed="rId10"/>
                    <a:stretch>
                      <a:fillRect/>
                    </a:stretch>
                  </pic:blipFill>
                  <pic:spPr>
                    <a:xfrm>
                      <a:off x="0" y="0"/>
                      <a:ext cx="2937894" cy="1790383"/>
                    </a:xfrm>
                    <a:prstGeom prst="rect"/>
                  </pic:spPr>
                </pic:pic>
              </a:graphicData>
            </a:graphic>
          </wp:inline>
        </w:drawing>
      </w:r>
    </w:p>
    <w:p>
      <w:pPr>
        <w:spacing w:before="0" w:after="120" w:line="300" w:lineRule="auto"/>
      </w:pPr>
      <w:r>
        <w:rPr>
          <w:rFonts w:ascii="Times New Roman" w:hAnsi="Times New Roman" w:eastAsia="宋体"/>
          <w:b w:val="0"/>
          <w:i w:val="0"/>
          <w:sz w:val="21"/>
        </w:rPr>
        <w:t>（A）30　　（B）36　　（C）40　　（D）48　　（E）58.5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Convex quadrilateral ABCD has AB = 3, BC = 4, CD = 13, AD = 12, and ∠ ABC = 90°, as shown. What is the area of the quadrilateral?</w:t>
      </w:r>
    </w:p>
    <w:p>
      <w:pPr>
        <w:spacing w:before="80" w:after="80"/>
        <w:jc w:val="center"/>
      </w:pPr>
      <w:r>
        <w:drawing>
          <wp:inline xmlns:a="http://schemas.openxmlformats.org/drawingml/2006/main" xmlns:pic="http://schemas.openxmlformats.org/drawingml/2006/picture">
            <wp:extent cx="2937894" cy="1790383"/>
            <wp:docPr id="4" name="Picture 4"/>
            <wp:cNvGraphicFramePr>
              <a:graphicFrameLocks noChangeAspect="1"/>
            </wp:cNvGraphicFramePr>
            <a:graphic>
              <a:graphicData uri="http://schemas.openxmlformats.org/drawingml/2006/picture">
                <pic:pic>
                  <pic:nvPicPr>
                    <pic:cNvPr id="0" name="q09-1@300dpi.png"/>
                    <pic:cNvPicPr/>
                  </pic:nvPicPr>
                  <pic:blipFill>
                    <a:blip r:embed="rId10"/>
                    <a:stretch>
                      <a:fillRect/>
                    </a:stretch>
                  </pic:blipFill>
                  <pic:spPr>
                    <a:xfrm>
                      <a:off x="0" y="0"/>
                      <a:ext cx="2937894" cy="1790383"/>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30　　(B) 36　　(C) 40　　(D) 48　　(E) 58.5</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Danica 开着新车旅行了整数个小时，平均速度为每小时 55 英里。旅行开始时，里程表显示 abc 英里，其中 abc 是一个 3 位数，满足 a ≥ 1 且 a+b+c ≤ 7。旅行结束时，里程表显示 cba 英里。a² + b² + c² 是多少？</w:t>
      </w:r>
    </w:p>
    <w:p>
      <w:pPr>
        <w:spacing w:before="0" w:after="120" w:line="300" w:lineRule="auto"/>
      </w:pPr>
      <w:r>
        <w:rPr>
          <w:rFonts w:ascii="Times New Roman" w:hAnsi="Times New Roman" w:eastAsia="宋体"/>
          <w:b w:val="0"/>
          <w:i w:val="0"/>
          <w:sz w:val="21"/>
        </w:rPr>
        <w:t>（A）26　　（B）27　　（C）36　　（D）37　　（E）41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Danica drove her new car on a trip for a whole number of hours, averaging 55 miles per hour. At the beginning of the trip, abc miles was displayed on the odometer, where abc is a 3-digit number with a ≥ 1 and a+b+c ≤ 7. At the end of the trip, the odometer showed cba miles. What is a² + b² + c²?</w:t>
      </w:r>
    </w:p>
    <w:p>
      <w:pPr>
        <w:spacing w:before="0" w:after="160" w:line="300" w:lineRule="auto"/>
      </w:pPr>
      <w:r>
        <w:rPr>
          <w:rFonts w:ascii="Times New Roman" w:hAnsi="Times New Roman" w:eastAsia="宋体"/>
          <w:b w:val="0"/>
          <w:i w:val="0"/>
          <w:color w:val="333333"/>
          <w:sz w:val="19"/>
        </w:rPr>
        <w:t>(A) 26　　(B) 27　　(C) 36　　(D) 37　　(E) 41</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一个由 11 个正整数组成的列表，平均数为 10，中位数为 9，且唯一众数为 8。这个列表中整数的最大可能值是多少？</w:t>
      </w:r>
    </w:p>
    <w:p>
      <w:pPr>
        <w:spacing w:before="0" w:after="120" w:line="300" w:lineRule="auto"/>
      </w:pPr>
      <w:r>
        <w:rPr>
          <w:rFonts w:ascii="Times New Roman" w:hAnsi="Times New Roman" w:eastAsia="宋体"/>
          <w:b w:val="0"/>
          <w:i w:val="0"/>
          <w:sz w:val="21"/>
        </w:rPr>
        <w:t>（A）24　　（B）30　　（C）31　　（D）33　　（E）35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list of 11 positive integers has a mean of 10, a median of 9, and a unique mode of 8. What is the largest possible value of an integer in the list?</w:t>
      </w:r>
    </w:p>
    <w:p>
      <w:pPr>
        <w:spacing w:before="0" w:after="160" w:line="300" w:lineRule="auto"/>
      </w:pPr>
      <w:r>
        <w:rPr>
          <w:rFonts w:ascii="Times New Roman" w:hAnsi="Times New Roman" w:eastAsia="宋体"/>
          <w:b w:val="0"/>
          <w:i w:val="0"/>
          <w:color w:val="333333"/>
          <w:sz w:val="19"/>
        </w:rPr>
        <w:t>(A) 24　　(B) 30　　(C) 31　　(D) 33　　(E) 35</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集合 S 由边长均为小于 5 的正整数的三角形组成，且 S 中没有两个元素全等或相似。S 最多可以有多少个元素？</w:t>
      </w:r>
    </w:p>
    <w:p>
      <w:pPr>
        <w:spacing w:before="0" w:after="120" w:line="300" w:lineRule="auto"/>
      </w:pPr>
      <w:r>
        <w:rPr>
          <w:rFonts w:ascii="Times New Roman" w:hAnsi="Times New Roman" w:eastAsia="宋体"/>
          <w:b w:val="0"/>
          <w:i w:val="0"/>
          <w:sz w:val="21"/>
        </w:rPr>
        <w:t>（A）8　　（B）9　　（C）10　　（D）11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set S consists of triangles whose sides have integer lengths less than 5, and no two elements of S are congruent or similar. What is the largest number of elements that S can have?</w:t>
      </w:r>
    </w:p>
    <w:p>
      <w:pPr>
        <w:spacing w:before="0" w:after="160" w:line="300" w:lineRule="auto"/>
      </w:pPr>
      <w:r>
        <w:rPr>
          <w:rFonts w:ascii="Times New Roman" w:hAnsi="Times New Roman" w:eastAsia="宋体"/>
          <w:b w:val="0"/>
          <w:i w:val="0"/>
          <w:color w:val="333333"/>
          <w:sz w:val="19"/>
        </w:rPr>
        <w:t>(A) 8　　(B) 9　　(C) 10　　(D) 11　　(E) 12</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选择实数 a 和 b，满足 1 &lt; a &lt; b，并且边长为 1，a 和 b 的三角形以及边长为 1/b，1/a 和 1 的三角形都不可能有正面积。b 的最小可能值是多少？</w:t>
      </w:r>
    </w:p>
    <w:p>
      <w:pPr>
        <w:spacing w:before="0" w:after="120" w:line="300" w:lineRule="auto"/>
      </w:pPr>
      <w:r>
        <w:rPr>
          <w:rFonts w:ascii="Times New Roman" w:hAnsi="Times New Roman" w:eastAsia="宋体"/>
          <w:b w:val="0"/>
          <w:i w:val="0"/>
          <w:sz w:val="21"/>
        </w:rPr>
        <w:t>（A）(3+√(3))/2　　（B）5/2　　（C）(3+√(5))/2　　（D）(3+√(6))/2　　（E）3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Real numbers a and b are chosen with 1 &lt; a &lt; b such that no triangle with positive area has side lengths 1, a, and b or 1/b, 1/a, and 1. What is the smallest possible value of b?</w:t>
      </w:r>
    </w:p>
    <w:p>
      <w:pPr>
        <w:spacing w:before="0" w:after="160" w:line="300" w:lineRule="auto"/>
      </w:pPr>
      <w:r>
        <w:rPr>
          <w:rFonts w:ascii="Times New Roman" w:hAnsi="Times New Roman" w:eastAsia="宋体"/>
          <w:b w:val="0"/>
          <w:i w:val="0"/>
          <w:color w:val="333333"/>
          <w:sz w:val="19"/>
        </w:rPr>
        <w:t>(A) (3+√(3))/2　　(B) 5/2　　(C) (3+√(5))/2　　(D) (3+√(6))/2　　(E) 3</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一个长方体的总表面积为 94 平方英寸。它所有棱长之和为 48 英寸。它所有体对角线长度之和是多少英寸？</w:t>
      </w:r>
    </w:p>
    <w:p>
      <w:pPr>
        <w:spacing w:before="0" w:after="120" w:line="300" w:lineRule="auto"/>
      </w:pPr>
      <w:r>
        <w:rPr>
          <w:rFonts w:ascii="Times New Roman" w:hAnsi="Times New Roman" w:eastAsia="宋体"/>
          <w:b w:val="0"/>
          <w:i w:val="0"/>
          <w:sz w:val="21"/>
        </w:rPr>
        <w:t>（A）8√(3)　　（B）10√(2)　　（C）16√(3)　　（D）20√(2)　　（E）40√(2)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rectangular box has a total surface area of 94 square inches. The sum of the lengths of all its edges is 48 inches. What is the sum of the lengths in inches of all of its interior diagonals?</w:t>
      </w:r>
    </w:p>
    <w:p>
      <w:pPr>
        <w:spacing w:before="0" w:after="160" w:line="300" w:lineRule="auto"/>
      </w:pPr>
      <w:r>
        <w:rPr>
          <w:rFonts w:ascii="Times New Roman" w:hAnsi="Times New Roman" w:eastAsia="宋体"/>
          <w:b w:val="0"/>
          <w:i w:val="0"/>
          <w:color w:val="333333"/>
          <w:sz w:val="19"/>
        </w:rPr>
        <w:t>(A) 8√(3)　　(B) 10√(2)　　(C) 16√(3)　　(D) 20√(2)　　(E) 40√(2)</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当 p = Σₖ₌₁⁶ k ln k 时，数 eᵖ 是一个整数。作为 eᵖ 的因数的最大 2 的幂是多少？</w:t>
      </w:r>
    </w:p>
    <w:p>
      <w:pPr>
        <w:spacing w:before="0" w:after="120" w:line="300" w:lineRule="auto"/>
      </w:pPr>
      <w:r>
        <w:rPr>
          <w:rFonts w:ascii="Times New Roman" w:hAnsi="Times New Roman" w:eastAsia="宋体"/>
          <w:b w:val="0"/>
          <w:i w:val="0"/>
          <w:sz w:val="21"/>
        </w:rPr>
        <w:t>（A）2¹²　　（B）2¹⁴　　（C）2¹⁶　　（D）2¹⁸　　（E）2²⁰</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When p = Σₖ₌₁⁶ k ln k, the number eᵖ is an integer. What is the largest power of 2 that is a factor of eᵖ?</w:t>
      </w:r>
    </w:p>
    <w:p>
      <w:pPr>
        <w:spacing w:before="0" w:after="160" w:line="300" w:lineRule="auto"/>
      </w:pPr>
      <w:r>
        <w:rPr>
          <w:rFonts w:ascii="Times New Roman" w:hAnsi="Times New Roman" w:eastAsia="宋体"/>
          <w:b w:val="0"/>
          <w:i w:val="0"/>
          <w:color w:val="333333"/>
          <w:sz w:val="19"/>
        </w:rPr>
        <w:t>(A) 2¹²　　(B) 2¹⁴　　(C) 2¹⁶　　(D) 2¹⁸　　(E) 2²⁰</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设 P 是一个三次多项式，满足 P(0) = k、P(1) = 2k 且 P(-1) = 3k。P(2) + P(-2) 等于多少？</w:t>
      </w:r>
    </w:p>
    <w:p>
      <w:pPr>
        <w:spacing w:before="0" w:after="120" w:line="300" w:lineRule="auto"/>
      </w:pPr>
      <w:r>
        <w:rPr>
          <w:rFonts w:ascii="Times New Roman" w:hAnsi="Times New Roman" w:eastAsia="宋体"/>
          <w:b w:val="0"/>
          <w:i w:val="0"/>
          <w:sz w:val="21"/>
        </w:rPr>
        <w:t>（A）0　　（B）k　　（C）6k　　（D）7k　　（E）14k</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P be a cubic polynomial with P(0) = k, P(1) = 2k, and P(-1) = 3k. What is P(2) + P(-2)?</w:t>
      </w:r>
    </w:p>
    <w:p>
      <w:pPr>
        <w:spacing w:before="0" w:after="160" w:line="300" w:lineRule="auto"/>
      </w:pPr>
      <w:r>
        <w:rPr>
          <w:rFonts w:ascii="Times New Roman" w:hAnsi="Times New Roman" w:eastAsia="宋体"/>
          <w:b w:val="0"/>
          <w:i w:val="0"/>
          <w:color w:val="333333"/>
          <w:sz w:val="19"/>
        </w:rPr>
        <w:t>(A) 0　　(B) k　　(C) 6k　　(D) 7k　　(E) 14k</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设 P 为方程 y = x² 的抛物线，并设 Q = (20, 14)。存在实数 r 和 s，使得过 Q 且斜率为 m 的直线不与 P 相交，当且仅当 r &lt; m &lt; s。r + s 是多少？</w:t>
      </w:r>
    </w:p>
    <w:p>
      <w:pPr>
        <w:spacing w:before="0" w:after="120" w:line="300" w:lineRule="auto"/>
      </w:pPr>
      <w:r>
        <w:rPr>
          <w:rFonts w:ascii="Times New Roman" w:hAnsi="Times New Roman" w:eastAsia="宋体"/>
          <w:b w:val="0"/>
          <w:i w:val="0"/>
          <w:sz w:val="21"/>
        </w:rPr>
        <w:t>（A）1　　（B）26　　（C）40　　（D）52　　（E）80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P be the parabola with equation y = x² and let Q = (20, 14). There are real numbers r and s such that the line through Q with slope m does not intersect P if and only if r &lt; m &lt; s. What is r + s?</w:t>
      </w:r>
    </w:p>
    <w:p>
      <w:pPr>
        <w:spacing w:before="0" w:after="160" w:line="300" w:lineRule="auto"/>
      </w:pPr>
      <w:r>
        <w:rPr>
          <w:rFonts w:ascii="Times New Roman" w:hAnsi="Times New Roman" w:eastAsia="宋体"/>
          <w:b w:val="0"/>
          <w:i w:val="0"/>
          <w:color w:val="333333"/>
          <w:sz w:val="19"/>
        </w:rPr>
        <w:t>(A) 1　　(B) 26　　(C) 40　　(D) 52　　(E) 80</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要把数字 1，2，3，4，5 排成一圈。如果不能对从 1 到 15 的每个 n，都找到圆上连续的一段数字，使其和为 n，则称这个排列为</w:t>
      </w:r>
      <w:r>
        <w:rPr>
          <w:rFonts w:ascii="Times New Roman" w:hAnsi="Times New Roman" w:eastAsia="宋体"/>
          <w:b w:val="0"/>
          <w:i/>
          <w:sz w:val="21"/>
        </w:rPr>
        <w:t>坏</w:t>
      </w:r>
      <w:r>
        <w:rPr>
          <w:rFonts w:ascii="Times New Roman" w:hAnsi="Times New Roman" w:eastAsia="宋体"/>
          <w:b w:val="0"/>
          <w:i w:val="0"/>
          <w:sz w:val="21"/>
        </w:rPr>
        <w:t>排列。只相差旋转或翻折的排列视为相同。有多少种不同的坏排列？</w:t>
      </w:r>
    </w:p>
    <w:p>
      <w:pPr>
        <w:spacing w:before="0" w:after="120" w:line="300" w:lineRule="auto"/>
      </w:pPr>
      <w:r>
        <w:rPr>
          <w:rFonts w:ascii="Times New Roman" w:hAnsi="Times New Roman" w:eastAsia="宋体"/>
          <w:b w:val="0"/>
          <w:i w:val="0"/>
          <w:sz w:val="21"/>
        </w:rPr>
        <w:t>（A）1　　（B）2　　（C）3　　（D）4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numbers 1, 2, 3, 4, 5 are to be arranged in a circle. An arrangement is</w:t>
      </w:r>
      <w:r>
        <w:rPr>
          <w:rFonts w:ascii="Times New Roman" w:hAnsi="Times New Roman" w:eastAsia="宋体"/>
          <w:b w:val="0"/>
          <w:i/>
          <w:color w:val="333333"/>
          <w:sz w:val="19"/>
        </w:rPr>
        <w:t>bad</w:t>
      </w:r>
      <w:r>
        <w:rPr>
          <w:rFonts w:ascii="Times New Roman" w:hAnsi="Times New Roman" w:eastAsia="宋体"/>
          <w:b w:val="0"/>
          <w:i w:val="0"/>
          <w:color w:val="333333"/>
          <w:sz w:val="19"/>
        </w:rPr>
        <w:t>if it is not true that for every n from 1 to 15 one can find a subset of the numbers that appear consecutively on the circle that sum to n. Arrangements that differ only by a rotation or a reflection are considered the same. How many different bad arrangements are there?</w:t>
      </w:r>
    </w:p>
    <w:p>
      <w:pPr>
        <w:spacing w:before="0" w:after="160" w:line="300" w:lineRule="auto"/>
      </w:pPr>
      <w:r>
        <w:rPr>
          <w:rFonts w:ascii="Times New Roman" w:hAnsi="Times New Roman" w:eastAsia="宋体"/>
          <w:b w:val="0"/>
          <w:i w:val="0"/>
          <w:color w:val="333333"/>
          <w:sz w:val="19"/>
        </w:rPr>
        <w:t>(A) 1　　(B) 2　　(C) 3　　(D) 4　　(E) 5</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如图，一个球内切于一个正圆台。圆台的体积是球体积的两倍。圆台下底半径与上底半径之比是多少？</w:t>
      </w:r>
    </w:p>
    <w:p>
      <w:pPr>
        <w:spacing w:before="80" w:after="80"/>
        <w:jc w:val="center"/>
      </w:pPr>
      <w:r>
        <w:drawing>
          <wp:inline xmlns:a="http://schemas.openxmlformats.org/drawingml/2006/main" xmlns:pic="http://schemas.openxmlformats.org/drawingml/2006/picture">
            <wp:extent cx="723267" cy="572955"/>
            <wp:docPr id="5" name="Picture 5"/>
            <wp:cNvGraphicFramePr>
              <a:graphicFrameLocks noChangeAspect="1"/>
            </wp:cNvGraphicFramePr>
            <a:graphic>
              <a:graphicData uri="http://schemas.openxmlformats.org/drawingml/2006/picture">
                <pic:pic>
                  <pic:nvPicPr>
                    <pic:cNvPr id="0" name="q19-1@300dpi.png"/>
                    <pic:cNvPicPr/>
                  </pic:nvPicPr>
                  <pic:blipFill>
                    <a:blip r:embed="rId11"/>
                    <a:stretch>
                      <a:fillRect/>
                    </a:stretch>
                  </pic:blipFill>
                  <pic:spPr>
                    <a:xfrm>
                      <a:off x="0" y="0"/>
                      <a:ext cx="723267" cy="572955"/>
                    </a:xfrm>
                    <a:prstGeom prst="rect"/>
                  </pic:spPr>
                </pic:pic>
              </a:graphicData>
            </a:graphic>
          </wp:inline>
        </w:drawing>
      </w:r>
    </w:p>
    <w:p>
      <w:pPr>
        <w:spacing w:before="0" w:after="120" w:line="300" w:lineRule="auto"/>
      </w:pPr>
      <w:r>
        <w:rPr>
          <w:rFonts w:ascii="Times New Roman" w:hAnsi="Times New Roman" w:eastAsia="宋体"/>
          <w:b w:val="0"/>
          <w:i w:val="0"/>
          <w:sz w:val="21"/>
        </w:rPr>
        <w:t>（A）3/2　　（B）(1+√(5))/2　　（C）√(3)　　（D）2　　（E）(3+√(5))/2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sphere is inscribed in a truncated right circular cone as shown. The volume of the truncated cone is twice that of the sphere. What is the ratio of the radius of the bottom base of the truncated cone to the radius of the top base of the truncated cone?</w:t>
      </w:r>
    </w:p>
    <w:p>
      <w:pPr>
        <w:spacing w:before="80" w:after="80"/>
        <w:jc w:val="center"/>
      </w:pPr>
      <w:r>
        <w:drawing>
          <wp:inline xmlns:a="http://schemas.openxmlformats.org/drawingml/2006/main" xmlns:pic="http://schemas.openxmlformats.org/drawingml/2006/picture">
            <wp:extent cx="723267" cy="572955"/>
            <wp:docPr id="6" name="Picture 6"/>
            <wp:cNvGraphicFramePr>
              <a:graphicFrameLocks noChangeAspect="1"/>
            </wp:cNvGraphicFramePr>
            <a:graphic>
              <a:graphicData uri="http://schemas.openxmlformats.org/drawingml/2006/picture">
                <pic:pic>
                  <pic:nvPicPr>
                    <pic:cNvPr id="0" name="q19-1@300dpi.png"/>
                    <pic:cNvPicPr/>
                  </pic:nvPicPr>
                  <pic:blipFill>
                    <a:blip r:embed="rId11"/>
                    <a:stretch>
                      <a:fillRect/>
                    </a:stretch>
                  </pic:blipFill>
                  <pic:spPr>
                    <a:xfrm>
                      <a:off x="0" y="0"/>
                      <a:ext cx="723267" cy="572955"/>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3/2　　(B) (1+√(5))/2　　(C) √(3)　　(D) 2　　(E) (3+√(5))/2</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有多少个正整数 x 满足 log₁₀(x - 40) + log₁₀(60 - x) &lt; 2？</w:t>
      </w:r>
    </w:p>
    <w:p>
      <w:pPr>
        <w:spacing w:before="0" w:after="120" w:line="300" w:lineRule="auto"/>
      </w:pPr>
      <w:r>
        <w:rPr>
          <w:rFonts w:ascii="Times New Roman" w:hAnsi="Times New Roman" w:eastAsia="宋体"/>
          <w:b w:val="0"/>
          <w:i w:val="0"/>
          <w:sz w:val="21"/>
        </w:rPr>
        <w:t>（A）10　　（B）18　　（C）19　　（D）20　　（E）无限多个</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how many positive integers x is log₁₀(x - 40) + log₁₀(60 - x) &lt; 2?</w:t>
      </w:r>
    </w:p>
    <w:p>
      <w:pPr>
        <w:spacing w:before="0" w:after="160" w:line="300" w:lineRule="auto"/>
      </w:pPr>
      <w:r>
        <w:rPr>
          <w:rFonts w:ascii="Times New Roman" w:hAnsi="Times New Roman" w:eastAsia="宋体"/>
          <w:b w:val="0"/>
          <w:i w:val="0"/>
          <w:color w:val="333333"/>
          <w:sz w:val="19"/>
        </w:rPr>
        <w:t>(A) 10　　(B) 18　　(C) 19　　(D) 20　　(E) infinitely many</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图中，ABCD 是边长为 1 的正方形。矩形 JKHG 和 EBCF 全等。BE 是多少？</w:t>
      </w:r>
    </w:p>
    <w:p>
      <w:pPr>
        <w:spacing w:before="80" w:after="80"/>
        <w:jc w:val="center"/>
      </w:pPr>
      <w:r>
        <w:drawing>
          <wp:inline xmlns:a="http://schemas.openxmlformats.org/drawingml/2006/main" xmlns:pic="http://schemas.openxmlformats.org/drawingml/2006/picture">
            <wp:extent cx="1953490" cy="1937434"/>
            <wp:docPr id="7" name="Picture 7"/>
            <wp:cNvGraphicFramePr>
              <a:graphicFrameLocks noChangeAspect="1"/>
            </wp:cNvGraphicFramePr>
            <a:graphic>
              <a:graphicData uri="http://schemas.openxmlformats.org/drawingml/2006/picture">
                <pic:pic>
                  <pic:nvPicPr>
                    <pic:cNvPr id="0" name="q21-1@300dpi.png"/>
                    <pic:cNvPicPr/>
                  </pic:nvPicPr>
                  <pic:blipFill>
                    <a:blip r:embed="rId12"/>
                    <a:stretch>
                      <a:fillRect/>
                    </a:stretch>
                  </pic:blipFill>
                  <pic:spPr>
                    <a:xfrm>
                      <a:off x="0" y="0"/>
                      <a:ext cx="1953490" cy="1937434"/>
                    </a:xfrm>
                    <a:prstGeom prst="rect"/>
                  </pic:spPr>
                </pic:pic>
              </a:graphicData>
            </a:graphic>
          </wp:inline>
        </w:drawing>
      </w:r>
    </w:p>
    <w:p>
      <w:pPr>
        <w:spacing w:before="0" w:after="120" w:line="300" w:lineRule="auto"/>
      </w:pPr>
      <w:r>
        <w:rPr>
          <w:rFonts w:ascii="Times New Roman" w:hAnsi="Times New Roman" w:eastAsia="宋体"/>
          <w:b w:val="0"/>
          <w:i w:val="0"/>
          <w:sz w:val="21"/>
        </w:rPr>
        <w:t>（A）1/2(√(6) - 2)　　（B）1/4　　（C）2 - √(3)　　（D）(√(3))/6　　（E）1 - (√(2))/2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figure, ABCD is a square of side length 1. The rectangles JKHG and EBCF are congruent. What is BE?</w:t>
      </w:r>
    </w:p>
    <w:p>
      <w:pPr>
        <w:spacing w:before="80" w:after="80"/>
        <w:jc w:val="center"/>
      </w:pPr>
      <w:r>
        <w:drawing>
          <wp:inline xmlns:a="http://schemas.openxmlformats.org/drawingml/2006/main" xmlns:pic="http://schemas.openxmlformats.org/drawingml/2006/picture">
            <wp:extent cx="1953490" cy="1937434"/>
            <wp:docPr id="8" name="Picture 8"/>
            <wp:cNvGraphicFramePr>
              <a:graphicFrameLocks noChangeAspect="1"/>
            </wp:cNvGraphicFramePr>
            <a:graphic>
              <a:graphicData uri="http://schemas.openxmlformats.org/drawingml/2006/picture">
                <pic:pic>
                  <pic:nvPicPr>
                    <pic:cNvPr id="0" name="q21-1@300dpi.png"/>
                    <pic:cNvPicPr/>
                  </pic:nvPicPr>
                  <pic:blipFill>
                    <a:blip r:embed="rId12"/>
                    <a:stretch>
                      <a:fillRect/>
                    </a:stretch>
                  </pic:blipFill>
                  <pic:spPr>
                    <a:xfrm>
                      <a:off x="0" y="0"/>
                      <a:ext cx="1953490" cy="1937434"/>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1/2(√(6) - 2)　　(B) 1/4　　(C) 2 - √(3)　　(D) (√(3))/6　　(E) 1 - (√(2))/2</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一个小池塘里有十一片睡莲叶排成一行，标号为 0 到 10。一只青蛙坐在标号 1 的睡莲叶上。当青蛙在标号 N 的叶子上，且 0 &lt; N &lt; 10 时，它会以概率 N/10 跳到 N - 1，并以概率 1 - N/10 跳到 N + 1。每次跳跃都与之前的跳跃独立。如果青蛙到达标号 0 的叶子，它会被一条耐心等待的蛇吃掉；如果到达标号 10，它就会离开池塘，不再回来。青蛙逃过被蛇吃掉的概率是多少？</w:t>
      </w:r>
    </w:p>
    <w:p>
      <w:pPr>
        <w:spacing w:before="0" w:after="120" w:line="300" w:lineRule="auto"/>
      </w:pPr>
      <w:r>
        <w:rPr>
          <w:rFonts w:ascii="Times New Roman" w:hAnsi="Times New Roman" w:eastAsia="宋体"/>
          <w:b w:val="0"/>
          <w:i w:val="0"/>
          <w:sz w:val="21"/>
        </w:rPr>
        <w:t>（A）32/79　　（B）161/384　　（C）63/146　　（D）7/16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a small pond there are eleven lily pads in a row labeled 0 through 10. A frog is sitting on pad 1. When the frog is on pad N, 0 &lt; N &lt; 10, it will jump to pad N - 1 with probability N/10 and to pad N + 1 with probability 1 - N/10. Each jump is independent of the previous jumps. If the frog reaches pad 0 it will be eaten by a patiently waiting snake. If the frog reaches pad 10 it will exit the pond, never to return. What is the probability that the frog will escape being eaten by the snake?</w:t>
      </w:r>
    </w:p>
    <w:p>
      <w:pPr>
        <w:spacing w:before="0" w:after="160" w:line="300" w:lineRule="auto"/>
      </w:pPr>
      <w:r>
        <w:rPr>
          <w:rFonts w:ascii="Times New Roman" w:hAnsi="Times New Roman" w:eastAsia="宋体"/>
          <w:b w:val="0"/>
          <w:i w:val="0"/>
          <w:color w:val="333333"/>
          <w:sz w:val="19"/>
        </w:rPr>
        <w:t>(A) 32/79　　(B) 161/384　　(C) 63/146　　(D) 7/16　　(E) 1/2</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数 2017 是质数。设 S = Σₖ₌₀⁶² C(2014, k)。S 除以 2017 的余数是多少？</w:t>
      </w:r>
    </w:p>
    <w:p>
      <w:pPr>
        <w:spacing w:before="0" w:after="120" w:line="300" w:lineRule="auto"/>
      </w:pPr>
      <w:r>
        <w:rPr>
          <w:rFonts w:ascii="Times New Roman" w:hAnsi="Times New Roman" w:eastAsia="宋体"/>
          <w:b w:val="0"/>
          <w:i w:val="0"/>
          <w:sz w:val="21"/>
        </w:rPr>
        <w:t>（A）32　　（B）684　　（C）1024　　（D）1576　　（E）2016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 2017 is prime. Let S = Σₖ₌₀⁶² C(2014, k). What is the remainder when S is divided by 2017?</w:t>
      </w:r>
    </w:p>
    <w:p>
      <w:pPr>
        <w:spacing w:before="0" w:after="160" w:line="300" w:lineRule="auto"/>
      </w:pPr>
      <w:r>
        <w:rPr>
          <w:rFonts w:ascii="Times New Roman" w:hAnsi="Times New Roman" w:eastAsia="宋体"/>
          <w:b w:val="0"/>
          <w:i w:val="0"/>
          <w:color w:val="333333"/>
          <w:sz w:val="19"/>
        </w:rPr>
        <w:t>(A) 32　　(B) 684　　(C) 1024　　(D) 1576　　(E) 2016</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设 ABCDE 是一个内接于圆的五边形，满足 AB = CD = 3，BC = DE = 10，且 AE = 14。ABCDE 所有对角线长度之和等于 m/n，其中 m 和 n 是互质正整数。m + n 是多少？</w:t>
      </w:r>
    </w:p>
    <w:p>
      <w:pPr>
        <w:spacing w:before="0" w:after="120" w:line="300" w:lineRule="auto"/>
      </w:pPr>
      <w:r>
        <w:rPr>
          <w:rFonts w:ascii="Times New Roman" w:hAnsi="Times New Roman" w:eastAsia="宋体"/>
          <w:b w:val="0"/>
          <w:i w:val="0"/>
          <w:sz w:val="21"/>
        </w:rPr>
        <w:t>（A）129　　（B）247　　（C）353　　（D）391　　（E）421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ABCDE be a pentagon inscribed in a circle such that AB = CD = 3, BC = DE = 10, and AE = 14. The sum of the lengths of all diagonals of ABCDE is equal to m/n, where m and n are relatively prime positive integers. What is m + n?</w:t>
      </w:r>
    </w:p>
    <w:p>
      <w:pPr>
        <w:spacing w:before="0" w:after="160" w:line="300" w:lineRule="auto"/>
      </w:pPr>
      <w:r>
        <w:rPr>
          <w:rFonts w:ascii="Times New Roman" w:hAnsi="Times New Roman" w:eastAsia="宋体"/>
          <w:b w:val="0"/>
          <w:i w:val="0"/>
          <w:color w:val="333333"/>
          <w:sz w:val="19"/>
        </w:rPr>
        <w:t>(A) 129　　(B) 247　　(C) 353　　(D) 391　　(E) 421</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下面方程的所有正实数解 x 之和是多少？</w:t>
      </w:r>
    </w:p>
    <w:p>
      <w:pPr>
        <w:spacing w:before="0" w:after="80" w:line="300" w:lineRule="auto"/>
        <w:jc w:val="left"/>
      </w:pPr>
      <w:r>
        <w:rPr>
          <w:rFonts w:ascii="Times New Roman" w:hAnsi="Times New Roman" w:eastAsia="宋体"/>
          <w:b w:val="0"/>
          <w:i w:val="0"/>
          <w:sz w:val="21"/>
        </w:rPr>
        <w:t>small 2cos(2x)(cos(2x) - cos(2014π²/x))</w:t>
      </w:r>
    </w:p>
    <w:p>
      <w:pPr>
        <w:spacing w:before="0" w:after="80" w:line="300" w:lineRule="auto"/>
        <w:jc w:val="left"/>
      </w:pPr>
      <w:r>
        <w:rPr>
          <w:rFonts w:ascii="Times New Roman" w:hAnsi="Times New Roman" w:eastAsia="宋体"/>
          <w:b w:val="0"/>
          <w:i w:val="0"/>
          <w:sz w:val="21"/>
        </w:rPr>
        <w:t>= cos(4x) - 1</w:t>
      </w:r>
    </w:p>
    <w:p>
      <w:pPr>
        <w:spacing w:before="0" w:after="80" w:line="300" w:lineRule="auto"/>
        <w:jc w:val="left"/>
      </w:pPr>
      <w:r>
        <w:rPr>
          <w:rFonts w:ascii="Times New Roman" w:hAnsi="Times New Roman" w:eastAsia="宋体"/>
          <w:b w:val="0"/>
          <w:i w:val="0"/>
          <w:sz w:val="21"/>
        </w:rPr>
        <w:t>？</w:t>
      </w:r>
    </w:p>
    <w:p>
      <w:pPr>
        <w:spacing w:before="0" w:after="120" w:line="300" w:lineRule="auto"/>
      </w:pPr>
      <w:r>
        <w:rPr>
          <w:rFonts w:ascii="Times New Roman" w:hAnsi="Times New Roman" w:eastAsia="宋体"/>
          <w:b w:val="0"/>
          <w:i w:val="0"/>
          <w:sz w:val="21"/>
        </w:rPr>
        <w:t>（A）π　　（B）810π　　（C）1008π　　（D）1080π　　（E）1800π</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sum of all positive real solutions x to the equation</w:t>
      </w:r>
    </w:p>
    <w:p>
      <w:pPr>
        <w:spacing w:before="0" w:after="80" w:line="300" w:lineRule="auto"/>
        <w:jc w:val="left"/>
      </w:pPr>
      <w:r>
        <w:rPr>
          <w:rFonts w:ascii="Times New Roman" w:hAnsi="Times New Roman" w:eastAsia="宋体"/>
          <w:b w:val="0"/>
          <w:i w:val="0"/>
          <w:color w:val="333333"/>
          <w:sz w:val="19"/>
        </w:rPr>
        <w:t>small 2cos(2x)(cos(2x) - cos(2014π²/x))</w:t>
      </w:r>
    </w:p>
    <w:p>
      <w:pPr>
        <w:spacing w:before="0" w:after="80" w:line="300" w:lineRule="auto"/>
        <w:jc w:val="left"/>
      </w:pPr>
      <w:r>
        <w:rPr>
          <w:rFonts w:ascii="Times New Roman" w:hAnsi="Times New Roman" w:eastAsia="宋体"/>
          <w:b w:val="0"/>
          <w:i w:val="0"/>
          <w:color w:val="333333"/>
          <w:sz w:val="19"/>
        </w:rPr>
        <w:t>= cos(4x) - 1?</w:t>
      </w:r>
    </w:p>
    <w:p>
      <w:pPr>
        <w:spacing w:before="0" w:after="160" w:line="300" w:lineRule="auto"/>
      </w:pPr>
      <w:r>
        <w:rPr>
          <w:rFonts w:ascii="Times New Roman" w:hAnsi="Times New Roman" w:eastAsia="宋体"/>
          <w:b w:val="0"/>
          <w:i w:val="0"/>
          <w:color w:val="333333"/>
          <w:sz w:val="19"/>
        </w:rPr>
        <w:t>(A) π　　(B) 810π　　(C) 1008π　　(D) 1080π　　(E) 1800π</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C　C　E　B　A　D　D　C　B</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D　E　B　C　D　C　E　E　B</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E　B　C　C　C　D　D</w:t>
      </w:r>
    </w:p>
    <w:p>
      <w:pPr>
        <w:spacing w:before="0" w:after="200" w:line="300" w:lineRule="auto"/>
      </w:pPr>
      <w:r>
        <w:rPr>
          <w:rFonts w:ascii="Times New Roman" w:hAnsi="Times New Roman" w:eastAsia="宋体"/>
          <w:b w:val="0"/>
          <w:i w:val="0"/>
          <w:color w:val="666666"/>
          <w:sz w:val="18"/>
        </w:rPr>
        <w:t>答案串：CCEBADDCBDEBCDCEEBEBCCCDD</w:t>
      </w:r>
    </w:p>
    <w:p>
      <w:pPr>
        <w:spacing w:before="200" w:after="80" w:line="300" w:lineRule="auto"/>
      </w:pPr>
      <w:r>
        <w:rPr>
          <w:rFonts w:ascii="Times New Roman" w:hAnsi="Times New Roman" w:eastAsia="宋体"/>
          <w:b/>
          <w:i w:val="0"/>
          <w:sz w:val="23"/>
        </w:rPr>
        <w:t>第 1 题　答案 C</w:t>
      </w:r>
    </w:p>
    <w:p>
      <w:pPr>
        <w:spacing w:before="0" w:after="80" w:line="300" w:lineRule="auto"/>
        <w:jc w:val="left"/>
      </w:pPr>
      <w:r>
        <w:rPr>
          <w:rFonts w:ascii="Times New Roman" w:hAnsi="Times New Roman" w:eastAsia="宋体"/>
          <w:b w:val="0"/>
          <w:i w:val="0"/>
          <w:sz w:val="21"/>
        </w:rPr>
        <w:t>设 n 为五美分硬币的数量，则 Leah 有 13-n 枚一美分硬币。多一枚五美分硬币后，她会有 n+1 枚五美分硬币，这等于一美分硬币的数量：</w:t>
      </w:r>
    </w:p>
    <w:p>
      <w:pPr>
        <w:spacing w:before="0" w:after="80" w:line="300" w:lineRule="auto"/>
        <w:jc w:val="left"/>
      </w:pPr>
      <w:r>
        <w:rPr>
          <w:rFonts w:ascii="Times New Roman" w:hAnsi="Times New Roman" w:eastAsia="宋体"/>
          <w:b w:val="0"/>
          <w:i w:val="0"/>
          <w:sz w:val="21"/>
        </w:rPr>
        <w:t>n+1 = 13-n。</w:t>
      </w:r>
    </w:p>
    <w:p>
      <w:pPr>
        <w:spacing w:before="0" w:after="80" w:line="300" w:lineRule="auto"/>
        <w:jc w:val="left"/>
      </w:pPr>
      <w:r>
        <w:rPr>
          <w:rFonts w:ascii="Times New Roman" w:hAnsi="Times New Roman" w:eastAsia="宋体"/>
          <w:b w:val="0"/>
          <w:i w:val="0"/>
          <w:sz w:val="21"/>
        </w:rPr>
        <w:t>解得 n=6，所以她有 6 枚五美分硬币和 7 枚一美分硬币。</w:t>
      </w:r>
    </w:p>
    <w:p>
      <w:pPr>
        <w:spacing w:before="0" w:after="80" w:line="300" w:lineRule="auto"/>
        <w:jc w:val="left"/>
      </w:pPr>
      <w:r>
        <w:rPr>
          <w:rFonts w:ascii="Times New Roman" w:hAnsi="Times New Roman" w:eastAsia="宋体"/>
          <w:b w:val="0"/>
          <w:i w:val="0"/>
          <w:sz w:val="21"/>
        </w:rPr>
        <w:t>总价值为 6·5 + 7 = 37 美分。</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n be the number of nickels, so Leah has 13-n pennies. One more nickel would give her n+1 nickels, and this equals the number of pennies:</w:t>
      </w:r>
    </w:p>
    <w:p>
      <w:pPr>
        <w:spacing w:before="0" w:after="80" w:line="300" w:lineRule="auto"/>
        <w:jc w:val="left"/>
      </w:pPr>
      <w:r>
        <w:rPr>
          <w:rFonts w:ascii="Times New Roman" w:hAnsi="Times New Roman" w:eastAsia="宋体"/>
          <w:b w:val="0"/>
          <w:i w:val="0"/>
          <w:color w:val="333333"/>
          <w:sz w:val="19"/>
        </w:rPr>
        <w:t>n+1 = 13-n.</w:t>
      </w:r>
    </w:p>
    <w:p>
      <w:pPr>
        <w:spacing w:before="0" w:after="80" w:line="300" w:lineRule="auto"/>
        <w:jc w:val="left"/>
      </w:pPr>
      <w:r>
        <w:rPr>
          <w:rFonts w:ascii="Times New Roman" w:hAnsi="Times New Roman" w:eastAsia="宋体"/>
          <w:b w:val="0"/>
          <w:i w:val="0"/>
          <w:color w:val="333333"/>
          <w:sz w:val="19"/>
        </w:rPr>
        <w:t>Solving gives n=6, so there are 6 nickels and 7 pennies.</w:t>
      </w:r>
    </w:p>
    <w:p>
      <w:pPr>
        <w:spacing w:before="0" w:after="80" w:line="300" w:lineRule="auto"/>
        <w:jc w:val="left"/>
      </w:pPr>
      <w:r>
        <w:rPr>
          <w:rFonts w:ascii="Times New Roman" w:hAnsi="Times New Roman" w:eastAsia="宋体"/>
          <w:b w:val="0"/>
          <w:i w:val="0"/>
          <w:color w:val="333333"/>
          <w:sz w:val="19"/>
        </w:rPr>
        <w:t>The total value is 6·5 + 7 = 37 cents.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C</w:t>
      </w:r>
    </w:p>
    <w:p>
      <w:pPr>
        <w:spacing w:before="0" w:after="80" w:line="300" w:lineRule="auto"/>
        <w:jc w:val="left"/>
      </w:pPr>
      <w:r>
        <w:rPr>
          <w:rFonts w:ascii="Times New Roman" w:hAnsi="Times New Roman" w:eastAsia="宋体"/>
          <w:b w:val="0"/>
          <w:i w:val="0"/>
          <w:sz w:val="21"/>
        </w:rPr>
        <w:t>在特价下，一组两个气球的费用是一个原价气球的 1 + 2/3 = 5/3 倍。</w:t>
      </w:r>
    </w:p>
    <w:p>
      <w:pPr>
        <w:spacing w:before="0" w:after="80" w:line="300" w:lineRule="auto"/>
        <w:jc w:val="left"/>
      </w:pPr>
      <w:r>
        <w:rPr>
          <w:rFonts w:ascii="Times New Roman" w:hAnsi="Times New Roman" w:eastAsia="宋体"/>
          <w:b w:val="0"/>
          <w:i w:val="0"/>
          <w:sz w:val="21"/>
        </w:rPr>
        <w:t>Orvin 的钱按原价可以买 30 个气球，而按特价可以买</w:t>
      </w:r>
    </w:p>
    <w:p>
      <w:pPr>
        <w:spacing w:before="0" w:after="80" w:line="300" w:lineRule="auto"/>
        <w:jc w:val="left"/>
      </w:pPr>
      <w:r>
        <w:rPr>
          <w:rFonts w:ascii="Times New Roman" w:hAnsi="Times New Roman" w:eastAsia="宋体"/>
          <w:b w:val="0"/>
          <w:i w:val="0"/>
          <w:sz w:val="21"/>
        </w:rPr>
        <w:t>30 ÷ 5/3 = 18</w:t>
      </w:r>
    </w:p>
    <w:p>
      <w:pPr>
        <w:spacing w:before="0" w:after="80" w:line="300" w:lineRule="auto"/>
        <w:jc w:val="left"/>
      </w:pPr>
      <w:r>
        <w:rPr>
          <w:rFonts w:ascii="Times New Roman" w:hAnsi="Times New Roman" w:eastAsia="宋体"/>
          <w:b w:val="0"/>
          <w:i w:val="0"/>
          <w:sz w:val="21"/>
        </w:rPr>
        <w:t>组，也就是 36 个气球。</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Under the sale, a pair of balloons costs 1 + 2/3 = 5/3 times the regular price of one balloon.</w:t>
      </w:r>
    </w:p>
    <w:p>
      <w:pPr>
        <w:spacing w:before="0" w:after="80" w:line="300" w:lineRule="auto"/>
        <w:jc w:val="left"/>
      </w:pPr>
      <w:r>
        <w:rPr>
          <w:rFonts w:ascii="Times New Roman" w:hAnsi="Times New Roman" w:eastAsia="宋体"/>
          <w:b w:val="0"/>
          <w:i w:val="0"/>
          <w:color w:val="333333"/>
          <w:sz w:val="19"/>
        </w:rPr>
        <w:t>Orvin’s money buys 30 balloons at the regular price, so he can afford</w:t>
      </w:r>
    </w:p>
    <w:p>
      <w:pPr>
        <w:spacing w:before="0" w:after="80" w:line="300" w:lineRule="auto"/>
        <w:jc w:val="left"/>
      </w:pPr>
      <w:r>
        <w:rPr>
          <w:rFonts w:ascii="Times New Roman" w:hAnsi="Times New Roman" w:eastAsia="宋体"/>
          <w:b w:val="0"/>
          <w:i w:val="0"/>
          <w:color w:val="333333"/>
          <w:sz w:val="19"/>
        </w:rPr>
        <w:t>30 ÷ 5/3 = 18</w:t>
      </w:r>
    </w:p>
    <w:p>
      <w:pPr>
        <w:spacing w:before="0" w:after="80" w:line="300" w:lineRule="auto"/>
        <w:jc w:val="left"/>
      </w:pPr>
      <w:r>
        <w:rPr>
          <w:rFonts w:ascii="Times New Roman" w:hAnsi="Times New Roman" w:eastAsia="宋体"/>
          <w:b w:val="0"/>
          <w:i w:val="0"/>
          <w:color w:val="333333"/>
          <w:sz w:val="19"/>
        </w:rPr>
        <w:t>pairs, which is 36 balloons.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E</w:t>
      </w:r>
    </w:p>
    <w:p>
      <w:pPr>
        <w:spacing w:before="0" w:after="80" w:line="300" w:lineRule="auto"/>
        <w:jc w:val="left"/>
      </w:pPr>
      <w:r>
        <w:rPr>
          <w:rFonts w:ascii="Times New Roman" w:hAnsi="Times New Roman" w:eastAsia="宋体"/>
          <w:b w:val="0"/>
          <w:i w:val="0"/>
          <w:sz w:val="21"/>
        </w:rPr>
        <w:t>铺装路占全程的比例为</w:t>
      </w:r>
    </w:p>
    <w:p>
      <w:pPr>
        <w:spacing w:before="0" w:after="80" w:line="300" w:lineRule="auto"/>
        <w:jc w:val="left"/>
      </w:pPr>
      <w:r>
        <w:rPr>
          <w:rFonts w:ascii="Times New Roman" w:hAnsi="Times New Roman" w:eastAsia="宋体"/>
          <w:b w:val="0"/>
          <w:i w:val="0"/>
          <w:sz w:val="21"/>
        </w:rPr>
        <w:t>1 - 1/3 - 1/5 = 7/15。</w:t>
      </w:r>
    </w:p>
    <w:p>
      <w:pPr>
        <w:spacing w:before="0" w:after="80" w:line="300" w:lineRule="auto"/>
        <w:jc w:val="left"/>
      </w:pPr>
      <w:r>
        <w:rPr>
          <w:rFonts w:ascii="Times New Roman" w:hAnsi="Times New Roman" w:eastAsia="宋体"/>
          <w:b w:val="0"/>
          <w:i w:val="0"/>
          <w:sz w:val="21"/>
        </w:rPr>
        <w:t>因为这部分等于 20 英里，所以全程为</w:t>
      </w:r>
    </w:p>
    <w:p>
      <w:pPr>
        <w:spacing w:before="0" w:after="80" w:line="300" w:lineRule="auto"/>
        <w:jc w:val="left"/>
      </w:pPr>
      <w:r>
        <w:rPr>
          <w:rFonts w:ascii="Times New Roman" w:hAnsi="Times New Roman" w:eastAsia="宋体"/>
          <w:b w:val="0"/>
          <w:i w:val="0"/>
          <w:sz w:val="21"/>
        </w:rPr>
        <w:t>20 ÷ 7/15 = 300/7</w:t>
      </w:r>
    </w:p>
    <w:p>
      <w:pPr>
        <w:spacing w:before="0" w:after="80" w:line="300" w:lineRule="auto"/>
        <w:jc w:val="left"/>
      </w:pPr>
      <w:r>
        <w:rPr>
          <w:rFonts w:ascii="Times New Roman" w:hAnsi="Times New Roman" w:eastAsia="宋体"/>
          <w:b w:val="0"/>
          <w:i w:val="0"/>
          <w:sz w:val="21"/>
        </w:rPr>
        <w:t>英里。</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fraction of the trip on pavement is</w:t>
      </w:r>
    </w:p>
    <w:p>
      <w:pPr>
        <w:spacing w:before="0" w:after="80" w:line="300" w:lineRule="auto"/>
        <w:jc w:val="left"/>
      </w:pPr>
      <w:r>
        <w:rPr>
          <w:rFonts w:ascii="Times New Roman" w:hAnsi="Times New Roman" w:eastAsia="宋体"/>
          <w:b w:val="0"/>
          <w:i w:val="0"/>
          <w:color w:val="333333"/>
          <w:sz w:val="19"/>
        </w:rPr>
        <w:t>1 - 1/3 - 1/5 = 7/15.</w:t>
      </w:r>
    </w:p>
    <w:p>
      <w:pPr>
        <w:spacing w:before="0" w:after="80" w:line="300" w:lineRule="auto"/>
        <w:jc w:val="left"/>
      </w:pPr>
      <w:r>
        <w:rPr>
          <w:rFonts w:ascii="Times New Roman" w:hAnsi="Times New Roman" w:eastAsia="宋体"/>
          <w:b w:val="0"/>
          <w:i w:val="0"/>
          <w:color w:val="333333"/>
          <w:sz w:val="19"/>
        </w:rPr>
        <w:t>Since this equals 20 miles, the whole trip is</w:t>
      </w:r>
    </w:p>
    <w:p>
      <w:pPr>
        <w:spacing w:before="0" w:after="80" w:line="300" w:lineRule="auto"/>
        <w:jc w:val="left"/>
      </w:pPr>
      <w:r>
        <w:rPr>
          <w:rFonts w:ascii="Times New Roman" w:hAnsi="Times New Roman" w:eastAsia="宋体"/>
          <w:b w:val="0"/>
          <w:i w:val="0"/>
          <w:color w:val="333333"/>
          <w:sz w:val="19"/>
        </w:rPr>
        <w:t>20 ÷ 7/15 = 300/7</w:t>
      </w:r>
    </w:p>
    <w:p>
      <w:pPr>
        <w:spacing w:before="0" w:after="80" w:line="300" w:lineRule="auto"/>
        <w:jc w:val="left"/>
      </w:pPr>
      <w:r>
        <w:rPr>
          <w:rFonts w:ascii="Times New Roman" w:hAnsi="Times New Roman" w:eastAsia="宋体"/>
          <w:b w:val="0"/>
          <w:i w:val="0"/>
          <w:color w:val="333333"/>
          <w:sz w:val="19"/>
        </w:rPr>
        <w:t>miles.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B</w:t>
      </w:r>
    </w:p>
    <w:p>
      <w:pPr>
        <w:spacing w:before="0" w:after="80" w:line="300" w:lineRule="auto"/>
        <w:jc w:val="left"/>
      </w:pPr>
      <w:r>
        <w:rPr>
          <w:rFonts w:ascii="Times New Roman" w:hAnsi="Times New Roman" w:eastAsia="宋体"/>
          <w:b w:val="0"/>
          <w:i w:val="0"/>
          <w:sz w:val="21"/>
        </w:rPr>
        <w:t>设一个松饼的价格为 m，一根香蕉的价格为 b，则</w:t>
      </w:r>
    </w:p>
    <w:p>
      <w:pPr>
        <w:spacing w:before="0" w:after="80" w:line="300" w:lineRule="auto"/>
        <w:jc w:val="left"/>
      </w:pPr>
      <w:r>
        <w:rPr>
          <w:rFonts w:ascii="Times New Roman" w:hAnsi="Times New Roman" w:eastAsia="宋体"/>
          <w:b w:val="0"/>
          <w:i w:val="0"/>
          <w:sz w:val="21"/>
        </w:rPr>
        <w:t>2(4m+3b) = 2m+16b。</w:t>
      </w:r>
    </w:p>
    <w:p>
      <w:pPr>
        <w:spacing w:before="0" w:after="80" w:line="300" w:lineRule="auto"/>
        <w:jc w:val="left"/>
      </w:pPr>
      <w:r>
        <w:rPr>
          <w:rFonts w:ascii="Times New Roman" w:hAnsi="Times New Roman" w:eastAsia="宋体"/>
          <w:b w:val="0"/>
          <w:i w:val="0"/>
          <w:sz w:val="21"/>
        </w:rPr>
        <w:t>展开得 8m+6b = 2m+16b，所以 6m = 10b，即 m = 5/3 b。</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 muffin cost m and a banana cost b. Then</w:t>
      </w:r>
    </w:p>
    <w:p>
      <w:pPr>
        <w:spacing w:before="0" w:after="80" w:line="300" w:lineRule="auto"/>
        <w:jc w:val="left"/>
      </w:pPr>
      <w:r>
        <w:rPr>
          <w:rFonts w:ascii="Times New Roman" w:hAnsi="Times New Roman" w:eastAsia="宋体"/>
          <w:b w:val="0"/>
          <w:i w:val="0"/>
          <w:color w:val="333333"/>
          <w:sz w:val="19"/>
        </w:rPr>
        <w:t>2(4m+3b) = 2m+16b.</w:t>
      </w:r>
    </w:p>
    <w:p>
      <w:pPr>
        <w:spacing w:before="0" w:after="80" w:line="300" w:lineRule="auto"/>
        <w:jc w:val="left"/>
      </w:pPr>
      <w:r>
        <w:rPr>
          <w:rFonts w:ascii="Times New Roman" w:hAnsi="Times New Roman" w:eastAsia="宋体"/>
          <w:b w:val="0"/>
          <w:i w:val="0"/>
          <w:color w:val="333333"/>
          <w:sz w:val="19"/>
        </w:rPr>
        <w:t>Expanding gives 8m+6b = 2m+16b, so 6m = 10b and m = 5/3 b.</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A</w:t>
      </w:r>
    </w:p>
    <w:p>
      <w:pPr>
        <w:spacing w:before="0" w:after="80" w:line="300" w:lineRule="auto"/>
        <w:jc w:val="left"/>
      </w:pPr>
      <w:r>
        <w:rPr>
          <w:rFonts w:ascii="Times New Roman" w:hAnsi="Times New Roman" w:eastAsia="宋体"/>
          <w:b w:val="0"/>
          <w:i w:val="0"/>
          <w:sz w:val="21"/>
        </w:rPr>
        <w:t>设每块玻璃片宽 2x，高 5x。窗户横向有 4 块玻璃片和 5 条竖向边框，所以宽为 4(2x) + 5·2 = 8x+10。</w:t>
      </w:r>
    </w:p>
    <w:p>
      <w:pPr>
        <w:spacing w:before="0" w:after="80" w:line="300" w:lineRule="auto"/>
        <w:jc w:val="left"/>
      </w:pPr>
      <w:r>
        <w:rPr>
          <w:rFonts w:ascii="Times New Roman" w:hAnsi="Times New Roman" w:eastAsia="宋体"/>
          <w:b w:val="0"/>
          <w:i w:val="0"/>
          <w:sz w:val="21"/>
        </w:rPr>
        <w:t>窗户纵向有 2 块玻璃片和 3 条横向边框，所以高为 2(5x) + 3·2 = 10x+6。</w:t>
      </w:r>
    </w:p>
    <w:p>
      <w:pPr>
        <w:spacing w:before="0" w:after="80" w:line="300" w:lineRule="auto"/>
        <w:jc w:val="left"/>
      </w:pPr>
      <w:r>
        <w:rPr>
          <w:rFonts w:ascii="Times New Roman" w:hAnsi="Times New Roman" w:eastAsia="宋体"/>
          <w:b w:val="0"/>
          <w:i w:val="0"/>
          <w:sz w:val="21"/>
        </w:rPr>
        <w:t>令宽等于高，得到 8x+10 = 10x+6，所以 x=2，边长为 10·2+6 = 26。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each pane have width 2x and height 5x. The window is 4 panes wide with 5 vertical borders, so its width is 4(2x) + 5·2 = 8x+10.</w:t>
      </w:r>
    </w:p>
    <w:p>
      <w:pPr>
        <w:spacing w:before="0" w:after="80" w:line="300" w:lineRule="auto"/>
        <w:jc w:val="left"/>
      </w:pPr>
      <w:r>
        <w:rPr>
          <w:rFonts w:ascii="Times New Roman" w:hAnsi="Times New Roman" w:eastAsia="宋体"/>
          <w:b w:val="0"/>
          <w:i w:val="0"/>
          <w:color w:val="333333"/>
          <w:sz w:val="19"/>
        </w:rPr>
        <w:t>It is 2 panes tall with 3 horizontal borders, so its height is 2(5x) + 3·2 = 10x+6.</w:t>
      </w:r>
    </w:p>
    <w:p>
      <w:pPr>
        <w:spacing w:before="0" w:after="80" w:line="300" w:lineRule="auto"/>
        <w:jc w:val="left"/>
      </w:pPr>
      <w:r>
        <w:rPr>
          <w:rFonts w:ascii="Times New Roman" w:hAnsi="Times New Roman" w:eastAsia="宋体"/>
          <w:b w:val="0"/>
          <w:i w:val="0"/>
          <w:color w:val="333333"/>
          <w:sz w:val="19"/>
        </w:rPr>
        <w:t>Setting width equal to height gives 8x+10 = 10x+6, so x=2 and the side length is 10·2+6 = 26.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D</w:t>
      </w:r>
    </w:p>
    <w:p>
      <w:pPr>
        <w:spacing w:before="0" w:after="80" w:line="300" w:lineRule="auto"/>
        <w:jc w:val="left"/>
      </w:pPr>
      <w:r>
        <w:rPr>
          <w:rFonts w:ascii="Times New Roman" w:hAnsi="Times New Roman" w:eastAsia="宋体"/>
          <w:b w:val="0"/>
          <w:i w:val="0"/>
          <w:sz w:val="21"/>
        </w:rPr>
        <w:t>设普通杯柠檬水为 a 盎司，则 Ann 的大杯为 3/2 a。 每人喝掉 3/4 后，Ann 剩下 1/4·3/2 a = 3/8 a，她给 Ed 1/3·3/8 a + 2 = 1/8 a + 2 盎司。</w:t>
      </w:r>
    </w:p>
    <w:p>
      <w:pPr>
        <w:spacing w:before="0" w:after="80" w:line="300" w:lineRule="auto"/>
        <w:jc w:val="left"/>
      </w:pPr>
      <w:r>
        <w:rPr>
          <w:rFonts w:ascii="Times New Roman" w:hAnsi="Times New Roman" w:eastAsia="宋体"/>
          <w:b w:val="0"/>
          <w:i w:val="0"/>
          <w:sz w:val="21"/>
        </w:rPr>
        <w:t>Ed 喝了自己的全部 a 盎司再加上这份转给他的饮料，Ann 喝了 3/2 a 减去这份饮料。令二者相等：</w:t>
      </w:r>
    </w:p>
    <w:p>
      <w:pPr>
        <w:spacing w:before="0" w:after="80" w:line="300" w:lineRule="auto"/>
        <w:jc w:val="left"/>
      </w:pPr>
      <w:r>
        <w:rPr>
          <w:rFonts w:ascii="Times New Roman" w:hAnsi="Times New Roman" w:eastAsia="宋体"/>
          <w:b w:val="0"/>
          <w:i w:val="0"/>
          <w:sz w:val="21"/>
        </w:rPr>
        <w:t>a + (1/8 a + 2) = 3/2 a - (1/8 a + 2)，</w:t>
      </w:r>
    </w:p>
    <w:p>
      <w:pPr>
        <w:spacing w:before="0" w:after="80" w:line="300" w:lineRule="auto"/>
        <w:jc w:val="left"/>
      </w:pPr>
      <w:r>
        <w:rPr>
          <w:rFonts w:ascii="Times New Roman" w:hAnsi="Times New Roman" w:eastAsia="宋体"/>
          <w:b w:val="0"/>
          <w:i w:val="0"/>
          <w:sz w:val="21"/>
        </w:rPr>
        <w:t>得 4 = 1/4 a，所以 a = 16。</w:t>
      </w:r>
    </w:p>
    <w:p>
      <w:pPr>
        <w:spacing w:before="0" w:after="80" w:line="300" w:lineRule="auto"/>
        <w:jc w:val="left"/>
      </w:pPr>
      <w:r>
        <w:rPr>
          <w:rFonts w:ascii="Times New Roman" w:hAnsi="Times New Roman" w:eastAsia="宋体"/>
          <w:b w:val="0"/>
          <w:i w:val="0"/>
          <w:sz w:val="21"/>
        </w:rPr>
        <w:t>于是 Ed 喝了 16 盎司，Ann 喝了 24 盎司，总共 40 盎司。</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 regular lemonade hold a ounces, so Ann’s large holds 3/2 a. After each drinks 3/4, Ann has 1/4·3/2 a = 3/8 a left, and she gives Ed 1/3·3/8 a + 2 = 1/8 a + 2 ounces.</w:t>
      </w:r>
    </w:p>
    <w:p>
      <w:pPr>
        <w:spacing w:before="0" w:after="80" w:line="300" w:lineRule="auto"/>
        <w:jc w:val="left"/>
      </w:pPr>
      <w:r>
        <w:rPr>
          <w:rFonts w:ascii="Times New Roman" w:hAnsi="Times New Roman" w:eastAsia="宋体"/>
          <w:b w:val="0"/>
          <w:i w:val="0"/>
          <w:color w:val="333333"/>
          <w:sz w:val="19"/>
        </w:rPr>
        <w:t>Ed drinks his full a ounces plus that gift, and Ann drinks her 3/2 a minus the gift. Setting these equal,</w:t>
      </w:r>
    </w:p>
    <w:p>
      <w:pPr>
        <w:spacing w:before="0" w:after="80" w:line="300" w:lineRule="auto"/>
        <w:jc w:val="left"/>
      </w:pPr>
      <w:r>
        <w:rPr>
          <w:rFonts w:ascii="Times New Roman" w:hAnsi="Times New Roman" w:eastAsia="宋体"/>
          <w:b w:val="0"/>
          <w:i w:val="0"/>
          <w:color w:val="333333"/>
          <w:sz w:val="19"/>
        </w:rPr>
        <w:t>a + (1/8 a + 2) = 3/2 a - (1/8 a + 2),</w:t>
      </w:r>
    </w:p>
    <w:p>
      <w:pPr>
        <w:spacing w:before="0" w:after="80" w:line="300" w:lineRule="auto"/>
        <w:jc w:val="left"/>
      </w:pPr>
      <w:r>
        <w:rPr>
          <w:rFonts w:ascii="Times New Roman" w:hAnsi="Times New Roman" w:eastAsia="宋体"/>
          <w:b w:val="0"/>
          <w:i w:val="0"/>
          <w:color w:val="333333"/>
          <w:sz w:val="19"/>
        </w:rPr>
        <w:t>which gives 4 = 1/4 a, so a = 16.</w:t>
      </w:r>
    </w:p>
    <w:p>
      <w:pPr>
        <w:spacing w:before="0" w:after="80" w:line="300" w:lineRule="auto"/>
        <w:jc w:val="left"/>
      </w:pPr>
      <w:r>
        <w:rPr>
          <w:rFonts w:ascii="Times New Roman" w:hAnsi="Times New Roman" w:eastAsia="宋体"/>
          <w:b w:val="0"/>
          <w:i w:val="0"/>
          <w:color w:val="333333"/>
          <w:sz w:val="19"/>
        </w:rPr>
        <w:t>Then Ed drank 16 ounces and Ann drank 24 ounces, for a total of 40 ounces.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D</w:t>
      </w:r>
    </w:p>
    <w:p>
      <w:pPr>
        <w:spacing w:before="0" w:after="80" w:line="300" w:lineRule="auto"/>
        <w:jc w:val="left"/>
      </w:pPr>
      <w:r>
        <w:rPr>
          <w:rFonts w:ascii="Times New Roman" w:hAnsi="Times New Roman" w:eastAsia="宋体"/>
          <w:b w:val="0"/>
          <w:i w:val="0"/>
          <w:sz w:val="21"/>
        </w:rPr>
        <w:t>写成</w:t>
      </w:r>
    </w:p>
    <w:p>
      <w:pPr>
        <w:spacing w:before="0" w:after="80" w:line="300" w:lineRule="auto"/>
        <w:jc w:val="left"/>
      </w:pPr>
      <w:r>
        <w:rPr>
          <w:rFonts w:ascii="Times New Roman" w:hAnsi="Times New Roman" w:eastAsia="宋体"/>
          <w:b w:val="0"/>
          <w:i w:val="0"/>
          <w:sz w:val="21"/>
        </w:rPr>
        <w:t>n/30-n = 30/30-n - 1。</w:t>
      </w:r>
    </w:p>
    <w:p>
      <w:pPr>
        <w:spacing w:before="0" w:after="80" w:line="300" w:lineRule="auto"/>
        <w:jc w:val="left"/>
      </w:pPr>
      <w:r>
        <w:rPr>
          <w:rFonts w:ascii="Times New Roman" w:hAnsi="Times New Roman" w:eastAsia="宋体"/>
          <w:b w:val="0"/>
          <w:i w:val="0"/>
          <w:sz w:val="21"/>
        </w:rPr>
        <w:t>要使它为正整数，30-n 必须是 30 的正因数，并且 30/30-n ≥ 2，即 30-n ≤ 15。</w:t>
      </w:r>
    </w:p>
    <w:p>
      <w:pPr>
        <w:spacing w:before="0" w:after="80" w:line="300" w:lineRule="auto"/>
        <w:jc w:val="left"/>
      </w:pPr>
      <w:r>
        <w:rPr>
          <w:rFonts w:ascii="Times New Roman" w:hAnsi="Times New Roman" w:eastAsia="宋体"/>
          <w:b w:val="0"/>
          <w:i w:val="0"/>
          <w:sz w:val="21"/>
        </w:rPr>
        <w:t>30 的不超过 15 的因数为 1, 2, 3, 5, 6, 10, 15，给出 7 个 n 的值（即 15, 20, 24, 25, 27, 28, 29）。</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Write</w:t>
      </w:r>
    </w:p>
    <w:p>
      <w:pPr>
        <w:spacing w:before="0" w:after="80" w:line="300" w:lineRule="auto"/>
        <w:jc w:val="left"/>
      </w:pPr>
      <w:r>
        <w:rPr>
          <w:rFonts w:ascii="Times New Roman" w:hAnsi="Times New Roman" w:eastAsia="宋体"/>
          <w:b w:val="0"/>
          <w:i w:val="0"/>
          <w:color w:val="333333"/>
          <w:sz w:val="19"/>
        </w:rPr>
        <w:t>n/30-n = 30/30-n - 1.</w:t>
      </w:r>
    </w:p>
    <w:p>
      <w:pPr>
        <w:spacing w:before="0" w:after="80" w:line="300" w:lineRule="auto"/>
        <w:jc w:val="left"/>
      </w:pPr>
      <w:r>
        <w:rPr>
          <w:rFonts w:ascii="Times New Roman" w:hAnsi="Times New Roman" w:eastAsia="宋体"/>
          <w:b w:val="0"/>
          <w:i w:val="0"/>
          <w:color w:val="333333"/>
          <w:sz w:val="19"/>
        </w:rPr>
        <w:t>For this to be a positive integer, 30-n must be a positive divisor of 30 with 30/30-n ≥ 2, i.e. 30-n ≤ 15.</w:t>
      </w:r>
    </w:p>
    <w:p>
      <w:pPr>
        <w:spacing w:before="0" w:after="80" w:line="300" w:lineRule="auto"/>
        <w:jc w:val="left"/>
      </w:pPr>
      <w:r>
        <w:rPr>
          <w:rFonts w:ascii="Times New Roman" w:hAnsi="Times New Roman" w:eastAsia="宋体"/>
          <w:b w:val="0"/>
          <w:i w:val="0"/>
          <w:color w:val="333333"/>
          <w:sz w:val="19"/>
        </w:rPr>
        <w:t>The divisors of 30 that are at most 15 are 1, 2, 3, 5, 6, 10, 15, giving 7 values of n (namely 15, 20, 24, 25, 27, 28, 29).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C</w:t>
      </w:r>
    </w:p>
    <w:p>
      <w:pPr>
        <w:spacing w:before="0" w:after="80" w:line="300" w:lineRule="auto"/>
        <w:jc w:val="left"/>
      </w:pPr>
      <w:r>
        <w:rPr>
          <w:rFonts w:ascii="Times New Roman" w:hAnsi="Times New Roman" w:eastAsia="宋体"/>
          <w:b w:val="0"/>
          <w:i w:val="0"/>
          <w:sz w:val="21"/>
        </w:rPr>
        <w:t>最左列显示 A+B = D，且没有向外进位，所以 A+B ≤ 9。查看十位和千位（每列都形如 C + 数字 + 进位 仍得到同一个数字）可知 C = 0，并排除所有进位。</w:t>
      </w:r>
    </w:p>
    <w:p>
      <w:pPr>
        <w:spacing w:before="0" w:after="80" w:line="300" w:lineRule="auto"/>
        <w:jc w:val="left"/>
      </w:pPr>
      <w:r>
        <w:rPr>
          <w:rFonts w:ascii="Times New Roman" w:hAnsi="Times New Roman" w:eastAsia="宋体"/>
          <w:b w:val="0"/>
          <w:i w:val="0"/>
          <w:sz w:val="21"/>
        </w:rPr>
        <w:t>每一列于是都化为 A+B = D，且 A, B, C=0 互不相同。因为 A 和 B 是不同的正数字，D = A+B 可以是从 3 到 9 的任意值，共 7 种可能，例如 (A,B,C,D) = (1,2,0,3)，(1,3,0,4), …，(2,7,0,9)。</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leftmost column shows A+B = D with no carry out, so A+B ≤ 9. Examining the tens and thousands columns (each of the form C + digit + carry producing the same digit) forces C = 0 and eliminates all carries.</w:t>
      </w:r>
    </w:p>
    <w:p>
      <w:pPr>
        <w:spacing w:before="0" w:after="80" w:line="300" w:lineRule="auto"/>
        <w:jc w:val="left"/>
      </w:pPr>
      <w:r>
        <w:rPr>
          <w:rFonts w:ascii="Times New Roman" w:hAnsi="Times New Roman" w:eastAsia="宋体"/>
          <w:b w:val="0"/>
          <w:i w:val="0"/>
          <w:color w:val="333333"/>
          <w:sz w:val="19"/>
        </w:rPr>
        <w:t>Every column then reduces to A+B = D, with A, B, C=0 distinct. Since A and B are distinct positive digits, D = A+B can be any value from 3 up to 9, giving 7 possibilities, for example (A,B,C,D) = (1,2,0,3), (1,3,0,4), …, (2,7,0,9).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B</w:t>
      </w:r>
    </w:p>
    <w:p>
      <w:pPr>
        <w:spacing w:before="0" w:after="80" w:line="300" w:lineRule="auto"/>
        <w:jc w:val="left"/>
      </w:pPr>
      <w:r>
        <w:rPr>
          <w:rFonts w:ascii="Times New Roman" w:hAnsi="Times New Roman" w:eastAsia="宋体"/>
          <w:b w:val="0"/>
          <w:i w:val="0"/>
          <w:sz w:val="21"/>
        </w:rPr>
        <w:t>由直角三角形 ABC 中的勾股定理，AC = √(3²+4²) = 5。</w:t>
      </w:r>
    </w:p>
    <w:p>
      <w:pPr>
        <w:spacing w:before="0" w:after="80" w:line="300" w:lineRule="auto"/>
        <w:jc w:val="left"/>
      </w:pPr>
      <w:r>
        <w:rPr>
          <w:rFonts w:ascii="Times New Roman" w:hAnsi="Times New Roman" w:eastAsia="宋体"/>
          <w:b w:val="0"/>
          <w:i w:val="0"/>
          <w:sz w:val="21"/>
        </w:rPr>
        <w:t>因为 5² + 12² = 13²，勾股定理逆定理说明 ∠ DAC = 90°，所以 △ DAC 是直角三角形。</w:t>
      </w:r>
    </w:p>
    <w:p>
      <w:pPr>
        <w:spacing w:before="0" w:after="80" w:line="300" w:lineRule="auto"/>
        <w:jc w:val="left"/>
      </w:pPr>
      <w:r>
        <w:rPr>
          <w:rFonts w:ascii="Times New Roman" w:hAnsi="Times New Roman" w:eastAsia="宋体"/>
          <w:b w:val="0"/>
          <w:i w:val="0"/>
          <w:sz w:val="21"/>
        </w:rPr>
        <w:t>△ ABC 的面积是 1/2·3·4 = 6，△ DAC 的面积是 1/2·5·12 = 30。四边形面积为 6 + 30 = 36。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By the Pythagorean Theorem in right triangle ABC, AC = √(3²+4²) = 5.</w:t>
      </w:r>
    </w:p>
    <w:p>
      <w:pPr>
        <w:spacing w:before="0" w:after="80" w:line="300" w:lineRule="auto"/>
        <w:jc w:val="left"/>
      </w:pPr>
      <w:r>
        <w:rPr>
          <w:rFonts w:ascii="Times New Roman" w:hAnsi="Times New Roman" w:eastAsia="宋体"/>
          <w:b w:val="0"/>
          <w:i w:val="0"/>
          <w:color w:val="333333"/>
          <w:sz w:val="19"/>
        </w:rPr>
        <w:t>Since 5² + 12² = 13², the converse of the Pythagorean Theorem shows ∠ DAC = 90°, so △ DAC is right.</w:t>
      </w:r>
    </w:p>
    <w:p>
      <w:pPr>
        <w:spacing w:before="0" w:after="80" w:line="300" w:lineRule="auto"/>
        <w:jc w:val="left"/>
      </w:pPr>
      <w:r>
        <w:rPr>
          <w:rFonts w:ascii="Times New Roman" w:hAnsi="Times New Roman" w:eastAsia="宋体"/>
          <w:b w:val="0"/>
          <w:i w:val="0"/>
          <w:color w:val="333333"/>
          <w:sz w:val="19"/>
        </w:rPr>
        <w:t>The area of △ ABC is 1/2·3·4 = 6 and the area of △ DAC is 1/2·5·12 = 30. The quadrilateral has area 6 + 30 = 36.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D</w:t>
      </w:r>
    </w:p>
    <w:p>
      <w:pPr>
        <w:spacing w:before="0" w:after="80" w:line="300" w:lineRule="auto"/>
        <w:jc w:val="left"/>
      </w:pPr>
      <w:r>
        <w:rPr>
          <w:rFonts w:ascii="Times New Roman" w:hAnsi="Times New Roman" w:eastAsia="宋体"/>
          <w:b w:val="0"/>
          <w:i w:val="0"/>
          <w:sz w:val="21"/>
        </w:rPr>
        <w:t>行驶距离为 cba - abc = 99(c-a)，是 9 的倍数。以每小时 55 英里行驶整数小时，也使它是 55 的倍数，因此它是 495 的倍数。</w:t>
      </w:r>
    </w:p>
    <w:p>
      <w:pPr>
        <w:spacing w:before="0" w:after="80" w:line="300" w:lineRule="auto"/>
        <w:jc w:val="left"/>
      </w:pPr>
      <w:r>
        <w:rPr>
          <w:rFonts w:ascii="Times New Roman" w:hAnsi="Times New Roman" w:eastAsia="宋体"/>
          <w:b w:val="0"/>
          <w:i w:val="0"/>
          <w:sz w:val="21"/>
        </w:rPr>
        <w:t>由于里程表差值至多是一个 3 位数且 a ≥ 1，距离只能是 495，所以 c - a = 5。</w:t>
      </w:r>
    </w:p>
    <w:p>
      <w:pPr>
        <w:spacing w:before="0" w:after="80" w:line="300" w:lineRule="auto"/>
        <w:jc w:val="left"/>
      </w:pPr>
      <w:r>
        <w:rPr>
          <w:rFonts w:ascii="Times New Roman" w:hAnsi="Times New Roman" w:eastAsia="宋体"/>
          <w:b w:val="0"/>
          <w:i w:val="0"/>
          <w:sz w:val="21"/>
        </w:rPr>
        <w:t>在 a ≥ 1 且 a+b+c ≤ 7 下，唯一可能是 a=1，c=6，b=0。因此 a²+b²+c² = 1 + 0 + 36 = 37。</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distance driven is cba - abc = 99(c-a), a multiple of 9. Driving a whole number of hours at 55 mph makes it a multiple of 55 too, hence a multiple of 495.</w:t>
      </w:r>
    </w:p>
    <w:p>
      <w:pPr>
        <w:spacing w:before="0" w:after="80" w:line="300" w:lineRule="auto"/>
        <w:jc w:val="left"/>
      </w:pPr>
      <w:r>
        <w:rPr>
          <w:rFonts w:ascii="Times New Roman" w:hAnsi="Times New Roman" w:eastAsia="宋体"/>
          <w:b w:val="0"/>
          <w:i w:val="0"/>
          <w:color w:val="333333"/>
          <w:sz w:val="19"/>
        </w:rPr>
        <w:t>Since the odometer difference is at most a 3-digit number and a ≥ 1, the distance must be 495, so c - a = 5.</w:t>
      </w:r>
    </w:p>
    <w:p>
      <w:pPr>
        <w:spacing w:before="0" w:after="80" w:line="300" w:lineRule="auto"/>
        <w:jc w:val="left"/>
      </w:pPr>
      <w:r>
        <w:rPr>
          <w:rFonts w:ascii="Times New Roman" w:hAnsi="Times New Roman" w:eastAsia="宋体"/>
          <w:b w:val="0"/>
          <w:i w:val="0"/>
          <w:color w:val="333333"/>
          <w:sz w:val="19"/>
        </w:rPr>
        <w:t>With a ≥ 1 and a+b+c ≤ 7, the only choice is a=1, c=6, b=0. Then a²+b²+c² = 1 + 0 + 36 = 37.</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E</w:t>
      </w:r>
    </w:p>
    <w:p>
      <w:pPr>
        <w:spacing w:before="0" w:after="80" w:line="300" w:lineRule="auto"/>
        <w:jc w:val="left"/>
      </w:pPr>
      <w:r>
        <w:rPr>
          <w:rFonts w:ascii="Times New Roman" w:hAnsi="Times New Roman" w:eastAsia="宋体"/>
          <w:b w:val="0"/>
          <w:i w:val="0"/>
          <w:sz w:val="21"/>
        </w:rPr>
        <w:t>列表总和为 11 · 10 = 110。 要最大化一个数，应最小化另外十个数的和。</w:t>
      </w:r>
    </w:p>
    <w:p>
      <w:pPr>
        <w:spacing w:before="0" w:after="80" w:line="300" w:lineRule="auto"/>
        <w:jc w:val="left"/>
      </w:pPr>
      <w:r>
        <w:rPr>
          <w:rFonts w:ascii="Times New Roman" w:hAnsi="Times New Roman" w:eastAsia="宋体"/>
          <w:b w:val="0"/>
          <w:i w:val="0"/>
          <w:sz w:val="21"/>
        </w:rPr>
        <w:t>排序后，第六个数必须是 9（中位数），且 8 出现次数必须比其他任何值都多。让 8 出现三次时，最小可能的十个数为</w:t>
      </w:r>
    </w:p>
    <w:p>
      <w:pPr>
        <w:spacing w:before="0" w:after="80" w:line="300" w:lineRule="auto"/>
        <w:jc w:val="left"/>
      </w:pPr>
      <w:r>
        <w:rPr>
          <w:rFonts w:ascii="Times New Roman" w:hAnsi="Times New Roman" w:eastAsia="宋体"/>
          <w:b w:val="0"/>
          <w:i w:val="0"/>
          <w:sz w:val="21"/>
        </w:rPr>
        <w:t>1,1,8,8,8,9,9,10,10,11，</w:t>
      </w:r>
    </w:p>
    <w:p>
      <w:pPr>
        <w:spacing w:before="0" w:after="80" w:line="300" w:lineRule="auto"/>
        <w:jc w:val="left"/>
      </w:pPr>
      <w:r>
        <w:rPr>
          <w:rFonts w:ascii="Times New Roman" w:hAnsi="Times New Roman" w:eastAsia="宋体"/>
          <w:b w:val="0"/>
          <w:i w:val="0"/>
          <w:sz w:val="21"/>
        </w:rPr>
        <w:t>它们的和为 75，并且仍使 8 是唯一众数。</w:t>
      </w:r>
    </w:p>
    <w:p>
      <w:pPr>
        <w:spacing w:before="0" w:after="80" w:line="300" w:lineRule="auto"/>
        <w:jc w:val="left"/>
      </w:pPr>
      <w:r>
        <w:rPr>
          <w:rFonts w:ascii="Times New Roman" w:hAnsi="Times New Roman" w:eastAsia="宋体"/>
          <w:b w:val="0"/>
          <w:i w:val="0"/>
          <w:sz w:val="21"/>
        </w:rPr>
        <w:t>最大项于是为 110 - 75 = 35。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list sums to 11 · 10 = 110. To maximize one entry, minimize the sum of the other ten.</w:t>
      </w:r>
    </w:p>
    <w:p>
      <w:pPr>
        <w:spacing w:before="0" w:after="80" w:line="300" w:lineRule="auto"/>
        <w:jc w:val="left"/>
      </w:pPr>
      <w:r>
        <w:rPr>
          <w:rFonts w:ascii="Times New Roman" w:hAnsi="Times New Roman" w:eastAsia="宋体"/>
          <w:b w:val="0"/>
          <w:i w:val="0"/>
          <w:color w:val="333333"/>
          <w:sz w:val="19"/>
        </w:rPr>
        <w:t>Sorted, the sixth number must be 9 (the median), and 8 must appear more often than any other value. Trying 8 three times, the smallest possible ten numbers are</w:t>
      </w:r>
    </w:p>
    <w:p>
      <w:pPr>
        <w:spacing w:before="0" w:after="80" w:line="300" w:lineRule="auto"/>
        <w:jc w:val="left"/>
      </w:pPr>
      <w:r>
        <w:rPr>
          <w:rFonts w:ascii="Times New Roman" w:hAnsi="Times New Roman" w:eastAsia="宋体"/>
          <w:b w:val="0"/>
          <w:i w:val="0"/>
          <w:color w:val="333333"/>
          <w:sz w:val="19"/>
        </w:rPr>
        <w:t>1,1,8,8,8,9,9,10,10,11,</w:t>
      </w:r>
    </w:p>
    <w:p>
      <w:pPr>
        <w:spacing w:before="0" w:after="80" w:line="300" w:lineRule="auto"/>
        <w:jc w:val="left"/>
      </w:pPr>
      <w:r>
        <w:rPr>
          <w:rFonts w:ascii="Times New Roman" w:hAnsi="Times New Roman" w:eastAsia="宋体"/>
          <w:b w:val="0"/>
          <w:i w:val="0"/>
          <w:color w:val="333333"/>
          <w:sz w:val="19"/>
        </w:rPr>
        <w:t>which sum to 75 and keep 8 the unique mode.</w:t>
      </w:r>
    </w:p>
    <w:p>
      <w:pPr>
        <w:spacing w:before="0" w:after="80" w:line="300" w:lineRule="auto"/>
        <w:jc w:val="left"/>
      </w:pPr>
      <w:r>
        <w:rPr>
          <w:rFonts w:ascii="Times New Roman" w:hAnsi="Times New Roman" w:eastAsia="宋体"/>
          <w:b w:val="0"/>
          <w:i w:val="0"/>
          <w:color w:val="333333"/>
          <w:sz w:val="19"/>
        </w:rPr>
        <w:t>The largest entry is then 110 - 75 = 35.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B</w:t>
      </w:r>
    </w:p>
    <w:p>
      <w:pPr>
        <w:spacing w:before="0" w:after="80" w:line="300" w:lineRule="auto"/>
        <w:jc w:val="left"/>
      </w:pPr>
      <w:r>
        <w:rPr>
          <w:rFonts w:ascii="Times New Roman" w:hAnsi="Times New Roman" w:eastAsia="宋体"/>
          <w:b w:val="0"/>
          <w:i w:val="0"/>
          <w:sz w:val="21"/>
        </w:rPr>
        <w:t>按非递增顺序写出每个三角形的边长。等边三角形只能选一个（它们都相似），并且相似的一对 2,2,1 和 4,4,2 中也只能选一个。</w:t>
      </w:r>
    </w:p>
    <w:p>
      <w:pPr>
        <w:spacing w:before="0" w:after="80" w:line="300" w:lineRule="auto"/>
        <w:jc w:val="left"/>
      </w:pPr>
      <w:r>
        <w:rPr>
          <w:rFonts w:ascii="Times New Roman" w:hAnsi="Times New Roman" w:eastAsia="宋体"/>
          <w:b w:val="0"/>
          <w:i w:val="0"/>
          <w:sz w:val="21"/>
        </w:rPr>
        <w:t>其余有效且两两不相似的三角形为</w:t>
      </w:r>
    </w:p>
    <w:p>
      <w:pPr>
        <w:spacing w:before="0" w:after="80" w:line="300" w:lineRule="auto"/>
        <w:jc w:val="left"/>
      </w:pPr>
      <w:r>
        <w:rPr>
          <w:rFonts w:ascii="Times New Roman" w:hAnsi="Times New Roman" w:eastAsia="宋体"/>
          <w:b w:val="0"/>
          <w:i w:val="0"/>
          <w:sz w:val="21"/>
        </w:rPr>
        <w:t>4 4 3, 4 4 1, 4 3 3, 4 3 2,</w:t>
      </w:r>
    </w:p>
    <w:p>
      <w:pPr>
        <w:spacing w:before="0" w:after="80" w:line="300" w:lineRule="auto"/>
        <w:jc w:val="left"/>
      </w:pPr>
      <w:r>
        <w:rPr>
          <w:rFonts w:ascii="Times New Roman" w:hAnsi="Times New Roman" w:eastAsia="宋体"/>
          <w:b w:val="0"/>
          <w:i w:val="0"/>
          <w:sz w:val="21"/>
        </w:rPr>
        <w:t>3 3 2, 3 3 1, 3 2 2，</w:t>
      </w:r>
    </w:p>
    <w:p>
      <w:pPr>
        <w:spacing w:before="0" w:after="80" w:line="300" w:lineRule="auto"/>
        <w:jc w:val="left"/>
      </w:pPr>
      <w:r>
        <w:rPr>
          <w:rFonts w:ascii="Times New Roman" w:hAnsi="Times New Roman" w:eastAsia="宋体"/>
          <w:b w:val="0"/>
          <w:i w:val="0"/>
          <w:sz w:val="21"/>
        </w:rPr>
        <w:t>一共七个。再加上一个等边三角形和相似对中的一个，S 最多有 9 个元素。</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Write each triangle by its side lengths in nonincreasing order. Only one equilateral triangle is allowed (all are similar), and of the similar pair 2,2,1 and 4,4,2 only one may appear.</w:t>
      </w:r>
    </w:p>
    <w:p>
      <w:pPr>
        <w:spacing w:before="0" w:after="80" w:line="300" w:lineRule="auto"/>
        <w:jc w:val="left"/>
      </w:pPr>
      <w:r>
        <w:rPr>
          <w:rFonts w:ascii="Times New Roman" w:hAnsi="Times New Roman" w:eastAsia="宋体"/>
          <w:b w:val="0"/>
          <w:i w:val="0"/>
          <w:color w:val="333333"/>
          <w:sz w:val="19"/>
        </w:rPr>
        <w:t>The remaining valid, pairwise non-similar triangles are</w:t>
      </w:r>
    </w:p>
    <w:p>
      <w:pPr>
        <w:spacing w:before="0" w:after="80" w:line="300" w:lineRule="auto"/>
        <w:jc w:val="left"/>
      </w:pPr>
      <w:r>
        <w:rPr>
          <w:rFonts w:ascii="Times New Roman" w:hAnsi="Times New Roman" w:eastAsia="宋体"/>
          <w:b w:val="0"/>
          <w:i w:val="0"/>
          <w:color w:val="333333"/>
          <w:sz w:val="19"/>
        </w:rPr>
        <w:t>4 4 3, 4 4 1, 4 3 3, 4 3 2,</w:t>
      </w:r>
    </w:p>
    <w:p>
      <w:pPr>
        <w:spacing w:before="0" w:after="80" w:line="300" w:lineRule="auto"/>
        <w:jc w:val="left"/>
      </w:pPr>
      <w:r>
        <w:rPr>
          <w:rFonts w:ascii="Times New Roman" w:hAnsi="Times New Roman" w:eastAsia="宋体"/>
          <w:b w:val="0"/>
          <w:i w:val="0"/>
          <w:color w:val="333333"/>
          <w:sz w:val="19"/>
        </w:rPr>
        <w:t>3 3 2, 3 3 1, 3 2 2,</w:t>
      </w:r>
    </w:p>
    <w:p>
      <w:pPr>
        <w:spacing w:before="0" w:after="80" w:line="300" w:lineRule="auto"/>
        <w:jc w:val="left"/>
      </w:pPr>
      <w:r>
        <w:rPr>
          <w:rFonts w:ascii="Times New Roman" w:hAnsi="Times New Roman" w:eastAsia="宋体"/>
          <w:b w:val="0"/>
          <w:i w:val="0"/>
          <w:color w:val="333333"/>
          <w:sz w:val="19"/>
        </w:rPr>
        <w:t>seven in all. Together with one equilateral and one of the similar pair, S has at most 9 elements.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C</w:t>
      </w:r>
    </w:p>
    <w:p>
      <w:pPr>
        <w:spacing w:before="0" w:after="80" w:line="300" w:lineRule="auto"/>
        <w:jc w:val="left"/>
      </w:pPr>
      <w:r>
        <w:rPr>
          <w:rFonts w:ascii="Times New Roman" w:hAnsi="Times New Roman" w:eastAsia="宋体"/>
          <w:b w:val="0"/>
          <w:i w:val="0"/>
          <w:sz w:val="21"/>
        </w:rPr>
        <w:t>因为 b 是 1, a, b 中最大的边，不存在这样的三角形当且仅当 b ≥ a+1。因为 1 是 1/b, 1/a, 1 中最大的边，不存在这样的三角形当且仅当 1 ≥ 1/a + 1/b，即 a ≤ b/b-1。</w:t>
      </w:r>
    </w:p>
    <w:p>
      <w:pPr>
        <w:spacing w:before="0" w:after="80" w:line="300" w:lineRule="auto"/>
        <w:jc w:val="left"/>
      </w:pPr>
      <w:r>
        <w:rPr>
          <w:rFonts w:ascii="Times New Roman" w:hAnsi="Times New Roman" w:eastAsia="宋体"/>
          <w:b w:val="0"/>
          <w:i w:val="0"/>
          <w:sz w:val="21"/>
        </w:rPr>
        <w:t>当 a+1 = b 与 a = b/b-1 相交时，同时满足两个条件的 b 最小，得到 b - 1 = b/b-1，即 b² - 3b + 1 = 0。</w:t>
      </w:r>
    </w:p>
    <w:p>
      <w:pPr>
        <w:spacing w:before="0" w:after="80" w:line="300" w:lineRule="auto"/>
        <w:jc w:val="left"/>
      </w:pPr>
      <w:r>
        <w:rPr>
          <w:rFonts w:ascii="Times New Roman" w:hAnsi="Times New Roman" w:eastAsia="宋体"/>
          <w:b w:val="0"/>
          <w:i w:val="0"/>
          <w:sz w:val="21"/>
        </w:rPr>
        <w:t>大于 1 的根为 b = (3+√(5))/2。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b is the largest of 1, a, b, no such triangle exists exactly when b ≥ a+1. Since 1 is the largest of 1/b, 1/a, 1, no such triangle exists exactly when 1 ≥ 1/a + 1/b, that is a ≤ b/b-1.</w:t>
      </w:r>
    </w:p>
    <w:p>
      <w:pPr>
        <w:spacing w:before="0" w:after="80" w:line="300" w:lineRule="auto"/>
        <w:jc w:val="left"/>
      </w:pPr>
      <w:r>
        <w:rPr>
          <w:rFonts w:ascii="Times New Roman" w:hAnsi="Times New Roman" w:eastAsia="宋体"/>
          <w:b w:val="0"/>
          <w:i w:val="0"/>
          <w:color w:val="333333"/>
          <w:sz w:val="19"/>
        </w:rPr>
        <w:t>Both conditions hold with b smallest when a+1 = b and a = b/b-1 meet, giving b - 1 = b/b-1, or b² - 3b + 1 = 0.</w:t>
      </w:r>
    </w:p>
    <w:p>
      <w:pPr>
        <w:spacing w:before="0" w:after="80" w:line="300" w:lineRule="auto"/>
        <w:jc w:val="left"/>
      </w:pPr>
      <w:r>
        <w:rPr>
          <w:rFonts w:ascii="Times New Roman" w:hAnsi="Times New Roman" w:eastAsia="宋体"/>
          <w:b w:val="0"/>
          <w:i w:val="0"/>
          <w:color w:val="333333"/>
          <w:sz w:val="19"/>
        </w:rPr>
        <w:t>The root larger than 1 is b = (3+√(5))/2.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D</w:t>
      </w:r>
    </w:p>
    <w:p>
      <w:pPr>
        <w:spacing w:before="0" w:after="80" w:line="300" w:lineRule="auto"/>
        <w:jc w:val="left"/>
      </w:pPr>
      <w:r>
        <w:rPr>
          <w:rFonts w:ascii="Times New Roman" w:hAnsi="Times New Roman" w:eastAsia="宋体"/>
          <w:b w:val="0"/>
          <w:i w:val="0"/>
          <w:sz w:val="21"/>
        </w:rPr>
        <w:t>设三条边长为 x, y, z，则 xy+yz+zx = 47，且 x+y+z = 12。因此</w:t>
      </w:r>
    </w:p>
    <w:p>
      <w:pPr>
        <w:spacing w:before="0" w:after="80" w:line="300" w:lineRule="auto"/>
        <w:jc w:val="left"/>
      </w:pPr>
      <w:r>
        <w:rPr>
          <w:rFonts w:ascii="Times New Roman" w:hAnsi="Times New Roman" w:eastAsia="宋体"/>
          <w:b w:val="0"/>
          <w:i w:val="0"/>
          <w:sz w:val="21"/>
        </w:rPr>
        <w:t>x²+y²+z² = (x+y+z)²</w:t>
      </w:r>
    </w:p>
    <w:p>
      <w:pPr>
        <w:spacing w:before="0" w:after="80" w:line="300" w:lineRule="auto"/>
        <w:jc w:val="left"/>
      </w:pPr>
      <w:r>
        <w:rPr>
          <w:rFonts w:ascii="Times New Roman" w:hAnsi="Times New Roman" w:eastAsia="宋体"/>
          <w:b w:val="0"/>
          <w:i w:val="0"/>
          <w:sz w:val="21"/>
        </w:rPr>
        <w:t>- 2(xy+yz+zx)</w:t>
      </w:r>
    </w:p>
    <w:p>
      <w:pPr>
        <w:spacing w:before="0" w:after="80" w:line="300" w:lineRule="auto"/>
        <w:jc w:val="left"/>
      </w:pPr>
      <w:r>
        <w:rPr>
          <w:rFonts w:ascii="Times New Roman" w:hAnsi="Times New Roman" w:eastAsia="宋体"/>
          <w:b w:val="0"/>
          <w:i w:val="0"/>
          <w:sz w:val="21"/>
        </w:rPr>
        <w:t>= 144 - 94</w:t>
      </w:r>
    </w:p>
    <w:p>
      <w:pPr>
        <w:spacing w:before="0" w:after="80" w:line="300" w:lineRule="auto"/>
        <w:jc w:val="left"/>
      </w:pPr>
      <w:r>
        <w:rPr>
          <w:rFonts w:ascii="Times New Roman" w:hAnsi="Times New Roman" w:eastAsia="宋体"/>
          <w:b w:val="0"/>
          <w:i w:val="0"/>
          <w:sz w:val="21"/>
        </w:rPr>
        <w:t>= 50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4 条体对角线中的每一条长度为 √(x²+y²+z²) = √(50) = 5√(2)，所以总长度为 4 · 5√(2) = 20√(2)。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edges be x, y, z. Then xy+yz+zx = 47 and x+y+z = 12. Therefore</w:t>
      </w:r>
    </w:p>
    <w:p>
      <w:pPr>
        <w:spacing w:before="0" w:after="80" w:line="300" w:lineRule="auto"/>
        <w:jc w:val="left"/>
      </w:pPr>
      <w:r>
        <w:rPr>
          <w:rFonts w:ascii="Times New Roman" w:hAnsi="Times New Roman" w:eastAsia="宋体"/>
          <w:b w:val="0"/>
          <w:i w:val="0"/>
          <w:color w:val="333333"/>
          <w:sz w:val="19"/>
        </w:rPr>
        <w:t>x²+y²+z² = (x+y+z)²</w:t>
      </w:r>
    </w:p>
    <w:p>
      <w:pPr>
        <w:spacing w:before="0" w:after="80" w:line="300" w:lineRule="auto"/>
        <w:jc w:val="left"/>
      </w:pPr>
      <w:r>
        <w:rPr>
          <w:rFonts w:ascii="Times New Roman" w:hAnsi="Times New Roman" w:eastAsia="宋体"/>
          <w:b w:val="0"/>
          <w:i w:val="0"/>
          <w:color w:val="333333"/>
          <w:sz w:val="19"/>
        </w:rPr>
        <w:t>- 2(xy+yz+zx)</w:t>
      </w:r>
    </w:p>
    <w:p>
      <w:pPr>
        <w:spacing w:before="0" w:after="80" w:line="300" w:lineRule="auto"/>
        <w:jc w:val="left"/>
      </w:pPr>
      <w:r>
        <w:rPr>
          <w:rFonts w:ascii="Times New Roman" w:hAnsi="Times New Roman" w:eastAsia="宋体"/>
          <w:b w:val="0"/>
          <w:i w:val="0"/>
          <w:color w:val="333333"/>
          <w:sz w:val="19"/>
        </w:rPr>
        <w:t>= 144 - 94</w:t>
      </w:r>
    </w:p>
    <w:p>
      <w:pPr>
        <w:spacing w:before="0" w:after="80" w:line="300" w:lineRule="auto"/>
        <w:jc w:val="left"/>
      </w:pPr>
      <w:r>
        <w:rPr>
          <w:rFonts w:ascii="Times New Roman" w:hAnsi="Times New Roman" w:eastAsia="宋体"/>
          <w:b w:val="0"/>
          <w:i w:val="0"/>
          <w:color w:val="333333"/>
          <w:sz w:val="19"/>
        </w:rPr>
        <w:t>= 50.</w:t>
      </w:r>
    </w:p>
    <w:p>
      <w:pPr>
        <w:spacing w:before="0" w:after="80" w:line="300" w:lineRule="auto"/>
        <w:jc w:val="left"/>
      </w:pPr>
      <w:r>
        <w:rPr>
          <w:rFonts w:ascii="Times New Roman" w:hAnsi="Times New Roman" w:eastAsia="宋体"/>
          <w:b w:val="0"/>
          <w:i w:val="0"/>
          <w:color w:val="333333"/>
          <w:sz w:val="19"/>
        </w:rPr>
        <w:t>Each of the 4 interior diagonals has length √(x²+y²+z²) = √(50) = 5√(2), so their total length is 4 · 5√(2) = 20√(2).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C</w:t>
      </w:r>
    </w:p>
    <w:p>
      <w:pPr>
        <w:spacing w:before="0" w:after="80" w:line="300" w:lineRule="auto"/>
        <w:jc w:val="left"/>
      </w:pPr>
      <w:r>
        <w:rPr>
          <w:rFonts w:ascii="Times New Roman" w:hAnsi="Times New Roman" w:eastAsia="宋体"/>
          <w:b w:val="0"/>
          <w:i w:val="0"/>
          <w:sz w:val="21"/>
        </w:rPr>
        <w:t>因为 k ln k = ln(kᵏ)，这个和给出 p = ln(Πₖ₌₁⁶ kᵏ)，所以</w:t>
      </w:r>
    </w:p>
    <w:p>
      <w:pPr>
        <w:spacing w:before="0" w:after="80" w:line="300" w:lineRule="auto"/>
        <w:jc w:val="left"/>
      </w:pPr>
      <w:r>
        <w:rPr>
          <w:rFonts w:ascii="Times New Roman" w:hAnsi="Times New Roman" w:eastAsia="宋体"/>
          <w:b w:val="0"/>
          <w:i w:val="0"/>
          <w:sz w:val="21"/>
        </w:rPr>
        <w:t>eᵖ = 1¹ · 2² · 3³ · 4⁴ · 5⁵ · 6⁶。</w:t>
      </w:r>
    </w:p>
    <w:p>
      <w:pPr>
        <w:spacing w:before="0" w:after="80" w:line="300" w:lineRule="auto"/>
        <w:jc w:val="left"/>
      </w:pPr>
      <w:r>
        <w:rPr>
          <w:rFonts w:ascii="Times New Roman" w:hAnsi="Times New Roman" w:eastAsia="宋体"/>
          <w:b w:val="0"/>
          <w:i w:val="0"/>
          <w:sz w:val="21"/>
        </w:rPr>
        <w:t>因子 2 来自 2²（贡献 2），4⁴ = 2⁸（贡献 8），以及 6⁶ = 2⁶ · 3⁶（贡献 6）。因此 2 的指数总共为 2 + 8 + 6 = 16。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k ln k = ln(kᵏ), the sum gives p = ln(Πₖ₌₁⁶ kᵏ), so</w:t>
      </w:r>
    </w:p>
    <w:p>
      <w:pPr>
        <w:spacing w:before="0" w:after="80" w:line="300" w:lineRule="auto"/>
        <w:jc w:val="left"/>
      </w:pPr>
      <w:r>
        <w:rPr>
          <w:rFonts w:ascii="Times New Roman" w:hAnsi="Times New Roman" w:eastAsia="宋体"/>
          <w:b w:val="0"/>
          <w:i w:val="0"/>
          <w:color w:val="333333"/>
          <w:sz w:val="19"/>
        </w:rPr>
        <w:t>eᵖ = 1¹ · 2² · 3³ · 4⁴ · 5⁵ · 6⁶.</w:t>
      </w:r>
    </w:p>
    <w:p>
      <w:pPr>
        <w:spacing w:before="0" w:after="80" w:line="300" w:lineRule="auto"/>
        <w:jc w:val="left"/>
      </w:pPr>
      <w:r>
        <w:rPr>
          <w:rFonts w:ascii="Times New Roman" w:hAnsi="Times New Roman" w:eastAsia="宋体"/>
          <w:b w:val="0"/>
          <w:i w:val="0"/>
          <w:color w:val="333333"/>
          <w:sz w:val="19"/>
        </w:rPr>
        <w:t>The factors of 2 come from 2² (giving 2), 4⁴ = 2⁸ (giving 8), and 6⁶ = 2⁶ · 3⁶ (giving 6). In total the exponent of 2 is 2 + 8 + 6 = 16.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E</w:t>
      </w:r>
    </w:p>
    <w:p>
      <w:pPr>
        <w:spacing w:before="0" w:after="80" w:line="300" w:lineRule="auto"/>
        <w:jc w:val="left"/>
      </w:pPr>
      <w:r>
        <w:rPr>
          <w:rFonts w:ascii="Times New Roman" w:hAnsi="Times New Roman" w:eastAsia="宋体"/>
          <w:b w:val="0"/>
          <w:i w:val="0"/>
          <w:sz w:val="21"/>
        </w:rPr>
        <w:t>因为 P(0) = k， 写作 P(x) = ax³ + bx² + cx + k。</w:t>
      </w:r>
    </w:p>
    <w:p>
      <w:pPr>
        <w:spacing w:before="0" w:after="80" w:line="300" w:lineRule="auto"/>
        <w:jc w:val="left"/>
      </w:pPr>
      <w:r>
        <w:rPr>
          <w:rFonts w:ascii="Times New Roman" w:hAnsi="Times New Roman" w:eastAsia="宋体"/>
          <w:b w:val="0"/>
          <w:i w:val="0"/>
          <w:sz w:val="21"/>
        </w:rPr>
        <w:t>于是 P(1) = a+b+c+k = 2k，且 P(-1) = -a+b-c+k = 3k。 两式相加得 2b + 2k = 5k， 所以 2b = 3k。</w:t>
      </w:r>
    </w:p>
    <w:p>
      <w:pPr>
        <w:spacing w:before="0" w:after="80" w:line="300" w:lineRule="auto"/>
        <w:jc w:val="left"/>
      </w:pPr>
      <w:r>
        <w:rPr>
          <w:rFonts w:ascii="Times New Roman" w:hAnsi="Times New Roman" w:eastAsia="宋体"/>
          <w:b w:val="0"/>
          <w:i w:val="0"/>
          <w:sz w:val="21"/>
        </w:rPr>
        <w:t>在和中奇次项抵消：</w:t>
      </w:r>
    </w:p>
    <w:p>
      <w:pPr>
        <w:spacing w:before="0" w:after="80" w:line="300" w:lineRule="auto"/>
        <w:jc w:val="left"/>
      </w:pPr>
      <w:r>
        <w:rPr>
          <w:rFonts w:ascii="Times New Roman" w:hAnsi="Times New Roman" w:eastAsia="宋体"/>
          <w:b w:val="0"/>
          <w:i w:val="0"/>
          <w:sz w:val="21"/>
        </w:rPr>
        <w:t>P(2)+P(-2)</w:t>
      </w:r>
    </w:p>
    <w:p>
      <w:pPr>
        <w:spacing w:before="0" w:after="80" w:line="300" w:lineRule="auto"/>
        <w:jc w:val="left"/>
      </w:pPr>
      <w:r>
        <w:rPr>
          <w:rFonts w:ascii="Times New Roman" w:hAnsi="Times New Roman" w:eastAsia="宋体"/>
          <w:b w:val="0"/>
          <w:i w:val="0"/>
          <w:sz w:val="21"/>
        </w:rPr>
        <w:t>= (8a+4b+2c+k)</w:t>
      </w:r>
    </w:p>
    <w:p>
      <w:pPr>
        <w:spacing w:before="0" w:after="80" w:line="300" w:lineRule="auto"/>
        <w:jc w:val="left"/>
      </w:pPr>
      <w:r>
        <w:rPr>
          <w:rFonts w:ascii="Times New Roman" w:hAnsi="Times New Roman" w:eastAsia="宋体"/>
          <w:b w:val="0"/>
          <w:i w:val="0"/>
          <w:sz w:val="21"/>
        </w:rPr>
        <w:t>+ (-8a+4b-2c+k)</w:t>
      </w:r>
    </w:p>
    <w:p>
      <w:pPr>
        <w:spacing w:before="0" w:after="80" w:line="300" w:lineRule="auto"/>
        <w:jc w:val="left"/>
      </w:pPr>
      <w:r>
        <w:rPr>
          <w:rFonts w:ascii="Times New Roman" w:hAnsi="Times New Roman" w:eastAsia="宋体"/>
          <w:b w:val="0"/>
          <w:i w:val="0"/>
          <w:sz w:val="21"/>
        </w:rPr>
        <w:t>= 8b + 2k。</w:t>
      </w:r>
    </w:p>
    <w:p>
      <w:pPr>
        <w:spacing w:before="0" w:after="80" w:line="300" w:lineRule="auto"/>
        <w:jc w:val="left"/>
      </w:pPr>
      <w:r>
        <w:rPr>
          <w:rFonts w:ascii="Times New Roman" w:hAnsi="Times New Roman" w:eastAsia="宋体"/>
          <w:b w:val="0"/>
          <w:i w:val="0"/>
          <w:sz w:val="21"/>
        </w:rPr>
        <w:t>因为 8b = 4(2b) = 12k，所以这个和等于 12k + 2k = 14k。</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P(0) = k, write P(x) = ax³ + bx² + cx + k.</w:t>
      </w:r>
    </w:p>
    <w:p>
      <w:pPr>
        <w:spacing w:before="0" w:after="80" w:line="300" w:lineRule="auto"/>
        <w:jc w:val="left"/>
      </w:pPr>
      <w:r>
        <w:rPr>
          <w:rFonts w:ascii="Times New Roman" w:hAnsi="Times New Roman" w:eastAsia="宋体"/>
          <w:b w:val="0"/>
          <w:i w:val="0"/>
          <w:color w:val="333333"/>
          <w:sz w:val="19"/>
        </w:rPr>
        <w:t>Then P(1) = a+b+c+k = 2k and P(-1) = -a+b-c+k = 3k. Adding these gives 2b + 2k = 5k, so 2b = 3k.</w:t>
      </w:r>
    </w:p>
    <w:p>
      <w:pPr>
        <w:spacing w:before="0" w:after="80" w:line="300" w:lineRule="auto"/>
        <w:jc w:val="left"/>
      </w:pPr>
      <w:r>
        <w:rPr>
          <w:rFonts w:ascii="Times New Roman" w:hAnsi="Times New Roman" w:eastAsia="宋体"/>
          <w:b w:val="0"/>
          <w:i w:val="0"/>
          <w:color w:val="333333"/>
          <w:sz w:val="19"/>
        </w:rPr>
        <w:t>The odd-power terms cancel in the sum:</w:t>
      </w:r>
    </w:p>
    <w:p>
      <w:pPr>
        <w:spacing w:before="0" w:after="80" w:line="300" w:lineRule="auto"/>
        <w:jc w:val="left"/>
      </w:pPr>
      <w:r>
        <w:rPr>
          <w:rFonts w:ascii="Times New Roman" w:hAnsi="Times New Roman" w:eastAsia="宋体"/>
          <w:b w:val="0"/>
          <w:i w:val="0"/>
          <w:color w:val="333333"/>
          <w:sz w:val="19"/>
        </w:rPr>
        <w:t>P(2)+P(-2)</w:t>
      </w:r>
    </w:p>
    <w:p>
      <w:pPr>
        <w:spacing w:before="0" w:after="80" w:line="300" w:lineRule="auto"/>
        <w:jc w:val="left"/>
      </w:pPr>
      <w:r>
        <w:rPr>
          <w:rFonts w:ascii="Times New Roman" w:hAnsi="Times New Roman" w:eastAsia="宋体"/>
          <w:b w:val="0"/>
          <w:i w:val="0"/>
          <w:color w:val="333333"/>
          <w:sz w:val="19"/>
        </w:rPr>
        <w:t>= (8a+4b+2c+k)</w:t>
      </w:r>
    </w:p>
    <w:p>
      <w:pPr>
        <w:spacing w:before="0" w:after="80" w:line="300" w:lineRule="auto"/>
        <w:jc w:val="left"/>
      </w:pPr>
      <w:r>
        <w:rPr>
          <w:rFonts w:ascii="Times New Roman" w:hAnsi="Times New Roman" w:eastAsia="宋体"/>
          <w:b w:val="0"/>
          <w:i w:val="0"/>
          <w:color w:val="333333"/>
          <w:sz w:val="19"/>
        </w:rPr>
        <w:t>+ (-8a+4b-2c+k)</w:t>
      </w:r>
    </w:p>
    <w:p>
      <w:pPr>
        <w:spacing w:before="0" w:after="80" w:line="300" w:lineRule="auto"/>
        <w:jc w:val="left"/>
      </w:pPr>
      <w:r>
        <w:rPr>
          <w:rFonts w:ascii="Times New Roman" w:hAnsi="Times New Roman" w:eastAsia="宋体"/>
          <w:b w:val="0"/>
          <w:i w:val="0"/>
          <w:color w:val="333333"/>
          <w:sz w:val="19"/>
        </w:rPr>
        <w:t>= 8b + 2k.</w:t>
      </w:r>
    </w:p>
    <w:p>
      <w:pPr>
        <w:spacing w:before="0" w:after="80" w:line="300" w:lineRule="auto"/>
        <w:jc w:val="left"/>
      </w:pPr>
      <w:r>
        <w:rPr>
          <w:rFonts w:ascii="Times New Roman" w:hAnsi="Times New Roman" w:eastAsia="宋体"/>
          <w:b w:val="0"/>
          <w:i w:val="0"/>
          <w:color w:val="333333"/>
          <w:sz w:val="19"/>
        </w:rPr>
        <w:t>Since 8b = 4(2b) = 12k, this equals 12k + 2k = 14k.</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E</w:t>
      </w:r>
    </w:p>
    <w:p>
      <w:pPr>
        <w:spacing w:before="0" w:after="80" w:line="300" w:lineRule="auto"/>
        <w:jc w:val="left"/>
      </w:pPr>
      <w:r>
        <w:rPr>
          <w:rFonts w:ascii="Times New Roman" w:hAnsi="Times New Roman" w:eastAsia="宋体"/>
          <w:b w:val="0"/>
          <w:i w:val="0"/>
          <w:sz w:val="21"/>
        </w:rPr>
        <w:t>过 Q 的直线为 y = m(x-20) + 14。代入 y = x² 得</w:t>
      </w:r>
    </w:p>
    <w:p>
      <w:pPr>
        <w:spacing w:before="0" w:after="80" w:line="300" w:lineRule="auto"/>
        <w:jc w:val="left"/>
      </w:pPr>
      <w:r>
        <w:rPr>
          <w:rFonts w:ascii="Times New Roman" w:hAnsi="Times New Roman" w:eastAsia="宋体"/>
          <w:b w:val="0"/>
          <w:i w:val="0"/>
          <w:sz w:val="21"/>
        </w:rPr>
        <w:t>x² - mx + (20m - 14) = 0。</w:t>
      </w:r>
    </w:p>
    <w:p>
      <w:pPr>
        <w:spacing w:before="0" w:after="80" w:line="300" w:lineRule="auto"/>
        <w:jc w:val="left"/>
      </w:pPr>
      <w:r>
        <w:rPr>
          <w:rFonts w:ascii="Times New Roman" w:hAnsi="Times New Roman" w:eastAsia="宋体"/>
          <w:b w:val="0"/>
          <w:i w:val="0"/>
          <w:sz w:val="21"/>
        </w:rPr>
        <w:t>没有交点当且仅当这个方程没有实根，也就是判别式 m² - 4(20m-14) = m² - 80m + 56 为负。这发生在 m² - 80m + 56 = 0 的两个根 r 与 s 之间。</w:t>
      </w:r>
    </w:p>
    <w:p>
      <w:pPr>
        <w:spacing w:before="0" w:after="80" w:line="300" w:lineRule="auto"/>
        <w:jc w:val="left"/>
      </w:pPr>
      <w:r>
        <w:rPr>
          <w:rFonts w:ascii="Times New Roman" w:hAnsi="Times New Roman" w:eastAsia="宋体"/>
          <w:b w:val="0"/>
          <w:i w:val="0"/>
          <w:sz w:val="21"/>
        </w:rPr>
        <w:t>由韦达定理，r + s = 80。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line through Q is y = m(x-20) + 14. Substituting into y = x² gives</w:t>
      </w:r>
    </w:p>
    <w:p>
      <w:pPr>
        <w:spacing w:before="0" w:after="80" w:line="300" w:lineRule="auto"/>
        <w:jc w:val="left"/>
      </w:pPr>
      <w:r>
        <w:rPr>
          <w:rFonts w:ascii="Times New Roman" w:hAnsi="Times New Roman" w:eastAsia="宋体"/>
          <w:b w:val="0"/>
          <w:i w:val="0"/>
          <w:color w:val="333333"/>
          <w:sz w:val="19"/>
        </w:rPr>
        <w:t>x² - mx + (20m - 14) = 0.</w:t>
      </w:r>
    </w:p>
    <w:p>
      <w:pPr>
        <w:spacing w:before="0" w:after="80" w:line="300" w:lineRule="auto"/>
        <w:jc w:val="left"/>
      </w:pPr>
      <w:r>
        <w:rPr>
          <w:rFonts w:ascii="Times New Roman" w:hAnsi="Times New Roman" w:eastAsia="宋体"/>
          <w:b w:val="0"/>
          <w:i w:val="0"/>
          <w:color w:val="333333"/>
          <w:sz w:val="19"/>
        </w:rPr>
        <w:t>There is no intersection exactly when this has no real root, i.e. when the discriminant m² - 4(20m-14) = m² - 80m + 56 is negative. That happens between the two roots r and s of m² - 80m + 56 = 0.</w:t>
      </w:r>
    </w:p>
    <w:p>
      <w:pPr>
        <w:spacing w:before="0" w:after="80" w:line="300" w:lineRule="auto"/>
        <w:jc w:val="left"/>
      </w:pPr>
      <w:r>
        <w:rPr>
          <w:rFonts w:ascii="Times New Roman" w:hAnsi="Times New Roman" w:eastAsia="宋体"/>
          <w:b w:val="0"/>
          <w:i w:val="0"/>
          <w:color w:val="333333"/>
          <w:sz w:val="19"/>
        </w:rPr>
        <w:t>By Vieta’s formulas, r + s = 80.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B</w:t>
      </w:r>
    </w:p>
    <w:p>
      <w:pPr>
        <w:spacing w:before="0" w:after="80" w:line="300" w:lineRule="auto"/>
        <w:jc w:val="left"/>
      </w:pPr>
      <w:r>
        <w:rPr>
          <w:rFonts w:ascii="Times New Roman" w:hAnsi="Times New Roman" w:eastAsia="宋体"/>
          <w:b w:val="0"/>
          <w:i w:val="0"/>
          <w:sz w:val="21"/>
        </w:rPr>
        <w:t>任意单个数字都能得到 1 到 5 的和。如果某个连续段的和为 n，剩余数字也组成一个连续段，其和为 15 - n，所以从 10 到 14 的和也自动可以得到。因此，一个排列是坏排列，只可能是因为不能得到 6 或 7。</w:t>
      </w:r>
    </w:p>
    <w:p>
      <w:pPr>
        <w:spacing w:before="0" w:after="80" w:line="300" w:lineRule="auto"/>
        <w:jc w:val="left"/>
      </w:pPr>
      <w:r>
        <w:rPr>
          <w:rFonts w:ascii="Times New Roman" w:hAnsi="Times New Roman" w:eastAsia="宋体"/>
          <w:b w:val="0"/>
          <w:i w:val="0"/>
          <w:sz w:val="21"/>
        </w:rPr>
        <w:t>如果不能得到 6，通过旋转和翻折可设顺序为 1bc5e。数对 {b,c} 不能是 {2,3} 或 {2,4}，所以 e=2；再避开连续段 213，就迫使排列为 14352。如果不能得到 7，将顺序写成 2bc5e。此时 {b,c} 不能是 {3,4} 或 {1,4}，所以 e=4，避开 421 就迫使排列为 23154。</w:t>
      </w:r>
    </w:p>
    <w:p>
      <w:pPr>
        <w:spacing w:before="0" w:after="80" w:line="300" w:lineRule="auto"/>
        <w:jc w:val="left"/>
      </w:pPr>
      <w:r>
        <w:rPr>
          <w:rFonts w:ascii="Times New Roman" w:hAnsi="Times New Roman" w:eastAsia="宋体"/>
          <w:b w:val="0"/>
          <w:i w:val="0"/>
          <w:sz w:val="21"/>
        </w:rPr>
        <w:t>在旋转和翻折意义下，只有这两个坏排列。</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Any single number covers sums 1 through 5. If a consecutive block sums to n, the remaining numbers form a consecutive block summing to 15 - n, so sums 10 through 14 are automatically covered as well. Thus an arrangement is bad only if it fails to produce 6 or 7.</w:t>
      </w:r>
    </w:p>
    <w:p>
      <w:pPr>
        <w:spacing w:before="0" w:after="80" w:line="300" w:lineRule="auto"/>
        <w:jc w:val="left"/>
      </w:pPr>
      <w:r>
        <w:rPr>
          <w:rFonts w:ascii="Times New Roman" w:hAnsi="Times New Roman" w:eastAsia="宋体"/>
          <w:b w:val="0"/>
          <w:i w:val="0"/>
          <w:color w:val="333333"/>
          <w:sz w:val="19"/>
        </w:rPr>
        <w:t>If 6 cannot be formed, rotate and reflect so the order is 1bc5e. The pair {b,c} cannot be {2,3} or {2,4}, so e=2; avoiding the block 213 then forces 14352. If 7 cannot be formed, write the order as 2bc5e. Now {b,c} cannot be {3,4} or {1,4}, so e=4, and avoiding 421 forces 23154.</w:t>
      </w:r>
    </w:p>
    <w:p>
      <w:pPr>
        <w:spacing w:before="0" w:after="80" w:line="300" w:lineRule="auto"/>
        <w:jc w:val="left"/>
      </w:pPr>
      <w:r>
        <w:rPr>
          <w:rFonts w:ascii="Times New Roman" w:hAnsi="Times New Roman" w:eastAsia="宋体"/>
          <w:b w:val="0"/>
          <w:i w:val="0"/>
          <w:color w:val="333333"/>
          <w:sz w:val="19"/>
        </w:rPr>
        <w:t>These are the only two bad arrangements up to rotation and reflection.</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E</w:t>
      </w:r>
    </w:p>
    <w:p>
      <w:pPr>
        <w:spacing w:before="0" w:after="80" w:line="300" w:lineRule="auto"/>
        <w:jc w:val="left"/>
      </w:pPr>
      <w:r>
        <w:rPr>
          <w:rFonts w:ascii="Times New Roman" w:hAnsi="Times New Roman" w:eastAsia="宋体"/>
          <w:b w:val="0"/>
          <w:i w:val="0"/>
          <w:sz w:val="21"/>
        </w:rPr>
        <w:t>设上底半径为 1，下底半径为 r，球半径为 a。球与两个底面都相切，所以圆台的高为 2a。在轴截面中把球心放在 (0,a)；过 (r,0) 和 (1,2a) 的右侧腰所在直线的方程为 2ax+(r-1)y-2ar=0。它到 (0,a) 的距离为 a，所以 (r+1)²=4a²+(r-1)²，从而 r=a²。</w:t>
      </w:r>
    </w:p>
    <w:p>
      <w:pPr>
        <w:spacing w:before="0" w:after="80" w:line="300" w:lineRule="auto"/>
        <w:jc w:val="left"/>
      </w:pPr>
      <w:r>
        <w:rPr>
          <w:rFonts w:ascii="Times New Roman" w:hAnsi="Times New Roman" w:eastAsia="宋体"/>
          <w:b w:val="0"/>
          <w:i w:val="0"/>
          <w:sz w:val="21"/>
        </w:rPr>
        <w:t>圆台体积为 1/3 π (r² + r + 1)(2a)。令它等于球体积的两倍 4/3 π a³，并用 r = a²，得到</w:t>
      </w:r>
    </w:p>
    <w:p>
      <w:pPr>
        <w:spacing w:before="0" w:after="80" w:line="300" w:lineRule="auto"/>
        <w:jc w:val="left"/>
      </w:pPr>
      <w:r>
        <w:rPr>
          <w:rFonts w:ascii="Times New Roman" w:hAnsi="Times New Roman" w:eastAsia="宋体"/>
          <w:b w:val="0"/>
          <w:i w:val="0"/>
          <w:sz w:val="21"/>
        </w:rPr>
        <w:t>a⁴ - 3a² + 1 = 0，</w:t>
      </w:r>
    </w:p>
    <w:p>
      <w:pPr>
        <w:spacing w:before="0" w:after="80" w:line="300" w:lineRule="auto"/>
        <w:jc w:val="left"/>
      </w:pPr>
      <w:r>
        <w:rPr>
          <w:rFonts w:ascii="Times New Roman" w:hAnsi="Times New Roman" w:eastAsia="宋体"/>
          <w:b w:val="0"/>
          <w:i w:val="0"/>
          <w:sz w:val="21"/>
        </w:rPr>
        <w:t>即 r² - 3r + 1 = 0。</w:t>
      </w:r>
    </w:p>
    <w:p>
      <w:pPr>
        <w:spacing w:before="0" w:after="80" w:line="300" w:lineRule="auto"/>
        <w:jc w:val="left"/>
      </w:pPr>
      <w:r>
        <w:rPr>
          <w:rFonts w:ascii="Times New Roman" w:hAnsi="Times New Roman" w:eastAsia="宋体"/>
          <w:b w:val="0"/>
          <w:i w:val="0"/>
          <w:sz w:val="21"/>
        </w:rPr>
        <w:t>正根为 r = (3+√(5))/2。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top radius be 1, the bottom radius r, and the sphere radius a. The sphere touches both bases, so the frustum height is 2a. In an axial cross-section put the sphere center at (0,a); the right slanted side through (r,0) and (1,2a) has equation 2ax+(r-1)y-2ar=0. Its distance from (0,a) is a, so (r+1)²=4a²+(r-1)², giving r=a².</w:t>
      </w:r>
    </w:p>
    <w:p>
      <w:pPr>
        <w:spacing w:before="0" w:after="80" w:line="300" w:lineRule="auto"/>
        <w:jc w:val="left"/>
      </w:pPr>
      <w:r>
        <w:rPr>
          <w:rFonts w:ascii="Times New Roman" w:hAnsi="Times New Roman" w:eastAsia="宋体"/>
          <w:b w:val="0"/>
          <w:i w:val="0"/>
          <w:color w:val="333333"/>
          <w:sz w:val="19"/>
        </w:rPr>
        <w:t>The frustum volume is 1/3 π (r² + r + 1)(2a). Setting it equal to twice the sphere volume 4/3 π a³ and using r = a² yields</w:t>
      </w:r>
    </w:p>
    <w:p>
      <w:pPr>
        <w:spacing w:before="0" w:after="80" w:line="300" w:lineRule="auto"/>
        <w:jc w:val="left"/>
      </w:pPr>
      <w:r>
        <w:rPr>
          <w:rFonts w:ascii="Times New Roman" w:hAnsi="Times New Roman" w:eastAsia="宋体"/>
          <w:b w:val="0"/>
          <w:i w:val="0"/>
          <w:color w:val="333333"/>
          <w:sz w:val="19"/>
        </w:rPr>
        <w:t>a⁴ - 3a² + 1 = 0,</w:t>
      </w:r>
    </w:p>
    <w:p>
      <w:pPr>
        <w:spacing w:before="0" w:after="80" w:line="300" w:lineRule="auto"/>
        <w:jc w:val="left"/>
      </w:pPr>
      <w:r>
        <w:rPr>
          <w:rFonts w:ascii="Times New Roman" w:hAnsi="Times New Roman" w:eastAsia="宋体"/>
          <w:b w:val="0"/>
          <w:i w:val="0"/>
          <w:color w:val="333333"/>
          <w:sz w:val="19"/>
        </w:rPr>
        <w:t>that is r² - 3r + 1 = 0.</w:t>
      </w:r>
    </w:p>
    <w:p>
      <w:pPr>
        <w:spacing w:before="0" w:after="80" w:line="300" w:lineRule="auto"/>
        <w:jc w:val="left"/>
      </w:pPr>
      <w:r>
        <w:rPr>
          <w:rFonts w:ascii="Times New Roman" w:hAnsi="Times New Roman" w:eastAsia="宋体"/>
          <w:b w:val="0"/>
          <w:i w:val="0"/>
          <w:color w:val="333333"/>
          <w:sz w:val="19"/>
        </w:rPr>
        <w:t>The positive root is r = (3+√(5))/2.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B</w:t>
      </w:r>
    </w:p>
    <w:p>
      <w:pPr>
        <w:spacing w:before="0" w:after="80" w:line="300" w:lineRule="auto"/>
        <w:jc w:val="left"/>
      </w:pPr>
      <w:r>
        <w:rPr>
          <w:rFonts w:ascii="Times New Roman" w:hAnsi="Times New Roman" w:eastAsia="宋体"/>
          <w:b w:val="0"/>
          <w:i w:val="0"/>
          <w:sz w:val="21"/>
        </w:rPr>
        <w:t>只有当 x - 40 &gt; 0 且 60 - x &gt; 0 时，对数才有定义，所以 40 &lt; x &lt; 60。</w:t>
      </w:r>
    </w:p>
    <w:p>
      <w:pPr>
        <w:spacing w:before="0" w:after="80" w:line="300" w:lineRule="auto"/>
        <w:jc w:val="left"/>
      </w:pPr>
      <w:r>
        <w:rPr>
          <w:rFonts w:ascii="Times New Roman" w:hAnsi="Times New Roman" w:eastAsia="宋体"/>
          <w:b w:val="0"/>
          <w:i w:val="0"/>
          <w:sz w:val="21"/>
        </w:rPr>
        <w:t>在这个范围内，不等式变为 (x-40)(60-x) &lt; 100，展开得 x² - 100x + 2500 &gt; 0，即 (x-50)² &gt; 0。这对所有 x ≠ 50 成立。</w:t>
      </w:r>
    </w:p>
    <w:p>
      <w:pPr>
        <w:spacing w:before="0" w:after="80" w:line="300" w:lineRule="auto"/>
        <w:jc w:val="left"/>
      </w:pPr>
      <w:r>
        <w:rPr>
          <w:rFonts w:ascii="Times New Roman" w:hAnsi="Times New Roman" w:eastAsia="宋体"/>
          <w:b w:val="0"/>
          <w:i w:val="0"/>
          <w:sz w:val="21"/>
        </w:rPr>
        <w:t>严格介于 40 和 60 之间且不等于 50 的整数为 41, …, 49 和 51, …, 59，共 18 个。</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logarithms are defined only when x - 40 &gt; 0 and 60 - x &gt; 0, so 40 &lt; x &lt; 60.</w:t>
      </w:r>
    </w:p>
    <w:p>
      <w:pPr>
        <w:spacing w:before="0" w:after="80" w:line="300" w:lineRule="auto"/>
        <w:jc w:val="left"/>
      </w:pPr>
      <w:r>
        <w:rPr>
          <w:rFonts w:ascii="Times New Roman" w:hAnsi="Times New Roman" w:eastAsia="宋体"/>
          <w:b w:val="0"/>
          <w:i w:val="0"/>
          <w:color w:val="333333"/>
          <w:sz w:val="19"/>
        </w:rPr>
        <w:t>Within this range the inequality becomes (x-40)(60-x) &lt; 100, which expands to x² - 100x + 2500 &gt; 0, i.e. (x-50)² &gt; 0. This holds for every x ≠ 50.</w:t>
      </w:r>
    </w:p>
    <w:p>
      <w:pPr>
        <w:spacing w:before="0" w:after="80" w:line="300" w:lineRule="auto"/>
        <w:jc w:val="left"/>
      </w:pPr>
      <w:r>
        <w:rPr>
          <w:rFonts w:ascii="Times New Roman" w:hAnsi="Times New Roman" w:eastAsia="宋体"/>
          <w:b w:val="0"/>
          <w:i w:val="0"/>
          <w:color w:val="333333"/>
          <w:sz w:val="19"/>
        </w:rPr>
        <w:t>The integers strictly between 40 and 60 except 50 are 41, …, 49 and 51, …, 59, which is 18 values.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C</w:t>
      </w:r>
    </w:p>
    <w:p>
      <w:pPr>
        <w:spacing w:before="0" w:after="80" w:line="300" w:lineRule="auto"/>
        <w:jc w:val="left"/>
      </w:pPr>
      <w:r>
        <w:rPr>
          <w:rFonts w:ascii="Times New Roman" w:hAnsi="Times New Roman" w:eastAsia="宋体"/>
          <w:b w:val="0"/>
          <w:i w:val="0"/>
          <w:sz w:val="21"/>
        </w:rPr>
        <w:t>设 x = BE = GH = CF，并设 θ = ∠ DHG = ∠ AGJ = ∠ FKH， 其中 AD = GJ = HK = 1。 在直角三角形 GDH 中，x sinθ = DG = 1 - cosθ， 所以 x = (1 - cosθ)/sinθ。</w:t>
      </w:r>
    </w:p>
    <w:p>
      <w:pPr>
        <w:spacing w:before="0" w:after="80" w:line="300" w:lineRule="auto"/>
        <w:jc w:val="left"/>
      </w:pPr>
      <w:r>
        <w:rPr>
          <w:rFonts w:ascii="Times New Roman" w:hAnsi="Times New Roman" w:eastAsia="宋体"/>
          <w:b w:val="0"/>
          <w:i w:val="0"/>
          <w:sz w:val="21"/>
        </w:rPr>
        <w:t>沿边 CD，有</w:t>
      </w:r>
    </w:p>
    <w:p>
      <w:pPr>
        <w:spacing w:before="0" w:after="80" w:line="300" w:lineRule="auto"/>
        <w:jc w:val="left"/>
      </w:pPr>
      <w:r>
        <w:rPr>
          <w:rFonts w:ascii="Times New Roman" w:hAnsi="Times New Roman" w:eastAsia="宋体"/>
          <w:b w:val="0"/>
          <w:i w:val="0"/>
          <w:sz w:val="21"/>
        </w:rPr>
        <w:t>1 = CF + FH + HD</w:t>
      </w:r>
    </w:p>
    <w:p>
      <w:pPr>
        <w:spacing w:before="0" w:after="80" w:line="300" w:lineRule="auto"/>
        <w:jc w:val="left"/>
      </w:pPr>
      <w:r>
        <w:rPr>
          <w:rFonts w:ascii="Times New Roman" w:hAnsi="Times New Roman" w:eastAsia="宋体"/>
          <w:b w:val="0"/>
          <w:i w:val="0"/>
          <w:sz w:val="21"/>
        </w:rPr>
        <w:t>= x + sinθ + xcosθ。</w:t>
      </w:r>
    </w:p>
    <w:p>
      <w:pPr>
        <w:spacing w:before="0" w:after="80" w:line="300" w:lineRule="auto"/>
        <w:jc w:val="left"/>
      </w:pPr>
      <w:r>
        <w:rPr>
          <w:rFonts w:ascii="Times New Roman" w:hAnsi="Times New Roman" w:eastAsia="宋体"/>
          <w:b w:val="0"/>
          <w:i w:val="0"/>
          <w:sz w:val="21"/>
        </w:rPr>
        <w:t>代入 x，得</w:t>
      </w:r>
    </w:p>
    <w:p>
      <w:pPr>
        <w:spacing w:before="0" w:after="80" w:line="300" w:lineRule="auto"/>
        <w:jc w:val="left"/>
      </w:pPr>
      <w:r>
        <w:rPr>
          <w:rFonts w:ascii="Times New Roman" w:hAnsi="Times New Roman" w:eastAsia="宋体"/>
          <w:b w:val="0"/>
          <w:i w:val="0"/>
          <w:sz w:val="21"/>
        </w:rPr>
        <w:t>1 = ((1-cosθ)(1+cosθ))/sinθ</w:t>
      </w:r>
    </w:p>
    <w:p>
      <w:pPr>
        <w:spacing w:before="0" w:after="80" w:line="300" w:lineRule="auto"/>
        <w:jc w:val="left"/>
      </w:pPr>
      <w:r>
        <w:rPr>
          <w:rFonts w:ascii="Times New Roman" w:hAnsi="Times New Roman" w:eastAsia="宋体"/>
          <w:b w:val="0"/>
          <w:i w:val="0"/>
          <w:sz w:val="21"/>
        </w:rPr>
        <w:t>+ sinθ</w:t>
      </w:r>
    </w:p>
    <w:p>
      <w:pPr>
        <w:spacing w:before="0" w:after="80" w:line="300" w:lineRule="auto"/>
        <w:jc w:val="left"/>
      </w:pPr>
      <w:r>
        <w:rPr>
          <w:rFonts w:ascii="Times New Roman" w:hAnsi="Times New Roman" w:eastAsia="宋体"/>
          <w:b w:val="0"/>
          <w:i w:val="0"/>
          <w:sz w:val="21"/>
        </w:rPr>
        <w:t>= sin²θ/sinθ</w:t>
      </w:r>
    </w:p>
    <w:p>
      <w:pPr>
        <w:spacing w:before="0" w:after="80" w:line="300" w:lineRule="auto"/>
        <w:jc w:val="left"/>
      </w:pPr>
      <w:r>
        <w:rPr>
          <w:rFonts w:ascii="Times New Roman" w:hAnsi="Times New Roman" w:eastAsia="宋体"/>
          <w:b w:val="0"/>
          <w:i w:val="0"/>
          <w:sz w:val="21"/>
        </w:rPr>
        <w:t>+ sinθ</w:t>
      </w:r>
    </w:p>
    <w:p>
      <w:pPr>
        <w:spacing w:before="0" w:after="80" w:line="300" w:lineRule="auto"/>
        <w:jc w:val="left"/>
      </w:pPr>
      <w:r>
        <w:rPr>
          <w:rFonts w:ascii="Times New Roman" w:hAnsi="Times New Roman" w:eastAsia="宋体"/>
          <w:b w:val="0"/>
          <w:i w:val="0"/>
          <w:sz w:val="21"/>
        </w:rPr>
        <w:t>= 2sinθ。</w:t>
      </w:r>
    </w:p>
    <w:p>
      <w:pPr>
        <w:spacing w:before="0" w:after="80" w:line="300" w:lineRule="auto"/>
        <w:jc w:val="left"/>
      </w:pPr>
      <w:r>
        <w:rPr>
          <w:rFonts w:ascii="Times New Roman" w:hAnsi="Times New Roman" w:eastAsia="宋体"/>
          <w:b w:val="0"/>
          <w:i w:val="0"/>
          <w:sz w:val="21"/>
        </w:rPr>
        <w:t>因此 sinθ = 1/2， 所以 θ = 30°，并且</w:t>
      </w:r>
    </w:p>
    <w:p>
      <w:pPr>
        <w:spacing w:before="0" w:after="80" w:line="300" w:lineRule="auto"/>
        <w:jc w:val="left"/>
      </w:pPr>
      <w:r>
        <w:rPr>
          <w:rFonts w:ascii="Times New Roman" w:hAnsi="Times New Roman" w:eastAsia="宋体"/>
          <w:b w:val="0"/>
          <w:i w:val="0"/>
          <w:sz w:val="21"/>
        </w:rPr>
        <w:t>x = (1 - (√(3))/2)/(1/2) = 2 - √(3)。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x = BE = GH = CF and θ = ∠ DHG = ∠ AGJ = ∠ FKH, with AD = GJ = HK = 1. In right triangle GDH, x sinθ = DG = 1 - cosθ, so x = (1 - cosθ)/sinθ.</w:t>
      </w:r>
    </w:p>
    <w:p>
      <w:pPr>
        <w:spacing w:before="0" w:after="80" w:line="300" w:lineRule="auto"/>
        <w:jc w:val="left"/>
      </w:pPr>
      <w:r>
        <w:rPr>
          <w:rFonts w:ascii="Times New Roman" w:hAnsi="Times New Roman" w:eastAsia="宋体"/>
          <w:b w:val="0"/>
          <w:i w:val="0"/>
          <w:color w:val="333333"/>
          <w:sz w:val="19"/>
        </w:rPr>
        <w:t>Along side CD,</w:t>
      </w:r>
    </w:p>
    <w:p>
      <w:pPr>
        <w:spacing w:before="0" w:after="80" w:line="300" w:lineRule="auto"/>
        <w:jc w:val="left"/>
      </w:pPr>
      <w:r>
        <w:rPr>
          <w:rFonts w:ascii="Times New Roman" w:hAnsi="Times New Roman" w:eastAsia="宋体"/>
          <w:b w:val="0"/>
          <w:i w:val="0"/>
          <w:color w:val="333333"/>
          <w:sz w:val="19"/>
        </w:rPr>
        <w:t>1 = CF + FH + HD</w:t>
      </w:r>
    </w:p>
    <w:p>
      <w:pPr>
        <w:spacing w:before="0" w:after="80" w:line="300" w:lineRule="auto"/>
        <w:jc w:val="left"/>
      </w:pPr>
      <w:r>
        <w:rPr>
          <w:rFonts w:ascii="Times New Roman" w:hAnsi="Times New Roman" w:eastAsia="宋体"/>
          <w:b w:val="0"/>
          <w:i w:val="0"/>
          <w:color w:val="333333"/>
          <w:sz w:val="19"/>
        </w:rPr>
        <w:t>= x + sinθ + xcosθ.</w:t>
      </w:r>
    </w:p>
    <w:p>
      <w:pPr>
        <w:spacing w:before="0" w:after="80" w:line="300" w:lineRule="auto"/>
        <w:jc w:val="left"/>
      </w:pPr>
      <w:r>
        <w:rPr>
          <w:rFonts w:ascii="Times New Roman" w:hAnsi="Times New Roman" w:eastAsia="宋体"/>
          <w:b w:val="0"/>
          <w:i w:val="0"/>
          <w:color w:val="333333"/>
          <w:sz w:val="19"/>
        </w:rPr>
        <w:t>Substituting for x gives</w:t>
      </w:r>
    </w:p>
    <w:p>
      <w:pPr>
        <w:spacing w:before="0" w:after="80" w:line="300" w:lineRule="auto"/>
        <w:jc w:val="left"/>
      </w:pPr>
      <w:r>
        <w:rPr>
          <w:rFonts w:ascii="Times New Roman" w:hAnsi="Times New Roman" w:eastAsia="宋体"/>
          <w:b w:val="0"/>
          <w:i w:val="0"/>
          <w:color w:val="333333"/>
          <w:sz w:val="19"/>
        </w:rPr>
        <w:t>1 = ((1-cosθ)(1+cosθ))/sinθ</w:t>
      </w:r>
    </w:p>
    <w:p>
      <w:pPr>
        <w:spacing w:before="0" w:after="80" w:line="300" w:lineRule="auto"/>
        <w:jc w:val="left"/>
      </w:pPr>
      <w:r>
        <w:rPr>
          <w:rFonts w:ascii="Times New Roman" w:hAnsi="Times New Roman" w:eastAsia="宋体"/>
          <w:b w:val="0"/>
          <w:i w:val="0"/>
          <w:color w:val="333333"/>
          <w:sz w:val="19"/>
        </w:rPr>
        <w:t>+ sinθ</w:t>
      </w:r>
    </w:p>
    <w:p>
      <w:pPr>
        <w:spacing w:before="0" w:after="80" w:line="300" w:lineRule="auto"/>
        <w:jc w:val="left"/>
      </w:pPr>
      <w:r>
        <w:rPr>
          <w:rFonts w:ascii="Times New Roman" w:hAnsi="Times New Roman" w:eastAsia="宋体"/>
          <w:b w:val="0"/>
          <w:i w:val="0"/>
          <w:color w:val="333333"/>
          <w:sz w:val="19"/>
        </w:rPr>
        <w:t>= sin²θ/sinθ</w:t>
      </w:r>
    </w:p>
    <w:p>
      <w:pPr>
        <w:spacing w:before="0" w:after="80" w:line="300" w:lineRule="auto"/>
        <w:jc w:val="left"/>
      </w:pPr>
      <w:r>
        <w:rPr>
          <w:rFonts w:ascii="Times New Roman" w:hAnsi="Times New Roman" w:eastAsia="宋体"/>
          <w:b w:val="0"/>
          <w:i w:val="0"/>
          <w:color w:val="333333"/>
          <w:sz w:val="19"/>
        </w:rPr>
        <w:t>+ sinθ</w:t>
      </w:r>
    </w:p>
    <w:p>
      <w:pPr>
        <w:spacing w:before="0" w:after="80" w:line="300" w:lineRule="auto"/>
        <w:jc w:val="left"/>
      </w:pPr>
      <w:r>
        <w:rPr>
          <w:rFonts w:ascii="Times New Roman" w:hAnsi="Times New Roman" w:eastAsia="宋体"/>
          <w:b w:val="0"/>
          <w:i w:val="0"/>
          <w:color w:val="333333"/>
          <w:sz w:val="19"/>
        </w:rPr>
        <w:t>= 2sinθ.</w:t>
      </w:r>
    </w:p>
    <w:p>
      <w:pPr>
        <w:spacing w:before="0" w:after="80" w:line="300" w:lineRule="auto"/>
        <w:jc w:val="left"/>
      </w:pPr>
      <w:r>
        <w:rPr>
          <w:rFonts w:ascii="Times New Roman" w:hAnsi="Times New Roman" w:eastAsia="宋体"/>
          <w:b w:val="0"/>
          <w:i w:val="0"/>
          <w:color w:val="333333"/>
          <w:sz w:val="19"/>
        </w:rPr>
        <w:t>Hence sinθ = 1/2, so θ = 30° and</w:t>
      </w:r>
    </w:p>
    <w:p>
      <w:pPr>
        <w:spacing w:before="0" w:after="80" w:line="300" w:lineRule="auto"/>
        <w:jc w:val="left"/>
      </w:pPr>
      <w:r>
        <w:rPr>
          <w:rFonts w:ascii="Times New Roman" w:hAnsi="Times New Roman" w:eastAsia="宋体"/>
          <w:b w:val="0"/>
          <w:i w:val="0"/>
          <w:color w:val="333333"/>
          <w:sz w:val="19"/>
        </w:rPr>
        <w:t>x = (1 - (√(3))/2)/(1/2) = 2 - √(3).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C</w:t>
      </w:r>
    </w:p>
    <w:p>
      <w:pPr>
        <w:spacing w:before="0" w:after="80" w:line="300" w:lineRule="auto"/>
        <w:jc w:val="left"/>
      </w:pPr>
      <w:r>
        <w:rPr>
          <w:rFonts w:ascii="Times New Roman" w:hAnsi="Times New Roman" w:eastAsia="宋体"/>
          <w:b w:val="0"/>
          <w:i w:val="0"/>
          <w:sz w:val="21"/>
        </w:rPr>
        <w:t>设 pⱼ 为从标号 j 的叶子出发最终到达标号 10 的概率。由中心处跳跃规则的对称性，p₅ = 1/2。</w:t>
      </w:r>
    </w:p>
    <w:p>
      <w:pPr>
        <w:spacing w:before="0" w:after="80" w:line="300" w:lineRule="auto"/>
        <w:jc w:val="left"/>
      </w:pPr>
      <w:r>
        <w:rPr>
          <w:rFonts w:ascii="Times New Roman" w:hAnsi="Times New Roman" w:eastAsia="宋体"/>
          <w:b w:val="0"/>
          <w:i w:val="0"/>
          <w:sz w:val="21"/>
        </w:rPr>
        <w:t>每个内部位置满足 pⱼ = 10-j/10 pⱼ₊₁ + j/10 pⱼ₋₁，因此</w:t>
      </w:r>
    </w:p>
    <w:p>
      <w:pPr>
        <w:spacing w:before="0" w:after="80" w:line="300" w:lineRule="auto"/>
        <w:jc w:val="left"/>
      </w:pPr>
      <w:r>
        <w:rPr>
          <w:rFonts w:ascii="Times New Roman" w:hAnsi="Times New Roman" w:eastAsia="宋体"/>
          <w:b w:val="0"/>
          <w:i w:val="0"/>
          <w:sz w:val="21"/>
        </w:rPr>
        <w:t>p₄ = 2/5 p₃ + 3/5 p₅,</w:t>
      </w:r>
    </w:p>
    <w:p>
      <w:pPr>
        <w:spacing w:before="0" w:after="80" w:line="300" w:lineRule="auto"/>
        <w:jc w:val="left"/>
      </w:pPr>
      <w:r>
        <w:rPr>
          <w:rFonts w:ascii="Times New Roman" w:hAnsi="Times New Roman" w:eastAsia="宋体"/>
          <w:b w:val="0"/>
          <w:i w:val="0"/>
          <w:sz w:val="21"/>
        </w:rPr>
        <w:t>p₃ = 3/10 p₂ + 7/10 p₄</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p₂ = 1/5 p₁ + 4/5 p₃, p₁ = 9/10 p₂。</w:t>
      </w:r>
    </w:p>
    <w:p>
      <w:pPr>
        <w:spacing w:before="0" w:after="80" w:line="300" w:lineRule="auto"/>
        <w:jc w:val="left"/>
      </w:pPr>
      <w:r>
        <w:rPr>
          <w:rFonts w:ascii="Times New Roman" w:hAnsi="Times New Roman" w:eastAsia="宋体"/>
          <w:b w:val="0"/>
          <w:i w:val="0"/>
          <w:sz w:val="21"/>
        </w:rPr>
        <w:t>令 dⱼ=pⱼ-pⱼ₋₁。递推式等价于 (10-j)dⱼ₊₁=jdⱼ，所以</w:t>
      </w:r>
    </w:p>
    <w:p>
      <w:pPr>
        <w:spacing w:before="0" w:after="80" w:line="300" w:lineRule="auto"/>
        <w:jc w:val="left"/>
      </w:pPr>
      <w:r>
        <w:rPr>
          <w:rFonts w:ascii="Times New Roman" w:hAnsi="Times New Roman" w:eastAsia="宋体"/>
          <w:b w:val="0"/>
          <w:i w:val="0"/>
          <w:sz w:val="21"/>
        </w:rPr>
        <w:t>d₂=d₁/9, d₃=d₁/36,</w:t>
      </w:r>
    </w:p>
    <w:p>
      <w:pPr>
        <w:spacing w:before="0" w:after="80" w:line="300" w:lineRule="auto"/>
        <w:jc w:val="left"/>
      </w:pPr>
      <w:r>
        <w:rPr>
          <w:rFonts w:ascii="Times New Roman" w:hAnsi="Times New Roman" w:eastAsia="宋体"/>
          <w:b w:val="0"/>
          <w:i w:val="0"/>
          <w:sz w:val="21"/>
        </w:rPr>
        <w:t>d₄=d₁/84, d₅=d₁/126</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又因为 p₀=0 且 p₅=1/2，所以</w:t>
      </w:r>
    </w:p>
    <w:p>
      <w:pPr>
        <w:spacing w:before="0" w:after="80" w:line="300" w:lineRule="auto"/>
        <w:jc w:val="left"/>
      </w:pPr>
      <w:r>
        <w:rPr>
          <w:rFonts w:ascii="Times New Roman" w:hAnsi="Times New Roman" w:eastAsia="宋体"/>
          <w:b w:val="0"/>
          <w:i w:val="0"/>
          <w:sz w:val="21"/>
        </w:rPr>
        <w:t>1/2=d₁biggl(1+1/9+1/36</w:t>
      </w:r>
    </w:p>
    <w:p>
      <w:pPr>
        <w:spacing w:before="0" w:after="80" w:line="300" w:lineRule="auto"/>
        <w:jc w:val="left"/>
      </w:pPr>
      <w:r>
        <w:rPr>
          <w:rFonts w:ascii="Times New Roman" w:hAnsi="Times New Roman" w:eastAsia="宋体"/>
          <w:b w:val="0"/>
          <w:i w:val="0"/>
          <w:sz w:val="21"/>
        </w:rPr>
        <w:t>+1/84+1/126biggr)</w:t>
      </w:r>
    </w:p>
    <w:p>
      <w:pPr>
        <w:spacing w:before="0" w:after="80" w:line="300" w:lineRule="auto"/>
        <w:jc w:val="left"/>
      </w:pPr>
      <w:r>
        <w:rPr>
          <w:rFonts w:ascii="Times New Roman" w:hAnsi="Times New Roman" w:eastAsia="宋体"/>
          <w:b w:val="0"/>
          <w:i w:val="0"/>
          <w:sz w:val="21"/>
        </w:rPr>
        <w:t>=d₁·73/63</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 p₁=d₁=63/146。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pⱼ be the probability of eventually reaching pad 10 starting from pad j. By the symmetry of the jump rule at the center, p₅ = 1/2.</w:t>
      </w:r>
    </w:p>
    <w:p>
      <w:pPr>
        <w:spacing w:before="0" w:after="80" w:line="300" w:lineRule="auto"/>
        <w:jc w:val="left"/>
      </w:pPr>
      <w:r>
        <w:rPr>
          <w:rFonts w:ascii="Times New Roman" w:hAnsi="Times New Roman" w:eastAsia="宋体"/>
          <w:b w:val="0"/>
          <w:i w:val="0"/>
          <w:color w:val="333333"/>
          <w:sz w:val="19"/>
        </w:rPr>
        <w:t>Each interior pad satisfies pⱼ = 10-j/10 pⱼ₊₁ + j/10 pⱼ₋₁, which gives</w:t>
      </w:r>
    </w:p>
    <w:p>
      <w:pPr>
        <w:spacing w:before="0" w:after="80" w:line="300" w:lineRule="auto"/>
        <w:jc w:val="left"/>
      </w:pPr>
      <w:r>
        <w:rPr>
          <w:rFonts w:ascii="Times New Roman" w:hAnsi="Times New Roman" w:eastAsia="宋体"/>
          <w:b w:val="0"/>
          <w:i w:val="0"/>
          <w:color w:val="333333"/>
          <w:sz w:val="19"/>
        </w:rPr>
        <w:t>p₄ = 2/5 p₃ + 3/5 p₅,</w:t>
      </w:r>
    </w:p>
    <w:p>
      <w:pPr>
        <w:spacing w:before="0" w:after="80" w:line="300" w:lineRule="auto"/>
        <w:jc w:val="left"/>
      </w:pPr>
      <w:r>
        <w:rPr>
          <w:rFonts w:ascii="Times New Roman" w:hAnsi="Times New Roman" w:eastAsia="宋体"/>
          <w:b w:val="0"/>
          <w:i w:val="0"/>
          <w:color w:val="333333"/>
          <w:sz w:val="19"/>
        </w:rPr>
        <w:t>p₃ = 3/10 p₂ + 7/10 p₄,</w:t>
      </w:r>
    </w:p>
    <w:p>
      <w:pPr>
        <w:spacing w:before="0" w:after="80" w:line="300" w:lineRule="auto"/>
        <w:jc w:val="left"/>
      </w:pPr>
      <w:r>
        <w:rPr>
          <w:rFonts w:ascii="Times New Roman" w:hAnsi="Times New Roman" w:eastAsia="宋体"/>
          <w:b w:val="0"/>
          <w:i w:val="0"/>
          <w:color w:val="333333"/>
          <w:sz w:val="19"/>
        </w:rPr>
        <w:t>p₂ = 1/5 p₁ + 4/5 p₃, p₁ = 9/10 p₂.</w:t>
      </w:r>
    </w:p>
    <w:p>
      <w:pPr>
        <w:spacing w:before="0" w:after="80" w:line="300" w:lineRule="auto"/>
        <w:jc w:val="left"/>
      </w:pPr>
      <w:r>
        <w:rPr>
          <w:rFonts w:ascii="Times New Roman" w:hAnsi="Times New Roman" w:eastAsia="宋体"/>
          <w:b w:val="0"/>
          <w:i w:val="0"/>
          <w:color w:val="333333"/>
          <w:sz w:val="19"/>
        </w:rPr>
        <w:t>Put dⱼ=pⱼ-pⱼ₋₁. The recurrence is equivalent to (10-j)dⱼ₊₁=jdⱼ, so</w:t>
      </w:r>
    </w:p>
    <w:p>
      <w:pPr>
        <w:spacing w:before="0" w:after="80" w:line="300" w:lineRule="auto"/>
        <w:jc w:val="left"/>
      </w:pPr>
      <w:r>
        <w:rPr>
          <w:rFonts w:ascii="Times New Roman" w:hAnsi="Times New Roman" w:eastAsia="宋体"/>
          <w:b w:val="0"/>
          <w:i w:val="0"/>
          <w:color w:val="333333"/>
          <w:sz w:val="19"/>
        </w:rPr>
        <w:t>d₂=d₁/9, d₃=d₁/36,</w:t>
      </w:r>
    </w:p>
    <w:p>
      <w:pPr>
        <w:spacing w:before="0" w:after="80" w:line="300" w:lineRule="auto"/>
        <w:jc w:val="left"/>
      </w:pPr>
      <w:r>
        <w:rPr>
          <w:rFonts w:ascii="Times New Roman" w:hAnsi="Times New Roman" w:eastAsia="宋体"/>
          <w:b w:val="0"/>
          <w:i w:val="0"/>
          <w:color w:val="333333"/>
          <w:sz w:val="19"/>
        </w:rPr>
        <w:t>d₄=d₁/84, d₅=d₁/126.</w:t>
      </w:r>
    </w:p>
    <w:p>
      <w:pPr>
        <w:spacing w:before="0" w:after="80" w:line="300" w:lineRule="auto"/>
        <w:jc w:val="left"/>
      </w:pPr>
      <w:r>
        <w:rPr>
          <w:rFonts w:ascii="Times New Roman" w:hAnsi="Times New Roman" w:eastAsia="宋体"/>
          <w:b w:val="0"/>
          <w:i w:val="0"/>
          <w:color w:val="333333"/>
          <w:sz w:val="19"/>
        </w:rPr>
        <w:t>Since p₀=0 and p₅=1/2,</w:t>
      </w:r>
    </w:p>
    <w:p>
      <w:pPr>
        <w:spacing w:before="0" w:after="80" w:line="300" w:lineRule="auto"/>
        <w:jc w:val="left"/>
      </w:pPr>
      <w:r>
        <w:rPr>
          <w:rFonts w:ascii="Times New Roman" w:hAnsi="Times New Roman" w:eastAsia="宋体"/>
          <w:b w:val="0"/>
          <w:i w:val="0"/>
          <w:color w:val="333333"/>
          <w:sz w:val="19"/>
        </w:rPr>
        <w:t>1/2=d₁biggl(1+1/9+1/36</w:t>
      </w:r>
    </w:p>
    <w:p>
      <w:pPr>
        <w:spacing w:before="0" w:after="80" w:line="300" w:lineRule="auto"/>
        <w:jc w:val="left"/>
      </w:pPr>
      <w:r>
        <w:rPr>
          <w:rFonts w:ascii="Times New Roman" w:hAnsi="Times New Roman" w:eastAsia="宋体"/>
          <w:b w:val="0"/>
          <w:i w:val="0"/>
          <w:color w:val="333333"/>
          <w:sz w:val="19"/>
        </w:rPr>
        <w:t>+1/84+1/126biggr)</w:t>
      </w:r>
    </w:p>
    <w:p>
      <w:pPr>
        <w:spacing w:before="0" w:after="80" w:line="300" w:lineRule="auto"/>
        <w:jc w:val="left"/>
      </w:pPr>
      <w:r>
        <w:rPr>
          <w:rFonts w:ascii="Times New Roman" w:hAnsi="Times New Roman" w:eastAsia="宋体"/>
          <w:b w:val="0"/>
          <w:i w:val="0"/>
          <w:color w:val="333333"/>
          <w:sz w:val="19"/>
        </w:rPr>
        <w:t>=d₁·73/63.</w:t>
      </w:r>
    </w:p>
    <w:p>
      <w:pPr>
        <w:spacing w:before="0" w:after="80" w:line="300" w:lineRule="auto"/>
        <w:jc w:val="left"/>
      </w:pPr>
      <w:r>
        <w:rPr>
          <w:rFonts w:ascii="Times New Roman" w:hAnsi="Times New Roman" w:eastAsia="宋体"/>
          <w:b w:val="0"/>
          <w:i w:val="0"/>
          <w:color w:val="333333"/>
          <w:sz w:val="19"/>
        </w:rPr>
        <w:t>Therefore p₁=d₁=63/146.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C</w:t>
      </w:r>
    </w:p>
    <w:p>
      <w:pPr>
        <w:spacing w:before="0" w:after="80" w:line="300" w:lineRule="auto"/>
        <w:jc w:val="left"/>
      </w:pPr>
      <w:r>
        <w:rPr>
          <w:rFonts w:ascii="Times New Roman" w:hAnsi="Times New Roman" w:eastAsia="宋体"/>
          <w:b w:val="0"/>
          <w:i w:val="0"/>
          <w:sz w:val="21"/>
        </w:rPr>
        <w:t>在模 2017 下，恒等式 C(2014, k) · k! · (2014-k)! = 2014! 结合 2016 · 2015 ⋯ (2015-k) ≡ (-1)ᵏ (k+2)!，得到</w:t>
      </w:r>
    </w:p>
    <w:p>
      <w:pPr>
        <w:spacing w:before="0" w:after="80" w:line="300" w:lineRule="auto"/>
        <w:jc w:val="left"/>
      </w:pPr>
      <w:r>
        <w:rPr>
          <w:rFonts w:ascii="Times New Roman" w:hAnsi="Times New Roman" w:eastAsia="宋体"/>
          <w:b w:val="0"/>
          <w:i w:val="0"/>
          <w:sz w:val="21"/>
        </w:rPr>
        <w:t>2C(2014, k) ≡ (-1)ᵏ</w:t>
      </w:r>
    </w:p>
    <w:p>
      <w:pPr>
        <w:spacing w:before="0" w:after="80" w:line="300" w:lineRule="auto"/>
        <w:jc w:val="left"/>
      </w:pPr>
      <w:r>
        <w:rPr>
          <w:rFonts w:ascii="Times New Roman" w:hAnsi="Times New Roman" w:eastAsia="宋体"/>
          <w:b w:val="0"/>
          <w:i w:val="0"/>
          <w:sz w:val="21"/>
        </w:rPr>
        <w:t>· (k+2)(k+1) pmod2017，</w:t>
      </w:r>
    </w:p>
    <w:p>
      <w:pPr>
        <w:spacing w:before="0" w:after="80" w:line="300" w:lineRule="auto"/>
        <w:jc w:val="left"/>
      </w:pPr>
      <w:r>
        <w:rPr>
          <w:rFonts w:ascii="Times New Roman" w:hAnsi="Times New Roman" w:eastAsia="宋体"/>
          <w:b w:val="0"/>
          <w:i w:val="0"/>
          <w:sz w:val="21"/>
        </w:rPr>
        <w:t>因此 C(2014, k) ≡ (-1)ᵏ C(k+2, 2)。</w:t>
      </w:r>
    </w:p>
    <w:p>
      <w:pPr>
        <w:spacing w:before="0" w:after="80" w:line="300" w:lineRule="auto"/>
        <w:jc w:val="left"/>
      </w:pPr>
      <w:r>
        <w:rPr>
          <w:rFonts w:ascii="Times New Roman" w:hAnsi="Times New Roman" w:eastAsia="宋体"/>
          <w:b w:val="0"/>
          <w:i w:val="0"/>
          <w:sz w:val="21"/>
        </w:rPr>
        <w:t>于是</w:t>
      </w:r>
    </w:p>
    <w:p>
      <w:pPr>
        <w:spacing w:before="0" w:after="80" w:line="300" w:lineRule="auto"/>
        <w:jc w:val="left"/>
      </w:pPr>
      <w:r>
        <w:rPr>
          <w:rFonts w:ascii="Times New Roman" w:hAnsi="Times New Roman" w:eastAsia="宋体"/>
          <w:b w:val="0"/>
          <w:i w:val="0"/>
          <w:sz w:val="21"/>
        </w:rPr>
        <w:t>S ≡ Σₖ₌₀⁶² (-1)ᵏ C(k+2, 2)</w:t>
      </w:r>
    </w:p>
    <w:p>
      <w:pPr>
        <w:spacing w:before="0" w:after="80" w:line="300" w:lineRule="auto"/>
        <w:jc w:val="left"/>
      </w:pPr>
      <w:r>
        <w:rPr>
          <w:rFonts w:ascii="Times New Roman" w:hAnsi="Times New Roman" w:eastAsia="宋体"/>
          <w:b w:val="0"/>
          <w:i w:val="0"/>
          <w:sz w:val="21"/>
        </w:rPr>
        <w:t>= 1</w:t>
      </w:r>
    </w:p>
    <w:p>
      <w:pPr>
        <w:spacing w:before="0" w:after="80" w:line="300" w:lineRule="auto"/>
        <w:jc w:val="left"/>
      </w:pPr>
      <w:r>
        <w:rPr>
          <w:rFonts w:ascii="Times New Roman" w:hAnsi="Times New Roman" w:eastAsia="宋体"/>
          <w:b w:val="0"/>
          <w:i w:val="0"/>
          <w:sz w:val="21"/>
        </w:rPr>
        <w:t>+ Σₖ₌₁³¹[C(2k+2, 2) - C(2k+1, 2)]</w:t>
      </w:r>
    </w:p>
    <w:p>
      <w:pPr>
        <w:spacing w:before="0" w:after="80" w:line="300" w:lineRule="auto"/>
        <w:jc w:val="left"/>
      </w:pPr>
      <w:r>
        <w:rPr>
          <w:rFonts w:ascii="Times New Roman" w:hAnsi="Times New Roman" w:eastAsia="宋体"/>
          <w:b w:val="0"/>
          <w:i w:val="0"/>
          <w:sz w:val="21"/>
        </w:rPr>
        <w:t>= 1 + Σₖ₌₁³¹(2k+1)。</w:t>
      </w:r>
    </w:p>
    <w:p>
      <w:pPr>
        <w:spacing w:before="0" w:after="80" w:line="300" w:lineRule="auto"/>
        <w:jc w:val="left"/>
      </w:pPr>
      <w:r>
        <w:rPr>
          <w:rFonts w:ascii="Times New Roman" w:hAnsi="Times New Roman" w:eastAsia="宋体"/>
          <w:b w:val="0"/>
          <w:i w:val="0"/>
          <w:sz w:val="21"/>
        </w:rPr>
        <w:t>剩下的和为 3 + 5 + ⋯ + 63 = 1023， 所以 S ≡ 1 + 1023 = 1024 pmod2017。</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Working modulo 2017, the identity C(2014, k) · k! · (2014-k)! = 2014! together with 2016 · 2015 ⋯ (2015-k) ≡ (-1)ᵏ (k+2)! leads to</w:t>
      </w:r>
    </w:p>
    <w:p>
      <w:pPr>
        <w:spacing w:before="0" w:after="80" w:line="300" w:lineRule="auto"/>
        <w:jc w:val="left"/>
      </w:pPr>
      <w:r>
        <w:rPr>
          <w:rFonts w:ascii="Times New Roman" w:hAnsi="Times New Roman" w:eastAsia="宋体"/>
          <w:b w:val="0"/>
          <w:i w:val="0"/>
          <w:color w:val="333333"/>
          <w:sz w:val="19"/>
        </w:rPr>
        <w:t>2C(2014, k) ≡ (-1)ᵏ</w:t>
      </w:r>
    </w:p>
    <w:p>
      <w:pPr>
        <w:spacing w:before="0" w:after="80" w:line="300" w:lineRule="auto"/>
        <w:jc w:val="left"/>
      </w:pPr>
      <w:r>
        <w:rPr>
          <w:rFonts w:ascii="Times New Roman" w:hAnsi="Times New Roman" w:eastAsia="宋体"/>
          <w:b w:val="0"/>
          <w:i w:val="0"/>
          <w:color w:val="333333"/>
          <w:sz w:val="19"/>
        </w:rPr>
        <w:t>· (k+2)(k+1) pmod2017,</w:t>
      </w:r>
    </w:p>
    <w:p>
      <w:pPr>
        <w:spacing w:before="0" w:after="80" w:line="300" w:lineRule="auto"/>
        <w:jc w:val="left"/>
      </w:pPr>
      <w:r>
        <w:rPr>
          <w:rFonts w:ascii="Times New Roman" w:hAnsi="Times New Roman" w:eastAsia="宋体"/>
          <w:b w:val="0"/>
          <w:i w:val="0"/>
          <w:color w:val="333333"/>
          <w:sz w:val="19"/>
        </w:rPr>
        <w:t>so C(2014, k) ≡ (-1)ᵏ C(k+2, 2).</w:t>
      </w:r>
    </w:p>
    <w:p>
      <w:pPr>
        <w:spacing w:before="0" w:after="80" w:line="300" w:lineRule="auto"/>
        <w:jc w:val="left"/>
      </w:pPr>
      <w:r>
        <w:rPr>
          <w:rFonts w:ascii="Times New Roman" w:hAnsi="Times New Roman" w:eastAsia="宋体"/>
          <w:b w:val="0"/>
          <w:i w:val="0"/>
          <w:color w:val="333333"/>
          <w:sz w:val="19"/>
        </w:rPr>
        <w:t>Then</w:t>
      </w:r>
    </w:p>
    <w:p>
      <w:pPr>
        <w:spacing w:before="0" w:after="80" w:line="300" w:lineRule="auto"/>
        <w:jc w:val="left"/>
      </w:pPr>
      <w:r>
        <w:rPr>
          <w:rFonts w:ascii="Times New Roman" w:hAnsi="Times New Roman" w:eastAsia="宋体"/>
          <w:b w:val="0"/>
          <w:i w:val="0"/>
          <w:color w:val="333333"/>
          <w:sz w:val="19"/>
        </w:rPr>
        <w:t>S ≡ Σₖ₌₀⁶² (-1)ᵏ C(k+2, 2)</w:t>
      </w:r>
    </w:p>
    <w:p>
      <w:pPr>
        <w:spacing w:before="0" w:after="80" w:line="300" w:lineRule="auto"/>
        <w:jc w:val="left"/>
      </w:pPr>
      <w:r>
        <w:rPr>
          <w:rFonts w:ascii="Times New Roman" w:hAnsi="Times New Roman" w:eastAsia="宋体"/>
          <w:b w:val="0"/>
          <w:i w:val="0"/>
          <w:color w:val="333333"/>
          <w:sz w:val="19"/>
        </w:rPr>
        <w:t>= 1</w:t>
      </w:r>
    </w:p>
    <w:p>
      <w:pPr>
        <w:spacing w:before="0" w:after="80" w:line="300" w:lineRule="auto"/>
        <w:jc w:val="left"/>
      </w:pPr>
      <w:r>
        <w:rPr>
          <w:rFonts w:ascii="Times New Roman" w:hAnsi="Times New Roman" w:eastAsia="宋体"/>
          <w:b w:val="0"/>
          <w:i w:val="0"/>
          <w:color w:val="333333"/>
          <w:sz w:val="19"/>
        </w:rPr>
        <w:t>+ Σₖ₌₁³¹[C(2k+2, 2) - C(2k+1, 2)]</w:t>
      </w:r>
    </w:p>
    <w:p>
      <w:pPr>
        <w:spacing w:before="0" w:after="80" w:line="300" w:lineRule="auto"/>
        <w:jc w:val="left"/>
      </w:pPr>
      <w:r>
        <w:rPr>
          <w:rFonts w:ascii="Times New Roman" w:hAnsi="Times New Roman" w:eastAsia="宋体"/>
          <w:b w:val="0"/>
          <w:i w:val="0"/>
          <w:color w:val="333333"/>
          <w:sz w:val="19"/>
        </w:rPr>
        <w:t>= 1 + Σₖ₌₁³¹(2k+1).</w:t>
      </w:r>
    </w:p>
    <w:p>
      <w:pPr>
        <w:spacing w:before="0" w:after="80" w:line="300" w:lineRule="auto"/>
        <w:jc w:val="left"/>
      </w:pPr>
      <w:r>
        <w:rPr>
          <w:rFonts w:ascii="Times New Roman" w:hAnsi="Times New Roman" w:eastAsia="宋体"/>
          <w:b w:val="0"/>
          <w:i w:val="0"/>
          <w:color w:val="333333"/>
          <w:sz w:val="19"/>
        </w:rPr>
        <w:t>The remaining sum is 3 + 5 + ⋯ + 63 = 1023, so S ≡ 1 + 1023 = 1024 pmod2017.</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D</w:t>
      </w:r>
    </w:p>
    <w:p>
      <w:pPr>
        <w:spacing w:before="0" w:after="80" w:line="300" w:lineRule="auto"/>
        <w:jc w:val="left"/>
      </w:pPr>
      <w:r>
        <w:rPr>
          <w:rFonts w:ascii="Times New Roman" w:hAnsi="Times New Roman" w:eastAsia="宋体"/>
          <w:b w:val="0"/>
          <w:i w:val="0"/>
          <w:sz w:val="21"/>
        </w:rPr>
        <w:t>因为弧 AB, CD 相等，弧 BC, DE 相等，所以弦 AC, BD, CE 都相等；设 x = AC = BD = CE， y = AD， 且 z = BE。</w:t>
      </w:r>
    </w:p>
    <w:p>
      <w:pPr>
        <w:spacing w:before="0" w:after="80" w:line="300" w:lineRule="auto"/>
        <w:jc w:val="left"/>
      </w:pPr>
      <w:r>
        <w:rPr>
          <w:rFonts w:ascii="Times New Roman" w:hAnsi="Times New Roman" w:eastAsia="宋体"/>
          <w:b w:val="0"/>
          <w:i w:val="0"/>
          <w:sz w:val="21"/>
        </w:rPr>
        <w:t>对 ABCD、BCDE 和 ABDE 使用托勒密定理，得到</w:t>
      </w:r>
    </w:p>
    <w:p>
      <w:pPr>
        <w:spacing w:before="0" w:after="80" w:line="300" w:lineRule="auto"/>
        <w:jc w:val="left"/>
      </w:pPr>
      <w:r>
        <w:rPr>
          <w:rFonts w:ascii="Times New Roman" w:hAnsi="Times New Roman" w:eastAsia="宋体"/>
          <w:b w:val="0"/>
          <w:i w:val="0"/>
          <w:sz w:val="21"/>
        </w:rPr>
        <w:t>10y + 9 = x²,</w:t>
      </w:r>
    </w:p>
    <w:p>
      <w:pPr>
        <w:spacing w:before="0" w:after="80" w:line="300" w:lineRule="auto"/>
        <w:jc w:val="left"/>
      </w:pPr>
      <w:r>
        <w:rPr>
          <w:rFonts w:ascii="Times New Roman" w:hAnsi="Times New Roman" w:eastAsia="宋体"/>
          <w:b w:val="0"/>
          <w:i w:val="0"/>
          <w:sz w:val="21"/>
        </w:rPr>
        <w:t>100 + 3z = x²,</w:t>
      </w:r>
    </w:p>
    <w:p>
      <w:pPr>
        <w:spacing w:before="0" w:after="80" w:line="300" w:lineRule="auto"/>
        <w:jc w:val="left"/>
      </w:pPr>
      <w:r>
        <w:rPr>
          <w:rFonts w:ascii="Times New Roman" w:hAnsi="Times New Roman" w:eastAsia="宋体"/>
          <w:b w:val="0"/>
          <w:i w:val="0"/>
          <w:sz w:val="21"/>
        </w:rPr>
        <w:t>30 + 14x = yz。</w:t>
      </w:r>
    </w:p>
    <w:p>
      <w:pPr>
        <w:spacing w:before="0" w:after="80" w:line="300" w:lineRule="auto"/>
        <w:jc w:val="left"/>
      </w:pPr>
      <w:r>
        <w:rPr>
          <w:rFonts w:ascii="Times New Roman" w:hAnsi="Times New Roman" w:eastAsia="宋体"/>
          <w:b w:val="0"/>
          <w:i w:val="0"/>
          <w:sz w:val="21"/>
        </w:rPr>
        <w:t>由前两个方程解出 y 和 z，再代入第三个方程，得到</w:t>
      </w:r>
    </w:p>
    <w:p>
      <w:pPr>
        <w:spacing w:before="0" w:after="80" w:line="300" w:lineRule="auto"/>
        <w:jc w:val="left"/>
      </w:pPr>
      <w:r>
        <w:rPr>
          <w:rFonts w:ascii="Times New Roman" w:hAnsi="Times New Roman" w:eastAsia="宋体"/>
          <w:b w:val="0"/>
          <w:i w:val="0"/>
          <w:sz w:val="21"/>
        </w:rPr>
        <w:t>x³ - 109x - 420 = 0</w:t>
      </w:r>
    </w:p>
    <w:p>
      <w:pPr>
        <w:spacing w:before="0" w:after="80" w:line="300" w:lineRule="auto"/>
        <w:jc w:val="left"/>
      </w:pPr>
      <w:r>
        <w:rPr>
          <w:rFonts w:ascii="Times New Roman" w:hAnsi="Times New Roman" w:eastAsia="宋体"/>
          <w:b w:val="0"/>
          <w:i w:val="0"/>
          <w:sz w:val="21"/>
        </w:rPr>
        <w:t>= (x-12)(x+5)(x+7)。</w:t>
      </w:r>
    </w:p>
    <w:p>
      <w:pPr>
        <w:spacing w:before="0" w:after="80" w:line="300" w:lineRule="auto"/>
        <w:jc w:val="left"/>
      </w:pPr>
      <w:r>
        <w:rPr>
          <w:rFonts w:ascii="Times New Roman" w:hAnsi="Times New Roman" w:eastAsia="宋体"/>
          <w:b w:val="0"/>
          <w:i w:val="0"/>
          <w:sz w:val="21"/>
        </w:rPr>
        <w:t>所以 x = 12， y = 135/10 = 27/2， 且 z = 44/3。 五条对角线为 AC, BD, CE, AD, BE， 它们的和为</w:t>
      </w:r>
    </w:p>
    <w:p>
      <w:pPr>
        <w:spacing w:before="0" w:after="80" w:line="300" w:lineRule="auto"/>
        <w:jc w:val="left"/>
      </w:pPr>
      <w:r>
        <w:rPr>
          <w:rFonts w:ascii="Times New Roman" w:hAnsi="Times New Roman" w:eastAsia="宋体"/>
          <w:b w:val="0"/>
          <w:i w:val="0"/>
          <w:sz w:val="21"/>
        </w:rPr>
        <w:t>3x + y + z = 36</w:t>
      </w:r>
    </w:p>
    <w:p>
      <w:pPr>
        <w:spacing w:before="0" w:after="80" w:line="300" w:lineRule="auto"/>
        <w:jc w:val="left"/>
      </w:pPr>
      <w:r>
        <w:rPr>
          <w:rFonts w:ascii="Times New Roman" w:hAnsi="Times New Roman" w:eastAsia="宋体"/>
          <w:b w:val="0"/>
          <w:i w:val="0"/>
          <w:sz w:val="21"/>
        </w:rPr>
        <w:t>+ 27/2 + 44/3</w:t>
      </w:r>
    </w:p>
    <w:p>
      <w:pPr>
        <w:spacing w:before="0" w:after="80" w:line="300" w:lineRule="auto"/>
        <w:jc w:val="left"/>
      </w:pPr>
      <w:r>
        <w:rPr>
          <w:rFonts w:ascii="Times New Roman" w:hAnsi="Times New Roman" w:eastAsia="宋体"/>
          <w:b w:val="0"/>
          <w:i w:val="0"/>
          <w:sz w:val="21"/>
        </w:rPr>
        <w:t>= 385/6。</w:t>
      </w:r>
    </w:p>
    <w:p>
      <w:pPr>
        <w:spacing w:before="0" w:after="80" w:line="300" w:lineRule="auto"/>
        <w:jc w:val="left"/>
      </w:pPr>
      <w:r>
        <w:rPr>
          <w:rFonts w:ascii="Times New Roman" w:hAnsi="Times New Roman" w:eastAsia="宋体"/>
          <w:b w:val="0"/>
          <w:i w:val="0"/>
          <w:sz w:val="21"/>
        </w:rPr>
        <w:t>因此 m + n = 385 + 6 = 391， 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Because arcs AB, CD are equal and arcs BC, DE are equal, the chords AC, BD, CE are all equal; let x = AC = BD = CE, y = AD, and z = BE.</w:t>
      </w:r>
    </w:p>
    <w:p>
      <w:pPr>
        <w:spacing w:before="0" w:after="80" w:line="300" w:lineRule="auto"/>
        <w:jc w:val="left"/>
      </w:pPr>
      <w:r>
        <w:rPr>
          <w:rFonts w:ascii="Times New Roman" w:hAnsi="Times New Roman" w:eastAsia="宋体"/>
          <w:b w:val="0"/>
          <w:i w:val="0"/>
          <w:color w:val="333333"/>
          <w:sz w:val="19"/>
        </w:rPr>
        <w:t>Ptolemy’s theorem on ABCD, BCDE, and ABDE gives</w:t>
      </w:r>
    </w:p>
    <w:p>
      <w:pPr>
        <w:spacing w:before="0" w:after="80" w:line="300" w:lineRule="auto"/>
        <w:jc w:val="left"/>
      </w:pPr>
      <w:r>
        <w:rPr>
          <w:rFonts w:ascii="Times New Roman" w:hAnsi="Times New Roman" w:eastAsia="宋体"/>
          <w:b w:val="0"/>
          <w:i w:val="0"/>
          <w:color w:val="333333"/>
          <w:sz w:val="19"/>
        </w:rPr>
        <w:t>10y + 9 = x²,</w:t>
      </w:r>
    </w:p>
    <w:p>
      <w:pPr>
        <w:spacing w:before="0" w:after="80" w:line="300" w:lineRule="auto"/>
        <w:jc w:val="left"/>
      </w:pPr>
      <w:r>
        <w:rPr>
          <w:rFonts w:ascii="Times New Roman" w:hAnsi="Times New Roman" w:eastAsia="宋体"/>
          <w:b w:val="0"/>
          <w:i w:val="0"/>
          <w:color w:val="333333"/>
          <w:sz w:val="19"/>
        </w:rPr>
        <w:t>100 + 3z = x²,</w:t>
      </w:r>
    </w:p>
    <w:p>
      <w:pPr>
        <w:spacing w:before="0" w:after="80" w:line="300" w:lineRule="auto"/>
        <w:jc w:val="left"/>
      </w:pPr>
      <w:r>
        <w:rPr>
          <w:rFonts w:ascii="Times New Roman" w:hAnsi="Times New Roman" w:eastAsia="宋体"/>
          <w:b w:val="0"/>
          <w:i w:val="0"/>
          <w:color w:val="333333"/>
          <w:sz w:val="19"/>
        </w:rPr>
        <w:t>30 + 14x = yz.</w:t>
      </w:r>
    </w:p>
    <w:p>
      <w:pPr>
        <w:spacing w:before="0" w:after="80" w:line="300" w:lineRule="auto"/>
        <w:jc w:val="left"/>
      </w:pPr>
      <w:r>
        <w:rPr>
          <w:rFonts w:ascii="Times New Roman" w:hAnsi="Times New Roman" w:eastAsia="宋体"/>
          <w:b w:val="0"/>
          <w:i w:val="0"/>
          <w:color w:val="333333"/>
          <w:sz w:val="19"/>
        </w:rPr>
        <w:t>Solving the first two for y and z and substituting into the third yields</w:t>
      </w:r>
    </w:p>
    <w:p>
      <w:pPr>
        <w:spacing w:before="0" w:after="80" w:line="300" w:lineRule="auto"/>
        <w:jc w:val="left"/>
      </w:pPr>
      <w:r>
        <w:rPr>
          <w:rFonts w:ascii="Times New Roman" w:hAnsi="Times New Roman" w:eastAsia="宋体"/>
          <w:b w:val="0"/>
          <w:i w:val="0"/>
          <w:color w:val="333333"/>
          <w:sz w:val="19"/>
        </w:rPr>
        <w:t>x³ - 109x - 420 = 0</w:t>
      </w:r>
    </w:p>
    <w:p>
      <w:pPr>
        <w:spacing w:before="0" w:after="80" w:line="300" w:lineRule="auto"/>
        <w:jc w:val="left"/>
      </w:pPr>
      <w:r>
        <w:rPr>
          <w:rFonts w:ascii="Times New Roman" w:hAnsi="Times New Roman" w:eastAsia="宋体"/>
          <w:b w:val="0"/>
          <w:i w:val="0"/>
          <w:color w:val="333333"/>
          <w:sz w:val="19"/>
        </w:rPr>
        <w:t>= (x-12)(x+5)(x+7).</w:t>
      </w:r>
    </w:p>
    <w:p>
      <w:pPr>
        <w:spacing w:before="0" w:after="80" w:line="300" w:lineRule="auto"/>
        <w:jc w:val="left"/>
      </w:pPr>
      <w:r>
        <w:rPr>
          <w:rFonts w:ascii="Times New Roman" w:hAnsi="Times New Roman" w:eastAsia="宋体"/>
          <w:b w:val="0"/>
          <w:i w:val="0"/>
          <w:color w:val="333333"/>
          <w:sz w:val="19"/>
        </w:rPr>
        <w:t>So x = 12, y = 135/10 = 27/2, and z = 44/3. The five diagonals are AC, BD, CE, AD, BE, summing to</w:t>
      </w:r>
    </w:p>
    <w:p>
      <w:pPr>
        <w:spacing w:before="0" w:after="80" w:line="300" w:lineRule="auto"/>
        <w:jc w:val="left"/>
      </w:pPr>
      <w:r>
        <w:rPr>
          <w:rFonts w:ascii="Times New Roman" w:hAnsi="Times New Roman" w:eastAsia="宋体"/>
          <w:b w:val="0"/>
          <w:i w:val="0"/>
          <w:color w:val="333333"/>
          <w:sz w:val="19"/>
        </w:rPr>
        <w:t>3x + y + z = 36</w:t>
      </w:r>
    </w:p>
    <w:p>
      <w:pPr>
        <w:spacing w:before="0" w:after="80" w:line="300" w:lineRule="auto"/>
        <w:jc w:val="left"/>
      </w:pPr>
      <w:r>
        <w:rPr>
          <w:rFonts w:ascii="Times New Roman" w:hAnsi="Times New Roman" w:eastAsia="宋体"/>
          <w:b w:val="0"/>
          <w:i w:val="0"/>
          <w:color w:val="333333"/>
          <w:sz w:val="19"/>
        </w:rPr>
        <w:t>+ 27/2 + 44/3</w:t>
      </w:r>
    </w:p>
    <w:p>
      <w:pPr>
        <w:spacing w:before="0" w:after="80" w:line="300" w:lineRule="auto"/>
        <w:jc w:val="left"/>
      </w:pPr>
      <w:r>
        <w:rPr>
          <w:rFonts w:ascii="Times New Roman" w:hAnsi="Times New Roman" w:eastAsia="宋体"/>
          <w:b w:val="0"/>
          <w:i w:val="0"/>
          <w:color w:val="333333"/>
          <w:sz w:val="19"/>
        </w:rPr>
        <w:t>= 385/6.</w:t>
      </w:r>
    </w:p>
    <w:p>
      <w:pPr>
        <w:spacing w:before="0" w:after="80" w:line="300" w:lineRule="auto"/>
        <w:jc w:val="left"/>
      </w:pPr>
      <w:r>
        <w:rPr>
          <w:rFonts w:ascii="Times New Roman" w:hAnsi="Times New Roman" w:eastAsia="宋体"/>
          <w:b w:val="0"/>
          <w:i w:val="0"/>
          <w:color w:val="333333"/>
          <w:sz w:val="19"/>
        </w:rPr>
        <w:t>Thus m + n = 385 + 6 = 391, and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D</w:t>
      </w:r>
    </w:p>
    <w:p>
      <w:pPr>
        <w:spacing w:before="0" w:after="80" w:line="300" w:lineRule="auto"/>
        <w:jc w:val="left"/>
      </w:pPr>
      <w:r>
        <w:rPr>
          <w:rFonts w:ascii="Times New Roman" w:hAnsi="Times New Roman" w:eastAsia="宋体"/>
          <w:b w:val="0"/>
          <w:i w:val="0"/>
          <w:sz w:val="21"/>
        </w:rPr>
        <w:t>令 x = (π y)/2。两边除以 2，并使用 1/2(1 - cos(2π y)) = sin²(π y)，方程化简为</w:t>
      </w:r>
    </w:p>
    <w:p>
      <w:pPr>
        <w:spacing w:before="0" w:after="80" w:line="300" w:lineRule="auto"/>
        <w:jc w:val="left"/>
      </w:pPr>
      <w:r>
        <w:rPr>
          <w:rFonts w:ascii="Times New Roman" w:hAnsi="Times New Roman" w:eastAsia="宋体"/>
          <w:b w:val="0"/>
          <w:i w:val="0"/>
          <w:sz w:val="21"/>
        </w:rPr>
        <w:t>cos(π y)cos(4028π/y) = 1。</w:t>
      </w:r>
    </w:p>
    <w:p>
      <w:pPr>
        <w:spacing w:before="0" w:after="80" w:line="300" w:lineRule="auto"/>
        <w:jc w:val="left"/>
      </w:pPr>
      <w:r>
        <w:rPr>
          <w:rFonts w:ascii="Times New Roman" w:hAnsi="Times New Roman" w:eastAsia="宋体"/>
          <w:b w:val="0"/>
          <w:i w:val="0"/>
          <w:sz w:val="21"/>
        </w:rPr>
        <w:t>两个余弦必须都等于 1，或都等于 -1，因此 y 和 4028/y 是同奇偶性的整数。因为 4028 = 2² · 19 · 53 是偶数，二者都必须为偶数，所以 y = 2a，其中 a 是 2014 = 2 · 19 · 53 的正奇因数，故 a ∈ {1, 19, 53, 19 · 53}。</w:t>
      </w:r>
    </w:p>
    <w:p>
      <w:pPr>
        <w:spacing w:before="0" w:after="80" w:line="300" w:lineRule="auto"/>
        <w:jc w:val="left"/>
      </w:pPr>
      <w:r>
        <w:rPr>
          <w:rFonts w:ascii="Times New Roman" w:hAnsi="Times New Roman" w:eastAsia="宋体"/>
          <w:b w:val="0"/>
          <w:i w:val="0"/>
          <w:sz w:val="21"/>
        </w:rPr>
        <w:t>每个这样的 a 给出 x = (π y)/2 = π a，所以解的和为</w:t>
      </w:r>
    </w:p>
    <w:p>
      <w:pPr>
        <w:spacing w:before="0" w:after="80" w:line="300" w:lineRule="auto"/>
        <w:jc w:val="left"/>
      </w:pPr>
      <w:r>
        <w:rPr>
          <w:rFonts w:ascii="Times New Roman" w:hAnsi="Times New Roman" w:eastAsia="宋体"/>
          <w:b w:val="0"/>
          <w:i w:val="0"/>
          <w:sz w:val="21"/>
        </w:rPr>
        <w:t>π(1 + 19 + 53 + 19·53)</w:t>
      </w:r>
    </w:p>
    <w:p>
      <w:pPr>
        <w:spacing w:before="0" w:after="80" w:line="300" w:lineRule="auto"/>
        <w:jc w:val="left"/>
      </w:pPr>
      <w:r>
        <w:rPr>
          <w:rFonts w:ascii="Times New Roman" w:hAnsi="Times New Roman" w:eastAsia="宋体"/>
          <w:b w:val="0"/>
          <w:i w:val="0"/>
          <w:sz w:val="21"/>
        </w:rPr>
        <w:t>= π(19+1)(53+1)</w:t>
      </w:r>
    </w:p>
    <w:p>
      <w:pPr>
        <w:spacing w:before="0" w:after="80" w:line="300" w:lineRule="auto"/>
        <w:jc w:val="left"/>
      </w:pPr>
      <w:r>
        <w:rPr>
          <w:rFonts w:ascii="Times New Roman" w:hAnsi="Times New Roman" w:eastAsia="宋体"/>
          <w:b w:val="0"/>
          <w:i w:val="0"/>
          <w:sz w:val="21"/>
        </w:rPr>
        <w:t>= 1080π</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x = (π y)/2. Dividing by 2 and using 1/2(1 - cos(2π y)) = sin²(π y), the equation simplifies to</w:t>
      </w:r>
    </w:p>
    <w:p>
      <w:pPr>
        <w:spacing w:before="0" w:after="80" w:line="300" w:lineRule="auto"/>
        <w:jc w:val="left"/>
      </w:pPr>
      <w:r>
        <w:rPr>
          <w:rFonts w:ascii="Times New Roman" w:hAnsi="Times New Roman" w:eastAsia="宋体"/>
          <w:b w:val="0"/>
          <w:i w:val="0"/>
          <w:color w:val="333333"/>
          <w:sz w:val="19"/>
        </w:rPr>
        <w:t>cos(π y)cos(4028π/y) = 1.</w:t>
      </w:r>
    </w:p>
    <w:p>
      <w:pPr>
        <w:spacing w:before="0" w:after="80" w:line="300" w:lineRule="auto"/>
        <w:jc w:val="left"/>
      </w:pPr>
      <w:r>
        <w:rPr>
          <w:rFonts w:ascii="Times New Roman" w:hAnsi="Times New Roman" w:eastAsia="宋体"/>
          <w:b w:val="0"/>
          <w:i w:val="0"/>
          <w:color w:val="333333"/>
          <w:sz w:val="19"/>
        </w:rPr>
        <w:t>Both cosines must equal 1 or both equal -1, so y and 4028/y are integers of the same parity. Since 4028 = 2² · 19 · 53 is even, both must be even, so y = 2a with a a positive odd divisor of 2014 = 2 · 19 · 53, giving a ∈ {1, 19, 53, 19 · 53}.</w:t>
      </w:r>
    </w:p>
    <w:p>
      <w:pPr>
        <w:spacing w:before="0" w:after="80" w:line="300" w:lineRule="auto"/>
        <w:jc w:val="left"/>
      </w:pPr>
      <w:r>
        <w:rPr>
          <w:rFonts w:ascii="Times New Roman" w:hAnsi="Times New Roman" w:eastAsia="宋体"/>
          <w:b w:val="0"/>
          <w:i w:val="0"/>
          <w:color w:val="333333"/>
          <w:sz w:val="19"/>
        </w:rPr>
        <w:t>Each such a gives x = (π y)/2 = π a, so the sum of solutions is</w:t>
      </w:r>
    </w:p>
    <w:p>
      <w:pPr>
        <w:spacing w:before="0" w:after="80" w:line="300" w:lineRule="auto"/>
        <w:jc w:val="left"/>
      </w:pPr>
      <w:r>
        <w:rPr>
          <w:rFonts w:ascii="Times New Roman" w:hAnsi="Times New Roman" w:eastAsia="宋体"/>
          <w:b w:val="0"/>
          <w:i w:val="0"/>
          <w:color w:val="333333"/>
          <w:sz w:val="19"/>
        </w:rPr>
        <w:t>π(1 + 19 + 53 + 19·53)</w:t>
      </w:r>
    </w:p>
    <w:p>
      <w:pPr>
        <w:spacing w:before="0" w:after="80" w:line="300" w:lineRule="auto"/>
        <w:jc w:val="left"/>
      </w:pPr>
      <w:r>
        <w:rPr>
          <w:rFonts w:ascii="Times New Roman" w:hAnsi="Times New Roman" w:eastAsia="宋体"/>
          <w:b w:val="0"/>
          <w:i w:val="0"/>
          <w:color w:val="333333"/>
          <w:sz w:val="19"/>
        </w:rPr>
        <w:t>= π(19+1)(53+1)</w:t>
      </w:r>
    </w:p>
    <w:p>
      <w:pPr>
        <w:spacing w:before="0" w:after="80" w:line="300" w:lineRule="auto"/>
        <w:jc w:val="left"/>
      </w:pPr>
      <w:r>
        <w:rPr>
          <w:rFonts w:ascii="Times New Roman" w:hAnsi="Times New Roman" w:eastAsia="宋体"/>
          <w:b w:val="0"/>
          <w:i w:val="0"/>
          <w:color w:val="333333"/>
          <w:sz w:val="19"/>
        </w:rPr>
        <w:t>= 1080π.</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