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2014A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下列式子的值是多少？</w:t>
      </w:r>
    </w:p>
    <w:p>
      <w:pPr>
        <w:spacing w:before="0" w:after="80" w:line="300" w:lineRule="auto"/>
        <w:jc w:val="left"/>
      </w:pPr>
      <w:r>
        <w:rPr>
          <w:rFonts w:ascii="Times New Roman" w:hAnsi="Times New Roman" w:eastAsia="宋体"/>
          <w:b w:val="0"/>
          <w:i w:val="0"/>
          <w:sz w:val="21"/>
        </w:rPr>
        <w:t>10 · (1/2 + 1/5 + 1/10)⁻¹</w:t>
      </w:r>
    </w:p>
    <w:p>
      <w:pPr>
        <w:spacing w:before="0" w:after="120" w:line="300" w:lineRule="auto"/>
      </w:pPr>
      <w:r>
        <w:rPr>
          <w:rFonts w:ascii="Times New Roman" w:hAnsi="Times New Roman" w:eastAsia="宋体"/>
          <w:b w:val="0"/>
          <w:i w:val="0"/>
          <w:sz w:val="21"/>
        </w:rPr>
        <w:t>（A）3　　（B）8　　（C）25/2　　（D）170/3　　（E）170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w:t>
      </w:r>
    </w:p>
    <w:p>
      <w:pPr>
        <w:spacing w:before="0" w:after="80" w:line="300" w:lineRule="auto"/>
        <w:jc w:val="left"/>
      </w:pPr>
      <w:r>
        <w:rPr>
          <w:rFonts w:ascii="Times New Roman" w:hAnsi="Times New Roman" w:eastAsia="宋体"/>
          <w:b w:val="0"/>
          <w:i w:val="0"/>
          <w:color w:val="333333"/>
          <w:sz w:val="19"/>
        </w:rPr>
        <w:t>10 · (1/2 + 1/5 + 1/10)⁻¹?</w:t>
      </w:r>
    </w:p>
    <w:p>
      <w:pPr>
        <w:spacing w:before="0" w:after="160" w:line="300" w:lineRule="auto"/>
      </w:pPr>
      <w:r>
        <w:rPr>
          <w:rFonts w:ascii="Times New Roman" w:hAnsi="Times New Roman" w:eastAsia="宋体"/>
          <w:b w:val="0"/>
          <w:i w:val="0"/>
          <w:color w:val="333333"/>
          <w:sz w:val="19"/>
        </w:rPr>
        <w:t>(A) 3　　(B) 8　　(C) 25/2　　(D) 170/3　　(E) 170</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在剧院，儿童票半价。5 张成人票和 4 张儿童票共 $24.50。8 张成人票和 6 张儿童票要花多少钱？</w:t>
      </w:r>
    </w:p>
    <w:p>
      <w:pPr>
        <w:spacing w:before="0" w:after="120" w:line="300" w:lineRule="auto"/>
      </w:pPr>
      <w:r>
        <w:rPr>
          <w:rFonts w:ascii="Times New Roman" w:hAnsi="Times New Roman" w:eastAsia="宋体"/>
          <w:b w:val="0"/>
          <w:i w:val="0"/>
          <w:sz w:val="21"/>
        </w:rPr>
        <w:t>（A）$35　　（B）$38.50　　（C）$40　　（D）$42　　（E）$42.50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At the theater children get in for half price. The price for 5 adult tickets and 4 child tickets is $24.50. How much would 8 adult tickets and 6 child tickets cost?</w:t>
      </w:r>
    </w:p>
    <w:p>
      <w:pPr>
        <w:spacing w:before="0" w:after="160" w:line="300" w:lineRule="auto"/>
      </w:pPr>
      <w:r>
        <w:rPr>
          <w:rFonts w:ascii="Times New Roman" w:hAnsi="Times New Roman" w:eastAsia="宋体"/>
          <w:b w:val="0"/>
          <w:i w:val="0"/>
          <w:color w:val="333333"/>
          <w:sz w:val="19"/>
        </w:rPr>
        <w:t>(A) $35　　(B) $38.50　　(C) $40　　(D) $42　　(E) $42.50</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Ralph 沿 Jane 街走，依次经过四栋房子，每栋房子颜色不同。他先经过橙色房子，再经过红色房子；并且先经过蓝色房子，再经过黄色房子。蓝色房子不与黄色房子相邻。彩色房子的排列顺序有多少种可能？</w:t>
      </w:r>
    </w:p>
    <w:p>
      <w:pPr>
        <w:spacing w:before="0" w:after="120" w:line="300" w:lineRule="auto"/>
      </w:pPr>
      <w:r>
        <w:rPr>
          <w:rFonts w:ascii="Times New Roman" w:hAnsi="Times New Roman" w:eastAsia="宋体"/>
          <w:b w:val="0"/>
          <w:i w:val="0"/>
          <w:sz w:val="21"/>
        </w:rPr>
        <w:t>（A）2　　（B）3　　（C）4　　（D）5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Walking down Jane Street, Ralph passed four houses in a row, each painted a different color. He passed the orange house before the red house, and he passed the blue house before the yellow house. The blue house was not next to the yellow house. How many orderings of the colored houses are possible?</w:t>
      </w:r>
    </w:p>
    <w:p>
      <w:pPr>
        <w:spacing w:before="0" w:after="160" w:line="300" w:lineRule="auto"/>
      </w:pPr>
      <w:r>
        <w:rPr>
          <w:rFonts w:ascii="Times New Roman" w:hAnsi="Times New Roman" w:eastAsia="宋体"/>
          <w:b w:val="0"/>
          <w:i w:val="0"/>
          <w:color w:val="333333"/>
          <w:sz w:val="19"/>
        </w:rPr>
        <w:t>(A) 2　　(B) 3　　(C) 4　　(D) 5　　(E) 6</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假设 a 头奶牛在 c 天内产 b 加仑牛奶。按这个速率，d 头奶牛在 e 天内会产多少加仑牛奶？</w:t>
      </w:r>
    </w:p>
    <w:p>
      <w:pPr>
        <w:spacing w:before="0" w:after="120" w:line="300" w:lineRule="auto"/>
      </w:pPr>
      <w:r>
        <w:rPr>
          <w:rFonts w:ascii="Times New Roman" w:hAnsi="Times New Roman" w:eastAsia="宋体"/>
          <w:b w:val="0"/>
          <w:i w:val="0"/>
          <w:sz w:val="21"/>
        </w:rPr>
        <w:t>（A）bde/ac　　（B）ac/bde　　（C）abde/c　　（D）bcde/a　　（E）abc/de</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that a cows give b gallons of milk in c days. At this rate, how many gallons of milk will d cows give in e days?</w:t>
      </w:r>
    </w:p>
    <w:p>
      <w:pPr>
        <w:spacing w:before="0" w:after="160" w:line="300" w:lineRule="auto"/>
      </w:pPr>
      <w:r>
        <w:rPr>
          <w:rFonts w:ascii="Times New Roman" w:hAnsi="Times New Roman" w:eastAsia="宋体"/>
          <w:b w:val="0"/>
          <w:i w:val="0"/>
          <w:color w:val="333333"/>
          <w:sz w:val="19"/>
        </w:rPr>
        <w:t>(A) bde/ac　　(B) ac/bde　　(C) abde/c　　(D) bcde/a　　(E) abc/de</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一次代数小测中，10% 的学生得 70 分，35% 得 80 分，30% 得 90 分，其余得 100 分。本次小测成绩的平均数与中位数之差是多少？</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 an algebra quiz, 10% of the students scored 70 points, 35% scored 80 points, 30% scored 90 points, and the rest scored 100 points. What is the difference between the mean and the median of the students’ scores on this quiz?</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一个两位数与把它的数字倒序得到的数之差，是这两个数任一者数字和的 5 倍。这个两位数与其倒序数之和是多少？</w:t>
      </w:r>
    </w:p>
    <w:p>
      <w:pPr>
        <w:spacing w:before="0" w:after="120" w:line="300" w:lineRule="auto"/>
      </w:pPr>
      <w:r>
        <w:rPr>
          <w:rFonts w:ascii="Times New Roman" w:hAnsi="Times New Roman" w:eastAsia="宋体"/>
          <w:b w:val="0"/>
          <w:i w:val="0"/>
          <w:sz w:val="21"/>
        </w:rPr>
        <w:t>（A）44　　（B）55　　（C）77　　（D）99　　（E）110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difference between a two-digit number and the number obtained by reversing its digits is 5 times the sum of the digits of either number. What is the sum of the two-digit number and its reverse?</w:t>
      </w:r>
    </w:p>
    <w:p>
      <w:pPr>
        <w:spacing w:before="0" w:after="160" w:line="300" w:lineRule="auto"/>
      </w:pPr>
      <w:r>
        <w:rPr>
          <w:rFonts w:ascii="Times New Roman" w:hAnsi="Times New Roman" w:eastAsia="宋体"/>
          <w:b w:val="0"/>
          <w:i w:val="0"/>
          <w:color w:val="333333"/>
          <w:sz w:val="19"/>
        </w:rPr>
        <w:t>(A) 44　　(B) 55　　(C) 77　　(D) 99　　(E) 110</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一个等比数列的前三项为 √(3)、³√(3) 和 ⁶√(3)。第四项是什么？</w:t>
      </w:r>
    </w:p>
    <w:p>
      <w:pPr>
        <w:spacing w:before="0" w:after="120" w:line="300" w:lineRule="auto"/>
      </w:pPr>
      <w:r>
        <w:rPr>
          <w:rFonts w:ascii="Times New Roman" w:hAnsi="Times New Roman" w:eastAsia="宋体"/>
          <w:b w:val="0"/>
          <w:i w:val="0"/>
          <w:sz w:val="21"/>
        </w:rPr>
        <w:t>（A）1　　（B）⁷√(3)　　（C）⁸√(3)　　（D）⁹√(3)　　（E）¹⁰√(3)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three terms of a geometric progression are √(3), ³√(3), and ⁶√(3). What is the fourth term?</w:t>
      </w:r>
    </w:p>
    <w:p>
      <w:pPr>
        <w:spacing w:before="0" w:after="160" w:line="300" w:lineRule="auto"/>
      </w:pPr>
      <w:r>
        <w:rPr>
          <w:rFonts w:ascii="Times New Roman" w:hAnsi="Times New Roman" w:eastAsia="宋体"/>
          <w:b w:val="0"/>
          <w:i w:val="0"/>
          <w:color w:val="333333"/>
          <w:sz w:val="19"/>
        </w:rPr>
        <w:t>(A) 1　　(B) ⁷√(3)　　(C) ⁸√(3)　　(D) ⁹√(3)　　(E) ¹⁰√(3)</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一位顾客打算购买一件电器，有三张优惠券，但只能使用其中一张：</w:t>
      </w:r>
    </w:p>
    <w:p>
      <w:pPr>
        <w:spacing w:before="0" w:after="80" w:line="300" w:lineRule="auto"/>
        <w:jc w:val="left"/>
      </w:pPr>
      <w:r>
        <w:rPr>
          <w:rFonts w:ascii="Times New Roman" w:hAnsi="Times New Roman" w:eastAsia="宋体"/>
          <w:b w:val="0"/>
          <w:i w:val="0"/>
          <w:sz w:val="21"/>
        </w:rPr>
        <w:t>优惠券 1：标价优惠 10%，但标价须至少为 $50。</w:t>
      </w:r>
    </w:p>
    <w:p>
      <w:pPr>
        <w:spacing w:before="0" w:after="80" w:line="300" w:lineRule="auto"/>
        <w:jc w:val="left"/>
      </w:pPr>
      <w:r>
        <w:rPr>
          <w:rFonts w:ascii="Times New Roman" w:hAnsi="Times New Roman" w:eastAsia="宋体"/>
          <w:b w:val="0"/>
          <w:i w:val="0"/>
          <w:sz w:val="21"/>
        </w:rPr>
        <w:t>优惠券 2：标价减 $20，但标价须至少为 $100。</w:t>
      </w:r>
    </w:p>
    <w:p>
      <w:pPr>
        <w:spacing w:before="0" w:after="80" w:line="300" w:lineRule="auto"/>
        <w:jc w:val="left"/>
      </w:pPr>
      <w:r>
        <w:rPr>
          <w:rFonts w:ascii="Times New Roman" w:hAnsi="Times New Roman" w:eastAsia="宋体"/>
          <w:b w:val="0"/>
          <w:i w:val="0"/>
          <w:sz w:val="21"/>
        </w:rPr>
        <w:t>优惠券 3：标价超过 $100 的部分优惠 18%。</w:t>
      </w:r>
    </w:p>
    <w:p>
      <w:pPr>
        <w:spacing w:before="0" w:after="80" w:line="300" w:lineRule="auto"/>
        <w:jc w:val="left"/>
      </w:pPr>
      <w:r>
        <w:rPr>
          <w:rFonts w:ascii="Times New Roman" w:hAnsi="Times New Roman" w:eastAsia="宋体"/>
          <w:b w:val="0"/>
          <w:i w:val="0"/>
          <w:sz w:val="21"/>
        </w:rPr>
        <w:t>对下列哪个标价，优惠券 1 的降价幅度会同时大于优惠券 2 和优惠券 3？</w:t>
      </w:r>
    </w:p>
    <w:p>
      <w:pPr>
        <w:spacing w:before="0" w:after="120" w:line="300" w:lineRule="auto"/>
      </w:pPr>
      <w:r>
        <w:rPr>
          <w:rFonts w:ascii="Times New Roman" w:hAnsi="Times New Roman" w:eastAsia="宋体"/>
          <w:b w:val="0"/>
          <w:i w:val="0"/>
          <w:sz w:val="21"/>
        </w:rPr>
        <w:t>（A）$179.95　　（B）$199.95　　（C）$219.95　　（D）$239.95　　（E）$259.95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customer who intends to purchase an appliance has three coupons, only one of which may be used:</w:t>
      </w:r>
    </w:p>
    <w:p>
      <w:pPr>
        <w:spacing w:before="0" w:after="80" w:line="300" w:lineRule="auto"/>
        <w:jc w:val="left"/>
      </w:pPr>
      <w:r>
        <w:rPr>
          <w:rFonts w:ascii="Times New Roman" w:hAnsi="Times New Roman" w:eastAsia="宋体"/>
          <w:b w:val="0"/>
          <w:i w:val="0"/>
          <w:color w:val="333333"/>
          <w:sz w:val="19"/>
        </w:rPr>
        <w:t>Coupon 1: 10% off the listed price if the listed price is at least $50</w:t>
      </w:r>
    </w:p>
    <w:p>
      <w:pPr>
        <w:spacing w:before="0" w:after="80" w:line="300" w:lineRule="auto"/>
        <w:jc w:val="left"/>
      </w:pPr>
      <w:r>
        <w:rPr>
          <w:rFonts w:ascii="Times New Roman" w:hAnsi="Times New Roman" w:eastAsia="宋体"/>
          <w:b w:val="0"/>
          <w:i w:val="0"/>
          <w:color w:val="333333"/>
          <w:sz w:val="19"/>
        </w:rPr>
        <w:t>Coupon 2: $20 off the listed price if the listed price is at least $100</w:t>
      </w:r>
    </w:p>
    <w:p>
      <w:pPr>
        <w:spacing w:before="0" w:after="80" w:line="300" w:lineRule="auto"/>
        <w:jc w:val="left"/>
      </w:pPr>
      <w:r>
        <w:rPr>
          <w:rFonts w:ascii="Times New Roman" w:hAnsi="Times New Roman" w:eastAsia="宋体"/>
          <w:b w:val="0"/>
          <w:i w:val="0"/>
          <w:color w:val="333333"/>
          <w:sz w:val="19"/>
        </w:rPr>
        <w:t>Coupon 3: 18% off the amount by which the listed price exceeds $100</w:t>
      </w:r>
    </w:p>
    <w:p>
      <w:pPr>
        <w:spacing w:before="0" w:after="80" w:line="300" w:lineRule="auto"/>
        <w:jc w:val="left"/>
      </w:pPr>
      <w:r>
        <w:rPr>
          <w:rFonts w:ascii="Times New Roman" w:hAnsi="Times New Roman" w:eastAsia="宋体"/>
          <w:b w:val="0"/>
          <w:i w:val="0"/>
          <w:color w:val="333333"/>
          <w:sz w:val="19"/>
        </w:rPr>
        <w:t>For which of the following listed prices will coupon 1 offer a greater price reduction than either coupon 2 or coupon 3?</w:t>
      </w:r>
    </w:p>
    <w:p>
      <w:pPr>
        <w:spacing w:before="0" w:after="160" w:line="300" w:lineRule="auto"/>
      </w:pPr>
      <w:r>
        <w:rPr>
          <w:rFonts w:ascii="Times New Roman" w:hAnsi="Times New Roman" w:eastAsia="宋体"/>
          <w:b w:val="0"/>
          <w:i w:val="0"/>
          <w:color w:val="333333"/>
          <w:sz w:val="19"/>
        </w:rPr>
        <w:t>(A) $179.95　　(B) $199.95　　(C) $219.95　　(D) $239.95　　(E) $259.95</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从 a 开始的五个正连续整数的平均数为 b。从 b 开始的 5 个连续整数的平均数是多少？</w:t>
      </w:r>
    </w:p>
    <w:p>
      <w:pPr>
        <w:spacing w:before="0" w:after="120" w:line="300" w:lineRule="auto"/>
      </w:pPr>
      <w:r>
        <w:rPr>
          <w:rFonts w:ascii="Times New Roman" w:hAnsi="Times New Roman" w:eastAsia="宋体"/>
          <w:b w:val="0"/>
          <w:i w:val="0"/>
          <w:sz w:val="21"/>
        </w:rPr>
        <w:t>（A）a+3　　（B）a+4　　（C）a+5　　（D）a+6　　（E）a+7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Five positive consecutive integers starting with a have average b. What is the average of 5 consecutive integers that start with b?</w:t>
      </w:r>
    </w:p>
    <w:p>
      <w:pPr>
        <w:spacing w:before="0" w:after="160" w:line="300" w:lineRule="auto"/>
      </w:pPr>
      <w:r>
        <w:rPr>
          <w:rFonts w:ascii="Times New Roman" w:hAnsi="Times New Roman" w:eastAsia="宋体"/>
          <w:b w:val="0"/>
          <w:i w:val="0"/>
          <w:color w:val="333333"/>
          <w:sz w:val="19"/>
        </w:rPr>
        <w:t>(A) a+3　　(B) a+4　　(C) a+5　　(D) a+6　　(E) a+7</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在边长为 1 的等边三角形的三条边上，分别以这些边为底作三个全等的等腰三角形。这三个等腰三角形的面积和等于原等边三角形的面积。每个等腰三角形的一条腰长是多少？</w:t>
      </w:r>
    </w:p>
    <w:p>
      <w:pPr>
        <w:spacing w:before="0" w:after="120" w:line="300" w:lineRule="auto"/>
      </w:pPr>
      <w:r>
        <w:rPr>
          <w:rFonts w:ascii="Times New Roman" w:hAnsi="Times New Roman" w:eastAsia="宋体"/>
          <w:b w:val="0"/>
          <w:i w:val="0"/>
          <w:sz w:val="21"/>
        </w:rPr>
        <w:t>（A）(√(3))/4　　（B）(√(3))/3　　（C）2/3　　（D）(√(2))/2　　（E）(√(3))/2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Three congruent isosceles triangles are constructed with their bases on the sides of an equilateral triangle of side length 1. The sum of the areas of the three isosceles triangles is the same as the area of the equilateral triangle. What is the length of one of the two congruent sides of one of the isosceles triangles?</w:t>
      </w:r>
    </w:p>
    <w:p>
      <w:pPr>
        <w:spacing w:before="0" w:after="160" w:line="300" w:lineRule="auto"/>
      </w:pPr>
      <w:r>
        <w:rPr>
          <w:rFonts w:ascii="Times New Roman" w:hAnsi="Times New Roman" w:eastAsia="宋体"/>
          <w:b w:val="0"/>
          <w:i w:val="0"/>
          <w:color w:val="333333"/>
          <w:sz w:val="19"/>
        </w:rPr>
        <w:t>(A) (√(3))/4　　(B) (√(3))/3　　(C) 2/3　　(D) (√(2))/2　　(E) (√(3))/2</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David 从家开车去机场赶飞机。他第一小时开了 35 英里，但发现如果继续保持这个速度会迟到 1 小时。于是他在剩余路程中把速度提高了 15 英里每小时，结果提前 30 分钟到达。机场离他家多少英里？</w:t>
      </w:r>
    </w:p>
    <w:p>
      <w:pPr>
        <w:spacing w:before="0" w:after="120" w:line="300" w:lineRule="auto"/>
      </w:pPr>
      <w:r>
        <w:rPr>
          <w:rFonts w:ascii="Times New Roman" w:hAnsi="Times New Roman" w:eastAsia="宋体"/>
          <w:b w:val="0"/>
          <w:i w:val="0"/>
          <w:sz w:val="21"/>
        </w:rPr>
        <w:t>（A）140　　（B）175　　（C）210　　（D）245　　（E）280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David drives from his home to the airport to catch a flight. He drives 35 miles in the first hour, but realizes that he will be 1 hour late if he continues at this speed. He increases his speed by 15 miles per hour for the rest of the way to the airport and arrives 30 minutes early. How many miles is the airport from his home?</w:t>
      </w:r>
    </w:p>
    <w:p>
      <w:pPr>
        <w:spacing w:before="0" w:after="160" w:line="300" w:lineRule="auto"/>
      </w:pPr>
      <w:r>
        <w:rPr>
          <w:rFonts w:ascii="Times New Roman" w:hAnsi="Times New Roman" w:eastAsia="宋体"/>
          <w:b w:val="0"/>
          <w:i w:val="0"/>
          <w:color w:val="333333"/>
          <w:sz w:val="19"/>
        </w:rPr>
        <w:t>(A) 140　　(B) 175　　(C) 210　　(D) 245　　(E) 280</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两个圆交于点 A 和 B。小弧 AB 在其中一个圆上为 30°，在另一个圆上为 60°。大圆面积与小圆面积之比是多少？</w:t>
      </w:r>
    </w:p>
    <w:p>
      <w:pPr>
        <w:spacing w:before="0" w:after="120" w:line="300" w:lineRule="auto"/>
      </w:pPr>
      <w:r>
        <w:rPr>
          <w:rFonts w:ascii="Times New Roman" w:hAnsi="Times New Roman" w:eastAsia="宋体"/>
          <w:b w:val="0"/>
          <w:i w:val="0"/>
          <w:sz w:val="21"/>
        </w:rPr>
        <w:t>（A）2　　（B）1+√(3)　　（C）3　　（D）2+√(3)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circles intersect at points A and B. The minor arcs AB measure 30° on one circle and 60° on the other circle. What is the ratio of the area of the larger circle to the area of the smaller circle?</w:t>
      </w:r>
    </w:p>
    <w:p>
      <w:pPr>
        <w:spacing w:before="0" w:after="160" w:line="300" w:lineRule="auto"/>
      </w:pPr>
      <w:r>
        <w:rPr>
          <w:rFonts w:ascii="Times New Roman" w:hAnsi="Times New Roman" w:eastAsia="宋体"/>
          <w:b w:val="0"/>
          <w:i w:val="0"/>
          <w:color w:val="333333"/>
          <w:sz w:val="19"/>
        </w:rPr>
        <w:t>(A) 2　　(B) 1+√(3)　　(C) 3　　(D) 2+√(3)　　(E) 4</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一家精致的住宿加早餐旅馆有 5 个房间，每个房间都有独特的颜色主题装饰。某天 5 位朋友来过夜，当晚没有其他客人。这些朋友可以按任何组合住房，但每个房间最多住 2 人。店主有多少种方式把客人分配到房间？</w:t>
      </w:r>
    </w:p>
    <w:p>
      <w:pPr>
        <w:spacing w:before="0" w:after="120" w:line="300" w:lineRule="auto"/>
      </w:pPr>
      <w:r>
        <w:rPr>
          <w:rFonts w:ascii="Times New Roman" w:hAnsi="Times New Roman" w:eastAsia="宋体"/>
          <w:b w:val="0"/>
          <w:i w:val="0"/>
          <w:sz w:val="21"/>
        </w:rPr>
        <w:t>（A）2100　　（B）2220　　（C）3000　　（D）3120　　（E）3125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fancy bed and breakfast inn has 5 rooms, each with a distinctive color-coded decor. One day 5 friends arrive to spend the night. There are no other guests that night. The friends can room in any combination they wish, but with no more than 2 friends per room. In how many ways can the innkeeper assign the guests to the rooms?</w:t>
      </w:r>
    </w:p>
    <w:p>
      <w:pPr>
        <w:spacing w:before="0" w:after="160" w:line="300" w:lineRule="auto"/>
      </w:pPr>
      <w:r>
        <w:rPr>
          <w:rFonts w:ascii="Times New Roman" w:hAnsi="Times New Roman" w:eastAsia="宋体"/>
          <w:b w:val="0"/>
          <w:i w:val="0"/>
          <w:color w:val="333333"/>
          <w:sz w:val="19"/>
        </w:rPr>
        <w:t>(A) 2100　　(B) 2220　　(C) 3000　　(D) 3120　　(E) 3125</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设 a&lt; b&lt; c 为三个整数，使得 a，b，c 成等差数列，而 a，c，b 成等比数列。c 的最小可能值是多少？</w:t>
      </w:r>
    </w:p>
    <w:p>
      <w:pPr>
        <w:spacing w:before="0" w:after="120" w:line="300" w:lineRule="auto"/>
      </w:pPr>
      <w:r>
        <w:rPr>
          <w:rFonts w:ascii="Times New Roman" w:hAnsi="Times New Roman" w:eastAsia="宋体"/>
          <w:b w:val="0"/>
          <w:i w:val="0"/>
          <w:sz w:val="21"/>
        </w:rPr>
        <w:t>（A）-2　　（B）1　　（C）2　　（D）4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a&lt; b&lt; c be three integers such that a, b, c is an arithmetic progression and a, c, b is a geometric progression. What is the smallest possible value for c?</w:t>
      </w:r>
    </w:p>
    <w:p>
      <w:pPr>
        <w:spacing w:before="0" w:after="160" w:line="300" w:lineRule="auto"/>
      </w:pPr>
      <w:r>
        <w:rPr>
          <w:rFonts w:ascii="Times New Roman" w:hAnsi="Times New Roman" w:eastAsia="宋体"/>
          <w:b w:val="0"/>
          <w:i w:val="0"/>
          <w:color w:val="333333"/>
          <w:sz w:val="19"/>
        </w:rPr>
        <w:t>(A) -2　　(B) 1　　(C) 2　　(D) 4　　(E) 6</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五位回文数是形如 abcba 的正整数，其中 a 不为零。设 S 为所有五位回文数之和。S 的各位数字之和是多少？</w:t>
      </w:r>
    </w:p>
    <w:p>
      <w:pPr>
        <w:spacing w:before="0" w:after="120" w:line="300" w:lineRule="auto"/>
      </w:pPr>
      <w:r>
        <w:rPr>
          <w:rFonts w:ascii="Times New Roman" w:hAnsi="Times New Roman" w:eastAsia="宋体"/>
          <w:b w:val="0"/>
          <w:i w:val="0"/>
          <w:sz w:val="21"/>
        </w:rPr>
        <w:t>（A）9　　（B）18　　（C）27　　（D）36　　（E）45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five-digit palindrome is a positive integer with respective digits abcba, where a is not zero. Let S be the sum of all five-digit palindromes. What is the sum of the digits of S?</w:t>
      </w:r>
    </w:p>
    <w:p>
      <w:pPr>
        <w:spacing w:before="0" w:after="160" w:line="300" w:lineRule="auto"/>
      </w:pPr>
      <w:r>
        <w:rPr>
          <w:rFonts w:ascii="Times New Roman" w:hAnsi="Times New Roman" w:eastAsia="宋体"/>
          <w:b w:val="0"/>
          <w:i w:val="0"/>
          <w:color w:val="333333"/>
          <w:sz w:val="19"/>
        </w:rPr>
        <w:t>(A) 9　　(B) 18　　(C) 27　　(D) 36　　(E) 45</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在乘积 (8)(888…8) 中，第二个因数有 k 位数字。该乘积是一个各位数字之和为 1000 的整数。k 是多少？</w:t>
      </w:r>
    </w:p>
    <w:p>
      <w:pPr>
        <w:spacing w:before="0" w:after="120" w:line="300" w:lineRule="auto"/>
      </w:pPr>
      <w:r>
        <w:rPr>
          <w:rFonts w:ascii="Times New Roman" w:hAnsi="Times New Roman" w:eastAsia="宋体"/>
          <w:b w:val="0"/>
          <w:i w:val="0"/>
          <w:sz w:val="21"/>
        </w:rPr>
        <w:t>（A）901　　（B）911　　（C）919　　（D）991　　（E）999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product (8)(888…8), where the second factor has k digits, is an integer whose digits have a sum of 1000. What is k?</w:t>
      </w:r>
    </w:p>
    <w:p>
      <w:pPr>
        <w:spacing w:before="0" w:after="160" w:line="300" w:lineRule="auto"/>
      </w:pPr>
      <w:r>
        <w:rPr>
          <w:rFonts w:ascii="Times New Roman" w:hAnsi="Times New Roman" w:eastAsia="宋体"/>
          <w:b w:val="0"/>
          <w:i w:val="0"/>
          <w:color w:val="333333"/>
          <w:sz w:val="19"/>
        </w:rPr>
        <w:t>(A) 901　　(B) 911　　(C) 919　　(D) 991　　(E) 999</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一个 4×4× h 的长方体盒子内装有一个半径为 2 的球和八个半径为 1 的小球。每个小球都与盒子的三个面相切，大球与每个小球相切。h 是多少？</w:t>
      </w:r>
    </w:p>
    <w:p>
      <w:pPr>
        <w:spacing w:before="80" w:after="80"/>
        <w:jc w:val="center"/>
      </w:pPr>
      <w:r>
        <w:drawing>
          <wp:inline xmlns:a="http://schemas.openxmlformats.org/drawingml/2006/main" xmlns:pic="http://schemas.openxmlformats.org/drawingml/2006/picture">
            <wp:extent cx="919900" cy="1415620"/>
            <wp:docPr id="1" name="Picture 1"/>
            <wp:cNvGraphicFramePr>
              <a:graphicFrameLocks noChangeAspect="1"/>
            </wp:cNvGraphicFramePr>
            <a:graphic>
              <a:graphicData uri="http://schemas.openxmlformats.org/drawingml/2006/picture">
                <pic:pic>
                  <pic:nvPicPr>
                    <pic:cNvPr id="0" name="q17-1@300dpi.png"/>
                    <pic:cNvPicPr/>
                  </pic:nvPicPr>
                  <pic:blipFill>
                    <a:blip r:embed="rId9"/>
                    <a:stretch>
                      <a:fillRect/>
                    </a:stretch>
                  </pic:blipFill>
                  <pic:spPr>
                    <a:xfrm>
                      <a:off x="0" y="0"/>
                      <a:ext cx="919900" cy="1415620"/>
                    </a:xfrm>
                    <a:prstGeom prst="rect"/>
                  </pic:spPr>
                </pic:pic>
              </a:graphicData>
            </a:graphic>
          </wp:inline>
        </w:drawing>
      </w:r>
    </w:p>
    <w:p>
      <w:pPr>
        <w:spacing w:before="0" w:after="120" w:line="300" w:lineRule="auto"/>
      </w:pPr>
      <w:r>
        <w:rPr>
          <w:rFonts w:ascii="Times New Roman" w:hAnsi="Times New Roman" w:eastAsia="宋体"/>
          <w:b w:val="0"/>
          <w:i w:val="0"/>
          <w:sz w:val="21"/>
        </w:rPr>
        <w:t>（A）2+2√(7)　　（B）3+2√(5)　　（C）4+2√(7)　　（D）4√(5)　　（E）4√(7)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4×4× h rectangular box contains a sphere of radius 2 and eight smaller spheres of radius 1. The smaller spheres are each tangent to three sides of the box, and the larger sphere is tangent to each of the smaller spheres. What is h?</w:t>
      </w:r>
    </w:p>
    <w:p>
      <w:pPr>
        <w:spacing w:before="80" w:after="80"/>
        <w:jc w:val="center"/>
      </w:pPr>
      <w:r>
        <w:drawing>
          <wp:inline xmlns:a="http://schemas.openxmlformats.org/drawingml/2006/main" xmlns:pic="http://schemas.openxmlformats.org/drawingml/2006/picture">
            <wp:extent cx="919900" cy="1415620"/>
            <wp:docPr id="2" name="Picture 2"/>
            <wp:cNvGraphicFramePr>
              <a:graphicFrameLocks noChangeAspect="1"/>
            </wp:cNvGraphicFramePr>
            <a:graphic>
              <a:graphicData uri="http://schemas.openxmlformats.org/drawingml/2006/picture">
                <pic:pic>
                  <pic:nvPicPr>
                    <pic:cNvPr id="0" name="q17-1@300dpi.png"/>
                    <pic:cNvPicPr/>
                  </pic:nvPicPr>
                  <pic:blipFill>
                    <a:blip r:embed="rId9"/>
                    <a:stretch>
                      <a:fillRect/>
                    </a:stretch>
                  </pic:blipFill>
                  <pic:spPr>
                    <a:xfrm>
                      <a:off x="0" y="0"/>
                      <a:ext cx="919900" cy="141562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2+2√(7)　　(B) 3+2√(5)　　(C) 4+2√(7)　　(D) 4√(5)　　(E) 4√(7)</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函数</w:t>
      </w:r>
    </w:p>
    <w:p>
      <w:pPr>
        <w:spacing w:before="0" w:after="80" w:line="300" w:lineRule="auto"/>
        <w:jc w:val="left"/>
      </w:pPr>
      <w:r>
        <w:rPr>
          <w:rFonts w:ascii="Times New Roman" w:hAnsi="Times New Roman" w:eastAsia="宋体"/>
          <w:b w:val="0"/>
          <w:i w:val="0"/>
          <w:sz w:val="21"/>
        </w:rPr>
        <w:t>tiny f(x)=log_(1/2)(log₄(log_(1/4)(log₁₆(log_(1/16)x))))</w:t>
      </w:r>
    </w:p>
    <w:p>
      <w:pPr>
        <w:spacing w:before="0" w:after="80" w:line="300" w:lineRule="auto"/>
        <w:jc w:val="left"/>
      </w:pPr>
      <w:r>
        <w:rPr>
          <w:rFonts w:ascii="Times New Roman" w:hAnsi="Times New Roman" w:eastAsia="宋体"/>
          <w:b w:val="0"/>
          <w:i w:val="0"/>
          <w:sz w:val="21"/>
        </w:rPr>
        <w:t>的定义域是一个长度为 m/n 的区间，其中 m、n 是互质正整数。m+n 是多少？</w:t>
      </w:r>
    </w:p>
    <w:p>
      <w:pPr>
        <w:spacing w:before="0" w:after="120" w:line="300" w:lineRule="auto"/>
      </w:pPr>
      <w:r>
        <w:rPr>
          <w:rFonts w:ascii="Times New Roman" w:hAnsi="Times New Roman" w:eastAsia="宋体"/>
          <w:b w:val="0"/>
          <w:i w:val="0"/>
          <w:sz w:val="21"/>
        </w:rPr>
        <w:t>（A）19　　（B）31　　（C）271　　（D）319　　（E）511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domain of the function</w:t>
      </w:r>
    </w:p>
    <w:p>
      <w:pPr>
        <w:spacing w:before="0" w:after="80" w:line="300" w:lineRule="auto"/>
        <w:jc w:val="left"/>
      </w:pPr>
      <w:r>
        <w:rPr>
          <w:rFonts w:ascii="Times New Roman" w:hAnsi="Times New Roman" w:eastAsia="宋体"/>
          <w:b w:val="0"/>
          <w:i w:val="0"/>
          <w:color w:val="333333"/>
          <w:sz w:val="19"/>
        </w:rPr>
        <w:t>tiny f(x)=log_(1/2)(log₄(log_(1/4)(log₁₆(log_(1/16)x))))</w:t>
      </w:r>
    </w:p>
    <w:p>
      <w:pPr>
        <w:spacing w:before="0" w:after="80" w:line="300" w:lineRule="auto"/>
        <w:jc w:val="left"/>
      </w:pPr>
      <w:r>
        <w:rPr>
          <w:rFonts w:ascii="Times New Roman" w:hAnsi="Times New Roman" w:eastAsia="宋体"/>
          <w:b w:val="0"/>
          <w:i w:val="0"/>
          <w:color w:val="333333"/>
          <w:sz w:val="19"/>
        </w:rPr>
        <w:t>is an interval of length m/n, where m and n are relatively prime positive integers. What is m+n?</w:t>
      </w:r>
    </w:p>
    <w:p>
      <w:pPr>
        <w:spacing w:before="0" w:after="160" w:line="300" w:lineRule="auto"/>
      </w:pPr>
      <w:r>
        <w:rPr>
          <w:rFonts w:ascii="Times New Roman" w:hAnsi="Times New Roman" w:eastAsia="宋体"/>
          <w:b w:val="0"/>
          <w:i w:val="0"/>
          <w:color w:val="333333"/>
          <w:sz w:val="19"/>
        </w:rPr>
        <w:t>(A) 19　　(B) 31　　(C) 271　　(D) 319　　(E) 511</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恰有 N 个不同的有理数 k 满足 |k|&lt;200，使方程</w:t>
      </w:r>
    </w:p>
    <w:p>
      <w:pPr>
        <w:spacing w:before="0" w:after="80" w:line="300" w:lineRule="auto"/>
        <w:jc w:val="left"/>
      </w:pPr>
      <w:r>
        <w:rPr>
          <w:rFonts w:ascii="Times New Roman" w:hAnsi="Times New Roman" w:eastAsia="宋体"/>
          <w:b w:val="0"/>
          <w:i w:val="0"/>
          <w:sz w:val="21"/>
        </w:rPr>
        <w:t>5x²+kx+12=0</w:t>
      </w:r>
    </w:p>
    <w:p>
      <w:pPr>
        <w:spacing w:before="0" w:after="80" w:line="300" w:lineRule="auto"/>
        <w:jc w:val="left"/>
      </w:pPr>
      <w:r>
        <w:rPr>
          <w:rFonts w:ascii="Times New Roman" w:hAnsi="Times New Roman" w:eastAsia="宋体"/>
          <w:b w:val="0"/>
          <w:i w:val="0"/>
          <w:sz w:val="21"/>
        </w:rPr>
        <w:t>至少有一个整数解 x。N 是多少？</w:t>
      </w:r>
    </w:p>
    <w:p>
      <w:pPr>
        <w:spacing w:before="0" w:after="120" w:line="300" w:lineRule="auto"/>
      </w:pPr>
      <w:r>
        <w:rPr>
          <w:rFonts w:ascii="Times New Roman" w:hAnsi="Times New Roman" w:eastAsia="宋体"/>
          <w:b w:val="0"/>
          <w:i w:val="0"/>
          <w:sz w:val="21"/>
        </w:rPr>
        <w:t>（A）6　　（B）12　　（C）24　　（D）48　　（E）78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exactly N distinct rational numbers k such that |k|&lt;200 and</w:t>
      </w:r>
    </w:p>
    <w:p>
      <w:pPr>
        <w:spacing w:before="0" w:after="80" w:line="300" w:lineRule="auto"/>
        <w:jc w:val="left"/>
      </w:pPr>
      <w:r>
        <w:rPr>
          <w:rFonts w:ascii="Times New Roman" w:hAnsi="Times New Roman" w:eastAsia="宋体"/>
          <w:b w:val="0"/>
          <w:i w:val="0"/>
          <w:color w:val="333333"/>
          <w:sz w:val="19"/>
        </w:rPr>
        <w:t>5x²+kx+12=0</w:t>
      </w:r>
    </w:p>
    <w:p>
      <w:pPr>
        <w:spacing w:before="0" w:after="80" w:line="300" w:lineRule="auto"/>
        <w:jc w:val="left"/>
      </w:pPr>
      <w:r>
        <w:rPr>
          <w:rFonts w:ascii="Times New Roman" w:hAnsi="Times New Roman" w:eastAsia="宋体"/>
          <w:b w:val="0"/>
          <w:i w:val="0"/>
          <w:color w:val="333333"/>
          <w:sz w:val="19"/>
        </w:rPr>
        <w:t>has at least one integer solution for x. What is N?</w:t>
      </w:r>
    </w:p>
    <w:p>
      <w:pPr>
        <w:spacing w:before="0" w:after="160" w:line="300" w:lineRule="auto"/>
      </w:pPr>
      <w:r>
        <w:rPr>
          <w:rFonts w:ascii="Times New Roman" w:hAnsi="Times New Roman" w:eastAsia="宋体"/>
          <w:b w:val="0"/>
          <w:i w:val="0"/>
          <w:color w:val="333333"/>
          <w:sz w:val="19"/>
        </w:rPr>
        <w:t>(A) 6　　(B) 12　　(C) 24　　(D) 48　　(E) 78</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在 △ BAC 中，∠ BAC=40°，AB=10，AC=6。点 D 和 E 分别在 AB 和 AC 上。BE+DE+CD 的最小可能值是多少？</w:t>
      </w:r>
    </w:p>
    <w:p>
      <w:pPr>
        <w:spacing w:before="0" w:after="120" w:line="300" w:lineRule="auto"/>
      </w:pPr>
      <w:r>
        <w:rPr>
          <w:rFonts w:ascii="Times New Roman" w:hAnsi="Times New Roman" w:eastAsia="宋体"/>
          <w:b w:val="0"/>
          <w:i w:val="0"/>
          <w:sz w:val="21"/>
        </w:rPr>
        <w:t>（A）6√(3)+3　　（B）27/2　　（C）8√(3)　　（D）14　　（E）3√(3)+9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 BAC, ∠ BAC=40°, AB=10, and AC=6. Points D and E lie on AB and AC, respectively. What is the minimum possible value of BE+DE+CD?</w:t>
      </w:r>
    </w:p>
    <w:p>
      <w:pPr>
        <w:spacing w:before="0" w:after="160" w:line="300" w:lineRule="auto"/>
      </w:pPr>
      <w:r>
        <w:rPr>
          <w:rFonts w:ascii="Times New Roman" w:hAnsi="Times New Roman" w:eastAsia="宋体"/>
          <w:b w:val="0"/>
          <w:i w:val="0"/>
          <w:color w:val="333333"/>
          <w:sz w:val="19"/>
        </w:rPr>
        <w:t>(A) 6√(3)+3　　(B) 27/2　　(C) 8√(3)　　(D) 14　　(E) 3√(3)+9</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对每个实数 x，令 ⌊ x⌋ 表示不超过 x 的最大整数，并定义</w:t>
      </w:r>
    </w:p>
    <w:p>
      <w:pPr>
        <w:spacing w:before="0" w:after="80" w:line="300" w:lineRule="auto"/>
        <w:jc w:val="left"/>
      </w:pPr>
      <w:r>
        <w:rPr>
          <w:rFonts w:ascii="Times New Roman" w:hAnsi="Times New Roman" w:eastAsia="宋体"/>
          <w:b w:val="0"/>
          <w:i w:val="0"/>
          <w:sz w:val="21"/>
        </w:rPr>
        <w:t>f(x)=⌊ x⌋(2014^(x-⌊ x⌋)-1)。</w:t>
      </w:r>
    </w:p>
    <w:p>
      <w:pPr>
        <w:spacing w:before="0" w:after="80" w:line="300" w:lineRule="auto"/>
        <w:jc w:val="left"/>
      </w:pPr>
      <w:r>
        <w:rPr>
          <w:rFonts w:ascii="Times New Roman" w:hAnsi="Times New Roman" w:eastAsia="宋体"/>
          <w:b w:val="0"/>
          <w:i w:val="0"/>
          <w:sz w:val="21"/>
        </w:rPr>
        <w:t>所有满足 1≤ x&lt;2014 且 f(x)≤1 的 x 组成若干互不相交区间的并。这些区间长度之和是多少？</w:t>
      </w:r>
    </w:p>
    <w:p>
      <w:pPr>
        <w:spacing w:before="0" w:after="120" w:line="300" w:lineRule="auto"/>
      </w:pPr>
      <w:r>
        <w:rPr>
          <w:rFonts w:ascii="Times New Roman" w:hAnsi="Times New Roman" w:eastAsia="宋体"/>
          <w:b w:val="0"/>
          <w:i w:val="0"/>
          <w:sz w:val="21"/>
        </w:rPr>
        <w:t>（A）1　　（B）log2015/log2014　　（C）log2014/log2013　　（D）2014/2013　　（E）2014^(1/2014)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every real number x, let ⌊ x⌋ denote the greatest integer not exceeding x, and let</w:t>
      </w:r>
    </w:p>
    <w:p>
      <w:pPr>
        <w:spacing w:before="0" w:after="80" w:line="300" w:lineRule="auto"/>
        <w:jc w:val="left"/>
      </w:pPr>
      <w:r>
        <w:rPr>
          <w:rFonts w:ascii="Times New Roman" w:hAnsi="Times New Roman" w:eastAsia="宋体"/>
          <w:b w:val="0"/>
          <w:i w:val="0"/>
          <w:color w:val="333333"/>
          <w:sz w:val="19"/>
        </w:rPr>
        <w:t>f(x)=⌊ x⌋(2014^(x-⌊ x⌋)-1).</w:t>
      </w:r>
    </w:p>
    <w:p>
      <w:pPr>
        <w:spacing w:before="0" w:after="80" w:line="300" w:lineRule="auto"/>
        <w:jc w:val="left"/>
      </w:pPr>
      <w:r>
        <w:rPr>
          <w:rFonts w:ascii="Times New Roman" w:hAnsi="Times New Roman" w:eastAsia="宋体"/>
          <w:b w:val="0"/>
          <w:i w:val="0"/>
          <w:color w:val="333333"/>
          <w:sz w:val="19"/>
        </w:rPr>
        <w:t>The set of all numbers x such that 1≤ x&lt;2014 and f(x)≤1 is a union of disjoint intervals. What is the sum of the lengths of those intervals?</w:t>
      </w:r>
    </w:p>
    <w:p>
      <w:pPr>
        <w:spacing w:before="0" w:after="160" w:line="300" w:lineRule="auto"/>
      </w:pPr>
      <w:r>
        <w:rPr>
          <w:rFonts w:ascii="Times New Roman" w:hAnsi="Times New Roman" w:eastAsia="宋体"/>
          <w:b w:val="0"/>
          <w:i w:val="0"/>
          <w:color w:val="333333"/>
          <w:sz w:val="19"/>
        </w:rPr>
        <w:t>(A) 1　　(B) log2015/log2014　　(C) log2014/log2013　　(D) 2014/2013　　(E) 2014^(1/2014)</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数 5⁸⁶⁷ 介于 2²⁰¹³ 和 2²⁰¹⁴ 之间。有多少对整数 (m,n) 满足 1≤ m≤2012 且</w:t>
      </w:r>
    </w:p>
    <w:p>
      <w:pPr>
        <w:spacing w:before="0" w:after="80" w:line="300" w:lineRule="auto"/>
        <w:jc w:val="left"/>
      </w:pPr>
      <w:r>
        <w:rPr>
          <w:rFonts w:ascii="Times New Roman" w:hAnsi="Times New Roman" w:eastAsia="宋体"/>
          <w:b w:val="0"/>
          <w:i w:val="0"/>
          <w:sz w:val="21"/>
        </w:rPr>
        <w:t>5ⁿ&lt;2ᵐ&lt;2ᵐ⁺²&lt;5ⁿ⁺¹？</w:t>
      </w:r>
    </w:p>
    <w:p>
      <w:pPr>
        <w:spacing w:before="0" w:after="120" w:line="300" w:lineRule="auto"/>
      </w:pPr>
      <w:r>
        <w:rPr>
          <w:rFonts w:ascii="Times New Roman" w:hAnsi="Times New Roman" w:eastAsia="宋体"/>
          <w:b w:val="0"/>
          <w:i w:val="0"/>
          <w:sz w:val="21"/>
        </w:rPr>
        <w:t>（A）278　　（B）279　　（C）280　　（D）281　　（E）282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5⁸⁶⁷ is between 2²⁰¹³ and 2²⁰¹⁴. How many pairs of integers (m,n) are there such that 1≤ m≤2012 and</w:t>
      </w:r>
    </w:p>
    <w:p>
      <w:pPr>
        <w:spacing w:before="0" w:after="80" w:line="300" w:lineRule="auto"/>
        <w:jc w:val="left"/>
      </w:pPr>
      <w:r>
        <w:rPr>
          <w:rFonts w:ascii="Times New Roman" w:hAnsi="Times New Roman" w:eastAsia="宋体"/>
          <w:b w:val="0"/>
          <w:i w:val="0"/>
          <w:color w:val="333333"/>
          <w:sz w:val="19"/>
        </w:rPr>
        <w:t>5ⁿ&lt;2ᵐ&lt;2ᵐ⁺²&lt;5ⁿ⁺¹?</w:t>
      </w:r>
    </w:p>
    <w:p>
      <w:pPr>
        <w:spacing w:before="0" w:after="160" w:line="300" w:lineRule="auto"/>
      </w:pPr>
      <w:r>
        <w:rPr>
          <w:rFonts w:ascii="Times New Roman" w:hAnsi="Times New Roman" w:eastAsia="宋体"/>
          <w:b w:val="0"/>
          <w:i w:val="0"/>
          <w:color w:val="333333"/>
          <w:sz w:val="19"/>
        </w:rPr>
        <w:t>(A) 278　　(B) 279　　(C) 280　　(D) 281　　(E) 282</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分数</w:t>
      </w:r>
    </w:p>
    <w:p>
      <w:pPr>
        <w:spacing w:before="0" w:after="80" w:line="300" w:lineRule="auto"/>
        <w:jc w:val="left"/>
      </w:pPr>
      <w:r>
        <w:rPr>
          <w:rFonts w:ascii="Times New Roman" w:hAnsi="Times New Roman" w:eastAsia="宋体"/>
          <w:b w:val="0"/>
          <w:i w:val="0"/>
          <w:sz w:val="21"/>
        </w:rPr>
        <w:t>1/99²=0.bₙ₋₁bₙ₋₂… b₂b₁b₀，</w:t>
      </w:r>
    </w:p>
    <w:p>
      <w:pPr>
        <w:spacing w:before="0" w:after="80" w:line="300" w:lineRule="auto"/>
        <w:jc w:val="left"/>
      </w:pPr>
      <w:r>
        <w:rPr>
          <w:rFonts w:ascii="Times New Roman" w:hAnsi="Times New Roman" w:eastAsia="宋体"/>
          <w:b w:val="0"/>
          <w:i w:val="0"/>
          <w:sz w:val="21"/>
        </w:rPr>
        <w:t>其中 n 是循环小数节的长度。求 b₀+b₁+⋯+bₙ₋₁。</w:t>
      </w:r>
    </w:p>
    <w:p>
      <w:pPr>
        <w:spacing w:before="0" w:after="120" w:line="300" w:lineRule="auto"/>
      </w:pPr>
      <w:r>
        <w:rPr>
          <w:rFonts w:ascii="Times New Roman" w:hAnsi="Times New Roman" w:eastAsia="宋体"/>
          <w:b w:val="0"/>
          <w:i w:val="0"/>
          <w:sz w:val="21"/>
        </w:rPr>
        <w:t>（A）874　　（B）883　　（C）887　　（D）891　　（E）892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fraction</w:t>
      </w:r>
    </w:p>
    <w:p>
      <w:pPr>
        <w:spacing w:before="0" w:after="80" w:line="300" w:lineRule="auto"/>
        <w:jc w:val="left"/>
      </w:pPr>
      <w:r>
        <w:rPr>
          <w:rFonts w:ascii="Times New Roman" w:hAnsi="Times New Roman" w:eastAsia="宋体"/>
          <w:b w:val="0"/>
          <w:i w:val="0"/>
          <w:color w:val="333333"/>
          <w:sz w:val="19"/>
        </w:rPr>
        <w:t>1/99²=0.bₙ₋₁bₙ₋₂… b₂b₁b₀,</w:t>
      </w:r>
    </w:p>
    <w:p>
      <w:pPr>
        <w:spacing w:before="0" w:after="80" w:line="300" w:lineRule="auto"/>
        <w:jc w:val="left"/>
      </w:pPr>
      <w:r>
        <w:rPr>
          <w:rFonts w:ascii="Times New Roman" w:hAnsi="Times New Roman" w:eastAsia="宋体"/>
          <w:b w:val="0"/>
          <w:i w:val="0"/>
          <w:color w:val="333333"/>
          <w:sz w:val="19"/>
        </w:rPr>
        <w:t>where n is the length of the period of the repeating decimal expansion. What is the sum b₀+b₁+⋯+bₙ₋₁?</w:t>
      </w:r>
    </w:p>
    <w:p>
      <w:pPr>
        <w:spacing w:before="0" w:after="160" w:line="300" w:lineRule="auto"/>
      </w:pPr>
      <w:r>
        <w:rPr>
          <w:rFonts w:ascii="Times New Roman" w:hAnsi="Times New Roman" w:eastAsia="宋体"/>
          <w:b w:val="0"/>
          <w:i w:val="0"/>
          <w:color w:val="333333"/>
          <w:sz w:val="19"/>
        </w:rPr>
        <w:t>(A) 874　　(B) 883　　(C) 887　　(D) 891　　(E) 892</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令 f₀(x)=x+|x-100| -|x+100|，并对 n≥1，定义 fₙ(x)=|fₙ₋₁(x)|-1。有多少个 x 值满足 f₁₀₀(x)=0？</w:t>
      </w:r>
    </w:p>
    <w:p>
      <w:pPr>
        <w:spacing w:before="0" w:after="120" w:line="300" w:lineRule="auto"/>
      </w:pPr>
      <w:r>
        <w:rPr>
          <w:rFonts w:ascii="Times New Roman" w:hAnsi="Times New Roman" w:eastAsia="宋体"/>
          <w:b w:val="0"/>
          <w:i w:val="0"/>
          <w:sz w:val="21"/>
        </w:rPr>
        <w:t>（A）299　　（B）300　　（C）301　　（D）302　　（E）303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f₀(x)=x+|x-100| -|x+100|, and for n≥1, let fₙ(x)=|fₙ₋₁(x)|-1. For how many values of x is f₁₀₀(x)=0?</w:t>
      </w:r>
    </w:p>
    <w:p>
      <w:pPr>
        <w:spacing w:before="0" w:after="160" w:line="300" w:lineRule="auto"/>
      </w:pPr>
      <w:r>
        <w:rPr>
          <w:rFonts w:ascii="Times New Roman" w:hAnsi="Times New Roman" w:eastAsia="宋体"/>
          <w:b w:val="0"/>
          <w:i w:val="0"/>
          <w:color w:val="333333"/>
          <w:sz w:val="19"/>
        </w:rPr>
        <w:t>(A) 299　　(B) 300　　(C) 301　　(D) 302　　(E) 303</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抛物线 P 的焦点为 (0,0)，并经过点 (4,3) 与 (-4,-3)。有多少个满足 (x,y)∈ P、坐标均为整数且 |4x+3y|≤1000 的点？</w:t>
      </w:r>
    </w:p>
    <w:p>
      <w:pPr>
        <w:spacing w:before="0" w:after="120" w:line="300" w:lineRule="auto"/>
      </w:pPr>
      <w:r>
        <w:rPr>
          <w:rFonts w:ascii="Times New Roman" w:hAnsi="Times New Roman" w:eastAsia="宋体"/>
          <w:b w:val="0"/>
          <w:i w:val="0"/>
          <w:sz w:val="21"/>
        </w:rPr>
        <w:t>（A）38　　（B）40　　（C）42　　（D）44　　（E）46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parabola P has focus (0,0) and goes through the points (4,3) and (-4,-3). For how many points (x,y)∈ P with integer coordinates is it true that |4x+3y|≤1000?</w:t>
      </w:r>
    </w:p>
    <w:p>
      <w:pPr>
        <w:spacing w:before="0" w:after="160" w:line="300" w:lineRule="auto"/>
      </w:pPr>
      <w:r>
        <w:rPr>
          <w:rFonts w:ascii="Times New Roman" w:hAnsi="Times New Roman" w:eastAsia="宋体"/>
          <w:b w:val="0"/>
          <w:i w:val="0"/>
          <w:color w:val="333333"/>
          <w:sz w:val="19"/>
        </w:rPr>
        <w:t>(A) 38　　(B) 40　　(C) 42　　(D) 44　　(E) 46</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C　B　B　A　C　D　A　C　B</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B　C　D　B　C　B　D　A　C</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E　D　A　B　B　C　B</w:t>
      </w:r>
    </w:p>
    <w:p>
      <w:pPr>
        <w:spacing w:before="0" w:after="200" w:line="300" w:lineRule="auto"/>
      </w:pPr>
      <w:r>
        <w:rPr>
          <w:rFonts w:ascii="Times New Roman" w:hAnsi="Times New Roman" w:eastAsia="宋体"/>
          <w:b w:val="0"/>
          <w:i w:val="0"/>
          <w:color w:val="666666"/>
          <w:sz w:val="18"/>
        </w:rPr>
        <w:t>答案串：CBBACDACBBCDBCBDACEDABBCB</w:t>
      </w:r>
    </w:p>
    <w:p>
      <w:pPr>
        <w:spacing w:before="200" w:after="80" w:line="300" w:lineRule="auto"/>
      </w:pPr>
      <w:r>
        <w:rPr>
          <w:rFonts w:ascii="Times New Roman" w:hAnsi="Times New Roman" w:eastAsia="宋体"/>
          <w:b/>
          <w:i w:val="0"/>
          <w:sz w:val="23"/>
        </w:rPr>
        <w:t>第 1 题　答案 C</w:t>
      </w:r>
    </w:p>
    <w:p>
      <w:pPr>
        <w:spacing w:before="0" w:after="80" w:line="300" w:lineRule="auto"/>
        <w:jc w:val="left"/>
      </w:pPr>
      <w:r>
        <w:rPr>
          <w:rFonts w:ascii="Times New Roman" w:hAnsi="Times New Roman" w:eastAsia="宋体"/>
          <w:b w:val="0"/>
          <w:i w:val="0"/>
          <w:sz w:val="21"/>
        </w:rPr>
        <w:t>括号内的和为 1/2+1/5+1/10=5+2+1/10=4/5。</w:t>
      </w:r>
    </w:p>
    <w:p>
      <w:pPr>
        <w:spacing w:before="0" w:after="80" w:line="300" w:lineRule="auto"/>
        <w:jc w:val="left"/>
      </w:pPr>
      <w:r>
        <w:rPr>
          <w:rFonts w:ascii="Times New Roman" w:hAnsi="Times New Roman" w:eastAsia="宋体"/>
          <w:b w:val="0"/>
          <w:i w:val="0"/>
          <w:sz w:val="21"/>
        </w:rPr>
        <w:t>它的倒数是 5/4，所以原式等于 10·5/4=25/2。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inside the parentheses is 1/2+1/5+1/10=5+2+1/10=4/5.</w:t>
      </w:r>
    </w:p>
    <w:p>
      <w:pPr>
        <w:spacing w:before="0" w:after="80" w:line="300" w:lineRule="auto"/>
        <w:jc w:val="left"/>
      </w:pPr>
      <w:r>
        <w:rPr>
          <w:rFonts w:ascii="Times New Roman" w:hAnsi="Times New Roman" w:eastAsia="宋体"/>
          <w:b w:val="0"/>
          <w:i w:val="0"/>
          <w:color w:val="333333"/>
          <w:sz w:val="19"/>
        </w:rPr>
        <w:t>Its reciprocal is 5/4, so the expression equals 10·5/4=25/2.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B</w:t>
      </w:r>
    </w:p>
    <w:p>
      <w:pPr>
        <w:spacing w:before="0" w:after="80" w:line="300" w:lineRule="auto"/>
        <w:jc w:val="left"/>
      </w:pPr>
      <w:r>
        <w:rPr>
          <w:rFonts w:ascii="Times New Roman" w:hAnsi="Times New Roman" w:eastAsia="宋体"/>
          <w:b w:val="0"/>
          <w:i w:val="0"/>
          <w:sz w:val="21"/>
        </w:rPr>
        <w:t>儿童票半价，所以 5 张成人票和 4 张儿童票相当于 5+1/2·4=7 张成人票，因此一张成人票价格为 24.50/7=$3.50。</w:t>
      </w:r>
    </w:p>
    <w:p>
      <w:pPr>
        <w:spacing w:before="0" w:after="80" w:line="300" w:lineRule="auto"/>
        <w:jc w:val="left"/>
      </w:pPr>
      <w:r>
        <w:rPr>
          <w:rFonts w:ascii="Times New Roman" w:hAnsi="Times New Roman" w:eastAsia="宋体"/>
          <w:b w:val="0"/>
          <w:i w:val="0"/>
          <w:sz w:val="21"/>
        </w:rPr>
        <w:t>第二次购买相当于 8+1/2·6=11 张成人票，费用为 11· 3.50=$38.50。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a child ticket is half an adult ticket, 5 adult and 4 child tickets equal 5+1/2·4=7 adult tickets, so one adult ticket costs 24.50/7=$3.50.</w:t>
      </w:r>
    </w:p>
    <w:p>
      <w:pPr>
        <w:spacing w:before="0" w:after="80" w:line="300" w:lineRule="auto"/>
        <w:jc w:val="left"/>
      </w:pPr>
      <w:r>
        <w:rPr>
          <w:rFonts w:ascii="Times New Roman" w:hAnsi="Times New Roman" w:eastAsia="宋体"/>
          <w:b w:val="0"/>
          <w:i w:val="0"/>
          <w:color w:val="333333"/>
          <w:sz w:val="19"/>
        </w:rPr>
        <w:t>The second purchase equals 8+1/2·6=11 adult tickets, costing 11· 3.50=$38.50.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B</w:t>
      </w:r>
    </w:p>
    <w:p>
      <w:pPr>
        <w:spacing w:before="0" w:after="80" w:line="300" w:lineRule="auto"/>
        <w:jc w:val="left"/>
      </w:pPr>
      <w:r>
        <w:rPr>
          <w:rFonts w:ascii="Times New Roman" w:hAnsi="Times New Roman" w:eastAsia="宋体"/>
          <w:b w:val="0"/>
          <w:i w:val="0"/>
          <w:sz w:val="21"/>
        </w:rPr>
        <w:t>若橙色先出现，则蓝色和黄色不能相邻，迫使顺序为橙、蓝、红、黄。</w:t>
      </w:r>
    </w:p>
    <w:p>
      <w:pPr>
        <w:spacing w:before="0" w:after="80" w:line="300" w:lineRule="auto"/>
        <w:jc w:val="left"/>
      </w:pPr>
      <w:r>
        <w:rPr>
          <w:rFonts w:ascii="Times New Roman" w:hAnsi="Times New Roman" w:eastAsia="宋体"/>
          <w:b w:val="0"/>
          <w:i w:val="0"/>
          <w:sz w:val="21"/>
        </w:rPr>
        <w:t>若蓝色先出现，则黄色可以在第三或第四个位置（不能在第二个位置以避免相邻），得到蓝、橙、黄、红和蓝、橙、红、黄。</w:t>
      </w:r>
    </w:p>
    <w:p>
      <w:pPr>
        <w:spacing w:before="0" w:after="80" w:line="300" w:lineRule="auto"/>
        <w:jc w:val="left"/>
      </w:pPr>
      <w:r>
        <w:rPr>
          <w:rFonts w:ascii="Times New Roman" w:hAnsi="Times New Roman" w:eastAsia="宋体"/>
          <w:b w:val="0"/>
          <w:i w:val="0"/>
          <w:sz w:val="21"/>
        </w:rPr>
        <w:t>这就是全部 3 种有效顺序。</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orange comes first, then blue and yellow cannot be adjacent, forcing the order orange, blue, red, yellow.</w:t>
      </w:r>
    </w:p>
    <w:p>
      <w:pPr>
        <w:spacing w:before="0" w:after="80" w:line="300" w:lineRule="auto"/>
        <w:jc w:val="left"/>
      </w:pPr>
      <w:r>
        <w:rPr>
          <w:rFonts w:ascii="Times New Roman" w:hAnsi="Times New Roman" w:eastAsia="宋体"/>
          <w:b w:val="0"/>
          <w:i w:val="0"/>
          <w:color w:val="333333"/>
          <w:sz w:val="19"/>
        </w:rPr>
        <w:t>If blue comes first, yellow can be in the third or fourth position (never second, to avoid adjacency), giving blue, orange, yellow, red and blue, orange, red, yellow.</w:t>
      </w:r>
    </w:p>
    <w:p>
      <w:pPr>
        <w:spacing w:before="0" w:after="80" w:line="300" w:lineRule="auto"/>
        <w:jc w:val="left"/>
      </w:pPr>
      <w:r>
        <w:rPr>
          <w:rFonts w:ascii="Times New Roman" w:hAnsi="Times New Roman" w:eastAsia="宋体"/>
          <w:b w:val="0"/>
          <w:i w:val="0"/>
          <w:color w:val="333333"/>
          <w:sz w:val="19"/>
        </w:rPr>
        <w:t>These are the only 3 valid orderings.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A</w:t>
      </w:r>
    </w:p>
    <w:p>
      <w:pPr>
        <w:spacing w:before="0" w:after="80" w:line="300" w:lineRule="auto"/>
        <w:jc w:val="left"/>
      </w:pPr>
      <w:r>
        <w:rPr>
          <w:rFonts w:ascii="Times New Roman" w:hAnsi="Times New Roman" w:eastAsia="宋体"/>
          <w:b w:val="0"/>
          <w:i w:val="0"/>
          <w:sz w:val="21"/>
        </w:rPr>
        <w:t>产奶速率为每头奶牛每天 b/ac 加仑。</w:t>
      </w:r>
    </w:p>
    <w:p>
      <w:pPr>
        <w:spacing w:before="0" w:after="80" w:line="300" w:lineRule="auto"/>
        <w:jc w:val="left"/>
      </w:pPr>
      <w:r>
        <w:rPr>
          <w:rFonts w:ascii="Times New Roman" w:hAnsi="Times New Roman" w:eastAsia="宋体"/>
          <w:b w:val="0"/>
          <w:i w:val="0"/>
          <w:sz w:val="21"/>
        </w:rPr>
        <w:t>所以 d 头奶牛在 e 天内产 b/ac· d· e=bde/ac 加仑。</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rate is b/ac gallons per cow per day.</w:t>
      </w:r>
    </w:p>
    <w:p>
      <w:pPr>
        <w:spacing w:before="0" w:after="80" w:line="300" w:lineRule="auto"/>
        <w:jc w:val="left"/>
      </w:pPr>
      <w:r>
        <w:rPr>
          <w:rFonts w:ascii="Times New Roman" w:hAnsi="Times New Roman" w:eastAsia="宋体"/>
          <w:b w:val="0"/>
          <w:i w:val="0"/>
          <w:color w:val="333333"/>
          <w:sz w:val="19"/>
        </w:rPr>
        <w:t>So d cows over e days produce b/ac· d· e=bde/ac gallons.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C</w:t>
      </w:r>
    </w:p>
    <w:p>
      <w:pPr>
        <w:spacing w:before="0" w:after="80" w:line="300" w:lineRule="auto"/>
        <w:jc w:val="left"/>
      </w:pPr>
      <w:r>
        <w:rPr>
          <w:rFonts w:ascii="Times New Roman" w:hAnsi="Times New Roman" w:eastAsia="宋体"/>
          <w:b w:val="0"/>
          <w:i w:val="0"/>
          <w:sz w:val="21"/>
        </w:rPr>
        <w:t>其余 25% 的学生得 100 分。由于 45% 的学生得分不超过 80，而 75% 的学生得分不超过 90，所以中位数是 90。</w:t>
      </w:r>
    </w:p>
    <w:p>
      <w:pPr>
        <w:spacing w:before="0" w:after="80" w:line="300" w:lineRule="auto"/>
        <w:jc w:val="left"/>
      </w:pPr>
      <w:r>
        <w:rPr>
          <w:rFonts w:ascii="Times New Roman" w:hAnsi="Times New Roman" w:eastAsia="宋体"/>
          <w:b w:val="0"/>
          <w:i w:val="0"/>
          <w:sz w:val="21"/>
        </w:rPr>
        <w:t>平均数为</w:t>
      </w:r>
    </w:p>
    <w:p>
      <w:pPr>
        <w:spacing w:before="0" w:after="80" w:line="300" w:lineRule="auto"/>
        <w:jc w:val="left"/>
      </w:pPr>
      <w:r>
        <w:rPr>
          <w:rFonts w:ascii="Times New Roman" w:hAnsi="Times New Roman" w:eastAsia="宋体"/>
          <w:b w:val="0"/>
          <w:i w:val="0"/>
          <w:sz w:val="21"/>
        </w:rPr>
        <w:t>0.10(70)+0.35(80)</w:t>
      </w:r>
    </w:p>
    <w:p>
      <w:pPr>
        <w:spacing w:before="0" w:after="80" w:line="300" w:lineRule="auto"/>
        <w:jc w:val="left"/>
      </w:pPr>
      <w:r>
        <w:rPr>
          <w:rFonts w:ascii="Times New Roman" w:hAnsi="Times New Roman" w:eastAsia="宋体"/>
          <w:b w:val="0"/>
          <w:i w:val="0"/>
          <w:sz w:val="21"/>
        </w:rPr>
        <w:t>+0.30(90)+0.25(100)</w:t>
      </w:r>
    </w:p>
    <w:p>
      <w:pPr>
        <w:spacing w:before="0" w:after="80" w:line="300" w:lineRule="auto"/>
        <w:jc w:val="left"/>
      </w:pPr>
      <w:r>
        <w:rPr>
          <w:rFonts w:ascii="Times New Roman" w:hAnsi="Times New Roman" w:eastAsia="宋体"/>
          <w:b w:val="0"/>
          <w:i w:val="0"/>
          <w:sz w:val="21"/>
        </w:rPr>
        <w:t>=7+28+27+25=87</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两者之差为 90-87=3。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remaining 25% scored 100. Since 45% scored at most 80 and 75% scored at most 90, the median is 90.</w:t>
      </w:r>
    </w:p>
    <w:p>
      <w:pPr>
        <w:spacing w:before="0" w:after="80" w:line="300" w:lineRule="auto"/>
        <w:jc w:val="left"/>
      </w:pPr>
      <w:r>
        <w:rPr>
          <w:rFonts w:ascii="Times New Roman" w:hAnsi="Times New Roman" w:eastAsia="宋体"/>
          <w:b w:val="0"/>
          <w:i w:val="0"/>
          <w:color w:val="333333"/>
          <w:sz w:val="19"/>
        </w:rPr>
        <w:t>The mean is</w:t>
      </w:r>
    </w:p>
    <w:p>
      <w:pPr>
        <w:spacing w:before="0" w:after="80" w:line="300" w:lineRule="auto"/>
        <w:jc w:val="left"/>
      </w:pPr>
      <w:r>
        <w:rPr>
          <w:rFonts w:ascii="Times New Roman" w:hAnsi="Times New Roman" w:eastAsia="宋体"/>
          <w:b w:val="0"/>
          <w:i w:val="0"/>
          <w:color w:val="333333"/>
          <w:sz w:val="19"/>
        </w:rPr>
        <w:t>0.10(70)+0.35(80)</w:t>
      </w:r>
    </w:p>
    <w:p>
      <w:pPr>
        <w:spacing w:before="0" w:after="80" w:line="300" w:lineRule="auto"/>
        <w:jc w:val="left"/>
      </w:pPr>
      <w:r>
        <w:rPr>
          <w:rFonts w:ascii="Times New Roman" w:hAnsi="Times New Roman" w:eastAsia="宋体"/>
          <w:b w:val="0"/>
          <w:i w:val="0"/>
          <w:color w:val="333333"/>
          <w:sz w:val="19"/>
        </w:rPr>
        <w:t>+0.30(90)+0.25(100)</w:t>
      </w:r>
    </w:p>
    <w:p>
      <w:pPr>
        <w:spacing w:before="0" w:after="80" w:line="300" w:lineRule="auto"/>
        <w:jc w:val="left"/>
      </w:pPr>
      <w:r>
        <w:rPr>
          <w:rFonts w:ascii="Times New Roman" w:hAnsi="Times New Roman" w:eastAsia="宋体"/>
          <w:b w:val="0"/>
          <w:i w:val="0"/>
          <w:color w:val="333333"/>
          <w:sz w:val="19"/>
        </w:rPr>
        <w:t>=7+28+27+25=87.</w:t>
      </w:r>
    </w:p>
    <w:p>
      <w:pPr>
        <w:spacing w:before="0" w:after="80" w:line="300" w:lineRule="auto"/>
        <w:jc w:val="left"/>
      </w:pPr>
      <w:r>
        <w:rPr>
          <w:rFonts w:ascii="Times New Roman" w:hAnsi="Times New Roman" w:eastAsia="宋体"/>
          <w:b w:val="0"/>
          <w:i w:val="0"/>
          <w:color w:val="333333"/>
          <w:sz w:val="19"/>
        </w:rPr>
        <w:t>The difference is 90-87=3.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D</w:t>
      </w:r>
    </w:p>
    <w:p>
      <w:pPr>
        <w:spacing w:before="0" w:after="80" w:line="300" w:lineRule="auto"/>
        <w:jc w:val="left"/>
      </w:pPr>
      <w:r>
        <w:rPr>
          <w:rFonts w:ascii="Times New Roman" w:hAnsi="Times New Roman" w:eastAsia="宋体"/>
          <w:b w:val="0"/>
          <w:i w:val="0"/>
          <w:sz w:val="21"/>
        </w:rPr>
        <w:t>设较大的数为 10a+b，则</w:t>
      </w:r>
    </w:p>
    <w:p>
      <w:pPr>
        <w:spacing w:before="0" w:after="80" w:line="300" w:lineRule="auto"/>
        <w:jc w:val="left"/>
      </w:pPr>
      <w:r>
        <w:rPr>
          <w:rFonts w:ascii="Times New Roman" w:hAnsi="Times New Roman" w:eastAsia="宋体"/>
          <w:b w:val="0"/>
          <w:i w:val="0"/>
          <w:sz w:val="21"/>
        </w:rPr>
        <w:t>(10a+b)-(10b+a)=9(a-b)</w:t>
      </w:r>
    </w:p>
    <w:p>
      <w:pPr>
        <w:spacing w:before="0" w:after="80" w:line="300" w:lineRule="auto"/>
        <w:jc w:val="left"/>
      </w:pPr>
      <w:r>
        <w:rPr>
          <w:rFonts w:ascii="Times New Roman" w:hAnsi="Times New Roman" w:eastAsia="宋体"/>
          <w:b w:val="0"/>
          <w:i w:val="0"/>
          <w:sz w:val="21"/>
        </w:rPr>
        <w:t>=5(a+b)，</w:t>
      </w:r>
    </w:p>
    <w:p>
      <w:pPr>
        <w:spacing w:before="0" w:after="80" w:line="300" w:lineRule="auto"/>
        <w:jc w:val="left"/>
      </w:pPr>
      <w:r>
        <w:rPr>
          <w:rFonts w:ascii="Times New Roman" w:hAnsi="Times New Roman" w:eastAsia="宋体"/>
          <w:b w:val="0"/>
          <w:i w:val="0"/>
          <w:sz w:val="21"/>
        </w:rPr>
        <w:t>化简得 2a=7b。</w:t>
      </w:r>
    </w:p>
    <w:p>
      <w:pPr>
        <w:spacing w:before="0" w:after="80" w:line="300" w:lineRule="auto"/>
        <w:jc w:val="left"/>
      </w:pPr>
      <w:r>
        <w:rPr>
          <w:rFonts w:ascii="Times New Roman" w:hAnsi="Times New Roman" w:eastAsia="宋体"/>
          <w:b w:val="0"/>
          <w:i w:val="0"/>
          <w:sz w:val="21"/>
        </w:rPr>
        <w:t>满足条件的非零数字只有 a=7、b=2，所以这个数是 72，倒序数是 27。</w:t>
      </w:r>
    </w:p>
    <w:p>
      <w:pPr>
        <w:spacing w:before="0" w:after="80" w:line="300" w:lineRule="auto"/>
        <w:jc w:val="left"/>
      </w:pPr>
      <w:r>
        <w:rPr>
          <w:rFonts w:ascii="Times New Roman" w:hAnsi="Times New Roman" w:eastAsia="宋体"/>
          <w:b w:val="0"/>
          <w:i w:val="0"/>
          <w:sz w:val="21"/>
        </w:rPr>
        <w:t>两数之和为 72+27=99。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larger number be 10a+b. Then</w:t>
      </w:r>
    </w:p>
    <w:p>
      <w:pPr>
        <w:spacing w:before="0" w:after="80" w:line="300" w:lineRule="auto"/>
        <w:jc w:val="left"/>
      </w:pPr>
      <w:r>
        <w:rPr>
          <w:rFonts w:ascii="Times New Roman" w:hAnsi="Times New Roman" w:eastAsia="宋体"/>
          <w:b w:val="0"/>
          <w:i w:val="0"/>
          <w:color w:val="333333"/>
          <w:sz w:val="19"/>
        </w:rPr>
        <w:t>(10a+b)-(10b+a)=9(a-b)</w:t>
      </w:r>
    </w:p>
    <w:p>
      <w:pPr>
        <w:spacing w:before="0" w:after="80" w:line="300" w:lineRule="auto"/>
        <w:jc w:val="left"/>
      </w:pPr>
      <w:r>
        <w:rPr>
          <w:rFonts w:ascii="Times New Roman" w:hAnsi="Times New Roman" w:eastAsia="宋体"/>
          <w:b w:val="0"/>
          <w:i w:val="0"/>
          <w:color w:val="333333"/>
          <w:sz w:val="19"/>
        </w:rPr>
        <w:t>=5(a+b),</w:t>
      </w:r>
    </w:p>
    <w:p>
      <w:pPr>
        <w:spacing w:before="0" w:after="80" w:line="300" w:lineRule="auto"/>
        <w:jc w:val="left"/>
      </w:pPr>
      <w:r>
        <w:rPr>
          <w:rFonts w:ascii="Times New Roman" w:hAnsi="Times New Roman" w:eastAsia="宋体"/>
          <w:b w:val="0"/>
          <w:i w:val="0"/>
          <w:color w:val="333333"/>
          <w:sz w:val="19"/>
        </w:rPr>
        <w:t>which simplifies to 2a=7b.</w:t>
      </w:r>
    </w:p>
    <w:p>
      <w:pPr>
        <w:spacing w:before="0" w:after="80" w:line="300" w:lineRule="auto"/>
        <w:jc w:val="left"/>
      </w:pPr>
      <w:r>
        <w:rPr>
          <w:rFonts w:ascii="Times New Roman" w:hAnsi="Times New Roman" w:eastAsia="宋体"/>
          <w:b w:val="0"/>
          <w:i w:val="0"/>
          <w:color w:val="333333"/>
          <w:sz w:val="19"/>
        </w:rPr>
        <w:t>The only nonzero digits satisfying this are a=7 and b=2, so the number is 72 and its reverse is 27.</w:t>
      </w:r>
    </w:p>
    <w:p>
      <w:pPr>
        <w:spacing w:before="0" w:after="80" w:line="300" w:lineRule="auto"/>
        <w:jc w:val="left"/>
      </w:pPr>
      <w:r>
        <w:rPr>
          <w:rFonts w:ascii="Times New Roman" w:hAnsi="Times New Roman" w:eastAsia="宋体"/>
          <w:b w:val="0"/>
          <w:i w:val="0"/>
          <w:color w:val="333333"/>
          <w:sz w:val="19"/>
        </w:rPr>
        <w:t>Their sum is 72+27=99.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A</w:t>
      </w:r>
    </w:p>
    <w:p>
      <w:pPr>
        <w:spacing w:before="0" w:after="80" w:line="300" w:lineRule="auto"/>
        <w:jc w:val="left"/>
      </w:pPr>
      <w:r>
        <w:rPr>
          <w:rFonts w:ascii="Times New Roman" w:hAnsi="Times New Roman" w:eastAsia="宋体"/>
          <w:b w:val="0"/>
          <w:i w:val="0"/>
          <w:sz w:val="21"/>
        </w:rPr>
        <w:t>把各项写成 3 的幂，前三项为 3^(1/2)、3^(1/3)、3^(1/6)。公比是 (3^(1/3))/(3^(1/2))=3^(-1/6)。</w:t>
      </w:r>
    </w:p>
    <w:p>
      <w:pPr>
        <w:spacing w:before="0" w:after="80" w:line="300" w:lineRule="auto"/>
        <w:jc w:val="left"/>
      </w:pPr>
      <w:r>
        <w:rPr>
          <w:rFonts w:ascii="Times New Roman" w:hAnsi="Times New Roman" w:eastAsia="宋体"/>
          <w:b w:val="0"/>
          <w:i w:val="0"/>
          <w:sz w:val="21"/>
        </w:rPr>
        <w:t>第四项为 3^(1/6)·3^(-1/6)=3⁰=1。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Writing the terms as powers of 3, they are 3^(1/2), 3^(1/3), 3^(1/6). The common ratio is (3^(1/3))/(3^(1/2))=3^(-1/6).</w:t>
      </w:r>
    </w:p>
    <w:p>
      <w:pPr>
        <w:spacing w:before="0" w:after="80" w:line="300" w:lineRule="auto"/>
        <w:jc w:val="left"/>
      </w:pPr>
      <w:r>
        <w:rPr>
          <w:rFonts w:ascii="Times New Roman" w:hAnsi="Times New Roman" w:eastAsia="宋体"/>
          <w:b w:val="0"/>
          <w:i w:val="0"/>
          <w:color w:val="333333"/>
          <w:sz w:val="19"/>
        </w:rPr>
        <w:t>The fourth term is 3^(1/6)·3^(-1/6)=3⁰=1.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C</w:t>
      </w:r>
    </w:p>
    <w:p>
      <w:pPr>
        <w:spacing w:before="0" w:after="80" w:line="300" w:lineRule="auto"/>
        <w:jc w:val="left"/>
      </w:pPr>
      <w:r>
        <w:rPr>
          <w:rFonts w:ascii="Times New Roman" w:hAnsi="Times New Roman" w:eastAsia="宋体"/>
          <w:b w:val="0"/>
          <w:i w:val="0"/>
          <w:sz w:val="21"/>
        </w:rPr>
        <w:t>当价格 P&gt;100 时，三张优惠券的降价金额分别为 P/10、20 和 18/100(P-100)。</w:t>
      </w:r>
    </w:p>
    <w:p>
      <w:pPr>
        <w:spacing w:before="0" w:after="80" w:line="300" w:lineRule="auto"/>
        <w:jc w:val="left"/>
      </w:pPr>
      <w:r>
        <w:rPr>
          <w:rFonts w:ascii="Times New Roman" w:hAnsi="Times New Roman" w:eastAsia="宋体"/>
          <w:b w:val="0"/>
          <w:i w:val="0"/>
          <w:sz w:val="21"/>
        </w:rPr>
        <w:t>优惠券 1 优于优惠券 2 需要 P/10&gt;20，即 P&gt;200。优惠券 1 优于优惠券 3 需要 P/10&gt;18/100(P-100)，即 P&lt;225。</w:t>
      </w:r>
    </w:p>
    <w:p>
      <w:pPr>
        <w:spacing w:before="0" w:after="80" w:line="300" w:lineRule="auto"/>
        <w:jc w:val="left"/>
      </w:pPr>
      <w:r>
        <w:rPr>
          <w:rFonts w:ascii="Times New Roman" w:hAnsi="Times New Roman" w:eastAsia="宋体"/>
          <w:b w:val="0"/>
          <w:i w:val="0"/>
          <w:sz w:val="21"/>
        </w:rPr>
        <w:t>所列价格中，只有 $219.95 落在 (200,225) 内。</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 price P&gt;100, the reductions are P/10, 20, and 18/100(P-100).</w:t>
      </w:r>
    </w:p>
    <w:p>
      <w:pPr>
        <w:spacing w:before="0" w:after="80" w:line="300" w:lineRule="auto"/>
        <w:jc w:val="left"/>
      </w:pPr>
      <w:r>
        <w:rPr>
          <w:rFonts w:ascii="Times New Roman" w:hAnsi="Times New Roman" w:eastAsia="宋体"/>
          <w:b w:val="0"/>
          <w:i w:val="0"/>
          <w:color w:val="333333"/>
          <w:sz w:val="19"/>
        </w:rPr>
        <w:t>Coupon 1 beats coupon 2 when P/10&gt;20, that is P&gt;200. Coupon 1 beats coupon 3 when P/10&gt;18/100(P-100), that is P&lt;225.</w:t>
      </w:r>
    </w:p>
    <w:p>
      <w:pPr>
        <w:spacing w:before="0" w:after="80" w:line="300" w:lineRule="auto"/>
        <w:jc w:val="left"/>
      </w:pPr>
      <w:r>
        <w:rPr>
          <w:rFonts w:ascii="Times New Roman" w:hAnsi="Times New Roman" w:eastAsia="宋体"/>
          <w:b w:val="0"/>
          <w:i w:val="0"/>
          <w:color w:val="333333"/>
          <w:sz w:val="19"/>
        </w:rPr>
        <w:t>The only listed price in (200,225) is $219.95.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B</w:t>
      </w:r>
    </w:p>
    <w:p>
      <w:pPr>
        <w:spacing w:before="0" w:after="80" w:line="300" w:lineRule="auto"/>
        <w:jc w:val="left"/>
      </w:pPr>
      <w:r>
        <w:rPr>
          <w:rFonts w:ascii="Times New Roman" w:hAnsi="Times New Roman" w:eastAsia="宋体"/>
          <w:b w:val="0"/>
          <w:i w:val="0"/>
          <w:sz w:val="21"/>
        </w:rPr>
        <w:t>整数 a,a+1,a+2,a+3,a+4 的平均数为 a+2，所以 b=a+2。</w:t>
      </w:r>
    </w:p>
    <w:p>
      <w:pPr>
        <w:spacing w:before="0" w:after="80" w:line="300" w:lineRule="auto"/>
        <w:jc w:val="left"/>
      </w:pPr>
      <w:r>
        <w:rPr>
          <w:rFonts w:ascii="Times New Roman" w:hAnsi="Times New Roman" w:eastAsia="宋体"/>
          <w:b w:val="0"/>
          <w:i w:val="0"/>
          <w:sz w:val="21"/>
        </w:rPr>
        <w:t>从 b 开始的五个整数平均数为 b+2=(a+2)+2=a+4。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integers a,a+1,a+2,a+3,a+4 have average a+2, so b=a+2.</w:t>
      </w:r>
    </w:p>
    <w:p>
      <w:pPr>
        <w:spacing w:before="0" w:after="80" w:line="300" w:lineRule="auto"/>
        <w:jc w:val="left"/>
      </w:pPr>
      <w:r>
        <w:rPr>
          <w:rFonts w:ascii="Times New Roman" w:hAnsi="Times New Roman" w:eastAsia="宋体"/>
          <w:b w:val="0"/>
          <w:i w:val="0"/>
          <w:color w:val="333333"/>
          <w:sz w:val="19"/>
        </w:rPr>
        <w:t>The integers starting at b have average b+2=(a+2)+2=a+4.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B</w:t>
      </w:r>
    </w:p>
    <w:p>
      <w:pPr>
        <w:spacing w:before="0" w:after="80" w:line="300" w:lineRule="auto"/>
        <w:jc w:val="left"/>
      </w:pPr>
      <w:r>
        <w:rPr>
          <w:rFonts w:ascii="Times New Roman" w:hAnsi="Times New Roman" w:eastAsia="宋体"/>
          <w:b w:val="0"/>
          <w:i w:val="0"/>
          <w:sz w:val="21"/>
        </w:rPr>
        <w:t>等边三角形的面积为 (√(3))/4。每个等腰三角形的底边为 1，设其高为 h，则 3·1/2 h=(√(3))/4，所以 h=(√(3))/6。</w:t>
      </w:r>
    </w:p>
    <w:p>
      <w:pPr>
        <w:spacing w:before="0" w:after="80" w:line="300" w:lineRule="auto"/>
        <w:jc w:val="left"/>
      </w:pPr>
      <w:r>
        <w:rPr>
          <w:rFonts w:ascii="Times New Roman" w:hAnsi="Times New Roman" w:eastAsia="宋体"/>
          <w:b w:val="0"/>
          <w:i w:val="0"/>
          <w:sz w:val="21"/>
        </w:rPr>
        <w:t>一条腰是从顶点到一个底边端点的斜边，因此其长度为</w:t>
      </w:r>
    </w:p>
    <w:p>
      <w:pPr>
        <w:spacing w:before="0" w:after="80" w:line="300" w:lineRule="auto"/>
        <w:jc w:val="left"/>
      </w:pPr>
      <w:r>
        <w:rPr>
          <w:rFonts w:ascii="Times New Roman" w:hAnsi="Times New Roman" w:eastAsia="宋体"/>
          <w:b w:val="0"/>
          <w:i w:val="0"/>
          <w:sz w:val="21"/>
        </w:rPr>
        <w:t>√((1/2)²+((√(3))/6)²)</w:t>
      </w:r>
    </w:p>
    <w:p>
      <w:pPr>
        <w:spacing w:before="0" w:after="80" w:line="300" w:lineRule="auto"/>
        <w:jc w:val="left"/>
      </w:pPr>
      <w:r>
        <w:rPr>
          <w:rFonts w:ascii="Times New Roman" w:hAnsi="Times New Roman" w:eastAsia="宋体"/>
          <w:b w:val="0"/>
          <w:i w:val="0"/>
          <w:sz w:val="21"/>
        </w:rPr>
        <w:t>=√(1/4+1/12)</w:t>
      </w:r>
    </w:p>
    <w:p>
      <w:pPr>
        <w:spacing w:before="0" w:after="80" w:line="300" w:lineRule="auto"/>
        <w:jc w:val="left"/>
      </w:pPr>
      <w:r>
        <w:rPr>
          <w:rFonts w:ascii="Times New Roman" w:hAnsi="Times New Roman" w:eastAsia="宋体"/>
          <w:b w:val="0"/>
          <w:i w:val="0"/>
          <w:sz w:val="21"/>
        </w:rPr>
        <w:t>=√(1/3)=(√(3))/3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equilateral triangle has area (√(3))/4. Each isosceles triangle has base 1 and height h, so 3·1/2 h=(√(3))/4, giving h=(√(3))/6.</w:t>
      </w:r>
    </w:p>
    <w:p>
      <w:pPr>
        <w:spacing w:before="0" w:after="80" w:line="300" w:lineRule="auto"/>
        <w:jc w:val="left"/>
      </w:pPr>
      <w:r>
        <w:rPr>
          <w:rFonts w:ascii="Times New Roman" w:hAnsi="Times New Roman" w:eastAsia="宋体"/>
          <w:b w:val="0"/>
          <w:i w:val="0"/>
          <w:color w:val="333333"/>
          <w:sz w:val="19"/>
        </w:rPr>
        <w:t>A congruent side is the hypotenuse from the apex to a base endpoint:</w:t>
      </w:r>
    </w:p>
    <w:p>
      <w:pPr>
        <w:spacing w:before="0" w:after="80" w:line="300" w:lineRule="auto"/>
        <w:jc w:val="left"/>
      </w:pPr>
      <w:r>
        <w:rPr>
          <w:rFonts w:ascii="Times New Roman" w:hAnsi="Times New Roman" w:eastAsia="宋体"/>
          <w:b w:val="0"/>
          <w:i w:val="0"/>
          <w:color w:val="333333"/>
          <w:sz w:val="19"/>
        </w:rPr>
        <w:t>√((1/2)²+((√(3))/6)²)</w:t>
      </w:r>
    </w:p>
    <w:p>
      <w:pPr>
        <w:spacing w:before="0" w:after="80" w:line="300" w:lineRule="auto"/>
        <w:jc w:val="left"/>
      </w:pPr>
      <w:r>
        <w:rPr>
          <w:rFonts w:ascii="Times New Roman" w:hAnsi="Times New Roman" w:eastAsia="宋体"/>
          <w:b w:val="0"/>
          <w:i w:val="0"/>
          <w:color w:val="333333"/>
          <w:sz w:val="19"/>
        </w:rPr>
        <w:t>=√(1/4+1/12)</w:t>
      </w:r>
    </w:p>
    <w:p>
      <w:pPr>
        <w:spacing w:before="0" w:after="80" w:line="300" w:lineRule="auto"/>
        <w:jc w:val="left"/>
      </w:pPr>
      <w:r>
        <w:rPr>
          <w:rFonts w:ascii="Times New Roman" w:hAnsi="Times New Roman" w:eastAsia="宋体"/>
          <w:b w:val="0"/>
          <w:i w:val="0"/>
          <w:color w:val="333333"/>
          <w:sz w:val="19"/>
        </w:rPr>
        <w:t>=√(1/3)=(√(3))/3.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C</w:t>
      </w:r>
    </w:p>
    <w:p>
      <w:pPr>
        <w:spacing w:before="0" w:after="80" w:line="300" w:lineRule="auto"/>
        <w:jc w:val="left"/>
      </w:pPr>
      <w:r>
        <w:rPr>
          <w:rFonts w:ascii="Times New Roman" w:hAnsi="Times New Roman" w:eastAsia="宋体"/>
          <w:b w:val="0"/>
          <w:i w:val="0"/>
          <w:sz w:val="21"/>
        </w:rPr>
        <w:t>设第一小时后的剩余距离为 d，距离航班还有 t 小时。若继续以 35 英里每小时行驶，他会迟到一小时，所以 d=35(t+1)。改以 50 英里每小时行驶，他会提前半小时，所以 d=50(t-1/2)。</w:t>
      </w:r>
    </w:p>
    <w:p>
      <w:pPr>
        <w:spacing w:before="0" w:after="80" w:line="300" w:lineRule="auto"/>
        <w:jc w:val="left"/>
      </w:pPr>
      <w:r>
        <w:rPr>
          <w:rFonts w:ascii="Times New Roman" w:hAnsi="Times New Roman" w:eastAsia="宋体"/>
          <w:b w:val="0"/>
          <w:i w:val="0"/>
          <w:sz w:val="21"/>
        </w:rPr>
        <w:t>令两式相等，得到 35t+35=50t-25，所以 t=4，且 d=175。</w:t>
      </w:r>
    </w:p>
    <w:p>
      <w:pPr>
        <w:spacing w:before="0" w:after="80" w:line="300" w:lineRule="auto"/>
        <w:jc w:val="left"/>
      </w:pPr>
      <w:r>
        <w:rPr>
          <w:rFonts w:ascii="Times New Roman" w:hAnsi="Times New Roman" w:eastAsia="宋体"/>
          <w:b w:val="0"/>
          <w:i w:val="0"/>
          <w:sz w:val="21"/>
        </w:rPr>
        <w:t>总路程为 175+35=210 英里。</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d be the remaining distance after one hour and t the remaining time until the flight. At 35 mph he would be an hour late, so d=35(t+1). At 50 mph he is half an hour early, so d=50(t-1/2).</w:t>
      </w:r>
    </w:p>
    <w:p>
      <w:pPr>
        <w:spacing w:before="0" w:after="80" w:line="300" w:lineRule="auto"/>
        <w:jc w:val="left"/>
      </w:pPr>
      <w:r>
        <w:rPr>
          <w:rFonts w:ascii="Times New Roman" w:hAnsi="Times New Roman" w:eastAsia="宋体"/>
          <w:b w:val="0"/>
          <w:i w:val="0"/>
          <w:color w:val="333333"/>
          <w:sz w:val="19"/>
        </w:rPr>
        <w:t>Setting these equal gives 35t+35=50t-25, so t=4 and d=175.</w:t>
      </w:r>
    </w:p>
    <w:p>
      <w:pPr>
        <w:spacing w:before="0" w:after="80" w:line="300" w:lineRule="auto"/>
        <w:jc w:val="left"/>
      </w:pPr>
      <w:r>
        <w:rPr>
          <w:rFonts w:ascii="Times New Roman" w:hAnsi="Times New Roman" w:eastAsia="宋体"/>
          <w:b w:val="0"/>
          <w:i w:val="0"/>
          <w:color w:val="333333"/>
          <w:sz w:val="19"/>
        </w:rPr>
        <w:t>The total distance is 175+35=210 miles.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D</w:t>
      </w:r>
    </w:p>
    <w:p>
      <w:pPr>
        <w:spacing w:before="0" w:after="80" w:line="300" w:lineRule="auto"/>
        <w:jc w:val="left"/>
      </w:pPr>
      <w:r>
        <w:rPr>
          <w:rFonts w:ascii="Times New Roman" w:hAnsi="Times New Roman" w:eastAsia="宋体"/>
          <w:b w:val="0"/>
          <w:i w:val="0"/>
          <w:sz w:val="21"/>
        </w:rPr>
        <w:t>设对应 30° 弧的圆半径为 R，对应 60° 弧的圆半径为 r。公共弦的长度满足 2Rsin15°=2rsin30°，所以 R/r=(sin30°)/(sin15°)。</w:t>
      </w:r>
    </w:p>
    <w:p>
      <w:pPr>
        <w:spacing w:before="0" w:after="80" w:line="300" w:lineRule="auto"/>
        <w:jc w:val="left"/>
      </w:pPr>
      <w:r>
        <w:rPr>
          <w:rFonts w:ascii="Times New Roman" w:hAnsi="Times New Roman" w:eastAsia="宋体"/>
          <w:b w:val="0"/>
          <w:i w:val="0"/>
          <w:sz w:val="21"/>
        </w:rPr>
        <w:t>较小的圆心角对应较大的半径，因此 R&gt; r。所求面积比为</w:t>
      </w:r>
    </w:p>
    <w:p>
      <w:pPr>
        <w:spacing w:before="0" w:after="80" w:line="300" w:lineRule="auto"/>
        <w:jc w:val="left"/>
      </w:pPr>
      <w:r>
        <w:rPr>
          <w:rFonts w:ascii="Times New Roman" w:hAnsi="Times New Roman" w:eastAsia="宋体"/>
          <w:b w:val="0"/>
          <w:i w:val="0"/>
          <w:sz w:val="21"/>
        </w:rPr>
        <w:t>(R/r)²</w:t>
      </w:r>
    </w:p>
    <w:p>
      <w:pPr>
        <w:spacing w:before="0" w:after="80" w:line="300" w:lineRule="auto"/>
        <w:jc w:val="left"/>
      </w:pPr>
      <w:r>
        <w:rPr>
          <w:rFonts w:ascii="Times New Roman" w:hAnsi="Times New Roman" w:eastAsia="宋体"/>
          <w:b w:val="0"/>
          <w:i w:val="0"/>
          <w:sz w:val="21"/>
        </w:rPr>
        <w:t>=1/(4sin² 15°)</w:t>
      </w:r>
    </w:p>
    <w:p>
      <w:pPr>
        <w:spacing w:before="0" w:after="80" w:line="300" w:lineRule="auto"/>
        <w:jc w:val="left"/>
      </w:pPr>
      <w:r>
        <w:rPr>
          <w:rFonts w:ascii="Times New Roman" w:hAnsi="Times New Roman" w:eastAsia="宋体"/>
          <w:b w:val="0"/>
          <w:i w:val="0"/>
          <w:sz w:val="21"/>
        </w:rPr>
        <w:t>=1/(2(1-cos30°))</w:t>
      </w:r>
    </w:p>
    <w:p>
      <w:pPr>
        <w:spacing w:before="0" w:after="80" w:line="300" w:lineRule="auto"/>
        <w:jc w:val="left"/>
      </w:pPr>
      <w:r>
        <w:rPr>
          <w:rFonts w:ascii="Times New Roman" w:hAnsi="Times New Roman" w:eastAsia="宋体"/>
          <w:b w:val="0"/>
          <w:i w:val="0"/>
          <w:sz w:val="21"/>
        </w:rPr>
        <w:t>=1/(2-√(3))=2+√(3)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circles have radii R (with the 30° arc) and r (with the 60° arc). The common chord has length 2Rsin15°=2rsin30°, so R/r=(sin30°)/(sin15°).</w:t>
      </w:r>
    </w:p>
    <w:p>
      <w:pPr>
        <w:spacing w:before="0" w:after="80" w:line="300" w:lineRule="auto"/>
        <w:jc w:val="left"/>
      </w:pPr>
      <w:r>
        <w:rPr>
          <w:rFonts w:ascii="Times New Roman" w:hAnsi="Times New Roman" w:eastAsia="宋体"/>
          <w:b w:val="0"/>
          <w:i w:val="0"/>
          <w:color w:val="333333"/>
          <w:sz w:val="19"/>
        </w:rPr>
        <w:t>The smaller central angle gives the larger radius, so R&gt; r. The area ratio is</w:t>
      </w:r>
    </w:p>
    <w:p>
      <w:pPr>
        <w:spacing w:before="0" w:after="80" w:line="300" w:lineRule="auto"/>
        <w:jc w:val="left"/>
      </w:pPr>
      <w:r>
        <w:rPr>
          <w:rFonts w:ascii="Times New Roman" w:hAnsi="Times New Roman" w:eastAsia="宋体"/>
          <w:b w:val="0"/>
          <w:i w:val="0"/>
          <w:color w:val="333333"/>
          <w:sz w:val="19"/>
        </w:rPr>
        <w:t>(R/r)²</w:t>
      </w:r>
    </w:p>
    <w:p>
      <w:pPr>
        <w:spacing w:before="0" w:after="80" w:line="300" w:lineRule="auto"/>
        <w:jc w:val="left"/>
      </w:pPr>
      <w:r>
        <w:rPr>
          <w:rFonts w:ascii="Times New Roman" w:hAnsi="Times New Roman" w:eastAsia="宋体"/>
          <w:b w:val="0"/>
          <w:i w:val="0"/>
          <w:color w:val="333333"/>
          <w:sz w:val="19"/>
        </w:rPr>
        <w:t>=1/(4sin² 15°)</w:t>
      </w:r>
    </w:p>
    <w:p>
      <w:pPr>
        <w:spacing w:before="0" w:after="80" w:line="300" w:lineRule="auto"/>
        <w:jc w:val="left"/>
      </w:pPr>
      <w:r>
        <w:rPr>
          <w:rFonts w:ascii="Times New Roman" w:hAnsi="Times New Roman" w:eastAsia="宋体"/>
          <w:b w:val="0"/>
          <w:i w:val="0"/>
          <w:color w:val="333333"/>
          <w:sz w:val="19"/>
        </w:rPr>
        <w:t>=1/(2(1-cos30°))</w:t>
      </w:r>
    </w:p>
    <w:p>
      <w:pPr>
        <w:spacing w:before="0" w:after="80" w:line="300" w:lineRule="auto"/>
        <w:jc w:val="left"/>
      </w:pPr>
      <w:r>
        <w:rPr>
          <w:rFonts w:ascii="Times New Roman" w:hAnsi="Times New Roman" w:eastAsia="宋体"/>
          <w:b w:val="0"/>
          <w:i w:val="0"/>
          <w:color w:val="333333"/>
          <w:sz w:val="19"/>
        </w:rPr>
        <w:t>=1/(2-√(3))=2+√(3).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B</w:t>
      </w:r>
    </w:p>
    <w:p>
      <w:pPr>
        <w:spacing w:before="0" w:after="80" w:line="300" w:lineRule="auto"/>
        <w:jc w:val="left"/>
      </w:pPr>
      <w:r>
        <w:rPr>
          <w:rFonts w:ascii="Times New Roman" w:hAnsi="Times New Roman" w:eastAsia="宋体"/>
          <w:b/>
          <w:i w:val="0"/>
          <w:sz w:val="21"/>
        </w:rPr>
        <w:t>全是单人：</w:t>
      </w:r>
      <w:r>
        <w:rPr>
          <w:rFonts w:ascii="Times New Roman" w:hAnsi="Times New Roman" w:eastAsia="宋体"/>
          <w:b w:val="0"/>
          <w:i w:val="0"/>
          <w:sz w:val="21"/>
        </w:rPr>
        <w:t>把 5 位朋友分到 5 个房间有 5!=120 种。</w:t>
      </w:r>
    </w:p>
    <w:p>
      <w:pPr>
        <w:spacing w:before="0" w:after="80" w:line="300" w:lineRule="auto"/>
        <w:jc w:val="left"/>
      </w:pPr>
      <w:r>
        <w:rPr>
          <w:rFonts w:ascii="Times New Roman" w:hAnsi="Times New Roman" w:eastAsia="宋体"/>
          <w:b/>
          <w:i w:val="0"/>
          <w:sz w:val="21"/>
        </w:rPr>
        <w:t>一对同住：</w:t>
      </w:r>
      <w:r>
        <w:rPr>
          <w:rFonts w:ascii="Times New Roman" w:hAnsi="Times New Roman" w:eastAsia="宋体"/>
          <w:b w:val="0"/>
          <w:i w:val="0"/>
          <w:sz w:val="21"/>
        </w:rPr>
        <w:t>选这对有 C(5, 2)=10 种，再把 4 个组放进房间有 5·4·3·2=120 种，共 10·120=1200 种。</w:t>
      </w:r>
    </w:p>
    <w:p>
      <w:pPr>
        <w:spacing w:before="0" w:after="80" w:line="300" w:lineRule="auto"/>
        <w:jc w:val="left"/>
      </w:pPr>
      <w:r>
        <w:rPr>
          <w:rFonts w:ascii="Times New Roman" w:hAnsi="Times New Roman" w:eastAsia="宋体"/>
          <w:b/>
          <w:i w:val="0"/>
          <w:sz w:val="21"/>
        </w:rPr>
        <w:t>两对同住：</w:t>
      </w:r>
      <w:r>
        <w:rPr>
          <w:rFonts w:ascii="Times New Roman" w:hAnsi="Times New Roman" w:eastAsia="宋体"/>
          <w:b w:val="0"/>
          <w:i w:val="0"/>
          <w:sz w:val="21"/>
        </w:rPr>
        <w:t>选出单独住的人有 5 种，剩余四人分成两对有 3 种，因此共有 15 种分组方式。再把这 3 组安排进房间，有 5·4·3=60 种方式，共 15·60=900 种。</w:t>
      </w:r>
    </w:p>
    <w:p>
      <w:pPr>
        <w:spacing w:before="0" w:after="80" w:line="300" w:lineRule="auto"/>
        <w:jc w:val="left"/>
      </w:pPr>
      <w:r>
        <w:rPr>
          <w:rFonts w:ascii="Times New Roman" w:hAnsi="Times New Roman" w:eastAsia="宋体"/>
          <w:b w:val="0"/>
          <w:i w:val="0"/>
          <w:sz w:val="21"/>
        </w:rPr>
        <w:t>总数为 120+1200+900=2220。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i w:val="0"/>
          <w:color w:val="333333"/>
          <w:sz w:val="19"/>
        </w:rPr>
        <w:t>All singles:</w:t>
      </w:r>
      <w:r>
        <w:rPr>
          <w:rFonts w:ascii="Times New Roman" w:hAnsi="Times New Roman" w:eastAsia="宋体"/>
          <w:b w:val="0"/>
          <w:i w:val="0"/>
          <w:color w:val="333333"/>
          <w:sz w:val="19"/>
        </w:rPr>
        <w:t>assign 5 friends to 5 rooms in 5!=120 ways.</w:t>
      </w:r>
    </w:p>
    <w:p>
      <w:pPr>
        <w:spacing w:before="0" w:after="80" w:line="300" w:lineRule="auto"/>
        <w:jc w:val="left"/>
      </w:pPr>
      <w:r>
        <w:rPr>
          <w:rFonts w:ascii="Times New Roman" w:hAnsi="Times New Roman" w:eastAsia="宋体"/>
          <w:b/>
          <w:i w:val="0"/>
          <w:color w:val="333333"/>
          <w:sz w:val="19"/>
        </w:rPr>
        <w:t>One pair:</w:t>
      </w:r>
      <w:r>
        <w:rPr>
          <w:rFonts w:ascii="Times New Roman" w:hAnsi="Times New Roman" w:eastAsia="宋体"/>
          <w:b w:val="0"/>
          <w:i w:val="0"/>
          <w:color w:val="333333"/>
          <w:sz w:val="19"/>
        </w:rPr>
        <w:t>choose the pair in C(5, 2)=10 ways, then place the 4 groups into rooms in 5·4·3·2=120 ways, giving 10·120=1200.</w:t>
      </w:r>
    </w:p>
    <w:p>
      <w:pPr>
        <w:spacing w:before="0" w:after="80" w:line="300" w:lineRule="auto"/>
        <w:jc w:val="left"/>
      </w:pPr>
      <w:r>
        <w:rPr>
          <w:rFonts w:ascii="Times New Roman" w:hAnsi="Times New Roman" w:eastAsia="宋体"/>
          <w:b/>
          <w:i w:val="0"/>
          <w:color w:val="333333"/>
          <w:sz w:val="19"/>
        </w:rPr>
        <w:t>Two pairs:</w:t>
      </w:r>
      <w:r>
        <w:rPr>
          <w:rFonts w:ascii="Times New Roman" w:hAnsi="Times New Roman" w:eastAsia="宋体"/>
          <w:b w:val="0"/>
          <w:i w:val="0"/>
          <w:color w:val="333333"/>
          <w:sz w:val="19"/>
        </w:rPr>
        <w:t>choose the solo friend in 5 ways and split the rest into two pairs in 3 ways (15 groupings), then place the 3 groups into rooms in 5·4·3=60 ways, giving 15·60=900.</w:t>
      </w:r>
    </w:p>
    <w:p>
      <w:pPr>
        <w:spacing w:before="0" w:after="80" w:line="300" w:lineRule="auto"/>
        <w:jc w:val="left"/>
      </w:pPr>
      <w:r>
        <w:rPr>
          <w:rFonts w:ascii="Times New Roman" w:hAnsi="Times New Roman" w:eastAsia="宋体"/>
          <w:b w:val="0"/>
          <w:i w:val="0"/>
          <w:color w:val="333333"/>
          <w:sz w:val="19"/>
        </w:rPr>
        <w:t>The total is 120+1200+900=2220.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C</w:t>
      </w:r>
    </w:p>
    <w:p>
      <w:pPr>
        <w:spacing w:before="0" w:after="80" w:line="300" w:lineRule="auto"/>
        <w:jc w:val="left"/>
      </w:pPr>
      <w:r>
        <w:rPr>
          <w:rFonts w:ascii="Times New Roman" w:hAnsi="Times New Roman" w:eastAsia="宋体"/>
          <w:b w:val="0"/>
          <w:i w:val="0"/>
          <w:sz w:val="21"/>
        </w:rPr>
        <w:t>设 d=b-a&gt;0，则 b=a+d，c=a+2d。因为 a,c,b 成等比数列，</w:t>
      </w:r>
    </w:p>
    <w:p>
      <w:pPr>
        <w:spacing w:before="0" w:after="80" w:line="300" w:lineRule="auto"/>
        <w:jc w:val="left"/>
      </w:pPr>
      <w:r>
        <w:rPr>
          <w:rFonts w:ascii="Times New Roman" w:hAnsi="Times New Roman" w:eastAsia="宋体"/>
          <w:b w:val="0"/>
          <w:i w:val="0"/>
          <w:sz w:val="21"/>
        </w:rPr>
        <w:t>c/a=b/c</w:t>
      </w:r>
    </w:p>
    <w:p>
      <w:pPr>
        <w:spacing w:before="0" w:after="80" w:line="300" w:lineRule="auto"/>
        <w:jc w:val="left"/>
      </w:pPr>
      <w:r>
        <w:rPr>
          <w:rFonts w:ascii="Times New Roman" w:hAnsi="Times New Roman" w:eastAsia="宋体"/>
          <w:b w:val="0"/>
          <w:i w:val="0"/>
          <w:sz w:val="21"/>
        </w:rPr>
        <w:t>implies(a+2d)²=a(a+d)，</w:t>
      </w:r>
    </w:p>
    <w:p>
      <w:pPr>
        <w:spacing w:before="0" w:after="80" w:line="300" w:lineRule="auto"/>
        <w:jc w:val="left"/>
      </w:pPr>
      <w:r>
        <w:rPr>
          <w:rFonts w:ascii="Times New Roman" w:hAnsi="Times New Roman" w:eastAsia="宋体"/>
          <w:b w:val="0"/>
          <w:i w:val="0"/>
          <w:sz w:val="21"/>
        </w:rPr>
        <w:t>化简得 3ad+4d²=0，所以 3a+4d=0。</w:t>
      </w:r>
    </w:p>
    <w:p>
      <w:pPr>
        <w:spacing w:before="0" w:after="80" w:line="300" w:lineRule="auto"/>
        <w:jc w:val="left"/>
      </w:pPr>
      <w:r>
        <w:rPr>
          <w:rFonts w:ascii="Times New Roman" w:hAnsi="Times New Roman" w:eastAsia="宋体"/>
          <w:b w:val="0"/>
          <w:i w:val="0"/>
          <w:sz w:val="21"/>
        </w:rPr>
        <w:t>于是 a=-4k、d=3k，其中 k 为正整数，因此 c=a+2d=2k。最小值为 c=2，此时 a=-4、b=-1、c=2。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d=b-a&gt;0, so b=a+d and c=a+2d. Since a,c,b is geometric,</w:t>
      </w:r>
    </w:p>
    <w:p>
      <w:pPr>
        <w:spacing w:before="0" w:after="80" w:line="300" w:lineRule="auto"/>
        <w:jc w:val="left"/>
      </w:pPr>
      <w:r>
        <w:rPr>
          <w:rFonts w:ascii="Times New Roman" w:hAnsi="Times New Roman" w:eastAsia="宋体"/>
          <w:b w:val="0"/>
          <w:i w:val="0"/>
          <w:color w:val="333333"/>
          <w:sz w:val="19"/>
        </w:rPr>
        <w:t>c/a=b/c</w:t>
      </w:r>
    </w:p>
    <w:p>
      <w:pPr>
        <w:spacing w:before="0" w:after="80" w:line="300" w:lineRule="auto"/>
        <w:jc w:val="left"/>
      </w:pPr>
      <w:r>
        <w:rPr>
          <w:rFonts w:ascii="Times New Roman" w:hAnsi="Times New Roman" w:eastAsia="宋体"/>
          <w:b w:val="0"/>
          <w:i w:val="0"/>
          <w:color w:val="333333"/>
          <w:sz w:val="19"/>
        </w:rPr>
        <w:t>implies(a+2d)²=a(a+d),</w:t>
      </w:r>
    </w:p>
    <w:p>
      <w:pPr>
        <w:spacing w:before="0" w:after="80" w:line="300" w:lineRule="auto"/>
        <w:jc w:val="left"/>
      </w:pPr>
      <w:r>
        <w:rPr>
          <w:rFonts w:ascii="Times New Roman" w:hAnsi="Times New Roman" w:eastAsia="宋体"/>
          <w:b w:val="0"/>
          <w:i w:val="0"/>
          <w:color w:val="333333"/>
          <w:sz w:val="19"/>
        </w:rPr>
        <w:t>which simplifies to 3ad+4d²=0, so 3a+4d=0.</w:t>
      </w:r>
    </w:p>
    <w:p>
      <w:pPr>
        <w:spacing w:before="0" w:after="80" w:line="300" w:lineRule="auto"/>
        <w:jc w:val="left"/>
      </w:pPr>
      <w:r>
        <w:rPr>
          <w:rFonts w:ascii="Times New Roman" w:hAnsi="Times New Roman" w:eastAsia="宋体"/>
          <w:b w:val="0"/>
          <w:i w:val="0"/>
          <w:color w:val="333333"/>
          <w:sz w:val="19"/>
        </w:rPr>
        <w:t>Then a=-4k and d=3k for a positive integer k, giving c=a+2d=2k. The smallest value is c=2 (with a=-4, b=-1, c=2).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B</w:t>
      </w:r>
    </w:p>
    <w:p>
      <w:pPr>
        <w:spacing w:before="0" w:after="80" w:line="300" w:lineRule="auto"/>
        <w:jc w:val="left"/>
      </w:pPr>
      <w:r>
        <w:rPr>
          <w:rFonts w:ascii="Times New Roman" w:hAnsi="Times New Roman" w:eastAsia="宋体"/>
          <w:b w:val="0"/>
          <w:i w:val="0"/>
          <w:sz w:val="21"/>
        </w:rPr>
        <w:t>写 abcba=10001a+1010b+100c。对所有回文数求和时，每个 a∈{1,…,9} 与 10·10=100 种 b,c 搭配；每个 b 或 c 的值与另外两位有 9·10=90 种搭配。</w:t>
      </w:r>
    </w:p>
    <w:p>
      <w:pPr>
        <w:spacing w:before="0" w:after="80" w:line="300" w:lineRule="auto"/>
        <w:jc w:val="left"/>
      </w:pPr>
      <w:r>
        <w:rPr>
          <w:rFonts w:ascii="Times New Roman" w:hAnsi="Times New Roman" w:eastAsia="宋体"/>
          <w:b w:val="0"/>
          <w:i w:val="0"/>
          <w:sz w:val="21"/>
        </w:rPr>
        <w:t>利用 Σ a=Σ b=Σ c=45，</w:t>
      </w:r>
    </w:p>
    <w:p>
      <w:pPr>
        <w:spacing w:before="0" w:after="80" w:line="300" w:lineRule="auto"/>
        <w:jc w:val="left"/>
      </w:pPr>
      <w:r>
        <w:rPr>
          <w:rFonts w:ascii="Times New Roman" w:hAnsi="Times New Roman" w:eastAsia="宋体"/>
          <w:b w:val="0"/>
          <w:i w:val="0"/>
          <w:sz w:val="21"/>
        </w:rPr>
        <w:t>scriptsize S=45(10001·100+1010·90+100·90)</w:t>
      </w:r>
    </w:p>
    <w:p>
      <w:pPr>
        <w:spacing w:before="0" w:after="80" w:line="300" w:lineRule="auto"/>
        <w:jc w:val="left"/>
      </w:pPr>
      <w:r>
        <w:rPr>
          <w:rFonts w:ascii="Times New Roman" w:hAnsi="Times New Roman" w:eastAsia="宋体"/>
          <w:b w:val="0"/>
          <w:i w:val="0"/>
          <w:sz w:val="21"/>
        </w:rPr>
        <w:t>=45·1,100,000</w:t>
      </w:r>
    </w:p>
    <w:p>
      <w:pPr>
        <w:spacing w:before="0" w:after="80" w:line="300" w:lineRule="auto"/>
        <w:jc w:val="left"/>
      </w:pPr>
      <w:r>
        <w:rPr>
          <w:rFonts w:ascii="Times New Roman" w:hAnsi="Times New Roman" w:eastAsia="宋体"/>
          <w:b w:val="0"/>
          <w:i w:val="0"/>
          <w:sz w:val="21"/>
        </w:rPr>
        <w:t>=49,500,000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S 的各位数字之和为 4+9+5=18。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Write abcba=10001a+1010b+100c. Summing over all palindromes, each value of a∈{1,…,9} occurs with 10·10=100 choices of b,c, and each value of b or c occurs with 9·10=90 choices of the other two digits.</w:t>
      </w:r>
    </w:p>
    <w:p>
      <w:pPr>
        <w:spacing w:before="0" w:after="80" w:line="300" w:lineRule="auto"/>
        <w:jc w:val="left"/>
      </w:pPr>
      <w:r>
        <w:rPr>
          <w:rFonts w:ascii="Times New Roman" w:hAnsi="Times New Roman" w:eastAsia="宋体"/>
          <w:b w:val="0"/>
          <w:i w:val="0"/>
          <w:color w:val="333333"/>
          <w:sz w:val="19"/>
        </w:rPr>
        <w:t>Using Σ a=Σ b=Σ c=45,</w:t>
      </w:r>
    </w:p>
    <w:p>
      <w:pPr>
        <w:spacing w:before="0" w:after="80" w:line="300" w:lineRule="auto"/>
        <w:jc w:val="left"/>
      </w:pPr>
      <w:r>
        <w:rPr>
          <w:rFonts w:ascii="Times New Roman" w:hAnsi="Times New Roman" w:eastAsia="宋体"/>
          <w:b w:val="0"/>
          <w:i w:val="0"/>
          <w:color w:val="333333"/>
          <w:sz w:val="19"/>
        </w:rPr>
        <w:t>scriptsize S=45(10001·100+1010·90+100·90)</w:t>
      </w:r>
    </w:p>
    <w:p>
      <w:pPr>
        <w:spacing w:before="0" w:after="80" w:line="300" w:lineRule="auto"/>
        <w:jc w:val="left"/>
      </w:pPr>
      <w:r>
        <w:rPr>
          <w:rFonts w:ascii="Times New Roman" w:hAnsi="Times New Roman" w:eastAsia="宋体"/>
          <w:b w:val="0"/>
          <w:i w:val="0"/>
          <w:color w:val="333333"/>
          <w:sz w:val="19"/>
        </w:rPr>
        <w:t>=45·1,100,000</w:t>
      </w:r>
    </w:p>
    <w:p>
      <w:pPr>
        <w:spacing w:before="0" w:after="80" w:line="300" w:lineRule="auto"/>
        <w:jc w:val="left"/>
      </w:pPr>
      <w:r>
        <w:rPr>
          <w:rFonts w:ascii="Times New Roman" w:hAnsi="Times New Roman" w:eastAsia="宋体"/>
          <w:b w:val="0"/>
          <w:i w:val="0"/>
          <w:color w:val="333333"/>
          <w:sz w:val="19"/>
        </w:rPr>
        <w:t>=49,500,000.</w:t>
      </w:r>
    </w:p>
    <w:p>
      <w:pPr>
        <w:spacing w:before="0" w:after="80" w:line="300" w:lineRule="auto"/>
        <w:jc w:val="left"/>
      </w:pPr>
      <w:r>
        <w:rPr>
          <w:rFonts w:ascii="Times New Roman" w:hAnsi="Times New Roman" w:eastAsia="宋体"/>
          <w:b w:val="0"/>
          <w:i w:val="0"/>
          <w:color w:val="333333"/>
          <w:sz w:val="19"/>
        </w:rPr>
        <w:t>The sum of the digits of S is 4+9+5=18.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D</w:t>
      </w:r>
    </w:p>
    <w:p>
      <w:pPr>
        <w:spacing w:before="0" w:after="80" w:line="300" w:lineRule="auto"/>
        <w:jc w:val="left"/>
      </w:pPr>
      <w:r>
        <w:rPr>
          <w:rFonts w:ascii="Times New Roman" w:hAnsi="Times New Roman" w:eastAsia="宋体"/>
          <w:b w:val="0"/>
          <w:i w:val="0"/>
          <w:sz w:val="21"/>
        </w:rPr>
        <w:t>按位乘法并处理进位可得 8·underbrace88…8ₖ=7underbrace1…1ₖ₋₂04，其中有 k-2 个数字一。</w:t>
      </w:r>
    </w:p>
    <w:p>
      <w:pPr>
        <w:spacing w:before="0" w:after="80" w:line="300" w:lineRule="auto"/>
        <w:jc w:val="left"/>
      </w:pPr>
      <w:r>
        <w:rPr>
          <w:rFonts w:ascii="Times New Roman" w:hAnsi="Times New Roman" w:eastAsia="宋体"/>
          <w:b w:val="0"/>
          <w:i w:val="0"/>
          <w:sz w:val="21"/>
        </w:rPr>
        <w:t>各位数字之和为 7+(k-2)+0+4=k+9。令 k+9=1000，得到 k=991。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carrying out the multiplication, 8·underbrace88…8ₖ=7underbrace1…1ₖ₋₂04, which has k-2 ones.</w:t>
      </w:r>
    </w:p>
    <w:p>
      <w:pPr>
        <w:spacing w:before="0" w:after="80" w:line="300" w:lineRule="auto"/>
        <w:jc w:val="left"/>
      </w:pPr>
      <w:r>
        <w:rPr>
          <w:rFonts w:ascii="Times New Roman" w:hAnsi="Times New Roman" w:eastAsia="宋体"/>
          <w:b w:val="0"/>
          <w:i w:val="0"/>
          <w:color w:val="333333"/>
          <w:sz w:val="19"/>
        </w:rPr>
        <w:t>The digit sum is 7+(k-2)+0+4=k+9. Setting k+9=1000 gives k=991.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A</w:t>
      </w:r>
    </w:p>
    <w:p>
      <w:pPr>
        <w:spacing w:before="0" w:after="80" w:line="300" w:lineRule="auto"/>
        <w:jc w:val="left"/>
      </w:pPr>
      <w:r>
        <w:rPr>
          <w:rFonts w:ascii="Times New Roman" w:hAnsi="Times New Roman" w:eastAsia="宋体"/>
          <w:b w:val="0"/>
          <w:i w:val="0"/>
          <w:sz w:val="21"/>
        </w:rPr>
        <w:t>把盒子的一个角放在原点。每个小球位于一个角落，其球心到相邻三个面各相距 1。上方四个小球的球心构成边长为 2 的正方形，正方形中心在盒子的中轴线上，一个顶点到中心的距离为 √(2)。</w:t>
      </w:r>
    </w:p>
    <w:p>
      <w:pPr>
        <w:spacing w:before="0" w:after="80" w:line="300" w:lineRule="auto"/>
        <w:jc w:val="left"/>
      </w:pPr>
      <w:r>
        <w:rPr>
          <w:rFonts w:ascii="Times New Roman" w:hAnsi="Times New Roman" w:eastAsia="宋体"/>
          <w:b w:val="0"/>
          <w:i w:val="0"/>
          <w:sz w:val="21"/>
        </w:rPr>
        <w:t>大球球心在中轴线上，到每个上方小球球心的距离为 2+1=3，因此两者的竖直距离为 √(3²-√(2)²)=√(7)。</w:t>
      </w:r>
    </w:p>
    <w:p>
      <w:pPr>
        <w:spacing w:before="0" w:after="80" w:line="300" w:lineRule="auto"/>
        <w:jc w:val="left"/>
      </w:pPr>
      <w:r>
        <w:rPr>
          <w:rFonts w:ascii="Times New Roman" w:hAnsi="Times New Roman" w:eastAsia="宋体"/>
          <w:b w:val="0"/>
          <w:i w:val="0"/>
          <w:sz w:val="21"/>
        </w:rPr>
        <w:t>大球球心的高度是 h/2，上方小球球心的高度是 h-1，所以 (h-1)-h/2=√(7)。由此 h/2=1+√(7)，并得到 h=2+2√(7)。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Place the box with a corner at the origin. Each small sphere sits in a corner with center 1 unit from three faces. The four top small-sphere centers form a square of side 2, whose center lies on the box axis; a corner of that square is √(2) from the center.</w:t>
      </w:r>
    </w:p>
    <w:p>
      <w:pPr>
        <w:spacing w:before="0" w:after="80" w:line="300" w:lineRule="auto"/>
        <w:jc w:val="left"/>
      </w:pPr>
      <w:r>
        <w:rPr>
          <w:rFonts w:ascii="Times New Roman" w:hAnsi="Times New Roman" w:eastAsia="宋体"/>
          <w:b w:val="0"/>
          <w:i w:val="0"/>
          <w:color w:val="333333"/>
          <w:sz w:val="19"/>
        </w:rPr>
        <w:t>The big sphere’s center is on the axis, at distance 2+1=3 from each top small center. The vertical gap between them is √(3²-√(2)²)=√(7).</w:t>
      </w:r>
    </w:p>
    <w:p>
      <w:pPr>
        <w:spacing w:before="0" w:after="80" w:line="300" w:lineRule="auto"/>
        <w:jc w:val="left"/>
      </w:pPr>
      <w:r>
        <w:rPr>
          <w:rFonts w:ascii="Times New Roman" w:hAnsi="Times New Roman" w:eastAsia="宋体"/>
          <w:b w:val="0"/>
          <w:i w:val="0"/>
          <w:color w:val="333333"/>
          <w:sz w:val="19"/>
        </w:rPr>
        <w:t>The big center is at height h/2 and the top small centers at height h-1, so (h-1)-h/2=√(7), giving h/2=1+√(7) and h=2+2√(7).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C</w:t>
      </w:r>
    </w:p>
    <w:p>
      <w:pPr>
        <w:spacing w:before="0" w:after="80" w:line="300" w:lineRule="auto"/>
        <w:jc w:val="left"/>
      </w:pPr>
      <w:r>
        <w:rPr>
          <w:rFonts w:ascii="Times New Roman" w:hAnsi="Times New Roman" w:eastAsia="宋体"/>
          <w:b w:val="0"/>
          <w:i w:val="0"/>
          <w:sz w:val="21"/>
        </w:rPr>
        <w:t>从外向内看，f 有定义当且仅当 log₄(log_(1/4)(log₁₆(log_(1/16)x))) &gt;0，这等价于 log_(1/4)(log₁₆(log_(1/16)x))&gt;1。</w:t>
      </w:r>
    </w:p>
    <w:p>
      <w:pPr>
        <w:spacing w:before="0" w:after="80" w:line="300" w:lineRule="auto"/>
        <w:jc w:val="left"/>
      </w:pPr>
      <w:r>
        <w:rPr>
          <w:rFonts w:ascii="Times New Roman" w:hAnsi="Times New Roman" w:eastAsia="宋体"/>
          <w:b w:val="0"/>
          <w:i w:val="0"/>
          <w:sz w:val="21"/>
        </w:rPr>
        <w:t>因为底数 1/4&lt;1，这意味着 0&lt;log₁₆(log_(1/16)x)&lt;1/4，于是 1&lt;log_(1/16)x&lt;16^(1/4)=2。</w:t>
      </w:r>
    </w:p>
    <w:p>
      <w:pPr>
        <w:spacing w:before="0" w:after="80" w:line="300" w:lineRule="auto"/>
        <w:jc w:val="left"/>
      </w:pPr>
      <w:r>
        <w:rPr>
          <w:rFonts w:ascii="Times New Roman" w:hAnsi="Times New Roman" w:eastAsia="宋体"/>
          <w:b w:val="0"/>
          <w:i w:val="0"/>
          <w:sz w:val="21"/>
        </w:rPr>
        <w:t>又因为 1/16&lt;1，不等号反向，得到 (1/16)²&lt; x&lt;(1/16)¹，即 1/256&lt; x&lt;1/16。区间长度为 1/16-1/256=15/256，所以 m+n=15+256=271。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Working from the outside, f is defined exactly when log₄(log_(1/4)(log₁₆(log_(1/16)x))) &gt;0, which is equivalent to log_(1/4)(log₁₆(log_(1/16)x))&gt;1.</w:t>
      </w:r>
    </w:p>
    <w:p>
      <w:pPr>
        <w:spacing w:before="0" w:after="80" w:line="300" w:lineRule="auto"/>
        <w:jc w:val="left"/>
      </w:pPr>
      <w:r>
        <w:rPr>
          <w:rFonts w:ascii="Times New Roman" w:hAnsi="Times New Roman" w:eastAsia="宋体"/>
          <w:b w:val="0"/>
          <w:i w:val="0"/>
          <w:color w:val="333333"/>
          <w:sz w:val="19"/>
        </w:rPr>
        <w:t>Since the base 1/4&lt;1, this means 0&lt;log₁₆(log_(1/16)x)&lt;1/4, hence 1&lt;log_(1/16)x&lt;16^(1/4)=2.</w:t>
      </w:r>
    </w:p>
    <w:p>
      <w:pPr>
        <w:spacing w:before="0" w:after="80" w:line="300" w:lineRule="auto"/>
        <w:jc w:val="left"/>
      </w:pPr>
      <w:r>
        <w:rPr>
          <w:rFonts w:ascii="Times New Roman" w:hAnsi="Times New Roman" w:eastAsia="宋体"/>
          <w:b w:val="0"/>
          <w:i w:val="0"/>
          <w:color w:val="333333"/>
          <w:sz w:val="19"/>
        </w:rPr>
        <w:t>As 1/16&lt;1, this reverses to (1/16)²&lt; x&lt;(1/16)¹, i.e. 1/256&lt; x&lt;1/16. The length is 1/16-1/256=15/256, so m+n=15+256=271.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E</w:t>
      </w:r>
    </w:p>
    <w:p>
      <w:pPr>
        <w:spacing w:before="0" w:after="80" w:line="300" w:lineRule="auto"/>
        <w:jc w:val="left"/>
      </w:pPr>
      <w:r>
        <w:rPr>
          <w:rFonts w:ascii="Times New Roman" w:hAnsi="Times New Roman" w:eastAsia="宋体"/>
          <w:b w:val="0"/>
          <w:i w:val="0"/>
          <w:sz w:val="21"/>
        </w:rPr>
        <w:t>若整数 x 是根，则 k=-(5x+12/x)，所以 x≠0。对 x≥2，|k|=5|x|+12/(|x|) 递增；|x|=39 时 |k|≈195.3&lt;200 而 |x|=40 时 |k|&gt;200。</w:t>
      </w:r>
    </w:p>
    <w:p>
      <w:pPr>
        <w:spacing w:before="0" w:after="80" w:line="300" w:lineRule="auto"/>
        <w:jc w:val="left"/>
      </w:pPr>
      <w:r>
        <w:rPr>
          <w:rFonts w:ascii="Times New Roman" w:hAnsi="Times New Roman" w:eastAsia="宋体"/>
          <w:b w:val="0"/>
          <w:i w:val="0"/>
          <w:sz w:val="21"/>
        </w:rPr>
        <w:t>因此 x 可取 ±1,±2,…,±39，共 78 个值。若两个不同整数 a≠ b 给出相同的 k 则会使 5a+12/a=5b+12/b，从而推出 5ab=12。这没有整数解，所以所有 78 个 k 互不相同。</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an integer x is a root, then k=-(5x+12/x), so x≠0. For x≥2, |k|=5|x|+12/(|x|) increases, and |x|=39 gives |k|≈195.3&lt;200, while |x|=40 gives |k|&gt;200.</w:t>
      </w:r>
    </w:p>
    <w:p>
      <w:pPr>
        <w:spacing w:before="0" w:after="80" w:line="300" w:lineRule="auto"/>
        <w:jc w:val="left"/>
      </w:pPr>
      <w:r>
        <w:rPr>
          <w:rFonts w:ascii="Times New Roman" w:hAnsi="Times New Roman" w:eastAsia="宋体"/>
          <w:b w:val="0"/>
          <w:i w:val="0"/>
          <w:color w:val="333333"/>
          <w:sz w:val="19"/>
        </w:rPr>
        <w:t>Thus x ranges over ±1,±2,…,±39, which is 78 values. If two integers a≠ b gave the same k, then 5a+12/a=5b+12/b forces 5ab=12, which has no integer solutions, so all 78 values of k are distinct.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D</w:t>
      </w:r>
    </w:p>
    <w:p>
      <w:pPr>
        <w:spacing w:before="0" w:after="80" w:line="300" w:lineRule="auto"/>
        <w:jc w:val="left"/>
      </w:pPr>
      <w:r>
        <w:rPr>
          <w:rFonts w:ascii="Times New Roman" w:hAnsi="Times New Roman" w:eastAsia="宋体"/>
          <w:b w:val="0"/>
          <w:i w:val="0"/>
          <w:sz w:val="21"/>
        </w:rPr>
        <w:t>将 B 关于直线 AC 反射到 B'，将 C 关于直线 AB 反射到 C'。于是 BE=B'E、CD=C'D，从而 BE+DE+CD =B'E+ED+DC'，这是从 B' 到 C' 的一条折线路径。</w:t>
      </w:r>
    </w:p>
    <w:p>
      <w:pPr>
        <w:spacing w:before="0" w:after="80" w:line="300" w:lineRule="auto"/>
        <w:jc w:val="left"/>
      </w:pPr>
      <w:r>
        <w:rPr>
          <w:rFonts w:ascii="Times New Roman" w:hAnsi="Times New Roman" w:eastAsia="宋体"/>
          <w:b w:val="0"/>
          <w:i w:val="0"/>
          <w:sz w:val="21"/>
        </w:rPr>
        <w:t>当这条路径成为直线段 B'C' 时长度最小。此时 AB'=AB=10、AC'=AC=6，并且 ∠ B'AC'=3·40°=120°。</w:t>
      </w:r>
    </w:p>
    <w:p>
      <w:pPr>
        <w:spacing w:before="0" w:after="80" w:line="300" w:lineRule="auto"/>
        <w:jc w:val="left"/>
      </w:pPr>
      <w:r>
        <w:rPr>
          <w:rFonts w:ascii="Times New Roman" w:hAnsi="Times New Roman" w:eastAsia="宋体"/>
          <w:b w:val="0"/>
          <w:i w:val="0"/>
          <w:sz w:val="21"/>
        </w:rPr>
        <w:t>由余弦定理，</w:t>
      </w:r>
    </w:p>
    <w:p>
      <w:pPr>
        <w:spacing w:before="0" w:after="80" w:line="300" w:lineRule="auto"/>
        <w:jc w:val="left"/>
      </w:pPr>
      <w:r>
        <w:rPr>
          <w:rFonts w:ascii="Times New Roman" w:hAnsi="Times New Roman" w:eastAsia="宋体"/>
          <w:b w:val="0"/>
          <w:i w:val="0"/>
          <w:sz w:val="21"/>
        </w:rPr>
        <w:t>B'C'²=10²+6²</w:t>
      </w:r>
    </w:p>
    <w:p>
      <w:pPr>
        <w:spacing w:before="0" w:after="80" w:line="300" w:lineRule="auto"/>
        <w:jc w:val="left"/>
      </w:pPr>
      <w:r>
        <w:rPr>
          <w:rFonts w:ascii="Times New Roman" w:hAnsi="Times New Roman" w:eastAsia="宋体"/>
          <w:b w:val="0"/>
          <w:i w:val="0"/>
          <w:sz w:val="21"/>
        </w:rPr>
        <w:t>-2·10·6cos120°</w:t>
      </w:r>
    </w:p>
    <w:p>
      <w:pPr>
        <w:spacing w:before="0" w:after="80" w:line="300" w:lineRule="auto"/>
        <w:jc w:val="left"/>
      </w:pPr>
      <w:r>
        <w:rPr>
          <w:rFonts w:ascii="Times New Roman" w:hAnsi="Times New Roman" w:eastAsia="宋体"/>
          <w:b w:val="0"/>
          <w:i w:val="0"/>
          <w:sz w:val="21"/>
        </w:rPr>
        <w:t>=136+60</w:t>
      </w:r>
    </w:p>
    <w:p>
      <w:pPr>
        <w:spacing w:before="0" w:after="80" w:line="300" w:lineRule="auto"/>
        <w:jc w:val="left"/>
      </w:pPr>
      <w:r>
        <w:rPr>
          <w:rFonts w:ascii="Times New Roman" w:hAnsi="Times New Roman" w:eastAsia="宋体"/>
          <w:b w:val="0"/>
          <w:i w:val="0"/>
          <w:sz w:val="21"/>
        </w:rPr>
        <w:t>=196，</w:t>
      </w:r>
    </w:p>
    <w:p>
      <w:pPr>
        <w:spacing w:before="0" w:after="80" w:line="300" w:lineRule="auto"/>
        <w:jc w:val="left"/>
      </w:pPr>
      <w:r>
        <w:rPr>
          <w:rFonts w:ascii="Times New Roman" w:hAnsi="Times New Roman" w:eastAsia="宋体"/>
          <w:b w:val="0"/>
          <w:i w:val="0"/>
          <w:sz w:val="21"/>
        </w:rPr>
        <w:t>所以 B'C'=14。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Reflect B across line AC to get B', and reflect C across line AB to get C'. Then BE=B'E and CD=C'D, so BE+DE+CD =B'E+ED+DC', a broken path from B' to C'.</w:t>
      </w:r>
    </w:p>
    <w:p>
      <w:pPr>
        <w:spacing w:before="0" w:after="80" w:line="300" w:lineRule="auto"/>
        <w:jc w:val="left"/>
      </w:pPr>
      <w:r>
        <w:rPr>
          <w:rFonts w:ascii="Times New Roman" w:hAnsi="Times New Roman" w:eastAsia="宋体"/>
          <w:b w:val="0"/>
          <w:i w:val="0"/>
          <w:color w:val="333333"/>
          <w:sz w:val="19"/>
        </w:rPr>
        <w:t>This is minimized when the path is the straight segment B'C'. We have AB'=AB=10, AC'=AC=6, and ∠ B'AC'=3·40°=120°.</w:t>
      </w:r>
    </w:p>
    <w:p>
      <w:pPr>
        <w:spacing w:before="0" w:after="80" w:line="300" w:lineRule="auto"/>
        <w:jc w:val="left"/>
      </w:pPr>
      <w:r>
        <w:rPr>
          <w:rFonts w:ascii="Times New Roman" w:hAnsi="Times New Roman" w:eastAsia="宋体"/>
          <w:b w:val="0"/>
          <w:i w:val="0"/>
          <w:color w:val="333333"/>
          <w:sz w:val="19"/>
        </w:rPr>
        <w:t>By the Law of Cosines,</w:t>
      </w:r>
    </w:p>
    <w:p>
      <w:pPr>
        <w:spacing w:before="0" w:after="80" w:line="300" w:lineRule="auto"/>
        <w:jc w:val="left"/>
      </w:pPr>
      <w:r>
        <w:rPr>
          <w:rFonts w:ascii="Times New Roman" w:hAnsi="Times New Roman" w:eastAsia="宋体"/>
          <w:b w:val="0"/>
          <w:i w:val="0"/>
          <w:color w:val="333333"/>
          <w:sz w:val="19"/>
        </w:rPr>
        <w:t>B'C'²=10²+6²</w:t>
      </w:r>
    </w:p>
    <w:p>
      <w:pPr>
        <w:spacing w:before="0" w:after="80" w:line="300" w:lineRule="auto"/>
        <w:jc w:val="left"/>
      </w:pPr>
      <w:r>
        <w:rPr>
          <w:rFonts w:ascii="Times New Roman" w:hAnsi="Times New Roman" w:eastAsia="宋体"/>
          <w:b w:val="0"/>
          <w:i w:val="0"/>
          <w:color w:val="333333"/>
          <w:sz w:val="19"/>
        </w:rPr>
        <w:t>-2·10·6cos120°</w:t>
      </w:r>
    </w:p>
    <w:p>
      <w:pPr>
        <w:spacing w:before="0" w:after="80" w:line="300" w:lineRule="auto"/>
        <w:jc w:val="left"/>
      </w:pPr>
      <w:r>
        <w:rPr>
          <w:rFonts w:ascii="Times New Roman" w:hAnsi="Times New Roman" w:eastAsia="宋体"/>
          <w:b w:val="0"/>
          <w:i w:val="0"/>
          <w:color w:val="333333"/>
          <w:sz w:val="19"/>
        </w:rPr>
        <w:t>=136+60</w:t>
      </w:r>
    </w:p>
    <w:p>
      <w:pPr>
        <w:spacing w:before="0" w:after="80" w:line="300" w:lineRule="auto"/>
        <w:jc w:val="left"/>
      </w:pPr>
      <w:r>
        <w:rPr>
          <w:rFonts w:ascii="Times New Roman" w:hAnsi="Times New Roman" w:eastAsia="宋体"/>
          <w:b w:val="0"/>
          <w:i w:val="0"/>
          <w:color w:val="333333"/>
          <w:sz w:val="19"/>
        </w:rPr>
        <w:t>=196,</w:t>
      </w:r>
    </w:p>
    <w:p>
      <w:pPr>
        <w:spacing w:before="0" w:after="80" w:line="300" w:lineRule="auto"/>
        <w:jc w:val="left"/>
      </w:pPr>
      <w:r>
        <w:rPr>
          <w:rFonts w:ascii="Times New Roman" w:hAnsi="Times New Roman" w:eastAsia="宋体"/>
          <w:b w:val="0"/>
          <w:i w:val="0"/>
          <w:color w:val="333333"/>
          <w:sz w:val="19"/>
        </w:rPr>
        <w:t>so B'C'=14.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A</w:t>
      </w:r>
    </w:p>
    <w:p>
      <w:pPr>
        <w:spacing w:before="0" w:after="80" w:line="300" w:lineRule="auto"/>
        <w:jc w:val="left"/>
      </w:pPr>
      <w:r>
        <w:rPr>
          <w:rFonts w:ascii="Times New Roman" w:hAnsi="Times New Roman" w:eastAsia="宋体"/>
          <w:b w:val="0"/>
          <w:i w:val="0"/>
          <w:sz w:val="21"/>
        </w:rPr>
        <w:t>写 x=n+r，其中 n 为整数且 1≤ n≤2013，0≤ r&lt;1。于是 f(x)=n(2014^(r)-1)，而 f(x)≤1 等价于 2014^(r)≤1+1/n，也就是 0≤ r≤log₂₀₁₄n+1/n。</w:t>
      </w:r>
    </w:p>
    <w:p>
      <w:pPr>
        <w:spacing w:before="0" w:after="80" w:line="300" w:lineRule="auto"/>
        <w:jc w:val="left"/>
      </w:pPr>
      <w:r>
        <w:rPr>
          <w:rFonts w:ascii="Times New Roman" w:hAnsi="Times New Roman" w:eastAsia="宋体"/>
          <w:b w:val="0"/>
          <w:i w:val="0"/>
          <w:sz w:val="21"/>
        </w:rPr>
        <w:t>因此每个 n 对应的区间长度为 log₂₀₁₄n+1/n，所以总长度为</w:t>
      </w:r>
    </w:p>
    <w:p>
      <w:pPr>
        <w:spacing w:before="0" w:after="80" w:line="300" w:lineRule="auto"/>
        <w:jc w:val="left"/>
      </w:pPr>
      <w:r>
        <w:rPr>
          <w:rFonts w:ascii="Times New Roman" w:hAnsi="Times New Roman" w:eastAsia="宋体"/>
          <w:b w:val="0"/>
          <w:i w:val="0"/>
          <w:sz w:val="21"/>
        </w:rPr>
        <w:t>Σₙ₌₁²⁰¹³log₂₀₁₄n+1/n</w:t>
      </w:r>
    </w:p>
    <w:p>
      <w:pPr>
        <w:spacing w:before="0" w:after="80" w:line="300" w:lineRule="auto"/>
        <w:jc w:val="left"/>
      </w:pPr>
      <w:r>
        <w:rPr>
          <w:rFonts w:ascii="Times New Roman" w:hAnsi="Times New Roman" w:eastAsia="宋体"/>
          <w:b w:val="0"/>
          <w:i w:val="0"/>
          <w:sz w:val="21"/>
        </w:rPr>
        <w:t>=log₂₀₁₄(2/1·3/2⋯2014/2013)</w:t>
      </w:r>
    </w:p>
    <w:p>
      <w:pPr>
        <w:spacing w:before="0" w:after="80" w:line="300" w:lineRule="auto"/>
        <w:jc w:val="left"/>
      </w:pPr>
      <w:r>
        <w:rPr>
          <w:rFonts w:ascii="Times New Roman" w:hAnsi="Times New Roman" w:eastAsia="宋体"/>
          <w:b w:val="0"/>
          <w:i w:val="0"/>
          <w:sz w:val="21"/>
        </w:rPr>
        <w:t>=log₂₀₁₄2014=1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Write x=n+r with integer n (1≤ n≤2013) and 0≤ r&lt;1. Then f(x)=n(2014^(r)-1), and f(x)≤1 becomes 2014^(r)≤1+1/n, i.e. 0≤ r≤log₂₀₁₄n+1/n.</w:t>
      </w:r>
    </w:p>
    <w:p>
      <w:pPr>
        <w:spacing w:before="0" w:after="80" w:line="300" w:lineRule="auto"/>
        <w:jc w:val="left"/>
      </w:pPr>
      <w:r>
        <w:rPr>
          <w:rFonts w:ascii="Times New Roman" w:hAnsi="Times New Roman" w:eastAsia="宋体"/>
          <w:b w:val="0"/>
          <w:i w:val="0"/>
          <w:color w:val="333333"/>
          <w:sz w:val="19"/>
        </w:rPr>
        <w:t>Each n contributes an interval of length log₂₀₁₄n+1/n, so the total is</w:t>
      </w:r>
    </w:p>
    <w:p>
      <w:pPr>
        <w:spacing w:before="0" w:after="80" w:line="300" w:lineRule="auto"/>
        <w:jc w:val="left"/>
      </w:pPr>
      <w:r>
        <w:rPr>
          <w:rFonts w:ascii="Times New Roman" w:hAnsi="Times New Roman" w:eastAsia="宋体"/>
          <w:b w:val="0"/>
          <w:i w:val="0"/>
          <w:color w:val="333333"/>
          <w:sz w:val="19"/>
        </w:rPr>
        <w:t>Σₙ₌₁²⁰¹³log₂₀₁₄n+1/n</w:t>
      </w:r>
    </w:p>
    <w:p>
      <w:pPr>
        <w:spacing w:before="0" w:after="80" w:line="300" w:lineRule="auto"/>
        <w:jc w:val="left"/>
      </w:pPr>
      <w:r>
        <w:rPr>
          <w:rFonts w:ascii="Times New Roman" w:hAnsi="Times New Roman" w:eastAsia="宋体"/>
          <w:b w:val="0"/>
          <w:i w:val="0"/>
          <w:color w:val="333333"/>
          <w:sz w:val="19"/>
        </w:rPr>
        <w:t>=log₂₀₁₄(2/1·3/2⋯2014/2013)</w:t>
      </w:r>
    </w:p>
    <w:p>
      <w:pPr>
        <w:spacing w:before="0" w:after="80" w:line="300" w:lineRule="auto"/>
        <w:jc w:val="left"/>
      </w:pPr>
      <w:r>
        <w:rPr>
          <w:rFonts w:ascii="Times New Roman" w:hAnsi="Times New Roman" w:eastAsia="宋体"/>
          <w:b w:val="0"/>
          <w:i w:val="0"/>
          <w:color w:val="333333"/>
          <w:sz w:val="19"/>
        </w:rPr>
        <w:t>=log₂₀₁₄2014=1.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B</w:t>
      </w:r>
    </w:p>
    <w:p>
      <w:pPr>
        <w:spacing w:before="0" w:after="80" w:line="300" w:lineRule="auto"/>
        <w:jc w:val="left"/>
      </w:pPr>
      <w:r>
        <w:rPr>
          <w:rFonts w:ascii="Times New Roman" w:hAnsi="Times New Roman" w:eastAsia="宋体"/>
          <w:b w:val="0"/>
          <w:i w:val="0"/>
          <w:sz w:val="21"/>
        </w:rPr>
        <w:t>因为 2²&lt;5&lt;2³，每个区间 (5ⁿ,5ⁿ⁺¹) 内含有两个或三个 2 的幂。不等式链 5ⁿ&lt;2ᵐ&lt;2ᵐ⁺²&lt;5ⁿ⁺¹ 恰好在该区间含有三个连续的 2 的幂时成立，而且此时 m 唯一。</w:t>
      </w:r>
    </w:p>
    <w:p>
      <w:pPr>
        <w:spacing w:before="0" w:after="80" w:line="300" w:lineRule="auto"/>
        <w:jc w:val="left"/>
      </w:pPr>
      <w:r>
        <w:rPr>
          <w:rFonts w:ascii="Times New Roman" w:hAnsi="Times New Roman" w:eastAsia="宋体"/>
          <w:b w:val="0"/>
          <w:i w:val="0"/>
          <w:sz w:val="21"/>
        </w:rPr>
        <w:t>设 d 和 t 分别为 0≤ n≤866 时区间 (5ⁿ,5ⁿ⁺¹) 内含两个和三个 2 的幂的区间数。由于 2²⁰¹³&lt;5⁸⁶⁷&lt;2²⁰¹⁴，这些区间内共有 2013 个 2 的幂，因此 d+t=867，且 2d+3t=2013。</w:t>
      </w:r>
    </w:p>
    <w:p>
      <w:pPr>
        <w:spacing w:before="0" w:after="80" w:line="300" w:lineRule="auto"/>
        <w:jc w:val="left"/>
      </w:pPr>
      <w:r>
        <w:rPr>
          <w:rFonts w:ascii="Times New Roman" w:hAnsi="Times New Roman" w:eastAsia="宋体"/>
          <w:b w:val="0"/>
          <w:i w:val="0"/>
          <w:sz w:val="21"/>
        </w:rPr>
        <w:t>解得 t=2013-2·867=279。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2²&lt;5&lt;2³, each interval (5ⁿ,5ⁿ⁺¹) contains either two or three powers of 2. The chain 5ⁿ&lt;2ᵐ&lt;2ᵐ⁺²&lt;5ⁿ⁺¹ holds exactly when the interval contains three consecutive powers of 2, and then there is a unique such m.</w:t>
      </w:r>
    </w:p>
    <w:p>
      <w:pPr>
        <w:spacing w:before="0" w:after="80" w:line="300" w:lineRule="auto"/>
        <w:jc w:val="left"/>
      </w:pPr>
      <w:r>
        <w:rPr>
          <w:rFonts w:ascii="Times New Roman" w:hAnsi="Times New Roman" w:eastAsia="宋体"/>
          <w:b w:val="0"/>
          <w:i w:val="0"/>
          <w:color w:val="333333"/>
          <w:sz w:val="19"/>
        </w:rPr>
        <w:t>Let d and t be the numbers of intervals (5ⁿ,5ⁿ⁺¹) for 0≤ n≤866 containing two and three powers of 2, respectively. Since 2²⁰¹³&lt;5⁸⁶⁷&lt;2²⁰¹⁴ there are 2013 powers of 2 in total, giving d+t=867 and 2d+3t=2013.</w:t>
      </w:r>
    </w:p>
    <w:p>
      <w:pPr>
        <w:spacing w:before="0" w:after="80" w:line="300" w:lineRule="auto"/>
        <w:jc w:val="left"/>
      </w:pPr>
      <w:r>
        <w:rPr>
          <w:rFonts w:ascii="Times New Roman" w:hAnsi="Times New Roman" w:eastAsia="宋体"/>
          <w:b w:val="0"/>
          <w:i w:val="0"/>
          <w:color w:val="333333"/>
          <w:sz w:val="19"/>
        </w:rPr>
        <w:t>Solving, t=2013-2·867=279.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B</w:t>
      </w:r>
    </w:p>
    <w:p>
      <w:pPr>
        <w:spacing w:before="0" w:after="80" w:line="300" w:lineRule="auto"/>
        <w:jc w:val="left"/>
      </w:pPr>
      <w:r>
        <w:rPr>
          <w:rFonts w:ascii="Times New Roman" w:hAnsi="Times New Roman" w:eastAsia="宋体"/>
          <w:b w:val="0"/>
          <w:i w:val="0"/>
          <w:sz w:val="21"/>
        </w:rPr>
        <w:t>把循环节按每两位一组读取（即用 100 进制），1/9801=1/99² 的展开是 00,01,02,…，因为 1/((100-1)²)=Σ_(k≥1)k·100⁻ᵏ。令 aⱼ 为循环节的第 j 个 100 进制数字。将循环节乘以 99²，首先得到 a₀=99。随后的进位给出 a₁=97，此后不再进位，并依次得到 aⱼ=98-j，其中 1≤ j≤98。下一个数字又是 99，所以循环节是 00,01,02,…,96,97,99，其中缺少 98。</w:t>
      </w:r>
    </w:p>
    <w:p>
      <w:pPr>
        <w:spacing w:before="0" w:after="80" w:line="300" w:lineRule="auto"/>
        <w:jc w:val="left"/>
      </w:pPr>
      <w:r>
        <w:rPr>
          <w:rFonts w:ascii="Times New Roman" w:hAnsi="Times New Roman" w:eastAsia="宋体"/>
          <w:b w:val="0"/>
          <w:i w:val="0"/>
          <w:sz w:val="21"/>
        </w:rPr>
        <w:t>如果从 00 到 99 的所有数块都出现，数字和将是 (0+1+⋯+9)·20=900。去掉缺少的 98 要减去 9+8，得到 900-9-8=883。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Reading the block in pairs of digits (base 100), 1/9801=1/99² expands as 00,01,02,…, since 1/((100-1)²)=Σ_(k≥1)k·100⁻ᵏ. Let aⱼ be the jth base-100 digit of the repeating block. Multiplying the block by 99² shows first that a₀=99. The resulting carry gives a₁=97, after which there is no carry and successively aⱼ=98-j for 1≤ j≤98. The next digit is again 99, so the period is 00,01,02,…,96,97,99, with 98 omitted.</w:t>
      </w:r>
    </w:p>
    <w:p>
      <w:pPr>
        <w:spacing w:before="0" w:after="80" w:line="300" w:lineRule="auto"/>
        <w:jc w:val="left"/>
      </w:pPr>
      <w:r>
        <w:rPr>
          <w:rFonts w:ascii="Times New Roman" w:hAnsi="Times New Roman" w:eastAsia="宋体"/>
          <w:b w:val="0"/>
          <w:i w:val="0"/>
          <w:color w:val="333333"/>
          <w:sz w:val="19"/>
        </w:rPr>
        <w:t>If the blocks 00 through 99 all appeared, the digit sum would be (0+1+⋯+9)·20=900. Removing the missing 98 subtracts 9+8, giving 900-9-8=883.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C</w:t>
      </w:r>
    </w:p>
    <w:p>
      <w:pPr>
        <w:spacing w:before="0" w:after="80" w:line="300" w:lineRule="auto"/>
        <w:jc w:val="left"/>
      </w:pPr>
      <w:r>
        <w:rPr>
          <w:rFonts w:ascii="Times New Roman" w:hAnsi="Times New Roman" w:eastAsia="宋体"/>
          <w:b w:val="0"/>
          <w:i w:val="0"/>
          <w:sz w:val="21"/>
        </w:rPr>
        <w:t>若 fₙ₋₁(x)=± k，则 fₙ(x)=k-1。因此，如果 f₀(x)=± k，其中 k 是非负整数，那么 fₖ(x)=0，此后的值按 0,-1,0,… 交替出现。所以，f₁₀₀(x)=0 当且仅当对某个整数 -50≤ k≤50，有 f₀(x)=2k。</w:t>
      </w:r>
    </w:p>
    <w:p>
      <w:pPr>
        <w:spacing w:before="0" w:after="80" w:line="300" w:lineRule="auto"/>
        <w:jc w:val="left"/>
      </w:pPr>
      <w:r>
        <w:rPr>
          <w:rFonts w:ascii="Times New Roman" w:hAnsi="Times New Roman" w:eastAsia="宋体"/>
          <w:b w:val="0"/>
          <w:i w:val="0"/>
          <w:sz w:val="21"/>
        </w:rPr>
        <w:t>函数 f₀(x)=x+|x-100| -|x+100| 在 x&lt;-100 时等于 x+200，在 -100≤ x&lt;100 时等于 -x，在 x≥100 时等于 x-200。它的图像是分段直线，转折点为 (-100,100) 和 (100,-100)。</w:t>
      </w:r>
    </w:p>
    <w:p>
      <w:pPr>
        <w:spacing w:before="0" w:after="80" w:line="300" w:lineRule="auto"/>
        <w:jc w:val="left"/>
      </w:pPr>
      <w:r>
        <w:rPr>
          <w:rFonts w:ascii="Times New Roman" w:hAnsi="Times New Roman" w:eastAsia="宋体"/>
          <w:b w:val="0"/>
          <w:i w:val="0"/>
          <w:sz w:val="21"/>
        </w:rPr>
        <w:t>当 -49≤ k≤49 时，直线 y=2k 与图像有三个交点；当 k=±50 时，各有两个交点。交点总数为 99·3+2·2=301。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fₙ₋₁(x)=± k, then fₙ(x)=k-1. So if f₀(x)=± k for a nonnegative integer k, then fₖ(x)=0, after which the sequence alternates 0,-1,0,… Thus f₁₀₀(x)=0 exactly when f₀(x)=2k for some integer -50≤ k≤50.</w:t>
      </w:r>
    </w:p>
    <w:p>
      <w:pPr>
        <w:spacing w:before="0" w:after="80" w:line="300" w:lineRule="auto"/>
        <w:jc w:val="left"/>
      </w:pPr>
      <w:r>
        <w:rPr>
          <w:rFonts w:ascii="Times New Roman" w:hAnsi="Times New Roman" w:eastAsia="宋体"/>
          <w:b w:val="0"/>
          <w:i w:val="0"/>
          <w:color w:val="333333"/>
          <w:sz w:val="19"/>
        </w:rPr>
        <w:t>Now f₀(x)=x+|x-100| -|x+100| equals x+200 for x&lt;-100, -x for -100≤ x&lt;100, and x-200 for x≥100. Its graph is piecewise linear with turning points (-100,100) and (100,-100).</w:t>
      </w:r>
    </w:p>
    <w:p>
      <w:pPr>
        <w:spacing w:before="0" w:after="80" w:line="300" w:lineRule="auto"/>
        <w:jc w:val="left"/>
      </w:pPr>
      <w:r>
        <w:rPr>
          <w:rFonts w:ascii="Times New Roman" w:hAnsi="Times New Roman" w:eastAsia="宋体"/>
          <w:b w:val="0"/>
          <w:i w:val="0"/>
          <w:color w:val="333333"/>
          <w:sz w:val="19"/>
        </w:rPr>
        <w:t>A line y=2k meets this graph three times for -49≤ k≤49 and twice for k=±50. The total is 99·3+2·2=301.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B</w:t>
      </w:r>
    </w:p>
    <w:p>
      <w:pPr>
        <w:spacing w:before="0" w:after="80" w:line="300" w:lineRule="auto"/>
        <w:jc w:val="left"/>
      </w:pPr>
      <w:r>
        <w:rPr>
          <w:rFonts w:ascii="Times New Roman" w:hAnsi="Times New Roman" w:eastAsia="宋体"/>
          <w:b w:val="0"/>
          <w:i w:val="0"/>
          <w:sz w:val="21"/>
        </w:rPr>
        <w:t>因为 (0,0) 是 A=(4,3) 与 B=(-4,-3) 的中点，所以线段 AB 是通径。准线与 AB 平行，并位于焦点另一侧、相距 5，其方程为 4y-3x+25=0。</w:t>
      </w:r>
    </w:p>
    <w:p>
      <w:pPr>
        <w:spacing w:before="0" w:after="80" w:line="300" w:lineRule="auto"/>
        <w:jc w:val="left"/>
      </w:pPr>
      <w:r>
        <w:rPr>
          <w:rFonts w:ascii="Times New Roman" w:hAnsi="Times New Roman" w:eastAsia="宋体"/>
          <w:b w:val="0"/>
          <w:i w:val="0"/>
          <w:sz w:val="21"/>
        </w:rPr>
        <w:t>令点到焦点和准线的距离相等，得到 (4x+3y)² =25(25+2(4y-3x))。令 4x+3y=5s，可推出 s 是 5 的倍数；再令 s=5t，可推出 t 为奇数。写成 t=2u+1 后，所有整数点可表示为</w:t>
      </w:r>
    </w:p>
    <w:p>
      <w:pPr>
        <w:spacing w:before="0" w:after="80" w:line="300" w:lineRule="auto"/>
        <w:jc w:val="left"/>
      </w:pPr>
      <w:r>
        <w:rPr>
          <w:rFonts w:ascii="Times New Roman" w:hAnsi="Times New Roman" w:eastAsia="宋体"/>
          <w:b w:val="0"/>
          <w:i w:val="0"/>
          <w:sz w:val="21"/>
        </w:rPr>
        <w:t>x=-6u²+2u+4,</w:t>
      </w:r>
    </w:p>
    <w:p>
      <w:pPr>
        <w:spacing w:before="0" w:after="80" w:line="300" w:lineRule="auto"/>
        <w:jc w:val="left"/>
      </w:pPr>
      <w:r>
        <w:rPr>
          <w:rFonts w:ascii="Times New Roman" w:hAnsi="Times New Roman" w:eastAsia="宋体"/>
          <w:b w:val="0"/>
          <w:i w:val="0"/>
          <w:sz w:val="21"/>
        </w:rPr>
        <w:t>y=8u²+14u+3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于是 |4x+3y|=|50u+25|≤1000 等价于 |2u+1|≤39，即 -20≤ u≤19。因此共有 40 个整数坐标点。</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(0,0) is the midpoint of A=(4,3) and B=(-4,-3), the segment AB is the latus rectum, so the directrix is parallel to AB at distance 5 on the far side, namely 4y-3x+25=0.</w:t>
      </w:r>
    </w:p>
    <w:p>
      <w:pPr>
        <w:spacing w:before="0" w:after="80" w:line="300" w:lineRule="auto"/>
        <w:jc w:val="left"/>
      </w:pPr>
      <w:r>
        <w:rPr>
          <w:rFonts w:ascii="Times New Roman" w:hAnsi="Times New Roman" w:eastAsia="宋体"/>
          <w:b w:val="0"/>
          <w:i w:val="0"/>
          <w:color w:val="333333"/>
          <w:sz w:val="19"/>
        </w:rPr>
        <w:t>Equating distances to focus and directrix gives (4x+3y)² =25(25+2(4y-3x)). Writing 4x+3y=5s forces s to be a multiple of 5, and s=5t forces t odd; with t=2u+1 the integer points are</w:t>
      </w:r>
    </w:p>
    <w:p>
      <w:pPr>
        <w:spacing w:before="0" w:after="80" w:line="300" w:lineRule="auto"/>
        <w:jc w:val="left"/>
      </w:pPr>
      <w:r>
        <w:rPr>
          <w:rFonts w:ascii="Times New Roman" w:hAnsi="Times New Roman" w:eastAsia="宋体"/>
          <w:b w:val="0"/>
          <w:i w:val="0"/>
          <w:color w:val="333333"/>
          <w:sz w:val="19"/>
        </w:rPr>
        <w:t>x=-6u²+2u+4,</w:t>
      </w:r>
    </w:p>
    <w:p>
      <w:pPr>
        <w:spacing w:before="0" w:after="80" w:line="300" w:lineRule="auto"/>
        <w:jc w:val="left"/>
      </w:pPr>
      <w:r>
        <w:rPr>
          <w:rFonts w:ascii="Times New Roman" w:hAnsi="Times New Roman" w:eastAsia="宋体"/>
          <w:b w:val="0"/>
          <w:i w:val="0"/>
          <w:color w:val="333333"/>
          <w:sz w:val="19"/>
        </w:rPr>
        <w:t>y=8u²+14u+3.</w:t>
      </w:r>
    </w:p>
    <w:p>
      <w:pPr>
        <w:spacing w:before="0" w:after="80" w:line="300" w:lineRule="auto"/>
        <w:jc w:val="left"/>
      </w:pPr>
      <w:r>
        <w:rPr>
          <w:rFonts w:ascii="Times New Roman" w:hAnsi="Times New Roman" w:eastAsia="宋体"/>
          <w:b w:val="0"/>
          <w:i w:val="0"/>
          <w:color w:val="333333"/>
          <w:sz w:val="19"/>
        </w:rPr>
        <w:t>Then |4x+3y|=|50u+25|≤1000 iff |2u+1|≤39, i.e. -20≤ u≤19. That gives 40 lattice points.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