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2013B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在一月的某一天，内布拉斯加州 Lincoln 的最高气温比最低气温高 16 度，最高气温与最低气温的平均值是 3°。这一天 Lincoln 的最低气温是多少度？</w:t>
      </w:r>
    </w:p>
    <w:p>
      <w:pPr>
        <w:spacing w:before="0" w:after="120" w:line="300" w:lineRule="auto"/>
      </w:pPr>
      <w:r>
        <w:rPr>
          <w:rFonts w:ascii="Times New Roman" w:hAnsi="Times New Roman" w:eastAsia="宋体"/>
          <w:b w:val="0"/>
          <w:i w:val="0"/>
          <w:sz w:val="21"/>
        </w:rPr>
        <w:t>（A）-13　　（B）-8　　（C）-5　　（D）-3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particular January day, the high temperature in Lincoln, Nebraska, was 16 degrees higher than the low temperature, and the average of the high and low temperatures was 3°. In degrees, what was the low temperature in Lincoln that day?</w:t>
      </w:r>
    </w:p>
    <w:p>
      <w:pPr>
        <w:spacing w:before="0" w:after="160" w:line="300" w:lineRule="auto"/>
      </w:pPr>
      <w:r>
        <w:rPr>
          <w:rFonts w:ascii="Times New Roman" w:hAnsi="Times New Roman" w:eastAsia="宋体"/>
          <w:b w:val="0"/>
          <w:i w:val="0"/>
          <w:color w:val="333333"/>
          <w:sz w:val="19"/>
        </w:rPr>
        <w:t>(A) -13　　(B) -8　　(C) -5　　(D) -3　　(E) 11</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Green 先生通过沿着长方形花园的两条边走路来测量花园，发现它是 15 步乘 20 步。他每一步长 2 英尺。Green 先生预计花园每平方英尺能产半磅土豆。他预计花园能产多少磅土豆？</w:t>
      </w:r>
    </w:p>
    <w:p>
      <w:pPr>
        <w:spacing w:before="0" w:after="120" w:line="300" w:lineRule="auto"/>
      </w:pPr>
      <w:r>
        <w:rPr>
          <w:rFonts w:ascii="Times New Roman" w:hAnsi="Times New Roman" w:eastAsia="宋体"/>
          <w:b w:val="0"/>
          <w:i w:val="0"/>
          <w:sz w:val="21"/>
        </w:rPr>
        <w:t>（A）600　　（B）800　　（C）1000　　（D）1200　　（E）1400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Green measures his rectangular garden by walking two of the sides and finds that it is 15 steps by 20 steps. Each of Mr. Green’s steps is 2 feet long. Mr. Green expects a half a pound of potatoes per square foot from his garden. How many pounds of potatoes does Mr. Green expect from his garden?</w:t>
      </w:r>
    </w:p>
    <w:p>
      <w:pPr>
        <w:spacing w:before="0" w:after="160" w:line="300" w:lineRule="auto"/>
      </w:pPr>
      <w:r>
        <w:rPr>
          <w:rFonts w:ascii="Times New Roman" w:hAnsi="Times New Roman" w:eastAsia="宋体"/>
          <w:b w:val="0"/>
          <w:i w:val="0"/>
          <w:color w:val="333333"/>
          <w:sz w:val="19"/>
        </w:rPr>
        <w:t>(A) 600　　(B) 800　　(C) 1000　　(D) 1200　　(E) 1400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从 3 数到 201 时，53 是数到的第 51 个数。从 201 倒数到 3 时，53 是数到的第 n 个数。n 是多少？</w:t>
      </w:r>
    </w:p>
    <w:p>
      <w:pPr>
        <w:spacing w:before="0" w:after="120" w:line="300" w:lineRule="auto"/>
      </w:pPr>
      <w:r>
        <w:rPr>
          <w:rFonts w:ascii="Times New Roman" w:hAnsi="Times New Roman" w:eastAsia="宋体"/>
          <w:b w:val="0"/>
          <w:i w:val="0"/>
          <w:sz w:val="21"/>
        </w:rPr>
        <w:t>（A）146　　（B）147　　（C）148　　（D）149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counting from 3 to 201, 53 is the 51st number counted. When counting backwards from 201 to 3, 53 is the nth number counted. What is n?</w:t>
      </w:r>
    </w:p>
    <w:p>
      <w:pPr>
        <w:spacing w:before="0" w:after="160" w:line="300" w:lineRule="auto"/>
      </w:pPr>
      <w:r>
        <w:rPr>
          <w:rFonts w:ascii="Times New Roman" w:hAnsi="Times New Roman" w:eastAsia="宋体"/>
          <w:b w:val="0"/>
          <w:i w:val="0"/>
          <w:color w:val="333333"/>
          <w:sz w:val="19"/>
        </w:rPr>
        <w:t>(A) 146　　(B) 147　　(C) 148　　(D) 149　　(E) 150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Ray 的车平均每加仑汽油行驶 40 英里，Tom 的车平均每加仑汽油行驶 10 英里。Ray 和 Tom 各自行驶相同的英里数。两辆车合起来的每加仑英里数是多少？</w:t>
      </w:r>
    </w:p>
    <w:p>
      <w:pPr>
        <w:spacing w:before="0" w:after="120" w:line="300" w:lineRule="auto"/>
      </w:pPr>
      <w:r>
        <w:rPr>
          <w:rFonts w:ascii="Times New Roman" w:hAnsi="Times New Roman" w:eastAsia="宋体"/>
          <w:b w:val="0"/>
          <w:i w:val="0"/>
          <w:sz w:val="21"/>
        </w:rPr>
        <w:t>（A）10　　（B）16　　（C）25　　（D）30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Ray’s car averages 40 miles per gallon of gasoline, and Tom’s car averages 10 miles per gallon of gasoline. Ray and Tom each drive the same number of miles. What is the cars’ combined rate of miles per gallon of gasoline?</w:t>
      </w:r>
    </w:p>
    <w:p>
      <w:pPr>
        <w:spacing w:before="0" w:after="160" w:line="300" w:lineRule="auto"/>
      </w:pPr>
      <w:r>
        <w:rPr>
          <w:rFonts w:ascii="Times New Roman" w:hAnsi="Times New Roman" w:eastAsia="宋体"/>
          <w:b w:val="0"/>
          <w:i w:val="0"/>
          <w:color w:val="333333"/>
          <w:sz w:val="19"/>
        </w:rPr>
        <w:t>(A) 10　　(B) 16　　(C) 25　　(D) 30　　(E) 40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33 名五年级学生的平均年龄是 11。他们的 55 位家长的平均年龄是 33。这些家长和五年级学生全体的平均年龄是多少？</w:t>
      </w:r>
    </w:p>
    <w:p>
      <w:pPr>
        <w:spacing w:before="0" w:after="120" w:line="300" w:lineRule="auto"/>
      </w:pPr>
      <w:r>
        <w:rPr>
          <w:rFonts w:ascii="Times New Roman" w:hAnsi="Times New Roman" w:eastAsia="宋体"/>
          <w:b w:val="0"/>
          <w:i w:val="0"/>
          <w:sz w:val="21"/>
        </w:rPr>
        <w:t>（A）22　　（B）23.25　　（C）24.75　　（D）26.25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age of 33 fifth-graders is 11. The average age of 55 of their parents is 33. What is the average age of all of these parents and fifth-graders?</w:t>
      </w:r>
    </w:p>
    <w:p>
      <w:pPr>
        <w:spacing w:before="0" w:after="160" w:line="300" w:lineRule="auto"/>
      </w:pPr>
      <w:r>
        <w:rPr>
          <w:rFonts w:ascii="Times New Roman" w:hAnsi="Times New Roman" w:eastAsia="宋体"/>
          <w:b w:val="0"/>
          <w:i w:val="0"/>
          <w:color w:val="333333"/>
          <w:sz w:val="19"/>
        </w:rPr>
        <w:t>(A) 22　　(B) 23.25　　(C) 24.75　　(D) 26.25　　(E) 28</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实数 x 和 y 满足方程 x² + y² = 10x - 6y - 34。x+y 是多少？</w:t>
      </w:r>
    </w:p>
    <w:p>
      <w:pPr>
        <w:spacing w:before="0" w:after="120" w:line="300" w:lineRule="auto"/>
      </w:pPr>
      <w:r>
        <w:rPr>
          <w:rFonts w:ascii="Times New Roman" w:hAnsi="Times New Roman" w:eastAsia="宋体"/>
          <w:b w:val="0"/>
          <w:i w:val="0"/>
          <w:sz w:val="21"/>
        </w:rPr>
        <w:t>（A）1　　（B）2　　（C）3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Real numbers x and y satisfy the equation x² + y² = 10x - 6y - 34. What is x+y?</w:t>
      </w:r>
    </w:p>
    <w:p>
      <w:pPr>
        <w:spacing w:before="0" w:after="160" w:line="300" w:lineRule="auto"/>
      </w:pPr>
      <w:r>
        <w:rPr>
          <w:rFonts w:ascii="Times New Roman" w:hAnsi="Times New Roman" w:eastAsia="宋体"/>
          <w:b w:val="0"/>
          <w:i w:val="0"/>
          <w:color w:val="333333"/>
          <w:sz w:val="19"/>
        </w:rPr>
        <w:t>(A) 1　　(B) 2　　(C) 3　　(D) 6　　(E) 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Jo 和 Blair 轮流从 1 开始数，每次比对方上一轮说到的最后一个数多说一个数。Jo 先说“1”，所以 Blair 接着说“1、2”。然后 Jo 说“1、2、3”，依此类推。说出的第 53 个数是什么？</w:t>
      </w:r>
    </w:p>
    <w:p>
      <w:pPr>
        <w:spacing w:before="0" w:after="120" w:line="300" w:lineRule="auto"/>
      </w:pPr>
      <w:r>
        <w:rPr>
          <w:rFonts w:ascii="Times New Roman" w:hAnsi="Times New Roman" w:eastAsia="宋体"/>
          <w:b w:val="0"/>
          <w:i w:val="0"/>
          <w:sz w:val="21"/>
        </w:rPr>
        <w:t>（A）2　　（B）3　　（C）5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 and Blair take turns counting from 1 to one more than the last number said by the other person. Jo starts by saying “1”, so Blair follows by saying “1, 2”. Jo then says “1, 2, 3”, and so on. What is the 53rd number said?</w:t>
      </w:r>
    </w:p>
    <w:p>
      <w:pPr>
        <w:spacing w:before="0" w:after="160" w:line="300" w:lineRule="auto"/>
      </w:pPr>
      <w:r>
        <w:rPr>
          <w:rFonts w:ascii="Times New Roman" w:hAnsi="Times New Roman" w:eastAsia="宋体"/>
          <w:b w:val="0"/>
          <w:i w:val="0"/>
          <w:color w:val="333333"/>
          <w:sz w:val="19"/>
        </w:rPr>
        <w:t>(A) 2　　(B) 3　　(C) 5　　(D) 6　　(E) 8</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直线 ell₁ 的方程为 3x - 2y = 1，并经过点 A = (-1, -2)。直线 ell₂ 的方程为 y = 1，与 ell₁ 交于点 B。直线 ell₃ 斜率为正，经过点 A，并与 ell₂ 交于点 C。△ ABC 的面积为 3。ell₃ 的斜率是多少？</w:t>
      </w:r>
    </w:p>
    <w:p>
      <w:pPr>
        <w:spacing w:before="0" w:after="120" w:line="300" w:lineRule="auto"/>
      </w:pPr>
      <w:r>
        <w:rPr>
          <w:rFonts w:ascii="Times New Roman" w:hAnsi="Times New Roman" w:eastAsia="宋体"/>
          <w:b w:val="0"/>
          <w:i w:val="0"/>
          <w:sz w:val="21"/>
        </w:rPr>
        <w:t>（A）2/3　　（B）3/4　　（C）1　　（D）4/3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Line ell₁ has equation 3x - 2y = 1 and goes through A = (-1, -2). Line ell₂ has equation y = 1 and meets line ell₁ at point B. Line ell₃ has positive slope, goes through point A, and meets ell₂ at point C. The area of △ ABC is 3. What is the slope of ell₃?</w:t>
      </w:r>
    </w:p>
    <w:p>
      <w:pPr>
        <w:spacing w:before="0" w:after="160" w:line="300" w:lineRule="auto"/>
      </w:pPr>
      <w:r>
        <w:rPr>
          <w:rFonts w:ascii="Times New Roman" w:hAnsi="Times New Roman" w:eastAsia="宋体"/>
          <w:b w:val="0"/>
          <w:i w:val="0"/>
          <w:color w:val="333333"/>
          <w:sz w:val="19"/>
        </w:rPr>
        <w:t>(A) 2/3　　(B) 3/4　　(C) 1　　(D) 4/3　　(E) 3/2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能整除 12! 的最大完全平方数，其平方根的质因数分解中各指数之和是多少？</w:t>
      </w:r>
    </w:p>
    <w:p>
      <w:pPr>
        <w:spacing w:before="0" w:after="120" w:line="300" w:lineRule="auto"/>
      </w:pPr>
      <w:r>
        <w:rPr>
          <w:rFonts w:ascii="Times New Roman" w:hAnsi="Times New Roman" w:eastAsia="宋体"/>
          <w:b w:val="0"/>
          <w:i w:val="0"/>
          <w:sz w:val="21"/>
        </w:rPr>
        <w:t>（A）5　　（B）7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the exponents of the prime factors of the square root of the largest perfect square that divides 12!?</w:t>
      </w:r>
    </w:p>
    <w:p>
      <w:pPr>
        <w:spacing w:before="0" w:after="160" w:line="300" w:lineRule="auto"/>
      </w:pPr>
      <w:r>
        <w:rPr>
          <w:rFonts w:ascii="Times New Roman" w:hAnsi="Times New Roman" w:eastAsia="宋体"/>
          <w:b w:val="0"/>
          <w:i w:val="0"/>
          <w:color w:val="333333"/>
          <w:sz w:val="19"/>
        </w:rPr>
        <w:t>(A) 5　　(B) 7　　(C) 8　　(D) 10　　(E) 12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Alex 有 75 个红色代币和 75 个蓝色代币。有一个摊位可以用两个红色代币换一个银色代币和一个蓝色代币；另一个摊位可以用三个蓝色代币换一个银色代币和一个红色代币。Alex 持续交换，直到无法再交换为止。最后 Alex 会有多少个银色代币？</w:t>
      </w:r>
    </w:p>
    <w:p>
      <w:pPr>
        <w:spacing w:before="0" w:after="120" w:line="300" w:lineRule="auto"/>
      </w:pPr>
      <w:r>
        <w:rPr>
          <w:rFonts w:ascii="Times New Roman" w:hAnsi="Times New Roman" w:eastAsia="宋体"/>
          <w:b w:val="0"/>
          <w:i w:val="0"/>
          <w:sz w:val="21"/>
        </w:rPr>
        <w:t>（A）62　　（B）82　　（C）83　　（D）102　　（E）103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Alex has 75 red tokens and 75 blue tokens. There is a booth where Alex can give two red tokens and receive in return a silver token and a blue token, and another booth where Alex can give three blue tokens and receive in return a silver token and a red token. Alex continues to exchange tokens until no more exchanges are possible. How many silver tokens will Alex have at the end?</w:t>
      </w:r>
    </w:p>
    <w:p>
      <w:pPr>
        <w:spacing w:before="0" w:after="160" w:line="300" w:lineRule="auto"/>
      </w:pPr>
      <w:r>
        <w:rPr>
          <w:rFonts w:ascii="Times New Roman" w:hAnsi="Times New Roman" w:eastAsia="宋体"/>
          <w:b w:val="0"/>
          <w:i w:val="0"/>
          <w:color w:val="333333"/>
          <w:sz w:val="19"/>
        </w:rPr>
        <w:t>(A) 62　　(B) 82　　(C) 83　　(D) 102　　(E) 103</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两只蜜蜂从同一点出发，并以相同速度按如下方向飞行。蜜蜂 A 先向北飞 1 英尺，再向东飞 1 英尺，再向上飞 1 英尺，然后不断重复这个模式。蜜蜂 B 先向南飞 1 英尺，再向西飞 1 英尺，然后不断重复这个模式。当两只蜜蜂恰好相距 10 英尺时，它们分别正朝什么方向飞？</w:t>
      </w:r>
    </w:p>
    <w:p>
      <w:pPr>
        <w:spacing w:before="0" w:after="120" w:line="300" w:lineRule="auto"/>
      </w:pPr>
      <w:r>
        <w:rPr>
          <w:rFonts w:ascii="Times New Roman" w:hAnsi="Times New Roman" w:eastAsia="宋体"/>
          <w:b w:val="0"/>
          <w:i w:val="0"/>
          <w:sz w:val="21"/>
        </w:rPr>
        <w:t>（A）A 向东，B 向西　　（B）A 向北，B 向南　　（C）A 向北，B 向西　　（D）A 向上，B 向南　　（E）A 向上，B 向西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bees start at the same spot and fly at the same rate in the following directions. Bee A travels 1 foot north, then 1 foot east, then 1 foot upwards, and then continues to repeat this pattern. Bee B travels 1 foot south, then 1 foot west, and then continues to repeat this pattern. In what directions are the bees traveling when they are exactly 10 feet away from each other?</w:t>
      </w:r>
    </w:p>
    <w:p>
      <w:pPr>
        <w:spacing w:before="0" w:after="160" w:line="300" w:lineRule="auto"/>
      </w:pPr>
      <w:r>
        <w:rPr>
          <w:rFonts w:ascii="Times New Roman" w:hAnsi="Times New Roman" w:eastAsia="宋体"/>
          <w:b w:val="0"/>
          <w:i w:val="0"/>
          <w:color w:val="333333"/>
          <w:sz w:val="19"/>
        </w:rPr>
        <w:t>(A) A east, B west　　(B) A north, B south　　(C) A north, B west　　(D) A up, B south　　(E) A up, B west</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城市 A、B、C、D、E 由道路 AB、AD、AE、BC、BD、CD、DE 连接。有多少条从 A 到 B 的不同路线，可以恰好使用每条道路一次？（这样的路线必然会多次经过某些城市。）</w:t>
      </w:r>
    </w:p>
    <w:p>
      <w:pPr>
        <w:spacing w:before="80" w:after="80"/>
        <w:jc w:val="center"/>
      </w:pPr>
      <w:r>
        <w:drawing>
          <wp:inline xmlns:a="http://schemas.openxmlformats.org/drawingml/2006/main" xmlns:pic="http://schemas.openxmlformats.org/drawingml/2006/picture">
            <wp:extent cx="1955928" cy="1948901"/>
            <wp:docPr id="1" name="Picture 1"/>
            <wp:cNvGraphicFramePr>
              <a:graphicFrameLocks noChangeAspect="1"/>
            </wp:cNvGraphicFramePr>
            <a:graphic>
              <a:graphicData uri="http://schemas.openxmlformats.org/drawingml/2006/picture">
                <pic:pic>
                  <pic:nvPicPr>
                    <pic:cNvPr id="0" name="q12-1@300dpi.png"/>
                    <pic:cNvPicPr/>
                  </pic:nvPicPr>
                  <pic:blipFill>
                    <a:blip r:embed="rId9"/>
                    <a:stretch>
                      <a:fillRect/>
                    </a:stretch>
                  </pic:blipFill>
                  <pic:spPr>
                    <a:xfrm>
                      <a:off x="0" y="0"/>
                      <a:ext cx="1955928" cy="1948901"/>
                    </a:xfrm>
                    <a:prstGeom prst="rect"/>
                  </pic:spPr>
                </pic:pic>
              </a:graphicData>
            </a:graphic>
          </wp:inline>
        </w:drawing>
      </w:r>
    </w:p>
    <w:p>
      <w:pPr>
        <w:spacing w:before="0" w:after="120" w:line="300" w:lineRule="auto"/>
      </w:pPr>
      <w:r>
        <w:rPr>
          <w:rFonts w:ascii="Times New Roman" w:hAnsi="Times New Roman" w:eastAsia="宋体"/>
          <w:b w:val="0"/>
          <w:i w:val="0"/>
          <w:sz w:val="21"/>
        </w:rPr>
        <w:t>（A）7　　（B）9　　（C）12　　（D）16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Cities A, B, C, D, and E are connected by roads AB, AD, AE, BC, BD, CD, and DE. How many different routes are there from A to B that use each road exactly once? (Such a route will necessarily visit some cities more than once.)</w:t>
      </w:r>
    </w:p>
    <w:p>
      <w:pPr>
        <w:spacing w:before="80" w:after="80"/>
        <w:jc w:val="center"/>
      </w:pPr>
      <w:r>
        <w:drawing>
          <wp:inline xmlns:a="http://schemas.openxmlformats.org/drawingml/2006/main" xmlns:pic="http://schemas.openxmlformats.org/drawingml/2006/picture">
            <wp:extent cx="1955928" cy="1948901"/>
            <wp:docPr id="2" name="Picture 2"/>
            <wp:cNvGraphicFramePr>
              <a:graphicFrameLocks noChangeAspect="1"/>
            </wp:cNvGraphicFramePr>
            <a:graphic>
              <a:graphicData uri="http://schemas.openxmlformats.org/drawingml/2006/picture">
                <pic:pic>
                  <pic:nvPicPr>
                    <pic:cNvPr id="0" name="q12-1@300dpi.png"/>
                    <pic:cNvPicPr/>
                  </pic:nvPicPr>
                  <pic:blipFill>
                    <a:blip r:embed="rId9"/>
                    <a:stretch>
                      <a:fillRect/>
                    </a:stretch>
                  </pic:blipFill>
                  <pic:spPr>
                    <a:xfrm>
                      <a:off x="0" y="0"/>
                      <a:ext cx="1955928" cy="19489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　　(B) 9　　(C) 12　　(D) 16　　(E) 18</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四边形 ABCD 的内角成等差数列。三角形 ABD 与 DCB 相似，且 ∠ DBA = ∠ DCB、∠ ADB = ∠ CBD。此外，这两个三角形各自的角也都成等差数列。ABCD 中最大的两个角之和最大可能是多少度？</w:t>
      </w:r>
    </w:p>
    <w:p>
      <w:pPr>
        <w:spacing w:before="0" w:after="120" w:line="300" w:lineRule="auto"/>
      </w:pPr>
      <w:r>
        <w:rPr>
          <w:rFonts w:ascii="Times New Roman" w:hAnsi="Times New Roman" w:eastAsia="宋体"/>
          <w:b w:val="0"/>
          <w:i w:val="0"/>
          <w:sz w:val="21"/>
        </w:rPr>
        <w:t>（A）210　　（B）220　　（C）230　　（D）240　　（E）250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internal angles of quadrilateral ABCD form an arithmetic progression. Triangles ABD and DCB are similar with ∠ DBA = ∠ DCB and ∠ ADB = ∠ CBD. Moreover, the angles in each of these two triangles also form an arithmetic progression. In degrees, what is the largest possible sum of the two largest angles of ABCD?</w:t>
      </w:r>
    </w:p>
    <w:p>
      <w:pPr>
        <w:spacing w:before="0" w:after="160" w:line="300" w:lineRule="auto"/>
      </w:pPr>
      <w:r>
        <w:rPr>
          <w:rFonts w:ascii="Times New Roman" w:hAnsi="Times New Roman" w:eastAsia="宋体"/>
          <w:b w:val="0"/>
          <w:i w:val="0"/>
          <w:color w:val="333333"/>
          <w:sz w:val="19"/>
        </w:rPr>
        <w:t>(A) 210　　(B) 220　　(C) 230　　(D) 240　　(E) 250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两个非负整数的不降序列有不同的首项。每个序列都满足从第三项开始，每项都是前两项之和，并且两个序列的第七项都是 N。N 的最小可能值是多少？</w:t>
      </w:r>
    </w:p>
    <w:p>
      <w:pPr>
        <w:spacing w:before="0" w:after="120" w:line="300" w:lineRule="auto"/>
      </w:pPr>
      <w:r>
        <w:rPr>
          <w:rFonts w:ascii="Times New Roman" w:hAnsi="Times New Roman" w:eastAsia="宋体"/>
          <w:b w:val="0"/>
          <w:i w:val="0"/>
          <w:sz w:val="21"/>
        </w:rPr>
        <w:t>（A）55　　（B）89　　（C）104　　（D）144　　（E）273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non-decreasing sequences of nonnegative integers have different first terms. Each sequence has the property that each term beginning with the third is the sum of the previous two terms, and the seventh term of each sequence is N. What is the smallest possible value of N?</w:t>
      </w:r>
    </w:p>
    <w:p>
      <w:pPr>
        <w:spacing w:before="0" w:after="160" w:line="300" w:lineRule="auto"/>
      </w:pPr>
      <w:r>
        <w:rPr>
          <w:rFonts w:ascii="Times New Roman" w:hAnsi="Times New Roman" w:eastAsia="宋体"/>
          <w:b w:val="0"/>
          <w:i w:val="0"/>
          <w:color w:val="333333"/>
          <w:sz w:val="19"/>
        </w:rPr>
        <w:t>(A) 55　　(B) 89　　(C) 104　　(D) 144　　(E) 273</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数字 2013 被表示为</w:t>
      </w:r>
    </w:p>
    <w:p>
      <w:pPr>
        <w:spacing w:before="0" w:after="80" w:line="300" w:lineRule="auto"/>
        <w:jc w:val="left"/>
      </w:pPr>
      <w:r>
        <w:rPr>
          <w:rFonts w:ascii="Times New Roman" w:hAnsi="Times New Roman" w:eastAsia="宋体"/>
          <w:b w:val="0"/>
          <w:i w:val="0"/>
          <w:sz w:val="21"/>
        </w:rPr>
        <w:t>2013 = (a₁! a₂!⋯ aₘ!)/(b₁! b₂!⋯ bₙ!)，</w:t>
      </w:r>
    </w:p>
    <w:p>
      <w:pPr>
        <w:spacing w:before="0" w:after="80" w:line="300" w:lineRule="auto"/>
        <w:jc w:val="left"/>
      </w:pPr>
      <w:r>
        <w:rPr>
          <w:rFonts w:ascii="Times New Roman" w:hAnsi="Times New Roman" w:eastAsia="宋体"/>
          <w:b w:val="0"/>
          <w:i w:val="0"/>
          <w:sz w:val="21"/>
        </w:rPr>
        <w:t>其中 a₁ ≥ a₂ ≥ ⋯ ≥ aₘ 和 b₁ ≥ b₂ ≥ ⋯ ≥ bₙ 都是正整数，且 a₁ + b₁ 尽可能小。求 |a₁ - b₁| ？</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2013 is expressed in the form</w:t>
      </w:r>
    </w:p>
    <w:p>
      <w:pPr>
        <w:spacing w:before="0" w:after="80" w:line="300" w:lineRule="auto"/>
        <w:jc w:val="left"/>
      </w:pPr>
      <w:r>
        <w:rPr>
          <w:rFonts w:ascii="Times New Roman" w:hAnsi="Times New Roman" w:eastAsia="宋体"/>
          <w:b w:val="0"/>
          <w:i w:val="0"/>
          <w:color w:val="333333"/>
          <w:sz w:val="19"/>
        </w:rPr>
        <w:t>2013 = (a₁! a₂!⋯ aₘ!)/(b₁! b₂!⋯ bₙ!),</w:t>
      </w:r>
    </w:p>
    <w:p>
      <w:pPr>
        <w:spacing w:before="0" w:after="80" w:line="300" w:lineRule="auto"/>
        <w:jc w:val="left"/>
      </w:pPr>
      <w:r>
        <w:rPr>
          <w:rFonts w:ascii="Times New Roman" w:hAnsi="Times New Roman" w:eastAsia="宋体"/>
          <w:b w:val="0"/>
          <w:i w:val="0"/>
          <w:color w:val="333333"/>
          <w:sz w:val="19"/>
        </w:rPr>
        <w:t>where a₁ ≥ a₂ ≥ ⋯ ≥ aₘ and b₁ ≥ b₂ ≥ ⋯ ≥ bₙ are positive integers and a₁ + b₁ is as small as possible. What is |a₁ - b₁| ?</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设 ABCDE 是周长为 1 的等角凸五边形。延长五边形各边所得直线的两两交点形成一个五角星多边形。设这个五角星的周长为 s。s 的最大可能值与最小可能值之差是多少？</w:t>
      </w:r>
    </w:p>
    <w:p>
      <w:pPr>
        <w:spacing w:before="0" w:after="120" w:line="300" w:lineRule="auto"/>
      </w:pPr>
      <w:r>
        <w:rPr>
          <w:rFonts w:ascii="Times New Roman" w:hAnsi="Times New Roman" w:eastAsia="宋体"/>
          <w:b w:val="0"/>
          <w:i w:val="0"/>
          <w:sz w:val="21"/>
        </w:rPr>
        <w:t>（A）0　　（B）1/2　　（C）(√(5) - 1)/2　　（D）(√(5) + 1)/2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ABCDE be an equiangular convex pentagon of perimeter 1. The pairwise intersections of the lines that extend the sides of the pentagon determine a five-pointed star polygon. Let s be the perimeter of this star. What is the difference between the maximum and the minimum possible values of s?</w:t>
      </w:r>
    </w:p>
    <w:p>
      <w:pPr>
        <w:spacing w:before="0" w:after="160" w:line="300" w:lineRule="auto"/>
      </w:pPr>
      <w:r>
        <w:rPr>
          <w:rFonts w:ascii="Times New Roman" w:hAnsi="Times New Roman" w:eastAsia="宋体"/>
          <w:b w:val="0"/>
          <w:i w:val="0"/>
          <w:color w:val="333333"/>
          <w:sz w:val="19"/>
        </w:rPr>
        <w:t>(A) 0　　(B) 1/2　　(C) (√(5) - 1)/2　　(D) (√(5) + 1)/2　　(E) √(5)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a、b 和 c 为实数，满足</w:t>
      </w:r>
    </w:p>
    <w:p>
      <w:pPr>
        <w:spacing w:before="0" w:after="80" w:line="300" w:lineRule="auto"/>
        <w:jc w:val="left"/>
      </w:pPr>
      <w:r>
        <w:rPr>
          <w:rFonts w:ascii="Times New Roman" w:hAnsi="Times New Roman" w:eastAsia="宋体"/>
          <w:b w:val="0"/>
          <w:i w:val="0"/>
          <w:sz w:val="21"/>
        </w:rPr>
        <w:t>a + b + c = 2</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a² + b² + c² = 12。</w:t>
      </w:r>
    </w:p>
    <w:p>
      <w:pPr>
        <w:spacing w:before="0" w:after="80" w:line="300" w:lineRule="auto"/>
        <w:jc w:val="left"/>
      </w:pPr>
      <w:r>
        <w:rPr>
          <w:rFonts w:ascii="Times New Roman" w:hAnsi="Times New Roman" w:eastAsia="宋体"/>
          <w:b w:val="0"/>
          <w:i w:val="0"/>
          <w:sz w:val="21"/>
        </w:rPr>
        <w:t>c 的最大可能值与最小可能值之差是多少？</w:t>
      </w:r>
    </w:p>
    <w:p>
      <w:pPr>
        <w:spacing w:before="0" w:after="120" w:line="300" w:lineRule="auto"/>
      </w:pPr>
      <w:r>
        <w:rPr>
          <w:rFonts w:ascii="Times New Roman" w:hAnsi="Times New Roman" w:eastAsia="宋体"/>
          <w:b w:val="0"/>
          <w:i w:val="0"/>
          <w:sz w:val="21"/>
        </w:rPr>
        <w:t>（A）2　　（B）10/3　　（C）4　　（D）16/3　　（E）20/3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and c be real numbers such that</w:t>
      </w:r>
    </w:p>
    <w:p>
      <w:pPr>
        <w:spacing w:before="0" w:after="80" w:line="300" w:lineRule="auto"/>
        <w:jc w:val="left"/>
      </w:pPr>
      <w:r>
        <w:rPr>
          <w:rFonts w:ascii="Times New Roman" w:hAnsi="Times New Roman" w:eastAsia="宋体"/>
          <w:b w:val="0"/>
          <w:i w:val="0"/>
          <w:color w:val="333333"/>
          <w:sz w:val="19"/>
        </w:rPr>
        <w:t>a + b + c = 2</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a² + b² + c² = 12.</w:t>
      </w:r>
    </w:p>
    <w:p>
      <w:pPr>
        <w:spacing w:before="0" w:after="80" w:line="300" w:lineRule="auto"/>
        <w:jc w:val="left"/>
      </w:pPr>
      <w:r>
        <w:rPr>
          <w:rFonts w:ascii="Times New Roman" w:hAnsi="Times New Roman" w:eastAsia="宋体"/>
          <w:b w:val="0"/>
          <w:i w:val="0"/>
          <w:color w:val="333333"/>
          <w:sz w:val="19"/>
        </w:rPr>
        <w:t>What is the difference between the maximum and minimum possible values of c?</w:t>
      </w:r>
    </w:p>
    <w:p>
      <w:pPr>
        <w:spacing w:before="0" w:after="160" w:line="300" w:lineRule="auto"/>
      </w:pPr>
      <w:r>
        <w:rPr>
          <w:rFonts w:ascii="Times New Roman" w:hAnsi="Times New Roman" w:eastAsia="宋体"/>
          <w:b w:val="0"/>
          <w:i w:val="0"/>
          <w:color w:val="333333"/>
          <w:sz w:val="19"/>
        </w:rPr>
        <w:t>(A) 2　　(B) 10/3　　(C) 4　　(D) 16/3　　(E) 20/3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Barbara 和 Jenna 轮流进行如下游戏。桌上放着若干枚硬币。轮到 Barbara 时，她必须拿走 2 枚或 4 枚硬币；如果只剩一枚硬币，她就跳过这一轮。轮到 Jenna 时，她必须拿走 1 枚或 3 枚硬币。由抛硬币决定谁先走，拿走最后一枚硬币的人获胜。假设两人都采用最佳策略。当游戏分别从 2013 枚和 2014 枚硬币开始时，谁会获胜？</w:t>
      </w:r>
    </w:p>
    <w:p>
      <w:pPr>
        <w:spacing w:before="0" w:after="120" w:line="300" w:lineRule="auto"/>
      </w:pPr>
      <w:r>
        <w:rPr>
          <w:rFonts w:ascii="Times New Roman" w:hAnsi="Times New Roman" w:eastAsia="宋体"/>
          <w:b w:val="0"/>
          <w:i w:val="0"/>
          <w:sz w:val="21"/>
        </w:rPr>
        <w:t>（A）Barbara 会在 2013 枚硬币时获胜，Jenna 会在 2014 枚硬币时获胜。　　（B）Jenna 会在 2013 枚硬币时获胜，而 2014</w:t>
        <w:br/>
        <w:t>枚硬币时先手获胜。　　（C）Barbara 会在 2013 枚硬币时获胜，而 2014 枚硬币时后手获胜。　　（D）Jenna 会在 2013 枚硬币时获胜，Barbara 会在 2014 枚硬币时获胜。　　（E）2013 枚硬币时先手获胜，2014 枚硬币时后手获胜。</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Barbara and Jenna play the following game, in which they take turns. A number of coins lie on a table. When it is Barbara’s turn, she must remove 2 or 4 coins, unless only one coin remains, in which case she loses her turn. When it is Jenna’s turn, she must remove 1 or 3 coins. A coin flip determines who goes first. Whoever removes the last coin wins the game. Assume both players use their best strategy. Who will win when the game starts with 2013 coins and when the game starts with 2014 coins?</w:t>
      </w:r>
    </w:p>
    <w:p>
      <w:pPr>
        <w:spacing w:before="0" w:after="160" w:line="300" w:lineRule="auto"/>
      </w:pPr>
      <w:r>
        <w:rPr>
          <w:rFonts w:ascii="Times New Roman" w:hAnsi="Times New Roman" w:eastAsia="宋体"/>
          <w:b w:val="0"/>
          <w:i w:val="0"/>
          <w:color w:val="333333"/>
          <w:sz w:val="19"/>
        </w:rPr>
        <w:t>(A) Barbara will win with 2013 coins, and Jenna will win with</w:t>
        <w:br/>
        <w:t>2014 coins.　　(B) Jenna will win with 2013 coins, and whoever</w:t>
        <w:br/>
        <w:t>goes first will win with 2014 coins.　　(C) Barbara will win with 2013 coins, and whoever goes second</w:t>
        <w:br/>
        <w:t>will win with 2014 coins.　　(D) Jenna will win with 2013 coins, and Barbara will win with</w:t>
        <w:br/>
        <w:t>2014 coins.　　(E) Whoever goes first will win with 2013 coins, and whoever</w:t>
        <w:br/>
        <w:t>goes second will win with 2014 coins.</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在三角形 ABC 中，AB = 13、BC = 14、CA = 15。不同的点 D、E、F 分别在线段 BC、CA、DE 上，并且 AD ⊥ BC、DE ⊥ AC、AF ⊥ BF。线段 DF 的长度可写为 m/n，其中 m 和 n 是互质正整数。求 m + n。</w:t>
      </w:r>
    </w:p>
    <w:p>
      <w:pPr>
        <w:spacing w:before="0" w:after="120" w:line="300" w:lineRule="auto"/>
      </w:pPr>
      <w:r>
        <w:rPr>
          <w:rFonts w:ascii="Times New Roman" w:hAnsi="Times New Roman" w:eastAsia="宋体"/>
          <w:b w:val="0"/>
          <w:i w:val="0"/>
          <w:sz w:val="21"/>
        </w:rPr>
        <w:t>（A）18　　（B）21　　（C）24　　（D）27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AB = 13, BC = 14, and CA = 15. Distinct points D, E, and F lie on segments BC, CA, and DE, respectively, such that AD ⊥ BC, DE ⊥ AC, and AF ⊥ BF. The length of segment DF can be written as m/n, where m and n are relatively prime positive integers. What is m + n?</w:t>
      </w:r>
    </w:p>
    <w:p>
      <w:pPr>
        <w:spacing w:before="0" w:after="160" w:line="300" w:lineRule="auto"/>
      </w:pPr>
      <w:r>
        <w:rPr>
          <w:rFonts w:ascii="Times New Roman" w:hAnsi="Times New Roman" w:eastAsia="宋体"/>
          <w:b w:val="0"/>
          <w:i w:val="0"/>
          <w:color w:val="333333"/>
          <w:sz w:val="19"/>
        </w:rPr>
        <w:t>(A) 18　　(B) 21　　(C) 24　　(D) 27　　(E) 30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当 135° &lt; x &lt; 180° 时，点 P = (cos x, cos² x)、Q = (cot x, cot² x)、R = (sin x, sin² x)、S = (tan x, tan² x) 是一个梯形的四个顶点。求 sin(2x)。</w:t>
      </w:r>
    </w:p>
    <w:p>
      <w:pPr>
        <w:spacing w:before="0" w:after="120" w:line="300" w:lineRule="auto"/>
      </w:pPr>
      <w:r>
        <w:rPr>
          <w:rFonts w:ascii="Times New Roman" w:hAnsi="Times New Roman" w:eastAsia="宋体"/>
          <w:b w:val="0"/>
          <w:i w:val="0"/>
          <w:sz w:val="21"/>
        </w:rPr>
        <w:t>（A）2 - 2√(2)　　（B）3√(3) - 6　　（C）3√(2) - 5　　（D）-3/4　　（E）1 -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135° &lt; x &lt; 180°, points P = (cos x, cos² x), Q = (cot x, cot² x), R = (sin x, sin² x), and S = (tan x, tan² x) are the vertices of a trapezoid. What is sin(2x)?</w:t>
      </w:r>
    </w:p>
    <w:p>
      <w:pPr>
        <w:spacing w:before="0" w:after="160" w:line="300" w:lineRule="auto"/>
      </w:pPr>
      <w:r>
        <w:rPr>
          <w:rFonts w:ascii="Times New Roman" w:hAnsi="Times New Roman" w:eastAsia="宋体"/>
          <w:b w:val="0"/>
          <w:i w:val="0"/>
          <w:color w:val="333333"/>
          <w:sz w:val="19"/>
        </w:rPr>
        <w:t>(A) 2 - 2√(2)　　(B) 3√(3) - 6　　(C) 3√(2) - 5　　(D) -3/4　　(E) 1 - √(3)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考虑如下定义的 30 条抛物线：所有抛物线的焦点都是 (0, 0)，准线均形如 y = ax + b，其中 a 和 b 是整数，且 a ∈ {-2, -1, 0, 1, 2}、b ∈ {-3, -2, -1, 1, 2, 3}。这些抛物线中没有三条有公共点。平面上有多少个点恰好位于其中两条抛物线上？</w:t>
      </w:r>
    </w:p>
    <w:p>
      <w:pPr>
        <w:spacing w:before="0" w:after="120" w:line="300" w:lineRule="auto"/>
      </w:pPr>
      <w:r>
        <w:rPr>
          <w:rFonts w:ascii="Times New Roman" w:hAnsi="Times New Roman" w:eastAsia="宋体"/>
          <w:b w:val="0"/>
          <w:i w:val="0"/>
          <w:sz w:val="21"/>
        </w:rPr>
        <w:t>（A）720　　（B）760　　（C）810　　（D）840　　（E）870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set of 30 parabolas defined as follows: all parabolas have as focus the point (0, 0) and the directrix lines have the form y = ax + b with a and b integers such that a ∈ {-2, -1, 0, 1, 2} and b ∈ {-3, -2, -1, 1, 2, 3}. No three of these parabolas have a common point. How many points in the plane are on two of these parabolas?</w:t>
      </w:r>
    </w:p>
    <w:p>
      <w:pPr>
        <w:spacing w:before="0" w:after="160" w:line="300" w:lineRule="auto"/>
      </w:pPr>
      <w:r>
        <w:rPr>
          <w:rFonts w:ascii="Times New Roman" w:hAnsi="Times New Roman" w:eastAsia="宋体"/>
          <w:b w:val="0"/>
          <w:i w:val="0"/>
          <w:color w:val="333333"/>
          <w:sz w:val="19"/>
        </w:rPr>
        <w:t>(A) 720　　(B) 760　　(C) 810　　(D) 840　　(E) 870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m &gt; 1 和 n &gt; 1 为整数。假设下列方程关于 x 的所有解的乘积</w:t>
      </w:r>
    </w:p>
    <w:p>
      <w:pPr>
        <w:spacing w:before="0" w:after="80" w:line="300" w:lineRule="auto"/>
        <w:jc w:val="left"/>
      </w:pPr>
      <w:r>
        <w:rPr>
          <w:rFonts w:ascii="Times New Roman" w:hAnsi="Times New Roman" w:eastAsia="宋体"/>
          <w:b w:val="0"/>
          <w:i w:val="0"/>
          <w:sz w:val="21"/>
        </w:rPr>
        <w:t>8(logₙ x)(logₘ x) - 7logₙ x</w:t>
      </w:r>
    </w:p>
    <w:p>
      <w:pPr>
        <w:spacing w:before="0" w:after="80" w:line="300" w:lineRule="auto"/>
        <w:jc w:val="left"/>
      </w:pPr>
      <w:r>
        <w:rPr>
          <w:rFonts w:ascii="Times New Roman" w:hAnsi="Times New Roman" w:eastAsia="宋体"/>
          <w:b w:val="0"/>
          <w:i w:val="0"/>
          <w:sz w:val="21"/>
        </w:rPr>
        <w:t>- 6logₘ x - 2013 = 0</w:t>
      </w:r>
    </w:p>
    <w:p>
      <w:pPr>
        <w:spacing w:before="0" w:after="80" w:line="300" w:lineRule="auto"/>
        <w:jc w:val="left"/>
      </w:pPr>
      <w:r>
        <w:rPr>
          <w:rFonts w:ascii="Times New Roman" w:hAnsi="Times New Roman" w:eastAsia="宋体"/>
          <w:b w:val="0"/>
          <w:i w:val="0"/>
          <w:sz w:val="21"/>
        </w:rPr>
        <w:t>是尽可能小的整数。求 m + n。</w:t>
      </w:r>
    </w:p>
    <w:p>
      <w:pPr>
        <w:spacing w:before="0" w:after="120" w:line="300" w:lineRule="auto"/>
      </w:pPr>
      <w:r>
        <w:rPr>
          <w:rFonts w:ascii="Times New Roman" w:hAnsi="Times New Roman" w:eastAsia="宋体"/>
          <w:b w:val="0"/>
          <w:i w:val="0"/>
          <w:sz w:val="21"/>
        </w:rPr>
        <w:t>（A）12　　（B）20　　（C）24　　（D）48　　（E）272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&gt; 1 and n &gt; 1 be integers. Suppose that the product of the solutions for x of the equation</w:t>
      </w:r>
    </w:p>
    <w:p>
      <w:pPr>
        <w:spacing w:before="0" w:after="80" w:line="300" w:lineRule="auto"/>
        <w:jc w:val="left"/>
      </w:pPr>
      <w:r>
        <w:rPr>
          <w:rFonts w:ascii="Times New Roman" w:hAnsi="Times New Roman" w:eastAsia="宋体"/>
          <w:b w:val="0"/>
          <w:i w:val="0"/>
          <w:color w:val="333333"/>
          <w:sz w:val="19"/>
        </w:rPr>
        <w:t>8(logₙ x)(logₘ x) - 7logₙ x</w:t>
      </w:r>
    </w:p>
    <w:p>
      <w:pPr>
        <w:spacing w:before="0" w:after="80" w:line="300" w:lineRule="auto"/>
        <w:jc w:val="left"/>
      </w:pPr>
      <w:r>
        <w:rPr>
          <w:rFonts w:ascii="Times New Roman" w:hAnsi="Times New Roman" w:eastAsia="宋体"/>
          <w:b w:val="0"/>
          <w:i w:val="0"/>
          <w:color w:val="333333"/>
          <w:sz w:val="19"/>
        </w:rPr>
        <w:t>- 6logₘ x - 2013 = 0</w:t>
      </w:r>
    </w:p>
    <w:p>
      <w:pPr>
        <w:spacing w:before="0" w:after="80" w:line="300" w:lineRule="auto"/>
        <w:jc w:val="left"/>
      </w:pPr>
      <w:r>
        <w:rPr>
          <w:rFonts w:ascii="Times New Roman" w:hAnsi="Times New Roman" w:eastAsia="宋体"/>
          <w:b w:val="0"/>
          <w:i w:val="0"/>
          <w:color w:val="333333"/>
          <w:sz w:val="19"/>
        </w:rPr>
        <w:t>is the smallest possible integer. What is m + n?</w:t>
      </w:r>
    </w:p>
    <w:p>
      <w:pPr>
        <w:spacing w:before="0" w:after="160" w:line="300" w:lineRule="auto"/>
      </w:pPr>
      <w:r>
        <w:rPr>
          <w:rFonts w:ascii="Times New Roman" w:hAnsi="Times New Roman" w:eastAsia="宋体"/>
          <w:b w:val="0"/>
          <w:i w:val="0"/>
          <w:color w:val="333333"/>
          <w:sz w:val="19"/>
        </w:rPr>
        <w:t>(A) 12　　(B) 20　　(C) 24　　(D) 48　　(E) 272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Bernardo 选择一个三位正整数 N，并把它以 5 为底和以 6 为底的表示都写在黑板上。后来 LeRoy 看到了 Bernardo 写的两个数。他把这两个表示当作以 10 为底的整数相加，得到整数 S。例如，若 N = 749，Bernardo 写下 10,444 和 3,245，LeRoy 得到 S = 13,689。有多少个 N 使得 S 最右边两位数字按顺序与 2N 的最右边两位数字相同？</w:t>
      </w:r>
    </w:p>
    <w:p>
      <w:pPr>
        <w:spacing w:before="0" w:after="120" w:line="300" w:lineRule="auto"/>
      </w:pPr>
      <w:r>
        <w:rPr>
          <w:rFonts w:ascii="Times New Roman" w:hAnsi="Times New Roman" w:eastAsia="宋体"/>
          <w:b w:val="0"/>
          <w:i w:val="0"/>
          <w:sz w:val="21"/>
        </w:rPr>
        <w:t>（A）5　　（B）10　　（C）15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Bernardo chooses a three-digit positive integer N and writes both its base-5 and base-6 representations on a blackboard. Later LeRoy sees the two numbers Bernardo has written. Treating the two numbers as base-10 integers, he adds them to obtain an integer S. For example, if N = 749, Bernardo writes the numbers 10,444 and 3,245, and LeRoy obtains the sum S = 13,689. For how many choices of N are the two rightmost digits of S, in order, the same as those of 2N?</w:t>
      </w:r>
    </w:p>
    <w:p>
      <w:pPr>
        <w:spacing w:before="0" w:after="160" w:line="300" w:lineRule="auto"/>
      </w:pPr>
      <w:r>
        <w:rPr>
          <w:rFonts w:ascii="Times New Roman" w:hAnsi="Times New Roman" w:eastAsia="宋体"/>
          <w:b w:val="0"/>
          <w:i w:val="0"/>
          <w:color w:val="333333"/>
          <w:sz w:val="19"/>
        </w:rPr>
        <w:t>(A) 5　　(B) 10　　(C) 15　　(D) 20　　(E) 25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ABC 是一个三角形，M 是 AC 的中点，CN 是 ∠ ACB 的角平分线，N 在 AB 上。设 X 是中线 BM 与角平分线 CN 的交点。另外 △ BXN 是等边三角形，且 AC = 2。BN² 是多少？</w:t>
      </w:r>
    </w:p>
    <w:p>
      <w:pPr>
        <w:spacing w:before="0" w:after="120" w:line="300" w:lineRule="auto"/>
      </w:pPr>
      <w:r>
        <w:rPr>
          <w:rFonts w:ascii="Times New Roman" w:hAnsi="Times New Roman" w:eastAsia="宋体"/>
          <w:b w:val="0"/>
          <w:i w:val="0"/>
          <w:sz w:val="21"/>
        </w:rPr>
        <w:t>（A）(10 - 6√(2))/7　　（B）2/9　　（C）(5√(2) - 3√(3))/8　　（D）(√(2))/6　　（E）(3√(3) - 4)/5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 be a triangle where M is the midpoint of AC, and CN is the angle bisector of ∠ ACB with N on AB. Let X be the intersection of the median BM and the bisector CN. In addition △ BXN is equilateral and AC = 2. What is BN²?</w:t>
      </w:r>
    </w:p>
    <w:p>
      <w:pPr>
        <w:spacing w:before="0" w:after="160" w:line="300" w:lineRule="auto"/>
      </w:pPr>
      <w:r>
        <w:rPr>
          <w:rFonts w:ascii="Times New Roman" w:hAnsi="Times New Roman" w:eastAsia="宋体"/>
          <w:b w:val="0"/>
          <w:i w:val="0"/>
          <w:color w:val="333333"/>
          <w:sz w:val="19"/>
        </w:rPr>
        <w:t>(A) (10 - 6√(2))/7　　(B) 2/9　　(C) (5√(2) - 3√(3))/8　　(D) (√(2))/6　　(E) (3√(3) - 4)/5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G 是所有如下形式多项式的集合：</w:t>
      </w:r>
    </w:p>
    <w:p>
      <w:pPr>
        <w:spacing w:before="0" w:after="80" w:line="300" w:lineRule="auto"/>
        <w:jc w:val="left"/>
      </w:pPr>
      <w:r>
        <w:rPr>
          <w:rFonts w:ascii="Times New Roman" w:hAnsi="Times New Roman" w:eastAsia="宋体"/>
          <w:b w:val="0"/>
          <w:i w:val="0"/>
          <w:sz w:val="21"/>
        </w:rPr>
        <w:t>P(z) = zⁿ + cₙ₋₁zⁿ⁻¹ + ⋯</w:t>
      </w:r>
    </w:p>
    <w:p>
      <w:pPr>
        <w:spacing w:before="0" w:after="80" w:line="300" w:lineRule="auto"/>
        <w:jc w:val="left"/>
      </w:pPr>
      <w:r>
        <w:rPr>
          <w:rFonts w:ascii="Times New Roman" w:hAnsi="Times New Roman" w:eastAsia="宋体"/>
          <w:b w:val="0"/>
          <w:i w:val="0"/>
          <w:sz w:val="21"/>
        </w:rPr>
        <w:t>+ c₂ z² + c₁ z + 50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 c₁，c₂，…，cₙ₋₁ 是整数，并且 P(z) 有 n 个互不相同的根，每个根形如 a + ib，其中 a、b 为整数。集合 G 中有多少个多项式？</w:t>
      </w:r>
    </w:p>
    <w:p>
      <w:pPr>
        <w:spacing w:before="0" w:after="120" w:line="300" w:lineRule="auto"/>
      </w:pPr>
      <w:r>
        <w:rPr>
          <w:rFonts w:ascii="Times New Roman" w:hAnsi="Times New Roman" w:eastAsia="宋体"/>
          <w:b w:val="0"/>
          <w:i w:val="0"/>
          <w:sz w:val="21"/>
        </w:rPr>
        <w:t>（A）288　　（B）528　　（C）576　　（D）992　　（E）1056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G be the set of polynomials of the form</w:t>
      </w:r>
    </w:p>
    <w:p>
      <w:pPr>
        <w:spacing w:before="0" w:after="80" w:line="300" w:lineRule="auto"/>
        <w:jc w:val="left"/>
      </w:pPr>
      <w:r>
        <w:rPr>
          <w:rFonts w:ascii="Times New Roman" w:hAnsi="Times New Roman" w:eastAsia="宋体"/>
          <w:b w:val="0"/>
          <w:i w:val="0"/>
          <w:color w:val="333333"/>
          <w:sz w:val="19"/>
        </w:rPr>
        <w:t>P(z) = zⁿ + cₙ₋₁zⁿ⁻¹ + ⋯</w:t>
      </w:r>
    </w:p>
    <w:p>
      <w:pPr>
        <w:spacing w:before="0" w:after="80" w:line="300" w:lineRule="auto"/>
        <w:jc w:val="left"/>
      </w:pPr>
      <w:r>
        <w:rPr>
          <w:rFonts w:ascii="Times New Roman" w:hAnsi="Times New Roman" w:eastAsia="宋体"/>
          <w:b w:val="0"/>
          <w:i w:val="0"/>
          <w:color w:val="333333"/>
          <w:sz w:val="19"/>
        </w:rPr>
        <w:t>+ c₂ z² + c₁ z + 50,</w:t>
      </w:r>
    </w:p>
    <w:p>
      <w:pPr>
        <w:spacing w:before="0" w:after="80" w:line="300" w:lineRule="auto"/>
        <w:jc w:val="left"/>
      </w:pPr>
      <w:r>
        <w:rPr>
          <w:rFonts w:ascii="Times New Roman" w:hAnsi="Times New Roman" w:eastAsia="宋体"/>
          <w:b w:val="0"/>
          <w:i w:val="0"/>
          <w:color w:val="333333"/>
          <w:sz w:val="19"/>
        </w:rPr>
        <w:t>where c₁, c₂, …, cₙ₋₁ are integers and P(z) has n distinct roots of the form a + ib with a and b integers. How many polynomials are in G?</w:t>
      </w:r>
    </w:p>
    <w:p>
      <w:pPr>
        <w:spacing w:before="0" w:after="160" w:line="300" w:lineRule="auto"/>
      </w:pPr>
      <w:r>
        <w:rPr>
          <w:rFonts w:ascii="Times New Roman" w:hAnsi="Times New Roman" w:eastAsia="宋体"/>
          <w:b w:val="0"/>
          <w:i w:val="0"/>
          <w:color w:val="333333"/>
          <w:sz w:val="19"/>
        </w:rPr>
        <w:t>(A) 288　　(B) 528　　(C) 576　　(D) 992　　(E) 1056</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A　D　B　C　B　E　B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A　D　D　C　B　A　D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A　C　A　E　A　B</w:t>
      </w:r>
    </w:p>
    <w:p>
      <w:pPr>
        <w:spacing w:before="0" w:after="200" w:line="300" w:lineRule="auto"/>
      </w:pPr>
      <w:r>
        <w:rPr>
          <w:rFonts w:ascii="Times New Roman" w:hAnsi="Times New Roman" w:eastAsia="宋体"/>
          <w:b w:val="0"/>
          <w:i w:val="0"/>
          <w:color w:val="666666"/>
          <w:sz w:val="18"/>
        </w:rPr>
        <w:t>答案串：CADBCBEBCEADDCBADBBACAEAB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最高气温比最低气温高 16，所以最低气温比平均值低 8。平均值为 3°，因此最低气温为 3 - 8 = -5°。所以正确答案是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high exceeds the low by 16, so the low is 8 below the average. Since the average is 3°, the low temperature is 3 - 8 = -5°.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花园的长和宽分别为 2· 15 = 30 英尺和 2· 20 = 40 英尺，面积为 1200 平方英尺。每平方英尺能产半磅土豆，所以预计产量为 1/2· 1200 = 600 磅。正确答案是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garden is 2· 15 = 30 feet by 2· 20 = 40 feet, an area of 1200 square feet. At half a pound per square foot, Mr. Green expects 1/2· 1200 = 600 pounds.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从 201 往下数时，数值 x 是第 (202-x) 个数。因此 53 是第 (202-53) = 149 个数。正确答案是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Counting down from 201, the value x is the (202-x)th number. So 53 is the (202-53) = 149th number.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若每人行驶 D 英里，两人共行驶 2D 英里，耗油量为 D/40+D/10 = D/8 加仑。因此合并油耗率为 2D/(D/8) = 16 英里每加仑。正确答案是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each drives D miles, together they cover 2D miles using D/40+D/10 = D/8 gallons. The combined rate is 2D/(D/8) = 16 miles per gallon.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家长年龄总和为 55· 33，五年级学生年龄总和为 33· 11，合计 33· 66。总人数为 88，所以平均年龄为 (33· 66)/88 = 24.75。正确答案是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parents’ ages sum to 55· 33 and the fifth-graders’ to 33· 11, a total of 33· 66. Dividing by 88 people gives (33· 66)/88 = 24.75.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整理并配方得 x² - 10x + 25 + y² + 6y + 9 = 0，即 (x-5)² + (y+3)² = 0。因此 x = 5、y = -3，所以 x + y = 2。正确答案是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Rearranging gives x² - 10x + 25 + y² + 6y + 9 = 0, that is (x-5)² + (y+3)² = 0. Hence x = 5 and y = -3, so x + y = 2.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到数到 n 的那一轮结束时，共说了 1 + 2 + ⋯ + n = 1/2 n(n+1) 个数。当 n = 9 时，这个总数为 45。下一轮从 1, 2, … 开始，所以第 53 个数是这一轮的第 8 个数，即 8。正确答案是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the turn that counts up to n, exactly 1 + 2 + ⋯ + n = 1/2 n(n+1) numbers have been said. For n = 9 that is 45. The next turn starts 1, 2, …, so the 53rd number is the 8th number of that turn, namely 8.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联立 3x - 2y = 1 与 y = 1，得 B = (1, 1)。点 A = (-1, -2) 到直线 y = 1 的距离为 3，所以 1/2· BC· 3 = 3，从而 BC = 2。于是 C = (3, 1) 或 C = (-1, 1)；后者会使 ell₃ 竖直，所以 C = (3, 1)。因此斜率为 (1 - (-2))/(3 - (-1)) = 3/4。正确答案是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Solving 3x - 2y = 1 with y = 1 gives B = (1, 1). The distance from A = (-1, -2) to the line y = 1 is 3, so 1/2· BC· 3 = 3 gives BC = 2. Then C = (3, 1) or C = (-1, 1); the latter makes ell₃ vertical, so C = (3, 1) and the slope is (1 - (-2))/(3 - (-1)) = 3/4.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因为 12! = 2¹⁰· 3⁵· 5²· 7· 11，能整除它的最大完全平方数为 2¹⁰· 3⁴· 5²，其平方根为 2⁵· 3²· 5。指数和为 5 + 2 + 1 = 8。正确答案是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12! = 2¹⁰· 3⁵· 5²· 7· 11, the largest perfect square dividing it is 2¹⁰· 3⁴· 5², whose square root is 2⁵· 3²· 5. The exponents sum to 5 + 2 + 1 = 8.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经过 m 次红色摊位交换和 n 次蓝色摊位交换后，Alex 有 75 - (2m - n) 个红色代币、75-(3n-m) 个蓝色代币，以及 m+n 个银色代币。停止时，红色代币数为 0 或 1，蓝色代币数为 0,1，或 2。对这六种情形求解代币方程，只得到 (m,n)=(59,44)，终态为 (1,2)，或 (m,n)=(60,45)，终态为 (0,0)。后者不可能到达：最后一次交换前的状态只能是 (-1,3) 或 (2,-1)。因此 Alex 最终有 59+44=103 个银色代币。所以正确答案是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m red-booth and n blue-booth exchanges, Alex has 75 - (2m - n) red tokens, 75-(3n-m) blue tokens, and m+n silver tokens. At termination the red count is 0 or 1, and the blue count is 0,1, or 2. Solving the token equations over these six cases leaves only (m,n)=(59,44), ending at (1,2), or (m,n)=(60,45), ending at (0,0). The latter is unreachable: its final exchange would have to start at either (-1,3) or (2,-1). Hence Alex finishes with 59+44=103 silver tokens.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取东、北、上为 x, y, z 方向。飞行 7 英尺后，蜜蜂 A 在 (2, 3, 2)，蜜蜂 B 在 (-3, -4, 0)，距离为 √(78) &lt; 10。下一英尺中，A 向东到 (3, 3, 2)，B 向西到 (-4, -4, 0)，距离为 √(102) &gt; 10。所以它们相距 10 英尺时，A 正向东，B 正向西。正确答案是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east, north, up as x, y, z. After 7 feet bee A is at (2, 3, 2) and bee B is at (-3, -4, 0), a distance √(78) &lt; 10. On the next foot bee A moves east to (3, 3, 2) and bee B moves west to (-4, -4, 0), a distance √(102) &gt; 10. So they pass through 10 feet apart while A heads east and B heads west.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城市 E（道路 AE, DE）是在 A-D 旅程上的绕行，城市 C（道路 BC, CD）是在 B-D 旅程上的绕行。把它们化简后，得到只含 A, B, D 的图，其中有两条 A-D 连接、两条 B-D 连接和一条 A-B 道路。恰好各用一次的 A 到 B 通路有 4 类：ABDADB、ADABDB、ADBADB、ADBDAB。每个绕行（经 E、经 C）都可放在两次经过中的任一次，所以每类给出 4 条实际路线，共 4· 4 = 16 条。正确答案是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City E (roads AE, DE) is a detour on an A–D trip, and city C (roads BC, CD) is a detour on a B–D trip. Replace them to get a graph on A, B, D with two A–D connections, two B–D connections, and one A–B road. The trails from A to B using each once are of 4 types: ABDADB, ADABDB, ADBADB, and ADBDAB. Each detour (through E, through C) can be taken on either passage, so each type gives 4 actual routes, for 4· 4 = 16 routes.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三角形的三个角成等差数列，当且仅当中间的角为 60°。令 ∠ DBA = x、∠ ADB = y，则四边形 ABCD 的四个角为 x, y, 180 - y, 180-x，它们本身也必须成等差数列。按递增顺序排列，它们只能是 x,y,180-y,180-x 或 x,180-y,y,180-x，于是分别得到 3y=x+180 或 3y=360-x。而三角形的三个角 x,y,180-x-y 中有一个等于 60°。代入后只剩下两组角 (60,80,100,120) 和 (45,75,105,135)。最大的两个角之和至多为 105 + 135 = 240。所以正确答案是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angles of a triangle form an arithmetic progression exactly when the middle one is 60°. With ∠ DBA = x and ∠ ADB = y, the four angles of ABCD are x, y, 180 - y, 180-x, which must itself be an arithmetic progression. In increasing order they are either x,y,180-y,180-x or x,180-y,y,180-x, giving 3y=x+180 or 3y=360-x. One of the triangle angles x,y,180-x-y is 60°. Substitution leaves the angle sets (60,80,100,120) and (45,75,105,135). The two largest angles sum to at most 105 + 135 = 240.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以 a₁, a₂ 开始的序列第七项为 5a₁ + 8a₂。对两个序列，5a₁ + 8a₂ = 5b₁ + 8b₂，所以 5(b₁ - a₁) = 8(a₂ - b₂)。因为 gcd(5, 8) = 1，需要 b₁ - a₁ 是 8 的倍数，且 a₂ - b₂ 是 5 的倍数。设 a₁ &lt; b₁，并利用不降条件，有 a₁ ≤ b₁ - 8 ≤ b₂ - 8 ≤ a₂ - 13。取 a₁ = 0、b₁ = b₂ = 8、a₂ = 13，得到 N = 5· 0 + 8· 13 = 104。正确答案是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sequence starting a₁, a₂ has seventh term 5a₁ + 8a₂. For the two sequences, 5a₁ + 8a₂ = 5b₁ + 8b₂, so 5(b₁ - a₁) = 8(a₂ - b₂). Since gcd(5, 8) = 1, we need b₁ - a₁ to be a multiple of 8 and a₂ - b₂ to be a multiple of 5. Taking a₁ &lt; b₁ with nondecreasing terms gives a₁ ≤ b₁ - 8 ≤ b₂ - 8 ≤ a₂ - 13. Choosing a₁ = 0, b₁ = b₂ = 8, a₂ = 13 yields N = 5· 0 + 8· 13 = 104.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因为 2013 = 3· 11· 61，分子中至少需要一个 61! 来提供质因数 61，所以 a₁ ≥ 61。但是 61! 还含有 2013 所不含的质因数 59，所以分母中必须有 b₁ ≥ 59。因此 a₁ + b₁ ≥ 120。取 a₁ = 61、b₁ = 59，并使用 2013 = (61! 11! 3!)/(59! 10! 5!)，可以达到这个下界。于是 |a₁ - b₁| = 2。所以正确答案是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2013 = 3· 11· 61, the numerator needs a factorial at least 61! to supply the prime 61, so a₁ ≥ 61. But 61! also has a factor of 59, which 2013 does not, so the denominator needs b₁ ≥ 59. Thus a₁ + b₁ ≥ 120, attained by a₁ = 61, b₁ = 59 via 2013 = (61! 11! 3!)/(59! 10! 5!). Then |a₁ - b₁| = 2.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等角五边形的内角全为 108°，所以星形的每个尖角都是底角为 72°、顶角为 36° 的等腰三角形。由于底角相等，每个尖角贡献的两条边都是其所对应五边形边长的同一固定倍数 c。把五个尖角相加，星形周长为 2c·(五边形周长) = 2c，与各边的具体长度无关。因此 s 是常数，其最大值与最小值之差为 0。所以正确答案是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equiangular pentagon has all interior angles 108°, so each point of the star is an isosceles triangle with base angles 72° and apex 36°. By the equal base angles, each point contributes two sides that are the same fixed multiple c of the pentagon side it rests on. Summing over the five points, the star perimeter equals 2c·(pentagon perimeter) = 2c, independent of the individual side lengths. So s is constant, and the difference between its maximum and minimum values is 0.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由方程可得 a + b = 2 - c 和 a² + b² = 12 - c²。具有给定的和与平方和的实数 a, b 存在，当且仅当 (a + b)² ≤ 2(a² + b²)，也就是 (2 - c)² ≤ 2(12 - c²)。化简得 (3c - 10)(c + 2) ≤ 0，所以 -2 ≤ c ≤ 10/3。最大值与最小值之差为 10/3 - (-2) = 16/3。所以正确答案是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equations, a + b = 2 - c and a² + b² = 12 - c². Real numbers a, b with a given sum and sum of squares exist iff (a + b)² ≤ 2(a² + b²), i.e. (2 - c)² ≤ 2(12 - c²). This simplifies to (3c - 10)(c + 2) ≤ 0, so -2 ≤ c ≤ 10/3. The difference is 10/3 - (-2) = 16/3.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按模 5 分析。因为 2013 ≡ 3，无论谁先走，Jenna 都能获胜。如果 Jenna 先走，她先拿走 3 枚，使剩余数量成为 5 的倍数；此后 Barbara 拿走 2 枚时，她就拿走 3 枚，Barbara 拿走 4 枚时，她就拿走 1 枚，从而始终留下 5 的倍数，并最终拿走最后一枚。如果 Jenna 后走，她可以使每轮结束后的硬币数保持 ≡ 3 pmod 5，直到 Barbara 面对 3 枚硬币，只能拿走 2 枚，把最后一枚留给 Jenna。因为 2014 ≡ 4，这时先手获胜：Jenna 先走可把局面化为 2013 枚的情形；Barbara 先走则可先拿走 4 枚，此后维持 5 的倍数。因此选择 B。所以正确答案是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 modulo 5. With 2013 ≡ 3 coins, Jenna wins either way: going first she takes 3 to leave a multiple of 5, then answers Barbara’s 2 with 3 and 4 with 1 to keep multiples of 5, eventually taking the last coin; going second she keeps the count ≡ 3 pmod 5 until Barbara is stuck at 3 coins, must remove 2, and leaves Jenna the last coin. With 2014 ≡ 4 coins, whoever goes first wins: Jenna first reduces to the 2013 case, while Barbara first takes 4 and then keeps multiples of 5. This is choice B.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从 A 到 BC 的高可得 BD = 5、CD = 9、AD = 12。因为 DE ⊥ AC，所以 AED ∼ ADC，从而 DE = 36/5、AE = 48/5。又因为 ∠ AFB = ∠ ADB = 90°，四边形 ABDF 是圆内接四边形，所以 ∠ ABD = ∠ AFE。于是直角三角形 ABD 与 AFE 相似，故 FE/5 = (48/5)/12，即 FE = 4。因此 DF = DE - FE = 36/5 - 4 = 16/5，所以 m + n = 21。所以正确答案是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altitude from A to BC gives BD = 5, CD = 9, AD = 12. Because DE ⊥ AC, triangle AED ∼ ADC, giving DE = 36/5 and AE = 48/5. Since ∠ AFB = ∠ ADB = 90°, quadrilateral ABDF is cyclic, so ∠ ABD = ∠ AFE, making right triangles ABD and AFE similar: FE/5 = (48/5)/12, so FE = 4. Hence DF = DE - FE = 36/5 - 4 = 16/5, and m + n = 21.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每个点 (t, t²) 都在 y = t² 上，而连接参数为 t₁, t₂ 的两点所得弦的斜率为 t₁ + t₂。当 135° &lt; x &lt; 180° 时，cos x 和 tan x 都介于 cot x 与 sin x 之间，所以 P、S 位于 Q、R 之间，平行边为 QR 和 PS。由斜率相等可得 cot x + sin x = tan x + cos x。两边乘以 sin xcos x 并化简，得 cos x + sin x - sin xcos x = 0。两边平方，再利用 2sin xcos x = sin 2x，可得 1 + sin 2x = 1/4sin² 2x。它在 (-1, 1) 中唯一的根为 sin 2x = 2 - 2√(2)。所以正确答案是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point (t, t²) lies on y = t², and the chord through parameters t₁, t₂ has slope t₁ + t₂. For 135° &lt; x &lt; 180°, both cos x and tan x lie between cot x and sin x, so P and S sit between Q and R and the parallel sides are QR and PS. Equal slopes give cot x + sin x = tan x + cos x. Multiplying by sin xcos x and simplifying yields cos x + sin x - sin xcos x = 0. Squaring and using 2sin xcos x = sin 2x gives 1 + sin 2x = 1/4sin² 2x, whose only root in (-1, 1) is sin 2x = 2 - 2√(2).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两条共同焦点为 O 的抛物线恰有 2 个交点，除非它们的准线平行且 O 在两准线之间的带状区域外，此时不相交。不相交的对具有相同斜率，且 y-截距同号。共有 5 个斜率；对每个斜率，同号截距对有 2C(3, 2) = 6 对。每个相交对贡献 2 个点，且没有三条共点，所以总数为 2(C(30, 2) - 5· 6) = 2(435 - 30) = 810。所以正确答案是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parabolas with common focus O meet in exactly 2 points, except when their directrices are parallel and O lies outside the strip between them, in which case they do not meet. The non-intersecting pairs have directrices of equal slope and y-intercepts of the same sign. There are 5 slopes, and for each, 2C(3, 2) = 6 same-sign intercept pairs. Since every intersecting pair meets in 2 points and no point lies on three parabolas, the total is 2(C(30, 2) - 5· 6) = 2(435 - 30) = 810.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写作 logₙ x = (log x)/(log n) 和 logₘ x = (log x)/(log m)，方程成为关于 log x 的二次方程，其两根之和为 log(x₁ x₂) = 1/8(7log m + 6log n)。于是 N⁸=m⁷n⁶，其中 N=x₁x₂。对每个整除 mn 的质数，设它在 m,n 中的指数分别为 a,b。那么 7a+6b≡0pmod8。a 为奇数是不可能的。若 a=0，则 b 是 4 的倍数，这个质数至少贡献 p³，但这时还必须有另一个质数整除 m。若 a≡0pmod8 且为正，则它对 N 的贡献至少是 p⁷；若 a≡2pmod8，则 b≡3pmod4，此时最小的贡献是 p⁴。其余任何正偶数 a 的贡献都更大。因此最小值只在 p=2 且 (a,b)=(2,3) 时取到，此时 N=16、m=4、n=8。从而 m+n=12。所以正确答案是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logₙ x = (log x)/(log n) and logₘ x = (log x)/(log m), the equation becomes a quadratic in log x whose roots sum to log(x₁ x₂) = 1/8(7log m + 6log n). Hence N⁸=m⁷n⁶, where N=x₁x₂. For each prime dividing mn, let its exponents in m,n be a,b. Then 7a+6b≡0pmod8. An odd a is impossible. If a=0, then b is a multiple of 4 and this prime contributes at least p³, but some other prime must divide m. If a≡0pmod8 is positive, its contribution to N is at least p⁷; if a≡2pmod8, then b≡3pmod4 and the least contribution is p⁴. Every other positive even a gives more. Thus the minimum uses only p=2 with (a,b)=(2,3), giving N=16, m=4, and n=8. So m+n=12.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0" w:after="80" w:line="300" w:lineRule="auto"/>
        <w:jc w:val="left"/>
      </w:pPr>
      <w:r>
        <w:rPr>
          <w:rFonts w:ascii="Times New Roman" w:hAnsi="Times New Roman" w:eastAsia="宋体"/>
          <w:b w:val="0"/>
          <w:i w:val="0"/>
          <w:sz w:val="21"/>
        </w:rPr>
        <w:t>因为 lcm(25, 36, 100) = 900，关于 N 的条件只取决于 N bmod 900，所以考虑 0 ≤ N ≤ 899。设以 5 为底的表示的末两位为 a₁, a₀，以 6 为底的表示的末两位为 b₁,b₀。模 10 时，所要求的相等以及 N≡ a₀pmod5 迫使 a₀=b₀。再对模 25 和 36 应用中国剩余定理，得到</w:t>
      </w:r>
    </w:p>
    <w:p>
      <w:pPr>
        <w:spacing w:before="0" w:after="80" w:line="300" w:lineRule="auto"/>
        <w:jc w:val="left"/>
      </w:pPr>
      <w:r>
        <w:rPr>
          <w:rFonts w:ascii="Times New Roman" w:hAnsi="Times New Roman" w:eastAsia="宋体"/>
          <w:b w:val="0"/>
          <w:i w:val="0"/>
          <w:sz w:val="21"/>
        </w:rPr>
        <w:t>N≡180a₁+150b₁</w:t>
      </w:r>
    </w:p>
    <w:p>
      <w:pPr>
        <w:spacing w:before="0" w:after="80" w:line="300" w:lineRule="auto"/>
        <w:jc w:val="left"/>
      </w:pPr>
      <w:r>
        <w:rPr>
          <w:rFonts w:ascii="Times New Roman" w:hAnsi="Times New Roman" w:eastAsia="宋体"/>
          <w:b w:val="0"/>
          <w:i w:val="0"/>
          <w:sz w:val="21"/>
        </w:rPr>
        <w:t>+a₀pmod900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把这个余数的两倍模 100 与十进制数 10(a₁+b₁)+a₀+b₀ 比较，可化简为 5a₁≡ b₁pmod10。因此有效的数对恰好是 (0,0),(2,0),(4,0),(1,5),(3,5)。每一对都可与 5 种 a₀ 的取法 (0 ≤ a₀ ≤ 4) 结合，共给出 25 个 N。所以正确答案是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lcm(25, 36, 100) = 900, the condition on N depends only on N bmod 900, so consider 0 ≤ N ≤ 899. Let the last two base-5 digits be a₁, a₀ and the last two base-6 digits be b₁,b₀. Modulo 10, the desired equality and N≡ a₀pmod5 force a₀=b₀. The Chinese Remainder Theorem applied modulo 25 and 36 then gives</w:t>
      </w:r>
    </w:p>
    <w:p>
      <w:pPr>
        <w:spacing w:before="0" w:after="80" w:line="300" w:lineRule="auto"/>
        <w:jc w:val="left"/>
      </w:pPr>
      <w:r>
        <w:rPr>
          <w:rFonts w:ascii="Times New Roman" w:hAnsi="Times New Roman" w:eastAsia="宋体"/>
          <w:b w:val="0"/>
          <w:i w:val="0"/>
          <w:color w:val="333333"/>
          <w:sz w:val="19"/>
        </w:rPr>
        <w:t>N≡180a₁+150b₁</w:t>
      </w:r>
    </w:p>
    <w:p>
      <w:pPr>
        <w:spacing w:before="0" w:after="80" w:line="300" w:lineRule="auto"/>
        <w:jc w:val="left"/>
      </w:pPr>
      <w:r>
        <w:rPr>
          <w:rFonts w:ascii="Times New Roman" w:hAnsi="Times New Roman" w:eastAsia="宋体"/>
          <w:b w:val="0"/>
          <w:i w:val="0"/>
          <w:color w:val="333333"/>
          <w:sz w:val="19"/>
        </w:rPr>
        <w:t>+a₀pmod900.</w:t>
      </w:r>
    </w:p>
    <w:p>
      <w:pPr>
        <w:spacing w:before="0" w:after="80" w:line="300" w:lineRule="auto"/>
        <w:jc w:val="left"/>
      </w:pPr>
      <w:r>
        <w:rPr>
          <w:rFonts w:ascii="Times New Roman" w:hAnsi="Times New Roman" w:eastAsia="宋体"/>
          <w:b w:val="0"/>
          <w:i w:val="0"/>
          <w:color w:val="333333"/>
          <w:sz w:val="19"/>
        </w:rPr>
        <w:t>Comparing twice this residue modulo 100 with the decimal number 10(a₁+b₁)+a₀+b₀ reduces to 5a₁≡ b₁pmod10. Hence the valid pairs are exactly (0,0),(2,0),(4,0),(1,5),(3,5). Each combines with 5 choices of a₀ (0 ≤ a₀ ≤ 4), giving 25 values of N.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令 α = ∠ ACN = ∠ NCB、x = BN。由于 △ BXN 是等边三角形，所以 ∠ BXC = ∠ CNA = 120°，由此得到 △ ABC ∼ △ BMC 和 △ ANC ∼ △ BXC。由第一组相似关系，并利用 MC = 1/2 AC = 1，可得 BC/2 = MC/BC，所以 BC = √(2)。由第二组相似关系可得 CX = (√(2) + 1)x。在 △ BCX 中，对 ∠ BXC = 120° 应用余弦定理，得到 2 = x² + (√(2) + 1)² x² + (√(2) + 1)x² = (5 + 3√(2))x²。因此 BN² = x² = 2/(5 + 3√(2)) = (10 - 6√(2))/7。所以正确答案是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α = ∠ ACN = ∠ NCB and x = BN. Since △ BXN is equilateral, ∠ BXC = ∠ CNA = 120°, which gives △ ABC ∼ △ BMC and △ ANC ∼ △ BXC. From the first, with MC = 1/2 AC = 1, we get BC/2 = MC/BC, so BC = √(2). From the second, CX = (√(2) + 1)x. The Law of Cosines in △ BCX with ∠ BXC = 120° gives 2 = x² + (√(2) + 1)² x² + (√(2) + 1)x² = (5 + 3√(2))x². Hence BN² = x² = 2/(5 + 3√(2)) = (10 - 6√(2))/7.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因为系数为实数，非实根成共轭对，所以 P(z) 可分解为互不相同的线性因子 (z - c)（其中 c ∈ Z）以及二次因子 (z - (a+ib))(z - (a-ib)) = z² - 2az + (a² + b²)。每个因子的常数项都整除 50。对 d=1,2,5,10,25,50，满足 a²+b²=d 且 b≠0 的共轭对个数依次为 1,2,4,4,5,6。再加上两个线性选择 z-d,z+d，就得到 |B₁|=3、|B₂|=4、|B₅|=6、|B₁₀|=6、|B₂₅|=7 和 |B₅₀|=8。把 50 分解成若干个大于 1 的因子大小之积，方式有 50,25·2,10·5 和 5·5·2。在最后一种方式中，各根互不相同要求选取两个不同的 B₅ 因子。最后，再计入 z+1 和 z²+1 可以自由出现（而 z-1 是否出现由其余因子乘积的符号决定），总数为</w:t>
      </w:r>
    </w:p>
    <w:p>
      <w:pPr>
        <w:spacing w:before="0" w:after="80" w:line="300" w:lineRule="auto"/>
        <w:jc w:val="left"/>
      </w:pPr>
      <w:r>
        <w:rPr>
          <w:rFonts w:ascii="Times New Roman" w:hAnsi="Times New Roman" w:eastAsia="宋体"/>
          <w:b w:val="0"/>
          <w:i w:val="0"/>
          <w:sz w:val="21"/>
        </w:rPr>
        <w:t>2²(8 + 7· 4 + 6· 6 + 4C(6, 2))</w:t>
      </w:r>
    </w:p>
    <w:p>
      <w:pPr>
        <w:spacing w:before="0" w:after="80" w:line="300" w:lineRule="auto"/>
        <w:jc w:val="left"/>
      </w:pPr>
      <w:r>
        <w:rPr>
          <w:rFonts w:ascii="Times New Roman" w:hAnsi="Times New Roman" w:eastAsia="宋体"/>
          <w:b w:val="0"/>
          <w:i w:val="0"/>
          <w:sz w:val="21"/>
        </w:rPr>
        <w:t>= 4(8 + 28 + 36 + 60) = 528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coefficients are real, nonreal roots occur in conjugate pairs, so P(z) factors into distinct linear factors (z - c) with c ∈ Z and quadratics (z - (a+ib))(z - (a-ib)) = z² - 2az + (a² + b²). Each factor’s constant term divides 50. For d=1,2,5,10,25,50, the numbers of conjugate pairs with a²+b²=d and b≠0 are 1,2,4,4,5,6, respectively. Adding the two linear choices z-d,z+d gives |B₁|=3, |B₂|=4, |B₅|=6, |B₁₀|=6, |B₂₅|=7, and |B₅₀|=8. The factor-magnitude partitions of 50 using values greater than 1 are 50,25·2,10·5, and 5·5·2. Distinct roots require choosing two different B₅ factors in the last case. Finally, account for the free presence of z+1 and z²+1 (with z-1 forced by the sign of the remaining product), gives</w:t>
      </w:r>
    </w:p>
    <w:p>
      <w:pPr>
        <w:spacing w:before="0" w:after="80" w:line="300" w:lineRule="auto"/>
        <w:jc w:val="left"/>
      </w:pPr>
      <w:r>
        <w:rPr>
          <w:rFonts w:ascii="Times New Roman" w:hAnsi="Times New Roman" w:eastAsia="宋体"/>
          <w:b w:val="0"/>
          <w:i w:val="0"/>
          <w:color w:val="333333"/>
          <w:sz w:val="19"/>
        </w:rPr>
        <w:t>2²(8 + 7· 4 + 6· 6 + 4C(6, 2))</w:t>
      </w:r>
    </w:p>
    <w:p>
      <w:pPr>
        <w:spacing w:before="0" w:after="80" w:line="300" w:lineRule="auto"/>
        <w:jc w:val="left"/>
      </w:pPr>
      <w:r>
        <w:rPr>
          <w:rFonts w:ascii="Times New Roman" w:hAnsi="Times New Roman" w:eastAsia="宋体"/>
          <w:b w:val="0"/>
          <w:i w:val="0"/>
          <w:color w:val="333333"/>
          <w:sz w:val="19"/>
        </w:rPr>
        <w:t>= 4(8 + 28 + 36 + 60) = 528.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