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2012B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Pearl Creek 小学每个三年级教室有 18 名学生和 2 只宠物兔。全部 4 个三年级教室中，学生比兔子多多少？</w:t>
      </w:r>
    </w:p>
    <w:p>
      <w:pPr>
        <w:spacing w:before="0" w:after="120" w:line="300" w:lineRule="auto"/>
      </w:pPr>
      <w:r>
        <w:rPr>
          <w:rFonts w:ascii="Times New Roman" w:hAnsi="Times New Roman" w:eastAsia="宋体"/>
          <w:b w:val="0"/>
          <w:i w:val="0"/>
          <w:sz w:val="21"/>
        </w:rPr>
        <w:t>（A）48　　（B）56　　（C）64　　（D）72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third-grade classroom at Pearl Creek Elementary has 18 students and 2 pet rabbits. How many more students than rabbits are there in all 4 of the third-grade classrooms?</w:t>
      </w:r>
    </w:p>
    <w:p>
      <w:pPr>
        <w:spacing w:before="0" w:after="160" w:line="300" w:lineRule="auto"/>
      </w:pPr>
      <w:r>
        <w:rPr>
          <w:rFonts w:ascii="Times New Roman" w:hAnsi="Times New Roman" w:eastAsia="宋体"/>
          <w:b w:val="0"/>
          <w:i w:val="0"/>
          <w:color w:val="333333"/>
          <w:sz w:val="19"/>
        </w:rPr>
        <w:t>(A) 48　　(B) 56　　(C) 64　　(D) 72　　(E) 80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如图，一个半径为 5 的圆内切于一个长方形。长方形的长与宽之比为 2:1。这个长方形的面积是多少？</w:t>
      </w:r>
    </w:p>
    <w:p>
      <w:pPr>
        <w:spacing w:before="80" w:after="80"/>
        <w:jc w:val="center"/>
      </w:pPr>
      <w:r>
        <w:drawing>
          <wp:inline xmlns:a="http://schemas.openxmlformats.org/drawingml/2006/main" xmlns:pic="http://schemas.openxmlformats.org/drawingml/2006/picture">
            <wp:extent cx="856601" cy="431475"/>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856601" cy="431475"/>
                    </a:xfrm>
                    <a:prstGeom prst="rect"/>
                  </pic:spPr>
                </pic:pic>
              </a:graphicData>
            </a:graphic>
          </wp:inline>
        </w:drawing>
      </w:r>
    </w:p>
    <w:p>
      <w:pPr>
        <w:spacing w:before="0" w:after="120" w:line="300" w:lineRule="auto"/>
      </w:pPr>
      <w:r>
        <w:rPr>
          <w:rFonts w:ascii="Times New Roman" w:hAnsi="Times New Roman" w:eastAsia="宋体"/>
          <w:b w:val="0"/>
          <w:i w:val="0"/>
          <w:sz w:val="21"/>
        </w:rPr>
        <w:t>（A）50　　（B）100　　（C）125　　（D）150　　（E）200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5 is inscribed in a rectangle as shown. The ratio of the length of the rectangle to its width is 2:1. What is the area of the rectangle?</w:t>
      </w:r>
    </w:p>
    <w:p>
      <w:pPr>
        <w:spacing w:before="80" w:after="80"/>
        <w:jc w:val="center"/>
      </w:pPr>
      <w:r>
        <w:drawing>
          <wp:inline xmlns:a="http://schemas.openxmlformats.org/drawingml/2006/main" xmlns:pic="http://schemas.openxmlformats.org/drawingml/2006/picture">
            <wp:extent cx="856601" cy="431475"/>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856601" cy="43147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50　　(B) 100　　(C) 125　　(D) 150　　(E) 200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为了一个科学项目，Sammy 观察了一只花栗鼠和一只松鼠把橡子藏进洞里。花栗鼠在它挖的每个洞里藏了 3 颗橡子。松鼠在它挖的每个洞里藏了 4 颗橡子。它们各自藏了相同数量的橡子，不过松鼠少用了 4 个洞。花栗鼠藏了多少颗橡子？</w:t>
      </w:r>
    </w:p>
    <w:p>
      <w:pPr>
        <w:spacing w:before="0" w:after="120" w:line="300" w:lineRule="auto"/>
      </w:pPr>
      <w:r>
        <w:rPr>
          <w:rFonts w:ascii="Times New Roman" w:hAnsi="Times New Roman" w:eastAsia="宋体"/>
          <w:b w:val="0"/>
          <w:i w:val="0"/>
          <w:sz w:val="21"/>
        </w:rPr>
        <w:t>（A）30　　（B）36　　（C）42　　（D）48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science project, Sammy observed a chipmunk and a squirrel stashing acorns in holes. The chipmunk hid 3 acorns in each of the holes it dug. The squirrel hid 4 acorns in each of the holes it dug. They each hid the same number of acorns, although the squirrel needed 4 fewer holes. How many acorns did the chipmunk hide?</w:t>
      </w:r>
    </w:p>
    <w:p>
      <w:pPr>
        <w:spacing w:before="0" w:after="160" w:line="300" w:lineRule="auto"/>
      </w:pPr>
      <w:r>
        <w:rPr>
          <w:rFonts w:ascii="Times New Roman" w:hAnsi="Times New Roman" w:eastAsia="宋体"/>
          <w:b w:val="0"/>
          <w:i w:val="0"/>
          <w:color w:val="333333"/>
          <w:sz w:val="19"/>
        </w:rPr>
        <w:t>(A) 30　　(B) 36　　(C) 42　　(D) 48　　(E) 54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假设一欧元值 1.30 美元。如果 Diana 有 500 美元，Étienne 有 400 欧元，那么 Étienne 的钱的价值比 Diana 的钱的价值多百分之多少？</w:t>
      </w:r>
    </w:p>
    <w:p>
      <w:pPr>
        <w:spacing w:before="0" w:after="120" w:line="300" w:lineRule="auto"/>
      </w:pPr>
      <w:r>
        <w:rPr>
          <w:rFonts w:ascii="Times New Roman" w:hAnsi="Times New Roman" w:eastAsia="宋体"/>
          <w:b w:val="0"/>
          <w:i w:val="0"/>
          <w:sz w:val="21"/>
        </w:rPr>
        <w:t>（A）2　　（B）4　　（C）6.5　　（D）8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the euro is worth 1.30 dollars. If Diana has 500 dollars and Étienne has 400 euros, by what percent is the value of Étienne’s money greater than the value of Diana’s money?</w:t>
      </w:r>
    </w:p>
    <w:p>
      <w:pPr>
        <w:spacing w:before="0" w:after="160" w:line="300" w:lineRule="auto"/>
      </w:pPr>
      <w:r>
        <w:rPr>
          <w:rFonts w:ascii="Times New Roman" w:hAnsi="Times New Roman" w:eastAsia="宋体"/>
          <w:b w:val="0"/>
          <w:i w:val="0"/>
          <w:color w:val="333333"/>
          <w:sz w:val="19"/>
        </w:rPr>
        <w:t>(A) 2　　(B) 4　　(C) 6.5　　(D) 8　　(E) 13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两个整数的和为 26。当另外两个整数加到前两个整数上时，和为 41。最后再把另外两个整数加到前四个整数的和上时，和为 57。这 6 个整数中偶数的最少个数是多少？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integers have a sum of 26. When two more integers are added to the first two integers the sum is 41. Finally when two more integers are added to the sum of the previous four integers the sum is 57. What is the minimum number of even integers among the 6 integers?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为了估计 x-y 的值，其中 x 和 y 是满足 x &gt; y &gt; 0 的实数，Xiaoli 把 x 向上调整了一小段量，把 y 向下调整了同样的量，然后把她调整后的数相减。下列哪一项一定正确？</w:t>
      </w:r>
    </w:p>
    <w:p>
      <w:pPr>
        <w:spacing w:before="0" w:after="120" w:line="300" w:lineRule="auto"/>
      </w:pPr>
      <w:r>
        <w:rPr>
          <w:rFonts w:ascii="Times New Roman" w:hAnsi="Times New Roman" w:eastAsia="宋体"/>
          <w:b w:val="0"/>
          <w:i w:val="0"/>
          <w:sz w:val="21"/>
        </w:rPr>
        <w:t>（A）她的估计值大于 x-y。　　（B）她的估计值小于 x-y。　　（C）她的估计值等于 x-y。　　（D）她的估计值等于 y-x。　　（E）她的估计值是 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order to estimate the value of x-y where x and y are real numbers with x &gt; y &gt; 0, Xiaoli rounded x up by a small amount, rounded y down by the same amount, and then subtracted her rounded values. Which of the following statements is necessarily correct?</w:t>
      </w:r>
    </w:p>
    <w:p>
      <w:pPr>
        <w:spacing w:before="0" w:after="160" w:line="300" w:lineRule="auto"/>
      </w:pPr>
      <w:r>
        <w:rPr>
          <w:rFonts w:ascii="Times New Roman" w:hAnsi="Times New Roman" w:eastAsia="宋体"/>
          <w:b w:val="0"/>
          <w:i w:val="0"/>
          <w:color w:val="333333"/>
          <w:sz w:val="19"/>
        </w:rPr>
        <w:t>(A) Her estimate is larger than x-y.　　(B) Her estimate is smaller than x-y.　　(C) Her estimate equals x-y.　　(D) Her estimate equals y-x.　　(E) Her estimate is 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小灯泡按红、红、绿、绿、绿、红、红、绿、绿、绿这样的顺序挂在一根绳子上，相邻灯泡相距 6 英寸，并一直重复 2 个红灯后接 3 个绿灯的模式。第 3 个红灯和第 21 个红灯相距多少英尺？</w:t>
      </w:r>
    </w:p>
    <w:p>
      <w:pPr>
        <w:spacing w:before="0" w:after="80" w:line="300" w:lineRule="auto"/>
        <w:jc w:val="left"/>
      </w:pPr>
      <w:r>
        <w:rPr>
          <w:rFonts w:ascii="Times New Roman" w:hAnsi="Times New Roman" w:eastAsia="宋体"/>
          <w:b w:val="0"/>
          <w:i w:val="0"/>
          <w:sz w:val="21"/>
        </w:rPr>
        <w:t>注：1 英尺等于 12 英寸。</w:t>
      </w:r>
    </w:p>
    <w:p>
      <w:pPr>
        <w:spacing w:before="0" w:after="120" w:line="300" w:lineRule="auto"/>
      </w:pPr>
      <w:r>
        <w:rPr>
          <w:rFonts w:ascii="Times New Roman" w:hAnsi="Times New Roman" w:eastAsia="宋体"/>
          <w:b w:val="0"/>
          <w:i w:val="0"/>
          <w:sz w:val="21"/>
        </w:rPr>
        <w:t>（A）18　　（B）18.5　　（C）20　　（D）20.5　　（E）22.5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Small lights are hung on a string 6 inches apart in the order red, red, green, green, green, red, red, green, green, green, and so on continuing this pattern of 2 red lights followed by 3 green lights. How many feet separate the 3rd red light and the 21st red light?</w:t>
      </w:r>
    </w:p>
    <w:p>
      <w:pPr>
        <w:spacing w:before="0" w:after="80" w:line="300" w:lineRule="auto"/>
        <w:jc w:val="left"/>
      </w:pPr>
      <w:r>
        <w:rPr>
          <w:rFonts w:ascii="Times New Roman" w:hAnsi="Times New Roman" w:eastAsia="宋体"/>
          <w:b w:val="0"/>
          <w:i w:val="0"/>
          <w:color w:val="333333"/>
          <w:sz w:val="19"/>
        </w:rPr>
        <w:t>Note: 1 foot is equal to 12 inches.</w:t>
      </w:r>
    </w:p>
    <w:p>
      <w:pPr>
        <w:spacing w:before="0" w:after="160" w:line="300" w:lineRule="auto"/>
      </w:pPr>
      <w:r>
        <w:rPr>
          <w:rFonts w:ascii="Times New Roman" w:hAnsi="Times New Roman" w:eastAsia="宋体"/>
          <w:b w:val="0"/>
          <w:i w:val="0"/>
          <w:color w:val="333333"/>
          <w:sz w:val="19"/>
        </w:rPr>
        <w:t>(A) 18　　(B) 18.5　　(C) 20　　(D) 20.5　　(E) 22.5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一位甜点师从星期日开始，为一周中的每天准备甜点。每天的甜点是蛋糕、派、冰淇淋或布丁。同一种甜点不能连续两天供应。因为有人过生日，星期五必须供应蛋糕。这一周有多少种不同的甜点菜单？</w:t>
      </w:r>
    </w:p>
    <w:p>
      <w:pPr>
        <w:spacing w:before="0" w:after="120" w:line="300" w:lineRule="auto"/>
      </w:pPr>
      <w:r>
        <w:rPr>
          <w:rFonts w:ascii="Times New Roman" w:hAnsi="Times New Roman" w:eastAsia="宋体"/>
          <w:b w:val="0"/>
          <w:i w:val="0"/>
          <w:sz w:val="21"/>
        </w:rPr>
        <w:t>（A）729　　（B）972　　（C）1024　　（D）2187　　（E）2304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dessert chef prepares the dessert for every day of a week starting with Sunday. The dessert each day is either cake, pie, ice cream, or pudding. The same dessert may not be served two days in a row. There must be cake on Friday because of a birthday. How many different dessert menus for the week are possible?</w:t>
      </w:r>
    </w:p>
    <w:p>
      <w:pPr>
        <w:spacing w:before="0" w:after="160" w:line="300" w:lineRule="auto"/>
      </w:pPr>
      <w:r>
        <w:rPr>
          <w:rFonts w:ascii="Times New Roman" w:hAnsi="Times New Roman" w:eastAsia="宋体"/>
          <w:b w:val="0"/>
          <w:i w:val="0"/>
          <w:color w:val="333333"/>
          <w:sz w:val="19"/>
        </w:rPr>
        <w:t>(A) 729　　(B) 972　　(C) 1024　　(D) 2187　　(E) 2304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当自动扶梯不运行时，Clea 走下自动扶梯需要 60 秒；当自动扶梯运行时，她走下自动扶梯只需要 24 秒。当运行中的自动扶梯带着她下行而她只是站着不动时，需要多少秒？</w:t>
      </w:r>
    </w:p>
    <w:p>
      <w:pPr>
        <w:spacing w:before="0" w:after="120" w:line="300" w:lineRule="auto"/>
      </w:pPr>
      <w:r>
        <w:rPr>
          <w:rFonts w:ascii="Times New Roman" w:hAnsi="Times New Roman" w:eastAsia="宋体"/>
          <w:b w:val="0"/>
          <w:i w:val="0"/>
          <w:sz w:val="21"/>
        </w:rPr>
        <w:t>（A）36　　（B）40　　（C）42　　（D）48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takes Clea 60 seconds to walk down an escalator when it is not operating, and only 24 seconds to walk down the escalator when it is operating. How many seconds does it take Clea to ride down the operating escalator when she just stands on it?</w:t>
      </w:r>
    </w:p>
    <w:p>
      <w:pPr>
        <w:spacing w:before="0" w:after="160" w:line="300" w:lineRule="auto"/>
      </w:pPr>
      <w:r>
        <w:rPr>
          <w:rFonts w:ascii="Times New Roman" w:hAnsi="Times New Roman" w:eastAsia="宋体"/>
          <w:b w:val="0"/>
          <w:i w:val="0"/>
          <w:color w:val="333333"/>
          <w:sz w:val="19"/>
        </w:rPr>
        <w:t>(A) 36　　(B) 40　　(C) 42　　(D) 48　　(E) 52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以曲线 x² + y² = 25 与 (x - 4)² + 9y² = 81 的交点为顶点所形成的多边形，面积是多少？</w:t>
      </w:r>
    </w:p>
    <w:p>
      <w:pPr>
        <w:spacing w:before="0" w:after="120" w:line="300" w:lineRule="auto"/>
      </w:pPr>
      <w:r>
        <w:rPr>
          <w:rFonts w:ascii="Times New Roman" w:hAnsi="Times New Roman" w:eastAsia="宋体"/>
          <w:b w:val="0"/>
          <w:i w:val="0"/>
          <w:sz w:val="21"/>
        </w:rPr>
        <w:t>（A）24　　（B）27　　（C）36　　（D）37.5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polygon whose vertices are the points of intersection of the curves x² + y² = 25 and (x - 4)² + 9y² = 81?</w:t>
      </w:r>
    </w:p>
    <w:p>
      <w:pPr>
        <w:spacing w:before="0" w:after="160" w:line="300" w:lineRule="auto"/>
      </w:pPr>
      <w:r>
        <w:rPr>
          <w:rFonts w:ascii="Times New Roman" w:hAnsi="Times New Roman" w:eastAsia="宋体"/>
          <w:b w:val="0"/>
          <w:i w:val="0"/>
          <w:color w:val="333333"/>
          <w:sz w:val="19"/>
        </w:rPr>
        <w:t>(A) 24　　(B) 27　　(C) 36　　(D) 37.5　　(E) 42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在下面的等式中，A 和 B 是连续正整数，并且 A、B 和 A + B 都表示数的进制：</w:t>
      </w:r>
    </w:p>
    <w:p>
      <w:pPr>
        <w:spacing w:before="0" w:after="80" w:line="300" w:lineRule="auto"/>
        <w:jc w:val="left"/>
      </w:pPr>
      <w:r>
        <w:rPr>
          <w:rFonts w:ascii="Times New Roman" w:hAnsi="Times New Roman" w:eastAsia="宋体"/>
          <w:b w:val="0"/>
          <w:i w:val="0"/>
          <w:sz w:val="21"/>
        </w:rPr>
        <w:t>132_(A) + 43_(B) = 69_(A+B)。</w:t>
      </w:r>
    </w:p>
    <w:p>
      <w:pPr>
        <w:spacing w:before="0" w:after="80" w:line="300" w:lineRule="auto"/>
        <w:jc w:val="left"/>
      </w:pPr>
      <w:r>
        <w:rPr>
          <w:rFonts w:ascii="Times New Roman" w:hAnsi="Times New Roman" w:eastAsia="宋体"/>
          <w:b w:val="0"/>
          <w:i w:val="0"/>
          <w:sz w:val="21"/>
        </w:rPr>
        <w:t>A + B 等于多少？</w:t>
      </w:r>
    </w:p>
    <w:p>
      <w:pPr>
        <w:spacing w:before="0" w:after="120" w:line="300" w:lineRule="auto"/>
      </w:pPr>
      <w:r>
        <w:rPr>
          <w:rFonts w:ascii="Times New Roman" w:hAnsi="Times New Roman" w:eastAsia="宋体"/>
          <w:b w:val="0"/>
          <w:i w:val="0"/>
          <w:sz w:val="21"/>
        </w:rPr>
        <w:t>（A）9　　（B）11　　（C）13　　（D）15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equation below, A and B are consecutive positive integers, and A, B, and A + B represent number bases:</w:t>
      </w:r>
    </w:p>
    <w:p>
      <w:pPr>
        <w:spacing w:before="0" w:after="80" w:line="300" w:lineRule="auto"/>
        <w:jc w:val="left"/>
      </w:pPr>
      <w:r>
        <w:rPr>
          <w:rFonts w:ascii="Times New Roman" w:hAnsi="Times New Roman" w:eastAsia="宋体"/>
          <w:b w:val="0"/>
          <w:i w:val="0"/>
          <w:color w:val="333333"/>
          <w:sz w:val="19"/>
        </w:rPr>
        <w:t>132_(A) + 43_(B) = 69_(A+B).</w:t>
      </w:r>
    </w:p>
    <w:p>
      <w:pPr>
        <w:spacing w:before="0" w:after="80" w:line="300" w:lineRule="auto"/>
        <w:jc w:val="left"/>
      </w:pPr>
      <w:r>
        <w:rPr>
          <w:rFonts w:ascii="Times New Roman" w:hAnsi="Times New Roman" w:eastAsia="宋体"/>
          <w:b w:val="0"/>
          <w:i w:val="0"/>
          <w:color w:val="333333"/>
          <w:sz w:val="19"/>
        </w:rPr>
        <w:t>What is A + B?</w:t>
      </w:r>
    </w:p>
    <w:p>
      <w:pPr>
        <w:spacing w:before="0" w:after="160" w:line="300" w:lineRule="auto"/>
      </w:pPr>
      <w:r>
        <w:rPr>
          <w:rFonts w:ascii="Times New Roman" w:hAnsi="Times New Roman" w:eastAsia="宋体"/>
          <w:b w:val="0"/>
          <w:i w:val="0"/>
          <w:color w:val="333333"/>
          <w:sz w:val="19"/>
        </w:rPr>
        <w:t>(A) 9　　(B) 11　　(C) 13　　(D) 15　　(E) 17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有多少个长度为 20 的由零和/或一组成的序列满足：所有零连续，或者所有一连续，或者两者都满足？</w:t>
      </w:r>
    </w:p>
    <w:p>
      <w:pPr>
        <w:spacing w:before="0" w:after="120" w:line="300" w:lineRule="auto"/>
      </w:pPr>
      <w:r>
        <w:rPr>
          <w:rFonts w:ascii="Times New Roman" w:hAnsi="Times New Roman" w:eastAsia="宋体"/>
          <w:b w:val="0"/>
          <w:i w:val="0"/>
          <w:sz w:val="21"/>
        </w:rPr>
        <w:t>（A）190　　（B）192　　（C）211　　（D）380　　（E）382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sequences of zeros and/or ones of length 20 have all the zeros consecutive, or all the ones consecutive, or both?</w:t>
      </w:r>
    </w:p>
    <w:p>
      <w:pPr>
        <w:spacing w:before="0" w:after="160" w:line="300" w:lineRule="auto"/>
      </w:pPr>
      <w:r>
        <w:rPr>
          <w:rFonts w:ascii="Times New Roman" w:hAnsi="Times New Roman" w:eastAsia="宋体"/>
          <w:b w:val="0"/>
          <w:i w:val="0"/>
          <w:color w:val="333333"/>
          <w:sz w:val="19"/>
        </w:rPr>
        <w:t>(A) 190　　(B) 192　　(C) 211　　(D) 380　　(E) 382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两条抛物线的方程为 y = x² + ax + b 和 y = x² + cx + d，其中 a，b，c，和 d 是整数（不一定互不相同），每个都通过掷一枚公平的六面骰子独立选出。两条抛物线至少有一个公共点的概率是多少？</w:t>
      </w:r>
    </w:p>
    <w:p>
      <w:pPr>
        <w:spacing w:before="0" w:after="120" w:line="300" w:lineRule="auto"/>
      </w:pPr>
      <w:r>
        <w:rPr>
          <w:rFonts w:ascii="Times New Roman" w:hAnsi="Times New Roman" w:eastAsia="宋体"/>
          <w:b w:val="0"/>
          <w:i w:val="0"/>
          <w:sz w:val="21"/>
        </w:rPr>
        <w:t>（A）1/2　　（B）25/36　　（C）5/6　　（D）31/36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parabolas have equations y = x² + ax + b and y = x² + cx + d, where a, b, c, and d are integers (not necessarily different), each chosen independently by rolling a fair six-sided die. What is the probability that the parabolas have at least one point in common?</w:t>
      </w:r>
    </w:p>
    <w:p>
      <w:pPr>
        <w:spacing w:before="0" w:after="160" w:line="300" w:lineRule="auto"/>
      </w:pPr>
      <w:r>
        <w:rPr>
          <w:rFonts w:ascii="Times New Roman" w:hAnsi="Times New Roman" w:eastAsia="宋体"/>
          <w:b w:val="0"/>
          <w:i w:val="0"/>
          <w:color w:val="333333"/>
          <w:sz w:val="19"/>
        </w:rPr>
        <w:t>(A) 1/2　　(B) 25/36　　(C) 5/6　　(D) 31/36　　(E) 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Bernardo 和 Silvia 玩下面的游戏。选取一个从 0 到 999（含两端）的整数交给 Bernardo。每当 Bernardo 收到一个数时，他把它加倍并把结果交给 Silvia。每当 Silvia 收到一个数时，她给它加上 50 并把结果交给 Bernardo。最后一个产生小于 1000 的数的人获胜。设 N 为使 Bernardo 获胜的最小初始数。N 的各位数字之和是多少？</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Bernardo and Silvia play the following game. An integer between 0 and 999, inclusive, is selected and given to Bernardo. Whenever Bernardo receives a number, he doubles it and passes the result to Silvia. Whenever Silvia receives a number, she adds 50 to it and passes the result to Bernardo. The winner is the last person who produces a number less than 1000. Let N be the smallest initial number that results in a win for Bernardo. What is the sum of the digits of N?</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Jesse 沿两条半径剪开一个半径为 12 的圆形纸片，形成两个扇形，其中较小扇形的圆心角为 120 度。他用每个扇形作为一个圆锥的侧面，做成两个圆锥。较小圆锥的体积与较大圆锥的体积之比是多少？</w:t>
      </w:r>
    </w:p>
    <w:p>
      <w:pPr>
        <w:spacing w:before="0" w:after="120" w:line="300" w:lineRule="auto"/>
      </w:pPr>
      <w:r>
        <w:rPr>
          <w:rFonts w:ascii="Times New Roman" w:hAnsi="Times New Roman" w:eastAsia="宋体"/>
          <w:b w:val="0"/>
          <w:i w:val="0"/>
          <w:sz w:val="21"/>
        </w:rPr>
        <w:t>（A）1/8　　（B）1/4　　（C）(√(10))/10　　（D）(√(5))/6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Jesse cuts a circular paper disk of radius 12 along two radii to form two sectors, the smaller having a central angle of 120 degrees. He makes two circular cones, using each sector to form the lateral surface of a cone. What is the ratio of the volume of the smaller cone to that of the larger?</w:t>
      </w:r>
    </w:p>
    <w:p>
      <w:pPr>
        <w:spacing w:before="0" w:after="160" w:line="300" w:lineRule="auto"/>
      </w:pPr>
      <w:r>
        <w:rPr>
          <w:rFonts w:ascii="Times New Roman" w:hAnsi="Times New Roman" w:eastAsia="宋体"/>
          <w:b w:val="0"/>
          <w:i w:val="0"/>
          <w:color w:val="333333"/>
          <w:sz w:val="19"/>
        </w:rPr>
        <w:t>(A) 1/8　　(B) 1/4　　(C) (√(10))/10　　(D) (√(5))/6　　(E) (√(10))/5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Amy、Beth 和 Jo 听了四首不同的歌，并讨论她们喜欢哪些歌。没有一首歌被三人都喜欢。此外，对这三个女生中的每一对，都至少有一首歌被这两人喜欢、但不被第三人喜欢。有多少种不同的可能情况？</w:t>
      </w:r>
    </w:p>
    <w:p>
      <w:pPr>
        <w:spacing w:before="0" w:after="120" w:line="300" w:lineRule="auto"/>
      </w:pPr>
      <w:r>
        <w:rPr>
          <w:rFonts w:ascii="Times New Roman" w:hAnsi="Times New Roman" w:eastAsia="宋体"/>
          <w:b w:val="0"/>
          <w:i w:val="0"/>
          <w:sz w:val="21"/>
        </w:rPr>
        <w:t>（A）108　　（B）132　　（C）671　　（D）846　　（E）1105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Amy, Beth, and Jo listen to four different songs and discuss which ones they like. No song is liked by all three. Furthermore, for each of the three pairs of the girls, there is at least one song liked by those two girls but disliked by the third. In how many different ways is this possible?</w:t>
      </w:r>
    </w:p>
    <w:p>
      <w:pPr>
        <w:spacing w:before="0" w:after="160" w:line="300" w:lineRule="auto"/>
      </w:pPr>
      <w:r>
        <w:rPr>
          <w:rFonts w:ascii="Times New Roman" w:hAnsi="Times New Roman" w:eastAsia="宋体"/>
          <w:b w:val="0"/>
          <w:i w:val="0"/>
          <w:color w:val="333333"/>
          <w:sz w:val="19"/>
        </w:rPr>
        <w:t>(A) 108　　(B) 132　　(C) 671　　(D) 846　　(E) 1105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正方形 PQRS 位于第一象限。点 (3, 0)，(5, 0)，(7, 0)，和 (13, 0) 分别在线 SP，RQ，PQ，和 SR 上。正方形 PQRS 的中心坐标之和是多少？</w:t>
      </w:r>
    </w:p>
    <w:p>
      <w:pPr>
        <w:spacing w:before="0" w:after="120" w:line="300" w:lineRule="auto"/>
      </w:pPr>
      <w:r>
        <w:rPr>
          <w:rFonts w:ascii="Times New Roman" w:hAnsi="Times New Roman" w:eastAsia="宋体"/>
          <w:b w:val="0"/>
          <w:i w:val="0"/>
          <w:sz w:val="21"/>
        </w:rPr>
        <w:t>（A）6　　（B）6.2　　（C）6.4　　（D）6.6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PQRS lies in the first quadrant. Points (3, 0), (5, 0), (7, 0), and (13, 0) lie on lines SP, RQ, PQ, and SR, respectively. What is the sum of the coordinates of the center of the square PQRS?</w:t>
      </w:r>
    </w:p>
    <w:p>
      <w:pPr>
        <w:spacing w:before="0" w:after="160" w:line="300" w:lineRule="auto"/>
      </w:pPr>
      <w:r>
        <w:rPr>
          <w:rFonts w:ascii="Times New Roman" w:hAnsi="Times New Roman" w:eastAsia="宋体"/>
          <w:b w:val="0"/>
          <w:i w:val="0"/>
          <w:color w:val="333333"/>
          <w:sz w:val="19"/>
        </w:rPr>
        <w:t>(A) 6　　(B) 6.2　　(C) 6.4　　(D) 6.6　　(E) 6.8</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(a₁, a₂, …, a₁₀) 是前 10 个正整数的一个排列，并且对每个 2 ≤ i ≤ 10，aᵢ + 1 或 aᵢ - 1 或两者都在 aᵢ 之前的某处出现。这样的排列有多少个？</w:t>
      </w:r>
    </w:p>
    <w:p>
      <w:pPr>
        <w:spacing w:before="0" w:after="120" w:line="300" w:lineRule="auto"/>
      </w:pPr>
      <w:r>
        <w:rPr>
          <w:rFonts w:ascii="Times New Roman" w:hAnsi="Times New Roman" w:eastAsia="宋体"/>
          <w:b w:val="0"/>
          <w:i w:val="0"/>
          <w:sz w:val="21"/>
        </w:rPr>
        <w:t>（A）120　　（B）512　　（C）1024　　（D）181,440　　（E）362,880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 a₂, …, a₁₀) be a list of the first 10 positive integers such that for each 2 ≤ i ≤ 10 either aᵢ + 1 or aᵢ - 1 or both appear somewhere before aᵢ in the list. How many such lists are there?</w:t>
      </w:r>
    </w:p>
    <w:p>
      <w:pPr>
        <w:spacing w:before="0" w:after="160" w:line="300" w:lineRule="auto"/>
      </w:pPr>
      <w:r>
        <w:rPr>
          <w:rFonts w:ascii="Times New Roman" w:hAnsi="Times New Roman" w:eastAsia="宋体"/>
          <w:b w:val="0"/>
          <w:i w:val="0"/>
          <w:color w:val="333333"/>
          <w:sz w:val="19"/>
        </w:rPr>
        <w:t>(A) 120　　(B) 512　　(C) 1024　　(D) 181,440　　(E) 362,880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一个单位立方体的顶点为 P₁，P₂，P₃，P₄，P₁'，P₂'，P₃'，和 P₄'。顶点 P₂，P₃，和 P₄ 都与 P₁ 相邻，并且对 1 ≤ i ≤ 4，顶点 Pᵢ 与 Pᵢ' 互为对顶点。一个正八面体在每条线段 P₁P₂，P₁P₃，P₁P₄，P₁'P₂'，P₁'P₃'，和 P₁'P₄' 上各有一个顶点。这个八面体的边长是多少？</w:t>
      </w:r>
    </w:p>
    <w:p>
      <w:pPr>
        <w:spacing w:before="80" w:after="80"/>
        <w:jc w:val="center"/>
      </w:pPr>
      <w:r>
        <w:drawing>
          <wp:inline xmlns:a="http://schemas.openxmlformats.org/drawingml/2006/main" xmlns:pic="http://schemas.openxmlformats.org/drawingml/2006/picture">
            <wp:extent cx="1155016" cy="1048796"/>
            <wp:docPr id="3" name="Picture 3"/>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1155016" cy="1048796"/>
                    </a:xfrm>
                    <a:prstGeom prst="rect"/>
                  </pic:spPr>
                </pic:pic>
              </a:graphicData>
            </a:graphic>
          </wp:inline>
        </w:drawing>
      </w:r>
    </w:p>
    <w:p>
      <w:pPr>
        <w:spacing w:before="0" w:after="120" w:line="300" w:lineRule="auto"/>
      </w:pPr>
      <w:r>
        <w:rPr>
          <w:rFonts w:ascii="Times New Roman" w:hAnsi="Times New Roman" w:eastAsia="宋体"/>
          <w:b w:val="0"/>
          <w:i w:val="0"/>
          <w:sz w:val="21"/>
        </w:rPr>
        <w:t>（A）(3√(2))/4　　（B）(7√(6))/16　　（C）(√(5))/2　　（D）(2√(3))/3　　（E）(√(6))/2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unit cube has vertices P₁, P₂, P₃, P₄, P₁', P₂', P₃', and P₄'. Vertices P₂, P₃, and P₄ are adjacent to P₁, and for 1 ≤ i ≤ 4, vertices Pᵢ and Pᵢ' are opposite to each other. A regular octahedron has one vertex in each of the segments P₁P₂, P₁P₃, P₁P₄, P₁'P₂', P₁'P₃', and P₁'P₄'. What is the octahedron’s side length?</w:t>
      </w:r>
    </w:p>
    <w:p>
      <w:pPr>
        <w:spacing w:before="80" w:after="80"/>
        <w:jc w:val="center"/>
      </w:pPr>
      <w:r>
        <w:drawing>
          <wp:inline xmlns:a="http://schemas.openxmlformats.org/drawingml/2006/main" xmlns:pic="http://schemas.openxmlformats.org/drawingml/2006/picture">
            <wp:extent cx="1155016" cy="1048796"/>
            <wp:docPr id="4" name="Picture 4"/>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1155016" cy="104879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(3√(2))/4　　(B) (7√(6))/16　　(C) (√(5))/2　　(D) (2√(3))/3　　(E) (√(6))/2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一个梯形的边长为 3、5、7 和 11。所有可能面积之和可以写成 r₁√(n₁) + r₂√(n₂) + r₃，其中 r₁、r₂、r₃ 是有理数，且 n₁ 和 n₂ 是不被任何质数的平方整除的正整数。不超过下式的最大整数是多少？</w:t>
      </w:r>
    </w:p>
    <w:p>
      <w:pPr>
        <w:spacing w:before="0" w:after="80" w:line="300" w:lineRule="auto"/>
        <w:jc w:val="left"/>
      </w:pPr>
      <w:r>
        <w:rPr>
          <w:rFonts w:ascii="Times New Roman" w:hAnsi="Times New Roman" w:eastAsia="宋体"/>
          <w:b w:val="0"/>
          <w:i w:val="0"/>
          <w:sz w:val="21"/>
        </w:rPr>
        <w:t>r₁ + r₂ + r₃ + n₁ + n₂？</w:t>
      </w:r>
    </w:p>
    <w:p>
      <w:pPr>
        <w:spacing w:before="0" w:after="120" w:line="300" w:lineRule="auto"/>
      </w:pPr>
      <w:r>
        <w:rPr>
          <w:rFonts w:ascii="Times New Roman" w:hAnsi="Times New Roman" w:eastAsia="宋体"/>
          <w:b w:val="0"/>
          <w:i w:val="0"/>
          <w:sz w:val="21"/>
        </w:rPr>
        <w:t>（A）57　　（B）59　　（C）61　　（D）63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trapezoid has side lengths 3, 5, 7, and 11. The sum of all the possible areas of the trapezoid can be written in the form of r₁√(n₁) + r₂√(n₂) + r₃, where r₁, r₂, and r₃ are rational numbers and n₁ and n₂ are positive integers not divisible by the square of a prime. What is the greatest integer less than or equal to</w:t>
      </w:r>
    </w:p>
    <w:p>
      <w:pPr>
        <w:spacing w:before="0" w:after="80" w:line="300" w:lineRule="auto"/>
        <w:jc w:val="left"/>
      </w:pPr>
      <w:r>
        <w:rPr>
          <w:rFonts w:ascii="Times New Roman" w:hAnsi="Times New Roman" w:eastAsia="宋体"/>
          <w:b w:val="0"/>
          <w:i w:val="0"/>
          <w:color w:val="333333"/>
          <w:sz w:val="19"/>
        </w:rPr>
        <w:t>r₁ + r₂ + r₃ + n₁ + n₂?</w:t>
      </w:r>
    </w:p>
    <w:p>
      <w:pPr>
        <w:spacing w:before="0" w:after="160" w:line="300" w:lineRule="auto"/>
      </w:pPr>
      <w:r>
        <w:rPr>
          <w:rFonts w:ascii="Times New Roman" w:hAnsi="Times New Roman" w:eastAsia="宋体"/>
          <w:b w:val="0"/>
          <w:i w:val="0"/>
          <w:color w:val="333333"/>
          <w:sz w:val="19"/>
        </w:rPr>
        <w:t>(A) 57　　(B) 59　　(C) 61　　(D) 63　　(E) 65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正方形 AXYZ 内接于等角六边形 ABCDEF，其中 X 在 BC，Y 在 DE，且 Z 在 EF。已知 AB = 40 且 EF = 41(√(3) - 1)。正方形的边长是多少？</w:t>
      </w:r>
    </w:p>
    <w:p>
      <w:pPr>
        <w:spacing w:before="80" w:after="80"/>
        <w:jc w:val="center"/>
      </w:pPr>
      <w:r>
        <w:drawing>
          <wp:inline xmlns:a="http://schemas.openxmlformats.org/drawingml/2006/main" xmlns:pic="http://schemas.openxmlformats.org/drawingml/2006/picture">
            <wp:extent cx="2520793" cy="1953923"/>
            <wp:docPr id="5" name="Picture 5"/>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2520793" cy="1953923"/>
                    </a:xfrm>
                    <a:prstGeom prst="rect"/>
                  </pic:spPr>
                </pic:pic>
              </a:graphicData>
            </a:graphic>
          </wp:inline>
        </w:drawing>
      </w:r>
    </w:p>
    <w:p>
      <w:pPr>
        <w:spacing w:before="0" w:after="120" w:line="300" w:lineRule="auto"/>
      </w:pPr>
      <w:r>
        <w:rPr>
          <w:rFonts w:ascii="Times New Roman" w:hAnsi="Times New Roman" w:eastAsia="宋体"/>
          <w:b w:val="0"/>
          <w:i w:val="0"/>
          <w:sz w:val="21"/>
        </w:rPr>
        <w:t>（A）29√(3)　　（B）21/2√(2) + 41/2√(3)　　（C）20√(3) + 16　　（D）20√(2) + 13√(3)　　（E）21√(6)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AXYZ is inscribed in equiangular hexagon ABCDEF with X on BC, Y on DE, and Z on EF. Suppose that AB = 40 and EF = 41(√(3) - 1). What is the side-length of the square?</w:t>
      </w:r>
    </w:p>
    <w:p>
      <w:pPr>
        <w:spacing w:before="80" w:after="80"/>
        <w:jc w:val="center"/>
      </w:pPr>
      <w:r>
        <w:drawing>
          <wp:inline xmlns:a="http://schemas.openxmlformats.org/drawingml/2006/main" xmlns:pic="http://schemas.openxmlformats.org/drawingml/2006/picture">
            <wp:extent cx="2520793" cy="1953923"/>
            <wp:docPr id="6" name="Picture 6"/>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2520793" cy="195392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29√(3)　　(B) 21/2√(2) + 41/2√(3)　　(C) 20√(3) + 16　　(D) 20√(2) + 13√(3)　　(E) 21√(6)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一只虫子沿下图六角形网格中的线段从 A 走到 B。带箭头标记的线段只能按箭头方向行走，并且这只虫子不会重复走同一条线段。有多少条不同路径？</w:t>
      </w:r>
    </w:p>
    <w:p>
      <w:pPr>
        <w:spacing w:before="80" w:after="80"/>
        <w:jc w:val="center"/>
      </w:pPr>
      <w:r>
        <w:drawing>
          <wp:inline xmlns:a="http://schemas.openxmlformats.org/drawingml/2006/main" xmlns:pic="http://schemas.openxmlformats.org/drawingml/2006/picture">
            <wp:extent cx="3203183" cy="1824366"/>
            <wp:docPr id="7" name="Picture 7"/>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3203183" cy="1824366"/>
                    </a:xfrm>
                    <a:prstGeom prst="rect"/>
                  </pic:spPr>
                </pic:pic>
              </a:graphicData>
            </a:graphic>
          </wp:inline>
        </w:drawing>
      </w:r>
    </w:p>
    <w:p>
      <w:pPr>
        <w:spacing w:before="0" w:after="120" w:line="300" w:lineRule="auto"/>
      </w:pPr>
      <w:r>
        <w:rPr>
          <w:rFonts w:ascii="Times New Roman" w:hAnsi="Times New Roman" w:eastAsia="宋体"/>
          <w:b w:val="0"/>
          <w:i w:val="0"/>
          <w:sz w:val="21"/>
        </w:rPr>
        <w:t>（A）2112　　（B）2304　　（C）2368　　（D）2384　　（E）2400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travels from A to B along the segments in the hexagonal lattice pictured below. The segments marked with an arrow can be traveled only in the direction of the arrow, and the bug never travels the same segment more than once. How many different paths are there?</w:t>
      </w:r>
    </w:p>
    <w:p>
      <w:pPr>
        <w:spacing w:before="80" w:after="80"/>
        <w:jc w:val="center"/>
      </w:pPr>
      <w:r>
        <w:drawing>
          <wp:inline xmlns:a="http://schemas.openxmlformats.org/drawingml/2006/main" xmlns:pic="http://schemas.openxmlformats.org/drawingml/2006/picture">
            <wp:extent cx="3203183" cy="1824366"/>
            <wp:docPr id="8" name="Picture 8"/>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3203183" cy="182436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2112　　(B) 2304　　(C) 2368　　(D) 2384　　(E) 2400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考虑所有复变量多项式 P(z) = 4z⁴ + az³ + bz² + cz + d，其中 a，b，c，和 d 是整数，满足 0 ≤ d ≤ c ≤ b ≤ a ≤ 4，且多项式有一个零点 z₀ 满足 |z₀| = 1。在所有满足这些性质的多项式中，所有 P(1) 的值之和是多少？</w:t>
      </w:r>
    </w:p>
    <w:p>
      <w:pPr>
        <w:spacing w:before="0" w:after="120" w:line="300" w:lineRule="auto"/>
      </w:pPr>
      <w:r>
        <w:rPr>
          <w:rFonts w:ascii="Times New Roman" w:hAnsi="Times New Roman" w:eastAsia="宋体"/>
          <w:b w:val="0"/>
          <w:i w:val="0"/>
          <w:sz w:val="21"/>
        </w:rPr>
        <w:t>（A）84　　（B）92　　（C）100　　（D）108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all polynomials of a complex variable, P(z) = 4z⁴ + az³ + bz² + cz + d, where a, b, c, and d are integers, 0 ≤ d ≤ c ≤ b ≤ a ≤ 4, and the polynomial has a zero z₀ with |z₀| = 1. What is the sum of all values P(1) over all the polynomials with these properties?</w:t>
      </w:r>
    </w:p>
    <w:p>
      <w:pPr>
        <w:spacing w:before="0" w:after="160" w:line="300" w:lineRule="auto"/>
      </w:pPr>
      <w:r>
        <w:rPr>
          <w:rFonts w:ascii="Times New Roman" w:hAnsi="Times New Roman" w:eastAsia="宋体"/>
          <w:b w:val="0"/>
          <w:i w:val="0"/>
          <w:color w:val="333333"/>
          <w:sz w:val="19"/>
        </w:rPr>
        <w:t>(A) 84　　(B) 92　　(C) 100　　(D) 108　　(E) 120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在正整数上定义函数 f₁，令 f₁(1) = 1。若 n &gt; 1 的质因数分解为 n = p₁^(e₁) p₂^(e₂) ⋯ pₖ^(eₖ)，则</w:t>
      </w:r>
    </w:p>
    <w:p>
      <w:pPr>
        <w:spacing w:before="0" w:after="80" w:line="300" w:lineRule="auto"/>
        <w:jc w:val="left"/>
      </w:pPr>
      <w:r>
        <w:rPr>
          <w:rFonts w:ascii="Times New Roman" w:hAnsi="Times New Roman" w:eastAsia="宋体"/>
          <w:b w:val="0"/>
          <w:i w:val="0"/>
          <w:sz w:val="21"/>
        </w:rPr>
        <w:t>f₁(n) = (p₁ + 1)^(e₁ - 1)(p₂ + 1)^(e₂ - 1)</w:t>
      </w:r>
    </w:p>
    <w:p>
      <w:pPr>
        <w:spacing w:before="0" w:after="80" w:line="300" w:lineRule="auto"/>
        <w:jc w:val="left"/>
      </w:pPr>
      <w:r>
        <w:rPr>
          <w:rFonts w:ascii="Times New Roman" w:hAnsi="Times New Roman" w:eastAsia="宋体"/>
          <w:b w:val="0"/>
          <w:i w:val="0"/>
          <w:sz w:val="21"/>
        </w:rPr>
        <w:t>⋯ (pₖ + 1)^(eₖ - 1)。</w:t>
      </w:r>
    </w:p>
    <w:p>
      <w:pPr>
        <w:spacing w:before="0" w:after="80" w:line="300" w:lineRule="auto"/>
        <w:jc w:val="left"/>
      </w:pPr>
      <w:r>
        <w:rPr>
          <w:rFonts w:ascii="Times New Roman" w:hAnsi="Times New Roman" w:eastAsia="宋体"/>
          <w:b w:val="0"/>
          <w:i w:val="0"/>
          <w:sz w:val="21"/>
        </w:rPr>
        <w:t>对每个 m ≥ 2，令 fₘ(n) = f₁(fₘ₋₁(n))。在范围 1 ≤ N ≤ 400 中，有多少个 N 使序列 (f₁(N), f₂(N), f₃(N), …) 无界？注：一个正数序列无界是指对每个整数 B，都存在该序列中的一项大于 B。</w:t>
      </w:r>
    </w:p>
    <w:p>
      <w:pPr>
        <w:spacing w:before="0" w:after="120" w:line="300" w:lineRule="auto"/>
      </w:pPr>
      <w:r>
        <w:rPr>
          <w:rFonts w:ascii="Times New Roman" w:hAnsi="Times New Roman" w:eastAsia="宋体"/>
          <w:b w:val="0"/>
          <w:i w:val="0"/>
          <w:sz w:val="21"/>
        </w:rPr>
        <w:t>（A）15　　（B）16　　（C）17　　（D）18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the function f₁ on the positive integers by setting f₁(1) = 1 and if n = p₁^(e₁) p₂^(e₂) ⋯ pₖ^(eₖ) is the prime factorization of n &gt; 1, then</w:t>
      </w:r>
    </w:p>
    <w:p>
      <w:pPr>
        <w:spacing w:before="0" w:after="80" w:line="300" w:lineRule="auto"/>
        <w:jc w:val="left"/>
      </w:pPr>
      <w:r>
        <w:rPr>
          <w:rFonts w:ascii="Times New Roman" w:hAnsi="Times New Roman" w:eastAsia="宋体"/>
          <w:b w:val="0"/>
          <w:i w:val="0"/>
          <w:color w:val="333333"/>
          <w:sz w:val="19"/>
        </w:rPr>
        <w:t>f₁(n) = (p₁ + 1)^(e₁ - 1)(p₂ + 1)^(e₂ - 1)</w:t>
      </w:r>
    </w:p>
    <w:p>
      <w:pPr>
        <w:spacing w:before="0" w:after="80" w:line="300" w:lineRule="auto"/>
        <w:jc w:val="left"/>
      </w:pPr>
      <w:r>
        <w:rPr>
          <w:rFonts w:ascii="Times New Roman" w:hAnsi="Times New Roman" w:eastAsia="宋体"/>
          <w:b w:val="0"/>
          <w:i w:val="0"/>
          <w:color w:val="333333"/>
          <w:sz w:val="19"/>
        </w:rPr>
        <w:t>⋯ (pₖ + 1)^(eₖ - 1).</w:t>
      </w:r>
    </w:p>
    <w:p>
      <w:pPr>
        <w:spacing w:before="0" w:after="80" w:line="300" w:lineRule="auto"/>
        <w:jc w:val="left"/>
      </w:pPr>
      <w:r>
        <w:rPr>
          <w:rFonts w:ascii="Times New Roman" w:hAnsi="Times New Roman" w:eastAsia="宋体"/>
          <w:b w:val="0"/>
          <w:i w:val="0"/>
          <w:color w:val="333333"/>
          <w:sz w:val="19"/>
        </w:rPr>
        <w:t>For every m ≥ 2, let fₘ(n) = f₁(fₘ₋₁(n)). For how many N in the range 1 ≤ N ≤ 400 is the sequence (f₁(N), f₂(N), f₃(N), …) unbounded? Note: a sequence of positive numbers is unbounded if for every integer B, there is a member of the sequence greater than B.</w:t>
      </w:r>
    </w:p>
    <w:p>
      <w:pPr>
        <w:spacing w:before="0" w:after="160" w:line="300" w:lineRule="auto"/>
      </w:pPr>
      <w:r>
        <w:rPr>
          <w:rFonts w:ascii="Times New Roman" w:hAnsi="Times New Roman" w:eastAsia="宋体"/>
          <w:b w:val="0"/>
          <w:i w:val="0"/>
          <w:color w:val="333333"/>
          <w:sz w:val="19"/>
        </w:rPr>
        <w:t>(A) 15　　(B) 16　　(C) 17　　(D) 18　　(E) 19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S = {(x, y): x ∈ {0, 1, 2, 3, 4}，y ∈ {0, 1, 2, 3, 4, 5}，且 (x, y) ≠ (0, 0)}。设 T 为所有顶点在 S 中的直角三角形的集合。对每个直角三角形 t = △ ABC，其顶点 A，B，C 按逆时针顺序排列，且直角在 A，令 f(t) = tan(∠ CBA)。求</w:t>
      </w:r>
    </w:p>
    <w:p>
      <w:pPr>
        <w:spacing w:before="0" w:after="80" w:line="300" w:lineRule="auto"/>
        <w:jc w:val="left"/>
      </w:pPr>
      <w:r>
        <w:rPr>
          <w:rFonts w:ascii="Times New Roman" w:hAnsi="Times New Roman" w:eastAsia="宋体"/>
          <w:b w:val="0"/>
          <w:i w:val="0"/>
          <w:sz w:val="21"/>
        </w:rPr>
        <w:t>Π_(t ∈ T) f(t)？</w:t>
      </w:r>
    </w:p>
    <w:p>
      <w:pPr>
        <w:spacing w:before="0" w:after="120" w:line="300" w:lineRule="auto"/>
      </w:pPr>
      <w:r>
        <w:rPr>
          <w:rFonts w:ascii="Times New Roman" w:hAnsi="Times New Roman" w:eastAsia="宋体"/>
          <w:b w:val="0"/>
          <w:i w:val="0"/>
          <w:sz w:val="21"/>
        </w:rPr>
        <w:t>（A）1　　（B）625/144　　（C）125/24　　（D）6　　（E）625/24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 {(x, y): x ∈ {0, 1, 2, 3, 4}, y ∈ {0, 1, 2, 3, 4, 5}, and (x, y) ≠ (0, 0)}. Let T be the set of all right triangles whose vertices are in S. For every right triangle t = △ ABC with vertices A, B, and C in counter-clockwise order and right angle at A, let f(t) = tan(∠ CBA). What is</w:t>
      </w:r>
    </w:p>
    <w:p>
      <w:pPr>
        <w:spacing w:before="0" w:after="80" w:line="300" w:lineRule="auto"/>
        <w:jc w:val="left"/>
      </w:pPr>
      <w:r>
        <w:rPr>
          <w:rFonts w:ascii="Times New Roman" w:hAnsi="Times New Roman" w:eastAsia="宋体"/>
          <w:b w:val="0"/>
          <w:i w:val="0"/>
          <w:color w:val="333333"/>
          <w:sz w:val="19"/>
        </w:rPr>
        <w:t>Π_(t ∈ T) f(t)?</w:t>
      </w:r>
    </w:p>
    <w:p>
      <w:pPr>
        <w:spacing w:before="0" w:after="160" w:line="300" w:lineRule="auto"/>
      </w:pPr>
      <w:r>
        <w:rPr>
          <w:rFonts w:ascii="Times New Roman" w:hAnsi="Times New Roman" w:eastAsia="宋体"/>
          <w:b w:val="0"/>
          <w:i w:val="0"/>
          <w:color w:val="333333"/>
          <w:sz w:val="19"/>
        </w:rPr>
        <w:t>(A) 1　　(B) 625/144　　(C) 125/24　　(D) 6　　(E) 625/24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D　B　A　A　E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E　D　A　C　B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D　A　E　B　D　B</w:t>
      </w:r>
    </w:p>
    <w:p>
      <w:pPr>
        <w:spacing w:before="0" w:after="200" w:line="300" w:lineRule="auto"/>
      </w:pPr>
      <w:r>
        <w:rPr>
          <w:rFonts w:ascii="Times New Roman" w:hAnsi="Times New Roman" w:eastAsia="宋体"/>
          <w:b w:val="0"/>
          <w:i w:val="0"/>
          <w:color w:val="666666"/>
          <w:sz w:val="18"/>
        </w:rPr>
        <w:t>答案串：CEDBAAEABBCEDACBCBADAEBDB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每个教室里学生比兔子多 18-2=16 个。</w:t>
      </w:r>
    </w:p>
    <w:p>
      <w:pPr>
        <w:spacing w:before="0" w:after="80" w:line="300" w:lineRule="auto"/>
        <w:jc w:val="left"/>
      </w:pPr>
      <w:r>
        <w:rPr>
          <w:rFonts w:ascii="Times New Roman" w:hAnsi="Times New Roman" w:eastAsia="宋体"/>
          <w:b w:val="0"/>
          <w:i w:val="0"/>
          <w:sz w:val="21"/>
        </w:rPr>
        <w:t>全部 4 个教室中，学生比兔子多 4·16=64 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classroom has 18-2=16 more students than rabbits.</w:t>
      </w:r>
    </w:p>
    <w:p>
      <w:pPr>
        <w:spacing w:before="0" w:after="80" w:line="300" w:lineRule="auto"/>
        <w:jc w:val="left"/>
      </w:pPr>
      <w:r>
        <w:rPr>
          <w:rFonts w:ascii="Times New Roman" w:hAnsi="Times New Roman" w:eastAsia="宋体"/>
          <w:b w:val="0"/>
          <w:i w:val="0"/>
          <w:color w:val="333333"/>
          <w:sz w:val="19"/>
        </w:rPr>
        <w:t>Across all 4 classrooms there are 4·16=64 more students than rabbits.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圆内切于长方形，所以长方形的宽等于圆的直径，即 2·5=10。</w:t>
      </w:r>
    </w:p>
    <w:p>
      <w:pPr>
        <w:spacing w:before="0" w:after="80" w:line="300" w:lineRule="auto"/>
        <w:jc w:val="left"/>
      </w:pPr>
      <w:r>
        <w:rPr>
          <w:rFonts w:ascii="Times New Roman" w:hAnsi="Times New Roman" w:eastAsia="宋体"/>
          <w:b w:val="0"/>
          <w:i w:val="0"/>
          <w:sz w:val="21"/>
        </w:rPr>
        <w:t>长方形的长为 2·10=20，所以面积为 10·20=200。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is inscribed, so the width of the rectangle equals the diameter, 2·5=10.</w:t>
      </w:r>
    </w:p>
    <w:p>
      <w:pPr>
        <w:spacing w:before="0" w:after="80" w:line="300" w:lineRule="auto"/>
        <w:jc w:val="left"/>
      </w:pPr>
      <w:r>
        <w:rPr>
          <w:rFonts w:ascii="Times New Roman" w:hAnsi="Times New Roman" w:eastAsia="宋体"/>
          <w:b w:val="0"/>
          <w:i w:val="0"/>
          <w:color w:val="333333"/>
          <w:sz w:val="19"/>
        </w:rPr>
        <w:t>The length is then 2·10=20, so the area is 10·20=200.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设花栗鼠挖了 h 个洞。花栗鼠藏了 3h 颗橡子，松鼠藏了 4(h-4) 颗橡子。</w:t>
      </w:r>
    </w:p>
    <w:p>
      <w:pPr>
        <w:spacing w:before="0" w:after="80" w:line="300" w:lineRule="auto"/>
        <w:jc w:val="left"/>
      </w:pPr>
      <w:r>
        <w:rPr>
          <w:rFonts w:ascii="Times New Roman" w:hAnsi="Times New Roman" w:eastAsia="宋体"/>
          <w:b w:val="0"/>
          <w:i w:val="0"/>
          <w:sz w:val="21"/>
        </w:rPr>
        <w:t>因为它们藏的橡子数量相同，3h=4(h-4)，解得 h=16。</w:t>
      </w:r>
    </w:p>
    <w:p>
      <w:pPr>
        <w:spacing w:before="0" w:after="80" w:line="300" w:lineRule="auto"/>
        <w:jc w:val="left"/>
      </w:pPr>
      <w:r>
        <w:rPr>
          <w:rFonts w:ascii="Times New Roman" w:hAnsi="Times New Roman" w:eastAsia="宋体"/>
          <w:b w:val="0"/>
          <w:i w:val="0"/>
          <w:sz w:val="21"/>
        </w:rPr>
        <w:t>花栗鼠藏了 3·16=48 颗橡子。</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be the number of holes the chipmunk dug. The chipmunk hid 3h acorns and the squirrel hid 4(h-4) acorns.</w:t>
      </w:r>
    </w:p>
    <w:p>
      <w:pPr>
        <w:spacing w:before="0" w:after="80" w:line="300" w:lineRule="auto"/>
        <w:jc w:val="left"/>
      </w:pPr>
      <w:r>
        <w:rPr>
          <w:rFonts w:ascii="Times New Roman" w:hAnsi="Times New Roman" w:eastAsia="宋体"/>
          <w:b w:val="0"/>
          <w:i w:val="0"/>
          <w:color w:val="333333"/>
          <w:sz w:val="19"/>
        </w:rPr>
        <w:t>Since they hid the same number, 3h=4(h-4), which gives h=16.</w:t>
      </w:r>
    </w:p>
    <w:p>
      <w:pPr>
        <w:spacing w:before="0" w:after="80" w:line="300" w:lineRule="auto"/>
        <w:jc w:val="left"/>
      </w:pPr>
      <w:r>
        <w:rPr>
          <w:rFonts w:ascii="Times New Roman" w:hAnsi="Times New Roman" w:eastAsia="宋体"/>
          <w:b w:val="0"/>
          <w:i w:val="0"/>
          <w:color w:val="333333"/>
          <w:sz w:val="19"/>
        </w:rPr>
        <w:t>The chipmunk hid 3·16=48 acorns.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Étienne 的钱价值 400·1.30=520 美元，而 Diana 有 500 美元。</w:t>
      </w:r>
    </w:p>
    <w:p>
      <w:pPr>
        <w:spacing w:before="0" w:after="80" w:line="300" w:lineRule="auto"/>
        <w:jc w:val="left"/>
      </w:pPr>
      <w:r>
        <w:rPr>
          <w:rFonts w:ascii="Times New Roman" w:hAnsi="Times New Roman" w:eastAsia="宋体"/>
          <w:b w:val="0"/>
          <w:i w:val="0"/>
          <w:sz w:val="21"/>
        </w:rPr>
        <w:t>Étienne 的钱的价值超过 Diana 的百分比为</w:t>
      </w:r>
    </w:p>
    <w:p>
      <w:pPr>
        <w:spacing w:before="0" w:after="80" w:line="300" w:lineRule="auto"/>
        <w:jc w:val="left"/>
      </w:pPr>
      <w:r>
        <w:rPr>
          <w:rFonts w:ascii="Times New Roman" w:hAnsi="Times New Roman" w:eastAsia="宋体"/>
          <w:b w:val="0"/>
          <w:i w:val="0"/>
          <w:sz w:val="21"/>
        </w:rPr>
        <w:t>520-500/500·100%=4%。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Étienne’s money is worth 400·1.30=520 dollars, while Diana has 500 dollars.</w:t>
      </w:r>
    </w:p>
    <w:p>
      <w:pPr>
        <w:spacing w:before="0" w:after="80" w:line="300" w:lineRule="auto"/>
        <w:jc w:val="left"/>
      </w:pPr>
      <w:r>
        <w:rPr>
          <w:rFonts w:ascii="Times New Roman" w:hAnsi="Times New Roman" w:eastAsia="宋体"/>
          <w:b w:val="0"/>
          <w:i w:val="0"/>
          <w:color w:val="333333"/>
          <w:sz w:val="19"/>
        </w:rPr>
        <w:t>The percent by which Étienne’s value exceeds Diana’s is</w:t>
      </w:r>
    </w:p>
    <w:p>
      <w:pPr>
        <w:spacing w:before="0" w:after="80" w:line="300" w:lineRule="auto"/>
        <w:jc w:val="left"/>
      </w:pPr>
      <w:r>
        <w:rPr>
          <w:rFonts w:ascii="Times New Roman" w:hAnsi="Times New Roman" w:eastAsia="宋体"/>
          <w:b w:val="0"/>
          <w:i w:val="0"/>
          <w:color w:val="333333"/>
          <w:sz w:val="19"/>
        </w:rPr>
        <w:t>520-500/500·100%=4%.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三个连续的整数对的和分别是 26，41-26=15，和 57-41=16。</w:t>
      </w:r>
    </w:p>
    <w:p>
      <w:pPr>
        <w:spacing w:before="0" w:after="80" w:line="300" w:lineRule="auto"/>
        <w:jc w:val="left"/>
      </w:pPr>
      <w:r>
        <w:rPr>
          <w:rFonts w:ascii="Times New Roman" w:hAnsi="Times New Roman" w:eastAsia="宋体"/>
          <w:b w:val="0"/>
          <w:i w:val="0"/>
          <w:sz w:val="21"/>
        </w:rPr>
        <w:t>两个整数同奇偶时和为偶数，恰好一个是偶数时和为奇数。只有中间那一对的和为奇数，所以它必须至少含有一个偶数。</w:t>
      </w:r>
    </w:p>
    <w:p>
      <w:pPr>
        <w:spacing w:before="0" w:after="80" w:line="300" w:lineRule="auto"/>
        <w:jc w:val="left"/>
      </w:pPr>
      <w:r>
        <w:rPr>
          <w:rFonts w:ascii="Times New Roman" w:hAnsi="Times New Roman" w:eastAsia="宋体"/>
          <w:b w:val="0"/>
          <w:i w:val="0"/>
          <w:sz w:val="21"/>
        </w:rPr>
        <w:t>另外两对都可以全是奇数，所以最少可以只有 1 个偶数，例如 1,25,1,14,1,15。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successive pairs have sums 26, 41-26=15, and 57-41=16.</w:t>
      </w:r>
    </w:p>
    <w:p>
      <w:pPr>
        <w:spacing w:before="0" w:after="80" w:line="300" w:lineRule="auto"/>
        <w:jc w:val="left"/>
      </w:pPr>
      <w:r>
        <w:rPr>
          <w:rFonts w:ascii="Times New Roman" w:hAnsi="Times New Roman" w:eastAsia="宋体"/>
          <w:b w:val="0"/>
          <w:i w:val="0"/>
          <w:color w:val="333333"/>
          <w:sz w:val="19"/>
        </w:rPr>
        <w:t>A pair sums to an even number when its two integers share parity, and to an odd number when exactly one is even. Only the middle pair sums to an odd number, so it must contain at least one even integer.</w:t>
      </w:r>
    </w:p>
    <w:p>
      <w:pPr>
        <w:spacing w:before="0" w:after="80" w:line="300" w:lineRule="auto"/>
        <w:jc w:val="left"/>
      </w:pPr>
      <w:r>
        <w:rPr>
          <w:rFonts w:ascii="Times New Roman" w:hAnsi="Times New Roman" w:eastAsia="宋体"/>
          <w:b w:val="0"/>
          <w:i w:val="0"/>
          <w:color w:val="333333"/>
          <w:sz w:val="19"/>
        </w:rPr>
        <w:t>The other two pairs can be all odd, so as few as 1 even integer is possible, for example 1,25,1,14,1,15.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设 d &gt; 0 为那一小段量。Xiaoli 计算的是 (x+d)-(y-d) =(x-y)+2d。</w:t>
      </w:r>
    </w:p>
    <w:p>
      <w:pPr>
        <w:spacing w:before="0" w:after="80" w:line="300" w:lineRule="auto"/>
        <w:jc w:val="left"/>
      </w:pPr>
      <w:r>
        <w:rPr>
          <w:rFonts w:ascii="Times New Roman" w:hAnsi="Times New Roman" w:eastAsia="宋体"/>
          <w:b w:val="0"/>
          <w:i w:val="0"/>
          <w:sz w:val="21"/>
        </w:rPr>
        <w:t>因为 2d &gt; 0，她的估计值大于真实值 x-y。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&gt; 0 be the small amount. Xiaoli computes (x+d)-(y-d) =(x-y)+2d.</w:t>
      </w:r>
    </w:p>
    <w:p>
      <w:pPr>
        <w:spacing w:before="0" w:after="80" w:line="300" w:lineRule="auto"/>
        <w:jc w:val="left"/>
      </w:pPr>
      <w:r>
        <w:rPr>
          <w:rFonts w:ascii="Times New Roman" w:hAnsi="Times New Roman" w:eastAsia="宋体"/>
          <w:b w:val="0"/>
          <w:i w:val="0"/>
          <w:color w:val="333333"/>
          <w:sz w:val="19"/>
        </w:rPr>
        <w:t>Since 2d &gt; 0, her estimate exceeds the true value x-y.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灯泡按每 5 个一组重复，所以相邻两组的开头相距 5·6=30 英寸，即 2.5 英尺。</w:t>
      </w:r>
    </w:p>
    <w:p>
      <w:pPr>
        <w:spacing w:before="0" w:after="80" w:line="300" w:lineRule="auto"/>
        <w:jc w:val="left"/>
      </w:pPr>
      <w:r>
        <w:rPr>
          <w:rFonts w:ascii="Times New Roman" w:hAnsi="Times New Roman" w:eastAsia="宋体"/>
          <w:b w:val="0"/>
          <w:i w:val="0"/>
          <w:sz w:val="21"/>
        </w:rPr>
        <w:t>每一组的开头都是一个奇数编号的红灯。第 3 个红灯是第 2 组的开头，第 21 个红灯是第 11 组的开头。</w:t>
      </w:r>
    </w:p>
    <w:p>
      <w:pPr>
        <w:spacing w:before="0" w:after="80" w:line="300" w:lineRule="auto"/>
        <w:jc w:val="left"/>
      </w:pPr>
      <w:r>
        <w:rPr>
          <w:rFonts w:ascii="Times New Roman" w:hAnsi="Times New Roman" w:eastAsia="宋体"/>
          <w:b w:val="0"/>
          <w:i w:val="0"/>
          <w:sz w:val="21"/>
        </w:rPr>
        <w:t>它们之间的距离是 (11-2)·2.5=22.5 英尺。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lights repeat in blocks of 5, so consecutive blocks start 5·6=30 inches, or 2.5 feet, apart.</w:t>
      </w:r>
    </w:p>
    <w:p>
      <w:pPr>
        <w:spacing w:before="0" w:after="80" w:line="300" w:lineRule="auto"/>
        <w:jc w:val="left"/>
      </w:pPr>
      <w:r>
        <w:rPr>
          <w:rFonts w:ascii="Times New Roman" w:hAnsi="Times New Roman" w:eastAsia="宋体"/>
          <w:b w:val="0"/>
          <w:i w:val="0"/>
          <w:color w:val="333333"/>
          <w:sz w:val="19"/>
        </w:rPr>
        <w:t>Each block has one odd-numbered red light beginning it. The 3rd red light begins the 2nd block and the 21st red light begins the 11th block.</w:t>
      </w:r>
    </w:p>
    <w:p>
      <w:pPr>
        <w:spacing w:before="0" w:after="80" w:line="300" w:lineRule="auto"/>
        <w:jc w:val="left"/>
      </w:pPr>
      <w:r>
        <w:rPr>
          <w:rFonts w:ascii="Times New Roman" w:hAnsi="Times New Roman" w:eastAsia="宋体"/>
          <w:b w:val="0"/>
          <w:i w:val="0"/>
          <w:color w:val="333333"/>
          <w:sz w:val="19"/>
        </w:rPr>
        <w:t>The distance between them is (11-2)·2.5=22.5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星期五固定为蛋糕。从星期五向两边计数。</w:t>
      </w:r>
    </w:p>
    <w:p>
      <w:pPr>
        <w:spacing w:before="0" w:after="80" w:line="300" w:lineRule="auto"/>
        <w:jc w:val="left"/>
      </w:pPr>
      <w:r>
        <w:rPr>
          <w:rFonts w:ascii="Times New Roman" w:hAnsi="Times New Roman" w:eastAsia="宋体"/>
          <w:b w:val="0"/>
          <w:i w:val="0"/>
          <w:sz w:val="21"/>
        </w:rPr>
        <w:t>另外六天（星期六，然后是星期四、星期三、星期二、星期一、星期日）都可以选择除已经确定的相邻那天甜点之外的任意一种甜点，因此各有 3 种选择。</w:t>
      </w:r>
    </w:p>
    <w:p>
      <w:pPr>
        <w:spacing w:before="0" w:after="80" w:line="300" w:lineRule="auto"/>
        <w:jc w:val="left"/>
      </w:pPr>
      <w:r>
        <w:rPr>
          <w:rFonts w:ascii="Times New Roman" w:hAnsi="Times New Roman" w:eastAsia="宋体"/>
          <w:b w:val="0"/>
          <w:i w:val="0"/>
          <w:sz w:val="21"/>
        </w:rPr>
        <w:t>菜单数为 3⁶=729。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Friday is fixed as cake. Work outward from Friday.</w:t>
      </w:r>
    </w:p>
    <w:p>
      <w:pPr>
        <w:spacing w:before="0" w:after="80" w:line="300" w:lineRule="auto"/>
        <w:jc w:val="left"/>
      </w:pPr>
      <w:r>
        <w:rPr>
          <w:rFonts w:ascii="Times New Roman" w:hAnsi="Times New Roman" w:eastAsia="宋体"/>
          <w:b w:val="0"/>
          <w:i w:val="0"/>
          <w:color w:val="333333"/>
          <w:sz w:val="19"/>
        </w:rPr>
        <w:t>Each of the other six days (Saturday, then Thursday, Wednesday, Tuesday, Monday, Sunday) can be any dessert except the one served on the neighboring already-chosen day, giving 3 choices each.</w:t>
      </w:r>
    </w:p>
    <w:p>
      <w:pPr>
        <w:spacing w:before="0" w:after="80" w:line="300" w:lineRule="auto"/>
        <w:jc w:val="left"/>
      </w:pPr>
      <w:r>
        <w:rPr>
          <w:rFonts w:ascii="Times New Roman" w:hAnsi="Times New Roman" w:eastAsia="宋体"/>
          <w:b w:val="0"/>
          <w:i w:val="0"/>
          <w:color w:val="333333"/>
          <w:sz w:val="19"/>
        </w:rPr>
        <w:t>The number of menus is 3⁶=729.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 x 为 Clea 的步行速度，r 为自动扶梯速度，自动扶梯长度为 60x。在运行中的自动扶梯上步行给出 24(x+r)=60x，所以 r=3/2x。</w:t>
      </w:r>
    </w:p>
    <w:p>
      <w:pPr>
        <w:spacing w:before="0" w:after="80" w:line="300" w:lineRule="auto"/>
        <w:jc w:val="left"/>
      </w:pPr>
      <w:r>
        <w:rPr>
          <w:rFonts w:ascii="Times New Roman" w:hAnsi="Times New Roman" w:eastAsia="宋体"/>
          <w:b w:val="0"/>
          <w:i w:val="0"/>
          <w:sz w:val="21"/>
        </w:rPr>
        <w:t>站着不动所需时间 t 满足 rt=60x，因此 3/2xt=60x 得 t=40 秒。</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Clea’s walking rate and r the escalator’s rate, with the length equal to 60x. Walking on the moving escalator gives 24(x+r)=60x, so r=3/2x.</w:t>
      </w:r>
    </w:p>
    <w:p>
      <w:pPr>
        <w:spacing w:before="0" w:after="80" w:line="300" w:lineRule="auto"/>
        <w:jc w:val="left"/>
      </w:pPr>
      <w:r>
        <w:rPr>
          <w:rFonts w:ascii="Times New Roman" w:hAnsi="Times New Roman" w:eastAsia="宋体"/>
          <w:b w:val="0"/>
          <w:i w:val="0"/>
          <w:color w:val="333333"/>
          <w:sz w:val="19"/>
        </w:rPr>
        <w:t>Standing takes time t with rt=60x, so 3/2xt=60x and t=40 seconds.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由 x²+y²=25 得 y²=25-x²。代入 (x-4)²+9y²=81 得 x²+x-20=0，所以 x=4 或 x=-5。</w:t>
      </w:r>
    </w:p>
    <w:p>
      <w:pPr>
        <w:spacing w:before="0" w:after="80" w:line="300" w:lineRule="auto"/>
        <w:jc w:val="left"/>
      </w:pPr>
      <w:r>
        <w:rPr>
          <w:rFonts w:ascii="Times New Roman" w:hAnsi="Times New Roman" w:eastAsia="宋体"/>
          <w:b w:val="0"/>
          <w:i w:val="0"/>
          <w:sz w:val="21"/>
        </w:rPr>
        <w:t>交点为 (-5,0)，(4,3)，和 (4,-3)。</w:t>
      </w:r>
    </w:p>
    <w:p>
      <w:pPr>
        <w:spacing w:before="0" w:after="80" w:line="300" w:lineRule="auto"/>
        <w:jc w:val="left"/>
      </w:pPr>
      <w:r>
        <w:rPr>
          <w:rFonts w:ascii="Times New Roman" w:hAnsi="Times New Roman" w:eastAsia="宋体"/>
          <w:b w:val="0"/>
          <w:i w:val="0"/>
          <w:sz w:val="21"/>
        </w:rPr>
        <w:t>从 (4,3) 到 (4,-3) 的竖直边长为 6，到 (-5,0) 的水平距离为 9，所以面积是 1/2·6·9=27。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x²+y²=25 we get y²=25-x². Substituting into (x-4)²+9y²=81 gives x²+x-20=0, so x=4 or x=-5.</w:t>
      </w:r>
    </w:p>
    <w:p>
      <w:pPr>
        <w:spacing w:before="0" w:after="80" w:line="300" w:lineRule="auto"/>
        <w:jc w:val="left"/>
      </w:pPr>
      <w:r>
        <w:rPr>
          <w:rFonts w:ascii="Times New Roman" w:hAnsi="Times New Roman" w:eastAsia="宋体"/>
          <w:b w:val="0"/>
          <w:i w:val="0"/>
          <w:color w:val="333333"/>
          <w:sz w:val="19"/>
        </w:rPr>
        <w:t>The intersection points are (-5,0), (4,3), and (4,-3).</w:t>
      </w:r>
    </w:p>
    <w:p>
      <w:pPr>
        <w:spacing w:before="0" w:after="80" w:line="300" w:lineRule="auto"/>
        <w:jc w:val="left"/>
      </w:pPr>
      <w:r>
        <w:rPr>
          <w:rFonts w:ascii="Times New Roman" w:hAnsi="Times New Roman" w:eastAsia="宋体"/>
          <w:b w:val="0"/>
          <w:i w:val="0"/>
          <w:color w:val="333333"/>
          <w:sz w:val="19"/>
        </w:rPr>
        <w:t>The vertical side from (4,3) to (4,-3) has length 6, and the horizontal distance to (-5,0) is 9, so the area is 1/2·6·9=27.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展开各个数，132_(A)=A²+3A+2，43_(B)=4B+3，且 69_(A+B)=6(A+B)+9。</w:t>
      </w:r>
    </w:p>
    <w:p>
      <w:pPr>
        <w:spacing w:before="0" w:after="80" w:line="300" w:lineRule="auto"/>
        <w:jc w:val="left"/>
      </w:pPr>
      <w:r>
        <w:rPr>
          <w:rFonts w:ascii="Times New Roman" w:hAnsi="Times New Roman" w:eastAsia="宋体"/>
          <w:b w:val="0"/>
          <w:i w:val="0"/>
          <w:sz w:val="21"/>
        </w:rPr>
        <w:t>当 B=A+1 时，方程变为 A²+3A+2 +4(A+1)+3 =6(2A+1)+9，化简得 (A-6)(A+1)=0。正整数解为 A=6，所以 B=7。</w:t>
      </w:r>
    </w:p>
    <w:p>
      <w:pPr>
        <w:spacing w:before="0" w:after="80" w:line="300" w:lineRule="auto"/>
        <w:jc w:val="left"/>
      </w:pPr>
      <w:r>
        <w:rPr>
          <w:rFonts w:ascii="Times New Roman" w:hAnsi="Times New Roman" w:eastAsia="宋体"/>
          <w:b w:val="0"/>
          <w:i w:val="0"/>
          <w:sz w:val="21"/>
        </w:rPr>
        <w:t>（当 B=A-1 时得到 A²-5A-2=0，没有整数解。）</w:t>
      </w:r>
    </w:p>
    <w:p>
      <w:pPr>
        <w:spacing w:before="0" w:after="80" w:line="300" w:lineRule="auto"/>
        <w:jc w:val="left"/>
      </w:pPr>
      <w:r>
        <w:rPr>
          <w:rFonts w:ascii="Times New Roman" w:hAnsi="Times New Roman" w:eastAsia="宋体"/>
          <w:b w:val="0"/>
          <w:i w:val="0"/>
          <w:sz w:val="21"/>
        </w:rPr>
        <w:t>因此 A+B=13。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the numerals out, 132_(A)=A²+3A+2, 43_(B)=4B+3, and 69_(A+B)=6(A+B)+9.</w:t>
      </w:r>
    </w:p>
    <w:p>
      <w:pPr>
        <w:spacing w:before="0" w:after="80" w:line="300" w:lineRule="auto"/>
        <w:jc w:val="left"/>
      </w:pPr>
      <w:r>
        <w:rPr>
          <w:rFonts w:ascii="Times New Roman" w:hAnsi="Times New Roman" w:eastAsia="宋体"/>
          <w:b w:val="0"/>
          <w:i w:val="0"/>
          <w:color w:val="333333"/>
          <w:sz w:val="19"/>
        </w:rPr>
        <w:t>With B=A+1, the equation becomes A²+3A+2 +4(A+1)+3 =6(2A+1)+9, which simplifies to (A-6)(A+1)=0. The positive solution is A=6, so B=7.</w:t>
      </w:r>
    </w:p>
    <w:p>
      <w:pPr>
        <w:spacing w:before="0" w:after="80" w:line="300" w:lineRule="auto"/>
        <w:jc w:val="left"/>
      </w:pPr>
      <w:r>
        <w:rPr>
          <w:rFonts w:ascii="Times New Roman" w:hAnsi="Times New Roman" w:eastAsia="宋体"/>
          <w:b w:val="0"/>
          <w:i w:val="0"/>
          <w:color w:val="333333"/>
          <w:sz w:val="19"/>
        </w:rPr>
        <w:t>(The case B=A-1 gives A²-5A-2=0, which has no integer solution.)</w:t>
      </w:r>
    </w:p>
    <w:p>
      <w:pPr>
        <w:spacing w:before="0" w:after="80" w:line="300" w:lineRule="auto"/>
        <w:jc w:val="left"/>
      </w:pPr>
      <w:r>
        <w:rPr>
          <w:rFonts w:ascii="Times New Roman" w:hAnsi="Times New Roman" w:eastAsia="宋体"/>
          <w:b w:val="0"/>
          <w:i w:val="0"/>
          <w:color w:val="333333"/>
          <w:sz w:val="19"/>
        </w:rPr>
        <w:t>Therefore A+B=13.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设 A 为所有零连续的序列，B 为所有一连续的序列。</w:t>
      </w:r>
    </w:p>
    <w:p>
      <w:pPr>
        <w:spacing w:before="0" w:after="80" w:line="300" w:lineRule="auto"/>
        <w:jc w:val="left"/>
      </w:pPr>
      <w:r>
        <w:rPr>
          <w:rFonts w:ascii="Times New Roman" w:hAnsi="Times New Roman" w:eastAsia="宋体"/>
          <w:b w:val="0"/>
          <w:i w:val="0"/>
          <w:sz w:val="21"/>
        </w:rPr>
        <w:t>对于 A，有一个全是一的序列，20 个恰有一个零的序列，以及 C(20, 2)=190 个含有至少两个零的序列（选择第一个和最后一个零的位置）。所以 |A|=1+20+190=211，由对称性 |B|=211。</w:t>
      </w:r>
    </w:p>
    <w:p>
      <w:pPr>
        <w:spacing w:before="0" w:after="80" w:line="300" w:lineRule="auto"/>
        <w:jc w:val="left"/>
      </w:pPr>
      <w:r>
        <w:rPr>
          <w:rFonts w:ascii="Times New Roman" w:hAnsi="Times New Roman" w:eastAsia="宋体"/>
          <w:b w:val="0"/>
          <w:i w:val="0"/>
          <w:sz w:val="21"/>
        </w:rPr>
        <w:t>A∩ B 中的序列是一个零的块后接一个一的块，或顺序相反；这样的序列有 |A∩ B|=40 个。</w:t>
      </w:r>
    </w:p>
    <w:p>
      <w:pPr>
        <w:spacing w:before="0" w:after="80" w:line="300" w:lineRule="auto"/>
        <w:jc w:val="left"/>
      </w:pPr>
      <w:r>
        <w:rPr>
          <w:rFonts w:ascii="Times New Roman" w:hAnsi="Times New Roman" w:eastAsia="宋体"/>
          <w:b w:val="0"/>
          <w:i w:val="0"/>
          <w:sz w:val="21"/>
        </w:rPr>
        <w:t>因此 |A∪ B|=211+211-40 =382。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sequences in which all zeros are consecutive and B those in which all ones are consecutive.</w:t>
      </w:r>
    </w:p>
    <w:p>
      <w:pPr>
        <w:spacing w:before="0" w:after="80" w:line="300" w:lineRule="auto"/>
        <w:jc w:val="left"/>
      </w:pPr>
      <w:r>
        <w:rPr>
          <w:rFonts w:ascii="Times New Roman" w:hAnsi="Times New Roman" w:eastAsia="宋体"/>
          <w:b w:val="0"/>
          <w:i w:val="0"/>
          <w:color w:val="333333"/>
          <w:sz w:val="19"/>
        </w:rPr>
        <w:t>For A, there is one all-ones sequence, 20 sequences with exactly one zero, and C(20, 2)=190 sequences with two or more zeros (choose the first and last zero position). So |A|=1+20+190=211, and by symmetry |B|=211.</w:t>
      </w:r>
    </w:p>
    <w:p>
      <w:pPr>
        <w:spacing w:before="0" w:after="80" w:line="300" w:lineRule="auto"/>
        <w:jc w:val="left"/>
      </w:pPr>
      <w:r>
        <w:rPr>
          <w:rFonts w:ascii="Times New Roman" w:hAnsi="Times New Roman" w:eastAsia="宋体"/>
          <w:b w:val="0"/>
          <w:i w:val="0"/>
          <w:color w:val="333333"/>
          <w:sz w:val="19"/>
        </w:rPr>
        <w:t>A sequence in A∩ B is a block of zeros followed by a block of ones, or the reverse; there are |A∩ B|=40 of these.</w:t>
      </w:r>
    </w:p>
    <w:p>
      <w:pPr>
        <w:spacing w:before="0" w:after="80" w:line="300" w:lineRule="auto"/>
        <w:jc w:val="left"/>
      </w:pPr>
      <w:r>
        <w:rPr>
          <w:rFonts w:ascii="Times New Roman" w:hAnsi="Times New Roman" w:eastAsia="宋体"/>
          <w:b w:val="0"/>
          <w:i w:val="0"/>
          <w:color w:val="333333"/>
          <w:sz w:val="19"/>
        </w:rPr>
        <w:t>Therefore |A∪ B|=211+211-40 =382.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抛物线相交处满足 x²+ax+b=x²+cx+d，即 ax+b=cx+d。这个方程无解，恰好发生在两条直线平行且不重合的时候，也就是 a=c 且 b≠ d。</w:t>
      </w:r>
    </w:p>
    <w:p>
      <w:pPr>
        <w:spacing w:before="0" w:after="80" w:line="300" w:lineRule="auto"/>
        <w:jc w:val="left"/>
      </w:pPr>
      <w:r>
        <w:rPr>
          <w:rFonts w:ascii="Times New Roman" w:hAnsi="Times New Roman" w:eastAsia="宋体"/>
          <w:b w:val="0"/>
          <w:i w:val="0"/>
          <w:sz w:val="21"/>
        </w:rPr>
        <w:t>a=c 的概率是 1/6，且 b≠ d 的概率是 5/6，所以没有公共点的概率为 1/6·5/6=5/36。</w:t>
      </w:r>
    </w:p>
    <w:p>
      <w:pPr>
        <w:spacing w:before="0" w:after="80" w:line="300" w:lineRule="auto"/>
        <w:jc w:val="left"/>
      </w:pPr>
      <w:r>
        <w:rPr>
          <w:rFonts w:ascii="Times New Roman" w:hAnsi="Times New Roman" w:eastAsia="宋体"/>
          <w:b w:val="0"/>
          <w:i w:val="0"/>
          <w:sz w:val="21"/>
        </w:rPr>
        <w:t>至少有一个公共点的概率为 1-5/36=31/36。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parabolas meet where x²+ax+b=x²+cx+d, i.e. ax+b=cx+d. This has no solution exactly when the lines are parallel and distinct: a=c and b≠ d.</w:t>
      </w:r>
    </w:p>
    <w:p>
      <w:pPr>
        <w:spacing w:before="0" w:after="80" w:line="300" w:lineRule="auto"/>
        <w:jc w:val="left"/>
      </w:pPr>
      <w:r>
        <w:rPr>
          <w:rFonts w:ascii="Times New Roman" w:hAnsi="Times New Roman" w:eastAsia="宋体"/>
          <w:b w:val="0"/>
          <w:i w:val="0"/>
          <w:color w:val="333333"/>
          <w:sz w:val="19"/>
        </w:rPr>
        <w:t>The probability that a=c is 1/6, and the probability that b≠ d is 5/6, so the probability of no common point is 1/6·5/6=5/36.</w:t>
      </w:r>
    </w:p>
    <w:p>
      <w:pPr>
        <w:spacing w:before="0" w:after="80" w:line="300" w:lineRule="auto"/>
        <w:jc w:val="left"/>
      </w:pPr>
      <w:r>
        <w:rPr>
          <w:rFonts w:ascii="Times New Roman" w:hAnsi="Times New Roman" w:eastAsia="宋体"/>
          <w:b w:val="0"/>
          <w:i w:val="0"/>
          <w:color w:val="333333"/>
          <w:sz w:val="19"/>
        </w:rPr>
        <w:t>The probability of at least one common point is 1-5/36=31/36.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当 Bernardo 在一轮后给出的加倍数 2n+50≥1000 且之前的数都小于 1000 时，他获胜。满足 2n+50≥1000 的最小 n 是 475。</w:t>
      </w:r>
    </w:p>
    <w:p>
      <w:pPr>
        <w:spacing w:before="0" w:after="80" w:line="300" w:lineRule="auto"/>
        <w:jc w:val="left"/>
      </w:pPr>
      <w:r>
        <w:rPr>
          <w:rFonts w:ascii="Times New Roman" w:hAnsi="Times New Roman" w:eastAsia="宋体"/>
          <w:b w:val="0"/>
          <w:i w:val="0"/>
          <w:sz w:val="21"/>
        </w:rPr>
        <w:t>倒推，经过二、三、四轮后导致胜利的最小初始值分别是满足 2n+50≥475，≥213，和 ≥82 的最小整数，即 213，82，和 16。不会有超过四轮后才获胜的初始值。</w:t>
      </w:r>
    </w:p>
    <w:p>
      <w:pPr>
        <w:spacing w:before="0" w:after="80" w:line="300" w:lineRule="auto"/>
        <w:jc w:val="left"/>
      </w:pPr>
      <w:r>
        <w:rPr>
          <w:rFonts w:ascii="Times New Roman" w:hAnsi="Times New Roman" w:eastAsia="宋体"/>
          <w:b w:val="0"/>
          <w:i w:val="0"/>
          <w:sz w:val="21"/>
        </w:rPr>
        <w:t>所以 N=16，各位数字之和为 1+6=7。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Bernardo wins after a round when his doubled number 2n+50≥1000 but the previous numbers stayed below 1000. The smallest n with 2n+50≥1000 is 475.</w:t>
      </w:r>
    </w:p>
    <w:p>
      <w:pPr>
        <w:spacing w:before="0" w:after="80" w:line="300" w:lineRule="auto"/>
        <w:jc w:val="left"/>
      </w:pPr>
      <w:r>
        <w:rPr>
          <w:rFonts w:ascii="Times New Roman" w:hAnsi="Times New Roman" w:eastAsia="宋体"/>
          <w:b w:val="0"/>
          <w:i w:val="0"/>
          <w:color w:val="333333"/>
          <w:sz w:val="19"/>
        </w:rPr>
        <w:t>Working backwards, the smallest starting values that lead to a win after two, three, and four rounds are the smallest integers with 2n+50≥475, ≥213, and ≥82, namely 213, 82, and 16. No start wins after more than four rounds.</w:t>
      </w:r>
    </w:p>
    <w:p>
      <w:pPr>
        <w:spacing w:before="0" w:after="80" w:line="300" w:lineRule="auto"/>
        <w:jc w:val="left"/>
      </w:pPr>
      <w:r>
        <w:rPr>
          <w:rFonts w:ascii="Times New Roman" w:hAnsi="Times New Roman" w:eastAsia="宋体"/>
          <w:b w:val="0"/>
          <w:i w:val="0"/>
          <w:color w:val="333333"/>
          <w:sz w:val="19"/>
        </w:rPr>
        <w:t>So N=16, and the sum of its digits is 1+6=7.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每个扇形形成的圆锥母线长为 12。较小扇形的弧长为 120/360·2π·12=8π，因此底面半径为 4，高为 √(12²-4²)=8√(2)。</w:t>
      </w:r>
    </w:p>
    <w:p>
      <w:pPr>
        <w:spacing w:before="0" w:after="80" w:line="300" w:lineRule="auto"/>
        <w:jc w:val="left"/>
      </w:pPr>
      <w:r>
        <w:rPr>
          <w:rFonts w:ascii="Times New Roman" w:hAnsi="Times New Roman" w:eastAsia="宋体"/>
          <w:b w:val="0"/>
          <w:i w:val="0"/>
          <w:sz w:val="21"/>
        </w:rPr>
        <w:t>较大扇形（圆心角 240°）的弧长为 16π，底面半径为 8，高为 √(12²-8²)=4√(5)。</w:t>
      </w:r>
    </w:p>
    <w:p>
      <w:pPr>
        <w:spacing w:before="0" w:after="80" w:line="300" w:lineRule="auto"/>
        <w:jc w:val="left"/>
      </w:pPr>
      <w:r>
        <w:rPr>
          <w:rFonts w:ascii="Times New Roman" w:hAnsi="Times New Roman" w:eastAsia="宋体"/>
          <w:b w:val="0"/>
          <w:i w:val="0"/>
          <w:sz w:val="21"/>
        </w:rPr>
        <w:t>体积之比为</w:t>
      </w:r>
    </w:p>
    <w:p>
      <w:pPr>
        <w:spacing w:before="0" w:after="80" w:line="300" w:lineRule="auto"/>
        <w:jc w:val="left"/>
      </w:pPr>
      <w:r>
        <w:rPr>
          <w:rFonts w:ascii="Times New Roman" w:hAnsi="Times New Roman" w:eastAsia="宋体"/>
          <w:b w:val="0"/>
          <w:i w:val="0"/>
          <w:sz w:val="21"/>
        </w:rPr>
        <w:t>(1/3π·4²·8√(2))/(1/3π·8²·4√(5)) =(√(10))/10。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sector forms a cone with slant height 12. The smaller sector’s arc length is 120/360·2π·12=8π, so its base radius is 4 and its height is √(12²-4²)=8√(2).</w:t>
      </w:r>
    </w:p>
    <w:p>
      <w:pPr>
        <w:spacing w:before="0" w:after="80" w:line="300" w:lineRule="auto"/>
        <w:jc w:val="left"/>
      </w:pPr>
      <w:r>
        <w:rPr>
          <w:rFonts w:ascii="Times New Roman" w:hAnsi="Times New Roman" w:eastAsia="宋体"/>
          <w:b w:val="0"/>
          <w:i w:val="0"/>
          <w:color w:val="333333"/>
          <w:sz w:val="19"/>
        </w:rPr>
        <w:t>The larger sector (central angle 240°) has arc length 16π, base radius 8, and height √(12²-8²)=4√(5).</w:t>
      </w:r>
    </w:p>
    <w:p>
      <w:pPr>
        <w:spacing w:before="0" w:after="80" w:line="300" w:lineRule="auto"/>
        <w:jc w:val="left"/>
      </w:pPr>
      <w:r>
        <w:rPr>
          <w:rFonts w:ascii="Times New Roman" w:hAnsi="Times New Roman" w:eastAsia="宋体"/>
          <w:b w:val="0"/>
          <w:i w:val="0"/>
          <w:color w:val="333333"/>
          <w:sz w:val="19"/>
        </w:rPr>
        <w:t>The ratio of volumes is</w:t>
      </w:r>
    </w:p>
    <w:p>
      <w:pPr>
        <w:spacing w:before="0" w:after="80" w:line="300" w:lineRule="auto"/>
        <w:jc w:val="left"/>
      </w:pPr>
      <w:r>
        <w:rPr>
          <w:rFonts w:ascii="Times New Roman" w:hAnsi="Times New Roman" w:eastAsia="宋体"/>
          <w:b w:val="0"/>
          <w:i w:val="0"/>
          <w:color w:val="333333"/>
          <w:sz w:val="19"/>
        </w:rPr>
        <w:t>(1/3π·4²·8√(2))/(1/3π·8²·4√(5)) =(√(10))/10.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每首歌恰好被三对中的一对喜欢，或被单个女生喜欢，或无人喜欢。每一对都必须被表示出来。</w:t>
      </w:r>
    </w:p>
    <w:p>
      <w:pPr>
        <w:spacing w:before="0" w:after="80" w:line="300" w:lineRule="auto"/>
        <w:jc w:val="left"/>
      </w:pPr>
      <w:r>
        <w:rPr>
          <w:rFonts w:ascii="Times New Roman" w:hAnsi="Times New Roman" w:eastAsia="宋体"/>
          <w:b/>
          <w:i w:val="0"/>
          <w:sz w:val="21"/>
        </w:rPr>
        <w:t>情况 1：</w:t>
      </w:r>
      <w:r>
        <w:rPr>
          <w:rFonts w:ascii="Times New Roman" w:hAnsi="Times New Roman" w:eastAsia="宋体"/>
          <w:b w:val="0"/>
          <w:i w:val="0"/>
          <w:sz w:val="21"/>
        </w:rPr>
        <w:t>每首歌都被一对女生喜欢。某一对得到四首歌中的两首（C(4, 2)=6 种，且有 3 种选择是哪一对），另外两对各得到一首歌（2 种）。共有 3·6·2=36。</w:t>
      </w:r>
    </w:p>
    <w:p>
      <w:pPr>
        <w:spacing w:before="0" w:after="80" w:line="300" w:lineRule="auto"/>
        <w:jc w:val="left"/>
      </w:pPr>
      <w:r>
        <w:rPr>
          <w:rFonts w:ascii="Times New Roman" w:hAnsi="Times New Roman" w:eastAsia="宋体"/>
          <w:b/>
          <w:i w:val="0"/>
          <w:sz w:val="21"/>
        </w:rPr>
        <w:t>情况 2：</w:t>
      </w:r>
      <w:r>
        <w:rPr>
          <w:rFonts w:ascii="Times New Roman" w:hAnsi="Times New Roman" w:eastAsia="宋体"/>
          <w:b w:val="0"/>
          <w:i w:val="0"/>
          <w:sz w:val="21"/>
        </w:rPr>
        <w:t>三首歌分别对应三对女生（各一首），第四首歌被单个女生喜欢或无人喜欢。把四首歌分配到这四个角色有 4!=24 种，剩余角色有 4 种选择（Amy、Beth、Jo 或无人）：24·4=96。</w:t>
      </w:r>
    </w:p>
    <w:p>
      <w:pPr>
        <w:spacing w:before="0" w:after="80" w:line="300" w:lineRule="auto"/>
        <w:jc w:val="left"/>
      </w:pPr>
      <w:r>
        <w:rPr>
          <w:rFonts w:ascii="Times New Roman" w:hAnsi="Times New Roman" w:eastAsia="宋体"/>
          <w:b w:val="0"/>
          <w:i w:val="0"/>
          <w:sz w:val="21"/>
        </w:rPr>
        <w:t>总数为 36+96=132。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song is liked by exactly one of the three pairs, by a single girl, or by no one. Every pair must be represented.</w:t>
      </w:r>
    </w:p>
    <w:p>
      <w:pPr>
        <w:spacing w:before="0" w:after="80" w:line="300" w:lineRule="auto"/>
        <w:jc w:val="left"/>
      </w:pPr>
      <w:r>
        <w:rPr>
          <w:rFonts w:ascii="Times New Roman" w:hAnsi="Times New Roman" w:eastAsia="宋体"/>
          <w:b/>
          <w:i w:val="0"/>
          <w:color w:val="333333"/>
          <w:sz w:val="19"/>
        </w:rPr>
        <w:t>Case 1:</w:t>
      </w:r>
      <w:r>
        <w:rPr>
          <w:rFonts w:ascii="Times New Roman" w:hAnsi="Times New Roman" w:eastAsia="宋体"/>
          <w:b w:val="0"/>
          <w:i w:val="0"/>
          <w:color w:val="333333"/>
          <w:sz w:val="19"/>
        </w:rPr>
        <w:t>every song is liked by a pair. One pair gets two of the four songs (C(4, 2)=6 ways, and 3 choices for which pair), and the other two pairs get one song each (2 ways). This gives 3·6·2=36.</w:t>
      </w:r>
    </w:p>
    <w:p>
      <w:pPr>
        <w:spacing w:before="0" w:after="80" w:line="300" w:lineRule="auto"/>
        <w:jc w:val="left"/>
      </w:pPr>
      <w:r>
        <w:rPr>
          <w:rFonts w:ascii="Times New Roman" w:hAnsi="Times New Roman" w:eastAsia="宋体"/>
          <w:b/>
          <w:i w:val="0"/>
          <w:color w:val="333333"/>
          <w:sz w:val="19"/>
        </w:rPr>
        <w:t>Case 2:</w:t>
      </w:r>
      <w:r>
        <w:rPr>
          <w:rFonts w:ascii="Times New Roman" w:hAnsi="Times New Roman" w:eastAsia="宋体"/>
          <w:b w:val="0"/>
          <w:i w:val="0"/>
          <w:color w:val="333333"/>
          <w:sz w:val="19"/>
        </w:rPr>
        <w:t>three songs go to the three pairs (one each) and the fourth song is liked by a single girl or no one. Assigning the four songs to these four roles gives 4!=24 ways, and the leftover role has 4 options (Amy, Beth, Jo, or no one): 24·4=96.</w:t>
      </w:r>
    </w:p>
    <w:p>
      <w:pPr>
        <w:spacing w:before="0" w:after="80" w:line="300" w:lineRule="auto"/>
        <w:jc w:val="left"/>
      </w:pPr>
      <w:r>
        <w:rPr>
          <w:rFonts w:ascii="Times New Roman" w:hAnsi="Times New Roman" w:eastAsia="宋体"/>
          <w:b w:val="0"/>
          <w:i w:val="0"/>
          <w:color w:val="333333"/>
          <w:sz w:val="19"/>
        </w:rPr>
        <w:t>The total is 36+96=132.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设 θ 为直线 PQ 与 x-轴所成的锐角。边 SR=PQ 在从 (3,0) 到 (5,0) 的线段上投影为 2cosθ，而边 SP=QR 在从 (7,0) 到 (13,0) 的线段上投影为 6sinθ。</w:t>
      </w:r>
    </w:p>
    <w:p>
      <w:pPr>
        <w:spacing w:before="0" w:after="80" w:line="300" w:lineRule="auto"/>
        <w:jc w:val="left"/>
      </w:pPr>
      <w:r>
        <w:rPr>
          <w:rFonts w:ascii="Times New Roman" w:hAnsi="Times New Roman" w:eastAsia="宋体"/>
          <w:b w:val="0"/>
          <w:i w:val="0"/>
          <w:sz w:val="21"/>
        </w:rPr>
        <w:t>因为正方形的边长相等，2cosθ=6sinθ， 所以 tanθ=1/3。 因此直线 SP,RQ 的斜率为 3，直线 SR,PQ 的斜率为 -1/3。</w:t>
      </w:r>
    </w:p>
    <w:p>
      <w:pPr>
        <w:spacing w:before="0" w:after="80" w:line="300" w:lineRule="auto"/>
        <w:jc w:val="left"/>
      </w:pPr>
      <w:r>
        <w:rPr>
          <w:rFonts w:ascii="Times New Roman" w:hAnsi="Times New Roman" w:eastAsia="宋体"/>
          <w:b w:val="0"/>
          <w:i w:val="0"/>
          <w:sz w:val="21"/>
        </w:rPr>
        <w:t>中心位于过 (4,0) 且斜率为 3 的直线上，也位于过 (10,0) 且斜率为 -1/3 的直线上：</w:t>
      </w:r>
    </w:p>
    <w:p>
      <w:pPr>
        <w:spacing w:before="0" w:after="80" w:line="300" w:lineRule="auto"/>
        <w:jc w:val="left"/>
      </w:pPr>
      <w:r>
        <w:rPr>
          <w:rFonts w:ascii="Times New Roman" w:hAnsi="Times New Roman" w:eastAsia="宋体"/>
          <w:b w:val="0"/>
          <w:i w:val="0"/>
          <w:sz w:val="21"/>
        </w:rPr>
        <w:t>y=3(x-4)，</w:t>
      </w:r>
    </w:p>
    <w:p>
      <w:pPr>
        <w:spacing w:before="0" w:after="80" w:line="300" w:lineRule="auto"/>
        <w:jc w:val="left"/>
      </w:pPr>
      <w:r>
        <w:rPr>
          <w:rFonts w:ascii="Times New Roman" w:hAnsi="Times New Roman" w:eastAsia="宋体"/>
          <w:b w:val="0"/>
          <w:i w:val="0"/>
          <w:sz w:val="21"/>
        </w:rPr>
        <w:t>y=-1/3(x-10)。</w:t>
      </w:r>
    </w:p>
    <w:p>
      <w:pPr>
        <w:spacing w:before="0" w:after="80" w:line="300" w:lineRule="auto"/>
        <w:jc w:val="left"/>
      </w:pPr>
      <w:r>
        <w:rPr>
          <w:rFonts w:ascii="Times New Roman" w:hAnsi="Times New Roman" w:eastAsia="宋体"/>
          <w:b w:val="0"/>
          <w:i w:val="0"/>
          <w:sz w:val="21"/>
        </w:rPr>
        <w:t>两线交于 (4.6,1.8)。</w:t>
      </w:r>
    </w:p>
    <w:p>
      <w:pPr>
        <w:spacing w:before="0" w:after="80" w:line="300" w:lineRule="auto"/>
        <w:jc w:val="left"/>
      </w:pPr>
      <w:r>
        <w:rPr>
          <w:rFonts w:ascii="Times New Roman" w:hAnsi="Times New Roman" w:eastAsia="宋体"/>
          <w:b w:val="0"/>
          <w:i w:val="0"/>
          <w:sz w:val="21"/>
        </w:rPr>
        <w:t>坐标之和为 4.6+1.8=6.4。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θ be the acute angle line PQ makes with the x-axis. Sides SR=PQ span the segment from (3,0) to (5,0) as 2cosθ, while SP=QR span the segment from (7,0) to (13,0) as 6sinθ.</w:t>
      </w:r>
    </w:p>
    <w:p>
      <w:pPr>
        <w:spacing w:before="0" w:after="80" w:line="300" w:lineRule="auto"/>
        <w:jc w:val="left"/>
      </w:pPr>
      <w:r>
        <w:rPr>
          <w:rFonts w:ascii="Times New Roman" w:hAnsi="Times New Roman" w:eastAsia="宋体"/>
          <w:b w:val="0"/>
          <w:i w:val="0"/>
          <w:color w:val="333333"/>
          <w:sz w:val="19"/>
        </w:rPr>
        <w:t>Since the square has equal sides, 2cosθ=6sinθ, so tanθ=1/3. Thus lines SP,RQ have slope 3 and lines SR,PQ have slope -1/3.</w:t>
      </w:r>
    </w:p>
    <w:p>
      <w:pPr>
        <w:spacing w:before="0" w:after="80" w:line="300" w:lineRule="auto"/>
        <w:jc w:val="left"/>
      </w:pPr>
      <w:r>
        <w:rPr>
          <w:rFonts w:ascii="Times New Roman" w:hAnsi="Times New Roman" w:eastAsia="宋体"/>
          <w:b w:val="0"/>
          <w:i w:val="0"/>
          <w:color w:val="333333"/>
          <w:sz w:val="19"/>
        </w:rPr>
        <w:t>The center lies on the line through (4,0) with slope 3 and the line through (10,0) with slope -1/3:</w:t>
      </w:r>
    </w:p>
    <w:p>
      <w:pPr>
        <w:spacing w:before="0" w:after="80" w:line="300" w:lineRule="auto"/>
        <w:jc w:val="left"/>
      </w:pPr>
      <w:r>
        <w:rPr>
          <w:rFonts w:ascii="Times New Roman" w:hAnsi="Times New Roman" w:eastAsia="宋体"/>
          <w:b w:val="0"/>
          <w:i w:val="0"/>
          <w:color w:val="333333"/>
          <w:sz w:val="19"/>
        </w:rPr>
        <w:t>y=3(x-4),</w:t>
      </w:r>
    </w:p>
    <w:p>
      <w:pPr>
        <w:spacing w:before="0" w:after="80" w:line="300" w:lineRule="auto"/>
        <w:jc w:val="left"/>
      </w:pPr>
      <w:r>
        <w:rPr>
          <w:rFonts w:ascii="Times New Roman" w:hAnsi="Times New Roman" w:eastAsia="宋体"/>
          <w:b w:val="0"/>
          <w:i w:val="0"/>
          <w:color w:val="333333"/>
          <w:sz w:val="19"/>
        </w:rPr>
        <w:t>y=-1/3(x-10).</w:t>
      </w:r>
    </w:p>
    <w:p>
      <w:pPr>
        <w:spacing w:before="0" w:after="80" w:line="300" w:lineRule="auto"/>
        <w:jc w:val="left"/>
      </w:pPr>
      <w:r>
        <w:rPr>
          <w:rFonts w:ascii="Times New Roman" w:hAnsi="Times New Roman" w:eastAsia="宋体"/>
          <w:b w:val="0"/>
          <w:i w:val="0"/>
          <w:color w:val="333333"/>
          <w:sz w:val="19"/>
        </w:rPr>
        <w:t>These meet at (4.6,1.8).</w:t>
      </w:r>
    </w:p>
    <w:p>
      <w:pPr>
        <w:spacing w:before="0" w:after="80" w:line="300" w:lineRule="auto"/>
        <w:jc w:val="left"/>
      </w:pPr>
      <w:r>
        <w:rPr>
          <w:rFonts w:ascii="Times New Roman" w:hAnsi="Times New Roman" w:eastAsia="宋体"/>
          <w:b w:val="0"/>
          <w:i w:val="0"/>
          <w:color w:val="333333"/>
          <w:sz w:val="19"/>
        </w:rPr>
        <w:t>The sum of the coordinates is 4.6+1.8=6.4.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一旦固定 a₁=k，数 k,k+1,…,10 必须从左到右按递增顺序出现，而数 1,…,k-1 必须从右到左按递增顺序出现（这样每个新出现的较小数都有它的后继已经放好）。</w:t>
      </w:r>
    </w:p>
    <w:p>
      <w:pPr>
        <w:spacing w:before="0" w:after="80" w:line="300" w:lineRule="auto"/>
        <w:jc w:val="left"/>
      </w:pPr>
      <w:r>
        <w:rPr>
          <w:rFonts w:ascii="Times New Roman" w:hAnsi="Times New Roman" w:eastAsia="宋体"/>
          <w:b w:val="0"/>
          <w:i w:val="0"/>
          <w:sz w:val="21"/>
        </w:rPr>
        <w:t>对每个 k，只需选择第一个位置之后的 9 个位置中哪些放小于 k 的数，因此有 C(9, k-1) 个排列。</w:t>
      </w:r>
    </w:p>
    <w:p>
      <w:pPr>
        <w:spacing w:before="0" w:after="80" w:line="300" w:lineRule="auto"/>
        <w:jc w:val="left"/>
      </w:pPr>
      <w:r>
        <w:rPr>
          <w:rFonts w:ascii="Times New Roman" w:hAnsi="Times New Roman" w:eastAsia="宋体"/>
          <w:b w:val="0"/>
          <w:i w:val="0"/>
          <w:sz w:val="21"/>
        </w:rPr>
        <w:t>求和得</w:t>
      </w:r>
    </w:p>
    <w:p>
      <w:pPr>
        <w:spacing w:before="0" w:after="80" w:line="300" w:lineRule="auto"/>
        <w:jc w:val="left"/>
      </w:pPr>
      <w:r>
        <w:rPr>
          <w:rFonts w:ascii="Times New Roman" w:hAnsi="Times New Roman" w:eastAsia="宋体"/>
          <w:b w:val="0"/>
          <w:i w:val="0"/>
          <w:sz w:val="21"/>
        </w:rPr>
        <w:t>Σₖ₌₁¹⁰C(9, k-1) = Σⱼ₌₀⁹C(9, j)</w:t>
      </w:r>
    </w:p>
    <w:p>
      <w:pPr>
        <w:spacing w:before="0" w:after="80" w:line="300" w:lineRule="auto"/>
        <w:jc w:val="left"/>
      </w:pPr>
      <w:r>
        <w:rPr>
          <w:rFonts w:ascii="Times New Roman" w:hAnsi="Times New Roman" w:eastAsia="宋体"/>
          <w:b w:val="0"/>
          <w:i w:val="0"/>
          <w:sz w:val="21"/>
        </w:rPr>
        <w:t>= 2⁹=512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Once a₁=k is fixed, the numbers k,k+1,…,10 must appear left to right in increasing order, and the numbers 1,…,k-1 must appear from right to left in increasing order (so each new small number has its successor already placed).</w:t>
      </w:r>
    </w:p>
    <w:p>
      <w:pPr>
        <w:spacing w:before="0" w:after="80" w:line="300" w:lineRule="auto"/>
        <w:jc w:val="left"/>
      </w:pPr>
      <w:r>
        <w:rPr>
          <w:rFonts w:ascii="Times New Roman" w:hAnsi="Times New Roman" w:eastAsia="宋体"/>
          <w:b w:val="0"/>
          <w:i w:val="0"/>
          <w:color w:val="333333"/>
          <w:sz w:val="19"/>
        </w:rPr>
        <w:t>For each k, the list is determined by choosing which of the 9 positions after the first hold the numbers below k, giving C(9, k-1) lists.</w:t>
      </w:r>
    </w:p>
    <w:p>
      <w:pPr>
        <w:spacing w:before="0" w:after="80" w:line="300" w:lineRule="auto"/>
        <w:jc w:val="left"/>
      </w:pPr>
      <w:r>
        <w:rPr>
          <w:rFonts w:ascii="Times New Roman" w:hAnsi="Times New Roman" w:eastAsia="宋体"/>
          <w:b w:val="0"/>
          <w:i w:val="0"/>
          <w:color w:val="333333"/>
          <w:sz w:val="19"/>
        </w:rPr>
        <w:t>Summing,</w:t>
      </w:r>
    </w:p>
    <w:p>
      <w:pPr>
        <w:spacing w:before="0" w:after="80" w:line="300" w:lineRule="auto"/>
        <w:jc w:val="left"/>
      </w:pPr>
      <w:r>
        <w:rPr>
          <w:rFonts w:ascii="Times New Roman" w:hAnsi="Times New Roman" w:eastAsia="宋体"/>
          <w:b w:val="0"/>
          <w:i w:val="0"/>
          <w:color w:val="333333"/>
          <w:sz w:val="19"/>
        </w:rPr>
        <w:t>Σₖ₌₁¹⁰C(9, k-1) = Σⱼ₌₀⁹C(9, j)</w:t>
      </w:r>
    </w:p>
    <w:p>
      <w:pPr>
        <w:spacing w:before="0" w:after="80" w:line="300" w:lineRule="auto"/>
        <w:jc w:val="left"/>
      </w:pPr>
      <w:r>
        <w:rPr>
          <w:rFonts w:ascii="Times New Roman" w:hAnsi="Times New Roman" w:eastAsia="宋体"/>
          <w:b w:val="0"/>
          <w:i w:val="0"/>
          <w:color w:val="333333"/>
          <w:sz w:val="19"/>
        </w:rPr>
        <w:t>= 2⁹=512.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把 P₁ 放在原点，使三条棱沿坐标轴，并设靠近 P₁ 的三个八面体顶点都与 P₁ 相距 t。由对称性，靠近 P₁' 的三个顶点也都与 P₁' 相距 t。</w:t>
      </w:r>
    </w:p>
    <w:p>
      <w:pPr>
        <w:spacing w:before="0" w:after="80" w:line="300" w:lineRule="auto"/>
        <w:jc w:val="left"/>
      </w:pPr>
      <w:r>
        <w:rPr>
          <w:rFonts w:ascii="Times New Roman" w:hAnsi="Times New Roman" w:eastAsia="宋体"/>
          <w:b w:val="0"/>
          <w:i w:val="0"/>
          <w:sz w:val="21"/>
        </w:rPr>
        <w:t>两个同靠近 P₁ 的顶点，例如 (t,0,0) 和 (0,t,0)，相距 t√(2)。靠近 P₁ 的一个顶点，例如 (t,0,0)，与靠近 P₁' 的相应顶点，例如 (1,1-t,1)，之间也必须有相同距离。</w:t>
      </w:r>
    </w:p>
    <w:p>
      <w:pPr>
        <w:spacing w:before="0" w:after="80" w:line="300" w:lineRule="auto"/>
        <w:jc w:val="left"/>
      </w:pPr>
      <w:r>
        <w:rPr>
          <w:rFonts w:ascii="Times New Roman" w:hAnsi="Times New Roman" w:eastAsia="宋体"/>
          <w:b w:val="0"/>
          <w:i w:val="0"/>
          <w:sz w:val="21"/>
        </w:rPr>
        <w:t>令这两种边长的平方相等，并使用单位立方体的棱长，得到 t=3/4，因此边长为 t√(2)=(3√(2))/4。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P₁ at the origin with edges along the axes, and let each of the three octahedron vertices near P₁ be a distance t from P₁; by symmetry the three near P₁' are also a distance t from P₁'.</w:t>
      </w:r>
    </w:p>
    <w:p>
      <w:pPr>
        <w:spacing w:before="0" w:after="80" w:line="300" w:lineRule="auto"/>
        <w:jc w:val="left"/>
      </w:pPr>
      <w:r>
        <w:rPr>
          <w:rFonts w:ascii="Times New Roman" w:hAnsi="Times New Roman" w:eastAsia="宋体"/>
          <w:b w:val="0"/>
          <w:i w:val="0"/>
          <w:color w:val="333333"/>
          <w:sz w:val="19"/>
        </w:rPr>
        <w:t>Two vertices sharing P₁, such as (t,0,0) and (0,t,0), are a distance t√(2) apart. A vertex near P₁, say (t,0,0), and the appropriate vertex near P₁', say (1,1-t,1), must be the same distance apart.</w:t>
      </w:r>
    </w:p>
    <w:p>
      <w:pPr>
        <w:spacing w:before="0" w:after="80" w:line="300" w:lineRule="auto"/>
        <w:jc w:val="left"/>
      </w:pPr>
      <w:r>
        <w:rPr>
          <w:rFonts w:ascii="Times New Roman" w:hAnsi="Times New Roman" w:eastAsia="宋体"/>
          <w:b w:val="0"/>
          <w:i w:val="0"/>
          <w:color w:val="333333"/>
          <w:sz w:val="19"/>
        </w:rPr>
        <w:t>Setting the two squared side lengths equal and using the cube’s unit edges yields t=3/4, so the side length is t√(2)=(3√(2))/4.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对于平行边为 a&lt; c、两腰为 b,d 的梯形，平移一条腰会形成边长为 b，d，和 c-a 的三角形。三角形不等式迫使较长的平行边为 c=11。</w:t>
      </w:r>
    </w:p>
    <w:p>
      <w:pPr>
        <w:spacing w:before="0" w:after="80" w:line="300" w:lineRule="auto"/>
        <w:jc w:val="left"/>
      </w:pPr>
      <w:r>
        <w:rPr>
          <w:rFonts w:ascii="Times New Roman" w:hAnsi="Times New Roman" w:eastAsia="宋体"/>
          <w:b w:val="0"/>
          <w:i w:val="0"/>
          <w:sz w:val="21"/>
        </w:rPr>
        <w:t>若 a=3，三角形边长为 5,7,8，面积为 10√(3)，梯形面积为 35/2√(3)。若 a=5，三角形边长为 3,6,7，面积为 4√(5)，梯形面积为 32/3√(5)。若 a=7，三角形边长为 3,4,5，是直角三角形，梯形面积为 27。</w:t>
      </w:r>
    </w:p>
    <w:p>
      <w:pPr>
        <w:spacing w:before="0" w:after="80" w:line="300" w:lineRule="auto"/>
        <w:jc w:val="left"/>
      </w:pPr>
      <w:r>
        <w:rPr>
          <w:rFonts w:ascii="Times New Roman" w:hAnsi="Times New Roman" w:eastAsia="宋体"/>
          <w:b w:val="0"/>
          <w:i w:val="0"/>
          <w:sz w:val="21"/>
        </w:rPr>
        <w:t>总和为 35/2√(3)+32/3√(5)+27，所以</w:t>
      </w:r>
    </w:p>
    <w:p>
      <w:pPr>
        <w:spacing w:before="0" w:after="80" w:line="300" w:lineRule="auto"/>
        <w:jc w:val="left"/>
      </w:pPr>
      <w:r>
        <w:rPr>
          <w:rFonts w:ascii="Times New Roman" w:hAnsi="Times New Roman" w:eastAsia="宋体"/>
          <w:b w:val="0"/>
          <w:i w:val="0"/>
          <w:sz w:val="21"/>
        </w:rPr>
        <w:t>r₁+r₂+r₃+n₁+n₂</w:t>
      </w:r>
    </w:p>
    <w:p>
      <w:pPr>
        <w:spacing w:before="0" w:after="80" w:line="300" w:lineRule="auto"/>
        <w:jc w:val="left"/>
      </w:pPr>
      <w:r>
        <w:rPr>
          <w:rFonts w:ascii="Times New Roman" w:hAnsi="Times New Roman" w:eastAsia="宋体"/>
          <w:b w:val="0"/>
          <w:i w:val="0"/>
          <w:sz w:val="21"/>
        </w:rPr>
        <w:t>= 35/2+32/3+27+3+5</w:t>
      </w:r>
    </w:p>
    <w:p>
      <w:pPr>
        <w:spacing w:before="0" w:after="80" w:line="300" w:lineRule="auto"/>
        <w:jc w:val="left"/>
      </w:pPr>
      <w:r>
        <w:rPr>
          <w:rFonts w:ascii="Times New Roman" w:hAnsi="Times New Roman" w:eastAsia="宋体"/>
          <w:b w:val="0"/>
          <w:i w:val="0"/>
          <w:sz w:val="21"/>
        </w:rPr>
        <w:t>= 63+1/6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小于或等于这个值的最大整数是 63。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trapezoid with parallel sides a&lt; c and legs b,d, translating a leg forms a triangle with sides b, d, and c-a. The triangle inequality forces the longer parallel side to be c=11.</w:t>
      </w:r>
    </w:p>
    <w:p>
      <w:pPr>
        <w:spacing w:before="0" w:after="80" w:line="300" w:lineRule="auto"/>
        <w:jc w:val="left"/>
      </w:pPr>
      <w:r>
        <w:rPr>
          <w:rFonts w:ascii="Times New Roman" w:hAnsi="Times New Roman" w:eastAsia="宋体"/>
          <w:b w:val="0"/>
          <w:i w:val="0"/>
          <w:color w:val="333333"/>
          <w:sz w:val="19"/>
        </w:rPr>
        <w:t>If a=3, the triangle has sides 5,7,8 with area 10√(3), and the trapezoid has area 35/2√(3). If a=5, the triangle has sides 3,6,7 with area 4√(5), giving trapezoid area 32/3√(5). If a=7, the triangle has sides 3,4,5, a right triangle, giving trapezoid area 27.</w:t>
      </w:r>
    </w:p>
    <w:p>
      <w:pPr>
        <w:spacing w:before="0" w:after="80" w:line="300" w:lineRule="auto"/>
        <w:jc w:val="left"/>
      </w:pPr>
      <w:r>
        <w:rPr>
          <w:rFonts w:ascii="Times New Roman" w:hAnsi="Times New Roman" w:eastAsia="宋体"/>
          <w:b w:val="0"/>
          <w:i w:val="0"/>
          <w:color w:val="333333"/>
          <w:sz w:val="19"/>
        </w:rPr>
        <w:t>The total is 35/2√(3)+32/3√(5)+27, so</w:t>
      </w:r>
    </w:p>
    <w:p>
      <w:pPr>
        <w:spacing w:before="0" w:after="80" w:line="300" w:lineRule="auto"/>
        <w:jc w:val="left"/>
      </w:pPr>
      <w:r>
        <w:rPr>
          <w:rFonts w:ascii="Times New Roman" w:hAnsi="Times New Roman" w:eastAsia="宋体"/>
          <w:b w:val="0"/>
          <w:i w:val="0"/>
          <w:color w:val="333333"/>
          <w:sz w:val="19"/>
        </w:rPr>
        <w:t>r₁+r₂+r₃+n₁+n₂</w:t>
      </w:r>
    </w:p>
    <w:p>
      <w:pPr>
        <w:spacing w:before="0" w:after="80" w:line="300" w:lineRule="auto"/>
        <w:jc w:val="left"/>
      </w:pPr>
      <w:r>
        <w:rPr>
          <w:rFonts w:ascii="Times New Roman" w:hAnsi="Times New Roman" w:eastAsia="宋体"/>
          <w:b w:val="0"/>
          <w:i w:val="0"/>
          <w:color w:val="333333"/>
          <w:sz w:val="19"/>
        </w:rPr>
        <w:t>= 35/2+32/3+27+3+5</w:t>
      </w:r>
    </w:p>
    <w:p>
      <w:pPr>
        <w:spacing w:before="0" w:after="80" w:line="300" w:lineRule="auto"/>
        <w:jc w:val="left"/>
      </w:pPr>
      <w:r>
        <w:rPr>
          <w:rFonts w:ascii="Times New Roman" w:hAnsi="Times New Roman" w:eastAsia="宋体"/>
          <w:b w:val="0"/>
          <w:i w:val="0"/>
          <w:color w:val="333333"/>
          <w:sz w:val="19"/>
        </w:rPr>
        <w:t>= 63+1/6.</w:t>
      </w:r>
    </w:p>
    <w:p>
      <w:pPr>
        <w:spacing w:before="0" w:after="80" w:line="300" w:lineRule="auto"/>
        <w:jc w:val="left"/>
      </w:pPr>
      <w:r>
        <w:rPr>
          <w:rFonts w:ascii="Times New Roman" w:hAnsi="Times New Roman" w:eastAsia="宋体"/>
          <w:b w:val="0"/>
          <w:i w:val="0"/>
          <w:color w:val="333333"/>
          <w:sz w:val="19"/>
        </w:rPr>
        <w:t>The greatest integer at most this value is 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延长 EF 和 CB，并过 A 作一条同时垂直于它们的直线，交点分别为 H 和 J。 因为 ∠ ABJ=60° 有 BJ=20 且 AJ=20√(3)。 令 u=BX， 勾股定理给出 s²=(20+u)²+(20√(3))²。</w:t>
      </w:r>
    </w:p>
    <w:p>
      <w:pPr>
        <w:spacing w:before="0" w:after="80" w:line="300" w:lineRule="auto"/>
        <w:jc w:val="left"/>
      </w:pPr>
      <w:r>
        <w:rPr>
          <w:rFonts w:ascii="Times New Roman" w:hAnsi="Times New Roman" w:eastAsia="宋体"/>
          <w:b w:val="0"/>
          <w:i w:val="0"/>
          <w:sz w:val="21"/>
        </w:rPr>
        <w:t>等角条件使四个角部三角形全等，沿 EF 追踪相等线段可得</w:t>
      </w:r>
    </w:p>
    <w:p>
      <w:pPr>
        <w:spacing w:before="0" w:after="80" w:line="300" w:lineRule="auto"/>
        <w:jc w:val="left"/>
      </w:pPr>
      <w:r>
        <w:rPr>
          <w:rFonts w:ascii="Times New Roman" w:hAnsi="Times New Roman" w:eastAsia="宋体"/>
          <w:b w:val="0"/>
          <w:i w:val="0"/>
          <w:sz w:val="21"/>
        </w:rPr>
        <w:t>u+20√(3) = 41(√(3)-1)</w:t>
      </w:r>
    </w:p>
    <w:p>
      <w:pPr>
        <w:spacing w:before="0" w:after="80" w:line="300" w:lineRule="auto"/>
        <w:jc w:val="left"/>
      </w:pPr>
      <w:r>
        <w:rPr>
          <w:rFonts w:ascii="Times New Roman" w:hAnsi="Times New Roman" w:eastAsia="宋体"/>
          <w:b w:val="0"/>
          <w:i w:val="0"/>
          <w:sz w:val="21"/>
        </w:rPr>
        <w:t>+20+u/(√(3))，</w:t>
      </w:r>
    </w:p>
    <w:p>
      <w:pPr>
        <w:spacing w:before="0" w:after="80" w:line="300" w:lineRule="auto"/>
        <w:jc w:val="left"/>
      </w:pPr>
      <w:r>
        <w:rPr>
          <w:rFonts w:ascii="Times New Roman" w:hAnsi="Times New Roman" w:eastAsia="宋体"/>
          <w:b w:val="0"/>
          <w:i w:val="0"/>
          <w:sz w:val="21"/>
        </w:rPr>
        <w:t>所以 u=21√(3)-20。</w:t>
      </w:r>
    </w:p>
    <w:p>
      <w:pPr>
        <w:spacing w:before="0" w:after="80" w:line="300" w:lineRule="auto"/>
        <w:jc w:val="left"/>
      </w:pPr>
      <w:r>
        <w:rPr>
          <w:rFonts w:ascii="Times New Roman" w:hAnsi="Times New Roman" w:eastAsia="宋体"/>
          <w:b w:val="0"/>
          <w:i w:val="0"/>
          <w:sz w:val="21"/>
        </w:rPr>
        <w:t>因为 20+u=21√(3)，所以</w:t>
      </w:r>
    </w:p>
    <w:p>
      <w:pPr>
        <w:spacing w:before="0" w:after="80" w:line="300" w:lineRule="auto"/>
        <w:jc w:val="left"/>
      </w:pPr>
      <w:r>
        <w:rPr>
          <w:rFonts w:ascii="Times New Roman" w:hAnsi="Times New Roman" w:eastAsia="宋体"/>
          <w:b w:val="0"/>
          <w:i w:val="0"/>
          <w:sz w:val="21"/>
        </w:rPr>
        <w:t>s² = (21√(3))²+(20√(3))²</w:t>
      </w:r>
    </w:p>
    <w:p>
      <w:pPr>
        <w:spacing w:before="0" w:after="80" w:line="300" w:lineRule="auto"/>
        <w:jc w:val="left"/>
      </w:pPr>
      <w:r>
        <w:rPr>
          <w:rFonts w:ascii="Times New Roman" w:hAnsi="Times New Roman" w:eastAsia="宋体"/>
          <w:b w:val="0"/>
          <w:i w:val="0"/>
          <w:sz w:val="21"/>
        </w:rPr>
        <w:t>= 3(441+400)=3·29²，</w:t>
      </w:r>
    </w:p>
    <w:p>
      <w:pPr>
        <w:spacing w:before="0" w:after="80" w:line="300" w:lineRule="auto"/>
        <w:jc w:val="left"/>
      </w:pPr>
      <w:r>
        <w:rPr>
          <w:rFonts w:ascii="Times New Roman" w:hAnsi="Times New Roman" w:eastAsia="宋体"/>
          <w:b w:val="0"/>
          <w:i w:val="0"/>
          <w:sz w:val="21"/>
        </w:rPr>
        <w:t>因此 s=29√(3)。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EF and CB to a line through A perpendicular to both, meeting them at H and J. Since ∠ ABJ=60°, we have BJ=20 and AJ=20√(3). With u=BX, the Pythagorean theorem gives s²=(20+u)²+(20√(3))².</w:t>
      </w:r>
    </w:p>
    <w:p>
      <w:pPr>
        <w:spacing w:before="0" w:after="80" w:line="300" w:lineRule="auto"/>
        <w:jc w:val="left"/>
      </w:pPr>
      <w:r>
        <w:rPr>
          <w:rFonts w:ascii="Times New Roman" w:hAnsi="Times New Roman" w:eastAsia="宋体"/>
          <w:b w:val="0"/>
          <w:i w:val="0"/>
          <w:color w:val="333333"/>
          <w:sz w:val="19"/>
        </w:rPr>
        <w:t>The equiangular angles make the four corner triangles congruent, and chasing the equal segments along EF yields</w:t>
      </w:r>
    </w:p>
    <w:p>
      <w:pPr>
        <w:spacing w:before="0" w:after="80" w:line="300" w:lineRule="auto"/>
        <w:jc w:val="left"/>
      </w:pPr>
      <w:r>
        <w:rPr>
          <w:rFonts w:ascii="Times New Roman" w:hAnsi="Times New Roman" w:eastAsia="宋体"/>
          <w:b w:val="0"/>
          <w:i w:val="0"/>
          <w:color w:val="333333"/>
          <w:sz w:val="19"/>
        </w:rPr>
        <w:t>u+20√(3) = 41(√(3)-1)</w:t>
      </w:r>
    </w:p>
    <w:p>
      <w:pPr>
        <w:spacing w:before="0" w:after="80" w:line="300" w:lineRule="auto"/>
        <w:jc w:val="left"/>
      </w:pPr>
      <w:r>
        <w:rPr>
          <w:rFonts w:ascii="Times New Roman" w:hAnsi="Times New Roman" w:eastAsia="宋体"/>
          <w:b w:val="0"/>
          <w:i w:val="0"/>
          <w:color w:val="333333"/>
          <w:sz w:val="19"/>
        </w:rPr>
        <w:t>+20+u/(√(3)),</w:t>
      </w:r>
    </w:p>
    <w:p>
      <w:pPr>
        <w:spacing w:before="0" w:after="80" w:line="300" w:lineRule="auto"/>
        <w:jc w:val="left"/>
      </w:pPr>
      <w:r>
        <w:rPr>
          <w:rFonts w:ascii="Times New Roman" w:hAnsi="Times New Roman" w:eastAsia="宋体"/>
          <w:b w:val="0"/>
          <w:i w:val="0"/>
          <w:color w:val="333333"/>
          <w:sz w:val="19"/>
        </w:rPr>
        <w:t>so u=21√(3)-20.</w:t>
      </w:r>
    </w:p>
    <w:p>
      <w:pPr>
        <w:spacing w:before="0" w:after="80" w:line="300" w:lineRule="auto"/>
        <w:jc w:val="left"/>
      </w:pPr>
      <w:r>
        <w:rPr>
          <w:rFonts w:ascii="Times New Roman" w:hAnsi="Times New Roman" w:eastAsia="宋体"/>
          <w:b w:val="0"/>
          <w:i w:val="0"/>
          <w:color w:val="333333"/>
          <w:sz w:val="19"/>
        </w:rPr>
        <w:t>Since 20+u=21√(3), we get</w:t>
      </w:r>
    </w:p>
    <w:p>
      <w:pPr>
        <w:spacing w:before="0" w:after="80" w:line="300" w:lineRule="auto"/>
        <w:jc w:val="left"/>
      </w:pPr>
      <w:r>
        <w:rPr>
          <w:rFonts w:ascii="Times New Roman" w:hAnsi="Times New Roman" w:eastAsia="宋体"/>
          <w:b w:val="0"/>
          <w:i w:val="0"/>
          <w:color w:val="333333"/>
          <w:sz w:val="19"/>
        </w:rPr>
        <w:t>s² = (21√(3))²+(20√(3))²</w:t>
      </w:r>
    </w:p>
    <w:p>
      <w:pPr>
        <w:spacing w:before="0" w:after="80" w:line="300" w:lineRule="auto"/>
        <w:jc w:val="left"/>
      </w:pPr>
      <w:r>
        <w:rPr>
          <w:rFonts w:ascii="Times New Roman" w:hAnsi="Times New Roman" w:eastAsia="宋体"/>
          <w:b w:val="0"/>
          <w:i w:val="0"/>
          <w:color w:val="333333"/>
          <w:sz w:val="19"/>
        </w:rPr>
        <w:t>= 3(441+400)=3·29²,</w:t>
      </w:r>
    </w:p>
    <w:p>
      <w:pPr>
        <w:spacing w:before="0" w:after="80" w:line="300" w:lineRule="auto"/>
        <w:jc w:val="left"/>
      </w:pPr>
      <w:r>
        <w:rPr>
          <w:rFonts w:ascii="Times New Roman" w:hAnsi="Times New Roman" w:eastAsia="宋体"/>
          <w:b w:val="0"/>
          <w:i w:val="0"/>
          <w:color w:val="333333"/>
          <w:sz w:val="19"/>
        </w:rPr>
        <w:t>giving s=29√(3).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给七列向前（向右）线段编号；若路径不使用返回线段，它只是在每一列选择一条向前线段。选择数为 2,2,4,4,4,2,2，因此有 2¹⁰ 条路径。</w:t>
      </w:r>
    </w:p>
    <w:p>
      <w:pPr>
        <w:spacing w:before="0" w:after="80" w:line="300" w:lineRule="auto"/>
        <w:jc w:val="left"/>
      </w:pPr>
      <w:r>
        <w:rPr>
          <w:rFonts w:ascii="Times New Roman" w:hAnsi="Times New Roman" w:eastAsia="宋体"/>
          <w:b w:val="0"/>
          <w:i w:val="0"/>
          <w:sz w:val="21"/>
        </w:rPr>
        <w:t>设 s₁,s₂,s₃ 为三条向左的返回线段（位于第 2,4,6 列）。分析一旦走过一条返回线段，哪些列会被迫确定，可得：对 {s₁} 和 {s₃}，各有 2⁸ 条路径，对 {s₁,s₃} 有 2⁶ 条，对 {s₂} 有 2⁹ 条，对 {s₁,s₂} 和 {s₂,s₃}，各有 2⁷ 条，对 {s₁,s₂,s₃} 有 2⁵ 条。</w:t>
      </w:r>
    </w:p>
    <w:p>
      <w:pPr>
        <w:spacing w:before="0" w:after="80" w:line="300" w:lineRule="auto"/>
        <w:jc w:val="left"/>
      </w:pPr>
      <w:r>
        <w:rPr>
          <w:rFonts w:ascii="Times New Roman" w:hAnsi="Times New Roman" w:eastAsia="宋体"/>
          <w:b w:val="0"/>
          <w:i w:val="0"/>
          <w:sz w:val="21"/>
        </w:rPr>
        <w:t>相加得</w:t>
      </w:r>
    </w:p>
    <w:p>
      <w:pPr>
        <w:spacing w:before="0" w:after="80" w:line="300" w:lineRule="auto"/>
        <w:jc w:val="left"/>
      </w:pPr>
      <w:r>
        <w:rPr>
          <w:rFonts w:ascii="Times New Roman" w:hAnsi="Times New Roman" w:eastAsia="宋体"/>
          <w:b w:val="0"/>
          <w:i w:val="0"/>
          <w:sz w:val="21"/>
        </w:rPr>
        <w:t>2¹⁰+2·2⁸+2⁶</w:t>
      </w:r>
    </w:p>
    <w:p>
      <w:pPr>
        <w:spacing w:before="0" w:after="80" w:line="300" w:lineRule="auto"/>
        <w:jc w:val="left"/>
      </w:pPr>
      <w:r>
        <w:rPr>
          <w:rFonts w:ascii="Times New Roman" w:hAnsi="Times New Roman" w:eastAsia="宋体"/>
          <w:b w:val="0"/>
          <w:i w:val="0"/>
          <w:sz w:val="21"/>
        </w:rPr>
        <w:t>+2⁹+2·2⁷+2⁵=2400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seven columns of forward (rightward) segments; a path with no back segment simply chooses one forward segment in each column. The numbers of choices are 2,2,4,4,4,2,2, giving 2¹⁰ paths.</w:t>
      </w:r>
    </w:p>
    <w:p>
      <w:pPr>
        <w:spacing w:before="0" w:after="80" w:line="300" w:lineRule="auto"/>
        <w:jc w:val="left"/>
      </w:pPr>
      <w:r>
        <w:rPr>
          <w:rFonts w:ascii="Times New Roman" w:hAnsi="Times New Roman" w:eastAsia="宋体"/>
          <w:b w:val="0"/>
          <w:i w:val="0"/>
          <w:color w:val="333333"/>
          <w:sz w:val="19"/>
        </w:rPr>
        <w:t>Let s₁,s₂,s₃ be the three left-pointing back segments (in columns 2,4,6). Analyzing which columns become forced once a back segment is traversed gives 2⁸ paths for each of {s₁} and {s₃}, 2⁶ for {s₁,s₃}, 2⁹ for {s₂}, 2⁷ for each of {s₁,s₂} and {s₂,s₃}, and 2⁵ for {s₁,s₂,s₃}.</w:t>
      </w:r>
    </w:p>
    <w:p>
      <w:pPr>
        <w:spacing w:before="0" w:after="80" w:line="300" w:lineRule="auto"/>
        <w:jc w:val="left"/>
      </w:pPr>
      <w:r>
        <w:rPr>
          <w:rFonts w:ascii="Times New Roman" w:hAnsi="Times New Roman" w:eastAsia="宋体"/>
          <w:b w:val="0"/>
          <w:i w:val="0"/>
          <w:color w:val="333333"/>
          <w:sz w:val="19"/>
        </w:rPr>
        <w:t>Adding,</w:t>
      </w:r>
    </w:p>
    <w:p>
      <w:pPr>
        <w:spacing w:before="0" w:after="80" w:line="300" w:lineRule="auto"/>
        <w:jc w:val="left"/>
      </w:pPr>
      <w:r>
        <w:rPr>
          <w:rFonts w:ascii="Times New Roman" w:hAnsi="Times New Roman" w:eastAsia="宋体"/>
          <w:b w:val="0"/>
          <w:i w:val="0"/>
          <w:color w:val="333333"/>
          <w:sz w:val="19"/>
        </w:rPr>
        <w:t>2¹⁰+2·2⁸+2⁶</w:t>
      </w:r>
    </w:p>
    <w:p>
      <w:pPr>
        <w:spacing w:before="0" w:after="80" w:line="300" w:lineRule="auto"/>
        <w:jc w:val="left"/>
      </w:pPr>
      <w:r>
        <w:rPr>
          <w:rFonts w:ascii="Times New Roman" w:hAnsi="Times New Roman" w:eastAsia="宋体"/>
          <w:b w:val="0"/>
          <w:i w:val="0"/>
          <w:color w:val="333333"/>
          <w:sz w:val="19"/>
        </w:rPr>
        <w:t>+2⁹+2·2⁷+2⁵=2400.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因为 |z₀|=1，对恒等式</w:t>
      </w:r>
    </w:p>
    <w:p>
      <w:pPr>
        <w:spacing w:before="0" w:after="80" w:line="300" w:lineRule="auto"/>
        <w:jc w:val="left"/>
      </w:pPr>
      <w:r>
        <w:rPr>
          <w:rFonts w:ascii="Times New Roman" w:hAnsi="Times New Roman" w:eastAsia="宋体"/>
          <w:b w:val="0"/>
          <w:i w:val="0"/>
          <w:sz w:val="21"/>
        </w:rPr>
        <w:t>4z₀⁵-(z₀-1)P(z₀)</w:t>
      </w:r>
    </w:p>
    <w:p>
      <w:pPr>
        <w:spacing w:before="0" w:after="80" w:line="300" w:lineRule="auto"/>
        <w:jc w:val="left"/>
      </w:pPr>
      <w:r>
        <w:rPr>
          <w:rFonts w:ascii="Times New Roman" w:hAnsi="Times New Roman" w:eastAsia="宋体"/>
          <w:b w:val="0"/>
          <w:i w:val="0"/>
          <w:sz w:val="21"/>
        </w:rPr>
        <w:t>=z₀⁴(4-a)+z₀³(a-b)</w:t>
      </w:r>
    </w:p>
    <w:p>
      <w:pPr>
        <w:spacing w:before="0" w:after="80" w:line="300" w:lineRule="auto"/>
        <w:jc w:val="left"/>
      </w:pPr>
      <w:r>
        <w:rPr>
          <w:rFonts w:ascii="Times New Roman" w:hAnsi="Times New Roman" w:eastAsia="宋体"/>
          <w:b w:val="0"/>
          <w:i w:val="0"/>
          <w:sz w:val="21"/>
        </w:rPr>
        <w:t>+z₀²(b-c)+z₀(c-d)+d</w:t>
      </w:r>
    </w:p>
    <w:p>
      <w:pPr>
        <w:spacing w:before="0" w:after="80" w:line="300" w:lineRule="auto"/>
        <w:jc w:val="left"/>
      </w:pPr>
      <w:r>
        <w:rPr>
          <w:rFonts w:ascii="Times New Roman" w:hAnsi="Times New Roman" w:eastAsia="宋体"/>
          <w:b w:val="0"/>
          <w:i w:val="0"/>
          <w:sz w:val="21"/>
        </w:rPr>
        <w:t>使用三角不等式时，左边的绝对值是 4。右边非负的系数差之和也是 4，所以三角不等式取等号，所有非零复数项都指向同一方向。</w:t>
      </w:r>
    </w:p>
    <w:p>
      <w:pPr>
        <w:spacing w:before="0" w:after="80" w:line="300" w:lineRule="auto"/>
        <w:jc w:val="left"/>
      </w:pPr>
      <w:r>
        <w:rPr>
          <w:rFonts w:ascii="Times New Roman" w:hAnsi="Times New Roman" w:eastAsia="宋体"/>
          <w:b w:val="0"/>
          <w:i w:val="0"/>
          <w:sz w:val="21"/>
        </w:rPr>
        <w:t>如果有两个系数差非零，取它们的商可知，对某个 1≤ k≤4，z₀ᵏ 是正实数。由于 |z₀|=1，这意味着 z₀ᵏ=1。当 k=2,3,4 时，分别得到 a=4,b=c,d=0；a=b=4,c=d=0；以及一个已经属于第一族的多项式。若不存在这样的幂，等号条件迫使恰有一个非零系数差。常数项的差给出 a=b=c=d=4；其他位置的差也会迫使 z₀^(5-j)=1，从而回到上述情形。因此，多项式恰好是 4z⁴+4z³+bz²+bz，其中 0≤ b≤4，再加上 4z⁴+4z³+4z² 和 4z⁴+4z³+4z²+4z+4。</w:t>
      </w:r>
    </w:p>
    <w:p>
      <w:pPr>
        <w:spacing w:before="0" w:after="80" w:line="300" w:lineRule="auto"/>
        <w:jc w:val="left"/>
      </w:pPr>
      <w:r>
        <w:rPr>
          <w:rFonts w:ascii="Times New Roman" w:hAnsi="Times New Roman" w:eastAsia="宋体"/>
          <w:b w:val="0"/>
          <w:i w:val="0"/>
          <w:sz w:val="21"/>
        </w:rPr>
        <w:t>它们在 1 处的值分别为 20，12，以及 8+2b；总和为</w:t>
      </w:r>
    </w:p>
    <w:p>
      <w:pPr>
        <w:spacing w:before="0" w:after="80" w:line="300" w:lineRule="auto"/>
        <w:jc w:val="left"/>
      </w:pPr>
      <w:r>
        <w:rPr>
          <w:rFonts w:ascii="Times New Roman" w:hAnsi="Times New Roman" w:eastAsia="宋体"/>
          <w:b w:val="0"/>
          <w:i w:val="0"/>
          <w:sz w:val="21"/>
        </w:rPr>
        <w:t>20+12+Σ_(b=0)⁴(8+2b)</w:t>
      </w:r>
    </w:p>
    <w:p>
      <w:pPr>
        <w:spacing w:before="0" w:after="80" w:line="300" w:lineRule="auto"/>
        <w:jc w:val="left"/>
      </w:pPr>
      <w:r>
        <w:rPr>
          <w:rFonts w:ascii="Times New Roman" w:hAnsi="Times New Roman" w:eastAsia="宋体"/>
          <w:b w:val="0"/>
          <w:i w:val="0"/>
          <w:sz w:val="21"/>
        </w:rPr>
        <w:t>= 32+40+20</w:t>
      </w:r>
    </w:p>
    <w:p>
      <w:pPr>
        <w:spacing w:before="0" w:after="80" w:line="300" w:lineRule="auto"/>
        <w:jc w:val="left"/>
      </w:pPr>
      <w:r>
        <w:rPr>
          <w:rFonts w:ascii="Times New Roman" w:hAnsi="Times New Roman" w:eastAsia="宋体"/>
          <w:b w:val="0"/>
          <w:i w:val="0"/>
          <w:sz w:val="21"/>
        </w:rPr>
        <w:t>= 92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|z₀|=1, applying the triangle inequality to the identity</w:t>
      </w:r>
    </w:p>
    <w:p>
      <w:pPr>
        <w:spacing w:before="0" w:after="80" w:line="300" w:lineRule="auto"/>
        <w:jc w:val="left"/>
      </w:pPr>
      <w:r>
        <w:rPr>
          <w:rFonts w:ascii="Times New Roman" w:hAnsi="Times New Roman" w:eastAsia="宋体"/>
          <w:b w:val="0"/>
          <w:i w:val="0"/>
          <w:color w:val="333333"/>
          <w:sz w:val="19"/>
        </w:rPr>
        <w:t>4z₀⁵-(z₀-1)P(z₀)</w:t>
      </w:r>
    </w:p>
    <w:p>
      <w:pPr>
        <w:spacing w:before="0" w:after="80" w:line="300" w:lineRule="auto"/>
        <w:jc w:val="left"/>
      </w:pPr>
      <w:r>
        <w:rPr>
          <w:rFonts w:ascii="Times New Roman" w:hAnsi="Times New Roman" w:eastAsia="宋体"/>
          <w:b w:val="0"/>
          <w:i w:val="0"/>
          <w:color w:val="333333"/>
          <w:sz w:val="19"/>
        </w:rPr>
        <w:t>=z₀⁴(4-a)+z₀³(a-b)</w:t>
      </w:r>
    </w:p>
    <w:p>
      <w:pPr>
        <w:spacing w:before="0" w:after="80" w:line="300" w:lineRule="auto"/>
        <w:jc w:val="left"/>
      </w:pPr>
      <w:r>
        <w:rPr>
          <w:rFonts w:ascii="Times New Roman" w:hAnsi="Times New Roman" w:eastAsia="宋体"/>
          <w:b w:val="0"/>
          <w:i w:val="0"/>
          <w:color w:val="333333"/>
          <w:sz w:val="19"/>
        </w:rPr>
        <w:t>+z₀²(b-c)+z₀(c-d)+d</w:t>
      </w:r>
    </w:p>
    <w:p>
      <w:pPr>
        <w:spacing w:before="0" w:after="80" w:line="300" w:lineRule="auto"/>
        <w:jc w:val="left"/>
      </w:pPr>
      <w:r>
        <w:rPr>
          <w:rFonts w:ascii="Times New Roman" w:hAnsi="Times New Roman" w:eastAsia="宋体"/>
          <w:b w:val="0"/>
          <w:i w:val="0"/>
          <w:color w:val="333333"/>
          <w:sz w:val="19"/>
        </w:rPr>
        <w:t>has left side of absolute value 4. The nonnegative coefficient jumps on the right sum to 4, so the triangle inequality is an equality and all its nonzero complex summands point in the same direction.</w:t>
      </w:r>
    </w:p>
    <w:p>
      <w:pPr>
        <w:spacing w:before="0" w:after="80" w:line="300" w:lineRule="auto"/>
        <w:jc w:val="left"/>
      </w:pPr>
      <w:r>
        <w:rPr>
          <w:rFonts w:ascii="Times New Roman" w:hAnsi="Times New Roman" w:eastAsia="宋体"/>
          <w:b w:val="0"/>
          <w:i w:val="0"/>
          <w:color w:val="333333"/>
          <w:sz w:val="19"/>
        </w:rPr>
        <w:t>If two jumps are nonzero, their quotient shows that z₀ᵏ is a positive real for some 1≤ k≤4. Since |z₀|=1, this means z₀ᵏ=1. The cases k=2,3,4 give, respectively, a=4,b=c,d=0; a=b=4,c=d=0; and a polynomial already in the first family. If no such power exists, equality forces exactly one nonzero jump. The constant jump gives a=b=c=d=4; any other jump again forces z₀^(5-j)=1 and returns to the cases just listed. Hence the polynomials are exactly 4z⁴+4z³+bz²+bz for 0≤ b≤4, together with 4z⁴+4z³+4z² and 4z⁴+4z³+4z²+4z+4.</w:t>
      </w:r>
    </w:p>
    <w:p>
      <w:pPr>
        <w:spacing w:before="0" w:after="80" w:line="300" w:lineRule="auto"/>
        <w:jc w:val="left"/>
      </w:pPr>
      <w:r>
        <w:rPr>
          <w:rFonts w:ascii="Times New Roman" w:hAnsi="Times New Roman" w:eastAsia="宋体"/>
          <w:b w:val="0"/>
          <w:i w:val="0"/>
          <w:color w:val="333333"/>
          <w:sz w:val="19"/>
        </w:rPr>
        <w:t>Their values at 1 are 20, 12, and 8+2b; summing gives</w:t>
      </w:r>
    </w:p>
    <w:p>
      <w:pPr>
        <w:spacing w:before="0" w:after="80" w:line="300" w:lineRule="auto"/>
        <w:jc w:val="left"/>
      </w:pPr>
      <w:r>
        <w:rPr>
          <w:rFonts w:ascii="Times New Roman" w:hAnsi="Times New Roman" w:eastAsia="宋体"/>
          <w:b w:val="0"/>
          <w:i w:val="0"/>
          <w:color w:val="333333"/>
          <w:sz w:val="19"/>
        </w:rPr>
        <w:t>20+12+Σ_(b=0)⁴(8+2b)</w:t>
      </w:r>
    </w:p>
    <w:p>
      <w:pPr>
        <w:spacing w:before="0" w:after="80" w:line="300" w:lineRule="auto"/>
        <w:jc w:val="left"/>
      </w:pPr>
      <w:r>
        <w:rPr>
          <w:rFonts w:ascii="Times New Roman" w:hAnsi="Times New Roman" w:eastAsia="宋体"/>
          <w:b w:val="0"/>
          <w:i w:val="0"/>
          <w:color w:val="333333"/>
          <w:sz w:val="19"/>
        </w:rPr>
        <w:t>= 32+40+20</w:t>
      </w:r>
    </w:p>
    <w:p>
      <w:pPr>
        <w:spacing w:before="0" w:after="80" w:line="300" w:lineRule="auto"/>
        <w:jc w:val="left"/>
      </w:pPr>
      <w:r>
        <w:rPr>
          <w:rFonts w:ascii="Times New Roman" w:hAnsi="Times New Roman" w:eastAsia="宋体"/>
          <w:b w:val="0"/>
          <w:i w:val="0"/>
          <w:color w:val="333333"/>
          <w:sz w:val="19"/>
        </w:rPr>
        <w:t>= 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若 N₂ 是 N₁ 的倍数，则 f₁(N₂) 是 f₁(N₁) 的倍数，所以若 S_(N₁) 无界，则 S_(N₂) 也无界。称 N 为本质数，如果它无界而任何真因数都不无界。本质数 N 的所有指数都至少为 2，并且 (p₁⋯ pₖ)²≤400 迫使它至多含两个质数。</w:t>
      </w:r>
    </w:p>
    <w:p>
      <w:pPr>
        <w:spacing w:before="0" w:after="80" w:line="300" w:lineRule="auto"/>
        <w:jc w:val="left"/>
      </w:pPr>
      <w:r>
        <w:rPr>
          <w:rFonts w:ascii="Times New Roman" w:hAnsi="Times New Roman" w:eastAsia="宋体"/>
          <w:b w:val="0"/>
          <w:i w:val="0"/>
          <w:sz w:val="21"/>
        </w:rPr>
        <w:t>对于 n=2ᵃ3ᵇ，两次迭代把指数对变成 (2a-4,2b-3)。因此轨道无界，当且仅当 a≥5 或 b≥4，由此得到本质数 2⁵=32 和 3⁴=81。对于只含另一个质数的情形，上界只留下 5²,5³,7²,7³,11²,13²,17²,19²；直接应用 f₁ 后只有 7³=343 是本质数。对于两个质数，p₁p₂≤20 除 (2,3) 外只留下 (2,5),(2,7),(3,5)。对相应的平方因子乘积应用 f₁，只剩 2⁴·5²=400。</w:t>
      </w:r>
    </w:p>
    <w:p>
      <w:pPr>
        <w:spacing w:before="0" w:after="80" w:line="300" w:lineRule="auto"/>
        <w:jc w:val="left"/>
      </w:pPr>
      <w:r>
        <w:rPr>
          <w:rFonts w:ascii="Times New Roman" w:hAnsi="Times New Roman" w:eastAsia="宋体"/>
          <w:b w:val="0"/>
          <w:i w:val="0"/>
          <w:sz w:val="21"/>
        </w:rPr>
        <w:t>它们在 400 以内的倍数个数分别为 ⌊400/32⌋=12，⌊400/81⌋=4，⌊400/343⌋=1，和 ⌊400/400⌋=1，且没有重叠，总数为 12+4+1+1=18。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N₂ is a multiple of N₁ then f₁(N₂) is a multiple of f₁(N₁), so if S_(N₁) is unbounded so is S_(N₂). Call N essential if it is unbounded but no proper divisor is. An essential N must have all exponents at least 2, and (p₁⋯ pₖ)²≤400 forces at most two primes.</w:t>
      </w:r>
    </w:p>
    <w:p>
      <w:pPr>
        <w:spacing w:before="0" w:after="80" w:line="300" w:lineRule="auto"/>
        <w:jc w:val="left"/>
      </w:pPr>
      <w:r>
        <w:rPr>
          <w:rFonts w:ascii="Times New Roman" w:hAnsi="Times New Roman" w:eastAsia="宋体"/>
          <w:b w:val="0"/>
          <w:i w:val="0"/>
          <w:color w:val="333333"/>
          <w:sz w:val="19"/>
        </w:rPr>
        <w:t>For n=2ᵃ3ᵇ, two iterations send the exponent pair to (2a-4,2b-3). Thus the orbit is unbounded exactly when a≥5 or b≥4, producing the essential values 2⁵=32 and 3⁴=81. For a single other prime, the bound leaves only 5²,5³,7²,7³,11²,13²,17²,19²; direct application of f₁ leaves only 7³=343 essential. With two primes, p₁p₂≤20 leaves the pairs (2,5),(2,7),(3,5) besides (2,3). Applying f₁ to their possible squareful products leaves only 2⁴·5²=400.</w:t>
      </w:r>
    </w:p>
    <w:p>
      <w:pPr>
        <w:spacing w:before="0" w:after="80" w:line="300" w:lineRule="auto"/>
        <w:jc w:val="left"/>
      </w:pPr>
      <w:r>
        <w:rPr>
          <w:rFonts w:ascii="Times New Roman" w:hAnsi="Times New Roman" w:eastAsia="宋体"/>
          <w:b w:val="0"/>
          <w:i w:val="0"/>
          <w:color w:val="333333"/>
          <w:sz w:val="19"/>
        </w:rPr>
        <w:t>Their multiples up to 400 number ⌊400/32⌋=12, ⌊400/81⌋=4, ⌊400/343⌋=1, and ⌊400/400⌋=1, with no overlaps, for a total of 12+4+1+1=18.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等腰直角三角形贡献 f(t)=1。 对于三边互不相等的直角三角形，关于合适的直线反射可把它与三角形 t₁ 配对，使得 f(t)f(t₁) =tan(∠ CBA)tan(∠ ACB) =1。</w:t>
      </w:r>
    </w:p>
    <w:p>
      <w:pPr>
        <w:spacing w:before="0" w:after="80" w:line="300" w:lineRule="auto"/>
        <w:jc w:val="left"/>
      </w:pPr>
      <w:r>
        <w:rPr>
          <w:rFonts w:ascii="Times New Roman" w:hAnsi="Times New Roman" w:eastAsia="宋体"/>
          <w:b w:val="0"/>
          <w:i w:val="0"/>
          <w:sz w:val="21"/>
        </w:rPr>
        <w:t>连续反射（关于 x=2， 再关于 x=y， 再关于 y=5/2）把乘积化简为仅六个形如 OYZ 且 Y 在最上排的三角形对应乘积的倒数。</w:t>
      </w:r>
    </w:p>
    <w:p>
      <w:pPr>
        <w:spacing w:before="0" w:after="80" w:line="300" w:lineRule="auto"/>
        <w:jc w:val="left"/>
      </w:pPr>
      <w:r>
        <w:rPr>
          <w:rFonts w:ascii="Times New Roman" w:hAnsi="Times New Roman" w:eastAsia="宋体"/>
          <w:b w:val="0"/>
          <w:i w:val="0"/>
          <w:sz w:val="21"/>
        </w:rPr>
        <w:t>这六个三角形给出</w:t>
      </w:r>
    </w:p>
    <w:p>
      <w:pPr>
        <w:spacing w:before="0" w:after="80" w:line="300" w:lineRule="auto"/>
        <w:jc w:val="left"/>
      </w:pPr>
      <w:r>
        <w:rPr>
          <w:rFonts w:ascii="Times New Roman" w:hAnsi="Times New Roman" w:eastAsia="宋体"/>
          <w:b w:val="0"/>
          <w:i w:val="0"/>
          <w:sz w:val="21"/>
        </w:rPr>
        <w:t>1/5·2/5·3/5·4/5·(3√(2))/(√(2))</w:t>
      </w:r>
    </w:p>
    <w:p>
      <w:pPr>
        <w:spacing w:before="0" w:after="80" w:line="300" w:lineRule="auto"/>
        <w:jc w:val="left"/>
      </w:pPr>
      <w:r>
        <w:rPr>
          <w:rFonts w:ascii="Times New Roman" w:hAnsi="Times New Roman" w:eastAsia="宋体"/>
          <w:b w:val="0"/>
          <w:i w:val="0"/>
          <w:sz w:val="21"/>
        </w:rPr>
        <w:t>·(4√(2))/(2√(2))=144/625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因此所求乘积是其倒数 625/144。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Isosceles right triangles contribute f(t)=1. For a scalene right triangle, reflecting across a suitable line pairs it with a triangle t₁ so that f(t)f(t₁) =tan(∠ CBA)tan(∠ ACB) =1.</w:t>
      </w:r>
    </w:p>
    <w:p>
      <w:pPr>
        <w:spacing w:before="0" w:after="80" w:line="300" w:lineRule="auto"/>
        <w:jc w:val="left"/>
      </w:pPr>
      <w:r>
        <w:rPr>
          <w:rFonts w:ascii="Times New Roman" w:hAnsi="Times New Roman" w:eastAsia="宋体"/>
          <w:b w:val="0"/>
          <w:i w:val="0"/>
          <w:color w:val="333333"/>
          <w:sz w:val="19"/>
        </w:rPr>
        <w:t>Successive reflections (across x=2, then x=y, then y=5/2) reduce the product to the reciprocal of the product over just six triangles of the form OYZ with Y on the top row.</w:t>
      </w:r>
    </w:p>
    <w:p>
      <w:pPr>
        <w:spacing w:before="0" w:after="80" w:line="300" w:lineRule="auto"/>
        <w:jc w:val="left"/>
      </w:pPr>
      <w:r>
        <w:rPr>
          <w:rFonts w:ascii="Times New Roman" w:hAnsi="Times New Roman" w:eastAsia="宋体"/>
          <w:b w:val="0"/>
          <w:i w:val="0"/>
          <w:color w:val="333333"/>
          <w:sz w:val="19"/>
        </w:rPr>
        <w:t>Those six give</w:t>
      </w:r>
    </w:p>
    <w:p>
      <w:pPr>
        <w:spacing w:before="0" w:after="80" w:line="300" w:lineRule="auto"/>
        <w:jc w:val="left"/>
      </w:pPr>
      <w:r>
        <w:rPr>
          <w:rFonts w:ascii="Times New Roman" w:hAnsi="Times New Roman" w:eastAsia="宋体"/>
          <w:b w:val="0"/>
          <w:i w:val="0"/>
          <w:color w:val="333333"/>
          <w:sz w:val="19"/>
        </w:rPr>
        <w:t>1/5·2/5·3/5·4/5·(3√(2))/(√(2))</w:t>
      </w:r>
    </w:p>
    <w:p>
      <w:pPr>
        <w:spacing w:before="0" w:after="80" w:line="300" w:lineRule="auto"/>
        <w:jc w:val="left"/>
      </w:pPr>
      <w:r>
        <w:rPr>
          <w:rFonts w:ascii="Times New Roman" w:hAnsi="Times New Roman" w:eastAsia="宋体"/>
          <w:b w:val="0"/>
          <w:i w:val="0"/>
          <w:color w:val="333333"/>
          <w:sz w:val="19"/>
        </w:rPr>
        <w:t>·(4√(2))/(2√(2))=144/625,</w:t>
      </w:r>
    </w:p>
    <w:p>
      <w:pPr>
        <w:spacing w:before="0" w:after="80" w:line="300" w:lineRule="auto"/>
        <w:jc w:val="left"/>
      </w:pPr>
      <w:r>
        <w:rPr>
          <w:rFonts w:ascii="Times New Roman" w:hAnsi="Times New Roman" w:eastAsia="宋体"/>
          <w:b w:val="0"/>
          <w:i w:val="0"/>
          <w:color w:val="333333"/>
          <w:sz w:val="19"/>
        </w:rPr>
        <w:t>so the required product is its reciprocal, 625/144.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