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2012A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一只小虫沿着数轴爬行，从 -2 出发。它先爬到 -6，然后转身爬到 5。这只小虫总共爬了多少单位？</w:t>
      </w:r>
    </w:p>
    <w:p>
      <w:pPr>
        <w:spacing w:before="0" w:after="120" w:line="300" w:lineRule="auto"/>
      </w:pPr>
      <w:r>
        <w:rPr>
          <w:rFonts w:ascii="Times New Roman" w:hAnsi="Times New Roman" w:eastAsia="宋体"/>
          <w:b w:val="0"/>
          <w:i w:val="0"/>
          <w:sz w:val="21"/>
        </w:rPr>
        <w:t>（A）9　　（B）11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crawls along a number line, starting at -2. It crawls to -6, then turns around and crawls to 5. How many units does the bug crawl altogether?</w:t>
      </w:r>
    </w:p>
    <w:p>
      <w:pPr>
        <w:spacing w:before="0" w:after="160" w:line="300" w:lineRule="auto"/>
      </w:pPr>
      <w:r>
        <w:rPr>
          <w:rFonts w:ascii="Times New Roman" w:hAnsi="Times New Roman" w:eastAsia="宋体"/>
          <w:b w:val="0"/>
          <w:i w:val="0"/>
          <w:color w:val="333333"/>
          <w:sz w:val="19"/>
        </w:rPr>
        <w:t>(A) 9　　(B) 11　　(C) 13　　(D) 14　　(E) 15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Cagney 每 20 秒给一个纸杯蛋糕涂糖霜，Lacey 每 30 秒给一个纸杯蛋糕涂糖霜。两人一起工作，5 分钟内可以给多少个纸杯蛋糕涂糖霜？</w:t>
      </w:r>
    </w:p>
    <w:p>
      <w:pPr>
        <w:spacing w:before="0" w:after="120" w:line="300" w:lineRule="auto"/>
      </w:pPr>
      <w:r>
        <w:rPr>
          <w:rFonts w:ascii="Times New Roman" w:hAnsi="Times New Roman" w:eastAsia="宋体"/>
          <w:b w:val="0"/>
          <w:i w:val="0"/>
          <w:sz w:val="21"/>
        </w:rPr>
        <w:t>（A）10　　（B）15　　（C）20　　（D）25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Cagney can frost a cupcake every 20 seconds and Lacey can frost a cupcake every 30 seconds. Working together, how many cupcakes can they frost in 5 minutes?</w:t>
      </w:r>
    </w:p>
    <w:p>
      <w:pPr>
        <w:spacing w:before="0" w:after="160" w:line="300" w:lineRule="auto"/>
      </w:pPr>
      <w:r>
        <w:rPr>
          <w:rFonts w:ascii="Times New Roman" w:hAnsi="Times New Roman" w:eastAsia="宋体"/>
          <w:b w:val="0"/>
          <w:i w:val="0"/>
          <w:color w:val="333333"/>
          <w:sz w:val="19"/>
        </w:rPr>
        <w:t>(A) 10　　(B) 15　　(C) 20　　(D) 25　　(E) 30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一个盒子高 2 厘米、宽 3 厘米、长 5 厘米，可以装 40 克黏土。第二个盒子的高度是第一个的两倍，宽度是第一个的三倍，长度与第一个相同，可以装 n 克黏土。求 n？</w:t>
      </w:r>
    </w:p>
    <w:p>
      <w:pPr>
        <w:spacing w:before="0" w:after="120" w:line="300" w:lineRule="auto"/>
      </w:pPr>
      <w:r>
        <w:rPr>
          <w:rFonts w:ascii="Times New Roman" w:hAnsi="Times New Roman" w:eastAsia="宋体"/>
          <w:b w:val="0"/>
          <w:i w:val="0"/>
          <w:sz w:val="21"/>
        </w:rPr>
        <w:t>（A）120　　（B）160　　（C）200　　（D）240　　（E）280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2 centimeters high, 3 centimeters wide, and 5 centimeters long can hold 40 grams of clay. A second box with twice the height, three times the width, and the same length as the first box can hold n grams of clay. What is n?</w:t>
      </w:r>
    </w:p>
    <w:p>
      <w:pPr>
        <w:spacing w:before="0" w:after="160" w:line="300" w:lineRule="auto"/>
      </w:pPr>
      <w:r>
        <w:rPr>
          <w:rFonts w:ascii="Times New Roman" w:hAnsi="Times New Roman" w:eastAsia="宋体"/>
          <w:b w:val="0"/>
          <w:i w:val="0"/>
          <w:color w:val="333333"/>
          <w:sz w:val="19"/>
        </w:rPr>
        <w:t>(A) 120　　(B) 160　　(C) 200　　(D) 240　　(E) 280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一个袋子里有一些弹珠，其中 3/5 是蓝色，其余是红色。如果红色弹珠的数量翻倍，而蓝色弹珠的数量不变，那么红色弹珠将占所有弹珠的几分之几？</w:t>
      </w:r>
    </w:p>
    <w:p>
      <w:pPr>
        <w:spacing w:before="0" w:after="120" w:line="300" w:lineRule="auto"/>
      </w:pPr>
      <w:r>
        <w:rPr>
          <w:rFonts w:ascii="Times New Roman" w:hAnsi="Times New Roman" w:eastAsia="宋体"/>
          <w:b w:val="0"/>
          <w:i w:val="0"/>
          <w:sz w:val="21"/>
        </w:rPr>
        <w:t>（A）2/5　　（B）3/7　　（C）4/7　　（D）3/5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bag of marbles, 3/5 of the marbles are blue and the rest are red. If the number of red marbles is doubled and the number of blue marbles stays the same, what fraction of the marbles will be red?</w:t>
      </w:r>
    </w:p>
    <w:p>
      <w:pPr>
        <w:spacing w:before="0" w:after="160" w:line="300" w:lineRule="auto"/>
      </w:pPr>
      <w:r>
        <w:rPr>
          <w:rFonts w:ascii="Times New Roman" w:hAnsi="Times New Roman" w:eastAsia="宋体"/>
          <w:b w:val="0"/>
          <w:i w:val="0"/>
          <w:color w:val="333333"/>
          <w:sz w:val="19"/>
        </w:rPr>
        <w:t>(A) 2/5　　(B) 3/7　　(C) 4/7　　(D) 3/5　　(E) 4/5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一份水果沙拉由蓝莓、覆盆子、葡萄和樱桃组成。水果沙拉中共有 280 块水果。覆盆子的数量是蓝莓的两倍，葡萄的数量是樱桃的三倍，樱桃的数量是覆盆子的四倍。水果沙拉中有多少颗樱桃？</w:t>
      </w:r>
    </w:p>
    <w:p>
      <w:pPr>
        <w:spacing w:before="0" w:after="120" w:line="300" w:lineRule="auto"/>
      </w:pPr>
      <w:r>
        <w:rPr>
          <w:rFonts w:ascii="Times New Roman" w:hAnsi="Times New Roman" w:eastAsia="宋体"/>
          <w:b w:val="0"/>
          <w:i w:val="0"/>
          <w:sz w:val="21"/>
        </w:rPr>
        <w:t>（A）8　　（B）16　　（C）25　　（D）64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fruit salad consists of blueberries, raspberries, grapes, and cherries. The fruit salad has a total of 280 pieces of fruit. There are twice as many raspberries as blueberries, three times as many grapes as cherries, and four times as many cherries as raspberries. How many cherries are there in the fruit salad?</w:t>
      </w:r>
    </w:p>
    <w:p>
      <w:pPr>
        <w:spacing w:before="0" w:after="160" w:line="300" w:lineRule="auto"/>
      </w:pPr>
      <w:r>
        <w:rPr>
          <w:rFonts w:ascii="Times New Roman" w:hAnsi="Times New Roman" w:eastAsia="宋体"/>
          <w:b w:val="0"/>
          <w:i w:val="0"/>
          <w:color w:val="333333"/>
          <w:sz w:val="19"/>
        </w:rPr>
        <w:t>(A) 8　　(B) 16　　(C) 25　　(D) 64　　(E) 96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三个整数两两相加的和分别为 12、17 和 19。中间的那个数是多少？</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sums of three whole numbers taken in pairs are 12, 17, and 19. What is the middle number?</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Mary 将一个圆分成 12 个扇形。这些扇形的圆心角用度数表示时都是整数，并且构成一个等差数列。最小的扇形角可能是多少度？</w:t>
      </w:r>
    </w:p>
    <w:p>
      <w:pPr>
        <w:spacing w:before="0" w:after="120" w:line="300" w:lineRule="auto"/>
      </w:pPr>
      <w:r>
        <w:rPr>
          <w:rFonts w:ascii="Times New Roman" w:hAnsi="Times New Roman" w:eastAsia="宋体"/>
          <w:b w:val="0"/>
          <w:i w:val="0"/>
          <w:sz w:val="21"/>
        </w:rPr>
        <w:t>（A）5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divides a circle into 12 sectors. The central angles of these sectors, measured in degrees, are all integers and they form an arithmetic sequence. What is the degree measure of the smallest possible sector angle?</w:t>
      </w:r>
    </w:p>
    <w:p>
      <w:pPr>
        <w:spacing w:before="0" w:after="160" w:line="300" w:lineRule="auto"/>
      </w:pPr>
      <w:r>
        <w:rPr>
          <w:rFonts w:ascii="Times New Roman" w:hAnsi="Times New Roman" w:eastAsia="宋体"/>
          <w:b w:val="0"/>
          <w:i w:val="0"/>
          <w:color w:val="333333"/>
          <w:sz w:val="19"/>
        </w:rPr>
        <w:t>(A) 5　　(B) 6　　(C) 8　　(D) 10　　(E) 12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数字 1、2、3、4 和 5 的一个</w:t>
      </w:r>
      <w:r>
        <w:rPr>
          <w:rFonts w:ascii="Times New Roman" w:hAnsi="Times New Roman" w:eastAsia="宋体"/>
          <w:b w:val="0"/>
          <w:i/>
          <w:sz w:val="21"/>
        </w:rPr>
        <w:t>迭代平均数</w:t>
      </w:r>
      <w:r>
        <w:rPr>
          <w:rFonts w:ascii="Times New Roman" w:hAnsi="Times New Roman" w:eastAsia="宋体"/>
          <w:b w:val="0"/>
          <w:i w:val="0"/>
          <w:sz w:val="21"/>
        </w:rPr>
        <w:t>按如下方式计算。把这五个数按某种顺序排列。先求前两个数的平均数，再求这个平均数与第三个数的平均数，然后再与第四个数求平均数，最后再与第五个数求平均数。用这个过程可能得到的最大值和最小值之差是多少？</w:t>
      </w:r>
    </w:p>
    <w:p>
      <w:pPr>
        <w:spacing w:before="0" w:after="120" w:line="300" w:lineRule="auto"/>
      </w:pPr>
      <w:r>
        <w:rPr>
          <w:rFonts w:ascii="Times New Roman" w:hAnsi="Times New Roman" w:eastAsia="宋体"/>
          <w:b w:val="0"/>
          <w:i w:val="0"/>
          <w:sz w:val="21"/>
        </w:rPr>
        <w:t>（A）31/16　　（B）2　　（C）17/8　　（D）3　　（E）65/16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w:t>
      </w:r>
      <w:r>
        <w:rPr>
          <w:rFonts w:ascii="Times New Roman" w:hAnsi="Times New Roman" w:eastAsia="宋体"/>
          <w:b w:val="0"/>
          <w:i/>
          <w:color w:val="333333"/>
          <w:sz w:val="19"/>
        </w:rPr>
        <w:t>iterative average</w:t>
      </w:r>
      <w:r>
        <w:rPr>
          <w:rFonts w:ascii="Times New Roman" w:hAnsi="Times New Roman" w:eastAsia="宋体"/>
          <w:b w:val="0"/>
          <w:i w:val="0"/>
          <w:color w:val="333333"/>
          <w:sz w:val="19"/>
        </w:rPr>
        <w:t>of the numbers 1, 2, 3, 4, and 5 is computed in the following way. Arrange the five numbers in some order. Find the mean of the first two numbers, then find the mean of that with the third number, then the mean of that with the fourth number, and finally the mean of that with the fifth number. What is the difference between the largest and smallest possible values that can be obtained using this procedure?</w:t>
      </w:r>
    </w:p>
    <w:p>
      <w:pPr>
        <w:spacing w:before="0" w:after="160" w:line="300" w:lineRule="auto"/>
      </w:pPr>
      <w:r>
        <w:rPr>
          <w:rFonts w:ascii="Times New Roman" w:hAnsi="Times New Roman" w:eastAsia="宋体"/>
          <w:b w:val="0"/>
          <w:i w:val="0"/>
          <w:color w:val="333333"/>
          <w:sz w:val="19"/>
        </w:rPr>
        <w:t>(A) 31/16　　(B) 2　　(C) 17/8　　(D) 3　　(E) 65/16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一个年份是闰年，当且仅当该年份能被 400 整除（例如 2000），或者能被 4 整除但不能被 100 整除（例如 2012）。小说家 Charles Dickens 诞辰 200 周年纪念日在 2012 年二月 7 日（星期二）举行。Dickens 出生在星期几？</w:t>
      </w:r>
    </w:p>
    <w:p>
      <w:pPr>
        <w:spacing w:before="0" w:after="120" w:line="300" w:lineRule="auto"/>
      </w:pPr>
      <w:r>
        <w:rPr>
          <w:rFonts w:ascii="Times New Roman" w:hAnsi="Times New Roman" w:eastAsia="宋体"/>
          <w:b w:val="0"/>
          <w:i w:val="0"/>
          <w:sz w:val="21"/>
        </w:rPr>
        <w:t>（A）星期五　　（B）星期六　　（C）星期日　　（D）星期一　　（E）星期二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year is a leap year if and only if the year number is divisible by 400 (such as 2000) or is divisible by 4 but not by 100 (such as 2012). The 200th anniversary of the birth of novelist Charles Dickens was celebrated on February 7, 2012, a Tuesday. On what day of the week was Dickens born?</w:t>
      </w:r>
    </w:p>
    <w:p>
      <w:pPr>
        <w:spacing w:before="0" w:after="160" w:line="300" w:lineRule="auto"/>
      </w:pPr>
      <w:r>
        <w:rPr>
          <w:rFonts w:ascii="Times New Roman" w:hAnsi="Times New Roman" w:eastAsia="宋体"/>
          <w:b w:val="0"/>
          <w:i w:val="0"/>
          <w:color w:val="333333"/>
          <w:sz w:val="19"/>
        </w:rPr>
        <w:t>(A) Friday　　(B) Saturday　　(C) Sunday　　(D) Monday　　(E) Tuesday</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一个三角形面积为 30，有一条边长为 10，到这条边的中线长为 9。设 θ 为这条边与该中线形成的锐角。求 sinθ？</w:t>
      </w:r>
    </w:p>
    <w:p>
      <w:pPr>
        <w:spacing w:before="0" w:after="120" w:line="300" w:lineRule="auto"/>
      </w:pPr>
      <w:r>
        <w:rPr>
          <w:rFonts w:ascii="Times New Roman" w:hAnsi="Times New Roman" w:eastAsia="宋体"/>
          <w:b w:val="0"/>
          <w:i w:val="0"/>
          <w:sz w:val="21"/>
        </w:rPr>
        <w:t>（A）3/10　　（B）1/3　　（C）9/20　　（D）2/3　　（E）9/10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has area 30, one side of length 10, and the median to that side of length 9. Let θ be the acute angle formed by that side and the median. What is sinθ?</w:t>
      </w:r>
    </w:p>
    <w:p>
      <w:pPr>
        <w:spacing w:before="0" w:after="160" w:line="300" w:lineRule="auto"/>
      </w:pPr>
      <w:r>
        <w:rPr>
          <w:rFonts w:ascii="Times New Roman" w:hAnsi="Times New Roman" w:eastAsia="宋体"/>
          <w:b w:val="0"/>
          <w:i w:val="0"/>
          <w:color w:val="333333"/>
          <w:sz w:val="19"/>
        </w:rPr>
        <w:t>(A) 3/10　　(B) 1/3　　(C) 9/20　　(D) 2/3　　(E) 9/10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Alex、Mel 和 Chelsea 玩一个有 6 轮的游戏。每一轮只有一个获胜者，且各轮结果相互独立。每一轮 Alex 获胜的概率是 1/2，Mel 获胜的可能性是 Chelsea 的两倍。Alex 赢三轮、Mel 赢二轮、Chelsea 赢一轮的概率是多少？</w:t>
      </w:r>
    </w:p>
    <w:p>
      <w:pPr>
        <w:spacing w:before="0" w:after="120" w:line="300" w:lineRule="auto"/>
      </w:pPr>
      <w:r>
        <w:rPr>
          <w:rFonts w:ascii="Times New Roman" w:hAnsi="Times New Roman" w:eastAsia="宋体"/>
          <w:b w:val="0"/>
          <w:i w:val="0"/>
          <w:sz w:val="21"/>
        </w:rPr>
        <w:t>（A）5/72　　（B）5/36　　（C）1/6　　（D）1/3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Alex, Mel, and Chelsea play a game that has 6 rounds. In each round there is a single winner, and the outcomes of the rounds are independent. For each round the probability that Alex wins is 1/2, and Mel is twice as likely to win as Chelsea. What is the probability that Alex wins three rounds, Mel wins two rounds, and Chelsea wins one round?</w:t>
      </w:r>
    </w:p>
    <w:p>
      <w:pPr>
        <w:spacing w:before="0" w:after="160" w:line="300" w:lineRule="auto"/>
      </w:pPr>
      <w:r>
        <w:rPr>
          <w:rFonts w:ascii="Times New Roman" w:hAnsi="Times New Roman" w:eastAsia="宋体"/>
          <w:b w:val="0"/>
          <w:i w:val="0"/>
          <w:color w:val="333333"/>
          <w:sz w:val="19"/>
        </w:rPr>
        <w:t>(A) 5/72　　(B) 5/36　　(C) 1/6　　(D) 1/3　　(E) 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一个正方形区域 ABCD 在边 CD 上的点 (0, 1) 处与方程为 x² + y² = 1 的圆外切。顶点 A 和 B 在方程为 x² + y² = 4 的圆上。这个正方形的边长是多少？</w:t>
      </w:r>
    </w:p>
    <w:p>
      <w:pPr>
        <w:spacing w:before="0" w:after="120" w:line="300" w:lineRule="auto"/>
      </w:pPr>
      <w:r>
        <w:rPr>
          <w:rFonts w:ascii="Times New Roman" w:hAnsi="Times New Roman" w:eastAsia="宋体"/>
          <w:b w:val="0"/>
          <w:i w:val="0"/>
          <w:sz w:val="21"/>
        </w:rPr>
        <w:t>（A）(√(10) + 5)/10　　（B）(2√(5))/5　　（C）(2√(2))/3　　（D）(2√(19) - 4)/5　　（E）(9 - √(17))/5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region ABCD is externally tangent to the circle with equation x² + y² = 1 at the point (0, 1) on the side CD. Vertices A and B are on the circle with equation x² + y² = 4. What is the side length of this square?</w:t>
      </w:r>
    </w:p>
    <w:p>
      <w:pPr>
        <w:spacing w:before="0" w:after="160" w:line="300" w:lineRule="auto"/>
      </w:pPr>
      <w:r>
        <w:rPr>
          <w:rFonts w:ascii="Times New Roman" w:hAnsi="Times New Roman" w:eastAsia="宋体"/>
          <w:b w:val="0"/>
          <w:i w:val="0"/>
          <w:color w:val="333333"/>
          <w:sz w:val="19"/>
        </w:rPr>
        <w:t>(A) (√(10) + 5)/10　　(B) (2√(5))/5　　(C) (2√(2))/3　　(D) (2√(19) - 4)/5　　(E) (9 - √(17))/5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油漆工 Paula 和她的两名助手各自以恒定但不同的速度刷漆。他们总是在上午 8:00 开始工作，并且三人每天午餐都花同样长的时间。星期一，三人一起粉刷了房子的 50%，在下午 4:00 停工。星期二 Paula 不在，两名助手只粉刷了房子的 24%，并在下午 2:12 停工。星期三 Paula 独自工作，一直到晚上 7:12 才完成整栋房子。每天的午餐休息时间是多少分钟？</w:t>
      </w:r>
    </w:p>
    <w:p>
      <w:pPr>
        <w:spacing w:before="0" w:after="120" w:line="300" w:lineRule="auto"/>
      </w:pPr>
      <w:r>
        <w:rPr>
          <w:rFonts w:ascii="Times New Roman" w:hAnsi="Times New Roman" w:eastAsia="宋体"/>
          <w:b w:val="0"/>
          <w:i w:val="0"/>
          <w:sz w:val="21"/>
        </w:rPr>
        <w:t>（A）30　　（B）36　　（C）42　　（D）48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Paula the painter and her two helpers each paint at constant, but different, rates. They always start at 8:00 AM and all three always take the same amount of time to eat lunch. On Monday the three of them painted 50% of a house, quitting at 4:00 PM. On Tuesday, when Paula wasn’t there, the two helpers painted only 24% of the house and quit at 2:12 PM. On Wednesday Paula worked by herself and finished the house by working until 7:12 PM. How long, in minutes, was each day’s lunch break?</w:t>
      </w:r>
    </w:p>
    <w:p>
      <w:pPr>
        <w:spacing w:before="0" w:after="160" w:line="300" w:lineRule="auto"/>
      </w:pPr>
      <w:r>
        <w:rPr>
          <w:rFonts w:ascii="Times New Roman" w:hAnsi="Times New Roman" w:eastAsia="宋体"/>
          <w:b w:val="0"/>
          <w:i w:val="0"/>
          <w:color w:val="333333"/>
          <w:sz w:val="19"/>
        </w:rPr>
        <w:t>(A) 30　　(B) 36　　(C) 42　　(D) 48　　(E) 60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图中的闭合曲线由 9 条全等圆弧组成，每条圆弧的长度为 2π/3，且对应圆的圆心都在边长为 2 的正六边形的顶点上。该曲线围成的面积是多少？</w:t>
      </w:r>
    </w:p>
    <w:p>
      <w:pPr>
        <w:spacing w:before="80" w:after="80"/>
        <w:jc w:val="center"/>
      </w:pPr>
      <w:r>
        <w:drawing>
          <wp:inline xmlns:a="http://schemas.openxmlformats.org/drawingml/2006/main" xmlns:pic="http://schemas.openxmlformats.org/drawingml/2006/picture">
            <wp:extent cx="2176484" cy="2024450"/>
            <wp:docPr id="1" name="Picture 1"/>
            <wp:cNvGraphicFramePr>
              <a:graphicFrameLocks noChangeAspect="1"/>
            </wp:cNvGraphicFramePr>
            <a:graphic>
              <a:graphicData uri="http://schemas.openxmlformats.org/drawingml/2006/picture">
                <pic:pic>
                  <pic:nvPicPr>
                    <pic:cNvPr id="0" name="q14-1@300dpi.png"/>
                    <pic:cNvPicPr/>
                  </pic:nvPicPr>
                  <pic:blipFill>
                    <a:blip r:embed="rId9"/>
                    <a:stretch>
                      <a:fillRect/>
                    </a:stretch>
                  </pic:blipFill>
                  <pic:spPr>
                    <a:xfrm>
                      <a:off x="0" y="0"/>
                      <a:ext cx="2176484" cy="2024450"/>
                    </a:xfrm>
                    <a:prstGeom prst="rect"/>
                  </pic:spPr>
                </pic:pic>
              </a:graphicData>
            </a:graphic>
          </wp:inline>
        </w:drawing>
      </w:r>
    </w:p>
    <w:p>
      <w:pPr>
        <w:spacing w:before="0" w:after="120" w:line="300" w:lineRule="auto"/>
      </w:pPr>
      <w:r>
        <w:rPr>
          <w:rFonts w:ascii="Times New Roman" w:hAnsi="Times New Roman" w:eastAsia="宋体"/>
          <w:b w:val="0"/>
          <w:i w:val="0"/>
          <w:sz w:val="21"/>
        </w:rPr>
        <w:t>（A）2π + 6　　（B）2π + 4√(3)　　（C）3π + 4　　（D）2π + 3√(3) + 2　　（E）π + 6√(3)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closed curve in the figure is made up of 9 congruent circular arcs each of length 2π/3, where each of the centers of the corresponding circles is among the vertices of a regular hexagon of side 2. What is the area enclosed by the curve?</w:t>
      </w:r>
    </w:p>
    <w:p>
      <w:pPr>
        <w:spacing w:before="80" w:after="80"/>
        <w:jc w:val="center"/>
      </w:pPr>
      <w:r>
        <w:drawing>
          <wp:inline xmlns:a="http://schemas.openxmlformats.org/drawingml/2006/main" xmlns:pic="http://schemas.openxmlformats.org/drawingml/2006/picture">
            <wp:extent cx="2176484" cy="2024450"/>
            <wp:docPr id="2" name="Picture 2"/>
            <wp:cNvGraphicFramePr>
              <a:graphicFrameLocks noChangeAspect="1"/>
            </wp:cNvGraphicFramePr>
            <a:graphic>
              <a:graphicData uri="http://schemas.openxmlformats.org/drawingml/2006/picture">
                <pic:pic>
                  <pic:nvPicPr>
                    <pic:cNvPr id="0" name="q14-1@300dpi.png"/>
                    <pic:cNvPicPr/>
                  </pic:nvPicPr>
                  <pic:blipFill>
                    <a:blip r:embed="rId9"/>
                    <a:stretch>
                      <a:fillRect/>
                    </a:stretch>
                  </pic:blipFill>
                  <pic:spPr>
                    <a:xfrm>
                      <a:off x="0" y="0"/>
                      <a:ext cx="2176484" cy="202445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2π + 6　　(B) 2π + 4√(3)　　(C) 3π + 4　　(D) 2π + 3√(3) + 2　　(E) π + 6√(3)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 3 × 3 正方形被分成 9 个单位正方形。每个单位正方形被涂成白色或黑色，两种颜色等可能且相互独立随机选择。然后将整个正方形绕中心顺时针旋转 90°，并且凡是旋转后处在原来黑色正方形位置上的白色正方形，都被涂成黑色。所有其他正方形的颜色保持不变。此时整个网格全为黑色的概率是多少？</w:t>
      </w:r>
    </w:p>
    <w:p>
      <w:pPr>
        <w:spacing w:before="0" w:after="120" w:line="300" w:lineRule="auto"/>
      </w:pPr>
      <w:r>
        <w:rPr>
          <w:rFonts w:ascii="Times New Roman" w:hAnsi="Times New Roman" w:eastAsia="宋体"/>
          <w:b w:val="0"/>
          <w:i w:val="0"/>
          <w:sz w:val="21"/>
        </w:rPr>
        <w:t>（A）49/512　　（B）7/64　　（C）121/1024　　（D）81/512　　（E）9/32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3 × 3 square is partitioned into 9 unit squares. Each unit square is painted either white or black with each color being equally likely, chosen independently and at random. The square is then rotated 90° clockwise about its center, and every white square in a position formerly occupied by a black square is painted black. The colors of all other squares are left unchanged. What is the probability that the grid is now entirely black?</w:t>
      </w:r>
    </w:p>
    <w:p>
      <w:pPr>
        <w:spacing w:before="0" w:after="160" w:line="300" w:lineRule="auto"/>
      </w:pPr>
      <w:r>
        <w:rPr>
          <w:rFonts w:ascii="Times New Roman" w:hAnsi="Times New Roman" w:eastAsia="宋体"/>
          <w:b w:val="0"/>
          <w:i w:val="0"/>
          <w:color w:val="333333"/>
          <w:sz w:val="19"/>
        </w:rPr>
        <w:t>(A) 49/512　　(B) 7/64　　(C) 121/1024　　(D) 81/512　　(E) 9/32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圆 C₁ 的圆心 O 在圆 C₂ 上。两个圆相交于 X 和 Y。点 Z 在 C₁ 外部，且在圆 C₂ 上，并满足 XZ = 13，OZ = 11，YZ = 7。圆 C₁ 的半径是多少？</w:t>
      </w:r>
    </w:p>
    <w:p>
      <w:pPr>
        <w:spacing w:before="0" w:after="120" w:line="300" w:lineRule="auto"/>
      </w:pPr>
      <w:r>
        <w:rPr>
          <w:rFonts w:ascii="Times New Roman" w:hAnsi="Times New Roman" w:eastAsia="宋体"/>
          <w:b w:val="0"/>
          <w:i w:val="0"/>
          <w:sz w:val="21"/>
        </w:rPr>
        <w:t>（A）5　　（B）√(26)　　（C）3√(3)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C₁ has its center O lying on circle C₂. The two circles meet at X and Y. Point Z in the exterior of C₁ lies on circle C₂ and XZ = 13, OZ = 11, and YZ = 7. What is the radius of circle C₁?</w:t>
      </w:r>
    </w:p>
    <w:p>
      <w:pPr>
        <w:spacing w:before="0" w:after="160" w:line="300" w:lineRule="auto"/>
      </w:pPr>
      <w:r>
        <w:rPr>
          <w:rFonts w:ascii="Times New Roman" w:hAnsi="Times New Roman" w:eastAsia="宋体"/>
          <w:b w:val="0"/>
          <w:i w:val="0"/>
          <w:color w:val="333333"/>
          <w:sz w:val="19"/>
        </w:rPr>
        <w:t>(A) 5　　(B) √(26)　　(C) 3√(3)　　(D) 2√(7)　　(E) √(30)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S 是 {1, 2, 3, …, 30} 的一个子集，且 S 中任意两个不同元素的和都不能被 5 整除。S 的最大可能大小是多少？</w:t>
      </w:r>
    </w:p>
    <w:p>
      <w:pPr>
        <w:spacing w:before="0" w:after="120" w:line="300" w:lineRule="auto"/>
      </w:pPr>
      <w:r>
        <w:rPr>
          <w:rFonts w:ascii="Times New Roman" w:hAnsi="Times New Roman" w:eastAsia="宋体"/>
          <w:b w:val="0"/>
          <w:i w:val="0"/>
          <w:sz w:val="21"/>
        </w:rPr>
        <w:t>（A）10　　（B）13　　（C）15　　（D）16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a subset of {1, 2, 3, …, 30} with the property that no pair of distinct elements in S has a sum divisible by 5. What is the largest possible size of S?</w:t>
      </w:r>
    </w:p>
    <w:p>
      <w:pPr>
        <w:spacing w:before="0" w:after="160" w:line="300" w:lineRule="auto"/>
      </w:pPr>
      <w:r>
        <w:rPr>
          <w:rFonts w:ascii="Times New Roman" w:hAnsi="Times New Roman" w:eastAsia="宋体"/>
          <w:b w:val="0"/>
          <w:i w:val="0"/>
          <w:color w:val="333333"/>
          <w:sz w:val="19"/>
        </w:rPr>
        <w:t>(A) 10　　(B) 13　　(C) 15　　(D) 16　　(E) 18</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三角形 ABC 满足 AB = 27、AC = 26、BC = 25。设 I 为 △ ABC 内角平分线的交点。求 BI？</w:t>
      </w:r>
    </w:p>
    <w:p>
      <w:pPr>
        <w:spacing w:before="0" w:after="120" w:line="300" w:lineRule="auto"/>
      </w:pPr>
      <w:r>
        <w:rPr>
          <w:rFonts w:ascii="Times New Roman" w:hAnsi="Times New Roman" w:eastAsia="宋体"/>
          <w:b w:val="0"/>
          <w:i w:val="0"/>
          <w:sz w:val="21"/>
        </w:rPr>
        <w:t>（A）15　　（B）5 + √(26) + 3√(3)　　（C）3√(26)　　（D）2/3√(546)　　（E）9√(3)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AB = 27, AC = 26, and BC = 25. Let I denote the intersection of the internal angle bisectors of △ ABC. What is BI?</w:t>
      </w:r>
    </w:p>
    <w:p>
      <w:pPr>
        <w:spacing w:before="0" w:after="160" w:line="300" w:lineRule="auto"/>
      </w:pPr>
      <w:r>
        <w:rPr>
          <w:rFonts w:ascii="Times New Roman" w:hAnsi="Times New Roman" w:eastAsia="宋体"/>
          <w:b w:val="0"/>
          <w:i w:val="0"/>
          <w:color w:val="333333"/>
          <w:sz w:val="19"/>
        </w:rPr>
        <w:t>(A) 15　　(B) 5 + √(26) + 3√(3)　　(C) 3√(26)　　(D) 2/3√(546)　　(E) 9√(3)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Adam、Benin、Chiang、Deshawn、Esther 和 Fiona 都有网络账户。他们中有一些人互为网络好友，但并非所有人都互为好友，并且他们没有这个小组之外的网络好友。每个人拥有相同数量的网络好友。这种情况有多少种不同的可能？</w:t>
      </w:r>
    </w:p>
    <w:p>
      <w:pPr>
        <w:spacing w:before="0" w:after="120" w:line="300" w:lineRule="auto"/>
      </w:pPr>
      <w:r>
        <w:rPr>
          <w:rFonts w:ascii="Times New Roman" w:hAnsi="Times New Roman" w:eastAsia="宋体"/>
          <w:b w:val="0"/>
          <w:i w:val="0"/>
          <w:sz w:val="21"/>
        </w:rPr>
        <w:t>（A）60　　（B）170　　（C）290　　（D）320　　（E）660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Adam, Benin, Chiang, Deshawn, Esther, and Fiona have internet accounts. Some, but not all, of them are internet friends with each other, and none of them has an internet friend outside this group. Each of them has the same number of internet friends. In how many different ways can this happen?</w:t>
      </w:r>
    </w:p>
    <w:p>
      <w:pPr>
        <w:spacing w:before="0" w:after="160" w:line="300" w:lineRule="auto"/>
      </w:pPr>
      <w:r>
        <w:rPr>
          <w:rFonts w:ascii="Times New Roman" w:hAnsi="Times New Roman" w:eastAsia="宋体"/>
          <w:b w:val="0"/>
          <w:i w:val="0"/>
          <w:color w:val="333333"/>
          <w:sz w:val="19"/>
        </w:rPr>
        <w:t>(A) 60　　(B) 170　　(C) 290　　(D) 320　　(E) 660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考虑多项式</w:t>
      </w:r>
    </w:p>
    <w:p>
      <w:pPr>
        <w:spacing w:before="0" w:after="80" w:line="300" w:lineRule="auto"/>
        <w:jc w:val="left"/>
      </w:pPr>
      <w:r>
        <w:rPr>
          <w:rFonts w:ascii="Times New Roman" w:hAnsi="Times New Roman" w:eastAsia="宋体"/>
          <w:b w:val="0"/>
          <w:i w:val="0"/>
          <w:sz w:val="21"/>
        </w:rPr>
        <w:t>P(x) = Πₖ₌₀¹⁰(x^(2ᵏ) + 2ᵏ)</w:t>
      </w:r>
    </w:p>
    <w:p>
      <w:pPr>
        <w:spacing w:before="0" w:after="80" w:line="300" w:lineRule="auto"/>
        <w:jc w:val="left"/>
      </w:pPr>
      <w:r>
        <w:rPr>
          <w:rFonts w:ascii="Times New Roman" w:hAnsi="Times New Roman" w:eastAsia="宋体"/>
          <w:b w:val="0"/>
          <w:i w:val="0"/>
          <w:sz w:val="21"/>
        </w:rPr>
        <w:t>= (x+1)(x²+2)(x⁴+4)</w:t>
      </w:r>
    </w:p>
    <w:p>
      <w:pPr>
        <w:spacing w:before="0" w:after="80" w:line="300" w:lineRule="auto"/>
        <w:jc w:val="left"/>
      </w:pPr>
      <w:r>
        <w:rPr>
          <w:rFonts w:ascii="Times New Roman" w:hAnsi="Times New Roman" w:eastAsia="宋体"/>
          <w:b w:val="0"/>
          <w:i w:val="0"/>
          <w:sz w:val="21"/>
        </w:rPr>
        <w:t>⋯ (x¹⁰²⁴+1024)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x²⁰¹² 的系数等于 2ᵃ。求 a？</w:t>
      </w:r>
    </w:p>
    <w:p>
      <w:pPr>
        <w:spacing w:before="0" w:after="120" w:line="300" w:lineRule="auto"/>
      </w:pPr>
      <w:r>
        <w:rPr>
          <w:rFonts w:ascii="Times New Roman" w:hAnsi="Times New Roman" w:eastAsia="宋体"/>
          <w:b w:val="0"/>
          <w:i w:val="0"/>
          <w:sz w:val="21"/>
        </w:rPr>
        <w:t>（A）5　　（B）6　　（C）7　　（D）10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polynomial</w:t>
      </w:r>
    </w:p>
    <w:p>
      <w:pPr>
        <w:spacing w:before="0" w:after="80" w:line="300" w:lineRule="auto"/>
        <w:jc w:val="left"/>
      </w:pPr>
      <w:r>
        <w:rPr>
          <w:rFonts w:ascii="Times New Roman" w:hAnsi="Times New Roman" w:eastAsia="宋体"/>
          <w:b w:val="0"/>
          <w:i w:val="0"/>
          <w:color w:val="333333"/>
          <w:sz w:val="19"/>
        </w:rPr>
        <w:t>P(x) = Πₖ₌₀¹⁰(x^(2ᵏ) + 2ᵏ)</w:t>
      </w:r>
    </w:p>
    <w:p>
      <w:pPr>
        <w:spacing w:before="0" w:after="80" w:line="300" w:lineRule="auto"/>
        <w:jc w:val="left"/>
      </w:pPr>
      <w:r>
        <w:rPr>
          <w:rFonts w:ascii="Times New Roman" w:hAnsi="Times New Roman" w:eastAsia="宋体"/>
          <w:b w:val="0"/>
          <w:i w:val="0"/>
          <w:color w:val="333333"/>
          <w:sz w:val="19"/>
        </w:rPr>
        <w:t>= (x+1)(x²+2)(x⁴+4)</w:t>
      </w:r>
    </w:p>
    <w:p>
      <w:pPr>
        <w:spacing w:before="0" w:after="80" w:line="300" w:lineRule="auto"/>
        <w:jc w:val="left"/>
      </w:pPr>
      <w:r>
        <w:rPr>
          <w:rFonts w:ascii="Times New Roman" w:hAnsi="Times New Roman" w:eastAsia="宋体"/>
          <w:b w:val="0"/>
          <w:i w:val="0"/>
          <w:color w:val="333333"/>
          <w:sz w:val="19"/>
        </w:rPr>
        <w:t>⋯ (x¹⁰²⁴+1024).</w:t>
      </w:r>
    </w:p>
    <w:p>
      <w:pPr>
        <w:spacing w:before="0" w:after="80" w:line="300" w:lineRule="auto"/>
        <w:jc w:val="left"/>
      </w:pPr>
      <w:r>
        <w:rPr>
          <w:rFonts w:ascii="Times New Roman" w:hAnsi="Times New Roman" w:eastAsia="宋体"/>
          <w:b w:val="0"/>
          <w:i w:val="0"/>
          <w:color w:val="333333"/>
          <w:sz w:val="19"/>
        </w:rPr>
        <w:t>The coefficient of x²⁰¹² is equal to 2ᵃ. What is a?</w:t>
      </w:r>
    </w:p>
    <w:p>
      <w:pPr>
        <w:spacing w:before="0" w:after="160" w:line="300" w:lineRule="auto"/>
      </w:pPr>
      <w:r>
        <w:rPr>
          <w:rFonts w:ascii="Times New Roman" w:hAnsi="Times New Roman" w:eastAsia="宋体"/>
          <w:b w:val="0"/>
          <w:i w:val="0"/>
          <w:color w:val="333333"/>
          <w:sz w:val="19"/>
        </w:rPr>
        <w:t>(A) 5　　(B) 6　　(C) 7　　(D) 10　　(E) 24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a、b 和 c 是正整数，满足 a ≥ b ≥ c，并且</w:t>
      </w:r>
    </w:p>
    <w:p>
      <w:pPr>
        <w:spacing w:before="0" w:after="80" w:line="300" w:lineRule="auto"/>
        <w:jc w:val="left"/>
      </w:pPr>
      <w:r>
        <w:rPr>
          <w:rFonts w:ascii="Times New Roman" w:hAnsi="Times New Roman" w:eastAsia="宋体"/>
          <w:b w:val="0"/>
          <w:i w:val="0"/>
          <w:sz w:val="21"/>
        </w:rPr>
        <w:t>a² - b² - c² + ab = 2011</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a² + 3b² + 3c²</w:t>
      </w:r>
    </w:p>
    <w:p>
      <w:pPr>
        <w:spacing w:before="0" w:after="80" w:line="300" w:lineRule="auto"/>
        <w:jc w:val="left"/>
      </w:pPr>
      <w:r>
        <w:rPr>
          <w:rFonts w:ascii="Times New Roman" w:hAnsi="Times New Roman" w:eastAsia="宋体"/>
          <w:b w:val="0"/>
          <w:i w:val="0"/>
          <w:sz w:val="21"/>
        </w:rPr>
        <w:t>- 3ab - 2ac - 2bc = -1997。</w:t>
      </w:r>
    </w:p>
    <w:p>
      <w:pPr>
        <w:spacing w:before="0" w:after="80" w:line="300" w:lineRule="auto"/>
        <w:jc w:val="left"/>
      </w:pPr>
      <w:r>
        <w:rPr>
          <w:rFonts w:ascii="Times New Roman" w:hAnsi="Times New Roman" w:eastAsia="宋体"/>
          <w:b w:val="0"/>
          <w:i w:val="0"/>
          <w:sz w:val="21"/>
        </w:rPr>
        <w:t>求 a？</w:t>
      </w:r>
    </w:p>
    <w:p>
      <w:pPr>
        <w:spacing w:before="0" w:after="120" w:line="300" w:lineRule="auto"/>
      </w:pPr>
      <w:r>
        <w:rPr>
          <w:rFonts w:ascii="Times New Roman" w:hAnsi="Times New Roman" w:eastAsia="宋体"/>
          <w:b w:val="0"/>
          <w:i w:val="0"/>
          <w:sz w:val="21"/>
        </w:rPr>
        <w:t>（A）249　　（B）250　　（C）251　　（D）252　　（E）253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positive integers with a ≥ b ≥ c such that</w:t>
      </w:r>
    </w:p>
    <w:p>
      <w:pPr>
        <w:spacing w:before="0" w:after="80" w:line="300" w:lineRule="auto"/>
        <w:jc w:val="left"/>
      </w:pPr>
      <w:r>
        <w:rPr>
          <w:rFonts w:ascii="Times New Roman" w:hAnsi="Times New Roman" w:eastAsia="宋体"/>
          <w:b w:val="0"/>
          <w:i w:val="0"/>
          <w:color w:val="333333"/>
          <w:sz w:val="19"/>
        </w:rPr>
        <w:t>a² - b² - c² + ab = 2011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a² + 3b² + 3c²</w:t>
      </w:r>
    </w:p>
    <w:p>
      <w:pPr>
        <w:spacing w:before="0" w:after="80" w:line="300" w:lineRule="auto"/>
        <w:jc w:val="left"/>
      </w:pPr>
      <w:r>
        <w:rPr>
          <w:rFonts w:ascii="Times New Roman" w:hAnsi="Times New Roman" w:eastAsia="宋体"/>
          <w:b w:val="0"/>
          <w:i w:val="0"/>
          <w:color w:val="333333"/>
          <w:sz w:val="19"/>
        </w:rPr>
        <w:t>- 3ab - 2ac - 2bc = -1997.</w:t>
      </w:r>
    </w:p>
    <w:p>
      <w:pPr>
        <w:spacing w:before="0" w:after="80" w:line="300" w:lineRule="auto"/>
        <w:jc w:val="left"/>
      </w:pPr>
      <w:r>
        <w:rPr>
          <w:rFonts w:ascii="Times New Roman" w:hAnsi="Times New Roman" w:eastAsia="宋体"/>
          <w:b w:val="0"/>
          <w:i w:val="0"/>
          <w:color w:val="333333"/>
          <w:sz w:val="19"/>
        </w:rPr>
        <w:t>What is a?</w:t>
      </w:r>
    </w:p>
    <w:p>
      <w:pPr>
        <w:spacing w:before="0" w:after="160" w:line="300" w:lineRule="auto"/>
      </w:pPr>
      <w:r>
        <w:rPr>
          <w:rFonts w:ascii="Times New Roman" w:hAnsi="Times New Roman" w:eastAsia="宋体"/>
          <w:b w:val="0"/>
          <w:i w:val="0"/>
          <w:color w:val="333333"/>
          <w:sz w:val="19"/>
        </w:rPr>
        <w:t>(A) 249　　(B) 250　　(C) 251　　(D) 252　　(E) 253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不同平面 p₁、p₂、…、pₖ 与立方体 Q 的内部相交。设 S 为 Q 的各个面的并，且 P = bigcupⱼ₌₁ᵏ pⱼ。P 与 S 的交集，由 Q 的每个面上任意两条边的中点之间的所有线段的并组成。k 的最大可能值与最小可能值之差是多少？</w:t>
      </w:r>
    </w:p>
    <w:p>
      <w:pPr>
        <w:spacing w:before="0" w:after="120" w:line="300" w:lineRule="auto"/>
      </w:pPr>
      <w:r>
        <w:rPr>
          <w:rFonts w:ascii="Times New Roman" w:hAnsi="Times New Roman" w:eastAsia="宋体"/>
          <w:b w:val="0"/>
          <w:i w:val="0"/>
          <w:sz w:val="21"/>
        </w:rPr>
        <w:t>（A）8　　（B）12　　（C）20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Distinct planes p₁, p₂, …, pₖ intersect the interior of a cube Q. Let S be the union of the faces of Q and let P = bigcupⱼ₌₁ᵏ pⱼ. The intersection of P and S consists of the union of all segments joining the midpoints of every pair of edges belonging to the same face of Q. What is the difference between the maximum and the minimum possible values of k?</w:t>
      </w:r>
    </w:p>
    <w:p>
      <w:pPr>
        <w:spacing w:before="0" w:after="160" w:line="300" w:lineRule="auto"/>
      </w:pPr>
      <w:r>
        <w:rPr>
          <w:rFonts w:ascii="Times New Roman" w:hAnsi="Times New Roman" w:eastAsia="宋体"/>
          <w:b w:val="0"/>
          <w:i w:val="0"/>
          <w:color w:val="333333"/>
          <w:sz w:val="19"/>
        </w:rPr>
        <w:t>(A) 8　　(B) 12　　(C) 20　　(D) 23　　(E) 24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S 是一个正方形，它的一条对角线端点为 (0.1, 0.7) 和 (-0.1, -0.7)。从所有实数 x 和 y 满足 0 ≤ x ≤ 2012 且 0 ≤ y ≤ 2012 的有序对中，均匀随机选取点 v = (x, y)。设 T(v) 是 S 的平移副本，并以 v 为中心。由 T(v) 确定的正方形区域内部恰好包含两个整数坐标点的概率是多少？</w:t>
      </w:r>
    </w:p>
    <w:p>
      <w:pPr>
        <w:spacing w:before="0" w:after="120" w:line="300" w:lineRule="auto"/>
      </w:pPr>
      <w:r>
        <w:rPr>
          <w:rFonts w:ascii="Times New Roman" w:hAnsi="Times New Roman" w:eastAsia="宋体"/>
          <w:b w:val="0"/>
          <w:i w:val="0"/>
          <w:sz w:val="21"/>
        </w:rPr>
        <w:t>（A）0.125　　（B）0.14　　（C）0.16　　（D）0.25　　（E）0.32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square one of whose diagonals has endpoints (0.1, 0.7) and (-0.1, -0.7). A point v = (x, y) is chosen uniformly at random over all pairs of real numbers x and y such that 0 ≤ x ≤ 2012 and 0 ≤ y ≤ 2012. Let T(v) be a translated copy of S centered at v. What is the probability that the square region determined by T(v) contains exactly two points with integer coordinates in its interior?</w:t>
      </w:r>
    </w:p>
    <w:p>
      <w:pPr>
        <w:spacing w:before="0" w:after="160" w:line="300" w:lineRule="auto"/>
      </w:pPr>
      <w:r>
        <w:rPr>
          <w:rFonts w:ascii="Times New Roman" w:hAnsi="Times New Roman" w:eastAsia="宋体"/>
          <w:b w:val="0"/>
          <w:i w:val="0"/>
          <w:color w:val="333333"/>
          <w:sz w:val="19"/>
        </w:rPr>
        <w:t>(A) 0.125　　(B) 0.14　　(C) 0.16　　(D) 0.25　　(E) 0.32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{aₖ}ₖ₌₁²⁰¹¹ 为如下定义的实数序列：a₁ = 0.201，a₂ = (0.2011)^(a₁)，a₃ = (0.20101)^(a₂)，a₄ = (0.201011)^(a₃)。更一般地，</w:t>
      </w:r>
    </w:p>
    <w:p>
      <w:pPr>
        <w:spacing w:before="0" w:after="80" w:line="300" w:lineRule="auto"/>
        <w:jc w:val="left"/>
      </w:pPr>
      <w:r>
        <w:rPr>
          <w:rFonts w:ascii="Times New Roman" w:hAnsi="Times New Roman" w:eastAsia="宋体"/>
          <w:b w:val="0"/>
          <w:i w:val="0"/>
          <w:sz w:val="21"/>
        </w:rPr>
        <w:t>aₖ =</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tiny (0.underbrace20101…0101_(k+2 位数字))^(aₖ₋₁),</w:t>
            </w:r>
          </w:p>
        </w:tc>
        <w:tc>
          <w:tcPr>
            <w:tcW w:type="dxa" w:w="4706"/>
          </w:tcPr>
          <w:p>
            <w:pPr>
              <w:spacing w:before="20" w:after="20" w:line="240" w:lineRule="auto"/>
              <w:jc w:val="center"/>
            </w:pPr>
            <w:r/>
            <w:r>
              <w:rPr>
                <w:rFonts w:ascii="Times New Roman" w:hAnsi="Times New Roman" w:eastAsia="宋体"/>
                <w:b w:val="0"/>
                <w:i w:val="0"/>
                <w:sz w:val="20"/>
              </w:rPr>
              <w:t>tiny 若 k 为奇数，</w:t>
            </w:r>
          </w:p>
        </w:tc>
      </w:tr>
      <w:tr>
        <w:tc>
          <w:tcPr>
            <w:tcW w:type="dxa" w:w="4706"/>
          </w:tcPr>
          <w:p>
            <w:pPr>
              <w:spacing w:before="20" w:after="20" w:line="240" w:lineRule="auto"/>
              <w:jc w:val="center"/>
            </w:pPr>
            <w:r/>
            <w:r>
              <w:rPr>
                <w:rFonts w:ascii="Times New Roman" w:hAnsi="Times New Roman" w:eastAsia="宋体"/>
                <w:b w:val="0"/>
                <w:i w:val="0"/>
                <w:sz w:val="20"/>
              </w:rPr>
              <w:t>tiny (0.underbrace20101…01011_(k+2 位数字))^(aₖ₋₁),</w:t>
            </w:r>
          </w:p>
        </w:tc>
        <w:tc>
          <w:tcPr>
            <w:tcW w:type="dxa" w:w="4706"/>
          </w:tcPr>
          <w:p>
            <w:pPr>
              <w:spacing w:before="20" w:after="20" w:line="240" w:lineRule="auto"/>
              <w:jc w:val="center"/>
            </w:pPr>
            <w:r/>
            <w:r>
              <w:rPr>
                <w:rFonts w:ascii="Times New Roman" w:hAnsi="Times New Roman" w:eastAsia="宋体"/>
                <w:b w:val="0"/>
                <w:i w:val="0"/>
                <w:sz w:val="20"/>
              </w:rPr>
              <w:t>tiny 若 k 为偶数。</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将序列 {aₖ}ₖ₌₁²⁰¹¹ 中的数按递减顺序重新排列，得到新序列 {bₖ}ₖ₌₁²⁰¹¹。求所有满足 aₖ = bₖ 的整数 k（其中 1 ≤ k ≤ 2011）的和。</w:t>
      </w:r>
    </w:p>
    <w:p>
      <w:pPr>
        <w:spacing w:before="0" w:after="120" w:line="300" w:lineRule="auto"/>
      </w:pPr>
      <w:r>
        <w:rPr>
          <w:rFonts w:ascii="Times New Roman" w:hAnsi="Times New Roman" w:eastAsia="宋体"/>
          <w:b w:val="0"/>
          <w:i w:val="0"/>
          <w:sz w:val="21"/>
        </w:rPr>
        <w:t>（A）671　　（B）1006　　（C）1341　　（D）2011　　（E）2012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{aₖ}ₖ₌₁²⁰¹¹ be the sequence of real numbers defined by a₁ = 0.201, a₂ = (0.2011)^(a₁), a₃ = (0.20101)^(a₂), and a₄ = (0.201011)^(a₃), and more generally</w:t>
      </w:r>
    </w:p>
    <w:p>
      <w:pPr>
        <w:spacing w:before="0" w:after="80" w:line="300" w:lineRule="auto"/>
        <w:jc w:val="left"/>
      </w:pPr>
      <w:r>
        <w:rPr>
          <w:rFonts w:ascii="Times New Roman" w:hAnsi="Times New Roman" w:eastAsia="宋体"/>
          <w:b w:val="0"/>
          <w:i w:val="0"/>
          <w:color w:val="333333"/>
          <w:sz w:val="19"/>
        </w:rPr>
        <w:t>aₖ =</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tiny (0.underbrace20101…0101_(k+2 digits))^(aₖ₋₁),</w:t>
            </w:r>
          </w:p>
        </w:tc>
        <w:tc>
          <w:tcPr>
            <w:tcW w:type="dxa" w:w="4706"/>
          </w:tcPr>
          <w:p>
            <w:pPr>
              <w:spacing w:before="20" w:after="20" w:line="240" w:lineRule="auto"/>
              <w:jc w:val="center"/>
            </w:pPr>
            <w:r/>
            <w:r>
              <w:rPr>
                <w:rFonts w:ascii="Times New Roman" w:hAnsi="Times New Roman" w:eastAsia="宋体"/>
                <w:b w:val="0"/>
                <w:i w:val="0"/>
                <w:color w:val="333333"/>
                <w:sz w:val="19"/>
              </w:rPr>
              <w:t>tiny if k is odd,</w:t>
            </w:r>
          </w:p>
        </w:tc>
      </w:tr>
      <w:tr>
        <w:tc>
          <w:tcPr>
            <w:tcW w:type="dxa" w:w="4706"/>
          </w:tcPr>
          <w:p>
            <w:pPr>
              <w:spacing w:before="20" w:after="20" w:line="240" w:lineRule="auto"/>
              <w:jc w:val="center"/>
            </w:pPr>
            <w:r/>
            <w:r>
              <w:rPr>
                <w:rFonts w:ascii="Times New Roman" w:hAnsi="Times New Roman" w:eastAsia="宋体"/>
                <w:b w:val="0"/>
                <w:i w:val="0"/>
                <w:color w:val="333333"/>
                <w:sz w:val="19"/>
              </w:rPr>
              <w:t>tiny (0.underbrace20101…01011_(k+2 digits))^(aₖ₋₁),</w:t>
            </w:r>
          </w:p>
        </w:tc>
        <w:tc>
          <w:tcPr>
            <w:tcW w:type="dxa" w:w="4706"/>
          </w:tcPr>
          <w:p>
            <w:pPr>
              <w:spacing w:before="20" w:after="20" w:line="240" w:lineRule="auto"/>
              <w:jc w:val="center"/>
            </w:pPr>
            <w:r/>
            <w:r>
              <w:rPr>
                <w:rFonts w:ascii="Times New Roman" w:hAnsi="Times New Roman" w:eastAsia="宋体"/>
                <w:b w:val="0"/>
                <w:i w:val="0"/>
                <w:color w:val="333333"/>
                <w:sz w:val="19"/>
              </w:rPr>
              <w:t>tiny if k is even.</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Rearranging the numbers in the sequence {aₖ}ₖ₌₁²⁰¹¹ in decreasing order produces a new sequence {bₖ}ₖ₌₁²⁰¹¹. What is the sum of all the integers k, 1 ≤ k ≤ 2011, such that aₖ = bₖ?</w:t>
      </w:r>
    </w:p>
    <w:p>
      <w:pPr>
        <w:spacing w:before="0" w:after="160" w:line="300" w:lineRule="auto"/>
      </w:pPr>
      <w:r>
        <w:rPr>
          <w:rFonts w:ascii="Times New Roman" w:hAnsi="Times New Roman" w:eastAsia="宋体"/>
          <w:b w:val="0"/>
          <w:i w:val="0"/>
          <w:color w:val="333333"/>
          <w:sz w:val="19"/>
        </w:rPr>
        <w:t>(A) 671　　(B) 1006　　(C) 1341　　(D) 2011　　(E) 2012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f(x) = |2{x} - 1|，其中 {x} 表示 x 的小数部分。数 n 是最小正整数，使得方程</w:t>
      </w:r>
    </w:p>
    <w:p>
      <w:pPr>
        <w:spacing w:before="0" w:after="80" w:line="300" w:lineRule="auto"/>
        <w:jc w:val="left"/>
      </w:pPr>
      <w:r>
        <w:rPr>
          <w:rFonts w:ascii="Times New Roman" w:hAnsi="Times New Roman" w:eastAsia="宋体"/>
          <w:b w:val="0"/>
          <w:i w:val="0"/>
          <w:sz w:val="21"/>
        </w:rPr>
        <w:t>nf(xf(x)) = x</w:t>
      </w:r>
    </w:p>
    <w:p>
      <w:pPr>
        <w:spacing w:before="0" w:after="80" w:line="300" w:lineRule="auto"/>
        <w:jc w:val="left"/>
      </w:pPr>
      <w:r>
        <w:rPr>
          <w:rFonts w:ascii="Times New Roman" w:hAnsi="Times New Roman" w:eastAsia="宋体"/>
          <w:b w:val="0"/>
          <w:i w:val="0"/>
          <w:sz w:val="21"/>
        </w:rPr>
        <w:t>至少有 2012 个实数解 x。求 n？</w:t>
      </w:r>
    </w:p>
    <w:p>
      <w:pPr>
        <w:spacing w:before="0" w:after="80" w:line="300" w:lineRule="auto"/>
        <w:jc w:val="left"/>
      </w:pPr>
      <w:r>
        <w:rPr>
          <w:rFonts w:ascii="Times New Roman" w:hAnsi="Times New Roman" w:eastAsia="宋体"/>
          <w:b w:val="0"/>
          <w:i w:val="0"/>
          <w:sz w:val="21"/>
        </w:rPr>
        <w:t>注：x 的小数部分是实数 y = {x}，满足 0 ≤ y &lt; 1 且 x - y 是整数。</w:t>
      </w:r>
    </w:p>
    <w:p>
      <w:pPr>
        <w:spacing w:before="0" w:after="120" w:line="300" w:lineRule="auto"/>
      </w:pPr>
      <w:r>
        <w:rPr>
          <w:rFonts w:ascii="Times New Roman" w:hAnsi="Times New Roman" w:eastAsia="宋体"/>
          <w:b w:val="0"/>
          <w:i w:val="0"/>
          <w:sz w:val="21"/>
        </w:rPr>
        <w:t>（A）30　　（B）31　　（C）32　　（D）62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 = |2{x} - 1| where {x} denotes the fractional part of x. The number n is the smallest positive integer such that the equation</w:t>
      </w:r>
    </w:p>
    <w:p>
      <w:pPr>
        <w:spacing w:before="0" w:after="80" w:line="300" w:lineRule="auto"/>
        <w:jc w:val="left"/>
      </w:pPr>
      <w:r>
        <w:rPr>
          <w:rFonts w:ascii="Times New Roman" w:hAnsi="Times New Roman" w:eastAsia="宋体"/>
          <w:b w:val="0"/>
          <w:i w:val="0"/>
          <w:color w:val="333333"/>
          <w:sz w:val="19"/>
        </w:rPr>
        <w:t>nf(xf(x)) = x</w:t>
      </w:r>
    </w:p>
    <w:p>
      <w:pPr>
        <w:spacing w:before="0" w:after="80" w:line="300" w:lineRule="auto"/>
        <w:jc w:val="left"/>
      </w:pPr>
      <w:r>
        <w:rPr>
          <w:rFonts w:ascii="Times New Roman" w:hAnsi="Times New Roman" w:eastAsia="宋体"/>
          <w:b w:val="0"/>
          <w:i w:val="0"/>
          <w:color w:val="333333"/>
          <w:sz w:val="19"/>
        </w:rPr>
        <w:t>has at least 2012 real solutions x. What is n?</w:t>
      </w:r>
    </w:p>
    <w:p>
      <w:pPr>
        <w:spacing w:before="0" w:after="80" w:line="300" w:lineRule="auto"/>
        <w:jc w:val="left"/>
      </w:pPr>
      <w:r>
        <w:rPr>
          <w:rFonts w:ascii="Times New Roman" w:hAnsi="Times New Roman" w:eastAsia="宋体"/>
          <w:b w:val="0"/>
          <w:i w:val="0"/>
          <w:color w:val="333333"/>
          <w:sz w:val="19"/>
        </w:rPr>
        <w:t>Note: the fractional part of x is a real number y = {x}, such that 0 ≤ y &lt; 1 and x - y is an integer.</w:t>
      </w:r>
    </w:p>
    <w:p>
      <w:pPr>
        <w:spacing w:before="0" w:after="160" w:line="300" w:lineRule="auto"/>
      </w:pPr>
      <w:r>
        <w:rPr>
          <w:rFonts w:ascii="Times New Roman" w:hAnsi="Times New Roman" w:eastAsia="宋体"/>
          <w:b w:val="0"/>
          <w:i w:val="0"/>
          <w:color w:val="333333"/>
          <w:sz w:val="19"/>
        </w:rPr>
        <w:t>(A) 30　　(B) 31　　(C) 32　　(D) 62　　(E) 64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D　D　C　D　D　C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D　D　E　A　E　B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B　E　C　C　C　C</w:t>
      </w:r>
    </w:p>
    <w:p>
      <w:pPr>
        <w:spacing w:before="0" w:after="200" w:line="300" w:lineRule="auto"/>
      </w:pPr>
      <w:r>
        <w:rPr>
          <w:rFonts w:ascii="Times New Roman" w:hAnsi="Times New Roman" w:eastAsia="宋体"/>
          <w:b w:val="0"/>
          <w:i w:val="0"/>
          <w:color w:val="666666"/>
          <w:sz w:val="18"/>
        </w:rPr>
        <w:t>答案串：EDDCDDCCADBDDEAEBABBECCCC</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小虫第一段爬了 |-6-(-2)| = 4 个单位，第二段爬了 |5-(-6)| = 11 个单位。</w:t>
      </w:r>
    </w:p>
    <w:p>
      <w:pPr>
        <w:spacing w:before="0" w:after="80" w:line="300" w:lineRule="auto"/>
        <w:jc w:val="left"/>
      </w:pPr>
      <w:r>
        <w:rPr>
          <w:rFonts w:ascii="Times New Roman" w:hAnsi="Times New Roman" w:eastAsia="宋体"/>
          <w:b w:val="0"/>
          <w:i w:val="0"/>
          <w:sz w:val="21"/>
        </w:rPr>
        <w:t>总距离为 4 + 11 =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bug crawls |-6-(-2)| = 4 units on the first leg and |5-(-6)| = 11 units on the second leg.</w:t>
      </w:r>
    </w:p>
    <w:p>
      <w:pPr>
        <w:spacing w:before="0" w:after="80" w:line="300" w:lineRule="auto"/>
        <w:jc w:val="left"/>
      </w:pPr>
      <w:r>
        <w:rPr>
          <w:rFonts w:ascii="Times New Roman" w:hAnsi="Times New Roman" w:eastAsia="宋体"/>
          <w:b w:val="0"/>
          <w:i w:val="0"/>
          <w:color w:val="333333"/>
          <w:sz w:val="19"/>
        </w:rPr>
        <w:t>The total distance is 4 + 11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5 分钟共有 300 秒。Cagney 给 300/20 = 15 个纸杯蛋糕涂糖霜，Lacey 给 300/30 = 10 个纸杯蛋糕涂糖霜。</w:t>
      </w:r>
    </w:p>
    <w:p>
      <w:pPr>
        <w:spacing w:before="0" w:after="80" w:line="300" w:lineRule="auto"/>
        <w:jc w:val="left"/>
      </w:pPr>
      <w:r>
        <w:rPr>
          <w:rFonts w:ascii="Times New Roman" w:hAnsi="Times New Roman" w:eastAsia="宋体"/>
          <w:b w:val="0"/>
          <w:i w:val="0"/>
          <w:sz w:val="21"/>
        </w:rPr>
        <w:t>两人合起来完成 15 + 10 = 25 个纸杯蛋糕。</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5 minutes there are 300 seconds. Cagney frosts 300/20 = 15 cupcakes and Lacey frosts 300/30 = 10 cupcakes.</w:t>
      </w:r>
    </w:p>
    <w:p>
      <w:pPr>
        <w:spacing w:before="0" w:after="80" w:line="300" w:lineRule="auto"/>
        <w:jc w:val="left"/>
      </w:pPr>
      <w:r>
        <w:rPr>
          <w:rFonts w:ascii="Times New Roman" w:hAnsi="Times New Roman" w:eastAsia="宋体"/>
          <w:b w:val="0"/>
          <w:i w:val="0"/>
          <w:color w:val="333333"/>
          <w:sz w:val="19"/>
        </w:rPr>
        <w:t>Together they frost 15 + 10 = 25 cupcakes.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第二个盒子的体积是第一个盒子的 2 × 3 × 1 = 6 倍，所以它能装的黏土也是 6 倍。</w:t>
      </w:r>
    </w:p>
    <w:p>
      <w:pPr>
        <w:spacing w:before="0" w:after="80" w:line="300" w:lineRule="auto"/>
        <w:jc w:val="left"/>
      </w:pPr>
      <w:r>
        <w:rPr>
          <w:rFonts w:ascii="Times New Roman" w:hAnsi="Times New Roman" w:eastAsia="宋体"/>
          <w:b w:val="0"/>
          <w:i w:val="0"/>
          <w:sz w:val="21"/>
        </w:rPr>
        <w:t>因此 n = 6 · 40 = 240。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box has 2 × 3 × 1 = 6 times the volume of the first, so it holds 6 times as much clay.</w:t>
      </w:r>
    </w:p>
    <w:p>
      <w:pPr>
        <w:spacing w:before="0" w:after="80" w:line="300" w:lineRule="auto"/>
        <w:jc w:val="left"/>
      </w:pPr>
      <w:r>
        <w:rPr>
          <w:rFonts w:ascii="Times New Roman" w:hAnsi="Times New Roman" w:eastAsia="宋体"/>
          <w:b w:val="0"/>
          <w:i w:val="0"/>
          <w:color w:val="333333"/>
          <w:sz w:val="19"/>
        </w:rPr>
        <w:t>Therefore n = 6 · 40 = 240.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假设共有 5 颗弹珠：3 颗蓝色，2 颗红色。红色翻倍后有 4 颗红色，而蓝色仍为 3 颗。</w:t>
      </w:r>
    </w:p>
    <w:p>
      <w:pPr>
        <w:spacing w:before="0" w:after="80" w:line="300" w:lineRule="auto"/>
        <w:jc w:val="left"/>
      </w:pPr>
      <w:r>
        <w:rPr>
          <w:rFonts w:ascii="Times New Roman" w:hAnsi="Times New Roman" w:eastAsia="宋体"/>
          <w:b w:val="0"/>
          <w:i w:val="0"/>
          <w:sz w:val="21"/>
        </w:rPr>
        <w:t>现在总数为 3 + 4 = 7，所以红色所占的比例是 4/7。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there are 5 marbles: 3 blue and 2 red. Doubling the red gives 4 red while the blue stays at 3.</w:t>
      </w:r>
    </w:p>
    <w:p>
      <w:pPr>
        <w:spacing w:before="0" w:after="80" w:line="300" w:lineRule="auto"/>
        <w:jc w:val="left"/>
      </w:pPr>
      <w:r>
        <w:rPr>
          <w:rFonts w:ascii="Times New Roman" w:hAnsi="Times New Roman" w:eastAsia="宋体"/>
          <w:b w:val="0"/>
          <w:i w:val="0"/>
          <w:color w:val="333333"/>
          <w:sz w:val="19"/>
        </w:rPr>
        <w:t>The total is now 3 + 4 = 7, so the fraction that is red is 4/7.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设蓝莓有 b 颗。则覆盆子有 2b 颗，樱桃有 4 · 2b = 8b 颗，葡萄有 3 · 8b = 24b 颗。</w:t>
      </w:r>
    </w:p>
    <w:p>
      <w:pPr>
        <w:spacing w:before="0" w:after="80" w:line="300" w:lineRule="auto"/>
        <w:jc w:val="left"/>
      </w:pPr>
      <w:r>
        <w:rPr>
          <w:rFonts w:ascii="Times New Roman" w:hAnsi="Times New Roman" w:eastAsia="宋体"/>
          <w:b w:val="0"/>
          <w:i w:val="0"/>
          <w:sz w:val="21"/>
        </w:rPr>
        <w:t>总数为 b + 2b + 8b + 24b = 35b = 280，所以 b = 8，樱桃有 8b = 64 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 be the number of blueberries. Then there are 2b raspberries, 4 · 2b = 8b cherries, and 3 · 8b = 24b grapes.</w:t>
      </w:r>
    </w:p>
    <w:p>
      <w:pPr>
        <w:spacing w:before="0" w:after="80" w:line="300" w:lineRule="auto"/>
        <w:jc w:val="left"/>
      </w:pPr>
      <w:r>
        <w:rPr>
          <w:rFonts w:ascii="Times New Roman" w:hAnsi="Times New Roman" w:eastAsia="宋体"/>
          <w:b w:val="0"/>
          <w:i w:val="0"/>
          <w:color w:val="333333"/>
          <w:sz w:val="19"/>
        </w:rPr>
        <w:t>The total is b + 2b + 8b + 24b = 35b = 280, so b = 8 and there are 8b = 64 cherries.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设三个数为 a &lt; b &lt; c。将三个两两之和相加，得到 2(a+b+c) = 12+17+19 = 48，所以 a+b+c = 24。</w:t>
      </w:r>
    </w:p>
    <w:p>
      <w:pPr>
        <w:spacing w:before="0" w:after="80" w:line="300" w:lineRule="auto"/>
        <w:jc w:val="left"/>
      </w:pPr>
      <w:r>
        <w:rPr>
          <w:rFonts w:ascii="Times New Roman" w:hAnsi="Times New Roman" w:eastAsia="宋体"/>
          <w:b w:val="0"/>
          <w:i w:val="0"/>
          <w:sz w:val="21"/>
        </w:rPr>
        <w:t>因此 a = 24-19 = 5，b = 24-17 = 7，c = 24-12 = 12。中间的数是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numbers be a &lt; b &lt; c. Adding the three pairwise sums gives 2(a+b+c) = 12+17+19 = 48, so a+b+c = 24.</w:t>
      </w:r>
    </w:p>
    <w:p>
      <w:pPr>
        <w:spacing w:before="0" w:after="80" w:line="300" w:lineRule="auto"/>
        <w:jc w:val="left"/>
      </w:pPr>
      <w:r>
        <w:rPr>
          <w:rFonts w:ascii="Times New Roman" w:hAnsi="Times New Roman" w:eastAsia="宋体"/>
          <w:b w:val="0"/>
          <w:i w:val="0"/>
          <w:color w:val="333333"/>
          <w:sz w:val="19"/>
        </w:rPr>
        <w:t>Then a = 24-19 = 5, b = 24-17 = 7, and c = 24-12 = 12. The middle number is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设最小角为 a，公差为 d ≥ 0。所有角的和为 12a + 66d = 360，所以 2a + 11d = 60。</w:t>
      </w:r>
    </w:p>
    <w:p>
      <w:pPr>
        <w:spacing w:before="0" w:after="80" w:line="300" w:lineRule="auto"/>
        <w:jc w:val="left"/>
      </w:pPr>
      <w:r>
        <w:rPr>
          <w:rFonts w:ascii="Times New Roman" w:hAnsi="Times New Roman" w:eastAsia="宋体"/>
          <w:b w:val="0"/>
          <w:i w:val="0"/>
          <w:sz w:val="21"/>
        </w:rPr>
        <w:t>要使 a 小，就让 d 尽量大。由于 11d 必须为偶数，d 为偶数，而 d = 4 给出 2a = 60 - 44 = 16，所以 a = 8。更大的偶数 d 会使 a 非正。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smallest angle and d ≥ 0 the common difference. The sum of the angles is 12a + 66d = 360, so 2a + 11d = 60.</w:t>
      </w:r>
    </w:p>
    <w:p>
      <w:pPr>
        <w:spacing w:before="0" w:after="80" w:line="300" w:lineRule="auto"/>
        <w:jc w:val="left"/>
      </w:pPr>
      <w:r>
        <w:rPr>
          <w:rFonts w:ascii="Times New Roman" w:hAnsi="Times New Roman" w:eastAsia="宋体"/>
          <w:b w:val="0"/>
          <w:i w:val="0"/>
          <w:color w:val="333333"/>
          <w:sz w:val="19"/>
        </w:rPr>
        <w:t>To make a small, take d large. Since 11d must be even, d is even, and d = 4 gives 2a = 60 - 44 = 16, so a = 8. A larger even d makes a non-positive.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对顺序 a, b, c, d, e，迭代平均数为</w:t>
      </w:r>
    </w:p>
    <w:p>
      <w:pPr>
        <w:spacing w:before="0" w:after="80" w:line="300" w:lineRule="auto"/>
        <w:jc w:val="left"/>
      </w:pPr>
      <w:r>
        <w:rPr>
          <w:rFonts w:ascii="Times New Roman" w:hAnsi="Times New Roman" w:eastAsia="宋体"/>
          <w:b w:val="0"/>
          <w:i w:val="0"/>
          <w:sz w:val="21"/>
        </w:rPr>
        <w:t>(a + b + 2c + 4d + 8e)/16。</w:t>
      </w:r>
    </w:p>
    <w:p>
      <w:pPr>
        <w:spacing w:before="0" w:after="80" w:line="300" w:lineRule="auto"/>
        <w:jc w:val="left"/>
      </w:pPr>
      <w:r>
        <w:rPr>
          <w:rFonts w:ascii="Times New Roman" w:hAnsi="Times New Roman" w:eastAsia="宋体"/>
          <w:b w:val="0"/>
          <w:i w:val="0"/>
          <w:sz w:val="21"/>
        </w:rPr>
        <w:t>后面的位置权重最大。</w:t>
      </w:r>
    </w:p>
    <w:p>
      <w:pPr>
        <w:spacing w:before="0" w:after="80" w:line="300" w:lineRule="auto"/>
        <w:jc w:val="left"/>
      </w:pPr>
      <w:r>
        <w:rPr>
          <w:rFonts w:ascii="Times New Roman" w:hAnsi="Times New Roman" w:eastAsia="宋体"/>
          <w:b w:val="0"/>
          <w:i w:val="0"/>
          <w:sz w:val="21"/>
        </w:rPr>
        <w:t>最大值取 (a,b,c,d,e) = (1,2,3,4,5)，得到 65/16，最小值取 (5,4,3,2,1)，得到 31/16。</w:t>
      </w:r>
    </w:p>
    <w:p>
      <w:pPr>
        <w:spacing w:before="0" w:after="80" w:line="300" w:lineRule="auto"/>
        <w:jc w:val="left"/>
      </w:pPr>
      <w:r>
        <w:rPr>
          <w:rFonts w:ascii="Times New Roman" w:hAnsi="Times New Roman" w:eastAsia="宋体"/>
          <w:b w:val="0"/>
          <w:i w:val="0"/>
          <w:sz w:val="21"/>
        </w:rPr>
        <w:t>差为 65/16 - 31/16 = 34/16 = 17/8。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order a, b, c, d, e, the iterative average is</w:t>
      </w:r>
    </w:p>
    <w:p>
      <w:pPr>
        <w:spacing w:before="0" w:after="80" w:line="300" w:lineRule="auto"/>
        <w:jc w:val="left"/>
      </w:pPr>
      <w:r>
        <w:rPr>
          <w:rFonts w:ascii="Times New Roman" w:hAnsi="Times New Roman" w:eastAsia="宋体"/>
          <w:b w:val="0"/>
          <w:i w:val="0"/>
          <w:color w:val="333333"/>
          <w:sz w:val="19"/>
        </w:rPr>
        <w:t>(a + b + 2c + 4d + 8e)/16.</w:t>
      </w:r>
    </w:p>
    <w:p>
      <w:pPr>
        <w:spacing w:before="0" w:after="80" w:line="300" w:lineRule="auto"/>
        <w:jc w:val="left"/>
      </w:pPr>
      <w:r>
        <w:rPr>
          <w:rFonts w:ascii="Times New Roman" w:hAnsi="Times New Roman" w:eastAsia="宋体"/>
          <w:b w:val="0"/>
          <w:i w:val="0"/>
          <w:color w:val="333333"/>
          <w:sz w:val="19"/>
        </w:rPr>
        <w:t>The later positions carry the most weight.</w:t>
      </w:r>
    </w:p>
    <w:p>
      <w:pPr>
        <w:spacing w:before="0" w:after="80" w:line="300" w:lineRule="auto"/>
        <w:jc w:val="left"/>
      </w:pPr>
      <w:r>
        <w:rPr>
          <w:rFonts w:ascii="Times New Roman" w:hAnsi="Times New Roman" w:eastAsia="宋体"/>
          <w:b w:val="0"/>
          <w:i w:val="0"/>
          <w:color w:val="333333"/>
          <w:sz w:val="19"/>
        </w:rPr>
        <w:t>The largest value uses (a,b,c,d,e) = (1,2,3,4,5), giving 65/16, and the smallest uses (5,4,3,2,1), giving 31/16.</w:t>
      </w:r>
    </w:p>
    <w:p>
      <w:pPr>
        <w:spacing w:before="0" w:after="80" w:line="300" w:lineRule="auto"/>
        <w:jc w:val="left"/>
      </w:pPr>
      <w:r>
        <w:rPr>
          <w:rFonts w:ascii="Times New Roman" w:hAnsi="Times New Roman" w:eastAsia="宋体"/>
          <w:b w:val="0"/>
          <w:i w:val="0"/>
          <w:color w:val="333333"/>
          <w:sz w:val="19"/>
        </w:rPr>
        <w:t>The difference is 65/16 - 31/16 = 34/16 = 17/8.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从 1812 年二月 7 日到 2012 年二月 7 日，共有 200 · 365 = 73000 个普通日，再加上每个闰日。</w:t>
      </w:r>
    </w:p>
    <w:p>
      <w:pPr>
        <w:spacing w:before="0" w:after="80" w:line="300" w:lineRule="auto"/>
        <w:jc w:val="left"/>
      </w:pPr>
      <w:r>
        <w:rPr>
          <w:rFonts w:ascii="Times New Roman" w:hAnsi="Times New Roman" w:eastAsia="宋体"/>
          <w:b w:val="0"/>
          <w:i w:val="0"/>
          <w:sz w:val="21"/>
        </w:rPr>
        <w:t>200 年中有四分之一含闰日，但要排除 1900，因此闰日数为 1/4 · 200 - 1 = 49。所以总跨度为 73049 天。</w:t>
      </w:r>
    </w:p>
    <w:p>
      <w:pPr>
        <w:spacing w:before="0" w:after="80" w:line="300" w:lineRule="auto"/>
        <w:jc w:val="left"/>
      </w:pPr>
      <w:r>
        <w:rPr>
          <w:rFonts w:ascii="Times New Roman" w:hAnsi="Times New Roman" w:eastAsia="宋体"/>
          <w:b w:val="0"/>
          <w:i w:val="0"/>
          <w:sz w:val="21"/>
        </w:rPr>
        <w:t>因为 73049 = 7 · 10435 + 4，出生日期比星期二早 4 天，也就是星期五。</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February 7, 1812 to February 7, 2012 there are 200 · 365 = 73000 ordinary days plus one for each leap day.</w:t>
      </w:r>
    </w:p>
    <w:p>
      <w:pPr>
        <w:spacing w:before="0" w:after="80" w:line="300" w:lineRule="auto"/>
        <w:jc w:val="left"/>
      </w:pPr>
      <w:r>
        <w:rPr>
          <w:rFonts w:ascii="Times New Roman" w:hAnsi="Times New Roman" w:eastAsia="宋体"/>
          <w:b w:val="0"/>
          <w:i w:val="0"/>
          <w:color w:val="333333"/>
          <w:sz w:val="19"/>
        </w:rPr>
        <w:t>One quarter of the 200 years contain a leap day, except 1900, giving 1/4 · 200 - 1 = 49 leap days. So the span is 73049 days.</w:t>
      </w:r>
    </w:p>
    <w:p>
      <w:pPr>
        <w:spacing w:before="0" w:after="80" w:line="300" w:lineRule="auto"/>
        <w:jc w:val="left"/>
      </w:pPr>
      <w:r>
        <w:rPr>
          <w:rFonts w:ascii="Times New Roman" w:hAnsi="Times New Roman" w:eastAsia="宋体"/>
          <w:b w:val="0"/>
          <w:i w:val="0"/>
          <w:color w:val="333333"/>
          <w:sz w:val="19"/>
        </w:rPr>
        <w:t>Since 73049 = 7 · 10435 + 4, the birth day was 4 days before a Tuesday, which is a Friday.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这条中线把原三角形分成两个面积相等的三角形，每个面积为 15。其中一个三角形有两条边长分别为 5（底边的一半）和 9（中线），它们的夹角为 θ。</w:t>
      </w:r>
    </w:p>
    <w:p>
      <w:pPr>
        <w:spacing w:before="0" w:after="80" w:line="300" w:lineRule="auto"/>
        <w:jc w:val="left"/>
      </w:pPr>
      <w:r>
        <w:rPr>
          <w:rFonts w:ascii="Times New Roman" w:hAnsi="Times New Roman" w:eastAsia="宋体"/>
          <w:b w:val="0"/>
          <w:i w:val="0"/>
          <w:sz w:val="21"/>
        </w:rPr>
        <w:t>它的面积为 1/2 · 5 · 9 sinθ = 15，所以 sinθ = (2 · 15)/(5 · 9) = 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median divides the triangle into two triangles of equal area 15. One of them has the two sides of length 5 (half the base) and 9 (the median) meeting at angle θ.</w:t>
      </w:r>
    </w:p>
    <w:p>
      <w:pPr>
        <w:spacing w:before="0" w:after="80" w:line="300" w:lineRule="auto"/>
        <w:jc w:val="left"/>
      </w:pPr>
      <w:r>
        <w:rPr>
          <w:rFonts w:ascii="Times New Roman" w:hAnsi="Times New Roman" w:eastAsia="宋体"/>
          <w:b w:val="0"/>
          <w:i w:val="0"/>
          <w:color w:val="333333"/>
          <w:sz w:val="19"/>
        </w:rPr>
        <w:t>Its area is 1/2 · 5 · 9 sinθ = 15, so sinθ = (2 · 15)/(5 · 9) =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Alex 获胜的概率为 1/2，其余两人共享剩下的 1/2。因为 Mel 获胜的可能性是 Chelsea 的两倍，P(Mel) = 1/3，P(Chelsea) = 1/6。</w:t>
      </w:r>
    </w:p>
    <w:p>
      <w:pPr>
        <w:spacing w:before="0" w:after="80" w:line="300" w:lineRule="auto"/>
        <w:jc w:val="left"/>
      </w:pPr>
      <w:r>
        <w:rPr>
          <w:rFonts w:ascii="Times New Roman" w:hAnsi="Times New Roman" w:eastAsia="宋体"/>
          <w:b w:val="0"/>
          <w:i w:val="0"/>
          <w:sz w:val="21"/>
        </w:rPr>
        <w:t>获胜顺序 AAAMMC 的排列数为 (6!)/(3! 2! 1!) = 60。概率为</w:t>
      </w:r>
    </w:p>
    <w:p>
      <w:pPr>
        <w:spacing w:before="0" w:after="80" w:line="300" w:lineRule="auto"/>
        <w:jc w:val="left"/>
      </w:pPr>
      <w:r>
        <w:rPr>
          <w:rFonts w:ascii="Times New Roman" w:hAnsi="Times New Roman" w:eastAsia="宋体"/>
          <w:b w:val="0"/>
          <w:i w:val="0"/>
          <w:sz w:val="21"/>
        </w:rPr>
        <w:t>60 · (1/2)³ (1/3)² (1/6) = 60/432</w:t>
      </w:r>
    </w:p>
    <w:p>
      <w:pPr>
        <w:spacing w:before="0" w:after="80" w:line="300" w:lineRule="auto"/>
        <w:jc w:val="left"/>
      </w:pPr>
      <w:r>
        <w:rPr>
          <w:rFonts w:ascii="Times New Roman" w:hAnsi="Times New Roman" w:eastAsia="宋体"/>
          <w:b w:val="0"/>
          <w:i w:val="0"/>
          <w:sz w:val="21"/>
        </w:rPr>
        <w:t>= 5/36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Alex wins with probability 1/2, the others share the remaining 1/2. With Mel twice as likely as Chelsea, P(Mel) = 1/3 and P(Chelsea) = 1/6.</w:t>
      </w:r>
    </w:p>
    <w:p>
      <w:pPr>
        <w:spacing w:before="0" w:after="80" w:line="300" w:lineRule="auto"/>
        <w:jc w:val="left"/>
      </w:pPr>
      <w:r>
        <w:rPr>
          <w:rFonts w:ascii="Times New Roman" w:hAnsi="Times New Roman" w:eastAsia="宋体"/>
          <w:b w:val="0"/>
          <w:i w:val="0"/>
          <w:color w:val="333333"/>
          <w:sz w:val="19"/>
        </w:rPr>
        <w:t>The number of orderings of the wins AAAMMC is (6!)/(3! 2! 1!) = 60. The probability is</w:t>
      </w:r>
    </w:p>
    <w:p>
      <w:pPr>
        <w:spacing w:before="0" w:after="80" w:line="300" w:lineRule="auto"/>
        <w:jc w:val="left"/>
      </w:pPr>
      <w:r>
        <w:rPr>
          <w:rFonts w:ascii="Times New Roman" w:hAnsi="Times New Roman" w:eastAsia="宋体"/>
          <w:b w:val="0"/>
          <w:i w:val="0"/>
          <w:color w:val="333333"/>
          <w:sz w:val="19"/>
        </w:rPr>
        <w:t>60 · (1/2)³ (1/3)² (1/6) = 60/432</w:t>
      </w:r>
    </w:p>
    <w:p>
      <w:pPr>
        <w:spacing w:before="0" w:after="80" w:line="300" w:lineRule="auto"/>
        <w:jc w:val="left"/>
      </w:pPr>
      <w:r>
        <w:rPr>
          <w:rFonts w:ascii="Times New Roman" w:hAnsi="Times New Roman" w:eastAsia="宋体"/>
          <w:b w:val="0"/>
          <w:i w:val="0"/>
          <w:color w:val="333333"/>
          <w:sz w:val="19"/>
        </w:rPr>
        <w:t>= 5/36.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由对称性，设 A = (a, b)，其中 a &gt; 0，且 B = (-a, b)。正方形位于切点 (0,1) 上方，所以它的水平宽度为 2a，高度为 b - 1。</w:t>
      </w:r>
    </w:p>
    <w:p>
      <w:pPr>
        <w:spacing w:before="0" w:after="80" w:line="300" w:lineRule="auto"/>
        <w:jc w:val="left"/>
      </w:pPr>
      <w:r>
        <w:rPr>
          <w:rFonts w:ascii="Times New Roman" w:hAnsi="Times New Roman" w:eastAsia="宋体"/>
          <w:b w:val="0"/>
          <w:i w:val="0"/>
          <w:sz w:val="21"/>
        </w:rPr>
        <w:t>由于二者相等，2a = b - 1，因此 b = 2a + 1。</w:t>
      </w:r>
    </w:p>
    <w:p>
      <w:pPr>
        <w:spacing w:before="0" w:after="80" w:line="300" w:lineRule="auto"/>
        <w:jc w:val="left"/>
      </w:pPr>
      <w:r>
        <w:rPr>
          <w:rFonts w:ascii="Times New Roman" w:hAnsi="Times New Roman" w:eastAsia="宋体"/>
          <w:b w:val="0"/>
          <w:i w:val="0"/>
          <w:sz w:val="21"/>
        </w:rPr>
        <w:t>代入 a² + b² = 4，得到 5a² + 4a - 3 = 0。正根为 a = (√(19) - 2)/5，所以边长为 2a = (2√(19) - 4)/5。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let A = (a, b) with a &gt; 0 and B = (-a, b). The square sits on the tangent point (0,1), so its horizontal width is 2a and its height is b - 1.</w:t>
      </w:r>
    </w:p>
    <w:p>
      <w:pPr>
        <w:spacing w:before="0" w:after="80" w:line="300" w:lineRule="auto"/>
        <w:jc w:val="left"/>
      </w:pPr>
      <w:r>
        <w:rPr>
          <w:rFonts w:ascii="Times New Roman" w:hAnsi="Times New Roman" w:eastAsia="宋体"/>
          <w:b w:val="0"/>
          <w:i w:val="0"/>
          <w:color w:val="333333"/>
          <w:sz w:val="19"/>
        </w:rPr>
        <w:t>Since these are equal, 2a = b - 1, giving b = 2a + 1.</w:t>
      </w:r>
    </w:p>
    <w:p>
      <w:pPr>
        <w:spacing w:before="0" w:after="80" w:line="300" w:lineRule="auto"/>
        <w:jc w:val="left"/>
      </w:pPr>
      <w:r>
        <w:rPr>
          <w:rFonts w:ascii="Times New Roman" w:hAnsi="Times New Roman" w:eastAsia="宋体"/>
          <w:b w:val="0"/>
          <w:i w:val="0"/>
          <w:color w:val="333333"/>
          <w:sz w:val="19"/>
        </w:rPr>
        <w:t>Substituting into a² + b² = 4 yields 5a² + 4a - 3 = 0. The positive root is a = (√(19) - 2)/5, so the side length is 2a = (2√(19) - 4)/5.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设午餐时长为 m 分钟。星期一三人工作了 480 - m 分钟，星期二助手工作了 372 - m 分钟，星期三 Paula 工作了 672 - m 分钟。</w:t>
      </w:r>
    </w:p>
    <w:p>
      <w:pPr>
        <w:spacing w:before="0" w:after="80" w:line="300" w:lineRule="auto"/>
        <w:jc w:val="left"/>
      </w:pPr>
      <w:r>
        <w:rPr>
          <w:rFonts w:ascii="Times New Roman" w:hAnsi="Times New Roman" w:eastAsia="宋体"/>
          <w:b w:val="0"/>
          <w:i w:val="0"/>
          <w:sz w:val="21"/>
        </w:rPr>
        <w:t>若 Paula 每分钟刷 p%，两名助手合计每分钟刷 h%，则</w:t>
      </w:r>
    </w:p>
    <w:p>
      <w:pPr>
        <w:spacing w:before="0" w:after="80" w:line="300" w:lineRule="auto"/>
        <w:jc w:val="left"/>
      </w:pPr>
      <w:r>
        <w:rPr>
          <w:rFonts w:ascii="Times New Roman" w:hAnsi="Times New Roman" w:eastAsia="宋体"/>
          <w:b w:val="0"/>
          <w:i w:val="0"/>
          <w:sz w:val="21"/>
        </w:rPr>
        <w:t>(p+h)(480-m) = 50,</w:t>
      </w:r>
    </w:p>
    <w:p>
      <w:pPr>
        <w:spacing w:before="0" w:after="80" w:line="300" w:lineRule="auto"/>
        <w:jc w:val="left"/>
      </w:pPr>
      <w:r>
        <w:rPr>
          <w:rFonts w:ascii="Times New Roman" w:hAnsi="Times New Roman" w:eastAsia="宋体"/>
          <w:b w:val="0"/>
          <w:i w:val="0"/>
          <w:sz w:val="21"/>
        </w:rPr>
        <w:t>h(372-m) = 24,</w:t>
      </w:r>
    </w:p>
    <w:p>
      <w:pPr>
        <w:spacing w:before="0" w:after="80" w:line="300" w:lineRule="auto"/>
        <w:jc w:val="left"/>
      </w:pPr>
      <w:r>
        <w:rPr>
          <w:rFonts w:ascii="Times New Roman" w:hAnsi="Times New Roman" w:eastAsia="宋体"/>
          <w:b w:val="0"/>
          <w:i w:val="0"/>
          <w:sz w:val="21"/>
        </w:rPr>
        <w:t>p(672-m) = 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将后两个方程相加，再从第一个方程中减去，得到 108h - 192p = 0，所以 h = 16/9p。解这个方程组得到 p = 1/24 且 m = 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lunch length in minutes. The three worked 480 - m minutes Monday, the helpers 372 - m minutes Tuesday, and Paula 672 - m minutes Wednesday.</w:t>
      </w:r>
    </w:p>
    <w:p>
      <w:pPr>
        <w:spacing w:before="0" w:after="80" w:line="300" w:lineRule="auto"/>
        <w:jc w:val="left"/>
      </w:pPr>
      <w:r>
        <w:rPr>
          <w:rFonts w:ascii="Times New Roman" w:hAnsi="Times New Roman" w:eastAsia="宋体"/>
          <w:b w:val="0"/>
          <w:i w:val="0"/>
          <w:color w:val="333333"/>
          <w:sz w:val="19"/>
        </w:rPr>
        <w:t>If Paula paints p% per minute and the helpers together paint h% per minute, then</w:t>
      </w:r>
    </w:p>
    <w:p>
      <w:pPr>
        <w:spacing w:before="0" w:after="80" w:line="300" w:lineRule="auto"/>
        <w:jc w:val="left"/>
      </w:pPr>
      <w:r>
        <w:rPr>
          <w:rFonts w:ascii="Times New Roman" w:hAnsi="Times New Roman" w:eastAsia="宋体"/>
          <w:b w:val="0"/>
          <w:i w:val="0"/>
          <w:color w:val="333333"/>
          <w:sz w:val="19"/>
        </w:rPr>
        <w:t>(p+h)(480-m) = 50,</w:t>
      </w:r>
    </w:p>
    <w:p>
      <w:pPr>
        <w:spacing w:before="0" w:after="80" w:line="300" w:lineRule="auto"/>
        <w:jc w:val="left"/>
      </w:pPr>
      <w:r>
        <w:rPr>
          <w:rFonts w:ascii="Times New Roman" w:hAnsi="Times New Roman" w:eastAsia="宋体"/>
          <w:b w:val="0"/>
          <w:i w:val="0"/>
          <w:color w:val="333333"/>
          <w:sz w:val="19"/>
        </w:rPr>
        <w:t>h(372-m) = 24,</w:t>
      </w:r>
    </w:p>
    <w:p>
      <w:pPr>
        <w:spacing w:before="0" w:after="80" w:line="300" w:lineRule="auto"/>
        <w:jc w:val="left"/>
      </w:pPr>
      <w:r>
        <w:rPr>
          <w:rFonts w:ascii="Times New Roman" w:hAnsi="Times New Roman" w:eastAsia="宋体"/>
          <w:b w:val="0"/>
          <w:i w:val="0"/>
          <w:color w:val="333333"/>
          <w:sz w:val="19"/>
        </w:rPr>
        <w:t>p(672-m) = 26.</w:t>
      </w:r>
    </w:p>
    <w:p>
      <w:pPr>
        <w:spacing w:before="0" w:after="80" w:line="300" w:lineRule="auto"/>
        <w:jc w:val="left"/>
      </w:pPr>
      <w:r>
        <w:rPr>
          <w:rFonts w:ascii="Times New Roman" w:hAnsi="Times New Roman" w:eastAsia="宋体"/>
          <w:b w:val="0"/>
          <w:i w:val="0"/>
          <w:color w:val="333333"/>
          <w:sz w:val="19"/>
        </w:rPr>
        <w:t>Adding the last two equations and subtracting from the first gives 108h - 192p = 0, so h = 16/9p. Solving the system gives p = 1/24 and m = 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每条弧在单位圆上的长度为 2π/3，所以对应一个 120° 扇形。九个相等扇形可重新组合，使围成区域等于边长为 2 的正六边形加上一个半径为 1 的完整圆。</w:t>
      </w:r>
    </w:p>
    <w:p>
      <w:pPr>
        <w:spacing w:before="0" w:after="80" w:line="300" w:lineRule="auto"/>
        <w:jc w:val="left"/>
      </w:pPr>
      <w:r>
        <w:rPr>
          <w:rFonts w:ascii="Times New Roman" w:hAnsi="Times New Roman" w:eastAsia="宋体"/>
          <w:b w:val="0"/>
          <w:i w:val="0"/>
          <w:sz w:val="21"/>
        </w:rPr>
        <w:t>边长为 2 的正六边形可分成 6 个边长为 2 的等边三角形，所以面积为 6 · (√(3))/4 · 2² = 6√(3)。</w:t>
      </w:r>
    </w:p>
    <w:p>
      <w:pPr>
        <w:spacing w:before="0" w:after="80" w:line="300" w:lineRule="auto"/>
        <w:jc w:val="left"/>
      </w:pPr>
      <w:r>
        <w:rPr>
          <w:rFonts w:ascii="Times New Roman" w:hAnsi="Times New Roman" w:eastAsia="宋体"/>
          <w:b w:val="0"/>
          <w:i w:val="0"/>
          <w:sz w:val="21"/>
        </w:rPr>
        <w:t>加上单位圆面积 π，得到 π + 6√(3)。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arc has length 2π/3 on a unit circle, so it is a 120° sector. The nine equal sectors can be reassembled so that the enclosed region equals the regular hexagon of side 2 plus one full circle of radius 1.</w:t>
      </w:r>
    </w:p>
    <w:p>
      <w:pPr>
        <w:spacing w:before="0" w:after="80" w:line="300" w:lineRule="auto"/>
        <w:jc w:val="left"/>
      </w:pPr>
      <w:r>
        <w:rPr>
          <w:rFonts w:ascii="Times New Roman" w:hAnsi="Times New Roman" w:eastAsia="宋体"/>
          <w:b w:val="0"/>
          <w:i w:val="0"/>
          <w:color w:val="333333"/>
          <w:sz w:val="19"/>
        </w:rPr>
        <w:t>A regular hexagon of side 2 splits into 6 equilateral triangles of side 2, so its area is 6 · (√(3))/4 · 2² = 6√(3).</w:t>
      </w:r>
    </w:p>
    <w:p>
      <w:pPr>
        <w:spacing w:before="0" w:after="80" w:line="300" w:lineRule="auto"/>
        <w:jc w:val="left"/>
      </w:pPr>
      <w:r>
        <w:rPr>
          <w:rFonts w:ascii="Times New Roman" w:hAnsi="Times New Roman" w:eastAsia="宋体"/>
          <w:b w:val="0"/>
          <w:i w:val="0"/>
          <w:color w:val="333333"/>
          <w:sz w:val="19"/>
        </w:rPr>
        <w:t>Adding the unit circle’s area π gives π + 6√(3).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旋转时，四个角格构成一个循环，四个边格构成另一个循环，而中心格保持不动。这三组相互独立。</w:t>
      </w:r>
    </w:p>
    <w:p>
      <w:pPr>
        <w:spacing w:before="0" w:after="80" w:line="300" w:lineRule="auto"/>
        <w:jc w:val="left"/>
      </w:pPr>
      <w:r>
        <w:rPr>
          <w:rFonts w:ascii="Times New Roman" w:hAnsi="Times New Roman" w:eastAsia="宋体"/>
          <w:b w:val="0"/>
          <w:i w:val="0"/>
          <w:sz w:val="21"/>
        </w:rPr>
        <w:t>一个位置最终仍是白色，当且仅当它和旋转到该位置的方格原来都是白色。因此四个角最终全黑，恰好等价于它们的循环颜色串中没有两个相邻的白格。允许的颜色串包括全黑的一个、恰有一个白格的 4 个，以及两个白格相对的 2 个，共有 7 种，而总数为 2⁴=16。所以四个角全黑的概率是 7/16。四个边格同理。</w:t>
      </w:r>
    </w:p>
    <w:p>
      <w:pPr>
        <w:spacing w:before="0" w:after="80" w:line="300" w:lineRule="auto"/>
        <w:jc w:val="left"/>
      </w:pPr>
      <w:r>
        <w:rPr>
          <w:rFonts w:ascii="Times New Roman" w:hAnsi="Times New Roman" w:eastAsia="宋体"/>
          <w:b w:val="0"/>
          <w:i w:val="0"/>
          <w:sz w:val="21"/>
        </w:rPr>
        <w:t>中心格最终为黑色，只有它一开始就是黑色，概率为 1/2。相乘可得整个方格全黑的概率为</w:t>
      </w:r>
    </w:p>
    <w:p>
      <w:pPr>
        <w:spacing w:before="0" w:after="80" w:line="300" w:lineRule="auto"/>
        <w:jc w:val="left"/>
      </w:pPr>
      <w:r>
        <w:rPr>
          <w:rFonts w:ascii="Times New Roman" w:hAnsi="Times New Roman" w:eastAsia="宋体"/>
          <w:b w:val="0"/>
          <w:i w:val="0"/>
          <w:sz w:val="21"/>
        </w:rPr>
        <w:t>1/2 · (7/16)² = 49/512。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corners form one cycle under the rotation, the four edge squares form another, and the center is fixed. These three groups are independent.</w:t>
      </w:r>
    </w:p>
    <w:p>
      <w:pPr>
        <w:spacing w:before="0" w:after="80" w:line="300" w:lineRule="auto"/>
        <w:jc w:val="left"/>
      </w:pPr>
      <w:r>
        <w:rPr>
          <w:rFonts w:ascii="Times New Roman" w:hAnsi="Times New Roman" w:eastAsia="宋体"/>
          <w:b w:val="0"/>
          <w:i w:val="0"/>
          <w:color w:val="333333"/>
          <w:sz w:val="19"/>
        </w:rPr>
        <w:t>A position remains white exactly when both it and the square rotated into it were originally white. Thus the corners end black exactly when their cyclic string has no adjacent pair of whites. The allowed strings are the all-black string, the 4 strings with one white, and the 2 strings with two opposite whites: 7 of the 2⁴=16 possibilities. Hence the corner probability is 7/16. The same argument applies to the four edge squares.</w:t>
      </w:r>
    </w:p>
    <w:p>
      <w:pPr>
        <w:spacing w:before="0" w:after="80" w:line="300" w:lineRule="auto"/>
        <w:jc w:val="left"/>
      </w:pPr>
      <w:r>
        <w:rPr>
          <w:rFonts w:ascii="Times New Roman" w:hAnsi="Times New Roman" w:eastAsia="宋体"/>
          <w:b w:val="0"/>
          <w:i w:val="0"/>
          <w:color w:val="333333"/>
          <w:sz w:val="19"/>
        </w:rPr>
        <w:t>The center is black at the end only if it started black, with probability 1/2. Multiplying, the whole grid is black with probability</w:t>
      </w:r>
    </w:p>
    <w:p>
      <w:pPr>
        <w:spacing w:before="0" w:after="80" w:line="300" w:lineRule="auto"/>
        <w:jc w:val="left"/>
      </w:pPr>
      <w:r>
        <w:rPr>
          <w:rFonts w:ascii="Times New Roman" w:hAnsi="Times New Roman" w:eastAsia="宋体"/>
          <w:b w:val="0"/>
          <w:i w:val="0"/>
          <w:color w:val="333333"/>
          <w:sz w:val="19"/>
        </w:rPr>
        <w:t>1/2 · (7/16)² = 49/512.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设 C₁ 的半径为 r，所以 OX = OY = r。它们是 C₂ 的等弦，因此在 Z 处所对角相等：∠ XZO = ∠ OZY。</w:t>
      </w:r>
    </w:p>
    <w:p>
      <w:pPr>
        <w:spacing w:before="0" w:after="80" w:line="300" w:lineRule="auto"/>
        <w:jc w:val="left"/>
      </w:pPr>
      <w:r>
        <w:rPr>
          <w:rFonts w:ascii="Times New Roman" w:hAnsi="Times New Roman" w:eastAsia="宋体"/>
          <w:b w:val="0"/>
          <w:i w:val="0"/>
          <w:sz w:val="21"/>
        </w:rPr>
        <w:t>对三角形 XZO 和 YZO 使用余弦定理，</w:t>
      </w:r>
    </w:p>
    <w:p>
      <w:pPr>
        <w:spacing w:before="0" w:after="80" w:line="300" w:lineRule="auto"/>
        <w:jc w:val="left"/>
      </w:pPr>
      <w:r>
        <w:rPr>
          <w:rFonts w:ascii="Times New Roman" w:hAnsi="Times New Roman" w:eastAsia="宋体"/>
          <w:b w:val="0"/>
          <w:i w:val="0"/>
          <w:sz w:val="21"/>
        </w:rPr>
        <w:t>(13² + 11² - r²)/(2 · 13 · 11)</w:t>
      </w:r>
    </w:p>
    <w:p>
      <w:pPr>
        <w:spacing w:before="0" w:after="80" w:line="300" w:lineRule="auto"/>
        <w:jc w:val="left"/>
      </w:pPr>
      <w:r>
        <w:rPr>
          <w:rFonts w:ascii="Times New Roman" w:hAnsi="Times New Roman" w:eastAsia="宋体"/>
          <w:b w:val="0"/>
          <w:i w:val="0"/>
          <w:sz w:val="21"/>
        </w:rPr>
        <w:t>= (7² + 11² - r²)/(2 · 7 · 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清去分母并求解，得到 r² = 30，所以 r = √(30)。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radius of C₁, so OX = OY = r. These are equal chords of C₂, so they subtend equal angles at Z: ∠ XZO = ∠ OZY.</w:t>
      </w:r>
    </w:p>
    <w:p>
      <w:pPr>
        <w:spacing w:before="0" w:after="80" w:line="300" w:lineRule="auto"/>
        <w:jc w:val="left"/>
      </w:pPr>
      <w:r>
        <w:rPr>
          <w:rFonts w:ascii="Times New Roman" w:hAnsi="Times New Roman" w:eastAsia="宋体"/>
          <w:b w:val="0"/>
          <w:i w:val="0"/>
          <w:color w:val="333333"/>
          <w:sz w:val="19"/>
        </w:rPr>
        <w:t>Applying the Law of Cosines to triangles XZO and YZO,</w:t>
      </w:r>
    </w:p>
    <w:p>
      <w:pPr>
        <w:spacing w:before="0" w:after="80" w:line="300" w:lineRule="auto"/>
        <w:jc w:val="left"/>
      </w:pPr>
      <w:r>
        <w:rPr>
          <w:rFonts w:ascii="Times New Roman" w:hAnsi="Times New Roman" w:eastAsia="宋体"/>
          <w:b w:val="0"/>
          <w:i w:val="0"/>
          <w:color w:val="333333"/>
          <w:sz w:val="19"/>
        </w:rPr>
        <w:t>(13² + 11² - r²)/(2 · 13 · 11)</w:t>
      </w:r>
    </w:p>
    <w:p>
      <w:pPr>
        <w:spacing w:before="0" w:after="80" w:line="300" w:lineRule="auto"/>
        <w:jc w:val="left"/>
      </w:pPr>
      <w:r>
        <w:rPr>
          <w:rFonts w:ascii="Times New Roman" w:hAnsi="Times New Roman" w:eastAsia="宋体"/>
          <w:b w:val="0"/>
          <w:i w:val="0"/>
          <w:color w:val="333333"/>
          <w:sz w:val="19"/>
        </w:rPr>
        <w:t>= (7² + 11² - r²)/(2 · 7 · 11).</w:t>
      </w:r>
    </w:p>
    <w:p>
      <w:pPr>
        <w:spacing w:before="0" w:after="80" w:line="300" w:lineRule="auto"/>
        <w:jc w:val="left"/>
      </w:pPr>
      <w:r>
        <w:rPr>
          <w:rFonts w:ascii="Times New Roman" w:hAnsi="Times New Roman" w:eastAsia="宋体"/>
          <w:b w:val="0"/>
          <w:i w:val="0"/>
          <w:color w:val="333333"/>
          <w:sz w:val="19"/>
        </w:rPr>
        <w:t>Clearing denominators and solving gives r² = 30, so r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按模 5 的余数将 {1, …, 30} 分组；每类有 6 个数。当余数组合为 0+0、1+4 或 2+3 时，和能被 5 整除。</w:t>
      </w:r>
    </w:p>
    <w:p>
      <w:pPr>
        <w:spacing w:before="0" w:after="80" w:line="300" w:lineRule="auto"/>
        <w:jc w:val="left"/>
      </w:pPr>
      <w:r>
        <w:rPr>
          <w:rFonts w:ascii="Times New Roman" w:hAnsi="Times New Roman" w:eastAsia="宋体"/>
          <w:b w:val="0"/>
          <w:i w:val="0"/>
          <w:sz w:val="21"/>
        </w:rPr>
        <w:t>因此 S 最多使用一个 ≡ 0 的数，并且在 {1}, {4} 两类中最多选一类，在 {2}, {3} 两类中最多选一类。这最多允许 1 + 6 + 6 = 13 个数。</w:t>
      </w:r>
    </w:p>
    <w:p>
      <w:pPr>
        <w:spacing w:before="0" w:after="80" w:line="300" w:lineRule="auto"/>
        <w:jc w:val="left"/>
      </w:pPr>
      <w:r>
        <w:rPr>
          <w:rFonts w:ascii="Times New Roman" w:hAnsi="Times New Roman" w:eastAsia="宋体"/>
          <w:b w:val="0"/>
          <w:i w:val="0"/>
          <w:sz w:val="21"/>
        </w:rPr>
        <w:t>集合 {1, 2, 6, 7, 11, 12 16, 17, 21, 22 26, 27, 30} 可以达到 13，所以最大值为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{1, …, 30} by residue modulo 5; each class has 6 numbers. A sum is divisible by 5 when the residues are 0+0, 1+4, or 2+3.</w:t>
      </w:r>
    </w:p>
    <w:p>
      <w:pPr>
        <w:spacing w:before="0" w:after="80" w:line="300" w:lineRule="auto"/>
        <w:jc w:val="left"/>
      </w:pPr>
      <w:r>
        <w:rPr>
          <w:rFonts w:ascii="Times New Roman" w:hAnsi="Times New Roman" w:eastAsia="宋体"/>
          <w:b w:val="0"/>
          <w:i w:val="0"/>
          <w:color w:val="333333"/>
          <w:sz w:val="19"/>
        </w:rPr>
        <w:t>So S can use at most one number ≡ 0, and only one of the classes {1}, {4} and only one of {2}, {3}. That allows at most 1 + 6 + 6 = 13 numbers.</w:t>
      </w:r>
    </w:p>
    <w:p>
      <w:pPr>
        <w:spacing w:before="0" w:after="80" w:line="300" w:lineRule="auto"/>
        <w:jc w:val="left"/>
      </w:pPr>
      <w:r>
        <w:rPr>
          <w:rFonts w:ascii="Times New Roman" w:hAnsi="Times New Roman" w:eastAsia="宋体"/>
          <w:b w:val="0"/>
          <w:i w:val="0"/>
          <w:color w:val="333333"/>
          <w:sz w:val="19"/>
        </w:rPr>
        <w:t>The set {1, 2, 6, 7, 11, 12, 16, 17, 21, 22, 26, 27, 30} achieves 13, so the maximum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设 D 为内心 I 到 BC 的垂足。切线段长度 BD = s - AC，其中 s = 1/2(25 + 26 + 27) = 39，所以 BD = 39 - 26 = 13。</w:t>
      </w:r>
    </w:p>
    <w:p>
      <w:pPr>
        <w:spacing w:before="0" w:after="80" w:line="300" w:lineRule="auto"/>
        <w:jc w:val="left"/>
      </w:pPr>
      <w:r>
        <w:rPr>
          <w:rFonts w:ascii="Times New Roman" w:hAnsi="Times New Roman" w:eastAsia="宋体"/>
          <w:b w:val="0"/>
          <w:i w:val="0"/>
          <w:sz w:val="21"/>
        </w:rPr>
        <w:t>由海伦公式，面积为 √(39 · 14 · 13 · 12)，内切圆半径满足 r² = ((s-a)(s-b)(s-c))/s = (14 · 13 · 12)/39 = 56。</w:t>
      </w:r>
    </w:p>
    <w:p>
      <w:pPr>
        <w:spacing w:before="0" w:after="80" w:line="300" w:lineRule="auto"/>
        <w:jc w:val="left"/>
      </w:pPr>
      <w:r>
        <w:rPr>
          <w:rFonts w:ascii="Times New Roman" w:hAnsi="Times New Roman" w:eastAsia="宋体"/>
          <w:b w:val="0"/>
          <w:i w:val="0"/>
          <w:sz w:val="21"/>
        </w:rPr>
        <w:t>在直角三角形 BDI 中，BI² = r² + BD² = 56 + 169 = 225，所以 BI =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foot of the perpendicular from the incenter I to BC. The tangent length BD = s - AC, where s = 1/2(25 + 26 + 27) = 39, so BD = 39 - 26 = 13.</w:t>
      </w:r>
    </w:p>
    <w:p>
      <w:pPr>
        <w:spacing w:before="0" w:after="80" w:line="300" w:lineRule="auto"/>
        <w:jc w:val="left"/>
      </w:pPr>
      <w:r>
        <w:rPr>
          <w:rFonts w:ascii="Times New Roman" w:hAnsi="Times New Roman" w:eastAsia="宋体"/>
          <w:b w:val="0"/>
          <w:i w:val="0"/>
          <w:color w:val="333333"/>
          <w:sz w:val="19"/>
        </w:rPr>
        <w:t>By Heron’s formula the area is √(39 · 14 · 13 · 12), and the inradius satisfies r² = ((s-a)(s-b)(s-c))/s = (14 · 13 · 12)/39 = 56.</w:t>
      </w:r>
    </w:p>
    <w:p>
      <w:pPr>
        <w:spacing w:before="0" w:after="80" w:line="300" w:lineRule="auto"/>
        <w:jc w:val="left"/>
      </w:pPr>
      <w:r>
        <w:rPr>
          <w:rFonts w:ascii="Times New Roman" w:hAnsi="Times New Roman" w:eastAsia="宋体"/>
          <w:b w:val="0"/>
          <w:i w:val="0"/>
          <w:color w:val="333333"/>
          <w:sz w:val="19"/>
        </w:rPr>
        <w:t>In right triangle BDI, BI² = r² + BD² = 56 + 169 = 225, so BI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将人建模为图的顶点，好友关系为边。每个人的度数相同，设为 n，其中 1 ≤ n ≤ 4。度数为 n 和 6 - 1 - n 的图互为补图，所以 n = 1 与 n = 4 配对，n = 2 与 n = 3 配对。</w:t>
      </w:r>
    </w:p>
    <w:p>
      <w:pPr>
        <w:spacing w:before="0" w:after="80" w:line="300" w:lineRule="auto"/>
        <w:jc w:val="left"/>
      </w:pPr>
      <w:r>
        <w:rPr>
          <w:rFonts w:ascii="Times New Roman" w:hAnsi="Times New Roman" w:eastAsia="宋体"/>
          <w:b w:val="0"/>
          <w:i w:val="0"/>
          <w:sz w:val="21"/>
        </w:rPr>
        <w:t>当 n = 1 时，图是完美匹配：有 5 · 3 = 15 种。因此 n = 4 也有 15 种。</w:t>
      </w:r>
    </w:p>
    <w:p>
      <w:pPr>
        <w:spacing w:before="0" w:after="80" w:line="300" w:lineRule="auto"/>
        <w:jc w:val="left"/>
      </w:pPr>
      <w:r>
        <w:rPr>
          <w:rFonts w:ascii="Times New Roman" w:hAnsi="Times New Roman" w:eastAsia="宋体"/>
          <w:b w:val="0"/>
          <w:i w:val="0"/>
          <w:sz w:val="21"/>
        </w:rPr>
        <w:t>当 n = 2 时，图是若干个圈的并：要么是两个三角形 (C(5, 2) = 10)，要么是一个六边形 ((6!)/12 = 60)，总计 70 种。因此 n = 3 也有 70 种。</w:t>
      </w:r>
    </w:p>
    <w:p>
      <w:pPr>
        <w:spacing w:before="0" w:after="80" w:line="300" w:lineRule="auto"/>
        <w:jc w:val="left"/>
      </w:pPr>
      <w:r>
        <w:rPr>
          <w:rFonts w:ascii="Times New Roman" w:hAnsi="Times New Roman" w:eastAsia="宋体"/>
          <w:b w:val="0"/>
          <w:i w:val="0"/>
          <w:sz w:val="21"/>
        </w:rPr>
        <w:t>总数为 15 + 15 + 70 + 70 = 170。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Model people as vertices of a graph, with edges for friendships. Everyone has the same degree n with 1 ≤ n ≤ 4. The cases n and 6 - 1 - n are complementary graphs, so n = 1 pairs with n = 4 and n = 2 with n = 3.</w:t>
      </w:r>
    </w:p>
    <w:p>
      <w:pPr>
        <w:spacing w:before="0" w:after="80" w:line="300" w:lineRule="auto"/>
        <w:jc w:val="left"/>
      </w:pPr>
      <w:r>
        <w:rPr>
          <w:rFonts w:ascii="Times New Roman" w:hAnsi="Times New Roman" w:eastAsia="宋体"/>
          <w:b w:val="0"/>
          <w:i w:val="0"/>
          <w:color w:val="333333"/>
          <w:sz w:val="19"/>
        </w:rPr>
        <w:t>For n = 1 the graph is a perfect matching: 5 · 3 = 15 ways. Thus n = 4 also gives 15.</w:t>
      </w:r>
    </w:p>
    <w:p>
      <w:pPr>
        <w:spacing w:before="0" w:after="80" w:line="300" w:lineRule="auto"/>
        <w:jc w:val="left"/>
      </w:pPr>
      <w:r>
        <w:rPr>
          <w:rFonts w:ascii="Times New Roman" w:hAnsi="Times New Roman" w:eastAsia="宋体"/>
          <w:b w:val="0"/>
          <w:i w:val="0"/>
          <w:color w:val="333333"/>
          <w:sz w:val="19"/>
        </w:rPr>
        <w:t>For n = 2 the graph is a union of cycles: either two triangles (C(5, 2) = 10) or one hexagon ((6!)/12 = 60), totaling 70. Thus n = 3 also gives 70.</w:t>
      </w:r>
    </w:p>
    <w:p>
      <w:pPr>
        <w:spacing w:before="0" w:after="80" w:line="300" w:lineRule="auto"/>
        <w:jc w:val="left"/>
      </w:pPr>
      <w:r>
        <w:rPr>
          <w:rFonts w:ascii="Times New Roman" w:hAnsi="Times New Roman" w:eastAsia="宋体"/>
          <w:b w:val="0"/>
          <w:i w:val="0"/>
          <w:color w:val="333333"/>
          <w:sz w:val="19"/>
        </w:rPr>
        <w:t>The total is 15 + 15 + 70 + 70 = 170.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展开乘积时，次数为 2012 的项来自某些因子中选取 x^(2ᵏ)，使指数和为 2012。由于二的幂互不相同，这对应于二进制表示 2012 = 11111011100₂。</w:t>
      </w:r>
    </w:p>
    <w:p>
      <w:pPr>
        <w:spacing w:before="0" w:after="80" w:line="300" w:lineRule="auto"/>
        <w:jc w:val="left"/>
      </w:pPr>
      <w:r>
        <w:rPr>
          <w:rFonts w:ascii="Times New Roman" w:hAnsi="Times New Roman" w:eastAsia="宋体"/>
          <w:b w:val="0"/>
          <w:i w:val="0"/>
          <w:sz w:val="21"/>
        </w:rPr>
        <w:t>这个表示唯一，所以恰好只有一项给出 x²⁰¹²，它的系数是其余因子的常数项 2ᵏ 的乘积：这些因子满足 k ∈ {0, 1, 5}。</w:t>
      </w:r>
    </w:p>
    <w:p>
      <w:pPr>
        <w:spacing w:before="0" w:after="80" w:line="300" w:lineRule="auto"/>
        <w:jc w:val="left"/>
      </w:pPr>
      <w:r>
        <w:rPr>
          <w:rFonts w:ascii="Times New Roman" w:hAnsi="Times New Roman" w:eastAsia="宋体"/>
          <w:b w:val="0"/>
          <w:i w:val="0"/>
          <w:sz w:val="21"/>
        </w:rPr>
        <w:t>系数为 2⁰ · 2¹ · 2⁵ = 2⁶，所以 a = 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the product, a term of degree 2012 comes from choosing x^(2ᵏ) from some factors so that the exponents sum to 2012. Since powers of two are distinct, this corresponds to the binary representation 2012 = 11111011100₂.</w:t>
      </w:r>
    </w:p>
    <w:p>
      <w:pPr>
        <w:spacing w:before="0" w:after="80" w:line="300" w:lineRule="auto"/>
        <w:jc w:val="left"/>
      </w:pPr>
      <w:r>
        <w:rPr>
          <w:rFonts w:ascii="Times New Roman" w:hAnsi="Times New Roman" w:eastAsia="宋体"/>
          <w:b w:val="0"/>
          <w:i w:val="0"/>
          <w:color w:val="333333"/>
          <w:sz w:val="19"/>
        </w:rPr>
        <w:t>That representation is unique, so exactly one term gives x²⁰¹², and its coefficient is the product of the constants 2ᵏ from the remaining factors: those with k ∈ {0, 1, 5}.</w:t>
      </w:r>
    </w:p>
    <w:p>
      <w:pPr>
        <w:spacing w:before="0" w:after="80" w:line="300" w:lineRule="auto"/>
        <w:jc w:val="left"/>
      </w:pPr>
      <w:r>
        <w:rPr>
          <w:rFonts w:ascii="Times New Roman" w:hAnsi="Times New Roman" w:eastAsia="宋体"/>
          <w:b w:val="0"/>
          <w:i w:val="0"/>
          <w:color w:val="333333"/>
          <w:sz w:val="19"/>
        </w:rPr>
        <w:t>The coefficient is 2⁰ · 2¹ · 2⁵ = 2⁶, so a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将两个方程相加，得到 2a² + 2b² + 2c² - 2ab - 2bc - 2ca = 14，即</w:t>
      </w:r>
    </w:p>
    <w:p>
      <w:pPr>
        <w:spacing w:before="0" w:after="80" w:line="300" w:lineRule="auto"/>
        <w:jc w:val="left"/>
      </w:pPr>
      <w:r>
        <w:rPr>
          <w:rFonts w:ascii="Times New Roman" w:hAnsi="Times New Roman" w:eastAsia="宋体"/>
          <w:b w:val="0"/>
          <w:i w:val="0"/>
          <w:sz w:val="21"/>
        </w:rPr>
        <w:t>(a-b)² + (b-c)²</w:t>
      </w:r>
    </w:p>
    <w:p>
      <w:pPr>
        <w:spacing w:before="0" w:after="80" w:line="300" w:lineRule="auto"/>
        <w:jc w:val="left"/>
      </w:pPr>
      <w:r>
        <w:rPr>
          <w:rFonts w:ascii="Times New Roman" w:hAnsi="Times New Roman" w:eastAsia="宋体"/>
          <w:b w:val="0"/>
          <w:i w:val="0"/>
          <w:sz w:val="21"/>
        </w:rPr>
        <w:t>+ (c-a)² = 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 14 写成三个平方数之和的唯一方式是 9 + 4 + 1。由于 a ≥ b ≥ c，有 a - c = 3，且 (a-b, b-c) = (2,1) 或 (1,2)。</w:t>
      </w:r>
    </w:p>
    <w:p>
      <w:pPr>
        <w:spacing w:before="0" w:after="80" w:line="300" w:lineRule="auto"/>
        <w:jc w:val="left"/>
      </w:pPr>
      <w:r>
        <w:rPr>
          <w:rFonts w:ascii="Times New Roman" w:hAnsi="Times New Roman" w:eastAsia="宋体"/>
          <w:b w:val="0"/>
          <w:i w:val="0"/>
          <w:sz w:val="21"/>
        </w:rPr>
        <w:t>将 (a, b, c) = (c+3, c+1, c) 代入第一个方程，得到 3(2c+3) + 2(c+1) = 2011，所以 c = 250，(a, b, c) = (253, 251, 250)。另一种情况没有整数解。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two equations gives 2a² + 2b² + 2c² - 2ab - 2bc - 2ca = 14, that is,</w:t>
      </w:r>
    </w:p>
    <w:p>
      <w:pPr>
        <w:spacing w:before="0" w:after="80" w:line="300" w:lineRule="auto"/>
        <w:jc w:val="left"/>
      </w:pPr>
      <w:r>
        <w:rPr>
          <w:rFonts w:ascii="Times New Roman" w:hAnsi="Times New Roman" w:eastAsia="宋体"/>
          <w:b w:val="0"/>
          <w:i w:val="0"/>
          <w:color w:val="333333"/>
          <w:sz w:val="19"/>
        </w:rPr>
        <w:t>(a-b)² + (b-c)²</w:t>
      </w:r>
    </w:p>
    <w:p>
      <w:pPr>
        <w:spacing w:before="0" w:after="80" w:line="300" w:lineRule="auto"/>
        <w:jc w:val="left"/>
      </w:pPr>
      <w:r>
        <w:rPr>
          <w:rFonts w:ascii="Times New Roman" w:hAnsi="Times New Roman" w:eastAsia="宋体"/>
          <w:b w:val="0"/>
          <w:i w:val="0"/>
          <w:color w:val="333333"/>
          <w:sz w:val="19"/>
        </w:rPr>
        <w:t>+ (c-a)² = 14.</w:t>
      </w:r>
    </w:p>
    <w:p>
      <w:pPr>
        <w:spacing w:before="0" w:after="80" w:line="300" w:lineRule="auto"/>
        <w:jc w:val="left"/>
      </w:pPr>
      <w:r>
        <w:rPr>
          <w:rFonts w:ascii="Times New Roman" w:hAnsi="Times New Roman" w:eastAsia="宋体"/>
          <w:b w:val="0"/>
          <w:i w:val="0"/>
          <w:color w:val="333333"/>
          <w:sz w:val="19"/>
        </w:rPr>
        <w:t>The only way to write 14 as a sum of three squares is 9 + 4 + 1. Since a ≥ b ≥ c, we get a - c = 3, with either (a-b, b-c) = (2,1) or (1,2).</w:t>
      </w:r>
    </w:p>
    <w:p>
      <w:pPr>
        <w:spacing w:before="0" w:after="80" w:line="300" w:lineRule="auto"/>
        <w:jc w:val="left"/>
      </w:pPr>
      <w:r>
        <w:rPr>
          <w:rFonts w:ascii="Times New Roman" w:hAnsi="Times New Roman" w:eastAsia="宋体"/>
          <w:b w:val="0"/>
          <w:i w:val="0"/>
          <w:color w:val="333333"/>
          <w:sz w:val="19"/>
        </w:rPr>
        <w:t>Substituting (a, b, c) = (c+3, c+1, c) into the first equation gives 3(2c+3) + 2(c+1) = 2011, so c = 250 and (a, b, c) = (253, 251, 250). The other case has no integer solution.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在每个面上，所需线段都连接边的中点。一个平面截立方体时，会在各面上形成四种对称图形之一：经过中点的正方形（这样的平面有 3 个）、每条边对应一个长方形（12 个平面）、每个顶点对应一个三角形（8 个平面），或每对相对顶点对应一个正六边形（4 个平面）。</w:t>
      </w:r>
    </w:p>
    <w:p>
      <w:pPr>
        <w:spacing w:before="0" w:after="80" w:line="300" w:lineRule="auto"/>
        <w:jc w:val="left"/>
      </w:pPr>
      <w:r>
        <w:rPr>
          <w:rFonts w:ascii="Times New Roman" w:hAnsi="Times New Roman" w:eastAsia="宋体"/>
          <w:b w:val="0"/>
          <w:i w:val="0"/>
          <w:sz w:val="21"/>
        </w:rPr>
        <w:t>全部使用时得到最大值 k = 3 + 12 + 8 + 4 = 27。</w:t>
      </w:r>
    </w:p>
    <w:p>
      <w:pPr>
        <w:spacing w:before="0" w:after="80" w:line="300" w:lineRule="auto"/>
        <w:jc w:val="left"/>
      </w:pPr>
      <w:r>
        <w:rPr>
          <w:rFonts w:ascii="Times New Roman" w:hAnsi="Times New Roman" w:eastAsia="宋体"/>
          <w:b w:val="0"/>
          <w:i w:val="0"/>
          <w:sz w:val="21"/>
        </w:rPr>
        <w:t>完整图形由 24 条短线段和 12 条长线段组成。正方形平面所含短、长线段数为 (0,4)，长方形为 (2,2)，三角形为 (3,0)，六边形为 (6,0)。给每条短线段权重 1，每条长线段权重 3/2。每个平面覆盖的权重至多为 6，而全部所需线段的总权重为 24+(3/2)12=42。因此至少需要 7 个平面。4 个六边形平面覆盖全部 24 条短线段，3 个正方形平面覆盖全部 12 条长线段，所以 k=7 可以达到。</w:t>
      </w:r>
    </w:p>
    <w:p>
      <w:pPr>
        <w:spacing w:before="0" w:after="80" w:line="300" w:lineRule="auto"/>
        <w:jc w:val="left"/>
      </w:pPr>
      <w:r>
        <w:rPr>
          <w:rFonts w:ascii="Times New Roman" w:hAnsi="Times New Roman" w:eastAsia="宋体"/>
          <w:b w:val="0"/>
          <w:i w:val="0"/>
          <w:sz w:val="21"/>
        </w:rPr>
        <w:t>两者之差为 27 - 7 = 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every face, the required segments join midpoints of edges. A plane cutting the cube meets the faces in one of four symmetric shapes: a square through midpoints (3 such planes), a rectangle per edge (12 planes), a triangle per vertex (8 planes), or a regular hexagon per pair of opposite vertices (4 planes).</w:t>
      </w:r>
    </w:p>
    <w:p>
      <w:pPr>
        <w:spacing w:before="0" w:after="80" w:line="300" w:lineRule="auto"/>
        <w:jc w:val="left"/>
      </w:pPr>
      <w:r>
        <w:rPr>
          <w:rFonts w:ascii="Times New Roman" w:hAnsi="Times New Roman" w:eastAsia="宋体"/>
          <w:b w:val="0"/>
          <w:i w:val="0"/>
          <w:color w:val="333333"/>
          <w:sz w:val="19"/>
        </w:rPr>
        <w:t>Using all of them gives the maximum k = 3 + 12 + 8 + 4 = 27.</w:t>
      </w:r>
    </w:p>
    <w:p>
      <w:pPr>
        <w:spacing w:before="0" w:after="80" w:line="300" w:lineRule="auto"/>
        <w:jc w:val="left"/>
      </w:pPr>
      <w:r>
        <w:rPr>
          <w:rFonts w:ascii="Times New Roman" w:hAnsi="Times New Roman" w:eastAsia="宋体"/>
          <w:b w:val="0"/>
          <w:i w:val="0"/>
          <w:color w:val="333333"/>
          <w:sz w:val="19"/>
        </w:rPr>
        <w:t>The full figure consists of 24 short segments and 12 long segments. A square plane contains (0,4), a rectangle (2,2), a triangle (3,0), and a hexagon (6,0) short and long segments, respectively. Give each short segment weight 1 and each long segment weight 3/2. Every plane then covers weight at most 6, whereas the required segments have total weight 24+(3/2)12=42. Thus at least 7 planes are needed. The 4 hexagon planes cover all 24 short segments, and the 3 square planes cover all 12 long segments, so k=7 is attainable.</w:t>
      </w:r>
    </w:p>
    <w:p>
      <w:pPr>
        <w:spacing w:before="0" w:after="80" w:line="300" w:lineRule="auto"/>
        <w:jc w:val="left"/>
      </w:pPr>
      <w:r>
        <w:rPr>
          <w:rFonts w:ascii="Times New Roman" w:hAnsi="Times New Roman" w:eastAsia="宋体"/>
          <w:b w:val="0"/>
          <w:i w:val="0"/>
          <w:color w:val="333333"/>
          <w:sz w:val="19"/>
        </w:rPr>
        <w:t>The difference is 27 - 7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从 (0.1, 0.7) 到 (-0.1, -0.7) 的对角线长度为 √(0.2² + 1.4²) = √(2)，所以 S 是面积为 1 的正方形。平移图形 T(v) 包含一个格点，当且仅当 v 位于以该格点为中心的 S 副本内部。</w:t>
      </w:r>
    </w:p>
    <w:p>
      <w:pPr>
        <w:spacing w:before="0" w:after="80" w:line="300" w:lineRule="auto"/>
        <w:jc w:val="left"/>
      </w:pPr>
      <w:r>
        <w:rPr>
          <w:rFonts w:ascii="Times New Roman" w:hAnsi="Times New Roman" w:eastAsia="宋体"/>
          <w:b w:val="0"/>
          <w:i w:val="0"/>
          <w:sz w:val="21"/>
        </w:rPr>
        <w:t>内部恰好包含两个格点，要求 v 位于以两个相邻格点为中心的副本的重叠区域。由周期性，答案等于一个单位格内所有这类重叠区域的总面积。</w:t>
      </w:r>
    </w:p>
    <w:p>
      <w:pPr>
        <w:spacing w:before="0" w:after="80" w:line="300" w:lineRule="auto"/>
        <w:jc w:val="left"/>
      </w:pPr>
      <w:r>
        <w:rPr>
          <w:rFonts w:ascii="Times New Roman" w:hAnsi="Times New Roman" w:eastAsia="宋体"/>
          <w:b w:val="0"/>
          <w:i w:val="0"/>
          <w:sz w:val="21"/>
        </w:rPr>
        <w:t>考虑以 (0,0) 和 (1,0) 为中心的两个副本。它们的重叠区域是一个长方形。将所给半对角线旋转四分之一圈，可得到相关顶点 (0.7,-0.1) 和 (0.3,0.1)。沿两组平行边找到交点，可得边长为 0.4 和 0.2，所以重叠面积是 0.08。对角位置的副本不重叠，而水平和竖直相邻的情形贡献相同。计入单位格边界后，概率为 2·0.08=0.16。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diagonal from (0.1, 0.7) to (-0.1, -0.7) has length √(0.2² + 1.4²) = √(2), so S is a square of area 1. The translate T(v) contains a lattice point exactly when v lies inside the copy of S centered at that point.</w:t>
      </w:r>
    </w:p>
    <w:p>
      <w:pPr>
        <w:spacing w:before="0" w:after="80" w:line="300" w:lineRule="auto"/>
        <w:jc w:val="left"/>
      </w:pPr>
      <w:r>
        <w:rPr>
          <w:rFonts w:ascii="Times New Roman" w:hAnsi="Times New Roman" w:eastAsia="宋体"/>
          <w:b w:val="0"/>
          <w:i w:val="0"/>
          <w:color w:val="333333"/>
          <w:sz w:val="19"/>
        </w:rPr>
        <w:t>Containing exactly two interior lattice points requires v to lie in the overlap of two copies centered at adjacent lattice points. By periodicity the answer is the total such overlap area within one unit cell.</w:t>
      </w:r>
    </w:p>
    <w:p>
      <w:pPr>
        <w:spacing w:before="0" w:after="80" w:line="300" w:lineRule="auto"/>
        <w:jc w:val="left"/>
      </w:pPr>
      <w:r>
        <w:rPr>
          <w:rFonts w:ascii="Times New Roman" w:hAnsi="Times New Roman" w:eastAsia="宋体"/>
          <w:b w:val="0"/>
          <w:i w:val="0"/>
          <w:color w:val="333333"/>
          <w:sz w:val="19"/>
        </w:rPr>
        <w:t>Consider copies centered at (0,0) and (1,0). Their overlap is a rectangle. A quarter-turn of the listed half-diagonal gives the relevant vertices (0.7,-0.1) and (0.3,0.1). Following the two pairs of parallel sides through their intersections gives side lengths 0.4 and 0.2, so the overlap area is 0.08. Diagonally centered copies do not overlap, and horizontal and vertical adjacencies contribute equally. Accounting for the cell boundaries gives probability 2·0.08=0.16.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因为每个底数都严格介于 0 和 1 之间，函数 t mapsto (底数)ᵗ 是递减的，而对 b &gt; 0，t mapsto tᵇ 是递增的。比较各项可得序列的大小顺序为</w:t>
      </w:r>
    </w:p>
    <w:p>
      <w:pPr>
        <w:spacing w:before="0" w:after="80" w:line="300" w:lineRule="auto"/>
        <w:jc w:val="left"/>
      </w:pPr>
      <w:r>
        <w:rPr>
          <w:rFonts w:ascii="Times New Roman" w:hAnsi="Times New Roman" w:eastAsia="宋体"/>
          <w:b w:val="0"/>
          <w:i w:val="0"/>
          <w:sz w:val="21"/>
        </w:rPr>
        <w:t>1 &gt; a₂ &gt; a₄ &gt; ⋯ &gt; a₂₀₁₀</w:t>
      </w:r>
    </w:p>
    <w:p>
      <w:pPr>
        <w:spacing w:before="0" w:after="80" w:line="300" w:lineRule="auto"/>
        <w:jc w:val="left"/>
      </w:pPr>
      <w:r>
        <w:rPr>
          <w:rFonts w:ascii="Times New Roman" w:hAnsi="Times New Roman" w:eastAsia="宋体"/>
          <w:b w:val="0"/>
          <w:i w:val="0"/>
          <w:sz w:val="21"/>
        </w:rPr>
        <w:t>&gt; a₂₀₁₁ &gt; a₂₀₀₉</w:t>
      </w:r>
    </w:p>
    <w:p>
      <w:pPr>
        <w:spacing w:before="0" w:after="80" w:line="300" w:lineRule="auto"/>
        <w:jc w:val="left"/>
      </w:pPr>
      <w:r>
        <w:rPr>
          <w:rFonts w:ascii="Times New Roman" w:hAnsi="Times New Roman" w:eastAsia="宋体"/>
          <w:b w:val="0"/>
          <w:i w:val="0"/>
          <w:sz w:val="21"/>
        </w:rPr>
        <w:t>&gt; ⋯ &gt; a₁ &gt; 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因此在递减排列中，偶数下标项先出现，然后是奇数下标项按反向出现。某项满足 aₖ = bₖ 当且仅当它的位置等于它的下标；对递减排列的奇数尾部，这要求 2(k - 1006) = 2011 - k。</w:t>
      </w:r>
    </w:p>
    <w:p>
      <w:pPr>
        <w:spacing w:before="0" w:after="80" w:line="300" w:lineRule="auto"/>
        <w:jc w:val="left"/>
      </w:pPr>
      <w:r>
        <w:rPr>
          <w:rFonts w:ascii="Times New Roman" w:hAnsi="Times New Roman" w:eastAsia="宋体"/>
          <w:b w:val="0"/>
          <w:i w:val="0"/>
          <w:sz w:val="21"/>
        </w:rPr>
        <w:t>解得 3k = 4023，所以 k = 1341，这是唯一固定下标，因此所求和为 1341。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each base lies strictly between 0 and 1, the function t mapsto (base)ᵗ is decreasing, while t mapsto tᵇ is increasing for b &gt; 0. Comparing terms shows the sequence orders as</w:t>
      </w:r>
    </w:p>
    <w:p>
      <w:pPr>
        <w:spacing w:before="0" w:after="80" w:line="300" w:lineRule="auto"/>
        <w:jc w:val="left"/>
      </w:pPr>
      <w:r>
        <w:rPr>
          <w:rFonts w:ascii="Times New Roman" w:hAnsi="Times New Roman" w:eastAsia="宋体"/>
          <w:b w:val="0"/>
          <w:i w:val="0"/>
          <w:color w:val="333333"/>
          <w:sz w:val="19"/>
        </w:rPr>
        <w:t>1 &gt; a₂ &gt; a₄ &gt; ⋯ &gt; a₂₀₁₀</w:t>
      </w:r>
    </w:p>
    <w:p>
      <w:pPr>
        <w:spacing w:before="0" w:after="80" w:line="300" w:lineRule="auto"/>
        <w:jc w:val="left"/>
      </w:pPr>
      <w:r>
        <w:rPr>
          <w:rFonts w:ascii="Times New Roman" w:hAnsi="Times New Roman" w:eastAsia="宋体"/>
          <w:b w:val="0"/>
          <w:i w:val="0"/>
          <w:color w:val="333333"/>
          <w:sz w:val="19"/>
        </w:rPr>
        <w:t>&gt; a₂₀₁₁ &gt; a₂₀₀₉</w:t>
      </w:r>
    </w:p>
    <w:p>
      <w:pPr>
        <w:spacing w:before="0" w:after="80" w:line="300" w:lineRule="auto"/>
        <w:jc w:val="left"/>
      </w:pPr>
      <w:r>
        <w:rPr>
          <w:rFonts w:ascii="Times New Roman" w:hAnsi="Times New Roman" w:eastAsia="宋体"/>
          <w:b w:val="0"/>
          <w:i w:val="0"/>
          <w:color w:val="333333"/>
          <w:sz w:val="19"/>
        </w:rPr>
        <w:t>&gt; ⋯ &gt; a₁ &gt; 0.</w:t>
      </w:r>
    </w:p>
    <w:p>
      <w:pPr>
        <w:spacing w:before="0" w:after="80" w:line="300" w:lineRule="auto"/>
        <w:jc w:val="left"/>
      </w:pPr>
      <w:r>
        <w:rPr>
          <w:rFonts w:ascii="Times New Roman" w:hAnsi="Times New Roman" w:eastAsia="宋体"/>
          <w:b w:val="0"/>
          <w:i w:val="0"/>
          <w:color w:val="333333"/>
          <w:sz w:val="19"/>
        </w:rPr>
        <w:t>So in the decreasing arrangement, the even-indexed terms come first, then the odd-indexed terms in reverse. A term satisfies aₖ = bₖ exactly when its position equals its index, which for the descending odd tail requires 2(k - 1006) = 2011 - k.</w:t>
      </w:r>
    </w:p>
    <w:p>
      <w:pPr>
        <w:spacing w:before="0" w:after="80" w:line="300" w:lineRule="auto"/>
        <w:jc w:val="left"/>
      </w:pPr>
      <w:r>
        <w:rPr>
          <w:rFonts w:ascii="Times New Roman" w:hAnsi="Times New Roman" w:eastAsia="宋体"/>
          <w:b w:val="0"/>
          <w:i w:val="0"/>
          <w:color w:val="333333"/>
          <w:sz w:val="19"/>
        </w:rPr>
        <w:t>Solving gives 3k = 4023, so k = 1341, the unique fixed index, and the sum is 1341.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因为 0 ≤ f(x) ≤ 1，每个解都位于 [0,n] 内。函数 f 是周期为 1 的三角波。令 g(x)=xf(x)。对每个整数 a≥1，函数 g 在 [a,a+1/2) 上从 a 递减到 0，而在 [a+1/2,a+1) 上从 0 递增到 a+1。第一个区间 [0,1/2) 是例外，但它不产生与 y=x/n 的交点。</w:t>
      </w:r>
    </w:p>
    <w:p>
      <w:pPr>
        <w:spacing w:before="0" w:after="80" w:line="300" w:lineRule="auto"/>
        <w:jc w:val="left"/>
      </w:pPr>
      <w:r>
        <w:rPr>
          <w:rFonts w:ascii="Times New Roman" w:hAnsi="Times New Roman" w:eastAsia="宋体"/>
          <w:b w:val="0"/>
          <w:i w:val="0"/>
          <w:sz w:val="21"/>
        </w:rPr>
        <w:t>计数振荡次数，在区间 [a, a + 1/2) 和 [a + 1/2, a+1) 上，曲线 y = f(g(x)) 与直线 y = x/n 的交点总数分别为 2a 和 2(a+1)。对 a = 0, …, n-1 求和，得到</w:t>
      </w:r>
    </w:p>
    <w:p>
      <w:pPr>
        <w:spacing w:before="0" w:after="80" w:line="300" w:lineRule="auto"/>
        <w:jc w:val="left"/>
      </w:pPr>
      <w:r>
        <w:rPr>
          <w:rFonts w:ascii="Times New Roman" w:hAnsi="Times New Roman" w:eastAsia="宋体"/>
          <w:b w:val="0"/>
          <w:i w:val="0"/>
          <w:sz w:val="21"/>
        </w:rPr>
        <w:t>Σₐ₌₀ⁿ⁻¹(2a + 2(a+1)) = 2n²</w:t>
      </w:r>
    </w:p>
    <w:p>
      <w:pPr>
        <w:spacing w:before="0" w:after="80" w:line="300" w:lineRule="auto"/>
        <w:jc w:val="left"/>
      </w:pPr>
      <w:r>
        <w:rPr>
          <w:rFonts w:ascii="Times New Roman" w:hAnsi="Times New Roman" w:eastAsia="宋体"/>
          <w:b w:val="0"/>
          <w:i w:val="0"/>
          <w:sz w:val="21"/>
        </w:rPr>
        <w:t>个实数解。</w:t>
      </w:r>
    </w:p>
    <w:p>
      <w:pPr>
        <w:spacing w:before="0" w:after="80" w:line="300" w:lineRule="auto"/>
        <w:jc w:val="left"/>
      </w:pPr>
      <w:r>
        <w:rPr>
          <w:rFonts w:ascii="Times New Roman" w:hAnsi="Times New Roman" w:eastAsia="宋体"/>
          <w:b w:val="0"/>
          <w:i w:val="0"/>
          <w:sz w:val="21"/>
        </w:rPr>
        <w:t>满足 2n² ≥ 2012 的最小 n 是 n = 32，因为 2 · 31² = 1922，而 2 · 32² = 2048。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0 ≤ f(x) ≤ 1, every solution lies in [0,n]. The function f is a triangular wave of period 1. Put g(x)=xf(x). For each integer a≥1, the function g decreases from a to 0 on [a,a+1/2), while it increases from 0 to a+1 on [a+1/2,a+1). The first interval [0,1/2) is exceptional, but it contributes no intersection with y=x/n.</w:t>
      </w:r>
    </w:p>
    <w:p>
      <w:pPr>
        <w:spacing w:before="0" w:after="80" w:line="300" w:lineRule="auto"/>
        <w:jc w:val="left"/>
      </w:pPr>
      <w:r>
        <w:rPr>
          <w:rFonts w:ascii="Times New Roman" w:hAnsi="Times New Roman" w:eastAsia="宋体"/>
          <w:b w:val="0"/>
          <w:i w:val="0"/>
          <w:color w:val="333333"/>
          <w:sz w:val="19"/>
        </w:rPr>
        <w:t>Counting the oscillations, on the intervals [a, a + 1/2) and [a + 1/2, a+1) the curve y = f(g(x)) meets the line y = x/n a total of 2a and 2(a+1) times. Summing over a = 0, …, n-1 gives</w:t>
      </w:r>
    </w:p>
    <w:p>
      <w:pPr>
        <w:spacing w:before="0" w:after="80" w:line="300" w:lineRule="auto"/>
        <w:jc w:val="left"/>
      </w:pPr>
      <w:r>
        <w:rPr>
          <w:rFonts w:ascii="Times New Roman" w:hAnsi="Times New Roman" w:eastAsia="宋体"/>
          <w:b w:val="0"/>
          <w:i w:val="0"/>
          <w:color w:val="333333"/>
          <w:sz w:val="19"/>
        </w:rPr>
        <w:t>Σₐ₌₀ⁿ⁻¹(2a + 2(a+1)) = 2n²</w:t>
      </w:r>
    </w:p>
    <w:p>
      <w:pPr>
        <w:spacing w:before="0" w:after="80" w:line="300" w:lineRule="auto"/>
        <w:jc w:val="left"/>
      </w:pPr>
      <w:r>
        <w:rPr>
          <w:rFonts w:ascii="Times New Roman" w:hAnsi="Times New Roman" w:eastAsia="宋体"/>
          <w:b w:val="0"/>
          <w:i w:val="0"/>
          <w:color w:val="333333"/>
          <w:sz w:val="19"/>
        </w:rPr>
        <w:t>real solutions.</w:t>
      </w:r>
    </w:p>
    <w:p>
      <w:pPr>
        <w:spacing w:before="0" w:after="80" w:line="300" w:lineRule="auto"/>
        <w:jc w:val="left"/>
      </w:pPr>
      <w:r>
        <w:rPr>
          <w:rFonts w:ascii="Times New Roman" w:hAnsi="Times New Roman" w:eastAsia="宋体"/>
          <w:b w:val="0"/>
          <w:i w:val="0"/>
          <w:color w:val="333333"/>
          <w:sz w:val="19"/>
        </w:rPr>
        <w:t>The smallest n with 2n² ≥ 2012 is n = 32, since 2 · 31² = 1922 and 2 · 32² = 2048.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