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2011B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下列式子的值是多少？</w:t>
      </w:r>
    </w:p>
    <w:p>
      <w:pPr>
        <w:spacing w:before="0" w:after="80" w:line="300" w:lineRule="auto"/>
        <w:jc w:val="left"/>
      </w:pPr>
      <w:r>
        <w:rPr>
          <w:rFonts w:ascii="Times New Roman" w:hAnsi="Times New Roman" w:eastAsia="宋体"/>
          <w:b w:val="0"/>
          <w:i w:val="0"/>
          <w:sz w:val="21"/>
        </w:rPr>
        <w:t>2+4+6/1+3+5 - 1+3+5/2+4+6？</w:t>
      </w:r>
    </w:p>
    <w:p>
      <w:pPr>
        <w:spacing w:before="0" w:after="120" w:line="300" w:lineRule="auto"/>
      </w:pPr>
      <w:r>
        <w:rPr>
          <w:rFonts w:ascii="Times New Roman" w:hAnsi="Times New Roman" w:eastAsia="宋体"/>
          <w:b w:val="0"/>
          <w:i w:val="0"/>
          <w:sz w:val="21"/>
        </w:rPr>
        <w:t>（A）-1　　（B）5/36　　（C）7/12　　（D）147/60　　（E）43/3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w:t>
      </w:r>
    </w:p>
    <w:p>
      <w:pPr>
        <w:spacing w:before="0" w:after="80" w:line="300" w:lineRule="auto"/>
        <w:jc w:val="left"/>
      </w:pPr>
      <w:r>
        <w:rPr>
          <w:rFonts w:ascii="Times New Roman" w:hAnsi="Times New Roman" w:eastAsia="宋体"/>
          <w:b w:val="0"/>
          <w:i w:val="0"/>
          <w:color w:val="333333"/>
          <w:sz w:val="19"/>
        </w:rPr>
        <w:t>2+4+6/1+3+5 - 1+3+5/2+4+6?</w:t>
      </w:r>
    </w:p>
    <w:p>
      <w:pPr>
        <w:spacing w:before="0" w:after="160" w:line="300" w:lineRule="auto"/>
      </w:pPr>
      <w:r>
        <w:rPr>
          <w:rFonts w:ascii="Times New Roman" w:hAnsi="Times New Roman" w:eastAsia="宋体"/>
          <w:b w:val="0"/>
          <w:i w:val="0"/>
          <w:color w:val="333333"/>
          <w:sz w:val="19"/>
        </w:rPr>
        <w:t>(A) -1　　(B) 5/36　　(C) 7/12　　(D) 147/60　　(E) 43/3</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Josanna 到目前为止的考试成绩是 90，80，70，60，和 85。她的目标是在下一次考试后，把平均分至少提高 3 分。她下一次考试至少需要多少分才能达到目标？</w:t>
      </w:r>
    </w:p>
    <w:p>
      <w:pPr>
        <w:spacing w:before="0" w:after="120" w:line="300" w:lineRule="auto"/>
      </w:pPr>
      <w:r>
        <w:rPr>
          <w:rFonts w:ascii="Times New Roman" w:hAnsi="Times New Roman" w:eastAsia="宋体"/>
          <w:b w:val="0"/>
          <w:i w:val="0"/>
          <w:sz w:val="21"/>
        </w:rPr>
        <w:t>（A）80　　（B）82　　（C）85　　（D）90　　（E）95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Josanna’s test scores to date are 90, 80, 70, 60, and 85. Her goal is to raise her test average at least 3 points with her next test. What is the minimum test score she would need to accomplish this goal?</w:t>
      </w:r>
    </w:p>
    <w:p>
      <w:pPr>
        <w:spacing w:before="0" w:after="160" w:line="300" w:lineRule="auto"/>
      </w:pPr>
      <w:r>
        <w:rPr>
          <w:rFonts w:ascii="Times New Roman" w:hAnsi="Times New Roman" w:eastAsia="宋体"/>
          <w:b w:val="0"/>
          <w:i w:val="0"/>
          <w:color w:val="333333"/>
          <w:sz w:val="19"/>
        </w:rPr>
        <w:t>(A) 80　　(B) 82　　(C) 85　　(D) 90　　(E) 95</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LeRoy 和 Bernardo 一起进行了一周旅行，并约定平摊费用。这一周中，他们分别支付了汽油、租车等共同费用。旅行结束时，LeRoy 共支付了 A 美元，Bernardo 共支付了 B 美元，其中 A &lt; B。LeRoy 必须给 Bernardo 多少美元，才能使两人平摊费用？</w:t>
      </w:r>
    </w:p>
    <w:p>
      <w:pPr>
        <w:spacing w:before="0" w:after="120" w:line="300" w:lineRule="auto"/>
      </w:pPr>
      <w:r>
        <w:rPr>
          <w:rFonts w:ascii="Times New Roman" w:hAnsi="Times New Roman" w:eastAsia="宋体"/>
          <w:b w:val="0"/>
          <w:i w:val="0"/>
          <w:sz w:val="21"/>
        </w:rPr>
        <w:t>（A）A+B/2　　（B）A-B/2　　（C）B-A/2　　（D）B-A　　（E）A+B</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LeRoy and Bernardo went on a week-long trip together and agreed to share the costs equally. Over the week, each of them paid for various joint expenses such as gasoline and car rental. At the end of the trip it turned out that LeRoy had paid A dollars and Bernardo had paid B dollars, where A &lt; B. How many dollars must LeRoy give to Bernardo so that they share the costs equally?</w:t>
      </w:r>
    </w:p>
    <w:p>
      <w:pPr>
        <w:spacing w:before="0" w:after="160" w:line="300" w:lineRule="auto"/>
      </w:pPr>
      <w:r>
        <w:rPr>
          <w:rFonts w:ascii="Times New Roman" w:hAnsi="Times New Roman" w:eastAsia="宋体"/>
          <w:b w:val="0"/>
          <w:i w:val="0"/>
          <w:color w:val="333333"/>
          <w:sz w:val="19"/>
        </w:rPr>
        <w:t>(A) A+B/2　　(B) A-B/2　　(C) B-A/2　　(D) B-A　　(E) A+B</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Ron 在计算两个正整数 a 与 b 的乘积时，把两位数 a 的数字顺序颠倒了。他得到的错误乘积是 161。a 与 b 的正确乘积是多少？</w:t>
      </w:r>
    </w:p>
    <w:p>
      <w:pPr>
        <w:spacing w:before="0" w:after="120" w:line="300" w:lineRule="auto"/>
      </w:pPr>
      <w:r>
        <w:rPr>
          <w:rFonts w:ascii="Times New Roman" w:hAnsi="Times New Roman" w:eastAsia="宋体"/>
          <w:b w:val="0"/>
          <w:i w:val="0"/>
          <w:sz w:val="21"/>
        </w:rPr>
        <w:t>（A）116　　（B）161　　（C）204　　（D）214　　（E）224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multiplying two positive integers a and b, Ron reversed the digits of the two-digit number a. His erroneous product was 161. What is the correct value of the product of a and b?</w:t>
      </w:r>
    </w:p>
    <w:p>
      <w:pPr>
        <w:spacing w:before="0" w:after="160" w:line="300" w:lineRule="auto"/>
      </w:pPr>
      <w:r>
        <w:rPr>
          <w:rFonts w:ascii="Times New Roman" w:hAnsi="Times New Roman" w:eastAsia="宋体"/>
          <w:b w:val="0"/>
          <w:i w:val="0"/>
          <w:color w:val="333333"/>
          <w:sz w:val="19"/>
        </w:rPr>
        <w:t>(A) 116　　(B) 161　　(C) 204　　(D) 214　　(E) 224</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设 N 是第二小的正整数，它能被所有小于 7 的正整数整除。N 的各位数字之和是多少？</w:t>
      </w:r>
    </w:p>
    <w:p>
      <w:pPr>
        <w:spacing w:before="0" w:after="120" w:line="300" w:lineRule="auto"/>
      </w:pPr>
      <w:r>
        <w:rPr>
          <w:rFonts w:ascii="Times New Roman" w:hAnsi="Times New Roman" w:eastAsia="宋体"/>
          <w:b w:val="0"/>
          <w:i w:val="0"/>
          <w:sz w:val="21"/>
        </w:rPr>
        <w:t>（A）3　　（B）4　　（C）5　　（D）6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N be the second smallest positive integer that is divisible by every positive integer less than 7. What is the sum of the digits of N?</w:t>
      </w:r>
    </w:p>
    <w:p>
      <w:pPr>
        <w:spacing w:before="0" w:after="160" w:line="300" w:lineRule="auto"/>
      </w:pPr>
      <w:r>
        <w:rPr>
          <w:rFonts w:ascii="Times New Roman" w:hAnsi="Times New Roman" w:eastAsia="宋体"/>
          <w:b w:val="0"/>
          <w:i w:val="0"/>
          <w:color w:val="333333"/>
          <w:sz w:val="19"/>
        </w:rPr>
        <w:t>(A) 3　　(B) 4　　(C) 5　　(D) 6　　(E) 9</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从点 A 向一个圆作两条切线。切点 B 与 C 将圆分成的两段弧长之比为 2:3。∠ BAC 的度数是多少？</w:t>
      </w:r>
    </w:p>
    <w:p>
      <w:pPr>
        <w:spacing w:before="0" w:after="120" w:line="300" w:lineRule="auto"/>
      </w:pPr>
      <w:r>
        <w:rPr>
          <w:rFonts w:ascii="Times New Roman" w:hAnsi="Times New Roman" w:eastAsia="宋体"/>
          <w:b w:val="0"/>
          <w:i w:val="0"/>
          <w:sz w:val="21"/>
        </w:rPr>
        <w:t>（A）24　　（B）30　　（C）36　　（D）48　　（E）60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tangents to a circle are drawn from a point A. The points of contact B and C divide the circle into arcs with lengths in the ratio 2:3. What is the degree measure of ∠ BAC?</w:t>
      </w:r>
    </w:p>
    <w:p>
      <w:pPr>
        <w:spacing w:before="0" w:after="160" w:line="300" w:lineRule="auto"/>
      </w:pPr>
      <w:r>
        <w:rPr>
          <w:rFonts w:ascii="Times New Roman" w:hAnsi="Times New Roman" w:eastAsia="宋体"/>
          <w:b w:val="0"/>
          <w:i w:val="0"/>
          <w:color w:val="333333"/>
          <w:sz w:val="19"/>
        </w:rPr>
        <w:t>(A) 24　　(B) 30　　(C) 36　　(D) 48　　(E) 60</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x 和 y 是两个两位正整数，平均数为 60。比值 x/y 的最大值是多少？</w:t>
      </w:r>
    </w:p>
    <w:p>
      <w:pPr>
        <w:spacing w:before="0" w:after="120" w:line="300" w:lineRule="auto"/>
      </w:pPr>
      <w:r>
        <w:rPr>
          <w:rFonts w:ascii="Times New Roman" w:hAnsi="Times New Roman" w:eastAsia="宋体"/>
          <w:b w:val="0"/>
          <w:i w:val="0"/>
          <w:sz w:val="21"/>
        </w:rPr>
        <w:t>（A）3　　（B）33/7　　（C）39/7　　（D）9　　（E）99/10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and y be two-digit positive integers with mean 60. What is the maximum value of the ratio x/y?</w:t>
      </w:r>
    </w:p>
    <w:p>
      <w:pPr>
        <w:spacing w:before="0" w:after="160" w:line="300" w:lineRule="auto"/>
      </w:pPr>
      <w:r>
        <w:rPr>
          <w:rFonts w:ascii="Times New Roman" w:hAnsi="Times New Roman" w:eastAsia="宋体"/>
          <w:b w:val="0"/>
          <w:i w:val="0"/>
          <w:color w:val="333333"/>
          <w:sz w:val="19"/>
        </w:rPr>
        <w:t>(A) 3　　(B) 33/7　　(C) 39/7　　(D) 9　　(E) 99/10</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Keiko 每天以完全相同的恒定速度绕一条跑道走一圈。跑道两侧是直线，两端是半圆。跑道宽 6 米，她绕外侧边缘走一圈比绕内侧边缘走一圈多用 36 秒。Keiko 的速度是多少米每秒？</w:t>
      </w:r>
    </w:p>
    <w:p>
      <w:pPr>
        <w:spacing w:before="80" w:after="80"/>
        <w:jc w:val="center"/>
      </w:pPr>
      <w:r>
        <w:drawing>
          <wp:inline xmlns:a="http://schemas.openxmlformats.org/drawingml/2006/main" xmlns:pic="http://schemas.openxmlformats.org/drawingml/2006/picture">
            <wp:extent cx="3036699" cy="1524699"/>
            <wp:docPr id="1" name="Picture 1"/>
            <wp:cNvGraphicFramePr>
              <a:graphicFrameLocks noChangeAspect="1"/>
            </wp:cNvGraphicFramePr>
            <a:graphic>
              <a:graphicData uri="http://schemas.openxmlformats.org/drawingml/2006/picture">
                <pic:pic>
                  <pic:nvPicPr>
                    <pic:cNvPr id="0" name="q08-1@300dpi.png"/>
                    <pic:cNvPicPr/>
                  </pic:nvPicPr>
                  <pic:blipFill>
                    <a:blip r:embed="rId9"/>
                    <a:stretch>
                      <a:fillRect/>
                    </a:stretch>
                  </pic:blipFill>
                  <pic:spPr>
                    <a:xfrm>
                      <a:off x="0" y="0"/>
                      <a:ext cx="3036699" cy="1524699"/>
                    </a:xfrm>
                    <a:prstGeom prst="rect"/>
                  </pic:spPr>
                </pic:pic>
              </a:graphicData>
            </a:graphic>
          </wp:inline>
        </w:drawing>
      </w:r>
    </w:p>
    <w:p>
      <w:pPr>
        <w:spacing w:before="0" w:after="120" w:line="300" w:lineRule="auto"/>
      </w:pPr>
      <w:r>
        <w:rPr>
          <w:rFonts w:ascii="Times New Roman" w:hAnsi="Times New Roman" w:eastAsia="宋体"/>
          <w:b w:val="0"/>
          <w:i w:val="0"/>
          <w:sz w:val="21"/>
        </w:rPr>
        <w:t>（A）π/3　　（B）2π/3　　（C）π　　（D）4π/3　　（E）5π/3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Keiko walks once around a track at exactly the same constant speed every day. The sides of the track are straight, and the ends are semicircles. The track has width 6 meters, and it takes her 36 seconds longer to walk around the outside edge of the track than around the inside edge. What is Keiko’s speed in meters per second?</w:t>
      </w:r>
    </w:p>
    <w:p>
      <w:pPr>
        <w:spacing w:before="80" w:after="80"/>
        <w:jc w:val="center"/>
      </w:pPr>
      <w:r>
        <w:drawing>
          <wp:inline xmlns:a="http://schemas.openxmlformats.org/drawingml/2006/main" xmlns:pic="http://schemas.openxmlformats.org/drawingml/2006/picture">
            <wp:extent cx="3036699" cy="1524699"/>
            <wp:docPr id="2" name="Picture 2"/>
            <wp:cNvGraphicFramePr>
              <a:graphicFrameLocks noChangeAspect="1"/>
            </wp:cNvGraphicFramePr>
            <a:graphic>
              <a:graphicData uri="http://schemas.openxmlformats.org/drawingml/2006/picture">
                <pic:pic>
                  <pic:nvPicPr>
                    <pic:cNvPr id="0" name="q08-1@300dpi.png"/>
                    <pic:cNvPicPr/>
                  </pic:nvPicPr>
                  <pic:blipFill>
                    <a:blip r:embed="rId9"/>
                    <a:stretch>
                      <a:fillRect/>
                    </a:stretch>
                  </pic:blipFill>
                  <pic:spPr>
                    <a:xfrm>
                      <a:off x="0" y="0"/>
                      <a:ext cx="3036699" cy="152469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π/3　　(B) 2π/3　　(C) π　　(D) 4π/3　　(E) 5π/3</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从区间 [-20, 10] 中独立随机选取两个实数。它们的乘积大于零的概率是多少？</w:t>
      </w:r>
    </w:p>
    <w:p>
      <w:pPr>
        <w:spacing w:before="0" w:after="120" w:line="300" w:lineRule="auto"/>
      </w:pPr>
      <w:r>
        <w:rPr>
          <w:rFonts w:ascii="Times New Roman" w:hAnsi="Times New Roman" w:eastAsia="宋体"/>
          <w:b w:val="0"/>
          <w:i w:val="0"/>
          <w:sz w:val="21"/>
        </w:rPr>
        <w:t>（A）1/9　　（B）1/3　　（C）4/9　　（D）5/9　　（E）2/3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real numbers are selected independently at random from the interval [-20, 10]. What is the probability that the product of those numbers is greater than zero?</w:t>
      </w:r>
    </w:p>
    <w:p>
      <w:pPr>
        <w:spacing w:before="0" w:after="160" w:line="300" w:lineRule="auto"/>
      </w:pPr>
      <w:r>
        <w:rPr>
          <w:rFonts w:ascii="Times New Roman" w:hAnsi="Times New Roman" w:eastAsia="宋体"/>
          <w:b w:val="0"/>
          <w:i w:val="0"/>
          <w:color w:val="333333"/>
          <w:sz w:val="19"/>
        </w:rPr>
        <w:t>(A) 1/9　　(B) 1/3　　(C) 4/9　　(D) 5/9　　(E) 2/3</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长方形 ABCD 中，AB=6，BC=3。点 M 在边 AB 上，且 ∠ AMD=∠ CMD。∠ AMD 的度数是多少？</w:t>
      </w:r>
    </w:p>
    <w:p>
      <w:pPr>
        <w:spacing w:before="0" w:after="120" w:line="300" w:lineRule="auto"/>
      </w:pPr>
      <w:r>
        <w:rPr>
          <w:rFonts w:ascii="Times New Roman" w:hAnsi="Times New Roman" w:eastAsia="宋体"/>
          <w:b w:val="0"/>
          <w:i w:val="0"/>
          <w:sz w:val="21"/>
        </w:rPr>
        <w:t>（A）15　　（B）30　　（C）45　　（D）60　　（E）75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Rectangle ABCD has AB=6 and BC=3. Point M is chosen on side AB so that ∠ AMD=∠ CMD. What is the degree measure of ∠ AMD?</w:t>
      </w:r>
    </w:p>
    <w:p>
      <w:pPr>
        <w:spacing w:before="0" w:after="160" w:line="300" w:lineRule="auto"/>
      </w:pPr>
      <w:r>
        <w:rPr>
          <w:rFonts w:ascii="Times New Roman" w:hAnsi="Times New Roman" w:eastAsia="宋体"/>
          <w:b w:val="0"/>
          <w:i w:val="0"/>
          <w:color w:val="333333"/>
          <w:sz w:val="19"/>
        </w:rPr>
        <w:t>(A) 15　　(B) 30　　(C) 45　　(D) 60　　(E) 75</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一只青蛙位于 (x, y)，其中 x 和 y 都是整数。它连续跳跃，每次跳跃长度为 5，并且总是落在整数坐标点上。若青蛙从 (0, 0) 出发，最后到达 (1, 0)，它至少需要跳多少次？</w:t>
      </w:r>
    </w:p>
    <w:p>
      <w:pPr>
        <w:spacing w:before="0" w:after="120" w:line="300" w:lineRule="auto"/>
      </w:pPr>
      <w:r>
        <w:rPr>
          <w:rFonts w:ascii="Times New Roman" w:hAnsi="Times New Roman" w:eastAsia="宋体"/>
          <w:b w:val="0"/>
          <w:i w:val="0"/>
          <w:sz w:val="21"/>
        </w:rPr>
        <w:t>（A）2　　（B）3　　（C）4　　（D）5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frog located at (x, y), with both x and y integers, makes successive jumps of length 5 and always lands on points with integer coordinates. Suppose that the frog starts at (0, 0) and ends at (1, 0). What is the smallest possible number of jumps the frog makes?</w:t>
      </w:r>
    </w:p>
    <w:p>
      <w:pPr>
        <w:spacing w:before="0" w:after="160" w:line="300" w:lineRule="auto"/>
      </w:pPr>
      <w:r>
        <w:rPr>
          <w:rFonts w:ascii="Times New Roman" w:hAnsi="Times New Roman" w:eastAsia="宋体"/>
          <w:b w:val="0"/>
          <w:i w:val="0"/>
          <w:color w:val="333333"/>
          <w:sz w:val="19"/>
        </w:rPr>
        <w:t>(A) 2　　(B) 3　　(C) 4　　(D) 5　　(E) 6</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如图，一个飞镖盘是被分成若干区域的正八边形。假设飞镖落在盘内任一点的可能性相同。飞镖落在中心正方形内的概率是多少？</w:t>
      </w:r>
    </w:p>
    <w:p>
      <w:pPr>
        <w:spacing w:before="80" w:after="80"/>
        <w:jc w:val="center"/>
      </w:pPr>
      <w:r>
        <w:drawing>
          <wp:inline xmlns:a="http://schemas.openxmlformats.org/drawingml/2006/main" xmlns:pic="http://schemas.openxmlformats.org/drawingml/2006/picture">
            <wp:extent cx="2098580" cy="2098580"/>
            <wp:docPr id="3" name="Picture 3"/>
            <wp:cNvGraphicFramePr>
              <a:graphicFrameLocks noChangeAspect="1"/>
            </wp:cNvGraphicFramePr>
            <a:graphic>
              <a:graphicData uri="http://schemas.openxmlformats.org/drawingml/2006/picture">
                <pic:pic>
                  <pic:nvPicPr>
                    <pic:cNvPr id="0" name="q12-1@300dpi.png"/>
                    <pic:cNvPicPr/>
                  </pic:nvPicPr>
                  <pic:blipFill>
                    <a:blip r:embed="rId10"/>
                    <a:stretch>
                      <a:fillRect/>
                    </a:stretch>
                  </pic:blipFill>
                  <pic:spPr>
                    <a:xfrm>
                      <a:off x="0" y="0"/>
                      <a:ext cx="2098580" cy="2098580"/>
                    </a:xfrm>
                    <a:prstGeom prst="rect"/>
                  </pic:spPr>
                </pic:pic>
              </a:graphicData>
            </a:graphic>
          </wp:inline>
        </w:drawing>
      </w:r>
    </w:p>
    <w:p>
      <w:pPr>
        <w:spacing w:before="0" w:after="120" w:line="300" w:lineRule="auto"/>
      </w:pPr>
      <w:r>
        <w:rPr>
          <w:rFonts w:ascii="Times New Roman" w:hAnsi="Times New Roman" w:eastAsia="宋体"/>
          <w:b w:val="0"/>
          <w:i w:val="0"/>
          <w:sz w:val="21"/>
        </w:rPr>
        <w:t>（A）(√(2)-1)/2　　（B）1/4　　（C）(2-√(2))/2　　（D）(√(2))/4　　（E）2-√(2)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dart board is a regular octagon divided into regions as shown. Suppose that a dart thrown at the board is equally likely to land anywhere on the board. What is the probability that the dart lands within the center square?</w:t>
      </w:r>
    </w:p>
    <w:p>
      <w:pPr>
        <w:spacing w:before="80" w:after="80"/>
        <w:jc w:val="center"/>
      </w:pPr>
      <w:r>
        <w:drawing>
          <wp:inline xmlns:a="http://schemas.openxmlformats.org/drawingml/2006/main" xmlns:pic="http://schemas.openxmlformats.org/drawingml/2006/picture">
            <wp:extent cx="2098580" cy="2098580"/>
            <wp:docPr id="4" name="Picture 4"/>
            <wp:cNvGraphicFramePr>
              <a:graphicFrameLocks noChangeAspect="1"/>
            </wp:cNvGraphicFramePr>
            <a:graphic>
              <a:graphicData uri="http://schemas.openxmlformats.org/drawingml/2006/picture">
                <pic:pic>
                  <pic:nvPicPr>
                    <pic:cNvPr id="0" name="q12-1@300dpi.png"/>
                    <pic:cNvPicPr/>
                  </pic:nvPicPr>
                  <pic:blipFill>
                    <a:blip r:embed="rId10"/>
                    <a:stretch>
                      <a:fillRect/>
                    </a:stretch>
                  </pic:blipFill>
                  <pic:spPr>
                    <a:xfrm>
                      <a:off x="0" y="0"/>
                      <a:ext cx="2098580" cy="209858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(√(2)-1)/2　　(B) 1/4　　(C) (2-√(2))/2　　(D) (√(2))/4　　(E) 2-√(2)</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Brian 写下四个整数 w &gt; x &gt; y &gt; z，它们的和是 44。这些数两两之间的正差为 1，3，4，5，6 和 9。w 的所有可能值之和是多少？</w:t>
      </w:r>
    </w:p>
    <w:p>
      <w:pPr>
        <w:spacing w:before="0" w:after="120" w:line="300" w:lineRule="auto"/>
      </w:pPr>
      <w:r>
        <w:rPr>
          <w:rFonts w:ascii="Times New Roman" w:hAnsi="Times New Roman" w:eastAsia="宋体"/>
          <w:b w:val="0"/>
          <w:i w:val="0"/>
          <w:sz w:val="21"/>
        </w:rPr>
        <w:t>（A）16　　（B）31　　（C）48　　（D）62　　（E）93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Brian writes down four integers w &gt; x &gt; y &gt; z whose sum is 44. The pairwise positive differences of these numbers are 1, 3, 4, 5, 6, and 9. What is the sum of the possible values for w?</w:t>
      </w:r>
    </w:p>
    <w:p>
      <w:pPr>
        <w:spacing w:before="0" w:after="160" w:line="300" w:lineRule="auto"/>
      </w:pPr>
      <w:r>
        <w:rPr>
          <w:rFonts w:ascii="Times New Roman" w:hAnsi="Times New Roman" w:eastAsia="宋体"/>
          <w:b w:val="0"/>
          <w:i w:val="0"/>
          <w:color w:val="333333"/>
          <w:sz w:val="19"/>
        </w:rPr>
        <w:t>(A) 16　　(B) 31　　(C) 48　　(D) 62　　(E) 93</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一条线段经过抛物线的焦点 F，且垂直于 FV，其中 V 是抛物线顶点。该线段与抛物线交于 A 与 B。cos(∠ AVB) 等于多少？</w:t>
      </w:r>
    </w:p>
    <w:p>
      <w:pPr>
        <w:spacing w:before="0" w:after="120" w:line="300" w:lineRule="auto"/>
      </w:pPr>
      <w:r>
        <w:rPr>
          <w:rFonts w:ascii="Times New Roman" w:hAnsi="Times New Roman" w:eastAsia="宋体"/>
          <w:b w:val="0"/>
          <w:i w:val="0"/>
          <w:sz w:val="21"/>
        </w:rPr>
        <w:t>（A）-(3√(5))/7　　（B）-(2√(5))/5　　（C）-4/5　　（D）-3/5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segment through the focus F of a parabola with vertex V is perpendicular to FV and intersects the parabola in points A and B. What is cos(∠ AVB)?</w:t>
      </w:r>
    </w:p>
    <w:p>
      <w:pPr>
        <w:spacing w:before="0" w:after="160" w:line="300" w:lineRule="auto"/>
      </w:pPr>
      <w:r>
        <w:rPr>
          <w:rFonts w:ascii="Times New Roman" w:hAnsi="Times New Roman" w:eastAsia="宋体"/>
          <w:b w:val="0"/>
          <w:i w:val="0"/>
          <w:color w:val="333333"/>
          <w:sz w:val="19"/>
        </w:rPr>
        <w:t>(A) -(3√(5))/7　　(B) -(2√(5))/5　　(C) -4/5　　(D) -3/5　　(E) -1/2</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2²⁴-1 有多少个正的两位数因数？</w:t>
      </w:r>
    </w:p>
    <w:p>
      <w:pPr>
        <w:spacing w:before="0" w:after="120" w:line="300" w:lineRule="auto"/>
      </w:pPr>
      <w:r>
        <w:rPr>
          <w:rFonts w:ascii="Times New Roman" w:hAnsi="Times New Roman" w:eastAsia="宋体"/>
          <w:b w:val="0"/>
          <w:i w:val="0"/>
          <w:sz w:val="21"/>
        </w:rPr>
        <w:t>（A）4　　（B）8　　（C）10　　（D）12　　（E）14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positive two-digit integers are factors of 2²⁴-1?</w:t>
      </w:r>
    </w:p>
    <w:p>
      <w:pPr>
        <w:spacing w:before="0" w:after="160" w:line="300" w:lineRule="auto"/>
      </w:pPr>
      <w:r>
        <w:rPr>
          <w:rFonts w:ascii="Times New Roman" w:hAnsi="Times New Roman" w:eastAsia="宋体"/>
          <w:b w:val="0"/>
          <w:i w:val="0"/>
          <w:color w:val="333333"/>
          <w:sz w:val="19"/>
        </w:rPr>
        <w:t>(A) 4　　(B) 8　　(C) 10　　(D) 12　　(E) 14</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菱形 ABCD 的边长为 2，且 ∠ B=120°。区域 R 由菱形内部所有比到其他三个顶点都更靠近顶点 B 的点组成。R 的面积是多少？</w:t>
      </w:r>
    </w:p>
    <w:p>
      <w:pPr>
        <w:spacing w:before="0" w:after="120" w:line="300" w:lineRule="auto"/>
      </w:pPr>
      <w:r>
        <w:rPr>
          <w:rFonts w:ascii="Times New Roman" w:hAnsi="Times New Roman" w:eastAsia="宋体"/>
          <w:b w:val="0"/>
          <w:i w:val="0"/>
          <w:sz w:val="21"/>
        </w:rPr>
        <w:t>（A）(√(3))/3　　（B）(√(3))/2　　（C）(2√(3))/3　　（D）1+(√(3))/3　　（E）2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Rhombus ABCD has side length 2 and ∠ B=120°. Region R consists of all points inside the rhombus that are closer to vertex B than any of the other three vertices. What is the area of R?</w:t>
      </w:r>
    </w:p>
    <w:p>
      <w:pPr>
        <w:spacing w:before="0" w:after="160" w:line="300" w:lineRule="auto"/>
      </w:pPr>
      <w:r>
        <w:rPr>
          <w:rFonts w:ascii="Times New Roman" w:hAnsi="Times New Roman" w:eastAsia="宋体"/>
          <w:b w:val="0"/>
          <w:i w:val="0"/>
          <w:color w:val="333333"/>
          <w:sz w:val="19"/>
        </w:rPr>
        <w:t>(A) (√(3))/3　　(B) (√(3))/2　　(C) (2√(3))/3　　(D) 1+(√(3))/3　　(E) 2</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设 f(x)=10¹⁰ˣ，g(x)=log₁₀(x/10)，h₁(x)=g(f(x))；对整数 n≥2，令 hₙ(x)=h₁(hₙ₋₁(x))。h₂₀₁₁(1) 的各位数字之和是多少？</w:t>
      </w:r>
    </w:p>
    <w:p>
      <w:pPr>
        <w:spacing w:before="0" w:after="120" w:line="300" w:lineRule="auto"/>
      </w:pPr>
      <w:r>
        <w:rPr>
          <w:rFonts w:ascii="Times New Roman" w:hAnsi="Times New Roman" w:eastAsia="宋体"/>
          <w:b w:val="0"/>
          <w:i w:val="0"/>
          <w:sz w:val="21"/>
        </w:rPr>
        <w:t>（A）16,081　　（B）16,089　　（C）18,089　　（D）18,098　　（E）18,099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f(x)=10¹⁰ˣ, g(x)=log₁₀(x/10), h₁(x)=g(f(x)), and hₙ(x)=h₁(hₙ₋₁(x)) for integers n≥2. What is the sum of the digits of h₂₀₁₁(1)?</w:t>
      </w:r>
    </w:p>
    <w:p>
      <w:pPr>
        <w:spacing w:before="0" w:after="160" w:line="300" w:lineRule="auto"/>
      </w:pPr>
      <w:r>
        <w:rPr>
          <w:rFonts w:ascii="Times New Roman" w:hAnsi="Times New Roman" w:eastAsia="宋体"/>
          <w:b w:val="0"/>
          <w:i w:val="0"/>
          <w:color w:val="333333"/>
          <w:sz w:val="19"/>
        </w:rPr>
        <w:t>(A) 16,081　　(B) 16,089　　(C) 18,089　　(D) 18,098　　(E) 18,099</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一个四棱锥的底面是边长为 1 的正方形，侧面都是等边三角形。一个立方体放在该四棱锥内，使它的一个面在四棱锥底面上，而相对的那个面所有边都在四棱锥的侧面上。这个立方体的体积是多少？</w:t>
      </w:r>
    </w:p>
    <w:p>
      <w:pPr>
        <w:spacing w:before="0" w:after="120" w:line="300" w:lineRule="auto"/>
      </w:pPr>
      <w:r>
        <w:rPr>
          <w:rFonts w:ascii="Times New Roman" w:hAnsi="Times New Roman" w:eastAsia="宋体"/>
          <w:b w:val="0"/>
          <w:i w:val="0"/>
          <w:sz w:val="21"/>
        </w:rPr>
        <w:t>（A）5√(2)-7　　（B）7-4√(3)　　（C）(2√(2))/27　　（D）(√(2))/9　　（E）(√(3))/9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pyramid has a square base with sides of length 1 and has lateral faces that are equilateral triangles. A cube is placed within the pyramid so that one face is on the base of the pyramid and its opposite face has all its edges on the lateral faces of the pyramid. What is the volume of this cube?</w:t>
      </w:r>
    </w:p>
    <w:p>
      <w:pPr>
        <w:spacing w:before="0" w:after="160" w:line="300" w:lineRule="auto"/>
      </w:pPr>
      <w:r>
        <w:rPr>
          <w:rFonts w:ascii="Times New Roman" w:hAnsi="Times New Roman" w:eastAsia="宋体"/>
          <w:b w:val="0"/>
          <w:i w:val="0"/>
          <w:color w:val="333333"/>
          <w:sz w:val="19"/>
        </w:rPr>
        <w:t>(A) 5√(2)-7　　(B) 7-4√(3)　　(C) (2√(2))/27　　(D) (√(2))/9　　(E) (√(3))/9</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在 xy-坐标系中，格点是指 (x, y) 中 x 与 y 都为整数的点。对所有满足 1/2 &lt; m &lt; a 的 m，直线 y=mx+2 都不经过任何满足 0 &lt; x ≤ 100 的格点。a 的最大可能值是多少？</w:t>
      </w:r>
    </w:p>
    <w:p>
      <w:pPr>
        <w:spacing w:before="0" w:after="120" w:line="300" w:lineRule="auto"/>
      </w:pPr>
      <w:r>
        <w:rPr>
          <w:rFonts w:ascii="Times New Roman" w:hAnsi="Times New Roman" w:eastAsia="宋体"/>
          <w:b w:val="0"/>
          <w:i w:val="0"/>
          <w:sz w:val="21"/>
        </w:rPr>
        <w:t>（A）51/101　　（B）50/99　　（C）51/100　　（D）52/101　　（E）13/25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lattice point in an xy-coordinate system is any point (x, y) where both x and y are integers. The graph of y=mx+2 passes through no lattice point with 0 &lt; x ≤ 100 for all m such that 1/2 &lt; m &lt; a. What is the maximum possible value of a?</w:t>
      </w:r>
    </w:p>
    <w:p>
      <w:pPr>
        <w:spacing w:before="0" w:after="160" w:line="300" w:lineRule="auto"/>
      </w:pPr>
      <w:r>
        <w:rPr>
          <w:rFonts w:ascii="Times New Roman" w:hAnsi="Times New Roman" w:eastAsia="宋体"/>
          <w:b w:val="0"/>
          <w:i w:val="0"/>
          <w:color w:val="333333"/>
          <w:sz w:val="19"/>
        </w:rPr>
        <w:t>(A) 51/101　　(B) 50/99　　(C) 51/100　　(D) 52/101　　(E) 13/25</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三角形 ABC 中，AB=13，BC=14，AC=15。点 D、E、F 分别是 AB、BC、AC 的中点。设 X≠ E 是 △ BDE 与 △ CEF 的外接圆的另一个交点。XA+XB+XC 等于多少？</w:t>
      </w:r>
    </w:p>
    <w:p>
      <w:pPr>
        <w:spacing w:before="0" w:after="120" w:line="300" w:lineRule="auto"/>
      </w:pPr>
      <w:r>
        <w:rPr>
          <w:rFonts w:ascii="Times New Roman" w:hAnsi="Times New Roman" w:eastAsia="宋体"/>
          <w:b w:val="0"/>
          <w:i w:val="0"/>
          <w:sz w:val="21"/>
        </w:rPr>
        <w:t>（A）24　　（B）14√(3)　　（C）195/8　　（D）(129√(7))/14　　（E）(69√(2))/4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Triangle ABC has AB=13, BC=14, and AC=15. The points D, E, and F are the midpoints of AB, BC, and AC respectively. Let X≠ E be the intersection of the circumcircles of △ BDE and △ CEF. What is XA+XB+XC?</w:t>
      </w:r>
    </w:p>
    <w:p>
      <w:pPr>
        <w:spacing w:before="0" w:after="160" w:line="300" w:lineRule="auto"/>
      </w:pPr>
      <w:r>
        <w:rPr>
          <w:rFonts w:ascii="Times New Roman" w:hAnsi="Times New Roman" w:eastAsia="宋体"/>
          <w:b w:val="0"/>
          <w:i w:val="0"/>
          <w:color w:val="333333"/>
          <w:sz w:val="19"/>
        </w:rPr>
        <w:t>(A) 24　　(B) 14√(3)　　(C) 195/8　　(D) (129√(7))/14　　(E) (69√(2))/4</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两个不同正整数 x 和 y 的算术平均数是一个两位整数。x 和 y 的几何平均数等于把这个算术平均数的两位数字颠倒后得到的数。|x-y| 是多少？</w:t>
      </w:r>
    </w:p>
    <w:p>
      <w:pPr>
        <w:spacing w:before="0" w:after="120" w:line="300" w:lineRule="auto"/>
      </w:pPr>
      <w:r>
        <w:rPr>
          <w:rFonts w:ascii="Times New Roman" w:hAnsi="Times New Roman" w:eastAsia="宋体"/>
          <w:b w:val="0"/>
          <w:i w:val="0"/>
          <w:sz w:val="21"/>
        </w:rPr>
        <w:t>（A）24　　（B）48　　（C）54　　（D）66　　（E）70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arithmetic mean of two distinct positive integers x and y is a two-digit integer. The geometric mean of x and y is obtained by reversing the digits of the arithmetic mean. What is |x-y|?</w:t>
      </w:r>
    </w:p>
    <w:p>
      <w:pPr>
        <w:spacing w:before="0" w:after="160" w:line="300" w:lineRule="auto"/>
      </w:pPr>
      <w:r>
        <w:rPr>
          <w:rFonts w:ascii="Times New Roman" w:hAnsi="Times New Roman" w:eastAsia="宋体"/>
          <w:b w:val="0"/>
          <w:i w:val="0"/>
          <w:color w:val="333333"/>
          <w:sz w:val="19"/>
        </w:rPr>
        <w:t>(A) 24　　(B) 48　　(C) 54　　(D) 66　　(E) 70</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设 T₁ 是边长为 2011，2012 和 2013 的三角形。对 n≥1，若 Tₙ=△ ABC，且 D、E、F 分别是 △ ABC 的内切圆与边 AB、BC、AC 的切点，那么若三角形存在，Tₙ₊₁ 的边长为 AD、BE、CF。序列 (Tₙ) 中最后一个三角形的周长是多少？</w:t>
      </w:r>
    </w:p>
    <w:p>
      <w:pPr>
        <w:spacing w:before="0" w:after="120" w:line="300" w:lineRule="auto"/>
      </w:pPr>
      <w:r>
        <w:rPr>
          <w:rFonts w:ascii="Times New Roman" w:hAnsi="Times New Roman" w:eastAsia="宋体"/>
          <w:b w:val="0"/>
          <w:i w:val="0"/>
          <w:sz w:val="21"/>
        </w:rPr>
        <w:t>（A）1509/8　　（B）1509/32　　（C）1509/64　　（D）1509/128　　（E）1509/256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T₁ be a triangle with sides 2011, 2012, and 2013. For n≥1, if Tₙ=△ ABC and D, E, and F are the points of tangency of the incircle of △ ABC to the sides AB, BC, and AC, respectively, then Tₙ₊₁ is a triangle with side lengths AD, BE, and CF, if it exists. What is the perimeter of the last triangle in the sequence (Tₙ)?</w:t>
      </w:r>
    </w:p>
    <w:p>
      <w:pPr>
        <w:spacing w:before="0" w:after="160" w:line="300" w:lineRule="auto"/>
      </w:pPr>
      <w:r>
        <w:rPr>
          <w:rFonts w:ascii="Times New Roman" w:hAnsi="Times New Roman" w:eastAsia="宋体"/>
          <w:b w:val="0"/>
          <w:i w:val="0"/>
          <w:color w:val="333333"/>
          <w:sz w:val="19"/>
        </w:rPr>
        <w:t>(A) 1509/8　　(B) 1509/32　　(C) 1509/64　　(D) 1509/128　　(E) 1509/256</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一只虫子在坐标平面上移动，只沿着平行于 x-轴或 y-轴的直线行走。设 A=(-3, 2)、B=(3, -2)。考虑所有从 A 到 B、长度至多为 20 的可能路径。有多少个整数坐标点位于至少一条这样的路径上？</w:t>
      </w:r>
    </w:p>
    <w:p>
      <w:pPr>
        <w:spacing w:before="0" w:after="120" w:line="300" w:lineRule="auto"/>
      </w:pPr>
      <w:r>
        <w:rPr>
          <w:rFonts w:ascii="Times New Roman" w:hAnsi="Times New Roman" w:eastAsia="宋体"/>
          <w:b w:val="0"/>
          <w:i w:val="0"/>
          <w:sz w:val="21"/>
        </w:rPr>
        <w:t>（A）161　　（B）185　　（C）195　　（D）227　　（E）255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bug travels in the coordinate plane, moving only along the lines that are parallel to the x-axis or y-axis. Let A=(-3, 2) and B=(3, -2). Consider all possible paths of the bug from A to B of length at most 20. How many points with integer coordinates lie on at least one of these paths?</w:t>
      </w:r>
    </w:p>
    <w:p>
      <w:pPr>
        <w:spacing w:before="0" w:after="160" w:line="300" w:lineRule="auto"/>
      </w:pPr>
      <w:r>
        <w:rPr>
          <w:rFonts w:ascii="Times New Roman" w:hAnsi="Times New Roman" w:eastAsia="宋体"/>
          <w:b w:val="0"/>
          <w:i w:val="0"/>
          <w:color w:val="333333"/>
          <w:sz w:val="19"/>
        </w:rPr>
        <w:t>(A) 161　　(B) 185　　(C) 195　　(D) 227　　(E) 255</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设 P(z)=z⁸+(4√(3)+6)z⁴ -(4√(3)+7)。在复平面中，以 P(z) 的所有零点为顶点的 8 边形中，最小周长是多少？</w:t>
      </w:r>
    </w:p>
    <w:p>
      <w:pPr>
        <w:spacing w:before="0" w:after="120" w:line="300" w:lineRule="auto"/>
      </w:pPr>
      <w:r>
        <w:rPr>
          <w:rFonts w:ascii="Times New Roman" w:hAnsi="Times New Roman" w:eastAsia="宋体"/>
          <w:b w:val="0"/>
          <w:i w:val="0"/>
          <w:sz w:val="21"/>
        </w:rPr>
        <w:t>（A）4√(3)+4　　（B）8√(2)　　（C）3√(2)+3√(6)　　（D）4√(2)+4√(3)　　（E）4√(3)+6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P(z)=z⁸+(4√(3)+6)z⁴ -(4√(3)+7). What is the minimum perimeter among all the 8-sided polygons in the complex plane whose vertices are precisely the zeros of P(z)?</w:t>
      </w:r>
    </w:p>
    <w:p>
      <w:pPr>
        <w:spacing w:before="0" w:after="160" w:line="300" w:lineRule="auto"/>
      </w:pPr>
      <w:r>
        <w:rPr>
          <w:rFonts w:ascii="Times New Roman" w:hAnsi="Times New Roman" w:eastAsia="宋体"/>
          <w:b w:val="0"/>
          <w:i w:val="0"/>
          <w:color w:val="333333"/>
          <w:sz w:val="19"/>
        </w:rPr>
        <w:t>(A) 4√(3)+4　　(B) 8√(2)　　(C) 3√(2)+3√(6)　　(D) 4√(2)+4√(3)　　(E) 4√(3)+6</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对任意整数 m 和 k，其中 k 为奇数，记 [m/k] 为最接近 m/k 的整数。对每个奇整数 k，从区间 1≤ n≤99! 中随机选取一个整数 n，并令 P(k) 为下式成立的概率：</w:t>
      </w:r>
    </w:p>
    <w:p>
      <w:pPr>
        <w:spacing w:before="0" w:after="80" w:line="300" w:lineRule="auto"/>
        <w:jc w:val="left"/>
      </w:pPr>
      <w:r>
        <w:rPr>
          <w:rFonts w:ascii="Times New Roman" w:hAnsi="Times New Roman" w:eastAsia="宋体"/>
          <w:b w:val="0"/>
          <w:i w:val="0"/>
          <w:sz w:val="21"/>
        </w:rPr>
        <w:t>[n/k]+[100-n/k]=[100/k]</w:t>
      </w:r>
    </w:p>
    <w:p>
      <w:pPr>
        <w:spacing w:before="0" w:after="80" w:line="300" w:lineRule="auto"/>
        <w:jc w:val="left"/>
      </w:pPr>
      <w:r>
        <w:rPr>
          <w:rFonts w:ascii="Times New Roman" w:hAnsi="Times New Roman" w:eastAsia="宋体"/>
          <w:b w:val="0"/>
          <w:i w:val="0"/>
          <w:sz w:val="21"/>
        </w:rPr>
        <w:t>当 k 遍历区间 1≤ k≤99 内的所有奇整数时，P(k) 的最小可能值是多少？</w:t>
      </w:r>
    </w:p>
    <w:p>
      <w:pPr>
        <w:spacing w:before="0" w:after="120" w:line="300" w:lineRule="auto"/>
      </w:pPr>
      <w:r>
        <w:rPr>
          <w:rFonts w:ascii="Times New Roman" w:hAnsi="Times New Roman" w:eastAsia="宋体"/>
          <w:b w:val="0"/>
          <w:i w:val="0"/>
          <w:sz w:val="21"/>
        </w:rPr>
        <w:t>（A）1/2　　（B）50/99　　（C）44/87　　（D）34/67　　（E）7/13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every m and k integers with k odd, denote by [m/k] the integer closest to m/k. For every odd integer k, let P(k) be the probability that</w:t>
      </w:r>
    </w:p>
    <w:p>
      <w:pPr>
        <w:spacing w:before="0" w:after="80" w:line="300" w:lineRule="auto"/>
        <w:jc w:val="left"/>
      </w:pPr>
      <w:r>
        <w:rPr>
          <w:rFonts w:ascii="Times New Roman" w:hAnsi="Times New Roman" w:eastAsia="宋体"/>
          <w:b w:val="0"/>
          <w:i w:val="0"/>
          <w:color w:val="333333"/>
          <w:sz w:val="19"/>
        </w:rPr>
        <w:t>[n/k]+[100-n/k]=[100/k]</w:t>
      </w:r>
    </w:p>
    <w:p>
      <w:pPr>
        <w:spacing w:before="0" w:after="80" w:line="300" w:lineRule="auto"/>
        <w:jc w:val="left"/>
      </w:pPr>
      <w:r>
        <w:rPr>
          <w:rFonts w:ascii="Times New Roman" w:hAnsi="Times New Roman" w:eastAsia="宋体"/>
          <w:b w:val="0"/>
          <w:i w:val="0"/>
          <w:color w:val="333333"/>
          <w:sz w:val="19"/>
        </w:rPr>
        <w:t>for an integer n randomly chosen from the interval 1≤ n≤99!. What is the minimum possible value of P(k) over the odd integers k in the interval 1≤ k≤99?</w:t>
      </w:r>
    </w:p>
    <w:p>
      <w:pPr>
        <w:spacing w:before="0" w:after="160" w:line="300" w:lineRule="auto"/>
      </w:pPr>
      <w:r>
        <w:rPr>
          <w:rFonts w:ascii="Times New Roman" w:hAnsi="Times New Roman" w:eastAsia="宋体"/>
          <w:b w:val="0"/>
          <w:i w:val="0"/>
          <w:color w:val="333333"/>
          <w:sz w:val="19"/>
        </w:rPr>
        <w:t>(A) 1/2　　(B) 50/99　　(C) 44/87　　(D) 34/67　　(E) 7/13</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C　E　C　E　A　C　B　A　D</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E　B　A　B　D　D　C　B　A</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B　C　D　D　C　B　D</w:t>
      </w:r>
    </w:p>
    <w:p>
      <w:pPr>
        <w:spacing w:before="0" w:after="200" w:line="300" w:lineRule="auto"/>
      </w:pPr>
      <w:r>
        <w:rPr>
          <w:rFonts w:ascii="Times New Roman" w:hAnsi="Times New Roman" w:eastAsia="宋体"/>
          <w:b w:val="0"/>
          <w:i w:val="0"/>
          <w:color w:val="666666"/>
          <w:sz w:val="18"/>
        </w:rPr>
        <w:t>答案串：CECEACBADEBABDDCBABCDDCBD</w:t>
      </w:r>
    </w:p>
    <w:p>
      <w:pPr>
        <w:spacing w:before="200" w:after="80" w:line="300" w:lineRule="auto"/>
      </w:pPr>
      <w:r>
        <w:rPr>
          <w:rFonts w:ascii="Times New Roman" w:hAnsi="Times New Roman" w:eastAsia="宋体"/>
          <w:b/>
          <w:i w:val="0"/>
          <w:sz w:val="23"/>
        </w:rPr>
        <w:t>第 1 题　答案 C</w:t>
      </w:r>
    </w:p>
    <w:p>
      <w:pPr>
        <w:spacing w:before="0" w:after="80" w:line="300" w:lineRule="auto"/>
        <w:jc w:val="left"/>
      </w:pPr>
      <w:r>
        <w:rPr>
          <w:rFonts w:ascii="Times New Roman" w:hAnsi="Times New Roman" w:eastAsia="宋体"/>
          <w:b w:val="0"/>
          <w:i w:val="0"/>
          <w:sz w:val="21"/>
        </w:rPr>
        <w:t>两个和分别是 2+4+6=12 与 1+3+5=9，所以原式等于 12/9-9/12=4/3-3/4。</w:t>
      </w:r>
    </w:p>
    <w:p>
      <w:pPr>
        <w:spacing w:before="0" w:after="80" w:line="300" w:lineRule="auto"/>
        <w:jc w:val="left"/>
      </w:pPr>
      <w:r>
        <w:rPr>
          <w:rFonts w:ascii="Times New Roman" w:hAnsi="Times New Roman" w:eastAsia="宋体"/>
          <w:b w:val="0"/>
          <w:i w:val="0"/>
          <w:sz w:val="21"/>
        </w:rPr>
        <w:t>通分得到</w:t>
      </w:r>
    </w:p>
    <w:p>
      <w:pPr>
        <w:spacing w:before="0" w:after="80" w:line="300" w:lineRule="auto"/>
        <w:jc w:val="left"/>
      </w:pPr>
      <w:r>
        <w:rPr>
          <w:rFonts w:ascii="Times New Roman" w:hAnsi="Times New Roman" w:eastAsia="宋体"/>
          <w:b w:val="0"/>
          <w:i w:val="0"/>
          <w:sz w:val="21"/>
        </w:rPr>
        <w:t>16/12-9/12=7/12。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sums are 2+4+6=12 and 1+3+5=9, so the expression equals 12/9-9/12=4/3-3/4.</w:t>
      </w:r>
    </w:p>
    <w:p>
      <w:pPr>
        <w:spacing w:before="0" w:after="80" w:line="300" w:lineRule="auto"/>
        <w:jc w:val="left"/>
      </w:pPr>
      <w:r>
        <w:rPr>
          <w:rFonts w:ascii="Times New Roman" w:hAnsi="Times New Roman" w:eastAsia="宋体"/>
          <w:b w:val="0"/>
          <w:i w:val="0"/>
          <w:color w:val="333333"/>
          <w:sz w:val="19"/>
        </w:rPr>
        <w:t>Over a common denominator this is</w:t>
      </w:r>
    </w:p>
    <w:p>
      <w:pPr>
        <w:spacing w:before="0" w:after="80" w:line="300" w:lineRule="auto"/>
        <w:jc w:val="left"/>
      </w:pPr>
      <w:r>
        <w:rPr>
          <w:rFonts w:ascii="Times New Roman" w:hAnsi="Times New Roman" w:eastAsia="宋体"/>
          <w:b w:val="0"/>
          <w:i w:val="0"/>
          <w:color w:val="333333"/>
          <w:sz w:val="19"/>
        </w:rPr>
        <w:t>16/12-9/12=7/12.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E</w:t>
      </w:r>
    </w:p>
    <w:p>
      <w:pPr>
        <w:spacing w:before="0" w:after="80" w:line="300" w:lineRule="auto"/>
        <w:jc w:val="left"/>
      </w:pPr>
      <w:r>
        <w:rPr>
          <w:rFonts w:ascii="Times New Roman" w:hAnsi="Times New Roman" w:eastAsia="宋体"/>
          <w:b w:val="0"/>
          <w:i w:val="0"/>
          <w:sz w:val="21"/>
        </w:rPr>
        <w:t>前五次总分为 90+80+70+60+85=385，平均分为 77。目标是新的平均分至少为 80。</w:t>
      </w:r>
    </w:p>
    <w:p>
      <w:pPr>
        <w:spacing w:before="0" w:after="80" w:line="300" w:lineRule="auto"/>
        <w:jc w:val="left"/>
      </w:pPr>
      <w:r>
        <w:rPr>
          <w:rFonts w:ascii="Times New Roman" w:hAnsi="Times New Roman" w:eastAsia="宋体"/>
          <w:b w:val="0"/>
          <w:i w:val="0"/>
          <w:sz w:val="21"/>
        </w:rPr>
        <w:t>六次考试平均 80 分需要总分 6·80=480，因此第六次至少需要 480-385=95。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five scores sum to 90+80+70+60+85=385, giving an average of 77. The goal is a new average of at least 80.</w:t>
      </w:r>
    </w:p>
    <w:p>
      <w:pPr>
        <w:spacing w:before="0" w:after="80" w:line="300" w:lineRule="auto"/>
        <w:jc w:val="left"/>
      </w:pPr>
      <w:r>
        <w:rPr>
          <w:rFonts w:ascii="Times New Roman" w:hAnsi="Times New Roman" w:eastAsia="宋体"/>
          <w:b w:val="0"/>
          <w:i w:val="0"/>
          <w:color w:val="333333"/>
          <w:sz w:val="19"/>
        </w:rPr>
        <w:t>Six tests averaging 80 must total 6·80=480, so the sixth score must be at least 480-385=95.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C</w:t>
      </w:r>
    </w:p>
    <w:p>
      <w:pPr>
        <w:spacing w:before="0" w:after="80" w:line="300" w:lineRule="auto"/>
        <w:jc w:val="left"/>
      </w:pPr>
      <w:r>
        <w:rPr>
          <w:rFonts w:ascii="Times New Roman" w:hAnsi="Times New Roman" w:eastAsia="宋体"/>
          <w:b w:val="0"/>
          <w:i w:val="0"/>
          <w:sz w:val="21"/>
        </w:rPr>
        <w:t>总费用为 A+B，所以每个人的公平份额为 A+B/2。</w:t>
      </w:r>
    </w:p>
    <w:p>
      <w:pPr>
        <w:spacing w:before="0" w:after="80" w:line="300" w:lineRule="auto"/>
        <w:jc w:val="left"/>
      </w:pPr>
      <w:r>
        <w:rPr>
          <w:rFonts w:ascii="Times New Roman" w:hAnsi="Times New Roman" w:eastAsia="宋体"/>
          <w:b w:val="0"/>
          <w:i w:val="0"/>
          <w:sz w:val="21"/>
        </w:rPr>
        <w:t>LeRoy 已支付 A，少于他应承担的份额，因此他应给 Bernardo</w:t>
      </w:r>
    </w:p>
    <w:p>
      <w:pPr>
        <w:spacing w:before="0" w:after="80" w:line="300" w:lineRule="auto"/>
        <w:jc w:val="left"/>
      </w:pPr>
      <w:r>
        <w:rPr>
          <w:rFonts w:ascii="Times New Roman" w:hAnsi="Times New Roman" w:eastAsia="宋体"/>
          <w:b w:val="0"/>
          <w:i w:val="0"/>
          <w:sz w:val="21"/>
        </w:rPr>
        <w:t>A+B/2-A=B-A/2。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total cost is A+B, so each person’s fair share is A+B/2.</w:t>
      </w:r>
    </w:p>
    <w:p>
      <w:pPr>
        <w:spacing w:before="0" w:after="80" w:line="300" w:lineRule="auto"/>
        <w:jc w:val="left"/>
      </w:pPr>
      <w:r>
        <w:rPr>
          <w:rFonts w:ascii="Times New Roman" w:hAnsi="Times New Roman" w:eastAsia="宋体"/>
          <w:b w:val="0"/>
          <w:i w:val="0"/>
          <w:color w:val="333333"/>
          <w:sz w:val="19"/>
        </w:rPr>
        <w:t>LeRoy paid A, which is less than his share, so he must give Bernardo</w:t>
      </w:r>
    </w:p>
    <w:p>
      <w:pPr>
        <w:spacing w:before="0" w:after="80" w:line="300" w:lineRule="auto"/>
        <w:jc w:val="left"/>
      </w:pPr>
      <w:r>
        <w:rPr>
          <w:rFonts w:ascii="Times New Roman" w:hAnsi="Times New Roman" w:eastAsia="宋体"/>
          <w:b w:val="0"/>
          <w:i w:val="0"/>
          <w:color w:val="333333"/>
          <w:sz w:val="19"/>
        </w:rPr>
        <w:t>A+B/2-A=B-A/2.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E</w:t>
      </w:r>
    </w:p>
    <w:p>
      <w:pPr>
        <w:spacing w:before="0" w:after="80" w:line="300" w:lineRule="auto"/>
        <w:jc w:val="left"/>
      </w:pPr>
      <w:r>
        <w:rPr>
          <w:rFonts w:ascii="Times New Roman" w:hAnsi="Times New Roman" w:eastAsia="宋体"/>
          <w:b w:val="0"/>
          <w:i w:val="0"/>
          <w:sz w:val="21"/>
        </w:rPr>
        <w:t>因为 161=7·23，唯一的两位数因数是 23。这必是 a 颠倒后的值，所以真正的 a 是 32，且 b=7。</w:t>
      </w:r>
    </w:p>
    <w:p>
      <w:pPr>
        <w:spacing w:before="0" w:after="80" w:line="300" w:lineRule="auto"/>
        <w:jc w:val="left"/>
      </w:pPr>
      <w:r>
        <w:rPr>
          <w:rFonts w:ascii="Times New Roman" w:hAnsi="Times New Roman" w:eastAsia="宋体"/>
          <w:b w:val="0"/>
          <w:i w:val="0"/>
          <w:sz w:val="21"/>
        </w:rPr>
        <w:t>正确乘积为</w:t>
      </w:r>
    </w:p>
    <w:p>
      <w:pPr>
        <w:spacing w:before="0" w:after="80" w:line="300" w:lineRule="auto"/>
        <w:jc w:val="left"/>
      </w:pPr>
      <w:r>
        <w:rPr>
          <w:rFonts w:ascii="Times New Roman" w:hAnsi="Times New Roman" w:eastAsia="宋体"/>
          <w:b w:val="0"/>
          <w:i w:val="0"/>
          <w:sz w:val="21"/>
        </w:rPr>
        <w:t>32·7=224。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161=7·23, the only two-digit factor is 23. This must be the reversed value of a, so the true value of a is 32, and b=7.</w:t>
      </w:r>
    </w:p>
    <w:p>
      <w:pPr>
        <w:spacing w:before="0" w:after="80" w:line="300" w:lineRule="auto"/>
        <w:jc w:val="left"/>
      </w:pPr>
      <w:r>
        <w:rPr>
          <w:rFonts w:ascii="Times New Roman" w:hAnsi="Times New Roman" w:eastAsia="宋体"/>
          <w:b w:val="0"/>
          <w:i w:val="0"/>
          <w:color w:val="333333"/>
          <w:sz w:val="19"/>
        </w:rPr>
        <w:t>The correct product is</w:t>
      </w:r>
    </w:p>
    <w:p>
      <w:pPr>
        <w:spacing w:before="0" w:after="80" w:line="300" w:lineRule="auto"/>
        <w:jc w:val="left"/>
      </w:pPr>
      <w:r>
        <w:rPr>
          <w:rFonts w:ascii="Times New Roman" w:hAnsi="Times New Roman" w:eastAsia="宋体"/>
          <w:b w:val="0"/>
          <w:i w:val="0"/>
          <w:color w:val="333333"/>
          <w:sz w:val="19"/>
        </w:rPr>
        <w:t>32·7=224.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A</w:t>
      </w:r>
    </w:p>
    <w:p>
      <w:pPr>
        <w:spacing w:before="0" w:after="80" w:line="300" w:lineRule="auto"/>
        <w:jc w:val="left"/>
      </w:pPr>
      <w:r>
        <w:rPr>
          <w:rFonts w:ascii="Times New Roman" w:hAnsi="Times New Roman" w:eastAsia="宋体"/>
          <w:b w:val="0"/>
          <w:i w:val="0"/>
          <w:sz w:val="21"/>
        </w:rPr>
        <w:t>能被 1 到 6 每个整数整除的数必须是 lcm(1,2,3,4,5,6)=60 的倍数。</w:t>
      </w:r>
    </w:p>
    <w:p>
      <w:pPr>
        <w:spacing w:before="0" w:after="80" w:line="300" w:lineRule="auto"/>
        <w:jc w:val="left"/>
      </w:pPr>
      <w:r>
        <w:rPr>
          <w:rFonts w:ascii="Times New Roman" w:hAnsi="Times New Roman" w:eastAsia="宋体"/>
          <w:b w:val="0"/>
          <w:i w:val="0"/>
          <w:sz w:val="21"/>
        </w:rPr>
        <w:t>60 的第二小正倍数是 120，其数字和为 1+2+0=3。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number divisible by every integer from 1 to 6 must be a multiple of lcm(1,2,3,4,5,6)=60.</w:t>
      </w:r>
    </w:p>
    <w:p>
      <w:pPr>
        <w:spacing w:before="0" w:after="80" w:line="300" w:lineRule="auto"/>
        <w:jc w:val="left"/>
      </w:pPr>
      <w:r>
        <w:rPr>
          <w:rFonts w:ascii="Times New Roman" w:hAnsi="Times New Roman" w:eastAsia="宋体"/>
          <w:b w:val="0"/>
          <w:i w:val="0"/>
          <w:color w:val="333333"/>
          <w:sz w:val="19"/>
        </w:rPr>
        <w:t>The second smallest positive multiple of 60 is 120, whose digit sum is 1+2+0=3.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C</w:t>
      </w:r>
    </w:p>
    <w:p>
      <w:pPr>
        <w:spacing w:before="0" w:after="80" w:line="300" w:lineRule="auto"/>
        <w:jc w:val="left"/>
      </w:pPr>
      <w:r>
        <w:rPr>
          <w:rFonts w:ascii="Times New Roman" w:hAnsi="Times New Roman" w:eastAsia="宋体"/>
          <w:b w:val="0"/>
          <w:i w:val="0"/>
          <w:sz w:val="21"/>
        </w:rPr>
        <w:t>设 O 为圆心。两段弧分别为 2x 和 3x，且 2x+3x=360°，所以 x=72°，小弧 BC 对应的圆心角为 ∠ BOC=144°。</w:t>
      </w:r>
    </w:p>
    <w:p>
      <w:pPr>
        <w:spacing w:before="0" w:after="80" w:line="300" w:lineRule="auto"/>
        <w:jc w:val="left"/>
      </w:pPr>
      <w:r>
        <w:rPr>
          <w:rFonts w:ascii="Times New Roman" w:hAnsi="Times New Roman" w:eastAsia="宋体"/>
          <w:b w:val="0"/>
          <w:i w:val="0"/>
          <w:sz w:val="21"/>
        </w:rPr>
        <w:t>到切点 B 和 C 的半径垂直于切线，所以 ∠ ABO=∠ ACO=90°。在四边形 ABOC 中，</w:t>
      </w:r>
    </w:p>
    <w:p>
      <w:pPr>
        <w:spacing w:before="0" w:after="80" w:line="300" w:lineRule="auto"/>
        <w:jc w:val="left"/>
      </w:pPr>
      <w:r>
        <w:rPr>
          <w:rFonts w:ascii="Times New Roman" w:hAnsi="Times New Roman" w:eastAsia="宋体"/>
          <w:b w:val="0"/>
          <w:i w:val="0"/>
          <w:sz w:val="21"/>
        </w:rPr>
        <w:t>∠ BAC=360°-144°-90°</w:t>
      </w:r>
    </w:p>
    <w:p>
      <w:pPr>
        <w:spacing w:before="0" w:after="80" w:line="300" w:lineRule="auto"/>
        <w:jc w:val="left"/>
      </w:pPr>
      <w:r>
        <w:rPr>
          <w:rFonts w:ascii="Times New Roman" w:hAnsi="Times New Roman" w:eastAsia="宋体"/>
          <w:b w:val="0"/>
          <w:i w:val="0"/>
          <w:sz w:val="21"/>
        </w:rPr>
        <w:t>-90°=36°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O be the center. The arcs measure 2x and 3x with 2x+3x=360°, so x=72° and the minor arc BC gives central angle ∠ BOC=144°.</w:t>
      </w:r>
    </w:p>
    <w:p>
      <w:pPr>
        <w:spacing w:before="0" w:after="80" w:line="300" w:lineRule="auto"/>
        <w:jc w:val="left"/>
      </w:pPr>
      <w:r>
        <w:rPr>
          <w:rFonts w:ascii="Times New Roman" w:hAnsi="Times New Roman" w:eastAsia="宋体"/>
          <w:b w:val="0"/>
          <w:i w:val="0"/>
          <w:color w:val="333333"/>
          <w:sz w:val="19"/>
        </w:rPr>
        <w:t>The radii to B and C are perpendicular to the tangents, so ∠ ABO=∠ ACO=90°. In quadrilateral ABOC,</w:t>
      </w:r>
    </w:p>
    <w:p>
      <w:pPr>
        <w:spacing w:before="0" w:after="80" w:line="300" w:lineRule="auto"/>
        <w:jc w:val="left"/>
      </w:pPr>
      <w:r>
        <w:rPr>
          <w:rFonts w:ascii="Times New Roman" w:hAnsi="Times New Roman" w:eastAsia="宋体"/>
          <w:b w:val="0"/>
          <w:i w:val="0"/>
          <w:color w:val="333333"/>
          <w:sz w:val="19"/>
        </w:rPr>
        <w:t>∠ BAC=360°-144°-90°</w:t>
      </w:r>
    </w:p>
    <w:p>
      <w:pPr>
        <w:spacing w:before="0" w:after="80" w:line="300" w:lineRule="auto"/>
        <w:jc w:val="left"/>
      </w:pPr>
      <w:r>
        <w:rPr>
          <w:rFonts w:ascii="Times New Roman" w:hAnsi="Times New Roman" w:eastAsia="宋体"/>
          <w:b w:val="0"/>
          <w:i w:val="0"/>
          <w:color w:val="333333"/>
          <w:sz w:val="19"/>
        </w:rPr>
        <w:t>-90°=36°.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B</w:t>
      </w:r>
    </w:p>
    <w:p>
      <w:pPr>
        <w:spacing w:before="0" w:after="80" w:line="300" w:lineRule="auto"/>
        <w:jc w:val="left"/>
      </w:pPr>
      <w:r>
        <w:rPr>
          <w:rFonts w:ascii="Times New Roman" w:hAnsi="Times New Roman" w:eastAsia="宋体"/>
          <w:b w:val="0"/>
          <w:i w:val="0"/>
          <w:sz w:val="21"/>
        </w:rPr>
        <w:t>由 x+y/2=60，得 x+y=120。要最大化 x/y，应让 y 尽可能小。</w:t>
      </w:r>
    </w:p>
    <w:p>
      <w:pPr>
        <w:spacing w:before="0" w:after="80" w:line="300" w:lineRule="auto"/>
        <w:jc w:val="left"/>
      </w:pPr>
      <w:r>
        <w:rPr>
          <w:rFonts w:ascii="Times New Roman" w:hAnsi="Times New Roman" w:eastAsia="宋体"/>
          <w:b w:val="0"/>
          <w:i w:val="0"/>
          <w:sz w:val="21"/>
        </w:rPr>
        <w:t>因为 x≤99，所以 y=120-x≥21。取 x=99、y=21 可得最大值</w:t>
      </w:r>
    </w:p>
    <w:p>
      <w:pPr>
        <w:spacing w:before="0" w:after="80" w:line="300" w:lineRule="auto"/>
        <w:jc w:val="left"/>
      </w:pPr>
      <w:r>
        <w:rPr>
          <w:rFonts w:ascii="Times New Roman" w:hAnsi="Times New Roman" w:eastAsia="宋体"/>
          <w:b w:val="0"/>
          <w:i w:val="0"/>
          <w:sz w:val="21"/>
        </w:rPr>
        <w:t>99/21=33/7。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x+y/2=60, we have x+y=120. To maximize x/y we make y small.</w:t>
      </w:r>
    </w:p>
    <w:p>
      <w:pPr>
        <w:spacing w:before="0" w:after="80" w:line="300" w:lineRule="auto"/>
        <w:jc w:val="left"/>
      </w:pPr>
      <w:r>
        <w:rPr>
          <w:rFonts w:ascii="Times New Roman" w:hAnsi="Times New Roman" w:eastAsia="宋体"/>
          <w:b w:val="0"/>
          <w:i w:val="0"/>
          <w:color w:val="333333"/>
          <w:sz w:val="19"/>
        </w:rPr>
        <w:t>Because x≤99, it follows that y=120-x≥21. Taking x=99 and y=21 gives the maximum</w:t>
      </w:r>
    </w:p>
    <w:p>
      <w:pPr>
        <w:spacing w:before="0" w:after="80" w:line="300" w:lineRule="auto"/>
        <w:jc w:val="left"/>
      </w:pPr>
      <w:r>
        <w:rPr>
          <w:rFonts w:ascii="Times New Roman" w:hAnsi="Times New Roman" w:eastAsia="宋体"/>
          <w:b w:val="0"/>
          <w:i w:val="0"/>
          <w:color w:val="333333"/>
          <w:sz w:val="19"/>
        </w:rPr>
        <w:t>99/21=33/7.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A</w:t>
      </w:r>
    </w:p>
    <w:p>
      <w:pPr>
        <w:spacing w:before="0" w:after="80" w:line="300" w:lineRule="auto"/>
        <w:jc w:val="left"/>
      </w:pPr>
      <w:r>
        <w:rPr>
          <w:rFonts w:ascii="Times New Roman" w:hAnsi="Times New Roman" w:eastAsia="宋体"/>
          <w:b w:val="0"/>
          <w:i w:val="0"/>
          <w:sz w:val="21"/>
        </w:rPr>
        <w:t>两条直线部分对两条路线相同，因此长度差只来自两个半圆端。设内侧半径为 r，则外侧多出的长度为</w:t>
      </w:r>
    </w:p>
    <w:p>
      <w:pPr>
        <w:spacing w:before="0" w:after="80" w:line="300" w:lineRule="auto"/>
        <w:jc w:val="left"/>
      </w:pPr>
      <w:r>
        <w:rPr>
          <w:rFonts w:ascii="Times New Roman" w:hAnsi="Times New Roman" w:eastAsia="宋体"/>
          <w:b w:val="0"/>
          <w:i w:val="0"/>
          <w:sz w:val="21"/>
        </w:rPr>
        <w:t>2π(r+6)-2π r=12π。</w:t>
      </w:r>
    </w:p>
    <w:p>
      <w:pPr>
        <w:spacing w:before="0" w:after="80" w:line="300" w:lineRule="auto"/>
        <w:jc w:val="left"/>
      </w:pPr>
      <w:r>
        <w:rPr>
          <w:rFonts w:ascii="Times New Roman" w:hAnsi="Times New Roman" w:eastAsia="宋体"/>
          <w:b w:val="0"/>
          <w:i w:val="0"/>
          <w:sz w:val="21"/>
        </w:rPr>
        <w:t>若速度为 x 米每秒，则多用的时间给出 36x=12π，所以 x=π/3。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straight sides are the same length for both paths, so the difference in length comes only from the two semicircular ends. If the inner radius is r, those ends combine into a full circle, and the extra length is</w:t>
      </w:r>
    </w:p>
    <w:p>
      <w:pPr>
        <w:spacing w:before="0" w:after="80" w:line="300" w:lineRule="auto"/>
        <w:jc w:val="left"/>
      </w:pPr>
      <w:r>
        <w:rPr>
          <w:rFonts w:ascii="Times New Roman" w:hAnsi="Times New Roman" w:eastAsia="宋体"/>
          <w:b w:val="0"/>
          <w:i w:val="0"/>
          <w:color w:val="333333"/>
          <w:sz w:val="19"/>
        </w:rPr>
        <w:t>2π(r+6)-2π r=12π.</w:t>
      </w:r>
    </w:p>
    <w:p>
      <w:pPr>
        <w:spacing w:before="0" w:after="80" w:line="300" w:lineRule="auto"/>
        <w:jc w:val="left"/>
      </w:pPr>
      <w:r>
        <w:rPr>
          <w:rFonts w:ascii="Times New Roman" w:hAnsi="Times New Roman" w:eastAsia="宋体"/>
          <w:b w:val="0"/>
          <w:i w:val="0"/>
          <w:color w:val="333333"/>
          <w:sz w:val="19"/>
        </w:rPr>
        <w:t>If her speed is x meters per second, then the extra time gives 36x=12π, so x=π/3.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D</w:t>
      </w:r>
    </w:p>
    <w:p>
      <w:pPr>
        <w:spacing w:before="0" w:after="80" w:line="300" w:lineRule="auto"/>
        <w:jc w:val="left"/>
      </w:pPr>
      <w:r>
        <w:rPr>
          <w:rFonts w:ascii="Times New Roman" w:hAnsi="Times New Roman" w:eastAsia="宋体"/>
          <w:b w:val="0"/>
          <w:i w:val="0"/>
          <w:sz w:val="21"/>
        </w:rPr>
        <w:t>区间长度为 30，其中负数部分长度为 20，正数部分长度为 10。因此每个数为正的概率为 1/3，为负的概率为 2/3。</w:t>
      </w:r>
    </w:p>
    <w:p>
      <w:pPr>
        <w:spacing w:before="0" w:after="80" w:line="300" w:lineRule="auto"/>
        <w:jc w:val="left"/>
      </w:pPr>
      <w:r>
        <w:rPr>
          <w:rFonts w:ascii="Times New Roman" w:hAnsi="Times New Roman" w:eastAsia="宋体"/>
          <w:b w:val="0"/>
          <w:i w:val="0"/>
          <w:sz w:val="21"/>
        </w:rPr>
        <w:t>乘积为正发生在两数都正或都负：</w:t>
      </w:r>
    </w:p>
    <w:p>
      <w:pPr>
        <w:spacing w:before="0" w:after="80" w:line="300" w:lineRule="auto"/>
        <w:jc w:val="left"/>
      </w:pPr>
      <w:r>
        <w:rPr>
          <w:rFonts w:ascii="Times New Roman" w:hAnsi="Times New Roman" w:eastAsia="宋体"/>
          <w:b w:val="0"/>
          <w:i w:val="0"/>
          <w:sz w:val="21"/>
        </w:rPr>
        <w:t>(1/3)²+(2/3)²=1/9+4/9=5/9。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interval has length 30, with 20 of it negative and 10 of it positive. So each number is positive with probability 1/3 and negative with probability 2/3.</w:t>
      </w:r>
    </w:p>
    <w:p>
      <w:pPr>
        <w:spacing w:before="0" w:after="80" w:line="300" w:lineRule="auto"/>
        <w:jc w:val="left"/>
      </w:pPr>
      <w:r>
        <w:rPr>
          <w:rFonts w:ascii="Times New Roman" w:hAnsi="Times New Roman" w:eastAsia="宋体"/>
          <w:b w:val="0"/>
          <w:i w:val="0"/>
          <w:color w:val="333333"/>
          <w:sz w:val="19"/>
        </w:rPr>
        <w:t>The product is positive when both are positive or both are negative:</w:t>
      </w:r>
    </w:p>
    <w:p>
      <w:pPr>
        <w:spacing w:before="0" w:after="80" w:line="300" w:lineRule="auto"/>
        <w:jc w:val="left"/>
      </w:pPr>
      <w:r>
        <w:rPr>
          <w:rFonts w:ascii="Times New Roman" w:hAnsi="Times New Roman" w:eastAsia="宋体"/>
          <w:b w:val="0"/>
          <w:i w:val="0"/>
          <w:color w:val="333333"/>
          <w:sz w:val="19"/>
        </w:rPr>
        <w:t>(1/3)²+(2/3)²=1/9+4/9=5/9.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E</w:t>
      </w:r>
    </w:p>
    <w:p>
      <w:pPr>
        <w:spacing w:before="0" w:after="80" w:line="300" w:lineRule="auto"/>
        <w:jc w:val="left"/>
      </w:pPr>
      <w:r>
        <w:rPr>
          <w:rFonts w:ascii="Times New Roman" w:hAnsi="Times New Roman" w:eastAsia="宋体"/>
          <w:b w:val="0"/>
          <w:i w:val="0"/>
          <w:sz w:val="21"/>
        </w:rPr>
        <w:t>因为 AB∥ CD，所以 ∠ CDM=∠ AMD。结合 ∠ AMD=∠ CMD，可得 ∠ CDM=∠ CMD，所以 △ CMD 是等腰三角形，且 CM=CD=6。</w:t>
      </w:r>
    </w:p>
    <w:p>
      <w:pPr>
        <w:spacing w:before="0" w:after="80" w:line="300" w:lineRule="auto"/>
        <w:jc w:val="left"/>
      </w:pPr>
      <w:r>
        <w:rPr>
          <w:rFonts w:ascii="Times New Roman" w:hAnsi="Times New Roman" w:eastAsia="宋体"/>
          <w:b w:val="0"/>
          <w:i w:val="0"/>
          <w:sz w:val="21"/>
        </w:rPr>
        <w:t>因此 △ MBC 在 B 处为直角，斜边 CM=6，直角边 BC=3，所以它是 30-60-90° 三角形，且 ∠ BMC=30°。</w:t>
      </w:r>
    </w:p>
    <w:p>
      <w:pPr>
        <w:spacing w:before="0" w:after="80" w:line="300" w:lineRule="auto"/>
        <w:jc w:val="left"/>
      </w:pPr>
      <w:r>
        <w:rPr>
          <w:rFonts w:ascii="Times New Roman" w:hAnsi="Times New Roman" w:eastAsia="宋体"/>
          <w:b w:val="0"/>
          <w:i w:val="0"/>
          <w:sz w:val="21"/>
        </w:rPr>
        <w:t>最后 ∠ AMD+∠ CMD +∠ BMC=180°，所以 2∠ AMD+30°=180°，得 ∠ AMD=75°。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AB∥ CD, we have ∠ CDM=∠ AMD. Combined with ∠ AMD=∠ CMD, this gives ∠ CDM=∠ CMD, so △ CMD is isosceles with CM=CD=6.</w:t>
      </w:r>
    </w:p>
    <w:p>
      <w:pPr>
        <w:spacing w:before="0" w:after="80" w:line="300" w:lineRule="auto"/>
        <w:jc w:val="left"/>
      </w:pPr>
      <w:r>
        <w:rPr>
          <w:rFonts w:ascii="Times New Roman" w:hAnsi="Times New Roman" w:eastAsia="宋体"/>
          <w:b w:val="0"/>
          <w:i w:val="0"/>
          <w:color w:val="333333"/>
          <w:sz w:val="19"/>
        </w:rPr>
        <w:t>Then △ MBC is right-angled at B with hypotenuse CM=6 and leg BC=3, so it is a 30-60-90° triangle with ∠ BMC=30°.</w:t>
      </w:r>
    </w:p>
    <w:p>
      <w:pPr>
        <w:spacing w:before="0" w:after="80" w:line="300" w:lineRule="auto"/>
        <w:jc w:val="left"/>
      </w:pPr>
      <w:r>
        <w:rPr>
          <w:rFonts w:ascii="Times New Roman" w:hAnsi="Times New Roman" w:eastAsia="宋体"/>
          <w:b w:val="0"/>
          <w:i w:val="0"/>
          <w:color w:val="333333"/>
          <w:sz w:val="19"/>
        </w:rPr>
        <w:t>Finally, ∠ AMD+∠ CMD +∠ BMC=180°, so 2∠ AMD+30°=180°, giving ∠ AMD=75°.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B</w:t>
      </w:r>
    </w:p>
    <w:p>
      <w:pPr>
        <w:spacing w:before="0" w:after="80" w:line="300" w:lineRule="auto"/>
        <w:jc w:val="left"/>
      </w:pPr>
      <w:r>
        <w:rPr>
          <w:rFonts w:ascii="Times New Roman" w:hAnsi="Times New Roman" w:eastAsia="宋体"/>
          <w:b w:val="0"/>
          <w:i w:val="0"/>
          <w:sz w:val="21"/>
        </w:rPr>
        <w:t>一次跳不行，因为 (0,0) 与 (1,0) 的距离只有 1。两次跳也不行：中间点必须同时距两端 5，只能在垂直平分线 x=1/2 上，而这条线上没有格点。</w:t>
      </w:r>
    </w:p>
    <w:p>
      <w:pPr>
        <w:spacing w:before="0" w:after="80" w:line="300" w:lineRule="auto"/>
        <w:jc w:val="left"/>
      </w:pPr>
      <w:r>
        <w:rPr>
          <w:rFonts w:ascii="Times New Roman" w:hAnsi="Times New Roman" w:eastAsia="宋体"/>
          <w:b w:val="0"/>
          <w:i w:val="0"/>
          <w:sz w:val="21"/>
        </w:rPr>
        <w:t>三次跳可以做到，例如</w:t>
      </w:r>
    </w:p>
    <w:p>
      <w:pPr>
        <w:spacing w:before="0" w:after="80" w:line="300" w:lineRule="auto"/>
        <w:jc w:val="left"/>
      </w:pPr>
      <w:r>
        <w:rPr>
          <w:rFonts w:ascii="Times New Roman" w:hAnsi="Times New Roman" w:eastAsia="宋体"/>
          <w:b w:val="0"/>
          <w:i w:val="0"/>
          <w:sz w:val="21"/>
        </w:rPr>
        <w:t>(0,0)→(3,4)→(6,0)→(1,0)，</w:t>
      </w:r>
    </w:p>
    <w:p>
      <w:pPr>
        <w:spacing w:before="0" w:after="80" w:line="300" w:lineRule="auto"/>
        <w:jc w:val="left"/>
      </w:pPr>
      <w:r>
        <w:rPr>
          <w:rFonts w:ascii="Times New Roman" w:hAnsi="Times New Roman" w:eastAsia="宋体"/>
          <w:b w:val="0"/>
          <w:i w:val="0"/>
          <w:sz w:val="21"/>
        </w:rPr>
        <w:t>其中每一步长度都是 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One jump cannot work, since (0,0) and (1,0) are only 1 apart. Two jumps also fail: the intermediate point would be at distance 5 from both, forcing it onto the perpendicular bisector x=1/2, which contains no lattice points.</w:t>
      </w:r>
    </w:p>
    <w:p>
      <w:pPr>
        <w:spacing w:before="0" w:after="80" w:line="300" w:lineRule="auto"/>
        <w:jc w:val="left"/>
      </w:pPr>
      <w:r>
        <w:rPr>
          <w:rFonts w:ascii="Times New Roman" w:hAnsi="Times New Roman" w:eastAsia="宋体"/>
          <w:b w:val="0"/>
          <w:i w:val="0"/>
          <w:color w:val="333333"/>
          <w:sz w:val="19"/>
        </w:rPr>
        <w:t>Three jumps suffice, for example</w:t>
      </w:r>
    </w:p>
    <w:p>
      <w:pPr>
        <w:spacing w:before="0" w:after="80" w:line="300" w:lineRule="auto"/>
        <w:jc w:val="left"/>
      </w:pPr>
      <w:r>
        <w:rPr>
          <w:rFonts w:ascii="Times New Roman" w:hAnsi="Times New Roman" w:eastAsia="宋体"/>
          <w:b w:val="0"/>
          <w:i w:val="0"/>
          <w:color w:val="333333"/>
          <w:sz w:val="19"/>
        </w:rPr>
        <w:t>(0,0)→(3,4)→(6,0)→(1,0),</w:t>
      </w:r>
    </w:p>
    <w:p>
      <w:pPr>
        <w:spacing w:before="0" w:after="80" w:line="300" w:lineRule="auto"/>
        <w:jc w:val="left"/>
      </w:pPr>
      <w:r>
        <w:rPr>
          <w:rFonts w:ascii="Times New Roman" w:hAnsi="Times New Roman" w:eastAsia="宋体"/>
          <w:b w:val="0"/>
          <w:i w:val="0"/>
          <w:color w:val="333333"/>
          <w:sz w:val="19"/>
        </w:rPr>
        <w:t>where each step has length 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A</w:t>
      </w:r>
    </w:p>
    <w:p>
      <w:pPr>
        <w:spacing w:before="0" w:after="80" w:line="300" w:lineRule="auto"/>
        <w:jc w:val="left"/>
      </w:pPr>
      <w:r>
        <w:rPr>
          <w:rFonts w:ascii="Times New Roman" w:hAnsi="Times New Roman" w:eastAsia="宋体"/>
          <w:b w:val="0"/>
          <w:i w:val="0"/>
          <w:sz w:val="21"/>
        </w:rPr>
        <w:t>设八边形边长为 1。四个角上的三角形是直角等腰三角形，直角边长为 (√(2))/2，每个面积为 1/4。四个长方形尺寸为 1 乘 (√(2))/2，每个面积为 (√(2))/2，中心正方形面积为 1。</w:t>
      </w:r>
    </w:p>
    <w:p>
      <w:pPr>
        <w:spacing w:before="0" w:after="80" w:line="300" w:lineRule="auto"/>
        <w:jc w:val="left"/>
      </w:pPr>
      <w:r>
        <w:rPr>
          <w:rFonts w:ascii="Times New Roman" w:hAnsi="Times New Roman" w:eastAsia="宋体"/>
          <w:b w:val="0"/>
          <w:i w:val="0"/>
          <w:sz w:val="21"/>
        </w:rPr>
        <w:t>总面积为</w:t>
      </w:r>
    </w:p>
    <w:p>
      <w:pPr>
        <w:spacing w:before="0" w:after="80" w:line="300" w:lineRule="auto"/>
        <w:jc w:val="left"/>
      </w:pPr>
      <w:r>
        <w:rPr>
          <w:rFonts w:ascii="Times New Roman" w:hAnsi="Times New Roman" w:eastAsia="宋体"/>
          <w:b w:val="0"/>
          <w:i w:val="0"/>
          <w:sz w:val="21"/>
        </w:rPr>
        <w:t>4·1/4+4·(√(2))/2+1=2+2√(2)。</w:t>
      </w:r>
    </w:p>
    <w:p>
      <w:pPr>
        <w:spacing w:before="0" w:after="80" w:line="300" w:lineRule="auto"/>
        <w:jc w:val="left"/>
      </w:pPr>
      <w:r>
        <w:rPr>
          <w:rFonts w:ascii="Times New Roman" w:hAnsi="Times New Roman" w:eastAsia="宋体"/>
          <w:b w:val="0"/>
          <w:i w:val="0"/>
          <w:sz w:val="21"/>
        </w:rPr>
        <w:t>因此击中中心正方形的概率为</w:t>
      </w:r>
    </w:p>
    <w:p>
      <w:pPr>
        <w:spacing w:before="0" w:after="80" w:line="300" w:lineRule="auto"/>
        <w:jc w:val="left"/>
      </w:pPr>
      <w:r>
        <w:rPr>
          <w:rFonts w:ascii="Times New Roman" w:hAnsi="Times New Roman" w:eastAsia="宋体"/>
          <w:b w:val="0"/>
          <w:i w:val="0"/>
          <w:sz w:val="21"/>
        </w:rPr>
        <w:t>1/(2+2√(2))=(√(2)-1)/2。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Assume the octagon has edge length 1. The four corner triangles are right isosceles with legs (√(2))/2 and area 1/4 each. The four rectangles are 1 by (√(2))/2 with area (√(2))/2 each, and the center square has area 1.</w:t>
      </w:r>
    </w:p>
    <w:p>
      <w:pPr>
        <w:spacing w:before="0" w:after="80" w:line="300" w:lineRule="auto"/>
        <w:jc w:val="left"/>
      </w:pPr>
      <w:r>
        <w:rPr>
          <w:rFonts w:ascii="Times New Roman" w:hAnsi="Times New Roman" w:eastAsia="宋体"/>
          <w:b w:val="0"/>
          <w:i w:val="0"/>
          <w:color w:val="333333"/>
          <w:sz w:val="19"/>
        </w:rPr>
        <w:t>The total area is</w:t>
      </w:r>
    </w:p>
    <w:p>
      <w:pPr>
        <w:spacing w:before="0" w:after="80" w:line="300" w:lineRule="auto"/>
        <w:jc w:val="left"/>
      </w:pPr>
      <w:r>
        <w:rPr>
          <w:rFonts w:ascii="Times New Roman" w:hAnsi="Times New Roman" w:eastAsia="宋体"/>
          <w:b w:val="0"/>
          <w:i w:val="0"/>
          <w:color w:val="333333"/>
          <w:sz w:val="19"/>
        </w:rPr>
        <w:t>4·1/4+4·(√(2))/2+1=2+2√(2).</w:t>
      </w:r>
    </w:p>
    <w:p>
      <w:pPr>
        <w:spacing w:before="0" w:after="80" w:line="300" w:lineRule="auto"/>
        <w:jc w:val="left"/>
      </w:pPr>
      <w:r>
        <w:rPr>
          <w:rFonts w:ascii="Times New Roman" w:hAnsi="Times New Roman" w:eastAsia="宋体"/>
          <w:b w:val="0"/>
          <w:i w:val="0"/>
          <w:color w:val="333333"/>
          <w:sz w:val="19"/>
        </w:rPr>
        <w:t>The probability of hitting the center square is</w:t>
      </w:r>
    </w:p>
    <w:p>
      <w:pPr>
        <w:spacing w:before="0" w:after="80" w:line="300" w:lineRule="auto"/>
        <w:jc w:val="left"/>
      </w:pPr>
      <w:r>
        <w:rPr>
          <w:rFonts w:ascii="Times New Roman" w:hAnsi="Times New Roman" w:eastAsia="宋体"/>
          <w:b w:val="0"/>
          <w:i w:val="0"/>
          <w:color w:val="333333"/>
          <w:sz w:val="19"/>
        </w:rPr>
        <w:t>1/(2+2√(2))=(√(2)-1)/2.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B</w:t>
      </w:r>
    </w:p>
    <w:p>
      <w:pPr>
        <w:spacing w:before="0" w:after="80" w:line="300" w:lineRule="auto"/>
        <w:jc w:val="left"/>
      </w:pPr>
      <w:r>
        <w:rPr>
          <w:rFonts w:ascii="Times New Roman" w:hAnsi="Times New Roman" w:eastAsia="宋体"/>
          <w:b w:val="0"/>
          <w:i w:val="0"/>
          <w:sz w:val="21"/>
        </w:rPr>
        <w:t>最大差为 w-z=9。对任意一个中间数 n，都有 9=(w-n)+(n-z)。所列差值中，和为 9 的数对只有 3+6 和 4+5，所以剩下的差必为 x-y=1。</w:t>
      </w:r>
    </w:p>
    <w:p>
      <w:pPr>
        <w:spacing w:before="0" w:after="80" w:line="300" w:lineRule="auto"/>
        <w:jc w:val="left"/>
      </w:pPr>
      <w:r>
        <w:rPr>
          <w:rFonts w:ascii="Times New Roman" w:hAnsi="Times New Roman" w:eastAsia="宋体"/>
          <w:b w:val="0"/>
          <w:i w:val="0"/>
          <w:sz w:val="21"/>
        </w:rPr>
        <w:t>第二大的差 6 只能是 w-y 或 x-z。若 w-y=6，四个数是 {w,w-5,w-6,w-9}，所以 4w-20=44，得到 w=16。若 x-z=6，四个数是 {w,w-3,w-4,w-9}，所以 4w-16=44，得到 w=15。</w:t>
      </w:r>
    </w:p>
    <w:p>
      <w:pPr>
        <w:spacing w:before="0" w:after="80" w:line="300" w:lineRule="auto"/>
        <w:jc w:val="left"/>
      </w:pPr>
      <w:r>
        <w:rPr>
          <w:rFonts w:ascii="Times New Roman" w:hAnsi="Times New Roman" w:eastAsia="宋体"/>
          <w:b w:val="0"/>
          <w:i w:val="0"/>
          <w:sz w:val="21"/>
        </w:rPr>
        <w:t>可能的值是 16 和 15，它们的和为 31。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largest difference is w-z=9. For either interior number n, we have 9=(w-n)+(n-z). The only pairs among the listed differences that sum to 9 are 3+6 and 4+5, so the remaining difference must be x-y=1.</w:t>
      </w:r>
    </w:p>
    <w:p>
      <w:pPr>
        <w:spacing w:before="0" w:after="80" w:line="300" w:lineRule="auto"/>
        <w:jc w:val="left"/>
      </w:pPr>
      <w:r>
        <w:rPr>
          <w:rFonts w:ascii="Times New Roman" w:hAnsi="Times New Roman" w:eastAsia="宋体"/>
          <w:b w:val="0"/>
          <w:i w:val="0"/>
          <w:color w:val="333333"/>
          <w:sz w:val="19"/>
        </w:rPr>
        <w:t>The second largest difference 6 is either w-y or x-z. If w-y=6, the numbers are {w,w-5,w-6,w-9}, so 4w-20=44 and w=16. If x-z=6, the numbers are {w,w-3,w-4,w-9}, so 4w-16=44 and w=15.</w:t>
      </w:r>
    </w:p>
    <w:p>
      <w:pPr>
        <w:spacing w:before="0" w:after="80" w:line="300" w:lineRule="auto"/>
        <w:jc w:val="left"/>
      </w:pPr>
      <w:r>
        <w:rPr>
          <w:rFonts w:ascii="Times New Roman" w:hAnsi="Times New Roman" w:eastAsia="宋体"/>
          <w:b w:val="0"/>
          <w:i w:val="0"/>
          <w:color w:val="333333"/>
          <w:sz w:val="19"/>
        </w:rPr>
        <w:t>The possible values are 16 and 15, which sum to 31.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D</w:t>
      </w:r>
    </w:p>
    <w:p>
      <w:pPr>
        <w:spacing w:before="0" w:after="80" w:line="300" w:lineRule="auto"/>
        <w:jc w:val="left"/>
      </w:pPr>
      <w:r>
        <w:rPr>
          <w:rFonts w:ascii="Times New Roman" w:hAnsi="Times New Roman" w:eastAsia="宋体"/>
          <w:b w:val="0"/>
          <w:i w:val="0"/>
          <w:sz w:val="21"/>
        </w:rPr>
        <w:t>令 p=FV，准线为 ell。把 F 与 B 投影到 ell 上，由焦点与准线的性质可得 FB=2p，即 B 到 ell 的距离。再由勾股定理，</w:t>
      </w:r>
    </w:p>
    <w:p>
      <w:pPr>
        <w:spacing w:before="0" w:after="80" w:line="300" w:lineRule="auto"/>
        <w:jc w:val="left"/>
      </w:pPr>
      <w:r>
        <w:rPr>
          <w:rFonts w:ascii="Times New Roman" w:hAnsi="Times New Roman" w:eastAsia="宋体"/>
          <w:b w:val="0"/>
          <w:i w:val="0"/>
          <w:sz w:val="21"/>
        </w:rPr>
        <w:t>VB=√(FV²+FB²)</w:t>
      </w:r>
    </w:p>
    <w:p>
      <w:pPr>
        <w:spacing w:before="0" w:after="80" w:line="300" w:lineRule="auto"/>
        <w:jc w:val="left"/>
      </w:pPr>
      <w:r>
        <w:rPr>
          <w:rFonts w:ascii="Times New Roman" w:hAnsi="Times New Roman" w:eastAsia="宋体"/>
          <w:b w:val="0"/>
          <w:i w:val="0"/>
          <w:sz w:val="21"/>
        </w:rPr>
        <w:t>=√(p²+4p²)=√(5) p</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于是 cos(∠ FVB)=FV/VB =p/(√(5) p) =1/(√(5))。因为 ∠ AVB=2∠ FVB，所以</w:t>
      </w:r>
    </w:p>
    <w:p>
      <w:pPr>
        <w:spacing w:before="0" w:after="80" w:line="300" w:lineRule="auto"/>
        <w:jc w:val="left"/>
      </w:pPr>
      <w:r>
        <w:rPr>
          <w:rFonts w:ascii="Times New Roman" w:hAnsi="Times New Roman" w:eastAsia="宋体"/>
          <w:b w:val="0"/>
          <w:i w:val="0"/>
          <w:sz w:val="21"/>
        </w:rPr>
        <w:t>cos(∠ AVB) =2cos²(∠ FVB)</w:t>
      </w:r>
    </w:p>
    <w:p>
      <w:pPr>
        <w:spacing w:before="0" w:after="80" w:line="300" w:lineRule="auto"/>
        <w:jc w:val="left"/>
      </w:pPr>
      <w:r>
        <w:rPr>
          <w:rFonts w:ascii="Times New Roman" w:hAnsi="Times New Roman" w:eastAsia="宋体"/>
          <w:b w:val="0"/>
          <w:i w:val="0"/>
          <w:sz w:val="21"/>
        </w:rPr>
        <w:t>-1</w:t>
      </w:r>
    </w:p>
    <w:p>
      <w:pPr>
        <w:spacing w:before="0" w:after="80" w:line="300" w:lineRule="auto"/>
        <w:jc w:val="left"/>
      </w:pPr>
      <w:r>
        <w:rPr>
          <w:rFonts w:ascii="Times New Roman" w:hAnsi="Times New Roman" w:eastAsia="宋体"/>
          <w:b w:val="0"/>
          <w:i w:val="0"/>
          <w:sz w:val="21"/>
        </w:rPr>
        <w:t>=2·1/5-1</w:t>
      </w:r>
    </w:p>
    <w:p>
      <w:pPr>
        <w:spacing w:before="0" w:after="80" w:line="300" w:lineRule="auto"/>
        <w:jc w:val="left"/>
      </w:pPr>
      <w:r>
        <w:rPr>
          <w:rFonts w:ascii="Times New Roman" w:hAnsi="Times New Roman" w:eastAsia="宋体"/>
          <w:b w:val="0"/>
          <w:i w:val="0"/>
          <w:sz w:val="21"/>
        </w:rPr>
        <w:t>=-3/5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p=FV and let the directrix be ell. Projecting F and B onto ell, the focus-directrix property gives FB=2p (the distance from B to ell), and by the Pythagorean Theorem</w:t>
      </w:r>
    </w:p>
    <w:p>
      <w:pPr>
        <w:spacing w:before="0" w:after="80" w:line="300" w:lineRule="auto"/>
        <w:jc w:val="left"/>
      </w:pPr>
      <w:r>
        <w:rPr>
          <w:rFonts w:ascii="Times New Roman" w:hAnsi="Times New Roman" w:eastAsia="宋体"/>
          <w:b w:val="0"/>
          <w:i w:val="0"/>
          <w:color w:val="333333"/>
          <w:sz w:val="19"/>
        </w:rPr>
        <w:t>VB=√(FV²+FB²)</w:t>
      </w:r>
    </w:p>
    <w:p>
      <w:pPr>
        <w:spacing w:before="0" w:after="80" w:line="300" w:lineRule="auto"/>
        <w:jc w:val="left"/>
      </w:pPr>
      <w:r>
        <w:rPr>
          <w:rFonts w:ascii="Times New Roman" w:hAnsi="Times New Roman" w:eastAsia="宋体"/>
          <w:b w:val="0"/>
          <w:i w:val="0"/>
          <w:color w:val="333333"/>
          <w:sz w:val="19"/>
        </w:rPr>
        <w:t>=√(p²+4p²)=√(5) p.</w:t>
      </w:r>
    </w:p>
    <w:p>
      <w:pPr>
        <w:spacing w:before="0" w:after="80" w:line="300" w:lineRule="auto"/>
        <w:jc w:val="left"/>
      </w:pPr>
      <w:r>
        <w:rPr>
          <w:rFonts w:ascii="Times New Roman" w:hAnsi="Times New Roman" w:eastAsia="宋体"/>
          <w:b w:val="0"/>
          <w:i w:val="0"/>
          <w:color w:val="333333"/>
          <w:sz w:val="19"/>
        </w:rPr>
        <w:t>Then cos(∠ FVB)=FV/VB =p/(√(5) p) =1/(√(5)). Since ∠ AVB=2∠ FVB,</w:t>
      </w:r>
    </w:p>
    <w:p>
      <w:pPr>
        <w:spacing w:before="0" w:after="80" w:line="300" w:lineRule="auto"/>
        <w:jc w:val="left"/>
      </w:pPr>
      <w:r>
        <w:rPr>
          <w:rFonts w:ascii="Times New Roman" w:hAnsi="Times New Roman" w:eastAsia="宋体"/>
          <w:b w:val="0"/>
          <w:i w:val="0"/>
          <w:color w:val="333333"/>
          <w:sz w:val="19"/>
        </w:rPr>
        <w:t>cos(∠ AVB) =2cos²(∠ FVB)</w:t>
      </w:r>
    </w:p>
    <w:p>
      <w:pPr>
        <w:spacing w:before="0" w:after="80" w:line="300" w:lineRule="auto"/>
        <w:jc w:val="left"/>
      </w:pPr>
      <w:r>
        <w:rPr>
          <w:rFonts w:ascii="Times New Roman" w:hAnsi="Times New Roman" w:eastAsia="宋体"/>
          <w:b w:val="0"/>
          <w:i w:val="0"/>
          <w:color w:val="333333"/>
          <w:sz w:val="19"/>
        </w:rPr>
        <w:t>-1</w:t>
      </w:r>
    </w:p>
    <w:p>
      <w:pPr>
        <w:spacing w:before="0" w:after="80" w:line="300" w:lineRule="auto"/>
        <w:jc w:val="left"/>
      </w:pPr>
      <w:r>
        <w:rPr>
          <w:rFonts w:ascii="Times New Roman" w:hAnsi="Times New Roman" w:eastAsia="宋体"/>
          <w:b w:val="0"/>
          <w:i w:val="0"/>
          <w:color w:val="333333"/>
          <w:sz w:val="19"/>
        </w:rPr>
        <w:t>=2·1/5-1</w:t>
      </w:r>
    </w:p>
    <w:p>
      <w:pPr>
        <w:spacing w:before="0" w:after="80" w:line="300" w:lineRule="auto"/>
        <w:jc w:val="left"/>
      </w:pPr>
      <w:r>
        <w:rPr>
          <w:rFonts w:ascii="Times New Roman" w:hAnsi="Times New Roman" w:eastAsia="宋体"/>
          <w:b w:val="0"/>
          <w:i w:val="0"/>
          <w:color w:val="333333"/>
          <w:sz w:val="19"/>
        </w:rPr>
        <w:t>=-3/5.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D</w:t>
      </w:r>
    </w:p>
    <w:p>
      <w:pPr>
        <w:spacing w:before="0" w:after="80" w:line="300" w:lineRule="auto"/>
        <w:jc w:val="left"/>
      </w:pPr>
      <w:r>
        <w:rPr>
          <w:rFonts w:ascii="Times New Roman" w:hAnsi="Times New Roman" w:eastAsia="宋体"/>
          <w:b w:val="0"/>
          <w:i w:val="0"/>
          <w:sz w:val="21"/>
        </w:rPr>
        <w:t>分解得</w:t>
      </w:r>
    </w:p>
    <w:p>
      <w:pPr>
        <w:spacing w:before="0" w:after="80" w:line="300" w:lineRule="auto"/>
        <w:jc w:val="left"/>
      </w:pPr>
      <w:r>
        <w:rPr>
          <w:rFonts w:ascii="Times New Roman" w:hAnsi="Times New Roman" w:eastAsia="宋体"/>
          <w:b w:val="0"/>
          <w:i w:val="0"/>
          <w:sz w:val="21"/>
        </w:rPr>
        <w:t>2²⁴-1 =(2¹²-1)(2¹²+1)</w:t>
      </w:r>
    </w:p>
    <w:p>
      <w:pPr>
        <w:spacing w:before="0" w:after="80" w:line="300" w:lineRule="auto"/>
        <w:jc w:val="left"/>
      </w:pPr>
      <w:r>
        <w:rPr>
          <w:rFonts w:ascii="Times New Roman" w:hAnsi="Times New Roman" w:eastAsia="宋体"/>
          <w:b w:val="0"/>
          <w:i w:val="0"/>
          <w:sz w:val="21"/>
        </w:rPr>
        <w:t>=(2⁶-1)(2⁶+1)</w:t>
      </w:r>
    </w:p>
    <w:p>
      <w:pPr>
        <w:spacing w:before="0" w:after="80" w:line="300" w:lineRule="auto"/>
        <w:jc w:val="left"/>
      </w:pPr>
      <w:r>
        <w:rPr>
          <w:rFonts w:ascii="Times New Roman" w:hAnsi="Times New Roman" w:eastAsia="宋体"/>
          <w:b w:val="0"/>
          <w:i w:val="0"/>
          <w:sz w:val="21"/>
        </w:rPr>
        <w:t>·(2⁴+1)(2⁸-2⁴+1)，</w:t>
      </w:r>
    </w:p>
    <w:p>
      <w:pPr>
        <w:spacing w:before="0" w:after="80" w:line="300" w:lineRule="auto"/>
        <w:jc w:val="left"/>
      </w:pPr>
      <w:r>
        <w:rPr>
          <w:rFonts w:ascii="Times New Roman" w:hAnsi="Times New Roman" w:eastAsia="宋体"/>
          <w:b w:val="0"/>
          <w:i w:val="0"/>
          <w:sz w:val="21"/>
        </w:rPr>
        <w:t>即 63·65·17·241 =3²·5·7·13·17·241。</w:t>
      </w:r>
    </w:p>
    <w:p>
      <w:pPr>
        <w:spacing w:before="0" w:after="80" w:line="300" w:lineRule="auto"/>
        <w:jc w:val="left"/>
      </w:pPr>
      <w:r>
        <w:rPr>
          <w:rFonts w:ascii="Times New Roman" w:hAnsi="Times New Roman" w:eastAsia="宋体"/>
          <w:b w:val="0"/>
          <w:i w:val="0"/>
          <w:sz w:val="21"/>
        </w:rPr>
        <w:t>因为 241 是三位质数，两位数因数只来自 3²·5·7·13·17。它们是</w:t>
      </w:r>
    </w:p>
    <w:p>
      <w:pPr>
        <w:spacing w:before="0" w:after="80" w:line="300" w:lineRule="auto"/>
        <w:jc w:val="left"/>
      </w:pPr>
      <w:r>
        <w:rPr>
          <w:rFonts w:ascii="Times New Roman" w:hAnsi="Times New Roman" w:eastAsia="宋体"/>
          <w:b w:val="0"/>
          <w:i w:val="0"/>
          <w:sz w:val="21"/>
        </w:rPr>
        <w:t>13,15,17,21,35,39,45,51,</w:t>
      </w:r>
    </w:p>
    <w:p>
      <w:pPr>
        <w:spacing w:before="0" w:after="80" w:line="300" w:lineRule="auto"/>
        <w:jc w:val="left"/>
      </w:pPr>
      <w:r>
        <w:rPr>
          <w:rFonts w:ascii="Times New Roman" w:hAnsi="Times New Roman" w:eastAsia="宋体"/>
          <w:b w:val="0"/>
          <w:i w:val="0"/>
          <w:sz w:val="21"/>
        </w:rPr>
        <w:t>63,65,85,91，</w:t>
      </w:r>
    </w:p>
    <w:p>
      <w:pPr>
        <w:spacing w:before="0" w:after="80" w:line="300" w:lineRule="auto"/>
        <w:jc w:val="left"/>
      </w:pPr>
      <w:r>
        <w:rPr>
          <w:rFonts w:ascii="Times New Roman" w:hAnsi="Times New Roman" w:eastAsia="宋体"/>
          <w:b w:val="0"/>
          <w:i w:val="0"/>
          <w:sz w:val="21"/>
        </w:rPr>
        <w:t>共 12 个。</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Factoring,</w:t>
      </w:r>
    </w:p>
    <w:p>
      <w:pPr>
        <w:spacing w:before="0" w:after="80" w:line="300" w:lineRule="auto"/>
        <w:jc w:val="left"/>
      </w:pPr>
      <w:r>
        <w:rPr>
          <w:rFonts w:ascii="Times New Roman" w:hAnsi="Times New Roman" w:eastAsia="宋体"/>
          <w:b w:val="0"/>
          <w:i w:val="0"/>
          <w:color w:val="333333"/>
          <w:sz w:val="19"/>
        </w:rPr>
        <w:t>2²⁴-1 =(2¹²-1)(2¹²+1)</w:t>
      </w:r>
    </w:p>
    <w:p>
      <w:pPr>
        <w:spacing w:before="0" w:after="80" w:line="300" w:lineRule="auto"/>
        <w:jc w:val="left"/>
      </w:pPr>
      <w:r>
        <w:rPr>
          <w:rFonts w:ascii="Times New Roman" w:hAnsi="Times New Roman" w:eastAsia="宋体"/>
          <w:b w:val="0"/>
          <w:i w:val="0"/>
          <w:color w:val="333333"/>
          <w:sz w:val="19"/>
        </w:rPr>
        <w:t>=(2⁶-1)(2⁶+1)</w:t>
      </w:r>
    </w:p>
    <w:p>
      <w:pPr>
        <w:spacing w:before="0" w:after="80" w:line="300" w:lineRule="auto"/>
        <w:jc w:val="left"/>
      </w:pPr>
      <w:r>
        <w:rPr>
          <w:rFonts w:ascii="Times New Roman" w:hAnsi="Times New Roman" w:eastAsia="宋体"/>
          <w:b w:val="0"/>
          <w:i w:val="0"/>
          <w:color w:val="333333"/>
          <w:sz w:val="19"/>
        </w:rPr>
        <w:t>·(2⁴+1)(2⁸-2⁴+1),</w:t>
      </w:r>
    </w:p>
    <w:p>
      <w:pPr>
        <w:spacing w:before="0" w:after="80" w:line="300" w:lineRule="auto"/>
        <w:jc w:val="left"/>
      </w:pPr>
      <w:r>
        <w:rPr>
          <w:rFonts w:ascii="Times New Roman" w:hAnsi="Times New Roman" w:eastAsia="宋体"/>
          <w:b w:val="0"/>
          <w:i w:val="0"/>
          <w:color w:val="333333"/>
          <w:sz w:val="19"/>
        </w:rPr>
        <w:t>which equals 63·65·17·241 =3²·5·7·13·17·241.</w:t>
      </w:r>
    </w:p>
    <w:p>
      <w:pPr>
        <w:spacing w:before="0" w:after="80" w:line="300" w:lineRule="auto"/>
        <w:jc w:val="left"/>
      </w:pPr>
      <w:r>
        <w:rPr>
          <w:rFonts w:ascii="Times New Roman" w:hAnsi="Times New Roman" w:eastAsia="宋体"/>
          <w:b w:val="0"/>
          <w:i w:val="0"/>
          <w:color w:val="333333"/>
          <w:sz w:val="19"/>
        </w:rPr>
        <w:t>Since 241 is a three-digit prime, the two-digit factors come from 3²·5·7·13·17. They are</w:t>
      </w:r>
    </w:p>
    <w:p>
      <w:pPr>
        <w:spacing w:before="0" w:after="80" w:line="300" w:lineRule="auto"/>
        <w:jc w:val="left"/>
      </w:pPr>
      <w:r>
        <w:rPr>
          <w:rFonts w:ascii="Times New Roman" w:hAnsi="Times New Roman" w:eastAsia="宋体"/>
          <w:b w:val="0"/>
          <w:i w:val="0"/>
          <w:color w:val="333333"/>
          <w:sz w:val="19"/>
        </w:rPr>
        <w:t>13,15,17,21,35,39,45,51,</w:t>
      </w:r>
    </w:p>
    <w:p>
      <w:pPr>
        <w:spacing w:before="0" w:after="80" w:line="300" w:lineRule="auto"/>
        <w:jc w:val="left"/>
      </w:pPr>
      <w:r>
        <w:rPr>
          <w:rFonts w:ascii="Times New Roman" w:hAnsi="Times New Roman" w:eastAsia="宋体"/>
          <w:b w:val="0"/>
          <w:i w:val="0"/>
          <w:color w:val="333333"/>
          <w:sz w:val="19"/>
        </w:rPr>
        <w:t>63,65,85,91,</w:t>
      </w:r>
    </w:p>
    <w:p>
      <w:pPr>
        <w:spacing w:before="0" w:after="80" w:line="300" w:lineRule="auto"/>
        <w:jc w:val="left"/>
      </w:pPr>
      <w:r>
        <w:rPr>
          <w:rFonts w:ascii="Times New Roman" w:hAnsi="Times New Roman" w:eastAsia="宋体"/>
          <w:b w:val="0"/>
          <w:i w:val="0"/>
          <w:color w:val="333333"/>
          <w:sz w:val="19"/>
        </w:rPr>
        <w:t>for a total of 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C</w:t>
      </w:r>
    </w:p>
    <w:p>
      <w:pPr>
        <w:spacing w:before="0" w:after="80" w:line="300" w:lineRule="auto"/>
        <w:jc w:val="left"/>
      </w:pPr>
      <w:r>
        <w:rPr>
          <w:rFonts w:ascii="Times New Roman" w:hAnsi="Times New Roman" w:eastAsia="宋体"/>
          <w:b w:val="0"/>
          <w:i w:val="0"/>
          <w:sz w:val="21"/>
        </w:rPr>
        <w:t>设 E 和 H 分别为 AB 与 BC 的中点。AB 的垂直平分线经过 E 与对角线 AC 交于 F；BC 的垂直平分线经过 H 与 AC 交于 G。区域 R 是五边形 BEFGH。</w:t>
      </w:r>
    </w:p>
    <w:p>
      <w:pPr>
        <w:spacing w:before="0" w:after="80" w:line="300" w:lineRule="auto"/>
        <w:jc w:val="left"/>
      </w:pPr>
      <w:r>
        <w:rPr>
          <w:rFonts w:ascii="Times New Roman" w:hAnsi="Times New Roman" w:eastAsia="宋体"/>
          <w:b w:val="0"/>
          <w:i w:val="0"/>
          <w:sz w:val="21"/>
        </w:rPr>
        <w:t>三角形 AFE 是 30-60-90° 三角形，且 AE=1，所以面积为 1/2·1·1/(√(3))=(√(3))/6。三角形 BFE 和 BGH 与它全等，而 △ FBG 是等边三角形，可分成另外两个相同的小三角形。</w:t>
      </w:r>
    </w:p>
    <w:p>
      <w:pPr>
        <w:spacing w:before="0" w:after="80" w:line="300" w:lineRule="auto"/>
        <w:jc w:val="left"/>
      </w:pPr>
      <w:r>
        <w:rPr>
          <w:rFonts w:ascii="Times New Roman" w:hAnsi="Times New Roman" w:eastAsia="宋体"/>
          <w:b w:val="0"/>
          <w:i w:val="0"/>
          <w:sz w:val="21"/>
        </w:rPr>
        <w:t>因此 R 由四个全等三角形组成，面积为 4·(√(3))/6=(2√(3))/3。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E and H be the midpoints of AB and BC. The perpendicular bisector of AB through E meets diagonal AC at F, and the perpendicular bisector of BC through H meets AC at G. The region R is the pentagon BEFGH.</w:t>
      </w:r>
    </w:p>
    <w:p>
      <w:pPr>
        <w:spacing w:before="0" w:after="80" w:line="300" w:lineRule="auto"/>
        <w:jc w:val="left"/>
      </w:pPr>
      <w:r>
        <w:rPr>
          <w:rFonts w:ascii="Times New Roman" w:hAnsi="Times New Roman" w:eastAsia="宋体"/>
          <w:b w:val="0"/>
          <w:i w:val="0"/>
          <w:color w:val="333333"/>
          <w:sz w:val="19"/>
        </w:rPr>
        <w:t>Triangle AFE is a 30-60-90° triangle with AE=1, so its area is 1/2·1·1/(√(3))=(√(3))/6. Triangles BFE and BGH are congruent to it, and △ FBG is equilateral, splitting into two more copies.</w:t>
      </w:r>
    </w:p>
    <w:p>
      <w:pPr>
        <w:spacing w:before="0" w:after="80" w:line="300" w:lineRule="auto"/>
        <w:jc w:val="left"/>
      </w:pPr>
      <w:r>
        <w:rPr>
          <w:rFonts w:ascii="Times New Roman" w:hAnsi="Times New Roman" w:eastAsia="宋体"/>
          <w:b w:val="0"/>
          <w:i w:val="0"/>
          <w:color w:val="333333"/>
          <w:sz w:val="19"/>
        </w:rPr>
        <w:t>Hence R consists of four congruent triangles, giving area 4·(√(3))/6=(2√(3))/3.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B</w:t>
      </w:r>
    </w:p>
    <w:p>
      <w:pPr>
        <w:spacing w:before="0" w:after="80" w:line="300" w:lineRule="auto"/>
        <w:jc w:val="left"/>
      </w:pPr>
      <w:r>
        <w:rPr>
          <w:rFonts w:ascii="Times New Roman" w:hAnsi="Times New Roman" w:eastAsia="宋体"/>
          <w:b w:val="0"/>
          <w:i w:val="0"/>
          <w:sz w:val="21"/>
        </w:rPr>
        <w:t>首先，</w:t>
      </w:r>
    </w:p>
    <w:p>
      <w:pPr>
        <w:spacing w:before="0" w:after="80" w:line="300" w:lineRule="auto"/>
        <w:jc w:val="left"/>
      </w:pPr>
      <w:r>
        <w:rPr>
          <w:rFonts w:ascii="Times New Roman" w:hAnsi="Times New Roman" w:eastAsia="宋体"/>
          <w:b w:val="0"/>
          <w:i w:val="0"/>
          <w:sz w:val="21"/>
        </w:rPr>
        <w:t>h₁(x) =log₁₀(10¹⁰ˣ/10)</w:t>
      </w:r>
    </w:p>
    <w:p>
      <w:pPr>
        <w:spacing w:before="0" w:after="80" w:line="300" w:lineRule="auto"/>
        <w:jc w:val="left"/>
      </w:pPr>
      <w:r>
        <w:rPr>
          <w:rFonts w:ascii="Times New Roman" w:hAnsi="Times New Roman" w:eastAsia="宋体"/>
          <w:b w:val="0"/>
          <w:i w:val="0"/>
          <w:sz w:val="21"/>
        </w:rPr>
        <w:t>=log₁₀(10¹⁰ˣ⁻¹)</w:t>
      </w:r>
    </w:p>
    <w:p>
      <w:pPr>
        <w:spacing w:before="0" w:after="80" w:line="300" w:lineRule="auto"/>
        <w:jc w:val="left"/>
      </w:pPr>
      <w:r>
        <w:rPr>
          <w:rFonts w:ascii="Times New Roman" w:hAnsi="Times New Roman" w:eastAsia="宋体"/>
          <w:b w:val="0"/>
          <w:i w:val="0"/>
          <w:sz w:val="21"/>
        </w:rPr>
        <w:t>=10x-1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迭代可得 hₙ(x)=10ⁿ x -(1+10+⋯+10ⁿ⁻¹)。因此 hₙ(1) 是一个 n 位整数，个位为 9，其余各位都是 8。</w:t>
      </w:r>
    </w:p>
    <w:p>
      <w:pPr>
        <w:spacing w:before="0" w:after="80" w:line="300" w:lineRule="auto"/>
        <w:jc w:val="left"/>
      </w:pPr>
      <w:r>
        <w:rPr>
          <w:rFonts w:ascii="Times New Roman" w:hAnsi="Times New Roman" w:eastAsia="宋体"/>
          <w:b w:val="0"/>
          <w:i w:val="0"/>
          <w:sz w:val="21"/>
        </w:rPr>
        <w:t>当 n=2011 时，数字和为</w:t>
      </w:r>
    </w:p>
    <w:p>
      <w:pPr>
        <w:spacing w:before="0" w:after="80" w:line="300" w:lineRule="auto"/>
        <w:jc w:val="left"/>
      </w:pPr>
      <w:r>
        <w:rPr>
          <w:rFonts w:ascii="Times New Roman" w:hAnsi="Times New Roman" w:eastAsia="宋体"/>
          <w:b w:val="0"/>
          <w:i w:val="0"/>
          <w:sz w:val="21"/>
        </w:rPr>
        <w:t>8·2010+9=16,089。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First,</w:t>
      </w:r>
    </w:p>
    <w:p>
      <w:pPr>
        <w:spacing w:before="0" w:after="80" w:line="300" w:lineRule="auto"/>
        <w:jc w:val="left"/>
      </w:pPr>
      <w:r>
        <w:rPr>
          <w:rFonts w:ascii="Times New Roman" w:hAnsi="Times New Roman" w:eastAsia="宋体"/>
          <w:b w:val="0"/>
          <w:i w:val="0"/>
          <w:color w:val="333333"/>
          <w:sz w:val="19"/>
        </w:rPr>
        <w:t>h₁(x) =log₁₀(10¹⁰ˣ/10)</w:t>
      </w:r>
    </w:p>
    <w:p>
      <w:pPr>
        <w:spacing w:before="0" w:after="80" w:line="300" w:lineRule="auto"/>
        <w:jc w:val="left"/>
      </w:pPr>
      <w:r>
        <w:rPr>
          <w:rFonts w:ascii="Times New Roman" w:hAnsi="Times New Roman" w:eastAsia="宋体"/>
          <w:b w:val="0"/>
          <w:i w:val="0"/>
          <w:color w:val="333333"/>
          <w:sz w:val="19"/>
        </w:rPr>
        <w:t>=log₁₀(10¹⁰ˣ⁻¹)</w:t>
      </w:r>
    </w:p>
    <w:p>
      <w:pPr>
        <w:spacing w:before="0" w:after="80" w:line="300" w:lineRule="auto"/>
        <w:jc w:val="left"/>
      </w:pPr>
      <w:r>
        <w:rPr>
          <w:rFonts w:ascii="Times New Roman" w:hAnsi="Times New Roman" w:eastAsia="宋体"/>
          <w:b w:val="0"/>
          <w:i w:val="0"/>
          <w:color w:val="333333"/>
          <w:sz w:val="19"/>
        </w:rPr>
        <w:t>=10x-1.</w:t>
      </w:r>
    </w:p>
    <w:p>
      <w:pPr>
        <w:spacing w:before="0" w:after="80" w:line="300" w:lineRule="auto"/>
        <w:jc w:val="left"/>
      </w:pPr>
      <w:r>
        <w:rPr>
          <w:rFonts w:ascii="Times New Roman" w:hAnsi="Times New Roman" w:eastAsia="宋体"/>
          <w:b w:val="0"/>
          <w:i w:val="0"/>
          <w:color w:val="333333"/>
          <w:sz w:val="19"/>
        </w:rPr>
        <w:t>Iterating, hₙ(x)=10ⁿ x -(1+10+⋯+10ⁿ⁻¹). Therefore hₙ(1) is an n-digit integer whose units digit is 9 and all of whose other digits are 8.</w:t>
      </w:r>
    </w:p>
    <w:p>
      <w:pPr>
        <w:spacing w:before="0" w:after="80" w:line="300" w:lineRule="auto"/>
        <w:jc w:val="left"/>
      </w:pPr>
      <w:r>
        <w:rPr>
          <w:rFonts w:ascii="Times New Roman" w:hAnsi="Times New Roman" w:eastAsia="宋体"/>
          <w:b w:val="0"/>
          <w:i w:val="0"/>
          <w:color w:val="333333"/>
          <w:sz w:val="19"/>
        </w:rPr>
        <w:t>For n=2011, the digit sum is</w:t>
      </w:r>
    </w:p>
    <w:p>
      <w:pPr>
        <w:spacing w:before="0" w:after="80" w:line="300" w:lineRule="auto"/>
        <w:jc w:val="left"/>
      </w:pPr>
      <w:r>
        <w:rPr>
          <w:rFonts w:ascii="Times New Roman" w:hAnsi="Times New Roman" w:eastAsia="宋体"/>
          <w:b w:val="0"/>
          <w:i w:val="0"/>
          <w:color w:val="333333"/>
          <w:sz w:val="19"/>
        </w:rPr>
        <w:t>8·2010+9=16,089.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A</w:t>
      </w:r>
    </w:p>
    <w:p>
      <w:pPr>
        <w:spacing w:before="0" w:after="80" w:line="300" w:lineRule="auto"/>
        <w:jc w:val="left"/>
      </w:pPr>
      <w:r>
        <w:rPr>
          <w:rFonts w:ascii="Times New Roman" w:hAnsi="Times New Roman" w:eastAsia="宋体"/>
          <w:b w:val="0"/>
          <w:i w:val="0"/>
          <w:sz w:val="21"/>
        </w:rPr>
        <w:t>设顶点为 A，底面正方形为 BCDE。于是 AB=AD=1，且 BD=√(2)，所以 △ BAD 是等腰直角三角形。</w:t>
      </w:r>
    </w:p>
    <w:p>
      <w:pPr>
        <w:spacing w:before="0" w:after="80" w:line="300" w:lineRule="auto"/>
        <w:jc w:val="left"/>
      </w:pPr>
      <w:r>
        <w:rPr>
          <w:rFonts w:ascii="Times New Roman" w:hAnsi="Times New Roman" w:eastAsia="宋体"/>
          <w:b w:val="0"/>
          <w:i w:val="0"/>
          <w:sz w:val="21"/>
        </w:rPr>
        <w:t>设立方体边长为 x。它与 △ BAD 所在平面的交线是一个高为 x、宽为 √(2) x 的长方形，其上方两个顶点在 AB 与 AD 上。因为 AB 与 AD 与底边成 45°，长方形外侧的两段 BD 各长 x，所以</w:t>
      </w:r>
    </w:p>
    <w:p>
      <w:pPr>
        <w:spacing w:before="0" w:after="80" w:line="300" w:lineRule="auto"/>
        <w:jc w:val="left"/>
      </w:pPr>
      <w:r>
        <w:rPr>
          <w:rFonts w:ascii="Times New Roman" w:hAnsi="Times New Roman" w:eastAsia="宋体"/>
          <w:b w:val="0"/>
          <w:i w:val="0"/>
          <w:sz w:val="21"/>
        </w:rPr>
        <w:t>√(2)=BD=√(2) x+2x，</w:t>
      </w:r>
    </w:p>
    <w:p>
      <w:pPr>
        <w:spacing w:before="0" w:after="80" w:line="300" w:lineRule="auto"/>
        <w:jc w:val="left"/>
      </w:pPr>
      <w:r>
        <w:rPr>
          <w:rFonts w:ascii="Times New Roman" w:hAnsi="Times New Roman" w:eastAsia="宋体"/>
          <w:b w:val="0"/>
          <w:i w:val="0"/>
          <w:sz w:val="21"/>
        </w:rPr>
        <w:t>得 x=(√(2))/(2+√(2))=√(2)-1。</w:t>
      </w:r>
    </w:p>
    <w:p>
      <w:pPr>
        <w:spacing w:before="0" w:after="80" w:line="300" w:lineRule="auto"/>
        <w:jc w:val="left"/>
      </w:pPr>
      <w:r>
        <w:rPr>
          <w:rFonts w:ascii="Times New Roman" w:hAnsi="Times New Roman" w:eastAsia="宋体"/>
          <w:b w:val="0"/>
          <w:i w:val="0"/>
          <w:sz w:val="21"/>
        </w:rPr>
        <w:t>体积为</w:t>
      </w:r>
    </w:p>
    <w:p>
      <w:pPr>
        <w:spacing w:before="0" w:after="80" w:line="300" w:lineRule="auto"/>
        <w:jc w:val="left"/>
      </w:pPr>
      <w:r>
        <w:rPr>
          <w:rFonts w:ascii="Times New Roman" w:hAnsi="Times New Roman" w:eastAsia="宋体"/>
          <w:b w:val="0"/>
          <w:i w:val="0"/>
          <w:sz w:val="21"/>
        </w:rPr>
        <w:t>(√(2)-1)³=5√(2)-7。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apex be A and the base be square BCDE. Then AB=AD=1 and BD=√(2), so △ BAD is an isosceles right triangle.</w:t>
      </w:r>
    </w:p>
    <w:p>
      <w:pPr>
        <w:spacing w:before="0" w:after="80" w:line="300" w:lineRule="auto"/>
        <w:jc w:val="left"/>
      </w:pPr>
      <w:r>
        <w:rPr>
          <w:rFonts w:ascii="Times New Roman" w:hAnsi="Times New Roman" w:eastAsia="宋体"/>
          <w:b w:val="0"/>
          <w:i w:val="0"/>
          <w:color w:val="333333"/>
          <w:sz w:val="19"/>
        </w:rPr>
        <w:t>Let the cube have edge length x. Its intersection with the plane of △ BAD is a rectangle of height x and width √(2) x, whose top corners lie on AB and AD. Because the legs AB and AD meet the base at 45°, each portion of BD outside the rectangle has length x, so</w:t>
      </w:r>
    </w:p>
    <w:p>
      <w:pPr>
        <w:spacing w:before="0" w:after="80" w:line="300" w:lineRule="auto"/>
        <w:jc w:val="left"/>
      </w:pPr>
      <w:r>
        <w:rPr>
          <w:rFonts w:ascii="Times New Roman" w:hAnsi="Times New Roman" w:eastAsia="宋体"/>
          <w:b w:val="0"/>
          <w:i w:val="0"/>
          <w:color w:val="333333"/>
          <w:sz w:val="19"/>
        </w:rPr>
        <w:t>√(2)=BD=√(2) x+2x,</w:t>
      </w:r>
    </w:p>
    <w:p>
      <w:pPr>
        <w:spacing w:before="0" w:after="80" w:line="300" w:lineRule="auto"/>
        <w:jc w:val="left"/>
      </w:pPr>
      <w:r>
        <w:rPr>
          <w:rFonts w:ascii="Times New Roman" w:hAnsi="Times New Roman" w:eastAsia="宋体"/>
          <w:b w:val="0"/>
          <w:i w:val="0"/>
          <w:color w:val="333333"/>
          <w:sz w:val="19"/>
        </w:rPr>
        <w:t>which reduces to x=(√(2))/(2+√(2))=√(2)-1.</w:t>
      </w:r>
    </w:p>
    <w:p>
      <w:pPr>
        <w:spacing w:before="0" w:after="80" w:line="300" w:lineRule="auto"/>
        <w:jc w:val="left"/>
      </w:pPr>
      <w:r>
        <w:rPr>
          <w:rFonts w:ascii="Times New Roman" w:hAnsi="Times New Roman" w:eastAsia="宋体"/>
          <w:b w:val="0"/>
          <w:i w:val="0"/>
          <w:color w:val="333333"/>
          <w:sz w:val="19"/>
        </w:rPr>
        <w:t>The volume is</w:t>
      </w:r>
    </w:p>
    <w:p>
      <w:pPr>
        <w:spacing w:before="0" w:after="80" w:line="300" w:lineRule="auto"/>
        <w:jc w:val="left"/>
      </w:pPr>
      <w:r>
        <w:rPr>
          <w:rFonts w:ascii="Times New Roman" w:hAnsi="Times New Roman" w:eastAsia="宋体"/>
          <w:b w:val="0"/>
          <w:i w:val="0"/>
          <w:color w:val="333333"/>
          <w:sz w:val="19"/>
        </w:rPr>
        <w:t>(√(2)-1)³=5√(2)-7.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B</w:t>
      </w:r>
    </w:p>
    <w:p>
      <w:pPr>
        <w:spacing w:before="0" w:after="80" w:line="300" w:lineRule="auto"/>
        <w:jc w:val="left"/>
      </w:pPr>
      <w:r>
        <w:rPr>
          <w:rFonts w:ascii="Times New Roman" w:hAnsi="Times New Roman" w:eastAsia="宋体"/>
          <w:b w:val="0"/>
          <w:i w:val="0"/>
          <w:sz w:val="21"/>
        </w:rPr>
        <w:t>对 0&lt; x≤100，在直线 y=1/2x+2 上方最近的格点为：当 x 为偶数时是 (x,1/2x+3)；当 x 为奇数时是 (x,1/2x+5/2)。</w:t>
      </w:r>
    </w:p>
    <w:p>
      <w:pPr>
        <w:spacing w:before="0" w:after="80" w:line="300" w:lineRule="auto"/>
        <w:jc w:val="left"/>
      </w:pPr>
      <w:r>
        <w:rPr>
          <w:rFonts w:ascii="Times New Roman" w:hAnsi="Times New Roman" w:eastAsia="宋体"/>
          <w:b w:val="0"/>
          <w:i w:val="0"/>
          <w:sz w:val="21"/>
        </w:rPr>
        <w:t>从 (0,2) 到该点的斜率，偶数 x 时为 1/2+1/x，奇数 x 时为 1/2+1/2x。这些斜率的最小值在偶数 x 时为 51/100，在奇数 x 时为 50/99。</w:t>
      </w:r>
    </w:p>
    <w:p>
      <w:pPr>
        <w:spacing w:before="0" w:after="80" w:line="300" w:lineRule="auto"/>
        <w:jc w:val="left"/>
      </w:pPr>
      <w:r>
        <w:rPr>
          <w:rFonts w:ascii="Times New Roman" w:hAnsi="Times New Roman" w:eastAsia="宋体"/>
          <w:b w:val="0"/>
          <w:i w:val="0"/>
          <w:sz w:val="21"/>
        </w:rPr>
        <w:t>因为 50/99&lt;51/100，直线恰在 1/2&lt; m&lt;50/99 时避开所有这些格点，所以最大值为 a=50/99。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0&lt; x≤100, the nearest lattice point above the line y=1/2x+2 is (x,1/2x+3) if x is even and (x,1/2x+5/2) if x is odd.</w:t>
      </w:r>
    </w:p>
    <w:p>
      <w:pPr>
        <w:spacing w:before="0" w:after="80" w:line="300" w:lineRule="auto"/>
        <w:jc w:val="left"/>
      </w:pPr>
      <w:r>
        <w:rPr>
          <w:rFonts w:ascii="Times New Roman" w:hAnsi="Times New Roman" w:eastAsia="宋体"/>
          <w:b w:val="0"/>
          <w:i w:val="0"/>
          <w:color w:val="333333"/>
          <w:sz w:val="19"/>
        </w:rPr>
        <w:t>The slope from (0,2) to that point is 1/2+1/x for even x and 1/2+1/2x for odd x. The minimum such slope is 51/100 for even x and 50/99 for odd x.</w:t>
      </w:r>
    </w:p>
    <w:p>
      <w:pPr>
        <w:spacing w:before="0" w:after="80" w:line="300" w:lineRule="auto"/>
        <w:jc w:val="left"/>
      </w:pPr>
      <w:r>
        <w:rPr>
          <w:rFonts w:ascii="Times New Roman" w:hAnsi="Times New Roman" w:eastAsia="宋体"/>
          <w:b w:val="0"/>
          <w:i w:val="0"/>
          <w:color w:val="333333"/>
          <w:sz w:val="19"/>
        </w:rPr>
        <w:t>Since 50/99&lt;51/100, the line avoids all these lattice points exactly when 1/2&lt; m&lt;50/99, so the maximum is a=50/99.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C</w:t>
      </w:r>
    </w:p>
    <w:p>
      <w:pPr>
        <w:spacing w:before="0" w:after="80" w:line="300" w:lineRule="auto"/>
        <w:jc w:val="left"/>
      </w:pPr>
      <w:r>
        <w:rPr>
          <w:rFonts w:ascii="Times New Roman" w:hAnsi="Times New Roman" w:eastAsia="宋体"/>
          <w:b w:val="0"/>
          <w:i w:val="0"/>
          <w:sz w:val="21"/>
        </w:rPr>
        <w:t>因为 DE∥ AC 且 EF∥ AB，所以 ∠ BDE=∠ BAC=∠ EFC。由圆周角定理，∠ BXE=∠ BDE 且 ∠ EXC=∠ EFC，从而 ∠ BXE=∠ EXC。再由 BE=EC，可得 XB=XC。</w:t>
      </w:r>
    </w:p>
    <w:p>
      <w:pPr>
        <w:spacing w:before="0" w:after="80" w:line="300" w:lineRule="auto"/>
        <w:jc w:val="left"/>
      </w:pPr>
      <w:r>
        <w:rPr>
          <w:rFonts w:ascii="Times New Roman" w:hAnsi="Times New Roman" w:eastAsia="宋体"/>
          <w:b w:val="0"/>
          <w:i w:val="0"/>
          <w:sz w:val="21"/>
        </w:rPr>
        <w:t>此外，∠ BXC=2∠ BAC。在 △ BXC 中使用弦长公式，得到 BC=2XBsin(∠ BAC)，在 △ ABC 中使用同一公式，得到 BC=2Rsin(∠ BAC)。因此 XB=XC=R。在 BC 的这一侧，到 B 和 C 的距离都等于 R 的点就是 △ ABC 的外心，所以 XA=XB=XC=R。</w:t>
      </w:r>
    </w:p>
    <w:p>
      <w:pPr>
        <w:spacing w:before="0" w:after="80" w:line="300" w:lineRule="auto"/>
        <w:jc w:val="left"/>
      </w:pPr>
      <w:r>
        <w:rPr>
          <w:rFonts w:ascii="Times New Roman" w:hAnsi="Times New Roman" w:eastAsia="宋体"/>
          <w:b w:val="0"/>
          <w:i w:val="0"/>
          <w:sz w:val="21"/>
        </w:rPr>
        <w:t>由海伦公式，13-14-15 三角形的面积是 84，所以</w:t>
      </w:r>
    </w:p>
    <w:p>
      <w:pPr>
        <w:spacing w:before="0" w:after="80" w:line="300" w:lineRule="auto"/>
        <w:jc w:val="left"/>
      </w:pPr>
      <w:r>
        <w:rPr>
          <w:rFonts w:ascii="Times New Roman" w:hAnsi="Times New Roman" w:eastAsia="宋体"/>
          <w:b w:val="0"/>
          <w:i w:val="0"/>
          <w:sz w:val="21"/>
        </w:rPr>
        <w:t>R=(13·14·15)/(4·84)=65/8，</w:t>
      </w:r>
    </w:p>
    <w:p>
      <w:pPr>
        <w:spacing w:before="0" w:after="80" w:line="300" w:lineRule="auto"/>
        <w:jc w:val="left"/>
      </w:pPr>
      <w:r>
        <w:rPr>
          <w:rFonts w:ascii="Times New Roman" w:hAnsi="Times New Roman" w:eastAsia="宋体"/>
          <w:b w:val="0"/>
          <w:i w:val="0"/>
          <w:sz w:val="21"/>
        </w:rPr>
        <w:t>并且 XA+XB+XC=3R=195/8。</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DE∥ AC and EF∥ AB, we get ∠ BDE=∠ BAC=∠ EFC. By the Inscribed Angle Theorem, ∠ BXE=∠ BDE and ∠ EXC=∠ EFC, so ∠ BXE=∠ EXC. With BE=EC, this forces XB=XC.</w:t>
      </w:r>
    </w:p>
    <w:p>
      <w:pPr>
        <w:spacing w:before="0" w:after="80" w:line="300" w:lineRule="auto"/>
        <w:jc w:val="left"/>
      </w:pPr>
      <w:r>
        <w:rPr>
          <w:rFonts w:ascii="Times New Roman" w:hAnsi="Times New Roman" w:eastAsia="宋体"/>
          <w:b w:val="0"/>
          <w:i w:val="0"/>
          <w:color w:val="333333"/>
          <w:sz w:val="19"/>
        </w:rPr>
        <w:t>Also ∠ BXC=2∠ BAC. The chord formula in △ BXC gives BC=2XBsin(∠ BAC), while the same formula in △ ABC gives BC=2Rsin(∠ BAC). Thus XB=XC=R. The point at distance R from both B and C on this side of BC is the circumcenter of △ ABC, so XA=XB=XC=R.</w:t>
      </w:r>
    </w:p>
    <w:p>
      <w:pPr>
        <w:spacing w:before="0" w:after="80" w:line="300" w:lineRule="auto"/>
        <w:jc w:val="left"/>
      </w:pPr>
      <w:r>
        <w:rPr>
          <w:rFonts w:ascii="Times New Roman" w:hAnsi="Times New Roman" w:eastAsia="宋体"/>
          <w:b w:val="0"/>
          <w:i w:val="0"/>
          <w:color w:val="333333"/>
          <w:sz w:val="19"/>
        </w:rPr>
        <w:t>The area of the 13-14-15 triangle is 84 by Heron’s formula, so</w:t>
      </w:r>
    </w:p>
    <w:p>
      <w:pPr>
        <w:spacing w:before="0" w:after="80" w:line="300" w:lineRule="auto"/>
        <w:jc w:val="left"/>
      </w:pPr>
      <w:r>
        <w:rPr>
          <w:rFonts w:ascii="Times New Roman" w:hAnsi="Times New Roman" w:eastAsia="宋体"/>
          <w:b w:val="0"/>
          <w:i w:val="0"/>
          <w:color w:val="333333"/>
          <w:sz w:val="19"/>
        </w:rPr>
        <w:t>R=(13·14·15)/(4·84)=65/8,</w:t>
      </w:r>
    </w:p>
    <w:p>
      <w:pPr>
        <w:spacing w:before="0" w:after="80" w:line="300" w:lineRule="auto"/>
        <w:jc w:val="left"/>
      </w:pPr>
      <w:r>
        <w:rPr>
          <w:rFonts w:ascii="Times New Roman" w:hAnsi="Times New Roman" w:eastAsia="宋体"/>
          <w:b w:val="0"/>
          <w:i w:val="0"/>
          <w:color w:val="333333"/>
          <w:sz w:val="19"/>
        </w:rPr>
        <w:t>and XA+XB+XC=3R=195/8.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D</w:t>
      </w:r>
    </w:p>
    <w:p>
      <w:pPr>
        <w:spacing w:before="0" w:after="80" w:line="300" w:lineRule="auto"/>
        <w:jc w:val="left"/>
      </w:pPr>
      <w:r>
        <w:rPr>
          <w:rFonts w:ascii="Times New Roman" w:hAnsi="Times New Roman" w:eastAsia="宋体"/>
          <w:b w:val="0"/>
          <w:i w:val="0"/>
          <w:sz w:val="21"/>
        </w:rPr>
        <w:t>设算术平均数为 10a+b，几何平均数为 10b+a，则 x+y=2(10a+b)，且 xy=(10b+a)²。</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(x-y)² =(x+y)²-4xy</w:t>
      </w:r>
    </w:p>
    <w:p>
      <w:pPr>
        <w:spacing w:before="0" w:after="80" w:line="300" w:lineRule="auto"/>
        <w:jc w:val="left"/>
      </w:pPr>
      <w:r>
        <w:rPr>
          <w:rFonts w:ascii="Times New Roman" w:hAnsi="Times New Roman" w:eastAsia="宋体"/>
          <w:b w:val="0"/>
          <w:i w:val="0"/>
          <w:sz w:val="21"/>
        </w:rPr>
        <w:t>=396(a²-b²)</w:t>
      </w:r>
    </w:p>
    <w:p>
      <w:pPr>
        <w:spacing w:before="0" w:after="80" w:line="300" w:lineRule="auto"/>
        <w:jc w:val="left"/>
      </w:pPr>
      <w:r>
        <w:rPr>
          <w:rFonts w:ascii="Times New Roman" w:hAnsi="Times New Roman" w:eastAsia="宋体"/>
          <w:b w:val="0"/>
          <w:i w:val="0"/>
          <w:sz w:val="21"/>
        </w:rPr>
        <w:t>=11·6²</w:t>
      </w:r>
    </w:p>
    <w:p>
      <w:pPr>
        <w:spacing w:before="0" w:after="80" w:line="300" w:lineRule="auto"/>
        <w:jc w:val="left"/>
      </w:pPr>
      <w:r>
        <w:rPr>
          <w:rFonts w:ascii="Times New Roman" w:hAnsi="Times New Roman" w:eastAsia="宋体"/>
          <w:b w:val="0"/>
          <w:i w:val="0"/>
          <w:sz w:val="21"/>
        </w:rPr>
        <w:t>·(a+b)(a-b)</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由于对两个不相等的正数，算术平均数大于几何平均数，所以 a&gt;b。令 u=a-b，v=a+b。于是 1≤ u≤9 且 1≤ v≤17。要使 11uv 为完全平方数，uv 中必须含有奇数次幂的 11。因此 v=11，这是因为 u&lt;11 且 v&lt;22。此时 11uv=121u 是完全平方数，所以 u 也是完全平方数。又因为 u 与 v 的奇偶性相同，只剩下 u=1 或 9。后者给出 a=10，它不是一位数字，所以 u=1，从而 (a,b)=(6,5)。</w:t>
      </w:r>
    </w:p>
    <w:p>
      <w:pPr>
        <w:spacing w:before="0" w:after="80" w:line="300" w:lineRule="auto"/>
        <w:jc w:val="left"/>
      </w:pPr>
      <w:r>
        <w:rPr>
          <w:rFonts w:ascii="Times New Roman" w:hAnsi="Times New Roman" w:eastAsia="宋体"/>
          <w:b w:val="0"/>
          <w:i w:val="0"/>
          <w:sz w:val="21"/>
        </w:rPr>
        <w:t>于是 (x-y)²=11·6²·11=66²，所以 |x-y|=66。（确实有 {x,y}={32,98}。）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arithmetic mean be 10a+b and the geometric mean be 10b+a. Then x+y=2(10a+b) and xy=(10b+a)².</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(x-y)² =(x+y)²-4xy</w:t>
      </w:r>
    </w:p>
    <w:p>
      <w:pPr>
        <w:spacing w:before="0" w:after="80" w:line="300" w:lineRule="auto"/>
        <w:jc w:val="left"/>
      </w:pPr>
      <w:r>
        <w:rPr>
          <w:rFonts w:ascii="Times New Roman" w:hAnsi="Times New Roman" w:eastAsia="宋体"/>
          <w:b w:val="0"/>
          <w:i w:val="0"/>
          <w:color w:val="333333"/>
          <w:sz w:val="19"/>
        </w:rPr>
        <w:t>=396(a²-b²)</w:t>
      </w:r>
    </w:p>
    <w:p>
      <w:pPr>
        <w:spacing w:before="0" w:after="80" w:line="300" w:lineRule="auto"/>
        <w:jc w:val="left"/>
      </w:pPr>
      <w:r>
        <w:rPr>
          <w:rFonts w:ascii="Times New Roman" w:hAnsi="Times New Roman" w:eastAsia="宋体"/>
          <w:b w:val="0"/>
          <w:i w:val="0"/>
          <w:color w:val="333333"/>
          <w:sz w:val="19"/>
        </w:rPr>
        <w:t>=11·6²</w:t>
      </w:r>
    </w:p>
    <w:p>
      <w:pPr>
        <w:spacing w:before="0" w:after="80" w:line="300" w:lineRule="auto"/>
        <w:jc w:val="left"/>
      </w:pPr>
      <w:r>
        <w:rPr>
          <w:rFonts w:ascii="Times New Roman" w:hAnsi="Times New Roman" w:eastAsia="宋体"/>
          <w:b w:val="0"/>
          <w:i w:val="0"/>
          <w:color w:val="333333"/>
          <w:sz w:val="19"/>
        </w:rPr>
        <w:t>·(a+b)(a-b).</w:t>
      </w:r>
    </w:p>
    <w:p>
      <w:pPr>
        <w:spacing w:before="0" w:after="80" w:line="300" w:lineRule="auto"/>
        <w:jc w:val="left"/>
      </w:pPr>
      <w:r>
        <w:rPr>
          <w:rFonts w:ascii="Times New Roman" w:hAnsi="Times New Roman" w:eastAsia="宋体"/>
          <w:b w:val="0"/>
          <w:i w:val="0"/>
          <w:color w:val="333333"/>
          <w:sz w:val="19"/>
        </w:rPr>
        <w:t>Since the arithmetic mean exceeds the geometric mean for distinct positive numbers, a&gt;b. Put u=a-b and v=a+b. Then 1≤ u≤9 and 1≤ v≤17. For 11uv to be a square, uv must contain an odd power of 11. Therefore v=11, because u&lt;11 and v&lt;22. Now 11uv=121u is a square, so u is a square. Also u and v have the same parity, leaving u=1 or 9. The latter gives a=10, not a digit, so u=1 and (a,b)=(6,5).</w:t>
      </w:r>
    </w:p>
    <w:p>
      <w:pPr>
        <w:spacing w:before="0" w:after="80" w:line="300" w:lineRule="auto"/>
        <w:jc w:val="left"/>
      </w:pPr>
      <w:r>
        <w:rPr>
          <w:rFonts w:ascii="Times New Roman" w:hAnsi="Times New Roman" w:eastAsia="宋体"/>
          <w:b w:val="0"/>
          <w:i w:val="0"/>
          <w:color w:val="333333"/>
          <w:sz w:val="19"/>
        </w:rPr>
        <w:t>Then (x-y)²=11·6²·11=66², so |x-y|=66. (Indeed {x,y}={32,98}.)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D</w:t>
      </w:r>
    </w:p>
    <w:p>
      <w:pPr>
        <w:spacing w:before="0" w:after="80" w:line="300" w:lineRule="auto"/>
        <w:jc w:val="left"/>
      </w:pPr>
      <w:r>
        <w:rPr>
          <w:rFonts w:ascii="Times New Roman" w:hAnsi="Times New Roman" w:eastAsia="宋体"/>
          <w:b w:val="0"/>
          <w:i w:val="0"/>
          <w:sz w:val="21"/>
        </w:rPr>
        <w:t>对边长为 a,b,c 的三角形，切线段长度为 AD=1/2(b+c-a)、BE=1/2(a+c-b)、CF=1/2(a+b-c)。若 Tₙ 的边长为 (y-1,y,y+1)，则 Tₙ₊₁ 的边长为 (y/2-1,y/2,y/2+1)。</w:t>
      </w:r>
    </w:p>
    <w:p>
      <w:pPr>
        <w:spacing w:before="0" w:after="80" w:line="300" w:lineRule="auto"/>
        <w:jc w:val="left"/>
      </w:pPr>
      <w:r>
        <w:rPr>
          <w:rFonts w:ascii="Times New Roman" w:hAnsi="Times New Roman" w:eastAsia="宋体"/>
          <w:b w:val="0"/>
          <w:i w:val="0"/>
          <w:sz w:val="21"/>
        </w:rPr>
        <w:t>从中间边为 2012 的 T₁ 开始，中间边每步减半，且 Tₙ₊₁ 的周长是 Tₙ 周长的 1/2。这种形式的三角形存在当且仅当中间边大于 2。</w:t>
      </w:r>
    </w:p>
    <w:p>
      <w:pPr>
        <w:spacing w:before="0" w:after="80" w:line="300" w:lineRule="auto"/>
        <w:jc w:val="left"/>
      </w:pPr>
      <w:r>
        <w:rPr>
          <w:rFonts w:ascii="Times New Roman" w:hAnsi="Times New Roman" w:eastAsia="宋体"/>
          <w:b w:val="0"/>
          <w:i w:val="0"/>
          <w:sz w:val="21"/>
        </w:rPr>
        <w:t>Tₙ 的中间边为 2012/(2ⁿ⁻¹)。它在 n=11 时第一次不超过 2，所以最后一个有效三角形是 T₁₀，其中间边为 2012/2⁹，周长为</w:t>
      </w:r>
    </w:p>
    <w:p>
      <w:pPr>
        <w:spacing w:before="0" w:after="80" w:line="300" w:lineRule="auto"/>
        <w:jc w:val="left"/>
      </w:pPr>
      <w:r>
        <w:rPr>
          <w:rFonts w:ascii="Times New Roman" w:hAnsi="Times New Roman" w:eastAsia="宋体"/>
          <w:b w:val="0"/>
          <w:i w:val="0"/>
          <w:sz w:val="21"/>
        </w:rPr>
        <w:t>3·2012/2⁹=6036/512=1509/128。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 triangle with sides a,b,c, the tangent lengths are AD=1/2(b+c-a), BE=1/2(a+c-b), and CF=1/2(a+b-c). If Tₙ has sides (y-1,y,y+1), then Tₙ₊₁ has sides (y/2-1,y/2,y/2+1).</w:t>
      </w:r>
    </w:p>
    <w:p>
      <w:pPr>
        <w:spacing w:before="0" w:after="80" w:line="300" w:lineRule="auto"/>
        <w:jc w:val="left"/>
      </w:pPr>
      <w:r>
        <w:rPr>
          <w:rFonts w:ascii="Times New Roman" w:hAnsi="Times New Roman" w:eastAsia="宋体"/>
          <w:b w:val="0"/>
          <w:i w:val="0"/>
          <w:color w:val="333333"/>
          <w:sz w:val="19"/>
        </w:rPr>
        <w:t>Starting from T₁ with middle side 2012, the middle side halves each step and the perimeter of Tₙ₊₁ is 1/2 the perimeter of Tₙ. A triangle of this form exists only while its middle side exceeds 2.</w:t>
      </w:r>
    </w:p>
    <w:p>
      <w:pPr>
        <w:spacing w:before="0" w:after="80" w:line="300" w:lineRule="auto"/>
        <w:jc w:val="left"/>
      </w:pPr>
      <w:r>
        <w:rPr>
          <w:rFonts w:ascii="Times New Roman" w:hAnsi="Times New Roman" w:eastAsia="宋体"/>
          <w:b w:val="0"/>
          <w:i w:val="0"/>
          <w:color w:val="333333"/>
          <w:sz w:val="19"/>
        </w:rPr>
        <w:t>The middle side of Tₙ is 2012/(2ⁿ⁻¹). This first drops to 2 or below at n=11, so the last valid triangle is T₁₀, whose middle side is 2012/2⁹ and whose perimeter is</w:t>
      </w:r>
    </w:p>
    <w:p>
      <w:pPr>
        <w:spacing w:before="0" w:after="80" w:line="300" w:lineRule="auto"/>
        <w:jc w:val="left"/>
      </w:pPr>
      <w:r>
        <w:rPr>
          <w:rFonts w:ascii="Times New Roman" w:hAnsi="Times New Roman" w:eastAsia="宋体"/>
          <w:b w:val="0"/>
          <w:i w:val="0"/>
          <w:color w:val="333333"/>
          <w:sz w:val="19"/>
        </w:rPr>
        <w:t>3·2012/2⁹=6036/512=1509/128.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C</w:t>
      </w:r>
    </w:p>
    <w:p>
      <w:pPr>
        <w:spacing w:before="0" w:after="80" w:line="300" w:lineRule="auto"/>
        <w:jc w:val="left"/>
      </w:pPr>
      <w:r>
        <w:rPr>
          <w:rFonts w:ascii="Times New Roman" w:hAnsi="Times New Roman" w:eastAsia="宋体"/>
          <w:b w:val="0"/>
          <w:i w:val="0"/>
          <w:sz w:val="21"/>
        </w:rPr>
        <w:t>格点 X=(x,y) 位于某条路径上，当且仅当</w:t>
      </w:r>
    </w:p>
    <w:p>
      <w:pPr>
        <w:spacing w:before="0" w:after="80" w:line="300" w:lineRule="auto"/>
        <w:jc w:val="left"/>
      </w:pPr>
      <w:r>
        <w:rPr>
          <w:rFonts w:ascii="Times New Roman" w:hAnsi="Times New Roman" w:eastAsia="宋体"/>
          <w:b w:val="0"/>
          <w:i w:val="0"/>
          <w:sz w:val="21"/>
        </w:rPr>
        <w:t>d=|x-3|+|x+3|</w:t>
      </w:r>
    </w:p>
    <w:p>
      <w:pPr>
        <w:spacing w:before="0" w:after="80" w:line="300" w:lineRule="auto"/>
        <w:jc w:val="left"/>
      </w:pPr>
      <w:r>
        <w:rPr>
          <w:rFonts w:ascii="Times New Roman" w:hAnsi="Times New Roman" w:eastAsia="宋体"/>
          <w:b w:val="0"/>
          <w:i w:val="0"/>
          <w:sz w:val="21"/>
        </w:rPr>
        <w:t>+|y-2|+|y+2|≤20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该式在 x→-x 或 y→-y 时不变，所以先数 x≥0、y≥0 的点，再乘以 4，并校正坐标轴上的重复计数。</w:t>
      </w:r>
    </w:p>
    <w:p>
      <w:pPr>
        <w:spacing w:before="0" w:after="80" w:line="300" w:lineRule="auto"/>
        <w:jc w:val="left"/>
      </w:pPr>
      <w:r>
        <w:rPr>
          <w:rFonts w:ascii="Times New Roman" w:hAnsi="Times New Roman" w:eastAsia="宋体"/>
          <w:b w:val="0"/>
          <w:i w:val="0"/>
          <w:sz w:val="21"/>
        </w:rPr>
        <w:t>若 0≤ x≤3 且 0≤ y≤2，则这 4·3=12 个点全都满足条件。若 0≤ x≤3 且 y≥3，则 y≤7，共给出 4·5=20 个点。若 x≥4 且 0≤ y≤2，则 x≤8，共给出 5·3=15 个点。最后，当 x≥4 且 y≥3 时，条件化为 x+y≤10，共给出 4+3+2+1=10 个点。于是第一象限中共有 57 个点，其中 15 个位于非负坐标轴上。由对称性，总数为</w:t>
      </w:r>
    </w:p>
    <w:p>
      <w:pPr>
        <w:spacing w:before="0" w:after="80" w:line="300" w:lineRule="auto"/>
        <w:jc w:val="left"/>
      </w:pPr>
      <w:r>
        <w:rPr>
          <w:rFonts w:ascii="Times New Roman" w:hAnsi="Times New Roman" w:eastAsia="宋体"/>
          <w:b w:val="0"/>
          <w:i w:val="0"/>
          <w:sz w:val="21"/>
        </w:rPr>
        <w:t>4·57-2·15-3=195。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lattice point X=(x,y) lies on some path exactly when</w:t>
      </w:r>
    </w:p>
    <w:p>
      <w:pPr>
        <w:spacing w:before="0" w:after="80" w:line="300" w:lineRule="auto"/>
        <w:jc w:val="left"/>
      </w:pPr>
      <w:r>
        <w:rPr>
          <w:rFonts w:ascii="Times New Roman" w:hAnsi="Times New Roman" w:eastAsia="宋体"/>
          <w:b w:val="0"/>
          <w:i w:val="0"/>
          <w:color w:val="333333"/>
          <w:sz w:val="19"/>
        </w:rPr>
        <w:t>d=|x-3|+|x+3|</w:t>
      </w:r>
    </w:p>
    <w:p>
      <w:pPr>
        <w:spacing w:before="0" w:after="80" w:line="300" w:lineRule="auto"/>
        <w:jc w:val="left"/>
      </w:pPr>
      <w:r>
        <w:rPr>
          <w:rFonts w:ascii="Times New Roman" w:hAnsi="Times New Roman" w:eastAsia="宋体"/>
          <w:b w:val="0"/>
          <w:i w:val="0"/>
          <w:color w:val="333333"/>
          <w:sz w:val="19"/>
        </w:rPr>
        <w:t>+|y-2|+|y+2|≤20.</w:t>
      </w:r>
    </w:p>
    <w:p>
      <w:pPr>
        <w:spacing w:before="0" w:after="80" w:line="300" w:lineRule="auto"/>
        <w:jc w:val="left"/>
      </w:pPr>
      <w:r>
        <w:rPr>
          <w:rFonts w:ascii="Times New Roman" w:hAnsi="Times New Roman" w:eastAsia="宋体"/>
          <w:b w:val="0"/>
          <w:i w:val="0"/>
          <w:color w:val="333333"/>
          <w:sz w:val="19"/>
        </w:rPr>
        <w:t>This expression is unchanged when x→-x or y→-y, so we count points with x≥0, y≥0, multiply by 4, and correct for the axes.</w:t>
      </w:r>
    </w:p>
    <w:p>
      <w:pPr>
        <w:spacing w:before="0" w:after="80" w:line="300" w:lineRule="auto"/>
        <w:jc w:val="left"/>
      </w:pPr>
      <w:r>
        <w:rPr>
          <w:rFonts w:ascii="Times New Roman" w:hAnsi="Times New Roman" w:eastAsia="宋体"/>
          <w:b w:val="0"/>
          <w:i w:val="0"/>
          <w:color w:val="333333"/>
          <w:sz w:val="19"/>
        </w:rPr>
        <w:t>If 0≤ x≤3 and 0≤ y≤2, all 4·3=12 points work. If 0≤ x≤3 and y≥3, then y≤7, giving 4·5=20 points. If x≥4 and 0≤ y≤2, then x≤8, giving 5·3=15 points. Finally, for x≥4 and y≥3, the condition is x+y≤10, giving 4+3+2+1=10 points. Thus there are 57 in the first quadrant, including 15 on the nonnegative axes. By symmetry the total is</w:t>
      </w:r>
    </w:p>
    <w:p>
      <w:pPr>
        <w:spacing w:before="0" w:after="80" w:line="300" w:lineRule="auto"/>
        <w:jc w:val="left"/>
      </w:pPr>
      <w:r>
        <w:rPr>
          <w:rFonts w:ascii="Times New Roman" w:hAnsi="Times New Roman" w:eastAsia="宋体"/>
          <w:b w:val="0"/>
          <w:i w:val="0"/>
          <w:color w:val="333333"/>
          <w:sz w:val="19"/>
        </w:rPr>
        <w:t>4·57-2·15-3=195.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B</w:t>
      </w:r>
    </w:p>
    <w:p>
      <w:pPr>
        <w:spacing w:before="0" w:after="80" w:line="300" w:lineRule="auto"/>
        <w:jc w:val="left"/>
      </w:pPr>
      <w:r>
        <w:rPr>
          <w:rFonts w:ascii="Times New Roman" w:hAnsi="Times New Roman" w:eastAsia="宋体"/>
          <w:b w:val="0"/>
          <w:i w:val="0"/>
          <w:sz w:val="21"/>
        </w:rPr>
        <w:t>按 z⁴ 分解：</w:t>
      </w:r>
    </w:p>
    <w:p>
      <w:pPr>
        <w:spacing w:before="0" w:after="80" w:line="300" w:lineRule="auto"/>
        <w:jc w:val="left"/>
      </w:pPr>
      <w:r>
        <w:rPr>
          <w:rFonts w:ascii="Times New Roman" w:hAnsi="Times New Roman" w:eastAsia="宋体"/>
          <w:b w:val="0"/>
          <w:i w:val="0"/>
          <w:sz w:val="21"/>
        </w:rPr>
        <w:t>P(z) =(z⁴-1)</w:t>
      </w:r>
    </w:p>
    <w:p>
      <w:pPr>
        <w:spacing w:before="0" w:after="80" w:line="300" w:lineRule="auto"/>
        <w:jc w:val="left"/>
      </w:pPr>
      <w:r>
        <w:rPr>
          <w:rFonts w:ascii="Times New Roman" w:hAnsi="Times New Roman" w:eastAsia="宋体"/>
          <w:b w:val="0"/>
          <w:i w:val="0"/>
          <w:sz w:val="21"/>
        </w:rPr>
        <w:t>·(z⁴+(4√(3)+7))。</w:t>
      </w:r>
    </w:p>
    <w:p>
      <w:pPr>
        <w:spacing w:before="0" w:after="80" w:line="300" w:lineRule="auto"/>
        <w:jc w:val="left"/>
      </w:pPr>
      <w:r>
        <w:rPr>
          <w:rFonts w:ascii="Times New Roman" w:hAnsi="Times New Roman" w:eastAsia="宋体"/>
          <w:b w:val="0"/>
          <w:i w:val="0"/>
          <w:sz w:val="21"/>
        </w:rPr>
        <w:t>第一因子给出根 1,-1,i,-i。又因为 4√(3)+7=(√(3)+2)²，且 2(√(3)+2)=(√(3)+1)²，令 w=1/2(√(3)+1)，另四个根为 w(±1± i)。</w:t>
      </w:r>
    </w:p>
    <w:p>
      <w:pPr>
        <w:spacing w:before="0" w:after="80" w:line="300" w:lineRule="auto"/>
        <w:jc w:val="left"/>
      </w:pPr>
      <w:r>
        <w:rPr>
          <w:rFonts w:ascii="Times New Roman" w:hAnsi="Times New Roman" w:eastAsia="宋体"/>
          <w:b w:val="0"/>
          <w:i w:val="0"/>
          <w:sz w:val="21"/>
        </w:rPr>
        <w:t>这八个根关于原点对称，并具有 4 重旋转对称性；任意两个根之间的线段长度至少为 √(2)。因此任何这样的八边形周长至少为 8√(2)，而依次取顶点 1、w(1+i)、i、w(-1+i)、-1、w(-1-i)、-i、w(1-i) 时可达到该下界。</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Factoring in z⁴,</w:t>
      </w:r>
    </w:p>
    <w:p>
      <w:pPr>
        <w:spacing w:before="0" w:after="80" w:line="300" w:lineRule="auto"/>
        <w:jc w:val="left"/>
      </w:pPr>
      <w:r>
        <w:rPr>
          <w:rFonts w:ascii="Times New Roman" w:hAnsi="Times New Roman" w:eastAsia="宋体"/>
          <w:b w:val="0"/>
          <w:i w:val="0"/>
          <w:color w:val="333333"/>
          <w:sz w:val="19"/>
        </w:rPr>
        <w:t>P(z) =(z⁴-1)</w:t>
      </w:r>
    </w:p>
    <w:p>
      <w:pPr>
        <w:spacing w:before="0" w:after="80" w:line="300" w:lineRule="auto"/>
        <w:jc w:val="left"/>
      </w:pPr>
      <w:r>
        <w:rPr>
          <w:rFonts w:ascii="Times New Roman" w:hAnsi="Times New Roman" w:eastAsia="宋体"/>
          <w:b w:val="0"/>
          <w:i w:val="0"/>
          <w:color w:val="333333"/>
          <w:sz w:val="19"/>
        </w:rPr>
        <w:t>·(z⁴+(4√(3)+7)).</w:t>
      </w:r>
    </w:p>
    <w:p>
      <w:pPr>
        <w:spacing w:before="0" w:after="80" w:line="300" w:lineRule="auto"/>
        <w:jc w:val="left"/>
      </w:pPr>
      <w:r>
        <w:rPr>
          <w:rFonts w:ascii="Times New Roman" w:hAnsi="Times New Roman" w:eastAsia="宋体"/>
          <w:b w:val="0"/>
          <w:i w:val="0"/>
          <w:color w:val="333333"/>
          <w:sz w:val="19"/>
        </w:rPr>
        <w:t>The first factor gives the roots 1,-1,i,-i. Since 4√(3)+7=(√(3)+2)² and 2(√(3)+2)=(√(3)+1)², writing w=1/2(√(3)+1) the other four roots are w(±1± i).</w:t>
      </w:r>
    </w:p>
    <w:p>
      <w:pPr>
        <w:spacing w:before="0" w:after="80" w:line="300" w:lineRule="auto"/>
        <w:jc w:val="left"/>
      </w:pPr>
      <w:r>
        <w:rPr>
          <w:rFonts w:ascii="Times New Roman" w:hAnsi="Times New Roman" w:eastAsia="宋体"/>
          <w:b w:val="0"/>
          <w:i w:val="0"/>
          <w:color w:val="333333"/>
          <w:sz w:val="19"/>
        </w:rPr>
        <w:t>The eight roots are symmetric about the origin with 4-fold symmetry, and every segment joining two of them has length at least √(2). Thus any such polygon has perimeter at least 8√(2), and the polygon with vertices 1, w(1+i), i, w(-1+i), -1, w(-1-i), -i, w(1-i) achieves it.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D</w:t>
      </w:r>
    </w:p>
    <w:p>
      <w:pPr>
        <w:spacing w:before="0" w:after="80" w:line="300" w:lineRule="auto"/>
        <w:jc w:val="left"/>
      </w:pPr>
      <w:r>
        <w:rPr>
          <w:rFonts w:ascii="Times New Roman" w:hAnsi="Times New Roman" w:eastAsia="宋体"/>
          <w:b w:val="0"/>
          <w:i w:val="0"/>
          <w:sz w:val="21"/>
        </w:rPr>
        <w:t>因为 [n+mk/k]=[n/k]+m，所以 n 是否满足恒等式只取决于 nbmod k。由于 99! 能被 k 整除对 1≤ k≤99 成立，每个剩余类等可能。</w:t>
      </w:r>
    </w:p>
    <w:p>
      <w:pPr>
        <w:spacing w:before="0" w:after="80" w:line="300" w:lineRule="auto"/>
        <w:jc w:val="left"/>
      </w:pPr>
      <w:r>
        <w:rPr>
          <w:rFonts w:ascii="Times New Roman" w:hAnsi="Times New Roman" w:eastAsia="宋体"/>
          <w:b w:val="0"/>
          <w:i w:val="0"/>
          <w:sz w:val="21"/>
        </w:rPr>
        <w:t>写 100=qk+r 和 n=q₁k+r₁，其中两个余数都取自 [-((k-1))/2,k-1/2]。若 r≥0，则不发生进位当且仅当 r-k-1/2≤ r₁≤k-1/2；这给出 k-r 个剩余类。r&lt;0 的情形同样给出 k+r 个剩余类。因此两种情形下都有</w:t>
      </w:r>
    </w:p>
    <w:p>
      <w:pPr>
        <w:spacing w:before="0" w:after="80" w:line="300" w:lineRule="auto"/>
        <w:jc w:val="left"/>
      </w:pPr>
      <w:r>
        <w:rPr>
          <w:rFonts w:ascii="Times New Roman" w:hAnsi="Times New Roman" w:eastAsia="宋体"/>
          <w:b w:val="0"/>
          <w:i w:val="0"/>
          <w:sz w:val="21"/>
        </w:rPr>
        <w:t>P(k)=1-(|r|)/k。</w:t>
      </w:r>
    </w:p>
    <w:p>
      <w:pPr>
        <w:spacing w:before="0" w:after="80" w:line="300" w:lineRule="auto"/>
        <w:jc w:val="left"/>
      </w:pPr>
      <w:r>
        <w:rPr>
          <w:rFonts w:ascii="Times New Roman" w:hAnsi="Times New Roman" w:eastAsia="宋体"/>
          <w:b w:val="0"/>
          <w:i w:val="0"/>
          <w:sz w:val="21"/>
        </w:rPr>
        <w:t>要最小化 P(k)，就要最大化 |r|/k。若 r=k-1/2，则 201=k(2q+1)，而满足 k≤99 的最大取值是 201 的因数 67。若 r=-((k-1))/2，则 199=k(2q-1)；因为 199 是质数，只有 k=1 可能。在其余所有情形中都有 |r|≤k-3/2，所以</w:t>
      </w:r>
    </w:p>
    <w:p>
      <w:pPr>
        <w:spacing w:before="0" w:after="80" w:line="300" w:lineRule="auto"/>
        <w:jc w:val="left"/>
      </w:pPr>
      <w:r>
        <w:rPr>
          <w:rFonts w:ascii="Times New Roman" w:hAnsi="Times New Roman" w:eastAsia="宋体"/>
          <w:b w:val="0"/>
          <w:i w:val="0"/>
          <w:sz w:val="21"/>
        </w:rPr>
        <w:t>P(k)≥1/2+3/2k</w:t>
      </w:r>
    </w:p>
    <w:p>
      <w:pPr>
        <w:spacing w:before="0" w:after="80" w:line="300" w:lineRule="auto"/>
        <w:jc w:val="left"/>
      </w:pPr>
      <w:r>
        <w:rPr>
          <w:rFonts w:ascii="Times New Roman" w:hAnsi="Times New Roman" w:eastAsia="宋体"/>
          <w:b w:val="0"/>
          <w:i w:val="0"/>
          <w:sz w:val="21"/>
        </w:rPr>
        <w:t>≥1/2+3/198</w:t>
      </w:r>
    </w:p>
    <w:p>
      <w:pPr>
        <w:spacing w:before="0" w:after="80" w:line="300" w:lineRule="auto"/>
        <w:jc w:val="left"/>
      </w:pPr>
      <w:r>
        <w:rPr>
          <w:rFonts w:ascii="Times New Roman" w:hAnsi="Times New Roman" w:eastAsia="宋体"/>
          <w:b w:val="0"/>
          <w:i w:val="0"/>
          <w:sz w:val="21"/>
        </w:rPr>
        <w:t>&gt;34/67</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而当 k=67 时，</w:t>
      </w:r>
    </w:p>
    <w:p>
      <w:pPr>
        <w:spacing w:before="0" w:after="80" w:line="300" w:lineRule="auto"/>
        <w:jc w:val="left"/>
      </w:pPr>
      <w:r>
        <w:rPr>
          <w:rFonts w:ascii="Times New Roman" w:hAnsi="Times New Roman" w:eastAsia="宋体"/>
          <w:b w:val="0"/>
          <w:i w:val="0"/>
          <w:sz w:val="21"/>
        </w:rPr>
        <w:t>P(67)=1/2+1/(2·67)=34/67。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[n+mk/k]=[n/k]+m, whether n satisfies the identity depends only on nbmod k. Since 99! is divisible by k for 1≤ k≤99, every residue class is equally likely.</w:t>
      </w:r>
    </w:p>
    <w:p>
      <w:pPr>
        <w:spacing w:before="0" w:after="80" w:line="300" w:lineRule="auto"/>
        <w:jc w:val="left"/>
      </w:pPr>
      <w:r>
        <w:rPr>
          <w:rFonts w:ascii="Times New Roman" w:hAnsi="Times New Roman" w:eastAsia="宋体"/>
          <w:b w:val="0"/>
          <w:i w:val="0"/>
          <w:color w:val="333333"/>
          <w:sz w:val="19"/>
        </w:rPr>
        <w:t>Write 100=qk+r and n=q₁k+r₁, choosing both remainders in [-((k-1))/2,k-1/2]. If r≥0, no carry occurs precisely when r-k-1/2≤ r₁≤k-1/2; this gives k-r residue classes. The case r&lt;0 similarly gives k+r classes. Hence in both cases</w:t>
      </w:r>
    </w:p>
    <w:p>
      <w:pPr>
        <w:spacing w:before="0" w:after="80" w:line="300" w:lineRule="auto"/>
        <w:jc w:val="left"/>
      </w:pPr>
      <w:r>
        <w:rPr>
          <w:rFonts w:ascii="Times New Roman" w:hAnsi="Times New Roman" w:eastAsia="宋体"/>
          <w:b w:val="0"/>
          <w:i w:val="0"/>
          <w:color w:val="333333"/>
          <w:sz w:val="19"/>
        </w:rPr>
        <w:t>P(k)=1-(|r|)/k.</w:t>
      </w:r>
    </w:p>
    <w:p>
      <w:pPr>
        <w:spacing w:before="0" w:after="80" w:line="300" w:lineRule="auto"/>
        <w:jc w:val="left"/>
      </w:pPr>
      <w:r>
        <w:rPr>
          <w:rFonts w:ascii="Times New Roman" w:hAnsi="Times New Roman" w:eastAsia="宋体"/>
          <w:b w:val="0"/>
          <w:i w:val="0"/>
          <w:color w:val="333333"/>
          <w:sz w:val="19"/>
        </w:rPr>
        <w:t>To minimize P(k) we maximize |r|/k. If r=k-1/2, then 201=k(2q+1), and the largest possible k≤99 is the divisor 67 of 201. If r=-((k-1))/2, then 199=k(2q-1); because 199 is prime, only k=1 is possible. In every remaining case |r|≤k-3/2, so</w:t>
      </w:r>
    </w:p>
    <w:p>
      <w:pPr>
        <w:spacing w:before="0" w:after="80" w:line="300" w:lineRule="auto"/>
        <w:jc w:val="left"/>
      </w:pPr>
      <w:r>
        <w:rPr>
          <w:rFonts w:ascii="Times New Roman" w:hAnsi="Times New Roman" w:eastAsia="宋体"/>
          <w:b w:val="0"/>
          <w:i w:val="0"/>
          <w:color w:val="333333"/>
          <w:sz w:val="19"/>
        </w:rPr>
        <w:t>P(k)≥1/2+3/2k</w:t>
      </w:r>
    </w:p>
    <w:p>
      <w:pPr>
        <w:spacing w:before="0" w:after="80" w:line="300" w:lineRule="auto"/>
        <w:jc w:val="left"/>
      </w:pPr>
      <w:r>
        <w:rPr>
          <w:rFonts w:ascii="Times New Roman" w:hAnsi="Times New Roman" w:eastAsia="宋体"/>
          <w:b w:val="0"/>
          <w:i w:val="0"/>
          <w:color w:val="333333"/>
          <w:sz w:val="19"/>
        </w:rPr>
        <w:t>≥1/2+3/198</w:t>
      </w:r>
    </w:p>
    <w:p>
      <w:pPr>
        <w:spacing w:before="0" w:after="80" w:line="300" w:lineRule="auto"/>
        <w:jc w:val="left"/>
      </w:pPr>
      <w:r>
        <w:rPr>
          <w:rFonts w:ascii="Times New Roman" w:hAnsi="Times New Roman" w:eastAsia="宋体"/>
          <w:b w:val="0"/>
          <w:i w:val="0"/>
          <w:color w:val="333333"/>
          <w:sz w:val="19"/>
        </w:rPr>
        <w:t>&gt;34/67.</w:t>
      </w:r>
    </w:p>
    <w:p>
      <w:pPr>
        <w:spacing w:before="0" w:after="80" w:line="300" w:lineRule="auto"/>
        <w:jc w:val="left"/>
      </w:pPr>
      <w:r>
        <w:rPr>
          <w:rFonts w:ascii="Times New Roman" w:hAnsi="Times New Roman" w:eastAsia="宋体"/>
          <w:b w:val="0"/>
          <w:i w:val="0"/>
          <w:color w:val="333333"/>
          <w:sz w:val="19"/>
        </w:rPr>
        <w:t>For k=67,</w:t>
      </w:r>
    </w:p>
    <w:p>
      <w:pPr>
        <w:spacing w:before="0" w:after="80" w:line="300" w:lineRule="auto"/>
        <w:jc w:val="left"/>
      </w:pPr>
      <w:r>
        <w:rPr>
          <w:rFonts w:ascii="Times New Roman" w:hAnsi="Times New Roman" w:eastAsia="宋体"/>
          <w:b w:val="0"/>
          <w:i w:val="0"/>
          <w:color w:val="333333"/>
          <w:sz w:val="19"/>
        </w:rPr>
        <w:t>P(67)=1/2+1/(2·67)=34/67.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