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2011A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一个手机套餐每月费用为 $20 外加每条短信 5¢，以及超过 30 小时后每分钟 10¢。Michelle 一月份发送了 100 条短信，并通话 30.5 小时。她需要支付多少钱？</w:t>
      </w:r>
    </w:p>
    <w:p>
      <w:pPr>
        <w:spacing w:before="0" w:after="120" w:line="300" w:lineRule="auto"/>
      </w:pPr>
      <w:r>
        <w:rPr>
          <w:rFonts w:ascii="Times New Roman" w:hAnsi="Times New Roman" w:eastAsia="宋体"/>
          <w:b w:val="0"/>
          <w:i w:val="0"/>
          <w:sz w:val="21"/>
        </w:rPr>
        <w:t>（A）$24.00　　（B）$24.50　　（C）$25.50　　（D）$28.00　　（E）$30.00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cell phone plan costs $20 each month, plus 5¢ per text message sent, plus 10¢ for each minute used over 30 hours. In January Michelle sent 100 text messages and talked for 30.5 hours. How much did she have to pay?</w:t>
      </w:r>
    </w:p>
    <w:p>
      <w:pPr>
        <w:spacing w:before="0" w:after="160" w:line="300" w:lineRule="auto"/>
      </w:pPr>
      <w:r>
        <w:rPr>
          <w:rFonts w:ascii="Times New Roman" w:hAnsi="Times New Roman" w:eastAsia="宋体"/>
          <w:b w:val="0"/>
          <w:i w:val="0"/>
          <w:color w:val="333333"/>
          <w:sz w:val="19"/>
        </w:rPr>
        <w:t>(A) $24.00　　(B) $24.50　　(C) $25.50　　(D) $28.00　　(E) $30.00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有 5 枚硬币按图示平放在桌上。按从上到下的顺序，这些硬币应怎样排列？</w:t>
      </w:r>
    </w:p>
    <w:p>
      <w:pPr>
        <w:spacing w:before="80" w:after="80"/>
        <w:jc w:val="center"/>
      </w:pPr>
      <w:r>
        <w:drawing>
          <wp:inline xmlns:a="http://schemas.openxmlformats.org/drawingml/2006/main" xmlns:pic="http://schemas.openxmlformats.org/drawingml/2006/picture">
            <wp:extent cx="1953099" cy="2021499"/>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953099" cy="2021499"/>
                    </a:xfrm>
                    <a:prstGeom prst="rect"/>
                  </pic:spPr>
                </pic:pic>
              </a:graphicData>
            </a:graphic>
          </wp:inline>
        </w:drawing>
      </w:r>
    </w:p>
    <w:p>
      <w:pPr>
        <w:spacing w:before="0" w:after="120" w:line="300" w:lineRule="auto"/>
      </w:pPr>
      <w:r>
        <w:rPr>
          <w:rFonts w:ascii="Times New Roman" w:hAnsi="Times New Roman" w:eastAsia="宋体"/>
          <w:b w:val="0"/>
          <w:i w:val="0"/>
          <w:sz w:val="21"/>
        </w:rPr>
        <w:t>（A）(C, A, E, D, B)　　（B）(C, A, D, E, B)　　（C）(C, D, E, A, B)　　（D）(C, E, A, D, B)　　（E）(C, E, D, A, 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5 coins placed flat on a table according to the figure. What is the order of the coins from top to bottom?</w:t>
      </w:r>
    </w:p>
    <w:p>
      <w:pPr>
        <w:spacing w:before="80" w:after="80"/>
        <w:jc w:val="center"/>
      </w:pPr>
      <w:r>
        <w:drawing>
          <wp:inline xmlns:a="http://schemas.openxmlformats.org/drawingml/2006/main" xmlns:pic="http://schemas.openxmlformats.org/drawingml/2006/picture">
            <wp:extent cx="1953099" cy="2021499"/>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953099" cy="20214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(C, A, E, D, B)　　(B) (C, A, D, E, B)　　(C) (C, D, E, A, B)　　(D) (C, E, A, D, B)　　(E) (C, E, D, A, B)</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一个小洗发水瓶可装 35 毫升洗发水，而一个大瓶可装 500 毫升洗发水。Jasmine 想购买最少数量的小瓶，足以完全装满一个大瓶。她必须买多少瓶？</w:t>
      </w:r>
    </w:p>
    <w:p>
      <w:pPr>
        <w:spacing w:before="0" w:after="120" w:line="300" w:lineRule="auto"/>
      </w:pPr>
      <w:r>
        <w:rPr>
          <w:rFonts w:ascii="Times New Roman" w:hAnsi="Times New Roman" w:eastAsia="宋体"/>
          <w:b w:val="0"/>
          <w:i w:val="0"/>
          <w:sz w:val="21"/>
        </w:rPr>
        <w:t>（A）11　　（B）12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small bottle of shampoo can hold 35 milliliters of shampoo, whereas a large bottle can hold 500 milliliters of shampoo. Jasmine wants to buy the minimum number of small bottles necessary to completely fill a large bottle. How many bottles must she buy?</w:t>
      </w:r>
    </w:p>
    <w:p>
      <w:pPr>
        <w:spacing w:before="0" w:after="160" w:line="300" w:lineRule="auto"/>
      </w:pPr>
      <w:r>
        <w:rPr>
          <w:rFonts w:ascii="Times New Roman" w:hAnsi="Times New Roman" w:eastAsia="宋体"/>
          <w:b w:val="0"/>
          <w:i w:val="0"/>
          <w:color w:val="333333"/>
          <w:sz w:val="19"/>
        </w:rPr>
        <w:t>(A) 11　　(B) 12　　(C) 13　　(D) 14　　(E) 15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在一所小学，三年级、四年级、五年级学生每天平均分别跑 12，15，和 10 分钟。三年级学生人数是四年级的两倍，四年级学生人数是五年级的两倍。这些学生每天平均跑多少分钟？</w:t>
      </w:r>
    </w:p>
    <w:p>
      <w:pPr>
        <w:spacing w:before="0" w:after="120" w:line="300" w:lineRule="auto"/>
      </w:pPr>
      <w:r>
        <w:rPr>
          <w:rFonts w:ascii="Times New Roman" w:hAnsi="Times New Roman" w:eastAsia="宋体"/>
          <w:b w:val="0"/>
          <w:i w:val="0"/>
          <w:sz w:val="21"/>
        </w:rPr>
        <w:t>（A）12　　（B）37/3　　（C）88/7　　（D）13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an elementary school, the students in third grade, fourth grade, and fifth grade run an average of 12, 15, and 10 minutes per day, respectively. There are twice as many third graders as fourth graders, and twice as many fourth graders as fifth graders. What is the average number of minutes run per day by these students?</w:t>
      </w:r>
    </w:p>
    <w:p>
      <w:pPr>
        <w:spacing w:before="0" w:after="160" w:line="300" w:lineRule="auto"/>
      </w:pPr>
      <w:r>
        <w:rPr>
          <w:rFonts w:ascii="Times New Roman" w:hAnsi="Times New Roman" w:eastAsia="宋体"/>
          <w:b w:val="0"/>
          <w:i w:val="0"/>
          <w:color w:val="333333"/>
          <w:sz w:val="19"/>
        </w:rPr>
        <w:t>(A) 12　　(B) 37/3　　(C) 88/7　　(D) 13　　(E) 14</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去年夏天，Town Lake 上生活的鸟中 30% 是鹅，25% 是天鹅，10% 是鹭，35% 是鸭。在不是天鹅的鸟中，鹅占百分之几？</w:t>
      </w:r>
    </w:p>
    <w:p>
      <w:pPr>
        <w:spacing w:before="0" w:after="120" w:line="300" w:lineRule="auto"/>
      </w:pPr>
      <w:r>
        <w:rPr>
          <w:rFonts w:ascii="Times New Roman" w:hAnsi="Times New Roman" w:eastAsia="宋体"/>
          <w:b w:val="0"/>
          <w:i w:val="0"/>
          <w:sz w:val="21"/>
        </w:rPr>
        <w:t>（A）20　　（B）30　　（C）40　　（D）50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Last summer 30% of the birds living on Town Lake were geese, 25% were swans, 10% were herons, and 35% were ducks. What percent of the birds that were not swans were geese?</w:t>
      </w:r>
    </w:p>
    <w:p>
      <w:pPr>
        <w:spacing w:before="0" w:after="160" w:line="300" w:lineRule="auto"/>
      </w:pPr>
      <w:r>
        <w:rPr>
          <w:rFonts w:ascii="Times New Roman" w:hAnsi="Times New Roman" w:eastAsia="宋体"/>
          <w:b w:val="0"/>
          <w:i w:val="0"/>
          <w:color w:val="333333"/>
          <w:sz w:val="19"/>
        </w:rPr>
        <w:t>(A) 20　　(B) 30　　(C) 40　　(D) 50　　(E) 60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一个篮球队的队员投进了一些三分球、一些两分球和一些一分罚球。他们由两分球得到的分数与由三分球得到的分数一样多。他们罚中的次数比投中的两分球次数多一。球队总得分为 61 分。他们罚中了多少球？</w:t>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players on a basketball team made some three-point shots, some two-point shots, and some one-point free throws. They scored as many points with two-point shots as with three-point shots. Their number of successful free throws was one more than their number of successful two-point shots. The team’s total score was 61 points. How many free throws did they make?</w:t>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Ms. Demeanor 班上 30 名学生中的多数人在学校书店买了铅笔。这些学生每人买了相同数量的铅笔，且这个数量大于 1。每支铅笔的价格（单位：美分）大于每名学生买的铅笔数量，所有铅笔总费用为 $17.71。每支铅笔的价格是多少美分？</w:t>
      </w:r>
    </w:p>
    <w:p>
      <w:pPr>
        <w:spacing w:before="0" w:after="120" w:line="300" w:lineRule="auto"/>
      </w:pPr>
      <w:r>
        <w:rPr>
          <w:rFonts w:ascii="Times New Roman" w:hAnsi="Times New Roman" w:eastAsia="宋体"/>
          <w:b w:val="0"/>
          <w:i w:val="0"/>
          <w:sz w:val="21"/>
        </w:rPr>
        <w:t>（A）7　　（B）11　　（C）17　　（D）23　　（E）77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majority of the 30 students in Ms. Demeanor’s class bought pencils at the school bookstore. Each of these students bought the same number of pencils, and this number was greater than 1. The cost of a pencil in cents was greater than the number of pencils each student bought, and the total cost of all the pencils was $17.71. What was the cost of a pencil in cents?</w:t>
      </w:r>
    </w:p>
    <w:p>
      <w:pPr>
        <w:spacing w:before="0" w:after="160" w:line="300" w:lineRule="auto"/>
      </w:pPr>
      <w:r>
        <w:rPr>
          <w:rFonts w:ascii="Times New Roman" w:hAnsi="Times New Roman" w:eastAsia="宋体"/>
          <w:b w:val="0"/>
          <w:i w:val="0"/>
          <w:color w:val="333333"/>
          <w:sz w:val="19"/>
        </w:rPr>
        <w:t>(A) 7　　(B) 11　　(C) 17　　(D) 23　　(E) 77</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在八项数列 A，B，C，D，E，F，G，H 中，C 的值为 5，且任意三个连续项的和为 30。求 A + H？</w:t>
      </w:r>
    </w:p>
    <w:p>
      <w:pPr>
        <w:spacing w:before="0" w:after="120" w:line="300" w:lineRule="auto"/>
      </w:pPr>
      <w:r>
        <w:rPr>
          <w:rFonts w:ascii="Times New Roman" w:hAnsi="Times New Roman" w:eastAsia="宋体"/>
          <w:b w:val="0"/>
          <w:i w:val="0"/>
          <w:sz w:val="21"/>
        </w:rPr>
        <w:t>（A）17　　（B）18　　（C）25　　（D）26　　（E）43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eight-term sequence A, B, C, D, E, F, G, H, the value of C is 5 and the sum of any three consecutive terms is 30. What is A + H?</w:t>
      </w:r>
    </w:p>
    <w:p>
      <w:pPr>
        <w:spacing w:before="0" w:after="160" w:line="300" w:lineRule="auto"/>
      </w:pPr>
      <w:r>
        <w:rPr>
          <w:rFonts w:ascii="Times New Roman" w:hAnsi="Times New Roman" w:eastAsia="宋体"/>
          <w:b w:val="0"/>
          <w:i w:val="0"/>
          <w:color w:val="333333"/>
          <w:sz w:val="19"/>
        </w:rPr>
        <w:t>(A) 17　　(B) 18　　(C) 25　　(D) 26　　(E) 43</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在一个双胞胎和三胞胎大会上，有 9 组双胞胎和 6 组三胞胎，且都来自不同家庭。每个双胞胎成员都与除自己兄弟姐妹外的所有双胞胎成员握手，并与一半的三胞胎成员握手。每个三胞胎成员都与除自己兄弟姐妹外的所有三胞胎成员握手，并与一半的双胞胎成员握手。一共发生了多少次握手？</w:t>
      </w:r>
    </w:p>
    <w:p>
      <w:pPr>
        <w:spacing w:before="0" w:after="120" w:line="300" w:lineRule="auto"/>
      </w:pPr>
      <w:r>
        <w:rPr>
          <w:rFonts w:ascii="Times New Roman" w:hAnsi="Times New Roman" w:eastAsia="宋体"/>
          <w:b w:val="0"/>
          <w:i w:val="0"/>
          <w:sz w:val="21"/>
        </w:rPr>
        <w:t>（A）324　　（B）441　　（C）630　　（D）648　　（E）882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 twins and triplets convention, there were 9 sets of twins and 6 sets of triplets, all from different families. Each twin shook hands with all the twins except his/her sibling and with half the triplets. Each triplet shook hands with all the triplets except his/her siblings and with half the twins. How many handshakes took place?</w:t>
      </w:r>
    </w:p>
    <w:p>
      <w:pPr>
        <w:spacing w:before="0" w:after="160" w:line="300" w:lineRule="auto"/>
      </w:pPr>
      <w:r>
        <w:rPr>
          <w:rFonts w:ascii="Times New Roman" w:hAnsi="Times New Roman" w:eastAsia="宋体"/>
          <w:b w:val="0"/>
          <w:i w:val="0"/>
          <w:color w:val="333333"/>
          <w:sz w:val="19"/>
        </w:rPr>
        <w:t>(A) 324　　(B) 441　　(C) 630　　(D) 648　　(E) 882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一对标准 6 面公平骰子掷一次。掷出的点数和决定一个圆的直径。圆的面积的数值小于该圆周长的数值的概率是多少？</w:t>
      </w:r>
    </w:p>
    <w:p>
      <w:pPr>
        <w:spacing w:before="0" w:after="120" w:line="300" w:lineRule="auto"/>
      </w:pPr>
      <w:r>
        <w:rPr>
          <w:rFonts w:ascii="Times New Roman" w:hAnsi="Times New Roman" w:eastAsia="宋体"/>
          <w:b w:val="0"/>
          <w:i w:val="0"/>
          <w:sz w:val="21"/>
        </w:rPr>
        <w:t>（A）1/36　　（B）1/12　　（C）1/6　　（D）1/4　　（E）5/18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pair of standard 6-sided fair dice is rolled once. The sum of the numbers rolled determines the diameter of a circle. What is the probability that the numerical value of the area of the circle is less than the numerical value of the circle’s circumference?</w:t>
      </w:r>
    </w:p>
    <w:p>
      <w:pPr>
        <w:spacing w:before="0" w:after="160" w:line="300" w:lineRule="auto"/>
      </w:pPr>
      <w:r>
        <w:rPr>
          <w:rFonts w:ascii="Times New Roman" w:hAnsi="Times New Roman" w:eastAsia="宋体"/>
          <w:b w:val="0"/>
          <w:i w:val="0"/>
          <w:color w:val="333333"/>
          <w:sz w:val="19"/>
        </w:rPr>
        <w:t>(A) 1/36　　(B) 1/12　　(C) 1/6　　(D) 1/4　　(E) 5/18</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圆 A、B 和 C 的半径都为 1。圆 A 和圆 B 共有一个切点。圆 C 与 AB 的中点相切。位于圆 C 内部、但在圆 A 和圆 B 外部的面积是多少？</w:t>
      </w:r>
    </w:p>
    <w:p>
      <w:pPr>
        <w:spacing w:before="80" w:after="80"/>
        <w:jc w:val="center"/>
      </w:pPr>
      <w:r>
        <w:drawing>
          <wp:inline xmlns:a="http://schemas.openxmlformats.org/drawingml/2006/main" xmlns:pic="http://schemas.openxmlformats.org/drawingml/2006/picture">
            <wp:extent cx="2316700" cy="1740699"/>
            <wp:docPr id="3" name="Picture 3"/>
            <wp:cNvGraphicFramePr>
              <a:graphicFrameLocks noChangeAspect="1"/>
            </wp:cNvGraphicFramePr>
            <a:graphic>
              <a:graphicData uri="http://schemas.openxmlformats.org/drawingml/2006/picture">
                <pic:pic>
                  <pic:nvPicPr>
                    <pic:cNvPr id="0" name="q11-1@300dpi.png"/>
                    <pic:cNvPicPr/>
                  </pic:nvPicPr>
                  <pic:blipFill>
                    <a:blip r:embed="rId10"/>
                    <a:stretch>
                      <a:fillRect/>
                    </a:stretch>
                  </pic:blipFill>
                  <pic:spPr>
                    <a:xfrm>
                      <a:off x="0" y="0"/>
                      <a:ext cx="2316700" cy="1740699"/>
                    </a:xfrm>
                    <a:prstGeom prst="rect"/>
                  </pic:spPr>
                </pic:pic>
              </a:graphicData>
            </a:graphic>
          </wp:inline>
        </w:drawing>
      </w:r>
    </w:p>
    <w:p>
      <w:pPr>
        <w:spacing w:before="0" w:after="120" w:line="300" w:lineRule="auto"/>
      </w:pPr>
      <w:r>
        <w:rPr>
          <w:rFonts w:ascii="Times New Roman" w:hAnsi="Times New Roman" w:eastAsia="宋体"/>
          <w:b w:val="0"/>
          <w:i w:val="0"/>
          <w:sz w:val="21"/>
        </w:rPr>
        <w:t>（A）3 - π/2　　（B）π/2　　（C）2　　（D）3π/4　　（E）1 + π/2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A, B, and C each have radius 1. Circles A and B share one point of tangency. Circle C has a point of tangency with the midpoint of AB. What is the area inside circle C but outside circle A and circle B?</w:t>
      </w:r>
    </w:p>
    <w:p>
      <w:pPr>
        <w:spacing w:before="80" w:after="80"/>
        <w:jc w:val="center"/>
      </w:pPr>
      <w:r>
        <w:drawing>
          <wp:inline xmlns:a="http://schemas.openxmlformats.org/drawingml/2006/main" xmlns:pic="http://schemas.openxmlformats.org/drawingml/2006/picture">
            <wp:extent cx="2316700" cy="1740699"/>
            <wp:docPr id="4" name="Picture 4"/>
            <wp:cNvGraphicFramePr>
              <a:graphicFrameLocks noChangeAspect="1"/>
            </wp:cNvGraphicFramePr>
            <a:graphic>
              <a:graphicData uri="http://schemas.openxmlformats.org/drawingml/2006/picture">
                <pic:pic>
                  <pic:nvPicPr>
                    <pic:cNvPr id="0" name="q11-1@300dpi.png"/>
                    <pic:cNvPicPr/>
                  </pic:nvPicPr>
                  <pic:blipFill>
                    <a:blip r:embed="rId10"/>
                    <a:stretch>
                      <a:fillRect/>
                    </a:stretch>
                  </pic:blipFill>
                  <pic:spPr>
                    <a:xfrm>
                      <a:off x="0" y="0"/>
                      <a:ext cx="2316700" cy="17406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 π/2　　(B) π/2　　(C) 2　　(D) 3π/4　　(E) 1 + π/2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一艘机动船和一只木筏都从河上的码头 A 出发，向下游前进。木筏以河水水流速度漂流。机动船相对于河水保持恒定速度。机动船到达下游码头 B 后，立即掉头向上游返回。离开码头 A 9 小时后，它在河上与木筏相遇。机动船从 A 到 B 花了多少小时？</w:t>
      </w:r>
    </w:p>
    <w:p>
      <w:pPr>
        <w:spacing w:before="0" w:after="120" w:line="300" w:lineRule="auto"/>
      </w:pPr>
      <w:r>
        <w:rPr>
          <w:rFonts w:ascii="Times New Roman" w:hAnsi="Times New Roman" w:eastAsia="宋体"/>
          <w:b w:val="0"/>
          <w:i w:val="0"/>
          <w:sz w:val="21"/>
        </w:rPr>
        <w:t>（A）3　　（B）3.5　　（C）4　　（D）4.5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power boat and a raft both left dock A on a river and headed downstream. The raft drifted at the speed of the river current. The power boat maintained a constant speed with respect to the river. The power boat reached dock B downriver, then immediately turned and traveled back upriver. It eventually met the raft on the river 9 hours after leaving dock A. How many hours did it take the power boat to go from A to B?</w:t>
      </w:r>
    </w:p>
    <w:p>
      <w:pPr>
        <w:spacing w:before="0" w:after="160" w:line="300" w:lineRule="auto"/>
      </w:pPr>
      <w:r>
        <w:rPr>
          <w:rFonts w:ascii="Times New Roman" w:hAnsi="Times New Roman" w:eastAsia="宋体"/>
          <w:b w:val="0"/>
          <w:i w:val="0"/>
          <w:color w:val="333333"/>
          <w:sz w:val="19"/>
        </w:rPr>
        <w:t>(A) 3　　(B) 3.5　　(C) 4　　(D) 4.5　　(E) 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三角形 ABC 的边长为 AB = 12，BC = 24，且 AC = 18。过 △ ABC 内心且平行于 BC 的直线分别交 AB 于 M，交 AC 于 N。△ AMN 的周长是多少？</w:t>
      </w:r>
    </w:p>
    <w:p>
      <w:pPr>
        <w:spacing w:before="0" w:after="120" w:line="300" w:lineRule="auto"/>
      </w:pPr>
      <w:r>
        <w:rPr>
          <w:rFonts w:ascii="Times New Roman" w:hAnsi="Times New Roman" w:eastAsia="宋体"/>
          <w:b w:val="0"/>
          <w:i w:val="0"/>
          <w:sz w:val="21"/>
        </w:rPr>
        <w:t>（A）27　　（B）30　　（C）33　　（D）36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side-lengths AB = 12, BC = 24, and AC = 18. The line through the incenter of △ ABC parallel to BC intersects AB at M and AC at N. What is the perimeter of △ AMN?</w:t>
      </w:r>
    </w:p>
    <w:p>
      <w:pPr>
        <w:spacing w:before="0" w:after="160" w:line="300" w:lineRule="auto"/>
      </w:pPr>
      <w:r>
        <w:rPr>
          <w:rFonts w:ascii="Times New Roman" w:hAnsi="Times New Roman" w:eastAsia="宋体"/>
          <w:b w:val="0"/>
          <w:i w:val="0"/>
          <w:color w:val="333333"/>
          <w:sz w:val="19"/>
        </w:rPr>
        <w:t>(A) 27　　(B) 30　　(C) 33　　(D) 36　　(E) 42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假设 a 和 b 是独立随机选取的一位正整数。点 (a, b) 位于抛物线 y = ax² - bx 上方的概率是多少？</w:t>
      </w:r>
    </w:p>
    <w:p>
      <w:pPr>
        <w:spacing w:before="0" w:after="120" w:line="300" w:lineRule="auto"/>
      </w:pPr>
      <w:r>
        <w:rPr>
          <w:rFonts w:ascii="Times New Roman" w:hAnsi="Times New Roman" w:eastAsia="宋体"/>
          <w:b w:val="0"/>
          <w:i w:val="0"/>
          <w:sz w:val="21"/>
        </w:rPr>
        <w:t>（A）11/81　　（B）13/81　　（C）5/27　　（D）17/81　　（E）19/81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 and b are single-digit positive integers chosen independently and at random. What is the probability that the point (a, b) lies above the parabola y = ax² - bx?</w:t>
      </w:r>
    </w:p>
    <w:p>
      <w:pPr>
        <w:spacing w:before="0" w:after="160" w:line="300" w:lineRule="auto"/>
      </w:pPr>
      <w:r>
        <w:rPr>
          <w:rFonts w:ascii="Times New Roman" w:hAnsi="Times New Roman" w:eastAsia="宋体"/>
          <w:b w:val="0"/>
          <w:i w:val="0"/>
          <w:color w:val="333333"/>
          <w:sz w:val="19"/>
        </w:rPr>
        <w:t>(A) 11/81　　(B) 13/81　　(C) 5/27　　(D) 17/81　　(E) 19/81</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一个半径为 2 的半球的圆形底面放在一个高为 6 的正方形棱锥的底面上。该半球与棱锥的另外四个面相切。棱锥底面边长是多少？</w:t>
      </w:r>
    </w:p>
    <w:p>
      <w:pPr>
        <w:spacing w:before="0" w:after="120" w:line="300" w:lineRule="auto"/>
      </w:pPr>
      <w:r>
        <w:rPr>
          <w:rFonts w:ascii="Times New Roman" w:hAnsi="Times New Roman" w:eastAsia="宋体"/>
          <w:b w:val="0"/>
          <w:i w:val="0"/>
          <w:sz w:val="21"/>
        </w:rPr>
        <w:t>（A）3√(2)　　（B）13/3　　（C）4√(2)　　（D）6　　（E）13/2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circular base of a hemisphere of radius 2 rests on the base of a square pyramid of height 6. The hemisphere is tangent to the other four faces of the pyramid. What is the edge-length of the base of the pyramid?</w:t>
      </w:r>
    </w:p>
    <w:p>
      <w:pPr>
        <w:spacing w:before="0" w:after="160" w:line="300" w:lineRule="auto"/>
      </w:pPr>
      <w:r>
        <w:rPr>
          <w:rFonts w:ascii="Times New Roman" w:hAnsi="Times New Roman" w:eastAsia="宋体"/>
          <w:b w:val="0"/>
          <w:i w:val="0"/>
          <w:color w:val="333333"/>
          <w:sz w:val="19"/>
        </w:rPr>
        <w:t>(A) 3√(2)　　(B) 13/3　　(C) 4√(2)　　(D) 6　　(E) 13/2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凸五边形 ABCDE 的每个顶点都要指定一种颜色。有 6 种颜色可选，并且每条对角线的两个端点必须颜色不同。共有多少种不同的涂色方法？</w:t>
      </w:r>
    </w:p>
    <w:p>
      <w:pPr>
        <w:spacing w:before="0" w:after="120" w:line="300" w:lineRule="auto"/>
      </w:pPr>
      <w:r>
        <w:rPr>
          <w:rFonts w:ascii="Times New Roman" w:hAnsi="Times New Roman" w:eastAsia="宋体"/>
          <w:b w:val="0"/>
          <w:i w:val="0"/>
          <w:sz w:val="21"/>
        </w:rPr>
        <w:t>（A）2520　　（B）2880　　（C）3120　　（D）3250　　（E）3750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vertex of convex pentagon ABCDE is to be assigned a color. There are 6 colors to choose from, and the ends of each diagonal must have different colors. How many different colorings are possible?</w:t>
      </w:r>
    </w:p>
    <w:p>
      <w:pPr>
        <w:spacing w:before="0" w:after="160" w:line="300" w:lineRule="auto"/>
      </w:pPr>
      <w:r>
        <w:rPr>
          <w:rFonts w:ascii="Times New Roman" w:hAnsi="Times New Roman" w:eastAsia="宋体"/>
          <w:b w:val="0"/>
          <w:i w:val="0"/>
          <w:color w:val="333333"/>
          <w:sz w:val="19"/>
        </w:rPr>
        <w:t>(A) 2520　　(B) 2880　　(C) 3120　　(D) 3250　　(E) 3750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半径为 1，2，和 3 的三个圆两两外切。由这些切点确定的三角形面积是多少？</w:t>
      </w:r>
    </w:p>
    <w:p>
      <w:pPr>
        <w:spacing w:before="0" w:after="120" w:line="300" w:lineRule="auto"/>
      </w:pPr>
      <w:r>
        <w:rPr>
          <w:rFonts w:ascii="Times New Roman" w:hAnsi="Times New Roman" w:eastAsia="宋体"/>
          <w:b w:val="0"/>
          <w:i w:val="0"/>
          <w:sz w:val="21"/>
        </w:rPr>
        <w:t>（A）3/5　　（B）4/5　　（C）1　　（D）6/5　　（E）4/3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with radii 1, 2, and 3 are mutually externally tangent. What is the area of the triangle determined by the points of tangency?</w:t>
      </w:r>
    </w:p>
    <w:p>
      <w:pPr>
        <w:spacing w:before="0" w:after="160" w:line="300" w:lineRule="auto"/>
      </w:pPr>
      <w:r>
        <w:rPr>
          <w:rFonts w:ascii="Times New Roman" w:hAnsi="Times New Roman" w:eastAsia="宋体"/>
          <w:b w:val="0"/>
          <w:i w:val="0"/>
          <w:color w:val="333333"/>
          <w:sz w:val="19"/>
        </w:rPr>
        <w:t>(A) 3/5　　(B) 4/5　　(C) 1　　(D) 6/5　　(E) 4/3</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假设 |x + y| + |x - y| = 2。x² - 6x + y² 的最大可能值是多少？</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|x + y| + |x - y| = 2. What is the maximum possible value of x² - 6x + y²?</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在一个有 N 名选手的比赛中，被授予精英身份的选手人数等于</w:t>
      </w:r>
    </w:p>
    <w:p>
      <w:pPr>
        <w:spacing w:before="0" w:after="80" w:line="300" w:lineRule="auto"/>
        <w:jc w:val="left"/>
      </w:pPr>
      <w:r>
        <w:rPr>
          <w:rFonts w:ascii="Times New Roman" w:hAnsi="Times New Roman" w:eastAsia="宋体"/>
          <w:b w:val="0"/>
          <w:i w:val="0"/>
          <w:sz w:val="21"/>
        </w:rPr>
        <w:t>2^(1 + ⌊ log₂ (N - 1) ⌋) - N。</w:t>
      </w:r>
    </w:p>
    <w:p>
      <w:pPr>
        <w:spacing w:before="0" w:after="80" w:line="300" w:lineRule="auto"/>
        <w:jc w:val="left"/>
      </w:pPr>
      <w:r>
        <w:rPr>
          <w:rFonts w:ascii="Times New Roman" w:hAnsi="Times New Roman" w:eastAsia="宋体"/>
          <w:b w:val="0"/>
          <w:i w:val="0"/>
          <w:sz w:val="21"/>
        </w:rPr>
        <w:t>假设有 19 名选手被授予精英身份。N 的两个最小可能值之和是多少？</w:t>
      </w:r>
    </w:p>
    <w:p>
      <w:pPr>
        <w:spacing w:before="0" w:after="80" w:line="300" w:lineRule="auto"/>
        <w:jc w:val="left"/>
      </w:pPr>
      <w:r>
        <w:rPr>
          <w:rFonts w:ascii="Times New Roman" w:hAnsi="Times New Roman" w:eastAsia="宋体"/>
          <w:b w:val="0"/>
          <w:i w:val="0"/>
          <w:sz w:val="21"/>
        </w:rPr>
        <w:t>注：⌊ x ⌋ 是小于或等于 x 的最大整数。</w:t>
      </w:r>
    </w:p>
    <w:p>
      <w:pPr>
        <w:spacing w:before="0" w:after="120" w:line="300" w:lineRule="auto"/>
      </w:pPr>
      <w:r>
        <w:rPr>
          <w:rFonts w:ascii="Times New Roman" w:hAnsi="Times New Roman" w:eastAsia="宋体"/>
          <w:b w:val="0"/>
          <w:i w:val="0"/>
          <w:sz w:val="21"/>
        </w:rPr>
        <w:t>（A）38　　（B）90　　（C）154　　（D）406　　（E）1024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 competition with N players, the number of players given elite status is equal to</w:t>
      </w:r>
    </w:p>
    <w:p>
      <w:pPr>
        <w:spacing w:before="0" w:after="80" w:line="300" w:lineRule="auto"/>
        <w:jc w:val="left"/>
      </w:pPr>
      <w:r>
        <w:rPr>
          <w:rFonts w:ascii="Times New Roman" w:hAnsi="Times New Roman" w:eastAsia="宋体"/>
          <w:b w:val="0"/>
          <w:i w:val="0"/>
          <w:color w:val="333333"/>
          <w:sz w:val="19"/>
        </w:rPr>
        <w:t>2^(1 + ⌊ log₂ (N - 1) ⌋) - N.</w:t>
      </w:r>
    </w:p>
    <w:p>
      <w:pPr>
        <w:spacing w:before="0" w:after="80" w:line="300" w:lineRule="auto"/>
        <w:jc w:val="left"/>
      </w:pPr>
      <w:r>
        <w:rPr>
          <w:rFonts w:ascii="Times New Roman" w:hAnsi="Times New Roman" w:eastAsia="宋体"/>
          <w:b w:val="0"/>
          <w:i w:val="0"/>
          <w:color w:val="333333"/>
          <w:sz w:val="19"/>
        </w:rPr>
        <w:t>Suppose that 19 players are given elite status. What is the sum of the two smallest possible values of N?</w:t>
      </w:r>
    </w:p>
    <w:p>
      <w:pPr>
        <w:spacing w:before="0" w:after="80" w:line="300" w:lineRule="auto"/>
        <w:jc w:val="left"/>
      </w:pPr>
      <w:r>
        <w:rPr>
          <w:rFonts w:ascii="Times New Roman" w:hAnsi="Times New Roman" w:eastAsia="宋体"/>
          <w:b w:val="0"/>
          <w:i w:val="0"/>
          <w:color w:val="333333"/>
          <w:sz w:val="19"/>
        </w:rPr>
        <w:t>Note: ⌊ x ⌋ is the greatest integer less than or equal to x.</w:t>
      </w:r>
    </w:p>
    <w:p>
      <w:pPr>
        <w:spacing w:before="0" w:after="160" w:line="300" w:lineRule="auto"/>
      </w:pPr>
      <w:r>
        <w:rPr>
          <w:rFonts w:ascii="Times New Roman" w:hAnsi="Times New Roman" w:eastAsia="宋体"/>
          <w:b w:val="0"/>
          <w:i w:val="0"/>
          <w:color w:val="333333"/>
          <w:sz w:val="19"/>
        </w:rPr>
        <w:t>(A) 38　　(B) 90　　(C) 154　　(D) 406　　(E) 1024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令 f(x) = ax² + bx + c，其中 a、b 和 c 是整数。假设 f(1) = 0、50 &lt; f(7) &lt; 60、70 &lt; f(8) &lt; 80，并且对某个整数 k，有 5000k &lt; f(100) &lt; 5000(k+1)。求 k。</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f(x) = ax² + bx + c, where a, b, and c are integers. Suppose that f(1) = 0, 50 &lt; f(7) &lt; 60, 70 &lt; f(8) &lt; 80, and 5000k &lt; f(100) &lt; 5000(k+1) for some integer k. What is k?</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令 f₁(x) = √(1 - x)；对整数 n ≥ 2，令 fₙ(x) = fₙ₋₁(√(n² - x))。若 N 是使 fₙ 的定义域非空的最大 n 值，且 f_(N) 的定义域为 {c}，求 N + c。</w:t>
      </w:r>
    </w:p>
    <w:p>
      <w:pPr>
        <w:spacing w:before="0" w:after="120" w:line="300" w:lineRule="auto"/>
      </w:pPr>
      <w:r>
        <w:rPr>
          <w:rFonts w:ascii="Times New Roman" w:hAnsi="Times New Roman" w:eastAsia="宋体"/>
          <w:b w:val="0"/>
          <w:i w:val="0"/>
          <w:sz w:val="21"/>
        </w:rPr>
        <w:t>（A）-226　　（B）-144　　（C）-20　　（D）20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f₁(x) = √(1 - x), and for integers n ≥ 2, let fₙ(x) = fₙ₋₁(√(n² - x)). If N is the largest value of n for which the domain of fₙ is nonempty, the domain of f_(N) is {c}. What is N + c?</w:t>
      </w:r>
    </w:p>
    <w:p>
      <w:pPr>
        <w:spacing w:before="0" w:after="160" w:line="300" w:lineRule="auto"/>
      </w:pPr>
      <w:r>
        <w:rPr>
          <w:rFonts w:ascii="Times New Roman" w:hAnsi="Times New Roman" w:eastAsia="宋体"/>
          <w:b w:val="0"/>
          <w:i w:val="0"/>
          <w:color w:val="333333"/>
          <w:sz w:val="19"/>
        </w:rPr>
        <w:t>(A) -226　　(B) -144　　(C) -20　　(D) 20　　(E) 144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设 R 为一个正方形区域，n ≥ 4 为整数。若从 R 内部一点 X 发出 n 条射线，可以把 R 分成 n 个面积相等的三角形，则称 X 为 n-射线分割点。有多少个点是 100-射线分割点但不是 60-射线分割点？</w:t>
      </w:r>
    </w:p>
    <w:p>
      <w:pPr>
        <w:spacing w:before="0" w:after="120" w:line="300" w:lineRule="auto"/>
      </w:pPr>
      <w:r>
        <w:rPr>
          <w:rFonts w:ascii="Times New Roman" w:hAnsi="Times New Roman" w:eastAsia="宋体"/>
          <w:b w:val="0"/>
          <w:i w:val="0"/>
          <w:sz w:val="21"/>
        </w:rPr>
        <w:t>（A）1500　　（B）1560　　（C）2320　　（D）2480　　（E）2500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a square region and n ≥ 4 an integer. A point X in the interior of R is called n-ray partitional if there are n rays emanating from X that divide R into n triangles of equal area. How many points are 100-ray partitional but not 60-ray partitional?</w:t>
      </w:r>
    </w:p>
    <w:p>
      <w:pPr>
        <w:spacing w:before="0" w:after="160" w:line="300" w:lineRule="auto"/>
      </w:pPr>
      <w:r>
        <w:rPr>
          <w:rFonts w:ascii="Times New Roman" w:hAnsi="Times New Roman" w:eastAsia="宋体"/>
          <w:b w:val="0"/>
          <w:i w:val="0"/>
          <w:color w:val="333333"/>
          <w:sz w:val="19"/>
        </w:rPr>
        <w:t>(A) 1500　　(B) 1560　　(C) 2320　　(D) 2480　　(E) 2500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令 f(z) = (z + a)/(z + b)，且 g(z) = f(f(z))，其中 a 和 b 是复数。假设 |a| = 1，并且对所有使 g(g(z)) 有定义的 z，都有 g(g(z)) = z。|b| 的最大可能值与最小可能值之差是多少？</w:t>
      </w:r>
    </w:p>
    <w:p>
      <w:pPr>
        <w:spacing w:before="0" w:after="120" w:line="300" w:lineRule="auto"/>
      </w:pPr>
      <w:r>
        <w:rPr>
          <w:rFonts w:ascii="Times New Roman" w:hAnsi="Times New Roman" w:eastAsia="宋体"/>
          <w:b w:val="0"/>
          <w:i w:val="0"/>
          <w:sz w:val="21"/>
        </w:rPr>
        <w:t>（A）0　　（B）√(2) - 1　　（C）√(3) - 1　　（D）1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f(z) = (z + a)/(z + b) and g(z) = f(f(z)), where a and b are complex numbers. Suppose that |a| = 1 and g(g(z)) = z for all z for which g(g(z)) is defined. What is the difference between the largest and smallest possible values of |b|?</w:t>
      </w:r>
    </w:p>
    <w:p>
      <w:pPr>
        <w:spacing w:before="0" w:after="160" w:line="300" w:lineRule="auto"/>
      </w:pPr>
      <w:r>
        <w:rPr>
          <w:rFonts w:ascii="Times New Roman" w:hAnsi="Times New Roman" w:eastAsia="宋体"/>
          <w:b w:val="0"/>
          <w:i w:val="0"/>
          <w:color w:val="333333"/>
          <w:sz w:val="19"/>
        </w:rPr>
        <w:t>(A) 0　　(B) √(2) - 1　　(C) √(3) - 1　　(D) 1　　(E) 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考虑所有满足 AB = 14、BC = 9、CD = 7 且 DA = 12 的四边形 ABCD。在这样的四边形内部或边界上能放入的最大圆的半径是多少？</w:t>
      </w:r>
    </w:p>
    <w:p>
      <w:pPr>
        <w:spacing w:before="0" w:after="120" w:line="300" w:lineRule="auto"/>
      </w:pPr>
      <w:r>
        <w:rPr>
          <w:rFonts w:ascii="Times New Roman" w:hAnsi="Times New Roman" w:eastAsia="宋体"/>
          <w:b w:val="0"/>
          <w:i w:val="0"/>
          <w:sz w:val="21"/>
        </w:rPr>
        <w:t>（A）√(15)　　（B）√(21)　　（C）2√(6)　　（D）5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all quadrilaterals ABCD such that AB = 14, BC = 9, CD = 7, and DA = 12. What is the radius of the largest possible circle that fits inside or on the boundary of such a quadrilateral?</w:t>
      </w:r>
    </w:p>
    <w:p>
      <w:pPr>
        <w:spacing w:before="0" w:after="160" w:line="300" w:lineRule="auto"/>
      </w:pPr>
      <w:r>
        <w:rPr>
          <w:rFonts w:ascii="Times New Roman" w:hAnsi="Times New Roman" w:eastAsia="宋体"/>
          <w:b w:val="0"/>
          <w:i w:val="0"/>
          <w:color w:val="333333"/>
          <w:sz w:val="19"/>
        </w:rPr>
        <w:t>(A) √(15)　　(B) √(21)　　(C) 2√(6)　　(D) 5　　(E) 2√(7)</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三角形 ABC 满足 ∠ BAC = 60°，∠ CBA ≤ 90°，BC = 1，且 AC ≥ AB。设 H，I，和 O 分别为 △ ABC 的垂心、内心和外心。假设五边形 BCOIH 的面积达到最大可能值。求 ∠ CBA？</w:t>
      </w:r>
    </w:p>
    <w:p>
      <w:pPr>
        <w:spacing w:before="0" w:after="120" w:line="300" w:lineRule="auto"/>
      </w:pPr>
      <w:r>
        <w:rPr>
          <w:rFonts w:ascii="Times New Roman" w:hAnsi="Times New Roman" w:eastAsia="宋体"/>
          <w:b w:val="0"/>
          <w:i w:val="0"/>
          <w:sz w:val="21"/>
        </w:rPr>
        <w:t>（A）60°　　（B）72°　　（C）75°　　（D）80°　　（E）90°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 BAC = 60°, ∠ CBA ≤ 90°, BC = 1, and AC ≥ AB. Let H, I, and O be the orthocenter, incenter, and circumcenter of △ ABC, respectively. Assume that the area of the pentagon BCOIH is the maximum possible. What is ∠ CBA?</w:t>
      </w:r>
    </w:p>
    <w:p>
      <w:pPr>
        <w:spacing w:before="0" w:after="160" w:line="300" w:lineRule="auto"/>
      </w:pPr>
      <w:r>
        <w:rPr>
          <w:rFonts w:ascii="Times New Roman" w:hAnsi="Times New Roman" w:eastAsia="宋体"/>
          <w:b w:val="0"/>
          <w:i w:val="0"/>
          <w:color w:val="333333"/>
          <w:sz w:val="19"/>
        </w:rPr>
        <w:t>(A) 60°　　(B) 72°　　(C) 75°　　(D) 80°　　(E) 90°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E　E　C　C　A　B　C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C　D　B　E　A　C　D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C　A　C　C　C　D</w:t>
      </w:r>
    </w:p>
    <w:p>
      <w:pPr>
        <w:spacing w:before="0" w:after="200" w:line="300" w:lineRule="auto"/>
      </w:pPr>
      <w:r>
        <w:rPr>
          <w:rFonts w:ascii="Times New Roman" w:hAnsi="Times New Roman" w:eastAsia="宋体"/>
          <w:b w:val="0"/>
          <w:i w:val="0"/>
          <w:color w:val="666666"/>
          <w:sz w:val="18"/>
        </w:rPr>
        <w:t>答案串：DEECCABCBBCDBEACDDCCACCCD</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短信费用为 100 · 5 = 500 美分 = $5。她比 30 小时套餐多通话了 30 分钟，因此超时费用为 30 · 10 = 300 美分 = $3。</w:t>
      </w:r>
    </w:p>
    <w:p>
      <w:pPr>
        <w:spacing w:before="0" w:after="80" w:line="300" w:lineRule="auto"/>
        <w:jc w:val="left"/>
      </w:pPr>
      <w:r>
        <w:rPr>
          <w:rFonts w:ascii="Times New Roman" w:hAnsi="Times New Roman" w:eastAsia="宋体"/>
          <w:b w:val="0"/>
          <w:i w:val="0"/>
          <w:sz w:val="21"/>
        </w:rPr>
        <w:t>总费用为 $20 + $5 + $3 = $28。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text charge is 100 · 5 = 500 cents = $5. She talked 30 minutes past the 30-hour allowance, so the overage is 30 · 10 = 300 cents = $3.</w:t>
      </w:r>
    </w:p>
    <w:p>
      <w:pPr>
        <w:spacing w:before="0" w:after="80" w:line="300" w:lineRule="auto"/>
        <w:jc w:val="left"/>
      </w:pPr>
      <w:r>
        <w:rPr>
          <w:rFonts w:ascii="Times New Roman" w:hAnsi="Times New Roman" w:eastAsia="宋体"/>
          <w:b w:val="0"/>
          <w:i w:val="0"/>
          <w:color w:val="333333"/>
          <w:sz w:val="19"/>
        </w:rPr>
        <w:t>The total is $20 + $5 + $3 = $28.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硬币 C 画成一个完整且没有中断的圆，所以没有东西盖住它，它在最上面。</w:t>
      </w:r>
    </w:p>
    <w:p>
      <w:pPr>
        <w:spacing w:before="0" w:after="80" w:line="300" w:lineRule="auto"/>
        <w:jc w:val="left"/>
      </w:pPr>
      <w:r>
        <w:rPr>
          <w:rFonts w:ascii="Times New Roman" w:hAnsi="Times New Roman" w:eastAsia="宋体"/>
          <w:b w:val="0"/>
          <w:i w:val="0"/>
          <w:sz w:val="21"/>
        </w:rPr>
        <w:t>继续观察其余重叠处，未被遮住的弧线显示每枚硬币在下一枚硬币上方：C 盖住 E，E 盖住 D，D 盖住 B 而 A 盖住 B，同时在其他硬币下方。因此从上到下的顺序是 (C, E, D, A, 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Coin C is drawn as a complete, unbroken circle, so nothing covers it and it lies on top.</w:t>
      </w:r>
    </w:p>
    <w:p>
      <w:pPr>
        <w:spacing w:before="0" w:after="80" w:line="300" w:lineRule="auto"/>
        <w:jc w:val="left"/>
      </w:pPr>
      <w:r>
        <w:rPr>
          <w:rFonts w:ascii="Times New Roman" w:hAnsi="Times New Roman" w:eastAsia="宋体"/>
          <w:b w:val="0"/>
          <w:i w:val="0"/>
          <w:color w:val="333333"/>
          <w:sz w:val="19"/>
        </w:rPr>
        <w:t>Reading the remaining overlaps, each coin’s uncovered arc shows it sits above the next: C covers E, E covers D, D covers B, and A covers B while lying under the others. This gives the top-to-bottom order (C, E, D, A, 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十四瓶可装 14 · 35 = 490 毫升，这还不够。十五瓶可装 15 · 35 = 525 毫升，已经足够。</w:t>
      </w:r>
    </w:p>
    <w:p>
      <w:pPr>
        <w:spacing w:before="0" w:after="80" w:line="300" w:lineRule="auto"/>
        <w:jc w:val="left"/>
      </w:pPr>
      <w:r>
        <w:rPr>
          <w:rFonts w:ascii="Times New Roman" w:hAnsi="Times New Roman" w:eastAsia="宋体"/>
          <w:b w:val="0"/>
          <w:i w:val="0"/>
          <w:sz w:val="21"/>
        </w:rPr>
        <w:t>所以 Jasmine 需要 15 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Fourteen bottles hold 14 · 35 = 490 milliliters, which is not enough. Fifteen bottles hold 15 · 35 = 525 milliliters, which suffices.</w:t>
      </w:r>
    </w:p>
    <w:p>
      <w:pPr>
        <w:spacing w:before="0" w:after="80" w:line="300" w:lineRule="auto"/>
        <w:jc w:val="left"/>
      </w:pPr>
      <w:r>
        <w:rPr>
          <w:rFonts w:ascii="Times New Roman" w:hAnsi="Times New Roman" w:eastAsia="宋体"/>
          <w:b w:val="0"/>
          <w:i w:val="0"/>
          <w:color w:val="333333"/>
          <w:sz w:val="19"/>
        </w:rPr>
        <w:t>So Jasmine needs 15 bottles.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三、四、五年级的人数比为 4: 2: 1。加权平均数为</w:t>
      </w:r>
    </w:p>
    <w:p>
      <w:pPr>
        <w:spacing w:before="0" w:after="80" w:line="300" w:lineRule="auto"/>
        <w:jc w:val="left"/>
      </w:pPr>
      <w:r>
        <w:rPr>
          <w:rFonts w:ascii="Times New Roman" w:hAnsi="Times New Roman" w:eastAsia="宋体"/>
          <w:b w:val="0"/>
          <w:i w:val="0"/>
          <w:sz w:val="21"/>
        </w:rPr>
        <w:t>(4·12+2·15+10)/7</w:t>
      </w:r>
    </w:p>
    <w:p>
      <w:pPr>
        <w:spacing w:before="0" w:after="80" w:line="300" w:lineRule="auto"/>
        <w:jc w:val="left"/>
      </w:pPr>
      <w:r>
        <w:rPr>
          <w:rFonts w:ascii="Times New Roman" w:hAnsi="Times New Roman" w:eastAsia="宋体"/>
          <w:b w:val="0"/>
          <w:i w:val="0"/>
          <w:sz w:val="21"/>
        </w:rPr>
        <w:t>= 48+30+10/7</w:t>
      </w:r>
    </w:p>
    <w:p>
      <w:pPr>
        <w:spacing w:before="0" w:after="80" w:line="300" w:lineRule="auto"/>
        <w:jc w:val="left"/>
      </w:pPr>
      <w:r>
        <w:rPr>
          <w:rFonts w:ascii="Times New Roman" w:hAnsi="Times New Roman" w:eastAsia="宋体"/>
          <w:b w:val="0"/>
          <w:i w:val="0"/>
          <w:sz w:val="21"/>
        </w:rPr>
        <w:t>= 88/7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the grade sizes in the ratio 4: 2: 1 for third, fourth, and fifth grades. The weighted average is</w:t>
      </w:r>
    </w:p>
    <w:p>
      <w:pPr>
        <w:spacing w:before="0" w:after="80" w:line="300" w:lineRule="auto"/>
        <w:jc w:val="left"/>
      </w:pPr>
      <w:r>
        <w:rPr>
          <w:rFonts w:ascii="Times New Roman" w:hAnsi="Times New Roman" w:eastAsia="宋体"/>
          <w:b w:val="0"/>
          <w:i w:val="0"/>
          <w:color w:val="333333"/>
          <w:sz w:val="19"/>
        </w:rPr>
        <w:t>(4·12+2·15+10)/7</w:t>
      </w:r>
    </w:p>
    <w:p>
      <w:pPr>
        <w:spacing w:before="0" w:after="80" w:line="300" w:lineRule="auto"/>
        <w:jc w:val="left"/>
      </w:pPr>
      <w:r>
        <w:rPr>
          <w:rFonts w:ascii="Times New Roman" w:hAnsi="Times New Roman" w:eastAsia="宋体"/>
          <w:b w:val="0"/>
          <w:i w:val="0"/>
          <w:color w:val="333333"/>
          <w:sz w:val="19"/>
        </w:rPr>
        <w:t>= 48+30+10/7</w:t>
      </w:r>
    </w:p>
    <w:p>
      <w:pPr>
        <w:spacing w:before="0" w:after="80" w:line="300" w:lineRule="auto"/>
        <w:jc w:val="left"/>
      </w:pPr>
      <w:r>
        <w:rPr>
          <w:rFonts w:ascii="Times New Roman" w:hAnsi="Times New Roman" w:eastAsia="宋体"/>
          <w:b w:val="0"/>
          <w:i w:val="0"/>
          <w:color w:val="333333"/>
          <w:sz w:val="19"/>
        </w:rPr>
        <w:t>= 88/7.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不是天鹅的鸟占总数的 100% - 25% = 75%，而鹅占总数的 30%。所求比例为</w:t>
      </w:r>
    </w:p>
    <w:p>
      <w:pPr>
        <w:spacing w:before="0" w:after="80" w:line="300" w:lineRule="auto"/>
        <w:jc w:val="left"/>
      </w:pPr>
      <w:r>
        <w:rPr>
          <w:rFonts w:ascii="Times New Roman" w:hAnsi="Times New Roman" w:eastAsia="宋体"/>
          <w:b w:val="0"/>
          <w:i w:val="0"/>
          <w:sz w:val="21"/>
        </w:rPr>
        <w:t>30/75 = 2/5 = 40%。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birds that are not swans make up 100% - 25% = 75% of the total, and geese are 30% of the total. The requested fraction is</w:t>
      </w:r>
    </w:p>
    <w:p>
      <w:pPr>
        <w:spacing w:before="0" w:after="80" w:line="300" w:lineRule="auto"/>
        <w:jc w:val="left"/>
      </w:pPr>
      <w:r>
        <w:rPr>
          <w:rFonts w:ascii="Times New Roman" w:hAnsi="Times New Roman" w:eastAsia="宋体"/>
          <w:b w:val="0"/>
          <w:i w:val="0"/>
          <w:color w:val="333333"/>
          <w:sz w:val="19"/>
        </w:rPr>
        <w:t>30/75 = 2/5 = 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设投中的两分球个数为 a。两分球得到 2a 分，三分球也得到同样的 2a 分。罚球个数为 a + 1，得到 a + 1 分。</w:t>
      </w:r>
    </w:p>
    <w:p>
      <w:pPr>
        <w:spacing w:before="0" w:after="80" w:line="300" w:lineRule="auto"/>
        <w:jc w:val="left"/>
      </w:pPr>
      <w:r>
        <w:rPr>
          <w:rFonts w:ascii="Times New Roman" w:hAnsi="Times New Roman" w:eastAsia="宋体"/>
          <w:b w:val="0"/>
          <w:i w:val="0"/>
          <w:sz w:val="21"/>
        </w:rPr>
        <w:t>总分为</w:t>
      </w:r>
    </w:p>
    <w:p>
      <w:pPr>
        <w:spacing w:before="0" w:after="80" w:line="300" w:lineRule="auto"/>
        <w:jc w:val="left"/>
      </w:pPr>
      <w:r>
        <w:rPr>
          <w:rFonts w:ascii="Times New Roman" w:hAnsi="Times New Roman" w:eastAsia="宋体"/>
          <w:b w:val="0"/>
          <w:i w:val="0"/>
          <w:sz w:val="21"/>
        </w:rPr>
        <w:t>2a + 2a + (a + 1)</w:t>
      </w:r>
    </w:p>
    <w:p>
      <w:pPr>
        <w:spacing w:before="0" w:after="80" w:line="300" w:lineRule="auto"/>
        <w:jc w:val="left"/>
      </w:pPr>
      <w:r>
        <w:rPr>
          <w:rFonts w:ascii="Times New Roman" w:hAnsi="Times New Roman" w:eastAsia="宋体"/>
          <w:b w:val="0"/>
          <w:i w:val="0"/>
          <w:sz w:val="21"/>
        </w:rPr>
        <w:t>= 5a + 1 = 61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a = 12，罚球个数为 a + 1 = 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be the number of two-point shots. The two-point shots score 2a points, and the three-point shots score the same 2a points. The free throws number a + 1 and score a + 1 points.</w:t>
      </w:r>
    </w:p>
    <w:p>
      <w:pPr>
        <w:spacing w:before="0" w:after="80" w:line="300" w:lineRule="auto"/>
        <w:jc w:val="left"/>
      </w:pPr>
      <w:r>
        <w:rPr>
          <w:rFonts w:ascii="Times New Roman" w:hAnsi="Times New Roman" w:eastAsia="宋体"/>
          <w:b w:val="0"/>
          <w:i w:val="0"/>
          <w:color w:val="333333"/>
          <w:sz w:val="19"/>
        </w:rPr>
        <w:t>The total is</w:t>
      </w:r>
    </w:p>
    <w:p>
      <w:pPr>
        <w:spacing w:before="0" w:after="80" w:line="300" w:lineRule="auto"/>
        <w:jc w:val="left"/>
      </w:pPr>
      <w:r>
        <w:rPr>
          <w:rFonts w:ascii="Times New Roman" w:hAnsi="Times New Roman" w:eastAsia="宋体"/>
          <w:b w:val="0"/>
          <w:i w:val="0"/>
          <w:color w:val="333333"/>
          <w:sz w:val="19"/>
        </w:rPr>
        <w:t>2a + 2a + (a + 1)</w:t>
      </w:r>
    </w:p>
    <w:p>
      <w:pPr>
        <w:spacing w:before="0" w:after="80" w:line="300" w:lineRule="auto"/>
        <w:jc w:val="left"/>
      </w:pPr>
      <w:r>
        <w:rPr>
          <w:rFonts w:ascii="Times New Roman" w:hAnsi="Times New Roman" w:eastAsia="宋体"/>
          <w:b w:val="0"/>
          <w:i w:val="0"/>
          <w:color w:val="333333"/>
          <w:sz w:val="19"/>
        </w:rPr>
        <w:t>= 5a + 1 = 61,</w:t>
      </w:r>
    </w:p>
    <w:p>
      <w:pPr>
        <w:spacing w:before="0" w:after="80" w:line="300" w:lineRule="auto"/>
        <w:jc w:val="left"/>
      </w:pPr>
      <w:r>
        <w:rPr>
          <w:rFonts w:ascii="Times New Roman" w:hAnsi="Times New Roman" w:eastAsia="宋体"/>
          <w:b w:val="0"/>
          <w:i w:val="0"/>
          <w:color w:val="333333"/>
          <w:sz w:val="19"/>
        </w:rPr>
        <w:t>so a = 12 and the free throws number a + 1 = 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总费用为 1771 美分，且 1771 = 7 · 11 · 23。写成（学生数）（每人铅笔数）（每支铅笔价格）= 1771，学生数必须是该数的一个因数，并且是 30 人中的多数，即超过 15。唯一这样的因数是 23。</w:t>
      </w:r>
    </w:p>
    <w:p>
      <w:pPr>
        <w:spacing w:before="0" w:after="80" w:line="300" w:lineRule="auto"/>
        <w:jc w:val="left"/>
      </w:pPr>
      <w:r>
        <w:rPr>
          <w:rFonts w:ascii="Times New Roman" w:hAnsi="Times New Roman" w:eastAsia="宋体"/>
          <w:b w:val="0"/>
          <w:i w:val="0"/>
          <w:sz w:val="21"/>
        </w:rPr>
        <w:t>因此（铅笔数）（单价）= 77 = 7 · 11，且单价 &gt; 铅笔数 &gt; 1，所以每人买 7 支铅笔，每支 11 美分。</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Total cents is 1771 = 7 · 11 · 23. Writing (students)(pencils each)(cost per pencil) = 1771, the number of students is a divisor of 1771 that is a majority of 30, hence more than 15. The only such divisor is 23.</w:t>
      </w:r>
    </w:p>
    <w:p>
      <w:pPr>
        <w:spacing w:before="0" w:after="80" w:line="300" w:lineRule="auto"/>
        <w:jc w:val="left"/>
      </w:pPr>
      <w:r>
        <w:rPr>
          <w:rFonts w:ascii="Times New Roman" w:hAnsi="Times New Roman" w:eastAsia="宋体"/>
          <w:b w:val="0"/>
          <w:i w:val="0"/>
          <w:color w:val="333333"/>
          <w:sz w:val="19"/>
        </w:rPr>
        <w:t>Then (pencils)(cost) = 77 = 7 · 11 with cost &gt; pencils &gt; 1, forcing 7 pencils at 11 cents each.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因为 A + B + C = B + C + D = 30，所以 D = A；同理可知，这个数列以 3 为周期重复。因此第八项 H 等于 B。</w:t>
      </w:r>
    </w:p>
    <w:p>
      <w:pPr>
        <w:spacing w:before="0" w:after="80" w:line="300" w:lineRule="auto"/>
        <w:jc w:val="left"/>
      </w:pPr>
      <w:r>
        <w:rPr>
          <w:rFonts w:ascii="Times New Roman" w:hAnsi="Times New Roman" w:eastAsia="宋体"/>
          <w:b w:val="0"/>
          <w:i w:val="0"/>
          <w:sz w:val="21"/>
        </w:rPr>
        <w:t>由 A + B + C = 30 且 C = 5，得 A + H = A + B = 30 - 5 = 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 + B + C = B + C + D = 30, we get D = A, and likewise the sequence repeats with period 3. Thus H, the eighth term, equals B.</w:t>
      </w:r>
    </w:p>
    <w:p>
      <w:pPr>
        <w:spacing w:before="0" w:after="80" w:line="300" w:lineRule="auto"/>
        <w:jc w:val="left"/>
      </w:pPr>
      <w:r>
        <w:rPr>
          <w:rFonts w:ascii="Times New Roman" w:hAnsi="Times New Roman" w:eastAsia="宋体"/>
          <w:b w:val="0"/>
          <w:i w:val="0"/>
          <w:color w:val="333333"/>
          <w:sz w:val="19"/>
        </w:rPr>
        <w:t>From A + B + C = 30 and C = 5, we have A + H = A + B = 30 - 5 = 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共有 18 名双胞胎成员和 18 名三胞胎成员。</w:t>
      </w:r>
    </w:p>
    <w:p>
      <w:pPr>
        <w:spacing w:before="0" w:after="80" w:line="300" w:lineRule="auto"/>
        <w:jc w:val="left"/>
      </w:pPr>
      <w:r>
        <w:rPr>
          <w:rFonts w:ascii="Times New Roman" w:hAnsi="Times New Roman" w:eastAsia="宋体"/>
          <w:b w:val="0"/>
          <w:i w:val="0"/>
          <w:sz w:val="21"/>
        </w:rPr>
        <w:t>双胞胎之间的握手：每个双胞胎成员与 18 - 2 = 16 名其他双胞胎成员握手，得到 (18 · 16)/2 = 144。</w:t>
      </w:r>
    </w:p>
    <w:p>
      <w:pPr>
        <w:spacing w:before="0" w:after="80" w:line="300" w:lineRule="auto"/>
        <w:jc w:val="left"/>
      </w:pPr>
      <w:r>
        <w:rPr>
          <w:rFonts w:ascii="Times New Roman" w:hAnsi="Times New Roman" w:eastAsia="宋体"/>
          <w:b w:val="0"/>
          <w:i w:val="0"/>
          <w:sz w:val="21"/>
        </w:rPr>
        <w:t>三胞胎之间的握手：每个三胞胎成员与 18 - 3 = 15 名其他三胞胎成员握手，得到 (18 · 15)/2 = 135。</w:t>
      </w:r>
    </w:p>
    <w:p>
      <w:pPr>
        <w:spacing w:before="0" w:after="80" w:line="300" w:lineRule="auto"/>
        <w:jc w:val="left"/>
      </w:pPr>
      <w:r>
        <w:rPr>
          <w:rFonts w:ascii="Times New Roman" w:hAnsi="Times New Roman" w:eastAsia="宋体"/>
          <w:b w:val="0"/>
          <w:i w:val="0"/>
          <w:sz w:val="21"/>
        </w:rPr>
        <w:t>双胞胎和三胞胎之间的握手：每个双胞胎成员与 18 名三胞胎成员中的一半握手，得到 18 · 9 = 162（每次这种握手只计一次）。</w:t>
      </w:r>
    </w:p>
    <w:p>
      <w:pPr>
        <w:spacing w:before="0" w:after="80" w:line="300" w:lineRule="auto"/>
        <w:jc w:val="left"/>
      </w:pPr>
      <w:r>
        <w:rPr>
          <w:rFonts w:ascii="Times New Roman" w:hAnsi="Times New Roman" w:eastAsia="宋体"/>
          <w:b w:val="0"/>
          <w:i w:val="0"/>
          <w:sz w:val="21"/>
        </w:rPr>
        <w:t>总数为 144 + 135 + 162 = 441。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18 twins and 18 triplets.</w:t>
      </w:r>
    </w:p>
    <w:p>
      <w:pPr>
        <w:spacing w:before="0" w:after="80" w:line="300" w:lineRule="auto"/>
        <w:jc w:val="left"/>
      </w:pPr>
      <w:r>
        <w:rPr>
          <w:rFonts w:ascii="Times New Roman" w:hAnsi="Times New Roman" w:eastAsia="宋体"/>
          <w:b w:val="0"/>
          <w:i w:val="0"/>
          <w:color w:val="333333"/>
          <w:sz w:val="19"/>
        </w:rPr>
        <w:t>Twin-twin handshakes: each twin shakes 18 - 2 = 16 other twins, giving (18 · 16)/2 = 144.</w:t>
      </w:r>
    </w:p>
    <w:p>
      <w:pPr>
        <w:spacing w:before="0" w:after="80" w:line="300" w:lineRule="auto"/>
        <w:jc w:val="left"/>
      </w:pPr>
      <w:r>
        <w:rPr>
          <w:rFonts w:ascii="Times New Roman" w:hAnsi="Times New Roman" w:eastAsia="宋体"/>
          <w:b w:val="0"/>
          <w:i w:val="0"/>
          <w:color w:val="333333"/>
          <w:sz w:val="19"/>
        </w:rPr>
        <w:t>Triplet-triplet handshakes: each triplet shakes 18 - 3 = 15 other triplets, giving (18 · 15)/2 = 135.</w:t>
      </w:r>
    </w:p>
    <w:p>
      <w:pPr>
        <w:spacing w:before="0" w:after="80" w:line="300" w:lineRule="auto"/>
        <w:jc w:val="left"/>
      </w:pPr>
      <w:r>
        <w:rPr>
          <w:rFonts w:ascii="Times New Roman" w:hAnsi="Times New Roman" w:eastAsia="宋体"/>
          <w:b w:val="0"/>
          <w:i w:val="0"/>
          <w:color w:val="333333"/>
          <w:sz w:val="19"/>
        </w:rPr>
        <w:t>Twin-triplet handshakes: each twin shakes half the 18 triplets, giving 18 · 9 = 162 (each such handshake counted once).</w:t>
      </w:r>
    </w:p>
    <w:p>
      <w:pPr>
        <w:spacing w:before="0" w:after="80" w:line="300" w:lineRule="auto"/>
        <w:jc w:val="left"/>
      </w:pPr>
      <w:r>
        <w:rPr>
          <w:rFonts w:ascii="Times New Roman" w:hAnsi="Times New Roman" w:eastAsia="宋体"/>
          <w:b w:val="0"/>
          <w:i w:val="0"/>
          <w:color w:val="333333"/>
          <w:sz w:val="19"/>
        </w:rPr>
        <w:t>The total is 144 + 135 + 162 = 441.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若直径为 d，面积 &lt; 周长意味着 (π d²)/4 &lt; π d，即 d &lt; 4。因为 d ≥ 2，所以点数和必须是 2 或 3。</w:t>
      </w:r>
    </w:p>
    <w:p>
      <w:pPr>
        <w:spacing w:before="0" w:after="80" w:line="300" w:lineRule="auto"/>
        <w:jc w:val="left"/>
      </w:pPr>
      <w:r>
        <w:rPr>
          <w:rFonts w:ascii="Times New Roman" w:hAnsi="Times New Roman" w:eastAsia="宋体"/>
          <w:b w:val="0"/>
          <w:i w:val="0"/>
          <w:sz w:val="21"/>
        </w:rPr>
        <w:t>点数和为 2 的概率是 1/36，点数和为 3 的概率是 2/36，合计 3/36 = 1/12。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diameter d, area &lt; circumference means (π d²)/4 &lt; π d, i.e. d &lt; 4. Since d ≥ 2, this needs a sum of 2 or 3.</w:t>
      </w:r>
    </w:p>
    <w:p>
      <w:pPr>
        <w:spacing w:before="0" w:after="80" w:line="300" w:lineRule="auto"/>
        <w:jc w:val="left"/>
      </w:pPr>
      <w:r>
        <w:rPr>
          <w:rFonts w:ascii="Times New Roman" w:hAnsi="Times New Roman" w:eastAsia="宋体"/>
          <w:b w:val="0"/>
          <w:i w:val="0"/>
          <w:color w:val="333333"/>
          <w:sz w:val="19"/>
        </w:rPr>
        <w:t>A sum of 2 has probability 1/36 and a sum of 3 has probability 2/36, totaling 3/36 = 1/12.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设 A = (-1, 0)，B = (1, 0)，则它们的切点是原点，也就是 AB 的中点。因此 C = (0, 1)，因为圆 C 经过原点。</w:t>
      </w:r>
    </w:p>
    <w:p>
      <w:pPr>
        <w:spacing w:before="0" w:after="80" w:line="300" w:lineRule="auto"/>
        <w:jc w:val="left"/>
      </w:pPr>
      <w:r>
        <w:rPr>
          <w:rFonts w:ascii="Times New Roman" w:hAnsi="Times New Roman" w:eastAsia="宋体"/>
          <w:b w:val="0"/>
          <w:i w:val="0"/>
          <w:sz w:val="21"/>
        </w:rPr>
        <w:t>从 C 到 A（以及到 B）的距离为 √(2)。两个圆心距离为 √(2) 的单位圆重叠成一个透镜形，其面积为</w:t>
      </w:r>
    </w:p>
    <w:p>
      <w:pPr>
        <w:spacing w:before="0" w:after="80" w:line="300" w:lineRule="auto"/>
        <w:jc w:val="left"/>
      </w:pPr>
      <w:r>
        <w:rPr>
          <w:rFonts w:ascii="Times New Roman" w:hAnsi="Times New Roman" w:eastAsia="宋体"/>
          <w:b w:val="0"/>
          <w:i w:val="0"/>
          <w:sz w:val="21"/>
        </w:rPr>
        <w:t>2cos⁻¹((√(2))/2)</w:t>
      </w:r>
    </w:p>
    <w:p>
      <w:pPr>
        <w:spacing w:before="0" w:after="80" w:line="300" w:lineRule="auto"/>
        <w:jc w:val="left"/>
      </w:pPr>
      <w:r>
        <w:rPr>
          <w:rFonts w:ascii="Times New Roman" w:hAnsi="Times New Roman" w:eastAsia="宋体"/>
          <w:b w:val="0"/>
          <w:i w:val="0"/>
          <w:sz w:val="21"/>
        </w:rPr>
        <w:t>- (√(2))/2√(4 - 2)</w:t>
      </w:r>
    </w:p>
    <w:p>
      <w:pPr>
        <w:spacing w:before="0" w:after="80" w:line="300" w:lineRule="auto"/>
        <w:jc w:val="left"/>
      </w:pPr>
      <w:r>
        <w:rPr>
          <w:rFonts w:ascii="Times New Roman" w:hAnsi="Times New Roman" w:eastAsia="宋体"/>
          <w:b w:val="0"/>
          <w:i w:val="0"/>
          <w:sz w:val="21"/>
        </w:rPr>
        <w:t>= 2 · π/4 - 1 = π/2 - 1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圆 A 和圆 B 只在原点相交，所以两个透镜形区域不重叠。所求面积为</w:t>
      </w:r>
    </w:p>
    <w:p>
      <w:pPr>
        <w:spacing w:before="0" w:after="80" w:line="300" w:lineRule="auto"/>
        <w:jc w:val="left"/>
      </w:pPr>
      <w:r>
        <w:rPr>
          <w:rFonts w:ascii="Times New Roman" w:hAnsi="Times New Roman" w:eastAsia="宋体"/>
          <w:b w:val="0"/>
          <w:i w:val="0"/>
          <w:sz w:val="21"/>
        </w:rPr>
        <w:t>π - 2(π/2 - 1) = 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A = (-1, 0), B = (1, 0), so their tangency point is the origin, the midpoint of AB. Then C = (0, 1), since C passes through the origin.</w:t>
      </w:r>
    </w:p>
    <w:p>
      <w:pPr>
        <w:spacing w:before="0" w:after="80" w:line="300" w:lineRule="auto"/>
        <w:jc w:val="left"/>
      </w:pPr>
      <w:r>
        <w:rPr>
          <w:rFonts w:ascii="Times New Roman" w:hAnsi="Times New Roman" w:eastAsia="宋体"/>
          <w:b w:val="0"/>
          <w:i w:val="0"/>
          <w:color w:val="333333"/>
          <w:sz w:val="19"/>
        </w:rPr>
        <w:t>The distance from C to A (and to B) is √(2). Two unit circles whose centers are √(2) apart overlap in a lens of area</w:t>
      </w:r>
    </w:p>
    <w:p>
      <w:pPr>
        <w:spacing w:before="0" w:after="80" w:line="300" w:lineRule="auto"/>
        <w:jc w:val="left"/>
      </w:pPr>
      <w:r>
        <w:rPr>
          <w:rFonts w:ascii="Times New Roman" w:hAnsi="Times New Roman" w:eastAsia="宋体"/>
          <w:b w:val="0"/>
          <w:i w:val="0"/>
          <w:color w:val="333333"/>
          <w:sz w:val="19"/>
        </w:rPr>
        <w:t>2cos⁻¹((√(2))/2)</w:t>
      </w:r>
    </w:p>
    <w:p>
      <w:pPr>
        <w:spacing w:before="0" w:after="80" w:line="300" w:lineRule="auto"/>
        <w:jc w:val="left"/>
      </w:pPr>
      <w:r>
        <w:rPr>
          <w:rFonts w:ascii="Times New Roman" w:hAnsi="Times New Roman" w:eastAsia="宋体"/>
          <w:b w:val="0"/>
          <w:i w:val="0"/>
          <w:color w:val="333333"/>
          <w:sz w:val="19"/>
        </w:rPr>
        <w:t>- (√(2))/2√(4 - 2)</w:t>
      </w:r>
    </w:p>
    <w:p>
      <w:pPr>
        <w:spacing w:before="0" w:after="80" w:line="300" w:lineRule="auto"/>
        <w:jc w:val="left"/>
      </w:pPr>
      <w:r>
        <w:rPr>
          <w:rFonts w:ascii="Times New Roman" w:hAnsi="Times New Roman" w:eastAsia="宋体"/>
          <w:b w:val="0"/>
          <w:i w:val="0"/>
          <w:color w:val="333333"/>
          <w:sz w:val="19"/>
        </w:rPr>
        <w:t>= 2 · π/4 - 1 = π/2 - 1.</w:t>
      </w:r>
    </w:p>
    <w:p>
      <w:pPr>
        <w:spacing w:before="0" w:after="80" w:line="300" w:lineRule="auto"/>
        <w:jc w:val="left"/>
      </w:pPr>
      <w:r>
        <w:rPr>
          <w:rFonts w:ascii="Times New Roman" w:hAnsi="Times New Roman" w:eastAsia="宋体"/>
          <w:b w:val="0"/>
          <w:i w:val="0"/>
          <w:color w:val="333333"/>
          <w:sz w:val="19"/>
        </w:rPr>
        <w:t>Circles A and B meet only at the origin, so the two lenses do not overlap. The wanted area is</w:t>
      </w:r>
    </w:p>
    <w:p>
      <w:pPr>
        <w:spacing w:before="0" w:after="80" w:line="300" w:lineRule="auto"/>
        <w:jc w:val="left"/>
      </w:pPr>
      <w:r>
        <w:rPr>
          <w:rFonts w:ascii="Times New Roman" w:hAnsi="Times New Roman" w:eastAsia="宋体"/>
          <w:b w:val="0"/>
          <w:i w:val="0"/>
          <w:color w:val="333333"/>
          <w:sz w:val="19"/>
        </w:rPr>
        <w:t>π - 2(π/2 - 1)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全部相对于河水来测量。在这个参考系中，木筏静止在船出发的位置，而船相对于河水以恒定速度 v 运动，下游和上游方向都是如此。</w:t>
      </w:r>
    </w:p>
    <w:p>
      <w:pPr>
        <w:spacing w:before="0" w:after="80" w:line="300" w:lineRule="auto"/>
        <w:jc w:val="left"/>
      </w:pPr>
      <w:r>
        <w:rPr>
          <w:rFonts w:ascii="Times New Roman" w:hAnsi="Times New Roman" w:eastAsia="宋体"/>
          <w:b w:val="0"/>
          <w:i w:val="0"/>
          <w:sz w:val="21"/>
        </w:rPr>
        <w:t>船离开木筏，向外行驶一段时间，再以相同的相对速度返回木筏，所以去程和回程用时相等。因此到 B 的下行路程花了 9 的一半，即 4.5 小时。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Measure everything relative to the water. In that frame the raft is stationary at the point where the boat started, and the boat moves at its constant speed v relative to the water, both downstream and upstream.</w:t>
      </w:r>
    </w:p>
    <w:p>
      <w:pPr>
        <w:spacing w:before="0" w:after="80" w:line="300" w:lineRule="auto"/>
        <w:jc w:val="left"/>
      </w:pPr>
      <w:r>
        <w:rPr>
          <w:rFonts w:ascii="Times New Roman" w:hAnsi="Times New Roman" w:eastAsia="宋体"/>
          <w:b w:val="0"/>
          <w:i w:val="0"/>
          <w:color w:val="333333"/>
          <w:sz w:val="19"/>
        </w:rPr>
        <w:t>The boat leaves the raft, travels away for some time, then returns to it at the same relative speed, so it spends equal times going and returning. Hence the outbound leg to B takes half of 9, which is 4.5 hours.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设 I 为内心。因为 BI 平分 ∠ B，且 MN ∥ BC，由内错角可得 ∠ MIB = ∠ IBC = ∠ MBI，所以 △ MBI 是等腰三角形，且 MB = MI。同理 NC = NI。</w:t>
      </w:r>
    </w:p>
    <w:p>
      <w:pPr>
        <w:spacing w:before="0" w:after="80" w:line="300" w:lineRule="auto"/>
        <w:jc w:val="left"/>
      </w:pPr>
      <w:r>
        <w:rPr>
          <w:rFonts w:ascii="Times New Roman" w:hAnsi="Times New Roman" w:eastAsia="宋体"/>
          <w:b w:val="0"/>
          <w:i w:val="0"/>
          <w:sz w:val="21"/>
        </w:rPr>
        <w:t>因此 △ AMN 的周长为</w:t>
      </w:r>
    </w:p>
    <w:p>
      <w:pPr>
        <w:spacing w:before="0" w:after="80" w:line="300" w:lineRule="auto"/>
        <w:jc w:val="left"/>
      </w:pPr>
      <w:r>
        <w:rPr>
          <w:rFonts w:ascii="Times New Roman" w:hAnsi="Times New Roman" w:eastAsia="宋体"/>
          <w:b w:val="0"/>
          <w:i w:val="0"/>
          <w:sz w:val="21"/>
        </w:rPr>
        <w:t>AM + MN + NA</w:t>
      </w:r>
    </w:p>
    <w:p>
      <w:pPr>
        <w:spacing w:before="0" w:after="80" w:line="300" w:lineRule="auto"/>
        <w:jc w:val="left"/>
      </w:pPr>
      <w:r>
        <w:rPr>
          <w:rFonts w:ascii="Times New Roman" w:hAnsi="Times New Roman" w:eastAsia="宋体"/>
          <w:b w:val="0"/>
          <w:i w:val="0"/>
          <w:sz w:val="21"/>
        </w:rPr>
        <w:t>= AM + (MI + IN) + NA</w:t>
      </w:r>
    </w:p>
    <w:p>
      <w:pPr>
        <w:spacing w:before="0" w:after="80" w:line="300" w:lineRule="auto"/>
        <w:jc w:val="left"/>
      </w:pPr>
      <w:r>
        <w:rPr>
          <w:rFonts w:ascii="Times New Roman" w:hAnsi="Times New Roman" w:eastAsia="宋体"/>
          <w:b w:val="0"/>
          <w:i w:val="0"/>
          <w:sz w:val="21"/>
        </w:rPr>
        <w:t>= AM + MB + NC + NA</w:t>
      </w:r>
    </w:p>
    <w:p>
      <w:pPr>
        <w:spacing w:before="0" w:after="80" w:line="300" w:lineRule="auto"/>
        <w:jc w:val="left"/>
      </w:pPr>
      <w:r>
        <w:rPr>
          <w:rFonts w:ascii="Times New Roman" w:hAnsi="Times New Roman" w:eastAsia="宋体"/>
          <w:b w:val="0"/>
          <w:i w:val="0"/>
          <w:sz w:val="21"/>
        </w:rPr>
        <w:t>= AB + AC = 12 + 18 = 30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I be the incenter. Because BI bisects ∠ B and MN ∥ BC, alternate angles give ∠ MIB = ∠ IBC = ∠ MBI, so △ MBI is isosceles with MB = MI. Similarly NC = NI.</w:t>
      </w:r>
    </w:p>
    <w:p>
      <w:pPr>
        <w:spacing w:before="0" w:after="80" w:line="300" w:lineRule="auto"/>
        <w:jc w:val="left"/>
      </w:pPr>
      <w:r>
        <w:rPr>
          <w:rFonts w:ascii="Times New Roman" w:hAnsi="Times New Roman" w:eastAsia="宋体"/>
          <w:b w:val="0"/>
          <w:i w:val="0"/>
          <w:color w:val="333333"/>
          <w:sz w:val="19"/>
        </w:rPr>
        <w:t>Therefore the perimeter of △ AMN is</w:t>
      </w:r>
    </w:p>
    <w:p>
      <w:pPr>
        <w:spacing w:before="0" w:after="80" w:line="300" w:lineRule="auto"/>
        <w:jc w:val="left"/>
      </w:pPr>
      <w:r>
        <w:rPr>
          <w:rFonts w:ascii="Times New Roman" w:hAnsi="Times New Roman" w:eastAsia="宋体"/>
          <w:b w:val="0"/>
          <w:i w:val="0"/>
          <w:color w:val="333333"/>
          <w:sz w:val="19"/>
        </w:rPr>
        <w:t>AM + MN + NA</w:t>
      </w:r>
    </w:p>
    <w:p>
      <w:pPr>
        <w:spacing w:before="0" w:after="80" w:line="300" w:lineRule="auto"/>
        <w:jc w:val="left"/>
      </w:pPr>
      <w:r>
        <w:rPr>
          <w:rFonts w:ascii="Times New Roman" w:hAnsi="Times New Roman" w:eastAsia="宋体"/>
          <w:b w:val="0"/>
          <w:i w:val="0"/>
          <w:color w:val="333333"/>
          <w:sz w:val="19"/>
        </w:rPr>
        <w:t>= AM + (MI + IN) + NA</w:t>
      </w:r>
    </w:p>
    <w:p>
      <w:pPr>
        <w:spacing w:before="0" w:after="80" w:line="300" w:lineRule="auto"/>
        <w:jc w:val="left"/>
      </w:pPr>
      <w:r>
        <w:rPr>
          <w:rFonts w:ascii="Times New Roman" w:hAnsi="Times New Roman" w:eastAsia="宋体"/>
          <w:b w:val="0"/>
          <w:i w:val="0"/>
          <w:color w:val="333333"/>
          <w:sz w:val="19"/>
        </w:rPr>
        <w:t>= AM + MB + NC + NA</w:t>
      </w:r>
    </w:p>
    <w:p>
      <w:pPr>
        <w:spacing w:before="0" w:after="80" w:line="300" w:lineRule="auto"/>
        <w:jc w:val="left"/>
      </w:pPr>
      <w:r>
        <w:rPr>
          <w:rFonts w:ascii="Times New Roman" w:hAnsi="Times New Roman" w:eastAsia="宋体"/>
          <w:b w:val="0"/>
          <w:i w:val="0"/>
          <w:color w:val="333333"/>
          <w:sz w:val="19"/>
        </w:rPr>
        <w:t>= AB + AC = 12 + 18 = 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代入 x = a、y = b，点在抛物线上方当且仅当 b &gt; a³ - ab，即 b(a + 1) &gt; a³。</w:t>
      </w:r>
    </w:p>
    <w:p>
      <w:pPr>
        <w:spacing w:before="0" w:after="80" w:line="300" w:lineRule="auto"/>
        <w:jc w:val="left"/>
      </w:pPr>
      <w:r>
        <w:rPr>
          <w:rFonts w:ascii="Times New Roman" w:hAnsi="Times New Roman" w:eastAsia="宋体"/>
          <w:b w:val="0"/>
          <w:i w:val="0"/>
          <w:sz w:val="21"/>
        </w:rPr>
        <w:t>当 a = 1：b &gt; 1/2，所有 9 个值都可行。当 a = 2：b &gt; 8/3，所以 b ≥ 3 有 7 个。当 a = 3：b &gt; 27/4 = 6.75，所以 b ≥ 7 有 3 个。当 a ≥ 4 时，没有 b ≤ 9 可行。</w:t>
      </w:r>
    </w:p>
    <w:p>
      <w:pPr>
        <w:spacing w:before="0" w:after="80" w:line="300" w:lineRule="auto"/>
        <w:jc w:val="left"/>
      </w:pPr>
      <w:r>
        <w:rPr>
          <w:rFonts w:ascii="Times New Roman" w:hAnsi="Times New Roman" w:eastAsia="宋体"/>
          <w:b w:val="0"/>
          <w:i w:val="0"/>
          <w:sz w:val="21"/>
        </w:rPr>
        <w:t>总数为 9 + 7 + 3 = 19，共 81 种情况，所以概率为 19/81。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Substituting x = a, y = b, the point is above the parabola when b &gt; a³ - ab, i.e. b(a + 1) &gt; a³.</w:t>
      </w:r>
    </w:p>
    <w:p>
      <w:pPr>
        <w:spacing w:before="0" w:after="80" w:line="300" w:lineRule="auto"/>
        <w:jc w:val="left"/>
      </w:pPr>
      <w:r>
        <w:rPr>
          <w:rFonts w:ascii="Times New Roman" w:hAnsi="Times New Roman" w:eastAsia="宋体"/>
          <w:b w:val="0"/>
          <w:i w:val="0"/>
          <w:color w:val="333333"/>
          <w:sz w:val="19"/>
        </w:rPr>
        <w:t>For a = 1: b &gt; 1/2, all 9 values work. For a = 2: b &gt; 8/3, so b ≥ 3, giving 7. For a = 3: b &gt; 27/4 = 6.75, so b ≥ 7, giving 3. For a ≥ 4, no b ≤ 9 works.</w:t>
      </w:r>
    </w:p>
    <w:p>
      <w:pPr>
        <w:spacing w:before="0" w:after="80" w:line="300" w:lineRule="auto"/>
        <w:jc w:val="left"/>
      </w:pPr>
      <w:r>
        <w:rPr>
          <w:rFonts w:ascii="Times New Roman" w:hAnsi="Times New Roman" w:eastAsia="宋体"/>
          <w:b w:val="0"/>
          <w:i w:val="0"/>
          <w:color w:val="333333"/>
          <w:sz w:val="19"/>
        </w:rPr>
        <w:t>The count is 9 + 7 + 3 = 19 out of 81, so the probability is 19/81.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设底面边长为 s，底面中心在原点，顶点高度为 6。用通过顶点和两条相对底边中点的竖直平面截取。侧面在截面中表现为从 (s/2, 0) 到 (0, 6) 的直线。</w:t>
      </w:r>
    </w:p>
    <w:p>
      <w:pPr>
        <w:spacing w:before="0" w:after="80" w:line="300" w:lineRule="auto"/>
        <w:jc w:val="left"/>
      </w:pPr>
      <w:r>
        <w:rPr>
          <w:rFonts w:ascii="Times New Roman" w:hAnsi="Times New Roman" w:eastAsia="宋体"/>
          <w:b w:val="0"/>
          <w:i w:val="0"/>
          <w:sz w:val="21"/>
        </w:rPr>
        <w:t>这条直线是 2/sx + 1/6 y = 1。半球与该面相切，所以原点到这条直线的距离等于半径 2：</w:t>
      </w:r>
    </w:p>
    <w:p>
      <w:pPr>
        <w:spacing w:before="0" w:after="80" w:line="300" w:lineRule="auto"/>
        <w:jc w:val="left"/>
      </w:pPr>
      <w:r>
        <w:rPr>
          <w:rFonts w:ascii="Times New Roman" w:hAnsi="Times New Roman" w:eastAsia="宋体"/>
          <w:b w:val="0"/>
          <w:i w:val="0"/>
          <w:sz w:val="21"/>
        </w:rPr>
        <w:t>1/(√(4/s² + 1/36)) = 2。</w:t>
      </w:r>
    </w:p>
    <w:p>
      <w:pPr>
        <w:spacing w:before="0" w:after="80" w:line="300" w:lineRule="auto"/>
        <w:jc w:val="left"/>
      </w:pPr>
      <w:r>
        <w:rPr>
          <w:rFonts w:ascii="Times New Roman" w:hAnsi="Times New Roman" w:eastAsia="宋体"/>
          <w:b w:val="0"/>
          <w:i w:val="0"/>
          <w:sz w:val="21"/>
        </w:rPr>
        <w:t>因此 4/s² + 1/36 = 1/4，所以 4/s² = 2/9，s² = 18，得 s = 3√(2)。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base have side s, centered at the origin, with apex at height 6. Cut with the vertical plane through the apex and the midpoints of two opposite base edges. The slant face appears as the line from (s/2, 0) to (0, 6).</w:t>
      </w:r>
    </w:p>
    <w:p>
      <w:pPr>
        <w:spacing w:before="0" w:after="80" w:line="300" w:lineRule="auto"/>
        <w:jc w:val="left"/>
      </w:pPr>
      <w:r>
        <w:rPr>
          <w:rFonts w:ascii="Times New Roman" w:hAnsi="Times New Roman" w:eastAsia="宋体"/>
          <w:b w:val="0"/>
          <w:i w:val="0"/>
          <w:color w:val="333333"/>
          <w:sz w:val="19"/>
        </w:rPr>
        <w:t>This line is 2/sx + 1/6 y = 1. The hemisphere is tangent to the face, so the distance from the origin to this line is the radius 2:</w:t>
      </w:r>
    </w:p>
    <w:p>
      <w:pPr>
        <w:spacing w:before="0" w:after="80" w:line="300" w:lineRule="auto"/>
        <w:jc w:val="left"/>
      </w:pPr>
      <w:r>
        <w:rPr>
          <w:rFonts w:ascii="Times New Roman" w:hAnsi="Times New Roman" w:eastAsia="宋体"/>
          <w:b w:val="0"/>
          <w:i w:val="0"/>
          <w:color w:val="333333"/>
          <w:sz w:val="19"/>
        </w:rPr>
        <w:t>1/(√(4/s² + 1/36)) = 2.</w:t>
      </w:r>
    </w:p>
    <w:p>
      <w:pPr>
        <w:spacing w:before="0" w:after="80" w:line="300" w:lineRule="auto"/>
        <w:jc w:val="left"/>
      </w:pPr>
      <w:r>
        <w:rPr>
          <w:rFonts w:ascii="Times New Roman" w:hAnsi="Times New Roman" w:eastAsia="宋体"/>
          <w:b w:val="0"/>
          <w:i w:val="0"/>
          <w:color w:val="333333"/>
          <w:sz w:val="19"/>
        </w:rPr>
        <w:t>Then 4/s² + 1/36 = 1/4, so 4/s² = 2/9 and s² = 18, giving s =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对角线按顺序连接顶点 A - C - E - B - D - A，形成一个 5-环。题目条件正是要求这个环被正常涂色。</w:t>
      </w:r>
    </w:p>
    <w:p>
      <w:pPr>
        <w:spacing w:before="0" w:after="80" w:line="300" w:lineRule="auto"/>
        <w:jc w:val="left"/>
      </w:pPr>
      <w:r>
        <w:rPr>
          <w:rFonts w:ascii="Times New Roman" w:hAnsi="Times New Roman" w:eastAsia="宋体"/>
          <w:b w:val="0"/>
          <w:i w:val="0"/>
          <w:sz w:val="21"/>
        </w:rPr>
        <w:t>长度为 n 的环用 k 种颜色作正常涂色的数量为 (k-1)ⁿ + (-1)ⁿ (k-1)。取 n = 5 且 k = 6，</w:t>
      </w:r>
    </w:p>
    <w:p>
      <w:pPr>
        <w:spacing w:before="0" w:after="80" w:line="300" w:lineRule="auto"/>
        <w:jc w:val="left"/>
      </w:pPr>
      <w:r>
        <w:rPr>
          <w:rFonts w:ascii="Times New Roman" w:hAnsi="Times New Roman" w:eastAsia="宋体"/>
          <w:b w:val="0"/>
          <w:i w:val="0"/>
          <w:sz w:val="21"/>
        </w:rPr>
        <w:t>5⁵ + (-1)⁵ · 5</w:t>
      </w:r>
    </w:p>
    <w:p>
      <w:pPr>
        <w:spacing w:before="0" w:after="80" w:line="300" w:lineRule="auto"/>
        <w:jc w:val="left"/>
      </w:pPr>
      <w:r>
        <w:rPr>
          <w:rFonts w:ascii="Times New Roman" w:hAnsi="Times New Roman" w:eastAsia="宋体"/>
          <w:b w:val="0"/>
          <w:i w:val="0"/>
          <w:sz w:val="21"/>
        </w:rPr>
        <w:t>= 3125 - 5 = 3120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diagonals connect the vertices in the order A - C - E - B - D - A, which is a 5-cycle. The condition is exactly that this cycle is properly colored.</w:t>
      </w:r>
    </w:p>
    <w:p>
      <w:pPr>
        <w:spacing w:before="0" w:after="80" w:line="300" w:lineRule="auto"/>
        <w:jc w:val="left"/>
      </w:pPr>
      <w:r>
        <w:rPr>
          <w:rFonts w:ascii="Times New Roman" w:hAnsi="Times New Roman" w:eastAsia="宋体"/>
          <w:b w:val="0"/>
          <w:i w:val="0"/>
          <w:color w:val="333333"/>
          <w:sz w:val="19"/>
        </w:rPr>
        <w:t>The number of proper k-colorings of a cycle of length n is (k-1)ⁿ + (-1)ⁿ (k-1). With n = 5 and k = 6,</w:t>
      </w:r>
    </w:p>
    <w:p>
      <w:pPr>
        <w:spacing w:before="0" w:after="80" w:line="300" w:lineRule="auto"/>
        <w:jc w:val="left"/>
      </w:pPr>
      <w:r>
        <w:rPr>
          <w:rFonts w:ascii="Times New Roman" w:hAnsi="Times New Roman" w:eastAsia="宋体"/>
          <w:b w:val="0"/>
          <w:i w:val="0"/>
          <w:color w:val="333333"/>
          <w:sz w:val="19"/>
        </w:rPr>
        <w:t>5⁵ + (-1)⁵ · 5</w:t>
      </w:r>
    </w:p>
    <w:p>
      <w:pPr>
        <w:spacing w:before="0" w:after="80" w:line="300" w:lineRule="auto"/>
        <w:jc w:val="left"/>
      </w:pPr>
      <w:r>
        <w:rPr>
          <w:rFonts w:ascii="Times New Roman" w:hAnsi="Times New Roman" w:eastAsia="宋体"/>
          <w:b w:val="0"/>
          <w:i w:val="0"/>
          <w:color w:val="333333"/>
          <w:sz w:val="19"/>
        </w:rPr>
        <w:t>= 3125 - 5 = 3120.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圆心之间的距离等于半径和：3，4，和 5，形成一个直角三角形，直角在半径为 1 的圆心处。把该圆心放在 (0,0)，半径为 2 的圆心放在 (3,0)，半径为 3 的圆心放在 (0,4)。</w:t>
      </w:r>
    </w:p>
    <w:p>
      <w:pPr>
        <w:spacing w:before="0" w:after="80" w:line="300" w:lineRule="auto"/>
        <w:jc w:val="left"/>
      </w:pPr>
      <w:r>
        <w:rPr>
          <w:rFonts w:ascii="Times New Roman" w:hAnsi="Times New Roman" w:eastAsia="宋体"/>
          <w:b w:val="0"/>
          <w:i w:val="0"/>
          <w:sz w:val="21"/>
        </w:rPr>
        <w:t>切点在线段上，距离等于相应半径：(1, 0)，(0, 1)，以及斜边上的 (3,0) + 2 · ((-3,4))/5 = (9/5, 8/5)。</w:t>
      </w:r>
    </w:p>
    <w:p>
      <w:pPr>
        <w:spacing w:before="0" w:after="80" w:line="300" w:lineRule="auto"/>
        <w:jc w:val="left"/>
      </w:pPr>
      <w:r>
        <w:rPr>
          <w:rFonts w:ascii="Times New Roman" w:hAnsi="Times New Roman" w:eastAsia="宋体"/>
          <w:b w:val="0"/>
          <w:i w:val="0"/>
          <w:sz w:val="21"/>
        </w:rPr>
        <w:t>由鞋带公式，面积为</w:t>
      </w:r>
    </w:p>
    <w:p>
      <w:pPr>
        <w:spacing w:before="0" w:after="80" w:line="300" w:lineRule="auto"/>
        <w:jc w:val="left"/>
      </w:pPr>
      <w:r>
        <w:rPr>
          <w:rFonts w:ascii="Times New Roman" w:hAnsi="Times New Roman" w:eastAsia="宋体"/>
          <w:b w:val="0"/>
          <w:i w:val="0"/>
          <w:sz w:val="21"/>
        </w:rPr>
        <w:t>1/2| 1(1 - 8/5) + 0 + 9/5(0 - 1) |</w:t>
      </w:r>
    </w:p>
    <w:p>
      <w:pPr>
        <w:spacing w:before="0" w:after="80" w:line="300" w:lineRule="auto"/>
        <w:jc w:val="left"/>
      </w:pPr>
      <w:r>
        <w:rPr>
          <w:rFonts w:ascii="Times New Roman" w:hAnsi="Times New Roman" w:eastAsia="宋体"/>
          <w:b w:val="0"/>
          <w:i w:val="0"/>
          <w:sz w:val="21"/>
        </w:rPr>
        <w:t>= 1/2 · 12/5 = 6/5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centers are separated by the sums of radii: 3, 4, and 5, a right triangle with the right angle at the radius-1 center. Place that center at (0,0), the radius-2 center at (3,0), and the radius-3 center at (0,4).</w:t>
      </w:r>
    </w:p>
    <w:p>
      <w:pPr>
        <w:spacing w:before="0" w:after="80" w:line="300" w:lineRule="auto"/>
        <w:jc w:val="left"/>
      </w:pPr>
      <w:r>
        <w:rPr>
          <w:rFonts w:ascii="Times New Roman" w:hAnsi="Times New Roman" w:eastAsia="宋体"/>
          <w:b w:val="0"/>
          <w:i w:val="0"/>
          <w:color w:val="333333"/>
          <w:sz w:val="19"/>
        </w:rPr>
        <w:t>The tangency points lie on the segments at distances equal to the radii: (1, 0), (0, 1), and on the hypotenuse at (3,0) + 2 · ((-3,4))/5 = (9/5, 8/5).</w:t>
      </w:r>
    </w:p>
    <w:p>
      <w:pPr>
        <w:spacing w:before="0" w:after="80" w:line="300" w:lineRule="auto"/>
        <w:jc w:val="left"/>
      </w:pPr>
      <w:r>
        <w:rPr>
          <w:rFonts w:ascii="Times New Roman" w:hAnsi="Times New Roman" w:eastAsia="宋体"/>
          <w:b w:val="0"/>
          <w:i w:val="0"/>
          <w:color w:val="333333"/>
          <w:sz w:val="19"/>
        </w:rPr>
        <w:t>By the shoelace formula the area is</w:t>
      </w:r>
    </w:p>
    <w:p>
      <w:pPr>
        <w:spacing w:before="0" w:after="80" w:line="300" w:lineRule="auto"/>
        <w:jc w:val="left"/>
      </w:pPr>
      <w:r>
        <w:rPr>
          <w:rFonts w:ascii="Times New Roman" w:hAnsi="Times New Roman" w:eastAsia="宋体"/>
          <w:b w:val="0"/>
          <w:i w:val="0"/>
          <w:color w:val="333333"/>
          <w:sz w:val="19"/>
        </w:rPr>
        <w:t>1/2| 1(1 - 8/5) + 0 + 9/5(0 - 1) |</w:t>
      </w:r>
    </w:p>
    <w:p>
      <w:pPr>
        <w:spacing w:before="0" w:after="80" w:line="300" w:lineRule="auto"/>
        <w:jc w:val="left"/>
      </w:pPr>
      <w:r>
        <w:rPr>
          <w:rFonts w:ascii="Times New Roman" w:hAnsi="Times New Roman" w:eastAsia="宋体"/>
          <w:b w:val="0"/>
          <w:i w:val="0"/>
          <w:color w:val="333333"/>
          <w:sz w:val="19"/>
        </w:rPr>
        <w:t>= 1/2 · 12/5 = 6/5.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恒等式 |x+y| + |x-y| = 2max(|x|, |y|) 将条件变成 max(|x|, |y|) = 1，即满足 |x| ≤ 1 且 |y| ≤ 1 的正方形边界。</w:t>
      </w:r>
    </w:p>
    <w:p>
      <w:pPr>
        <w:spacing w:before="0" w:after="80" w:line="300" w:lineRule="auto"/>
        <w:jc w:val="left"/>
      </w:pPr>
      <w:r>
        <w:rPr>
          <w:rFonts w:ascii="Times New Roman" w:hAnsi="Times New Roman" w:eastAsia="宋体"/>
          <w:b w:val="0"/>
          <w:i w:val="0"/>
          <w:sz w:val="21"/>
        </w:rPr>
        <w:t>在这个区域上，x² - 6x + y² 会随着 x 变小以及 y² 变大而增大，所以最大值在 x = -1、y = ± 1 处取得：</w:t>
      </w:r>
    </w:p>
    <w:p>
      <w:pPr>
        <w:spacing w:before="0" w:after="80" w:line="300" w:lineRule="auto"/>
        <w:jc w:val="left"/>
      </w:pPr>
      <w:r>
        <w:rPr>
          <w:rFonts w:ascii="Times New Roman" w:hAnsi="Times New Roman" w:eastAsia="宋体"/>
          <w:b w:val="0"/>
          <w:i w:val="0"/>
          <w:sz w:val="21"/>
        </w:rPr>
        <w:t>1 + 6 + 1 = 8。</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identity |x+y| + |x-y| = 2max(|x|, |y|) turns the condition into max(|x|, |y|) = 1, the boundary of the square with |x| ≤ 1 and |y| ≤ 1.</w:t>
      </w:r>
    </w:p>
    <w:p>
      <w:pPr>
        <w:spacing w:before="0" w:after="80" w:line="300" w:lineRule="auto"/>
        <w:jc w:val="left"/>
      </w:pPr>
      <w:r>
        <w:rPr>
          <w:rFonts w:ascii="Times New Roman" w:hAnsi="Times New Roman" w:eastAsia="宋体"/>
          <w:b w:val="0"/>
          <w:i w:val="0"/>
          <w:color w:val="333333"/>
          <w:sz w:val="19"/>
        </w:rPr>
        <w:t>On this region x² - 6x + y² increases as x decreases and as y² increases, so the maximum is at x = -1, y = ± 1:</w:t>
      </w:r>
    </w:p>
    <w:p>
      <w:pPr>
        <w:spacing w:before="0" w:after="80" w:line="300" w:lineRule="auto"/>
        <w:jc w:val="left"/>
      </w:pPr>
      <w:r>
        <w:rPr>
          <w:rFonts w:ascii="Times New Roman" w:hAnsi="Times New Roman" w:eastAsia="宋体"/>
          <w:b w:val="0"/>
          <w:i w:val="0"/>
          <w:color w:val="333333"/>
          <w:sz w:val="19"/>
        </w:rPr>
        <w:t>1 + 6 + 1 =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令 m = ⌊ log₂ (N - 1) ⌋，则精英人数为 2ᵐ⁺¹ - N = 19，得 N = 2ᵐ⁺¹ - 19。</w:t>
      </w:r>
    </w:p>
    <w:p>
      <w:pPr>
        <w:spacing w:before="0" w:after="80" w:line="300" w:lineRule="auto"/>
        <w:jc w:val="left"/>
      </w:pPr>
      <w:r>
        <w:rPr>
          <w:rFonts w:ascii="Times New Roman" w:hAnsi="Times New Roman" w:eastAsia="宋体"/>
          <w:b w:val="0"/>
          <w:i w:val="0"/>
          <w:sz w:val="21"/>
        </w:rPr>
        <w:t>一致性要求 2ᵐ ≤ N - 1 = 2ᵐ⁺¹ - 20，即 2ᵐ ≥ 20，所以 m ≥ 5。</w:t>
      </w:r>
    </w:p>
    <w:p>
      <w:pPr>
        <w:spacing w:before="0" w:after="80" w:line="300" w:lineRule="auto"/>
        <w:jc w:val="left"/>
      </w:pPr>
      <w:r>
        <w:rPr>
          <w:rFonts w:ascii="Times New Roman" w:hAnsi="Times New Roman" w:eastAsia="宋体"/>
          <w:b w:val="0"/>
          <w:i w:val="0"/>
          <w:sz w:val="21"/>
        </w:rPr>
        <w:t>两个最小选择是 m = 5，给出 N = 64 - 19 = 45，以及 m = 6，给出 N = 128 - 19 = 109。它们的和为 154。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 = ⌊ log₂ (N - 1) ⌋, so the elite count is 2ᵐ⁺¹ - N = 19, giving N = 2ᵐ⁺¹ - 19.</w:t>
      </w:r>
    </w:p>
    <w:p>
      <w:pPr>
        <w:spacing w:before="0" w:after="80" w:line="300" w:lineRule="auto"/>
        <w:jc w:val="left"/>
      </w:pPr>
      <w:r>
        <w:rPr>
          <w:rFonts w:ascii="Times New Roman" w:hAnsi="Times New Roman" w:eastAsia="宋体"/>
          <w:b w:val="0"/>
          <w:i w:val="0"/>
          <w:color w:val="333333"/>
          <w:sz w:val="19"/>
        </w:rPr>
        <w:t>Consistency requires 2ᵐ ≤ N - 1 = 2ᵐ⁺¹ - 20, i.e. 2ᵐ ≥ 20, so m ≥ 5.</w:t>
      </w:r>
    </w:p>
    <w:p>
      <w:pPr>
        <w:spacing w:before="0" w:after="80" w:line="300" w:lineRule="auto"/>
        <w:jc w:val="left"/>
      </w:pPr>
      <w:r>
        <w:rPr>
          <w:rFonts w:ascii="Times New Roman" w:hAnsi="Times New Roman" w:eastAsia="宋体"/>
          <w:b w:val="0"/>
          <w:i w:val="0"/>
          <w:color w:val="333333"/>
          <w:sz w:val="19"/>
        </w:rPr>
        <w:t>The two smallest choices are m = 5 giving N = 64 - 19 = 45, and m = 6 giving N = 128 - 19 = 109. Their sum is 154.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因为 f(1) = a + b + c = 0，所以 c = -a - b。因此</w:t>
      </w:r>
    </w:p>
    <w:p>
      <w:pPr>
        <w:spacing w:before="0" w:after="80" w:line="300" w:lineRule="auto"/>
        <w:jc w:val="left"/>
      </w:pPr>
      <w:r>
        <w:rPr>
          <w:rFonts w:ascii="Times New Roman" w:hAnsi="Times New Roman" w:eastAsia="宋体"/>
          <w:b w:val="0"/>
          <w:i w:val="0"/>
          <w:sz w:val="21"/>
        </w:rPr>
        <w:t>f(7) = 48a + 6b = 6(8a + b)，</w:t>
      </w:r>
    </w:p>
    <w:p>
      <w:pPr>
        <w:spacing w:before="0" w:after="80" w:line="300" w:lineRule="auto"/>
        <w:jc w:val="left"/>
      </w:pPr>
      <w:r>
        <w:rPr>
          <w:rFonts w:ascii="Times New Roman" w:hAnsi="Times New Roman" w:eastAsia="宋体"/>
          <w:b w:val="0"/>
          <w:i w:val="0"/>
          <w:sz w:val="21"/>
        </w:rPr>
        <w:t>f(8) = 63a + 7b = 7(9a + b)。</w:t>
      </w:r>
    </w:p>
    <w:p>
      <w:pPr>
        <w:spacing w:before="0" w:after="80" w:line="300" w:lineRule="auto"/>
        <w:jc w:val="left"/>
      </w:pPr>
      <w:r>
        <w:rPr>
          <w:rFonts w:ascii="Times New Roman" w:hAnsi="Times New Roman" w:eastAsia="宋体"/>
          <w:b w:val="0"/>
          <w:i w:val="0"/>
          <w:sz w:val="21"/>
        </w:rPr>
        <w:t>由 50 &lt; 6(8a + b) &lt; 60 得 8a + b = 9，由 70 &lt; 7(9a + b) &lt; 80 得 9a + b = 11。相减得 a = 2，进而 b = -7，c = 5。</w:t>
      </w:r>
    </w:p>
    <w:p>
      <w:pPr>
        <w:spacing w:before="0" w:after="80" w:line="300" w:lineRule="auto"/>
        <w:jc w:val="left"/>
      </w:pPr>
      <w:r>
        <w:rPr>
          <w:rFonts w:ascii="Times New Roman" w:hAnsi="Times New Roman" w:eastAsia="宋体"/>
          <w:b w:val="0"/>
          <w:i w:val="0"/>
          <w:sz w:val="21"/>
        </w:rPr>
        <w:t>所以 f(100) = 20000 - 700 + 5 = 19305，它满足 5000 · 3 &lt; 19305 &lt; 5000 · 4，因此 k = 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f(1) = a + b + c = 0, we have c = -a - b. Then</w:t>
      </w:r>
    </w:p>
    <w:p>
      <w:pPr>
        <w:spacing w:before="0" w:after="80" w:line="300" w:lineRule="auto"/>
        <w:jc w:val="left"/>
      </w:pPr>
      <w:r>
        <w:rPr>
          <w:rFonts w:ascii="Times New Roman" w:hAnsi="Times New Roman" w:eastAsia="宋体"/>
          <w:b w:val="0"/>
          <w:i w:val="0"/>
          <w:color w:val="333333"/>
          <w:sz w:val="19"/>
        </w:rPr>
        <w:t>f(7) = 48a + 6b = 6(8a + b),</w:t>
      </w:r>
    </w:p>
    <w:p>
      <w:pPr>
        <w:spacing w:before="0" w:after="80" w:line="300" w:lineRule="auto"/>
        <w:jc w:val="left"/>
      </w:pPr>
      <w:r>
        <w:rPr>
          <w:rFonts w:ascii="Times New Roman" w:hAnsi="Times New Roman" w:eastAsia="宋体"/>
          <w:b w:val="0"/>
          <w:i w:val="0"/>
          <w:color w:val="333333"/>
          <w:sz w:val="19"/>
        </w:rPr>
        <w:t>f(8) = 63a + 7b = 7(9a + b).</w:t>
      </w:r>
    </w:p>
    <w:p>
      <w:pPr>
        <w:spacing w:before="0" w:after="80" w:line="300" w:lineRule="auto"/>
        <w:jc w:val="left"/>
      </w:pPr>
      <w:r>
        <w:rPr>
          <w:rFonts w:ascii="Times New Roman" w:hAnsi="Times New Roman" w:eastAsia="宋体"/>
          <w:b w:val="0"/>
          <w:i w:val="0"/>
          <w:color w:val="333333"/>
          <w:sz w:val="19"/>
        </w:rPr>
        <w:t>From 50 &lt; 6(8a + b) &lt; 60 we get 8a + b = 9, and from 70 &lt; 7(9a + b) &lt; 80 we get 9a + b = 11. Subtracting, a = 2, then b = -7 and c = 5.</w:t>
      </w:r>
    </w:p>
    <w:p>
      <w:pPr>
        <w:spacing w:before="0" w:after="80" w:line="300" w:lineRule="auto"/>
        <w:jc w:val="left"/>
      </w:pPr>
      <w:r>
        <w:rPr>
          <w:rFonts w:ascii="Times New Roman" w:hAnsi="Times New Roman" w:eastAsia="宋体"/>
          <w:b w:val="0"/>
          <w:i w:val="0"/>
          <w:color w:val="333333"/>
          <w:sz w:val="19"/>
        </w:rPr>
        <w:t>So f(100) = 20000 - 700 + 5 = 19305, which lies in 5000 · 3 &lt; 19305 &lt; 5000 · 4, giving k =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每一步都要求 √(n² - x) 落在 fₙ₋₁ 的定义域中。追踪定义域：</w:t>
      </w:r>
    </w:p>
    <w:p>
      <w:pPr>
        <w:spacing w:before="0" w:after="80" w:line="300" w:lineRule="auto"/>
        <w:jc w:val="left"/>
      </w:pPr>
      <w:r>
        <w:rPr>
          <w:rFonts w:ascii="Times New Roman" w:hAnsi="Times New Roman" w:eastAsia="宋体"/>
          <w:b w:val="0"/>
          <w:i w:val="0"/>
          <w:sz w:val="21"/>
        </w:rPr>
        <w:t>f₁: (-∞, 1]。f₂: √(4 - x) ∈ (-∞, 1] ⇒ [3, 4]。f₃: √(9 - x) ∈ [3, 4] ⇒ [-7, 0]。f₄: √(16 - x) ∈ [-7, 0] ⇒ {16}（只有值 0 可能）。f₅: √(25 - x) = 16 ⇒ {-231}。</w:t>
      </w:r>
    </w:p>
    <w:p>
      <w:pPr>
        <w:spacing w:before="0" w:after="80" w:line="300" w:lineRule="auto"/>
        <w:jc w:val="left"/>
      </w:pPr>
      <w:r>
        <w:rPr>
          <w:rFonts w:ascii="Times New Roman" w:hAnsi="Times New Roman" w:eastAsia="宋体"/>
          <w:b w:val="0"/>
          <w:i w:val="0"/>
          <w:sz w:val="21"/>
        </w:rPr>
        <w:t>对 f₆，我们需要 √(36 - x) = -231，这是不可能的，所以定义域为空。因此 N = 5，c = -231，且 N + c = -226。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step requires √(n² - x) to lie in the domain of fₙ₋₁. Tracking the domains:</w:t>
      </w:r>
    </w:p>
    <w:p>
      <w:pPr>
        <w:spacing w:before="0" w:after="80" w:line="300" w:lineRule="auto"/>
        <w:jc w:val="left"/>
      </w:pPr>
      <w:r>
        <w:rPr>
          <w:rFonts w:ascii="Times New Roman" w:hAnsi="Times New Roman" w:eastAsia="宋体"/>
          <w:b w:val="0"/>
          <w:i w:val="0"/>
          <w:color w:val="333333"/>
          <w:sz w:val="19"/>
        </w:rPr>
        <w:t>f₁: (-∞, 1]. f₂: √(4 - x) ∈ (-∞, 1] ⇒ [3, 4]. f₃: √(9 - x) ∈ [3, 4] ⇒ [-7, 0]. f₄: √(16 - x) ∈ [-7, 0] ⇒ {16} (only the value 0 is possible). f₅: √(25 - x) = 16 ⇒ {-231}.</w:t>
      </w:r>
    </w:p>
    <w:p>
      <w:pPr>
        <w:spacing w:before="0" w:after="80" w:line="300" w:lineRule="auto"/>
        <w:jc w:val="left"/>
      </w:pPr>
      <w:r>
        <w:rPr>
          <w:rFonts w:ascii="Times New Roman" w:hAnsi="Times New Roman" w:eastAsia="宋体"/>
          <w:b w:val="0"/>
          <w:i w:val="0"/>
          <w:color w:val="333333"/>
          <w:sz w:val="19"/>
        </w:rPr>
        <w:t>For f₆ we would need √(36 - x) = -231, impossible, so the domain is empty. Hence N = 5, c = -231, and N + c = -226.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将正方形缩放为 [0,1]²，并令 X=(x,y)。射线必须包括通向四个顶点的射线。每个小三角形的面积都是 1/n。以底边各段为底的三角形面积之和为 y/2，所以这样的三角形有 ny/2 个。同理，沿上、左、右三边的个数分别是 (n(1-y))/2，nx/2，和 (n(1-x))/2。</w:t>
      </w:r>
    </w:p>
    <w:p>
      <w:pPr>
        <w:spacing w:before="0" w:after="80" w:line="300" w:lineRule="auto"/>
        <w:jc w:val="left"/>
      </w:pPr>
      <w:r>
        <w:rPr>
          <w:rFonts w:ascii="Times New Roman" w:hAnsi="Times New Roman" w:eastAsia="宋体"/>
          <w:b w:val="0"/>
          <w:i w:val="0"/>
          <w:sz w:val="21"/>
        </w:rPr>
        <w:t>这四个数都必须是正整数。因此 n 是偶数，并且</w:t>
      </w:r>
    </w:p>
    <w:p>
      <w:pPr>
        <w:spacing w:before="0" w:after="80" w:line="300" w:lineRule="auto"/>
        <w:jc w:val="left"/>
      </w:pPr>
      <w:r>
        <w:rPr>
          <w:rFonts w:ascii="Times New Roman" w:hAnsi="Times New Roman" w:eastAsia="宋体"/>
          <w:b w:val="0"/>
          <w:i w:val="0"/>
          <w:sz w:val="21"/>
        </w:rPr>
        <w:t>X=(2i/n,2j/n),</w:t>
      </w:r>
    </w:p>
    <w:p>
      <w:pPr>
        <w:spacing w:before="0" w:after="80" w:line="300" w:lineRule="auto"/>
        <w:jc w:val="left"/>
      </w:pPr>
      <w:r>
        <w:rPr>
          <w:rFonts w:ascii="Times New Roman" w:hAnsi="Times New Roman" w:eastAsia="宋体"/>
          <w:b w:val="0"/>
          <w:i w:val="0"/>
          <w:sz w:val="21"/>
        </w:rPr>
        <w:t>1≤ i,j≤n/2-1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反过来，按上述数量把每条边等分，并将分点连接到 X，就会得到 n 个等面积三角形。因此这些恰好是分割点。</w:t>
      </w:r>
    </w:p>
    <w:p>
      <w:pPr>
        <w:spacing w:before="0" w:after="80" w:line="300" w:lineRule="auto"/>
        <w:jc w:val="left"/>
      </w:pPr>
      <w:r>
        <w:rPr>
          <w:rFonts w:ascii="Times New Roman" w:hAnsi="Times New Roman" w:eastAsia="宋体"/>
          <w:b w:val="0"/>
          <w:i w:val="0"/>
          <w:sz w:val="21"/>
        </w:rPr>
        <w:t>当 n=100 时，这些点为 (i/50,j/50)，其中 1≤ i,j≤49，共 49²=2401 个。这样的点同时也是 60 射线分割点，当且仅当对某些整数 c,d，有 i/50=c/30 且 j/50=d/30。因此 i 和 j 都必须是 5 的倍数。每个坐标有 9 种选择，所以重合的点有 9²=81 个。</w:t>
      </w:r>
    </w:p>
    <w:p>
      <w:pPr>
        <w:spacing w:before="0" w:after="80" w:line="300" w:lineRule="auto"/>
        <w:jc w:val="left"/>
      </w:pPr>
      <w:r>
        <w:rPr>
          <w:rFonts w:ascii="Times New Roman" w:hAnsi="Times New Roman" w:eastAsia="宋体"/>
          <w:b w:val="0"/>
          <w:i w:val="0"/>
          <w:sz w:val="21"/>
        </w:rPr>
        <w:t>所以所求数量为 2401 - 81 = 2320。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Scale the square to [0,1]² and write X=(x,y). The rays must include those through the four vertices. Every small triangle has area 1/n. The triangles whose bases partition the bottom side together have area y/2, so their number is ny/2. Similarly, the numbers along the top, left, and right sides are (n(1-y))/2, nx/2, and (n(1-x))/2.</w:t>
      </w:r>
    </w:p>
    <w:p>
      <w:pPr>
        <w:spacing w:before="0" w:after="80" w:line="300" w:lineRule="auto"/>
        <w:jc w:val="left"/>
      </w:pPr>
      <w:r>
        <w:rPr>
          <w:rFonts w:ascii="Times New Roman" w:hAnsi="Times New Roman" w:eastAsia="宋体"/>
          <w:b w:val="0"/>
          <w:i w:val="0"/>
          <w:color w:val="333333"/>
          <w:sz w:val="19"/>
        </w:rPr>
        <w:t>These four numbers must be positive integers. Hence n is even and</w:t>
      </w:r>
    </w:p>
    <w:p>
      <w:pPr>
        <w:spacing w:before="0" w:after="80" w:line="300" w:lineRule="auto"/>
        <w:jc w:val="left"/>
      </w:pPr>
      <w:r>
        <w:rPr>
          <w:rFonts w:ascii="Times New Roman" w:hAnsi="Times New Roman" w:eastAsia="宋体"/>
          <w:b w:val="0"/>
          <w:i w:val="0"/>
          <w:color w:val="333333"/>
          <w:sz w:val="19"/>
        </w:rPr>
        <w:t>X=(2i/n,2j/n),</w:t>
      </w:r>
    </w:p>
    <w:p>
      <w:pPr>
        <w:spacing w:before="0" w:after="80" w:line="300" w:lineRule="auto"/>
        <w:jc w:val="left"/>
      </w:pPr>
      <w:r>
        <w:rPr>
          <w:rFonts w:ascii="Times New Roman" w:hAnsi="Times New Roman" w:eastAsia="宋体"/>
          <w:b w:val="0"/>
          <w:i w:val="0"/>
          <w:color w:val="333333"/>
          <w:sz w:val="19"/>
        </w:rPr>
        <w:t>1≤ i,j≤n/2-1.</w:t>
      </w:r>
    </w:p>
    <w:p>
      <w:pPr>
        <w:spacing w:before="0" w:after="80" w:line="300" w:lineRule="auto"/>
        <w:jc w:val="left"/>
      </w:pPr>
      <w:r>
        <w:rPr>
          <w:rFonts w:ascii="Times New Roman" w:hAnsi="Times New Roman" w:eastAsia="宋体"/>
          <w:b w:val="0"/>
          <w:i w:val="0"/>
          <w:color w:val="333333"/>
          <w:sz w:val="19"/>
        </w:rPr>
        <w:t>Conversely, partitioning each side into the indicated number of equal segments and joining the division points to X produces n equal-area triangles. Thus these are exactly the partitional points.</w:t>
      </w:r>
    </w:p>
    <w:p>
      <w:pPr>
        <w:spacing w:before="0" w:after="80" w:line="300" w:lineRule="auto"/>
        <w:jc w:val="left"/>
      </w:pPr>
      <w:r>
        <w:rPr>
          <w:rFonts w:ascii="Times New Roman" w:hAnsi="Times New Roman" w:eastAsia="宋体"/>
          <w:b w:val="0"/>
          <w:i w:val="0"/>
          <w:color w:val="333333"/>
          <w:sz w:val="19"/>
        </w:rPr>
        <w:t>For n=100, the points are (i/50,j/50) with 1≤ i,j≤49, giving 49²=2401. Such a point is also 60-ray partitional exactly when i/50=c/30 and j/50=d/30 for integers c,d. Thus i and j must both be multiples of 5. There are 9 choices for each, so the overlap has 9²=81 points.</w:t>
      </w:r>
    </w:p>
    <w:p>
      <w:pPr>
        <w:spacing w:before="0" w:after="80" w:line="300" w:lineRule="auto"/>
        <w:jc w:val="left"/>
      </w:pPr>
      <w:r>
        <w:rPr>
          <w:rFonts w:ascii="Times New Roman" w:hAnsi="Times New Roman" w:eastAsia="宋体"/>
          <w:b w:val="0"/>
          <w:i w:val="0"/>
          <w:color w:val="333333"/>
          <w:sz w:val="19"/>
        </w:rPr>
        <w:t>So the count is 2401 - 81 = 2320.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直接复合可得</w:t>
      </w:r>
    </w:p>
    <w:p>
      <w:pPr>
        <w:spacing w:before="0" w:after="80" w:line="300" w:lineRule="auto"/>
        <w:jc w:val="left"/>
      </w:pPr>
      <w:r>
        <w:rPr>
          <w:rFonts w:ascii="Times New Roman" w:hAnsi="Times New Roman" w:eastAsia="宋体"/>
          <w:b w:val="0"/>
          <w:i w:val="0"/>
          <w:sz w:val="21"/>
        </w:rPr>
        <w:t>g(z)=Az+B/Cz+D，</w:t>
      </w:r>
    </w:p>
    <w:p>
      <w:pPr>
        <w:spacing w:before="0" w:after="80" w:line="300" w:lineRule="auto"/>
        <w:jc w:val="left"/>
      </w:pPr>
      <w:r>
        <w:rPr>
          <w:rFonts w:ascii="Times New Roman" w:hAnsi="Times New Roman" w:eastAsia="宋体"/>
          <w:b w:val="0"/>
          <w:i w:val="0"/>
          <w:sz w:val="21"/>
        </w:rPr>
        <w:t>其中 A=1+a，B=a(1+b)，C=1+b，且 D=a+b²。</w:t>
      </w:r>
    </w:p>
    <w:p>
      <w:pPr>
        <w:spacing w:before="0" w:after="80" w:line="300" w:lineRule="auto"/>
        <w:jc w:val="left"/>
      </w:pPr>
      <w:r>
        <w:rPr>
          <w:rFonts w:ascii="Times New Roman" w:hAnsi="Times New Roman" w:eastAsia="宋体"/>
          <w:b w:val="0"/>
          <w:i w:val="0"/>
          <w:sz w:val="21"/>
        </w:rPr>
        <w:t>矩阵 A B；C D 表示变换 g。要使 g° g 为恒等变换，它的平方必须是标量矩阵。比较非对角元和两个对角元，得到两种可能：或者 B=C=0 且 A=D，或者 A+D=0。第一种给出 b=-1（其中 a≠-1）；第二种给出</w:t>
      </w:r>
    </w:p>
    <w:p>
      <w:pPr>
        <w:spacing w:before="0" w:after="80" w:line="300" w:lineRule="auto"/>
        <w:jc w:val="left"/>
      </w:pPr>
      <w:r>
        <w:rPr>
          <w:rFonts w:ascii="Times New Roman" w:hAnsi="Times New Roman" w:eastAsia="宋体"/>
          <w:b w:val="0"/>
          <w:i w:val="0"/>
          <w:sz w:val="21"/>
        </w:rPr>
        <w:t>b²=-(1+2a)。</w:t>
      </w:r>
    </w:p>
    <w:p>
      <w:pPr>
        <w:spacing w:before="0" w:after="80" w:line="300" w:lineRule="auto"/>
        <w:jc w:val="left"/>
      </w:pPr>
      <w:r>
        <w:rPr>
          <w:rFonts w:ascii="Times New Roman" w:hAnsi="Times New Roman" w:eastAsia="宋体"/>
          <w:b w:val="0"/>
          <w:i w:val="0"/>
          <w:sz w:val="21"/>
        </w:rPr>
        <w:t>在第二种情形中，|b|²=|1+2a|。当 a 绕单位圆变化时，|1+2a| 的取值从 1 到 3，所以 1≤|b|≤√(3)。两个端点都能取得：分别取 (a,b)=(-1,1) 和 (a,b)=(1,i√(3))。单独的情形 b=-1 也满足 |b|=1。因此所求差为 √(3)-1。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Direct composition gives</w:t>
      </w:r>
    </w:p>
    <w:p>
      <w:pPr>
        <w:spacing w:before="0" w:after="80" w:line="300" w:lineRule="auto"/>
        <w:jc w:val="left"/>
      </w:pPr>
      <w:r>
        <w:rPr>
          <w:rFonts w:ascii="Times New Roman" w:hAnsi="Times New Roman" w:eastAsia="宋体"/>
          <w:b w:val="0"/>
          <w:i w:val="0"/>
          <w:color w:val="333333"/>
          <w:sz w:val="19"/>
        </w:rPr>
        <w:t>g(z)=Az+B/Cz+D,</w:t>
      </w:r>
    </w:p>
    <w:p>
      <w:pPr>
        <w:spacing w:before="0" w:after="80" w:line="300" w:lineRule="auto"/>
        <w:jc w:val="left"/>
      </w:pPr>
      <w:r>
        <w:rPr>
          <w:rFonts w:ascii="Times New Roman" w:hAnsi="Times New Roman" w:eastAsia="宋体"/>
          <w:b w:val="0"/>
          <w:i w:val="0"/>
          <w:color w:val="333333"/>
          <w:sz w:val="19"/>
        </w:rPr>
        <w:t>where A=1+a, B=a(1+b), C=1+b, and D=a+b².</w:t>
      </w:r>
    </w:p>
    <w:p>
      <w:pPr>
        <w:spacing w:before="0" w:after="80" w:line="300" w:lineRule="auto"/>
        <w:jc w:val="left"/>
      </w:pPr>
      <w:r>
        <w:rPr>
          <w:rFonts w:ascii="Times New Roman" w:hAnsi="Times New Roman" w:eastAsia="宋体"/>
          <w:b w:val="0"/>
          <w:i w:val="0"/>
          <w:color w:val="333333"/>
          <w:sz w:val="19"/>
        </w:rPr>
        <w:t>The matrix A B；C D represents g. For g° g to be the identity, its square must be scalar. Comparing the off-diagonal entries and the two diagonal entries gives two possibilities: either B=C=0 and A=D, or A+D=0. The first gives b=-1 (with a≠-1); the second gives</w:t>
      </w:r>
    </w:p>
    <w:p>
      <w:pPr>
        <w:spacing w:before="0" w:after="80" w:line="300" w:lineRule="auto"/>
        <w:jc w:val="left"/>
      </w:pPr>
      <w:r>
        <w:rPr>
          <w:rFonts w:ascii="Times New Roman" w:hAnsi="Times New Roman" w:eastAsia="宋体"/>
          <w:b w:val="0"/>
          <w:i w:val="0"/>
          <w:color w:val="333333"/>
          <w:sz w:val="19"/>
        </w:rPr>
        <w:t>b²=-(1+2a).</w:t>
      </w:r>
    </w:p>
    <w:p>
      <w:pPr>
        <w:spacing w:before="0" w:after="80" w:line="300" w:lineRule="auto"/>
        <w:jc w:val="left"/>
      </w:pPr>
      <w:r>
        <w:rPr>
          <w:rFonts w:ascii="Times New Roman" w:hAnsi="Times New Roman" w:eastAsia="宋体"/>
          <w:b w:val="0"/>
          <w:i w:val="0"/>
          <w:color w:val="333333"/>
          <w:sz w:val="19"/>
        </w:rPr>
        <w:t>In the second case, |b|²=|1+2a|. As a runs around the unit circle, |1+2a| ranges from 1 to 3, so 1≤|b|≤√(3). Both endpoints occur: take (a,b)=(-1,1) and (a,b)=(1,i√(3)). The separate case b=-1 also has |b|=1. Therefore the requested difference is √(3)-1.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设以 X 为圆心、半径为 r 的圆能放入其中一个四边形。如果 h₁,h₂,h₃,h₄ 是 X 到四条边所在直线的距离，那么每个 hᵢ≥ r。将四边形分成四个三角形，得到</w:t>
      </w:r>
    </w:p>
    <w:p>
      <w:pPr>
        <w:spacing w:before="0" w:after="80" w:line="300" w:lineRule="auto"/>
        <w:jc w:val="left"/>
      </w:pPr>
      <w:r>
        <w:rPr>
          <w:rFonts w:ascii="Times New Roman" w:hAnsi="Times New Roman" w:eastAsia="宋体"/>
          <w:b w:val="0"/>
          <w:i w:val="0"/>
          <w:sz w:val="21"/>
        </w:rPr>
        <w:t>K=1/2(14h₁+9h₂</w:t>
      </w:r>
    </w:p>
    <w:p>
      <w:pPr>
        <w:spacing w:before="0" w:after="80" w:line="300" w:lineRule="auto"/>
        <w:jc w:val="left"/>
      </w:pPr>
      <w:r>
        <w:rPr>
          <w:rFonts w:ascii="Times New Roman" w:hAnsi="Times New Roman" w:eastAsia="宋体"/>
          <w:b w:val="0"/>
          <w:i w:val="0"/>
          <w:sz w:val="21"/>
        </w:rPr>
        <w:t>+7h₃+12h₄)</w:t>
      </w:r>
    </w:p>
    <w:p>
      <w:pPr>
        <w:spacing w:before="0" w:after="80" w:line="300" w:lineRule="auto"/>
        <w:jc w:val="left"/>
      </w:pPr>
      <w:r>
        <w:rPr>
          <w:rFonts w:ascii="Times New Roman" w:hAnsi="Times New Roman" w:eastAsia="宋体"/>
          <w:b w:val="0"/>
          <w:i w:val="0"/>
          <w:sz w:val="21"/>
        </w:rPr>
        <w:t>≥21r</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布雷特施奈德不等式表明，给定这些边长的四边形面积不超过圆内接情形：</w:t>
      </w:r>
    </w:p>
    <w:p>
      <w:pPr>
        <w:spacing w:before="0" w:after="80" w:line="300" w:lineRule="auto"/>
        <w:jc w:val="left"/>
      </w:pPr>
      <w:r>
        <w:rPr>
          <w:rFonts w:ascii="Times New Roman" w:hAnsi="Times New Roman" w:eastAsia="宋体"/>
          <w:b w:val="0"/>
          <w:i w:val="0"/>
          <w:sz w:val="21"/>
        </w:rPr>
        <w:t>K²≤(21-14)(21-9)</w:t>
      </w:r>
    </w:p>
    <w:p>
      <w:pPr>
        <w:spacing w:before="0" w:after="80" w:line="300" w:lineRule="auto"/>
        <w:jc w:val="left"/>
      </w:pPr>
      <w:r>
        <w:rPr>
          <w:rFonts w:ascii="Times New Roman" w:hAnsi="Times New Roman" w:eastAsia="宋体"/>
          <w:b w:val="0"/>
          <w:i w:val="0"/>
          <w:sz w:val="21"/>
        </w:rPr>
        <w:t>·(21-7)(21-12)</w:t>
      </w:r>
    </w:p>
    <w:p>
      <w:pPr>
        <w:spacing w:before="0" w:after="80" w:line="300" w:lineRule="auto"/>
        <w:jc w:val="left"/>
      </w:pPr>
      <w:r>
        <w:rPr>
          <w:rFonts w:ascii="Times New Roman" w:hAnsi="Times New Roman" w:eastAsia="宋体"/>
          <w:b w:val="0"/>
          <w:i w:val="0"/>
          <w:sz w:val="21"/>
        </w:rPr>
        <w:t>=7·12·14·9,</w:t>
      </w:r>
    </w:p>
    <w:p>
      <w:pPr>
        <w:spacing w:before="0" w:after="80" w:line="300" w:lineRule="auto"/>
        <w:jc w:val="left"/>
      </w:pPr>
      <w:r>
        <w:rPr>
          <w:rFonts w:ascii="Times New Roman" w:hAnsi="Times New Roman" w:eastAsia="宋体"/>
          <w:b w:val="0"/>
          <w:i w:val="0"/>
          <w:sz w:val="21"/>
        </w:rPr>
        <w:t>K≤42√(6)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r≤ K/21≤2√(6)。等号可以达到：具有这些边长的圆内接四边形也有内切圆，因为 14+7=9+12，其内切圆半径为 K/21=2√(6)。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 circle of radius r centered at X fits in one of the quadrilaterals. If h₁,h₂,h₃,h₄ are the distances from X to the four side lines, then each hᵢ≥ r. Splitting the quadrilateral into four triangles gives</w:t>
      </w:r>
    </w:p>
    <w:p>
      <w:pPr>
        <w:spacing w:before="0" w:after="80" w:line="300" w:lineRule="auto"/>
        <w:jc w:val="left"/>
      </w:pPr>
      <w:r>
        <w:rPr>
          <w:rFonts w:ascii="Times New Roman" w:hAnsi="Times New Roman" w:eastAsia="宋体"/>
          <w:b w:val="0"/>
          <w:i w:val="0"/>
          <w:color w:val="333333"/>
          <w:sz w:val="19"/>
        </w:rPr>
        <w:t>K=1/2(14h₁+9h₂</w:t>
      </w:r>
    </w:p>
    <w:p>
      <w:pPr>
        <w:spacing w:before="0" w:after="80" w:line="300" w:lineRule="auto"/>
        <w:jc w:val="left"/>
      </w:pPr>
      <w:r>
        <w:rPr>
          <w:rFonts w:ascii="Times New Roman" w:hAnsi="Times New Roman" w:eastAsia="宋体"/>
          <w:b w:val="0"/>
          <w:i w:val="0"/>
          <w:color w:val="333333"/>
          <w:sz w:val="19"/>
        </w:rPr>
        <w:t>+7h₃+12h₄)</w:t>
      </w:r>
    </w:p>
    <w:p>
      <w:pPr>
        <w:spacing w:before="0" w:after="80" w:line="300" w:lineRule="auto"/>
        <w:jc w:val="left"/>
      </w:pPr>
      <w:r>
        <w:rPr>
          <w:rFonts w:ascii="Times New Roman" w:hAnsi="Times New Roman" w:eastAsia="宋体"/>
          <w:b w:val="0"/>
          <w:i w:val="0"/>
          <w:color w:val="333333"/>
          <w:sz w:val="19"/>
        </w:rPr>
        <w:t>≥21r.</w:t>
      </w:r>
    </w:p>
    <w:p>
      <w:pPr>
        <w:spacing w:before="0" w:after="80" w:line="300" w:lineRule="auto"/>
        <w:jc w:val="left"/>
      </w:pPr>
      <w:r>
        <w:rPr>
          <w:rFonts w:ascii="Times New Roman" w:hAnsi="Times New Roman" w:eastAsia="宋体"/>
          <w:b w:val="0"/>
          <w:i w:val="0"/>
          <w:color w:val="333333"/>
          <w:sz w:val="19"/>
        </w:rPr>
        <w:t>Bretschneider’s inequality bounds the area of any quadrilateral with these sides by the cyclic case:</w:t>
      </w:r>
    </w:p>
    <w:p>
      <w:pPr>
        <w:spacing w:before="0" w:after="80" w:line="300" w:lineRule="auto"/>
        <w:jc w:val="left"/>
      </w:pPr>
      <w:r>
        <w:rPr>
          <w:rFonts w:ascii="Times New Roman" w:hAnsi="Times New Roman" w:eastAsia="宋体"/>
          <w:b w:val="0"/>
          <w:i w:val="0"/>
          <w:color w:val="333333"/>
          <w:sz w:val="19"/>
        </w:rPr>
        <w:t>K²≤(21-14)(21-9)</w:t>
      </w:r>
    </w:p>
    <w:p>
      <w:pPr>
        <w:spacing w:before="0" w:after="80" w:line="300" w:lineRule="auto"/>
        <w:jc w:val="left"/>
      </w:pPr>
      <w:r>
        <w:rPr>
          <w:rFonts w:ascii="Times New Roman" w:hAnsi="Times New Roman" w:eastAsia="宋体"/>
          <w:b w:val="0"/>
          <w:i w:val="0"/>
          <w:color w:val="333333"/>
          <w:sz w:val="19"/>
        </w:rPr>
        <w:t>·(21-7)(21-12)</w:t>
      </w:r>
    </w:p>
    <w:p>
      <w:pPr>
        <w:spacing w:before="0" w:after="80" w:line="300" w:lineRule="auto"/>
        <w:jc w:val="left"/>
      </w:pPr>
      <w:r>
        <w:rPr>
          <w:rFonts w:ascii="Times New Roman" w:hAnsi="Times New Roman" w:eastAsia="宋体"/>
          <w:b w:val="0"/>
          <w:i w:val="0"/>
          <w:color w:val="333333"/>
          <w:sz w:val="19"/>
        </w:rPr>
        <w:t>=7·12·14·9,</w:t>
      </w:r>
    </w:p>
    <w:p>
      <w:pPr>
        <w:spacing w:before="0" w:after="80" w:line="300" w:lineRule="auto"/>
        <w:jc w:val="left"/>
      </w:pPr>
      <w:r>
        <w:rPr>
          <w:rFonts w:ascii="Times New Roman" w:hAnsi="Times New Roman" w:eastAsia="宋体"/>
          <w:b w:val="0"/>
          <w:i w:val="0"/>
          <w:color w:val="333333"/>
          <w:sz w:val="19"/>
        </w:rPr>
        <w:t>K≤42√(6).</w:t>
      </w:r>
    </w:p>
    <w:p>
      <w:pPr>
        <w:spacing w:before="0" w:after="80" w:line="300" w:lineRule="auto"/>
        <w:jc w:val="left"/>
      </w:pPr>
      <w:r>
        <w:rPr>
          <w:rFonts w:ascii="Times New Roman" w:hAnsi="Times New Roman" w:eastAsia="宋体"/>
          <w:b w:val="0"/>
          <w:i w:val="0"/>
          <w:color w:val="333333"/>
          <w:sz w:val="19"/>
        </w:rPr>
        <w:t>Therefore r≤ K/21≤2√(6). Equality is attainable: the cyclic quadrilateral with these sides is also tangential because 14+7=9+12, and its incircle has radius K/21=2√(6).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令 B=∠ CBA，并令 C=∠ BCA=120°-B。因为 AC≥ AB，所以 B≥ C，从而 60°≤ B≤90°。标准角度公式给出</w:t>
      </w:r>
    </w:p>
    <w:p>
      <w:pPr>
        <w:spacing w:before="0" w:after="80" w:line="300" w:lineRule="auto"/>
        <w:jc w:val="left"/>
      </w:pPr>
      <w:r>
        <w:rPr>
          <w:rFonts w:ascii="Times New Roman" w:hAnsi="Times New Roman" w:eastAsia="宋体"/>
          <w:b w:val="0"/>
          <w:i w:val="0"/>
          <w:sz w:val="21"/>
        </w:rPr>
        <w:t>∠ BOC=2∠ A=120°,</w:t>
      </w:r>
    </w:p>
    <w:p>
      <w:pPr>
        <w:spacing w:before="0" w:after="80" w:line="300" w:lineRule="auto"/>
        <w:jc w:val="left"/>
      </w:pPr>
      <w:r>
        <w:rPr>
          <w:rFonts w:ascii="Times New Roman" w:hAnsi="Times New Roman" w:eastAsia="宋体"/>
          <w:b w:val="0"/>
          <w:i w:val="0"/>
          <w:sz w:val="21"/>
        </w:rPr>
        <w:t>∠ BHC=180°-∠ A=120°,</w:t>
      </w:r>
    </w:p>
    <w:p>
      <w:pPr>
        <w:spacing w:before="0" w:after="80" w:line="300" w:lineRule="auto"/>
        <w:jc w:val="left"/>
      </w:pPr>
      <w:r>
        <w:rPr>
          <w:rFonts w:ascii="Times New Roman" w:hAnsi="Times New Roman" w:eastAsia="宋体"/>
          <w:b w:val="0"/>
          <w:i w:val="0"/>
          <w:sz w:val="21"/>
        </w:rPr>
        <w:t>∠ BIC=90°+(∠ A)/2=120°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B,C,O,I,H 位于同一个圆上。</w:t>
      </w:r>
    </w:p>
    <w:p>
      <w:pPr>
        <w:spacing w:before="0" w:after="80" w:line="300" w:lineRule="auto"/>
        <w:jc w:val="left"/>
      </w:pPr>
      <w:r>
        <w:rPr>
          <w:rFonts w:ascii="Times New Roman" w:hAnsi="Times New Roman" w:eastAsia="宋体"/>
          <w:b w:val="0"/>
          <w:i w:val="0"/>
          <w:sz w:val="21"/>
        </w:rPr>
        <w:t>此外，BC=1 且 A=60° 确定外接圆半径 OB=OC=1/(√(3))，所以 △ BCO 以及经过 B,C,O 的圆都是固定的。在 C 处追角可得</w:t>
      </w:r>
    </w:p>
    <w:p>
      <w:pPr>
        <w:spacing w:before="0" w:after="80" w:line="300" w:lineRule="auto"/>
        <w:jc w:val="left"/>
      </w:pPr>
      <w:r>
        <w:rPr>
          <w:rFonts w:ascii="Times New Roman" w:hAnsi="Times New Roman" w:eastAsia="宋体"/>
          <w:b w:val="0"/>
          <w:i w:val="0"/>
          <w:sz w:val="21"/>
        </w:rPr>
        <w:t>∠ OCI=30°-C/2,</w:t>
      </w:r>
    </w:p>
    <w:p>
      <w:pPr>
        <w:spacing w:before="0" w:after="80" w:line="300" w:lineRule="auto"/>
        <w:jc w:val="left"/>
      </w:pPr>
      <w:r>
        <w:rPr>
          <w:rFonts w:ascii="Times New Roman" w:hAnsi="Times New Roman" w:eastAsia="宋体"/>
          <w:b w:val="0"/>
          <w:i w:val="0"/>
          <w:sz w:val="21"/>
        </w:rPr>
        <w:t>∠ ICH=30°-C/2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因此相应的弦满足 OI=IH。</w:t>
      </w:r>
    </w:p>
    <w:p>
      <w:pPr>
        <w:spacing w:before="0" w:after="80" w:line="300" w:lineRule="auto"/>
        <w:jc w:val="left"/>
      </w:pPr>
      <w:r>
        <w:rPr>
          <w:rFonts w:ascii="Times New Roman" w:hAnsi="Times New Roman" w:eastAsia="宋体"/>
          <w:b w:val="0"/>
          <w:i w:val="0"/>
          <w:sz w:val="21"/>
        </w:rPr>
        <w:t>五边形面积等于固定面积 [BCO] 加上 [BOIH]。当两个点分割固定弧 OB 时，圆内接四边形在三段连续小弧相等时面积最大（等价地，使它们的正弦和最大）。因此在最大值处有 OI=IH=HB。</w:t>
      </w:r>
    </w:p>
    <w:p>
      <w:pPr>
        <w:spacing w:before="0" w:after="80" w:line="300" w:lineRule="auto"/>
        <w:jc w:val="left"/>
      </w:pPr>
      <w:r>
        <w:rPr>
          <w:rFonts w:ascii="Times New Roman" w:hAnsi="Times New Roman" w:eastAsia="宋体"/>
          <w:b w:val="0"/>
          <w:i w:val="0"/>
          <w:sz w:val="21"/>
        </w:rPr>
        <w:t>在 △ BOC 中，∠ OCB=30°。等弦使 ∠ OCI=∠ ICH，且 ∠ ICH=∠ HCB，所以这些角都等于 10°。因此 30°-C/2=10°，得 C=40° 和 B=80°。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B=∠ CBA and C=∠ BCA=120°-B. Since AC≥ AB, we have B≥ C, so 60°≤ B≤90°. The standard angle formulas give</w:t>
      </w:r>
    </w:p>
    <w:p>
      <w:pPr>
        <w:spacing w:before="0" w:after="80" w:line="300" w:lineRule="auto"/>
        <w:jc w:val="left"/>
      </w:pPr>
      <w:r>
        <w:rPr>
          <w:rFonts w:ascii="Times New Roman" w:hAnsi="Times New Roman" w:eastAsia="宋体"/>
          <w:b w:val="0"/>
          <w:i w:val="0"/>
          <w:color w:val="333333"/>
          <w:sz w:val="19"/>
        </w:rPr>
        <w:t>∠ BOC=2∠ A=120°,</w:t>
      </w:r>
    </w:p>
    <w:p>
      <w:pPr>
        <w:spacing w:before="0" w:after="80" w:line="300" w:lineRule="auto"/>
        <w:jc w:val="left"/>
      </w:pPr>
      <w:r>
        <w:rPr>
          <w:rFonts w:ascii="Times New Roman" w:hAnsi="Times New Roman" w:eastAsia="宋体"/>
          <w:b w:val="0"/>
          <w:i w:val="0"/>
          <w:color w:val="333333"/>
          <w:sz w:val="19"/>
        </w:rPr>
        <w:t>∠ BHC=180°-∠ A=120°,</w:t>
      </w:r>
    </w:p>
    <w:p>
      <w:pPr>
        <w:spacing w:before="0" w:after="80" w:line="300" w:lineRule="auto"/>
        <w:jc w:val="left"/>
      </w:pPr>
      <w:r>
        <w:rPr>
          <w:rFonts w:ascii="Times New Roman" w:hAnsi="Times New Roman" w:eastAsia="宋体"/>
          <w:b w:val="0"/>
          <w:i w:val="0"/>
          <w:color w:val="333333"/>
          <w:sz w:val="19"/>
        </w:rPr>
        <w:t>∠ BIC=90°+(∠ A)/2=120°.</w:t>
      </w:r>
    </w:p>
    <w:p>
      <w:pPr>
        <w:spacing w:before="0" w:after="80" w:line="300" w:lineRule="auto"/>
        <w:jc w:val="left"/>
      </w:pPr>
      <w:r>
        <w:rPr>
          <w:rFonts w:ascii="Times New Roman" w:hAnsi="Times New Roman" w:eastAsia="宋体"/>
          <w:b w:val="0"/>
          <w:i w:val="0"/>
          <w:color w:val="333333"/>
          <w:sz w:val="19"/>
        </w:rPr>
        <w:t>Hence B,C,O,I,H lie on one circle.</w:t>
      </w:r>
    </w:p>
    <w:p>
      <w:pPr>
        <w:spacing w:before="0" w:after="80" w:line="300" w:lineRule="auto"/>
        <w:jc w:val="left"/>
      </w:pPr>
      <w:r>
        <w:rPr>
          <w:rFonts w:ascii="Times New Roman" w:hAnsi="Times New Roman" w:eastAsia="宋体"/>
          <w:b w:val="0"/>
          <w:i w:val="0"/>
          <w:color w:val="333333"/>
          <w:sz w:val="19"/>
        </w:rPr>
        <w:t>Also BC=1 and A=60° fix the circumradius OB=OC=1/(√(3)), so △ BCO and the circle through B,C,O are fixed. Angle chasing at C gives</w:t>
      </w:r>
    </w:p>
    <w:p>
      <w:pPr>
        <w:spacing w:before="0" w:after="80" w:line="300" w:lineRule="auto"/>
        <w:jc w:val="left"/>
      </w:pPr>
      <w:r>
        <w:rPr>
          <w:rFonts w:ascii="Times New Roman" w:hAnsi="Times New Roman" w:eastAsia="宋体"/>
          <w:b w:val="0"/>
          <w:i w:val="0"/>
          <w:color w:val="333333"/>
          <w:sz w:val="19"/>
        </w:rPr>
        <w:t>∠ OCI=30°-C/2,</w:t>
      </w:r>
    </w:p>
    <w:p>
      <w:pPr>
        <w:spacing w:before="0" w:after="80" w:line="300" w:lineRule="auto"/>
        <w:jc w:val="left"/>
      </w:pPr>
      <w:r>
        <w:rPr>
          <w:rFonts w:ascii="Times New Roman" w:hAnsi="Times New Roman" w:eastAsia="宋体"/>
          <w:b w:val="0"/>
          <w:i w:val="0"/>
          <w:color w:val="333333"/>
          <w:sz w:val="19"/>
        </w:rPr>
        <w:t>∠ ICH=30°-C/2.</w:t>
      </w:r>
    </w:p>
    <w:p>
      <w:pPr>
        <w:spacing w:before="0" w:after="80" w:line="300" w:lineRule="auto"/>
        <w:jc w:val="left"/>
      </w:pPr>
      <w:r>
        <w:rPr>
          <w:rFonts w:ascii="Times New Roman" w:hAnsi="Times New Roman" w:eastAsia="宋体"/>
          <w:b w:val="0"/>
          <w:i w:val="0"/>
          <w:color w:val="333333"/>
          <w:sz w:val="19"/>
        </w:rPr>
        <w:t>Thus the corresponding chords satisfy OI=IH.</w:t>
      </w:r>
    </w:p>
    <w:p>
      <w:pPr>
        <w:spacing w:before="0" w:after="80" w:line="300" w:lineRule="auto"/>
        <w:jc w:val="left"/>
      </w:pPr>
      <w:r>
        <w:rPr>
          <w:rFonts w:ascii="Times New Roman" w:hAnsi="Times New Roman" w:eastAsia="宋体"/>
          <w:b w:val="0"/>
          <w:i w:val="0"/>
          <w:color w:val="333333"/>
          <w:sz w:val="19"/>
        </w:rPr>
        <w:t>The pentagon’s area is the fixed area [BCO] plus [BOIH]. For two points dividing a fixed arc OB, an inscribed quadrilateral has greatest area when its three consecutive subarcs are equal (equivalently, maximize the sum of their sines). Hence at the maximum OI=IH=HB.</w:t>
      </w:r>
    </w:p>
    <w:p>
      <w:pPr>
        <w:spacing w:before="0" w:after="80" w:line="300" w:lineRule="auto"/>
        <w:jc w:val="left"/>
      </w:pPr>
      <w:r>
        <w:rPr>
          <w:rFonts w:ascii="Times New Roman" w:hAnsi="Times New Roman" w:eastAsia="宋体"/>
          <w:b w:val="0"/>
          <w:i w:val="0"/>
          <w:color w:val="333333"/>
          <w:sz w:val="19"/>
        </w:rPr>
        <w:t>In △ BOC, ∠ OCB=30°. Equal chords make ∠ OCI=∠ ICH, ∠ ICH=∠ HCB, and each of these angles is 10°. Therefore 30°-C/2=10°, so C=40° and B=80°.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