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2010B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Makayla 在 9 小时工作日中参加了两场会议。第一场会议用了 45 分钟，第二场会议用时是第一场的两倍。她工作日的百分之多少用于参加会议？</w:t>
      </w:r>
    </w:p>
    <w:p>
      <w:pPr>
        <w:spacing w:before="0" w:after="120" w:line="300" w:lineRule="auto"/>
      </w:pPr>
      <w:r>
        <w:rPr>
          <w:rFonts w:ascii="Times New Roman" w:hAnsi="Times New Roman" w:eastAsia="宋体"/>
          <w:b w:val="0"/>
          <w:i w:val="0"/>
          <w:sz w:val="21"/>
        </w:rPr>
        <w:t>（A）15　　（B）20　　（C）25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Makayla attended two meetings during her 9-hour work day. The first meeting took 45 minutes and the second meeting took twice as long. What percent of her work day was spent attending meetings?</w:t>
      </w:r>
    </w:p>
    <w:p>
      <w:pPr>
        <w:spacing w:before="0" w:after="160" w:line="300" w:lineRule="auto"/>
      </w:pPr>
      <w:r>
        <w:rPr>
          <w:rFonts w:ascii="Times New Roman" w:hAnsi="Times New Roman" w:eastAsia="宋体"/>
          <w:b w:val="0"/>
          <w:i w:val="0"/>
          <w:color w:val="333333"/>
          <w:sz w:val="19"/>
        </w:rPr>
        <w:t>(A) 15　　(B) 20　　(C) 25　　(D) 30　　(E) 35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如图形成一个大写字母 L。它的面积是多少？</w:t>
      </w:r>
    </w:p>
    <w:p>
      <w:pPr>
        <w:spacing w:before="80" w:after="80"/>
        <w:jc w:val="center"/>
      </w:pPr>
      <w:r>
        <w:drawing>
          <wp:inline xmlns:a="http://schemas.openxmlformats.org/drawingml/2006/main" xmlns:pic="http://schemas.openxmlformats.org/drawingml/2006/picture">
            <wp:extent cx="1004377" cy="1483403"/>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004377" cy="1483403"/>
                    </a:xfrm>
                    <a:prstGeom prst="rect"/>
                  </pic:spPr>
                </pic:pic>
              </a:graphicData>
            </a:graphic>
          </wp:inline>
        </w:drawing>
      </w:r>
    </w:p>
    <w:p>
      <w:pPr>
        <w:spacing w:before="0" w:after="120" w:line="300" w:lineRule="auto"/>
      </w:pPr>
      <w:r>
        <w:rPr>
          <w:rFonts w:ascii="Times New Roman" w:hAnsi="Times New Roman" w:eastAsia="宋体"/>
          <w:b w:val="0"/>
          <w:i w:val="0"/>
          <w:sz w:val="21"/>
        </w:rPr>
        <w:t>（A）22　　（B）24　　（C）26　　（D）28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big L is formed as shown. What is its area?</w:t>
      </w:r>
    </w:p>
    <w:p>
      <w:pPr>
        <w:spacing w:before="80" w:after="80"/>
        <w:jc w:val="center"/>
      </w:pPr>
      <w:r>
        <w:drawing>
          <wp:inline xmlns:a="http://schemas.openxmlformats.org/drawingml/2006/main" xmlns:pic="http://schemas.openxmlformats.org/drawingml/2006/picture">
            <wp:extent cx="1004377" cy="1483403"/>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004377" cy="14834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　　(B) 24　　(C) 26　　(D) 28　　(E) 30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一张学校话剧票的价格是 x 美元，其中 x 是整数。一组 9 年级学生买票共花 $48，一组 10 年级学生买票共花 $64。x 可能有多少个取值？</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ticket to a school play costs x dollars, where x is a whole number. A group of 9th graders buys tickets costing a total of $48, and a group of 10th graders buys tickets costing a total of $64. How many values for x are possible?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某个有 31 天的月份中，星期一和星期三的天数相同。这个月的第一天可能是七天中的多少种？</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month with 31 days has the same number of Mondays and Wednesdays. How many of the seven days of the week could be the first day of this month?</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幸运的 Larry 的老师让他把数代入表达式</w:t>
      </w:r>
    </w:p>
    <w:p>
      <w:pPr>
        <w:spacing w:before="0" w:after="80" w:line="300" w:lineRule="auto"/>
        <w:jc w:val="left"/>
      </w:pPr>
      <w:r>
        <w:rPr>
          <w:rFonts w:ascii="Times New Roman" w:hAnsi="Times New Roman" w:eastAsia="宋体"/>
          <w:b w:val="0"/>
          <w:i w:val="0"/>
          <w:sz w:val="21"/>
        </w:rPr>
        <w:t>a-(b-(c-(d+e)))</w:t>
      </w:r>
    </w:p>
    <w:p>
      <w:pPr>
        <w:spacing w:before="0" w:after="80" w:line="300" w:lineRule="auto"/>
        <w:jc w:val="left"/>
      </w:pPr>
      <w:r>
        <w:rPr>
          <w:rFonts w:ascii="Times New Roman" w:hAnsi="Times New Roman" w:eastAsia="宋体"/>
          <w:b w:val="0"/>
          <w:i w:val="0"/>
          <w:sz w:val="21"/>
        </w:rPr>
        <w:t>中的 a、b、c、d 和 e，并求出表达式的值。Larry 忽略了括号，但加减运算本身没有出错，而且碰巧得到了正确结果。他代入 a、b、c 和 d 的数依次是 1、2、3 和 4。他代入 e 的数是多少？</w:t>
      </w:r>
    </w:p>
    <w:p>
      <w:pPr>
        <w:spacing w:before="0" w:after="120" w:line="300" w:lineRule="auto"/>
      </w:pPr>
      <w:r>
        <w:rPr>
          <w:rFonts w:ascii="Times New Roman" w:hAnsi="Times New Roman" w:eastAsia="宋体"/>
          <w:b w:val="0"/>
          <w:i w:val="0"/>
          <w:sz w:val="21"/>
        </w:rPr>
        <w:t>（A）-5　　（B）-3　　（C）0　　（D）3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Lucky Larry’s teacher asked him to substitute numbers for a, b, c, d, and e in the expression</w:t>
      </w:r>
    </w:p>
    <w:p>
      <w:pPr>
        <w:spacing w:before="0" w:after="80" w:line="300" w:lineRule="auto"/>
        <w:jc w:val="left"/>
      </w:pPr>
      <w:r>
        <w:rPr>
          <w:rFonts w:ascii="Times New Roman" w:hAnsi="Times New Roman" w:eastAsia="宋体"/>
          <w:b w:val="0"/>
          <w:i w:val="0"/>
          <w:color w:val="333333"/>
          <w:sz w:val="19"/>
        </w:rPr>
        <w:t>a-(b-(c-(d+e)))</w:t>
      </w:r>
    </w:p>
    <w:p>
      <w:pPr>
        <w:spacing w:before="0" w:after="80" w:line="300" w:lineRule="auto"/>
        <w:jc w:val="left"/>
      </w:pPr>
      <w:r>
        <w:rPr>
          <w:rFonts w:ascii="Times New Roman" w:hAnsi="Times New Roman" w:eastAsia="宋体"/>
          <w:b w:val="0"/>
          <w:i w:val="0"/>
          <w:color w:val="333333"/>
          <w:sz w:val="19"/>
        </w:rPr>
        <w:t>and evaluate the result. Larry ignored the parentheses but added and subtracted correctly and obtained the correct result by coincidence. The numbers Larry substituted for a, b, c, and d were 1, 2, 3, and 4, respectively. What number did Larry substitute for e?</w:t>
      </w:r>
    </w:p>
    <w:p>
      <w:pPr>
        <w:spacing w:before="0" w:after="160" w:line="300" w:lineRule="auto"/>
      </w:pPr>
      <w:r>
        <w:rPr>
          <w:rFonts w:ascii="Times New Roman" w:hAnsi="Times New Roman" w:eastAsia="宋体"/>
          <w:b w:val="0"/>
          <w:i w:val="0"/>
          <w:color w:val="333333"/>
          <w:sz w:val="19"/>
        </w:rPr>
        <w:t>(A) -5　　(B) -3　　(C) 0　　(D) 3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学年开始时，Wells 老师数学班中 50% 的学生对问题“你喜欢数学吗？”回答“喜欢”，50% 回答“不喜欢”。学年结束时，70% 回答“喜欢”，30% 回答“不喜欢”。共有 x% 的学生在学年开始和结束时给出了不同回答。x 的最大可能值与最小可能值相差多少？</w:t>
      </w:r>
    </w:p>
    <w:p>
      <w:pPr>
        <w:spacing w:before="0" w:after="120" w:line="300" w:lineRule="auto"/>
      </w:pPr>
      <w:r>
        <w:rPr>
          <w:rFonts w:ascii="Times New Roman" w:hAnsi="Times New Roman" w:eastAsia="宋体"/>
          <w:b w:val="0"/>
          <w:i w:val="0"/>
          <w:sz w:val="21"/>
        </w:rPr>
        <w:t>（A）0　　（B）20　　（C）40　　（D）60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beginning of the school year, 50% of all students in Mr. Wells’ math class answered “Yes” to the question “Do you love math”, and 50% answered “No.” At the end of the school year, 70% answered “Yes” and 30% answered “No.” Altogether, x% of the students gave a different answer at the beginning and end of the school year. What is the difference between the maximum and the minimum possible values of x?</w:t>
      </w:r>
    </w:p>
    <w:p>
      <w:pPr>
        <w:spacing w:before="0" w:after="160" w:line="300" w:lineRule="auto"/>
      </w:pPr>
      <w:r>
        <w:rPr>
          <w:rFonts w:ascii="Times New Roman" w:hAnsi="Times New Roman" w:eastAsia="宋体"/>
          <w:b w:val="0"/>
          <w:i w:val="0"/>
          <w:color w:val="333333"/>
          <w:sz w:val="19"/>
        </w:rPr>
        <w:t>(A) 0　　(B) 20　　(C) 40　　(D) 60　　(E) 80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如果不下雨，Shelby 骑滑板车的速度是每小时 30 英里；如果下雨，速度是每小时 20 英里。今天她早上在晴天中骑行，晚上在雨中骑行，总共 40 分钟骑了 16 英里。她在雨中骑了多少分钟？</w:t>
      </w:r>
    </w:p>
    <w:p>
      <w:pPr>
        <w:spacing w:before="0" w:after="120" w:line="300" w:lineRule="auto"/>
      </w:pPr>
      <w:r>
        <w:rPr>
          <w:rFonts w:ascii="Times New Roman" w:hAnsi="Times New Roman" w:eastAsia="宋体"/>
          <w:b w:val="0"/>
          <w:i w:val="0"/>
          <w:sz w:val="21"/>
        </w:rPr>
        <w:t>（A）18　　（B）21　　（C）24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Shelby drives her scooter at a speed of 30 miles per hour if it is not raining, and 20 miles per hour if it is raining. Today she drove in the sun in the morning and in the rain in the evening, for a total of 16 miles in 40 minutes. How many minutes did she drive in the rain?</w:t>
      </w:r>
    </w:p>
    <w:p>
      <w:pPr>
        <w:spacing w:before="0" w:after="160" w:line="300" w:lineRule="auto"/>
      </w:pPr>
      <w:r>
        <w:rPr>
          <w:rFonts w:ascii="Times New Roman" w:hAnsi="Times New Roman" w:eastAsia="宋体"/>
          <w:b w:val="0"/>
          <w:i w:val="0"/>
          <w:color w:val="333333"/>
          <w:sz w:val="19"/>
        </w:rPr>
        <w:t>(A) 18　　(B) 21　　(C) 24　　(D) 27　　(E) 30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Euclid 市的每所高中都派出一支由 3 名学生组成的队伍参加数学竞赛。每名参赛者的分数都不同。Andrea 的分数是所有学生中的中位数，并且她是自己队中分数最高的。Andrea 的队友 Beth 和 Carla 分别排第 37 名和第 64 名。这个城市有多少所高中？</w:t>
      </w:r>
    </w:p>
    <w:p>
      <w:pPr>
        <w:spacing w:before="0" w:after="120" w:line="300" w:lineRule="auto"/>
      </w:pPr>
      <w:r>
        <w:rPr>
          <w:rFonts w:ascii="Times New Roman" w:hAnsi="Times New Roman" w:eastAsia="宋体"/>
          <w:b w:val="0"/>
          <w:i w:val="0"/>
          <w:sz w:val="21"/>
        </w:rPr>
        <w:t>（A）22　　（B）23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high school in the city of Euclid sent a team of 3 students to a math contest. Each participant in the contest received a different score. Andrea’s score was the median among all students, and hers was the highest score on her team. Andrea’s teammates Beth and Carla placed 37th and 64th, respectively. How many schools are in the city?</w:t>
      </w:r>
    </w:p>
    <w:p>
      <w:pPr>
        <w:spacing w:before="0" w:after="160" w:line="300" w:lineRule="auto"/>
      </w:pPr>
      <w:r>
        <w:rPr>
          <w:rFonts w:ascii="Times New Roman" w:hAnsi="Times New Roman" w:eastAsia="宋体"/>
          <w:b w:val="0"/>
          <w:i w:val="0"/>
          <w:color w:val="333333"/>
          <w:sz w:val="19"/>
        </w:rPr>
        <w:t>(A) 22　　(B) 23　　(C) 24　　(D) 25　　(E) 26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n 是满足以下条件的最小正整数：n 可被 20 整除，n² 是完全立方数，且 n³ 是完全平方数。n 有多少位数字？</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smallest positive integer such that n is divisible by 20, n² is a perfect cube, and n³ is a perfect square. What is the number of digits of n?</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数 1，2，3，…，98，99 和 x 的平均数是 100x。求 x。</w:t>
      </w:r>
    </w:p>
    <w:p>
      <w:pPr>
        <w:spacing w:before="0" w:after="120" w:line="300" w:lineRule="auto"/>
      </w:pPr>
      <w:r>
        <w:rPr>
          <w:rFonts w:ascii="Times New Roman" w:hAnsi="Times New Roman" w:eastAsia="宋体"/>
          <w:b w:val="0"/>
          <w:i w:val="0"/>
          <w:sz w:val="21"/>
        </w:rPr>
        <w:t>（A）49/101　　（B）50/101　　（C）1/2　　（D）51/101　　（E）50/99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 numbers 1, 2, 3, …, 98, 99, and x is 100x. What is x?</w:t>
      </w:r>
    </w:p>
    <w:p>
      <w:pPr>
        <w:spacing w:before="0" w:after="160" w:line="300" w:lineRule="auto"/>
      </w:pPr>
      <w:r>
        <w:rPr>
          <w:rFonts w:ascii="Times New Roman" w:hAnsi="Times New Roman" w:eastAsia="宋体"/>
          <w:b w:val="0"/>
          <w:i w:val="0"/>
          <w:color w:val="333333"/>
          <w:sz w:val="19"/>
        </w:rPr>
        <w:t>(A) 49/101　　(B) 50/101　　(C) 1/2　　(D) 51/101　　(E) 50/99</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从 1000 到 10,000 之间的回文数中随机选一个。它能被 7 整除的概率是多少？</w:t>
      </w:r>
    </w:p>
    <w:p>
      <w:pPr>
        <w:spacing w:before="0" w:after="120" w:line="300" w:lineRule="auto"/>
      </w:pPr>
      <w:r>
        <w:rPr>
          <w:rFonts w:ascii="Times New Roman" w:hAnsi="Times New Roman" w:eastAsia="宋体"/>
          <w:b w:val="0"/>
          <w:i w:val="0"/>
          <w:sz w:val="21"/>
        </w:rPr>
        <w:t>（A）1/10　　（B）1/9　　（C）1/7　　（D）1/6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palindrome between 1000 and 10,000 is chosen at random. What is the probability that it is divisible by 7?</w:t>
      </w:r>
    </w:p>
    <w:p>
      <w:pPr>
        <w:spacing w:before="0" w:after="160" w:line="300" w:lineRule="auto"/>
      </w:pPr>
      <w:r>
        <w:rPr>
          <w:rFonts w:ascii="Times New Roman" w:hAnsi="Times New Roman" w:eastAsia="宋体"/>
          <w:b w:val="0"/>
          <w:i w:val="0"/>
          <w:color w:val="333333"/>
          <w:sz w:val="19"/>
        </w:rPr>
        <w:t>(A) 1/10　　(B) 1/9　　(C) 1/7　　(D) 1/6　　(E) 1/5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x 取何值时，</w:t>
      </w:r>
    </w:p>
    <w:p>
      <w:pPr>
        <w:spacing w:before="0" w:after="80" w:line="300" w:lineRule="auto"/>
        <w:jc w:val="left"/>
      </w:pPr>
      <w:r>
        <w:rPr>
          <w:rFonts w:ascii="Times New Roman" w:hAnsi="Times New Roman" w:eastAsia="宋体"/>
          <w:b w:val="0"/>
          <w:i w:val="0"/>
          <w:sz w:val="21"/>
        </w:rPr>
        <w:t>log_(√(2))√(x)+log₂ x</w:t>
      </w:r>
    </w:p>
    <w:p>
      <w:pPr>
        <w:spacing w:before="0" w:after="80" w:line="300" w:lineRule="auto"/>
        <w:jc w:val="left"/>
      </w:pPr>
      <w:r>
        <w:rPr>
          <w:rFonts w:ascii="Times New Roman" w:hAnsi="Times New Roman" w:eastAsia="宋体"/>
          <w:b w:val="0"/>
          <w:i w:val="0"/>
          <w:sz w:val="21"/>
        </w:rPr>
        <w:t>+log₄(x²)+log₈(x³)</w:t>
      </w:r>
    </w:p>
    <w:p>
      <w:pPr>
        <w:spacing w:before="0" w:after="80" w:line="300" w:lineRule="auto"/>
        <w:jc w:val="left"/>
      </w:pPr>
      <w:r>
        <w:rPr>
          <w:rFonts w:ascii="Times New Roman" w:hAnsi="Times New Roman" w:eastAsia="宋体"/>
          <w:b w:val="0"/>
          <w:i w:val="0"/>
          <w:sz w:val="21"/>
        </w:rPr>
        <w:t>+log₁₆(x⁴)=40</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（A）8　　（B）16　　（C）32　　（D）256　　（E）1024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what value of x does</w:t>
      </w:r>
    </w:p>
    <w:p>
      <w:pPr>
        <w:spacing w:before="0" w:after="80" w:line="300" w:lineRule="auto"/>
        <w:jc w:val="left"/>
      </w:pPr>
      <w:r>
        <w:rPr>
          <w:rFonts w:ascii="Times New Roman" w:hAnsi="Times New Roman" w:eastAsia="宋体"/>
          <w:b w:val="0"/>
          <w:i w:val="0"/>
          <w:color w:val="333333"/>
          <w:sz w:val="19"/>
        </w:rPr>
        <w:t>log_(√(2))√(x)+log₂ x</w:t>
      </w:r>
    </w:p>
    <w:p>
      <w:pPr>
        <w:spacing w:before="0" w:after="80" w:line="300" w:lineRule="auto"/>
        <w:jc w:val="left"/>
      </w:pPr>
      <w:r>
        <w:rPr>
          <w:rFonts w:ascii="Times New Roman" w:hAnsi="Times New Roman" w:eastAsia="宋体"/>
          <w:b w:val="0"/>
          <w:i w:val="0"/>
          <w:color w:val="333333"/>
          <w:sz w:val="19"/>
        </w:rPr>
        <w:t>+log₄(x²)+log₈(x³)</w:t>
      </w:r>
    </w:p>
    <w:p>
      <w:pPr>
        <w:spacing w:before="0" w:after="80" w:line="300" w:lineRule="auto"/>
        <w:jc w:val="left"/>
      </w:pPr>
      <w:r>
        <w:rPr>
          <w:rFonts w:ascii="Times New Roman" w:hAnsi="Times New Roman" w:eastAsia="宋体"/>
          <w:b w:val="0"/>
          <w:i w:val="0"/>
          <w:color w:val="333333"/>
          <w:sz w:val="19"/>
        </w:rPr>
        <w:t>+log₁₆(x⁴)=40?</w:t>
      </w:r>
    </w:p>
    <w:p>
      <w:pPr>
        <w:spacing w:before="0" w:after="160" w:line="300" w:lineRule="auto"/>
      </w:pPr>
      <w:r>
        <w:rPr>
          <w:rFonts w:ascii="Times New Roman" w:hAnsi="Times New Roman" w:eastAsia="宋体"/>
          <w:b w:val="0"/>
          <w:i w:val="0"/>
          <w:color w:val="333333"/>
          <w:sz w:val="19"/>
        </w:rPr>
        <w:t>(A) 8　　(B) 16　　(C) 32　　(D) 256　　(E) 1024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 △ ABC 中，cos(2A-B)+sin(A+B)=2，且 AB=4。求 BC？</w:t>
      </w:r>
    </w:p>
    <w:p>
      <w:pPr>
        <w:spacing w:before="0" w:after="120" w:line="300" w:lineRule="auto"/>
      </w:pPr>
      <w:r>
        <w:rPr>
          <w:rFonts w:ascii="Times New Roman" w:hAnsi="Times New Roman" w:eastAsia="宋体"/>
          <w:b w:val="0"/>
          <w:i w:val="0"/>
          <w:sz w:val="21"/>
        </w:rPr>
        <w:t>（A）√(2)　　（B）√(3)　　（C）2　　（D）2√(2)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cos(2A-B)+sin(A+B)=2 and AB=4. What is BC?</w:t>
      </w:r>
    </w:p>
    <w:p>
      <w:pPr>
        <w:spacing w:before="0" w:after="160" w:line="300" w:lineRule="auto"/>
      </w:pPr>
      <w:r>
        <w:rPr>
          <w:rFonts w:ascii="Times New Roman" w:hAnsi="Times New Roman" w:eastAsia="宋体"/>
          <w:b w:val="0"/>
          <w:i w:val="0"/>
          <w:color w:val="333333"/>
          <w:sz w:val="19"/>
        </w:rPr>
        <w:t>(A) √(2)　　(B) √(3)　　(C) 2　　(D) 2√(2)　　(E) 2√(3)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a、b、c、d 和 e 为正整数，且 a+b+c+d+e=2010。令 M 为 a+b、b+c、c+d 和 d+e 中的最大值。M 的最小可能值是多少？</w:t>
      </w:r>
    </w:p>
    <w:p>
      <w:pPr>
        <w:spacing w:before="0" w:after="120" w:line="300" w:lineRule="auto"/>
      </w:pPr>
      <w:r>
        <w:rPr>
          <w:rFonts w:ascii="Times New Roman" w:hAnsi="Times New Roman" w:eastAsia="宋体"/>
          <w:b w:val="0"/>
          <w:i w:val="0"/>
          <w:sz w:val="21"/>
        </w:rPr>
        <w:t>（A）670　　（B）671　　（C）802　　（D）803　　（E）804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d, and e be positive integers with a+b+c+d+e=2010, and let M be the largest of the sums a+b, b+c, c+d, and d+e. What is the smallest possible value of M?</w:t>
      </w:r>
    </w:p>
    <w:p>
      <w:pPr>
        <w:spacing w:before="0" w:after="160" w:line="300" w:lineRule="auto"/>
      </w:pPr>
      <w:r>
        <w:rPr>
          <w:rFonts w:ascii="Times New Roman" w:hAnsi="Times New Roman" w:eastAsia="宋体"/>
          <w:b w:val="0"/>
          <w:i w:val="0"/>
          <w:color w:val="333333"/>
          <w:sz w:val="19"/>
        </w:rPr>
        <w:t>(A) 670　　(B) 671　　(C) 802　　(D) 803　　(E) 804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有多少个有序三元组 (x, y, z) 满足：三个分量都是小于 20 的非负整数，并且集合 {iˣ, (1+i)ʸ, z} 中恰好有两个不同的元素？其中 i=√(-1)。</w:t>
      </w:r>
    </w:p>
    <w:p>
      <w:pPr>
        <w:spacing w:before="0" w:after="120" w:line="300" w:lineRule="auto"/>
      </w:pPr>
      <w:r>
        <w:rPr>
          <w:rFonts w:ascii="Times New Roman" w:hAnsi="Times New Roman" w:eastAsia="宋体"/>
          <w:b w:val="0"/>
          <w:i w:val="0"/>
          <w:sz w:val="21"/>
        </w:rPr>
        <w:t>（A）149　　（B）205　　（C）215　　（D）225　　（E）235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ordered triples (x, y, z) of nonnegative integers less than 20 are there exactly two distinct elements in the set {iˣ, (1+i)ʸ, z}, where i=√(-1)?</w:t>
      </w:r>
    </w:p>
    <w:p>
      <w:pPr>
        <w:spacing w:before="0" w:after="160" w:line="300" w:lineRule="auto"/>
      </w:pPr>
      <w:r>
        <w:rPr>
          <w:rFonts w:ascii="Times New Roman" w:hAnsi="Times New Roman" w:eastAsia="宋体"/>
          <w:b w:val="0"/>
          <w:i w:val="0"/>
          <w:color w:val="333333"/>
          <w:sz w:val="19"/>
        </w:rPr>
        <w:t>(A) 149　　(B) 205　　(C) 215　　(D) 225　　(E) 235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从集合 {1, 2, 3, …, 2010} 中有放回地随机且独立选取正整数 a，b 和 c。abc+ab+a 能被 3 整除的概率是多少？</w:t>
      </w:r>
    </w:p>
    <w:p>
      <w:pPr>
        <w:spacing w:before="0" w:after="120" w:line="300" w:lineRule="auto"/>
      </w:pPr>
      <w:r>
        <w:rPr>
          <w:rFonts w:ascii="Times New Roman" w:hAnsi="Times New Roman" w:eastAsia="宋体"/>
          <w:b w:val="0"/>
          <w:i w:val="0"/>
          <w:sz w:val="21"/>
        </w:rPr>
        <w:t>（A）1/3　　（B）29/81　　（C）31/81　　（D）11/27　　（E）13/27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a, b, and c are randomly and independently selected with replacement from the set {1, 2, 3, …, 2010}. What is the probability that abc+ab+a is divisible by 3?</w:t>
      </w:r>
    </w:p>
    <w:p>
      <w:pPr>
        <w:spacing w:before="0" w:after="160" w:line="300" w:lineRule="auto"/>
      </w:pPr>
      <w:r>
        <w:rPr>
          <w:rFonts w:ascii="Times New Roman" w:hAnsi="Times New Roman" w:eastAsia="宋体"/>
          <w:b w:val="0"/>
          <w:i w:val="0"/>
          <w:color w:val="333333"/>
          <w:sz w:val="19"/>
        </w:rPr>
        <w:t>(A) 1/3　　(B) 29/81　　(C) 31/81　　(D) 11/27　　(E) 13/27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 3×3 数组中的项包含数字 1 到 9，各一次，并且每一行和每一列中的项都按递增顺序排列。这样的数组有多少个？</w:t>
      </w:r>
    </w:p>
    <w:p>
      <w:pPr>
        <w:spacing w:before="0" w:after="120" w:line="300" w:lineRule="auto"/>
      </w:pPr>
      <w:r>
        <w:rPr>
          <w:rFonts w:ascii="Times New Roman" w:hAnsi="Times New Roman" w:eastAsia="宋体"/>
          <w:b w:val="0"/>
          <w:i w:val="0"/>
          <w:sz w:val="21"/>
        </w:rPr>
        <w:t>（A）18　　（B）24　　（C）36　　（D）42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entries in a 3×3 array include all the digits from 1 through 9, arranged so that the entries in every row and column are in increasing order. How many such arrays are there?</w:t>
      </w:r>
    </w:p>
    <w:p>
      <w:pPr>
        <w:spacing w:before="0" w:after="160" w:line="300" w:lineRule="auto"/>
      </w:pPr>
      <w:r>
        <w:rPr>
          <w:rFonts w:ascii="Times New Roman" w:hAnsi="Times New Roman" w:eastAsia="宋体"/>
          <w:b w:val="0"/>
          <w:i w:val="0"/>
          <w:color w:val="333333"/>
          <w:sz w:val="19"/>
        </w:rPr>
        <w:t>(A) 18　　(B) 24　　(C) 36　　(D) 42　　(E) 60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一只青蛙跳 3 次，每次恰好跳 1 米。每次跳跃的方向都是独立随机选择的。青蛙最终位置离起点不超过 1 米的概率是多少？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frog makes 3 jumps, each exactly 1 meter long. The directions of the jumps are chosen independently and at random. What is the probability that the frog’s final position is no more than 1 meter from its starting position?</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Raiders 队和 Wildcats 队的一场高中篮球赛在第一节结束时打平。Raiders 队四节的得分构成递增等比数列，Wildcats 队四节的得分构成递增等差数列。第四节结束时，Raiders 队以一分获胜。两队得分都不超过 100 分。上半场两队总共得了多少分？</w:t>
      </w:r>
    </w:p>
    <w:p>
      <w:pPr>
        <w:spacing w:before="0" w:after="120" w:line="300" w:lineRule="auto"/>
      </w:pPr>
      <w:r>
        <w:rPr>
          <w:rFonts w:ascii="Times New Roman" w:hAnsi="Times New Roman" w:eastAsia="宋体"/>
          <w:b w:val="0"/>
          <w:i w:val="0"/>
          <w:sz w:val="21"/>
        </w:rPr>
        <w:t>（A）30　　（B）31　　（C）32　　（D）33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high school basketball game between the Raiders and the Wildcats was tied at the end of the first quarter. The number of points scored by the Raiders in each of the four quarters formed an increasing geometric sequence, and the number of points scored by the Wildcats in each of the four quarters formed an increasing arithmetic sequence. At the end of the fourth quarter, the Raiders had won by one point. Neither team scored more than 100 points. What was the total number of points scored by the two teams in the first half?</w:t>
      </w:r>
    </w:p>
    <w:p>
      <w:pPr>
        <w:spacing w:before="0" w:after="160" w:line="300" w:lineRule="auto"/>
      </w:pPr>
      <w:r>
        <w:rPr>
          <w:rFonts w:ascii="Times New Roman" w:hAnsi="Times New Roman" w:eastAsia="宋体"/>
          <w:b w:val="0"/>
          <w:i w:val="0"/>
          <w:color w:val="333333"/>
          <w:sz w:val="19"/>
        </w:rPr>
        <w:t>(A) 30　　(B) 31　　(C) 32　　(D) 33　　(E) 34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某等比数列 (aₙ) 满足 a₁=sin x，a₂=cos x，且 a₃=tan x，其中 x 为某个实数。对哪个 n 有 aₙ=1+cos x？</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geometric sequence (aₙ) has a₁=sin x, a₂=cos x, and a₃=tan x for some real number x. For what value of n does aₙ=1+cos x?</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a&gt;0，且 P(x) 是一个整系数多项式，满足</w:t>
      </w:r>
    </w:p>
    <w:p>
      <w:pPr>
        <w:spacing w:before="0" w:after="80" w:line="300" w:lineRule="auto"/>
        <w:jc w:val="left"/>
      </w:pPr>
      <w:r>
        <w:rPr>
          <w:rFonts w:ascii="Times New Roman" w:hAnsi="Times New Roman" w:eastAsia="宋体"/>
          <w:b w:val="0"/>
          <w:i w:val="0"/>
          <w:sz w:val="21"/>
        </w:rPr>
        <w:t>P(1)=P(3)=P(5)</w:t>
      </w:r>
    </w:p>
    <w:p>
      <w:pPr>
        <w:spacing w:before="0" w:after="80" w:line="300" w:lineRule="auto"/>
        <w:jc w:val="left"/>
      </w:pPr>
      <w:r>
        <w:rPr>
          <w:rFonts w:ascii="Times New Roman" w:hAnsi="Times New Roman" w:eastAsia="宋体"/>
          <w:b w:val="0"/>
          <w:i w:val="0"/>
          <w:sz w:val="21"/>
        </w:rPr>
        <w:t>=P(7)=a，</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P(2)=P(4)=P(6)</w:t>
      </w:r>
    </w:p>
    <w:p>
      <w:pPr>
        <w:spacing w:before="0" w:after="80" w:line="300" w:lineRule="auto"/>
        <w:jc w:val="left"/>
      </w:pPr>
      <w:r>
        <w:rPr>
          <w:rFonts w:ascii="Times New Roman" w:hAnsi="Times New Roman" w:eastAsia="宋体"/>
          <w:b w:val="0"/>
          <w:i w:val="0"/>
          <w:sz w:val="21"/>
        </w:rPr>
        <w:t>=P(8)=-a。</w:t>
      </w:r>
    </w:p>
    <w:p>
      <w:pPr>
        <w:spacing w:before="0" w:after="80" w:line="300" w:lineRule="auto"/>
        <w:jc w:val="left"/>
      </w:pPr>
      <w:r>
        <w:rPr>
          <w:rFonts w:ascii="Times New Roman" w:hAnsi="Times New Roman" w:eastAsia="宋体"/>
          <w:b w:val="0"/>
          <w:i w:val="0"/>
          <w:sz w:val="21"/>
        </w:rPr>
        <w:t>求 a 的最小可能值。</w:t>
      </w:r>
    </w:p>
    <w:p>
      <w:pPr>
        <w:spacing w:before="0" w:after="120" w:line="300" w:lineRule="auto"/>
      </w:pPr>
      <w:r>
        <w:rPr>
          <w:rFonts w:ascii="Times New Roman" w:hAnsi="Times New Roman" w:eastAsia="宋体"/>
          <w:b w:val="0"/>
          <w:i w:val="0"/>
          <w:sz w:val="21"/>
        </w:rPr>
        <w:t>（A）105　　（B）315　　（C）945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a&gt;0, and let P(x) be a polynomial with integer coefficients such that</w:t>
      </w:r>
    </w:p>
    <w:p>
      <w:pPr>
        <w:spacing w:before="0" w:after="80" w:line="300" w:lineRule="auto"/>
        <w:jc w:val="left"/>
      </w:pPr>
      <w:r>
        <w:rPr>
          <w:rFonts w:ascii="Times New Roman" w:hAnsi="Times New Roman" w:eastAsia="宋体"/>
          <w:b w:val="0"/>
          <w:i w:val="0"/>
          <w:color w:val="333333"/>
          <w:sz w:val="19"/>
        </w:rPr>
        <w:t>P(1)=P(3)=P(5)</w:t>
      </w:r>
    </w:p>
    <w:p>
      <w:pPr>
        <w:spacing w:before="0" w:after="80" w:line="300" w:lineRule="auto"/>
        <w:jc w:val="left"/>
      </w:pPr>
      <w:r>
        <w:rPr>
          <w:rFonts w:ascii="Times New Roman" w:hAnsi="Times New Roman" w:eastAsia="宋体"/>
          <w:b w:val="0"/>
          <w:i w:val="0"/>
          <w:color w:val="333333"/>
          <w:sz w:val="19"/>
        </w:rPr>
        <w:t>=P(7)=a,</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P(2)=P(4)=P(6)</w:t>
      </w:r>
    </w:p>
    <w:p>
      <w:pPr>
        <w:spacing w:before="0" w:after="80" w:line="300" w:lineRule="auto"/>
        <w:jc w:val="left"/>
      </w:pPr>
      <w:r>
        <w:rPr>
          <w:rFonts w:ascii="Times New Roman" w:hAnsi="Times New Roman" w:eastAsia="宋体"/>
          <w:b w:val="0"/>
          <w:i w:val="0"/>
          <w:color w:val="333333"/>
          <w:sz w:val="19"/>
        </w:rPr>
        <w:t>=P(8)=-a.</w:t>
      </w:r>
    </w:p>
    <w:p>
      <w:pPr>
        <w:spacing w:before="0" w:after="80" w:line="300" w:lineRule="auto"/>
        <w:jc w:val="left"/>
      </w:pPr>
      <w:r>
        <w:rPr>
          <w:rFonts w:ascii="Times New Roman" w:hAnsi="Times New Roman" w:eastAsia="宋体"/>
          <w:b w:val="0"/>
          <w:i w:val="0"/>
          <w:color w:val="333333"/>
          <w:sz w:val="19"/>
        </w:rPr>
        <w:t>What is the smallest possible value of a?</w:t>
      </w:r>
    </w:p>
    <w:p>
      <w:pPr>
        <w:spacing w:before="0" w:after="160" w:line="300" w:lineRule="auto"/>
      </w:pPr>
      <w:r>
        <w:rPr>
          <w:rFonts w:ascii="Times New Roman" w:hAnsi="Times New Roman" w:eastAsia="宋体"/>
          <w:b w:val="0"/>
          <w:i w:val="0"/>
          <w:color w:val="333333"/>
          <w:sz w:val="19"/>
        </w:rPr>
        <w:t>(A) 105　　(B) 315　　(C) 945　　(D) 7!　　(E) 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ABCD 是圆内接四边形。ABCD 的边长是互不相同且小于 15 的整数，并且 BC· CD=AB· DA。BD 的最大可能值是多少？</w:t>
      </w:r>
    </w:p>
    <w:p>
      <w:pPr>
        <w:spacing w:before="0" w:after="120" w:line="300" w:lineRule="auto"/>
      </w:pPr>
      <w:r>
        <w:rPr>
          <w:rFonts w:ascii="Times New Roman" w:hAnsi="Times New Roman" w:eastAsia="宋体"/>
          <w:b w:val="0"/>
          <w:i w:val="0"/>
          <w:sz w:val="21"/>
        </w:rPr>
        <w:t>（A）√(325/2)　　（B）√(185)　　（C）√(389/2)　　（D）√(425/2)　　（E）√(533/2)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cyclic quadrilateral. The side lengths of ABCD are distinct integers less than 15 such that BC· CD=AB· DA. What is the largest possible value of BD?</w:t>
      </w:r>
    </w:p>
    <w:p>
      <w:pPr>
        <w:spacing w:before="0" w:after="160" w:line="300" w:lineRule="auto"/>
      </w:pPr>
      <w:r>
        <w:rPr>
          <w:rFonts w:ascii="Times New Roman" w:hAnsi="Times New Roman" w:eastAsia="宋体"/>
          <w:b w:val="0"/>
          <w:i w:val="0"/>
          <w:color w:val="333333"/>
          <w:sz w:val="19"/>
        </w:rPr>
        <w:t>(A) √(325/2)　　(B) √(185)　　(C) √(389/2)　　(D) √(425/2)　　(E) √(533/2)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首一二次多项式 P(x) 和 Q(x) 满足：P(Q(x)) 在 x=-23，-21，-17 和 -15 处为零，且 Q(P(x)) 在 x=-59，-57，-51 和 -49 处为零。P(x) 与 Q(x) 的最小值之和是多少？</w:t>
      </w:r>
    </w:p>
    <w:p>
      <w:pPr>
        <w:spacing w:before="0" w:after="120" w:line="300" w:lineRule="auto"/>
      </w:pPr>
      <w:r>
        <w:rPr>
          <w:rFonts w:ascii="Times New Roman" w:hAnsi="Times New Roman" w:eastAsia="宋体"/>
          <w:b w:val="0"/>
          <w:i w:val="0"/>
          <w:sz w:val="21"/>
        </w:rPr>
        <w:t>（A）-100　　（B）-82　　（C）-73　　（D）-64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Monic quadratic polynomials P(x) and Q(x) have the property that P(Q(x)) has zeros at x=-23, -21, -17, and -15, and Q(P(x)) has zeros at x=-59, -57, -51, and -49. What is the sum of the minimum values of P(x) and Q(x)?</w:t>
      </w:r>
    </w:p>
    <w:p>
      <w:pPr>
        <w:spacing w:before="0" w:after="160" w:line="300" w:lineRule="auto"/>
      </w:pPr>
      <w:r>
        <w:rPr>
          <w:rFonts w:ascii="Times New Roman" w:hAnsi="Times New Roman" w:eastAsia="宋体"/>
          <w:b w:val="0"/>
          <w:i w:val="0"/>
          <w:color w:val="333333"/>
          <w:sz w:val="19"/>
        </w:rPr>
        <w:t>(A) -100　　(B) -82　　(C) -73　　(D) -64　　(E) 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满足</w:t>
      </w:r>
    </w:p>
    <w:p>
      <w:pPr>
        <w:spacing w:before="0" w:after="80" w:line="300" w:lineRule="auto"/>
        <w:jc w:val="left"/>
      </w:pPr>
      <w:r>
        <w:rPr>
          <w:rFonts w:ascii="Times New Roman" w:hAnsi="Times New Roman" w:eastAsia="宋体"/>
          <w:b w:val="0"/>
          <w:i w:val="0"/>
          <w:sz w:val="21"/>
        </w:rPr>
        <w:t>1/x-2009+1/x-2010</w:t>
      </w:r>
    </w:p>
    <w:p>
      <w:pPr>
        <w:spacing w:before="0" w:after="80" w:line="300" w:lineRule="auto"/>
        <w:jc w:val="left"/>
      </w:pPr>
      <w:r>
        <w:rPr>
          <w:rFonts w:ascii="Times New Roman" w:hAnsi="Times New Roman" w:eastAsia="宋体"/>
          <w:b w:val="0"/>
          <w:i w:val="0"/>
          <w:sz w:val="21"/>
        </w:rPr>
        <w:t>+1/x-2011≥1</w:t>
      </w:r>
    </w:p>
    <w:p>
      <w:pPr>
        <w:spacing w:before="0" w:after="80" w:line="300" w:lineRule="auto"/>
        <w:jc w:val="left"/>
      </w:pPr>
      <w:r>
        <w:rPr>
          <w:rFonts w:ascii="Times New Roman" w:hAnsi="Times New Roman" w:eastAsia="宋体"/>
          <w:b w:val="0"/>
          <w:i w:val="0"/>
          <w:sz w:val="21"/>
        </w:rPr>
        <w:t>的实数 x 构成若干形如 a&lt; x≤ b 的区间之并。这些区间的长度之和是多少？</w:t>
      </w:r>
    </w:p>
    <w:p>
      <w:pPr>
        <w:spacing w:before="0" w:after="120" w:line="300" w:lineRule="auto"/>
      </w:pPr>
      <w:r>
        <w:rPr>
          <w:rFonts w:ascii="Times New Roman" w:hAnsi="Times New Roman" w:eastAsia="宋体"/>
          <w:b w:val="0"/>
          <w:i w:val="0"/>
          <w:sz w:val="21"/>
        </w:rPr>
        <w:t>（A）1003/335　　（B）1004/335　　（C）3　　（D）403/134　　（E）202/67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real numbers x for which</w:t>
      </w:r>
    </w:p>
    <w:p>
      <w:pPr>
        <w:spacing w:before="0" w:after="80" w:line="300" w:lineRule="auto"/>
        <w:jc w:val="left"/>
      </w:pPr>
      <w:r>
        <w:rPr>
          <w:rFonts w:ascii="Times New Roman" w:hAnsi="Times New Roman" w:eastAsia="宋体"/>
          <w:b w:val="0"/>
          <w:i w:val="0"/>
          <w:color w:val="333333"/>
          <w:sz w:val="19"/>
        </w:rPr>
        <w:t>1/x-2009+1/x-2010</w:t>
      </w:r>
    </w:p>
    <w:p>
      <w:pPr>
        <w:spacing w:before="0" w:after="80" w:line="300" w:lineRule="auto"/>
        <w:jc w:val="left"/>
      </w:pPr>
      <w:r>
        <w:rPr>
          <w:rFonts w:ascii="Times New Roman" w:hAnsi="Times New Roman" w:eastAsia="宋体"/>
          <w:b w:val="0"/>
          <w:i w:val="0"/>
          <w:color w:val="333333"/>
          <w:sz w:val="19"/>
        </w:rPr>
        <w:t>+1/x-2011≥1</w:t>
      </w:r>
    </w:p>
    <w:p>
      <w:pPr>
        <w:spacing w:before="0" w:after="80" w:line="300" w:lineRule="auto"/>
        <w:jc w:val="left"/>
      </w:pPr>
      <w:r>
        <w:rPr>
          <w:rFonts w:ascii="Times New Roman" w:hAnsi="Times New Roman" w:eastAsia="宋体"/>
          <w:b w:val="0"/>
          <w:i w:val="0"/>
          <w:color w:val="333333"/>
          <w:sz w:val="19"/>
        </w:rPr>
        <w:t>is the union of intervals of the form a&lt; x≤ b. What is the sum of the lengths of these intervals?</w:t>
      </w:r>
    </w:p>
    <w:p>
      <w:pPr>
        <w:spacing w:before="0" w:after="160" w:line="300" w:lineRule="auto"/>
      </w:pPr>
      <w:r>
        <w:rPr>
          <w:rFonts w:ascii="Times New Roman" w:hAnsi="Times New Roman" w:eastAsia="宋体"/>
          <w:b w:val="0"/>
          <w:i w:val="0"/>
          <w:color w:val="333333"/>
          <w:sz w:val="19"/>
        </w:rPr>
        <w:t>(A) 1003/335　　(B) 1004/335　　(C) 3　　(D) 403/134　　(E) 202/67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对每个整数 n≥2，令 pow(n) 为整除 n 的最大质数的最大幂。例如，pow(144)=pow(2⁴·3²)=3²。求最大的整数 m，使得 2010ᵐ 整除</w:t>
      </w:r>
    </w:p>
    <w:p>
      <w:pPr>
        <w:spacing w:before="0" w:after="80" w:line="300" w:lineRule="auto"/>
        <w:jc w:val="left"/>
      </w:pPr>
      <w:r>
        <w:rPr>
          <w:rFonts w:ascii="Times New Roman" w:hAnsi="Times New Roman" w:eastAsia="宋体"/>
          <w:b w:val="0"/>
          <w:i w:val="0"/>
          <w:sz w:val="21"/>
        </w:rPr>
        <w:t>Πₙ₌₂⁵³⁰⁰pow(n)？</w:t>
      </w:r>
    </w:p>
    <w:p>
      <w:pPr>
        <w:spacing w:before="0" w:after="120" w:line="300" w:lineRule="auto"/>
      </w:pPr>
      <w:r>
        <w:rPr>
          <w:rFonts w:ascii="Times New Roman" w:hAnsi="Times New Roman" w:eastAsia="宋体"/>
          <w:b w:val="0"/>
          <w:i w:val="0"/>
          <w:sz w:val="21"/>
        </w:rPr>
        <w:t>（A）74　　（B）75　　（C）76　　（D）77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integer n≥2, let pow(n) be the largest power of the largest prime that divides n. For example, pow(144)=pow(2⁴·3²)=3². What is the largest integer m such that 2010ᵐ divides</w:t>
      </w:r>
    </w:p>
    <w:p>
      <w:pPr>
        <w:spacing w:before="0" w:after="80" w:line="300" w:lineRule="auto"/>
        <w:jc w:val="left"/>
      </w:pPr>
      <w:r>
        <w:rPr>
          <w:rFonts w:ascii="Times New Roman" w:hAnsi="Times New Roman" w:eastAsia="宋体"/>
          <w:b w:val="0"/>
          <w:i w:val="0"/>
          <w:color w:val="333333"/>
          <w:sz w:val="19"/>
        </w:rPr>
        <w:t>Πₙ₌₂⁵³⁰⁰pow(n)?</w:t>
      </w:r>
    </w:p>
    <w:p>
      <w:pPr>
        <w:spacing w:before="0" w:after="160" w:line="300" w:lineRule="auto"/>
      </w:pPr>
      <w:r>
        <w:rPr>
          <w:rFonts w:ascii="Times New Roman" w:hAnsi="Times New Roman" w:eastAsia="宋体"/>
          <w:b w:val="0"/>
          <w:i w:val="0"/>
          <w:color w:val="333333"/>
          <w:sz w:val="19"/>
        </w:rPr>
        <w:t>(A) 74　　(B) 75　　(C) 76　　(D) 77　　(E) 78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E　B　D　D　C　B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E　D　C　B　D　E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E　B　D　A　C　D</w:t>
      </w:r>
    </w:p>
    <w:p>
      <w:pPr>
        <w:spacing w:before="0" w:after="200" w:line="300" w:lineRule="auto"/>
      </w:pPr>
      <w:r>
        <w:rPr>
          <w:rFonts w:ascii="Times New Roman" w:hAnsi="Times New Roman" w:eastAsia="宋体"/>
          <w:b w:val="0"/>
          <w:i w:val="0"/>
          <w:color w:val="666666"/>
          <w:sz w:val="18"/>
        </w:rPr>
        <w:t>答案串：CAEBDDCBEBEDCBDEDCEEBDACD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两场会议用了 45+90=135 分钟，而工作日共有 9·60=540 分钟。</w:t>
      </w:r>
    </w:p>
    <w:p>
      <w:pPr>
        <w:spacing w:before="0" w:after="80" w:line="300" w:lineRule="auto"/>
        <w:jc w:val="left"/>
      </w:pPr>
      <w:r>
        <w:rPr>
          <w:rFonts w:ascii="Times New Roman" w:hAnsi="Times New Roman" w:eastAsia="宋体"/>
          <w:b w:val="0"/>
          <w:i w:val="0"/>
          <w:sz w:val="21"/>
        </w:rPr>
        <w:t>用于开会的时间占全天的比例是</w:t>
      </w:r>
    </w:p>
    <w:p>
      <w:pPr>
        <w:spacing w:before="0" w:after="80" w:line="300" w:lineRule="auto"/>
        <w:jc w:val="left"/>
      </w:pPr>
      <w:r>
        <w:rPr>
          <w:rFonts w:ascii="Times New Roman" w:hAnsi="Times New Roman" w:eastAsia="宋体"/>
          <w:b w:val="0"/>
          <w:i w:val="0"/>
          <w:sz w:val="21"/>
        </w:rPr>
        <w:t>135/540=1/4=25%。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meetings lasted 45+90=135 minutes, and the work day is 9·60=540 minutes.</w:t>
      </w:r>
    </w:p>
    <w:p>
      <w:pPr>
        <w:spacing w:before="0" w:after="80" w:line="300" w:lineRule="auto"/>
        <w:jc w:val="left"/>
      </w:pPr>
      <w:r>
        <w:rPr>
          <w:rFonts w:ascii="Times New Roman" w:hAnsi="Times New Roman" w:eastAsia="宋体"/>
          <w:b w:val="0"/>
          <w:i w:val="0"/>
          <w:color w:val="333333"/>
          <w:sz w:val="19"/>
        </w:rPr>
        <w:t>The fraction of the day spent in meetings is</w:t>
      </w:r>
    </w:p>
    <w:p>
      <w:pPr>
        <w:spacing w:before="0" w:after="80" w:line="300" w:lineRule="auto"/>
        <w:jc w:val="left"/>
      </w:pPr>
      <w:r>
        <w:rPr>
          <w:rFonts w:ascii="Times New Roman" w:hAnsi="Times New Roman" w:eastAsia="宋体"/>
          <w:b w:val="0"/>
          <w:i w:val="0"/>
          <w:color w:val="333333"/>
          <w:sz w:val="19"/>
        </w:rPr>
        <w:t>135/540=1/4=25%.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这个区域可以分成一个 8×2 的竖直长方形和一个 2×3 的水平底部，其中底部的宽为 5-2=3。</w:t>
      </w:r>
    </w:p>
    <w:p>
      <w:pPr>
        <w:spacing w:before="0" w:after="80" w:line="300" w:lineRule="auto"/>
        <w:jc w:val="left"/>
      </w:pPr>
      <w:r>
        <w:rPr>
          <w:rFonts w:ascii="Times New Roman" w:hAnsi="Times New Roman" w:eastAsia="宋体"/>
          <w:b w:val="0"/>
          <w:i w:val="0"/>
          <w:sz w:val="21"/>
        </w:rPr>
        <w:t>总面积为</w:t>
      </w:r>
    </w:p>
    <w:p>
      <w:pPr>
        <w:spacing w:before="0" w:after="80" w:line="300" w:lineRule="auto"/>
        <w:jc w:val="left"/>
      </w:pPr>
      <w:r>
        <w:rPr>
          <w:rFonts w:ascii="Times New Roman" w:hAnsi="Times New Roman" w:eastAsia="宋体"/>
          <w:b w:val="0"/>
          <w:i w:val="0"/>
          <w:sz w:val="21"/>
        </w:rPr>
        <w:t>8·2+3·2=16+6=22。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splits into an 8×2 vertical rectangle and a 2×3 horizontal foot, whose width is 5-2=3.</w:t>
      </w:r>
    </w:p>
    <w:p>
      <w:pPr>
        <w:spacing w:before="0" w:after="80" w:line="300" w:lineRule="auto"/>
        <w:jc w:val="left"/>
      </w:pPr>
      <w:r>
        <w:rPr>
          <w:rFonts w:ascii="Times New Roman" w:hAnsi="Times New Roman" w:eastAsia="宋体"/>
          <w:b w:val="0"/>
          <w:i w:val="0"/>
          <w:color w:val="333333"/>
          <w:sz w:val="19"/>
        </w:rPr>
        <w:t>The total area is</w:t>
      </w:r>
    </w:p>
    <w:p>
      <w:pPr>
        <w:spacing w:before="0" w:after="80" w:line="300" w:lineRule="auto"/>
        <w:jc w:val="left"/>
      </w:pPr>
      <w:r>
        <w:rPr>
          <w:rFonts w:ascii="Times New Roman" w:hAnsi="Times New Roman" w:eastAsia="宋体"/>
          <w:b w:val="0"/>
          <w:i w:val="0"/>
          <w:color w:val="333333"/>
          <w:sz w:val="19"/>
        </w:rPr>
        <w:t>8·2+3·2=16+6=22.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票价 x 必须同时整除两个总价，所以 x 是 48 和 64 的公因数。</w:t>
      </w:r>
    </w:p>
    <w:p>
      <w:pPr>
        <w:spacing w:before="0" w:after="80" w:line="300" w:lineRule="auto"/>
        <w:jc w:val="left"/>
      </w:pPr>
      <w:r>
        <w:rPr>
          <w:rFonts w:ascii="Times New Roman" w:hAnsi="Times New Roman" w:eastAsia="宋体"/>
          <w:b w:val="0"/>
          <w:i w:val="0"/>
          <w:sz w:val="21"/>
        </w:rPr>
        <w:t>因为 gcd(48,64)=16，公因数为 1, 2, 4, 8 和 16。因此有 5 个可能的取值。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price x must divide both totals, so x is a common divisor of 48 and 64.</w:t>
      </w:r>
    </w:p>
    <w:p>
      <w:pPr>
        <w:spacing w:before="0" w:after="80" w:line="300" w:lineRule="auto"/>
        <w:jc w:val="left"/>
      </w:pPr>
      <w:r>
        <w:rPr>
          <w:rFonts w:ascii="Times New Roman" w:hAnsi="Times New Roman" w:eastAsia="宋体"/>
          <w:b w:val="0"/>
          <w:i w:val="0"/>
          <w:color w:val="333333"/>
          <w:sz w:val="19"/>
        </w:rPr>
        <w:t>Since gcd(48,64)=16, the common divisors are 1, 2, 4, 8, and 16. There are 5 possible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因为 31=4·7+3，这个月的前三天各出现五次，其余四天各出现四次。</w:t>
      </w:r>
    </w:p>
    <w:p>
      <w:pPr>
        <w:spacing w:before="0" w:after="80" w:line="300" w:lineRule="auto"/>
        <w:jc w:val="left"/>
      </w:pPr>
      <w:r>
        <w:rPr>
          <w:rFonts w:ascii="Times New Roman" w:hAnsi="Times New Roman" w:eastAsia="宋体"/>
          <w:b w:val="0"/>
          <w:i w:val="0"/>
          <w:sz w:val="21"/>
        </w:rPr>
        <w:t>星期一和星期三次数相同，恰好发生在它们都属于出现五次的一组，或都属于出现四次的一组时。</w:t>
      </w:r>
    </w:p>
    <w:p>
      <w:pPr>
        <w:spacing w:before="0" w:after="80" w:line="300" w:lineRule="auto"/>
        <w:jc w:val="left"/>
      </w:pPr>
      <w:r>
        <w:rPr>
          <w:rFonts w:ascii="Times New Roman" w:hAnsi="Times New Roman" w:eastAsia="宋体"/>
          <w:b w:val="0"/>
          <w:i w:val="0"/>
          <w:sz w:val="21"/>
        </w:rPr>
        <w:t>如果第一天是星期一，出现五次的是星期一、星期二、星期三。若第一天是星期四或星期五，出现五次的三天都不包含星期一和星期三。其他起始日都会只包含星期一和星期三中的一个。</w:t>
      </w:r>
    </w:p>
    <w:p>
      <w:pPr>
        <w:spacing w:before="0" w:after="80" w:line="300" w:lineRule="auto"/>
        <w:jc w:val="left"/>
      </w:pPr>
      <w:r>
        <w:rPr>
          <w:rFonts w:ascii="Times New Roman" w:hAnsi="Times New Roman" w:eastAsia="宋体"/>
          <w:b w:val="0"/>
          <w:i w:val="0"/>
          <w:sz w:val="21"/>
        </w:rPr>
        <w:t>所以第一天可以是星期一、星期四或星期五，共 3 种可能。</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31=4·7+3, the first three days of the month each occur five times, and the other four days occur four times.</w:t>
      </w:r>
    </w:p>
    <w:p>
      <w:pPr>
        <w:spacing w:before="0" w:after="80" w:line="300" w:lineRule="auto"/>
        <w:jc w:val="left"/>
      </w:pPr>
      <w:r>
        <w:rPr>
          <w:rFonts w:ascii="Times New Roman" w:hAnsi="Times New Roman" w:eastAsia="宋体"/>
          <w:b w:val="0"/>
          <w:i w:val="0"/>
          <w:color w:val="333333"/>
          <w:sz w:val="19"/>
        </w:rPr>
        <w:t>Mondays and Wednesdays are equal in number exactly when both fall in the five-time group or both fall in the four-time group.</w:t>
      </w:r>
    </w:p>
    <w:p>
      <w:pPr>
        <w:spacing w:before="0" w:after="80" w:line="300" w:lineRule="auto"/>
        <w:jc w:val="left"/>
      </w:pPr>
      <w:r>
        <w:rPr>
          <w:rFonts w:ascii="Times New Roman" w:hAnsi="Times New Roman" w:eastAsia="宋体"/>
          <w:b w:val="0"/>
          <w:i w:val="0"/>
          <w:color w:val="333333"/>
          <w:sz w:val="19"/>
        </w:rPr>
        <w:t>If the first day is Monday, the five-time days are Mon, Tue, Wed (both appear five times). If the first day is Thursday or Friday, the five-time days miss both Monday and Wednesday (both appear four times). Every other starting day includes exactly one of Monday or Wednesday.</w:t>
      </w:r>
    </w:p>
    <w:p>
      <w:pPr>
        <w:spacing w:before="0" w:after="80" w:line="300" w:lineRule="auto"/>
        <w:jc w:val="left"/>
      </w:pPr>
      <w:r>
        <w:rPr>
          <w:rFonts w:ascii="Times New Roman" w:hAnsi="Times New Roman" w:eastAsia="宋体"/>
          <w:b w:val="0"/>
          <w:i w:val="0"/>
          <w:color w:val="333333"/>
          <w:sz w:val="19"/>
        </w:rPr>
        <w:t>So the first day can be Monday, Thursday, or Friday, giving 3 possibilities.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正确的值是 a-(b-(c-(d+e)))= a-b+c-d-e。代入 a, b, c, d=1, 2, 3, 4 得到 1-2+3-4-e=-2-e。</w:t>
      </w:r>
    </w:p>
    <w:p>
      <w:pPr>
        <w:spacing w:before="0" w:after="80" w:line="300" w:lineRule="auto"/>
        <w:jc w:val="left"/>
      </w:pPr>
      <w:r>
        <w:rPr>
          <w:rFonts w:ascii="Times New Roman" w:hAnsi="Times New Roman" w:eastAsia="宋体"/>
          <w:b w:val="0"/>
          <w:i w:val="0"/>
          <w:sz w:val="21"/>
        </w:rPr>
        <w:t>Larry 去掉括号后算的是 1-2-3-4+e=-8+e。</w:t>
      </w:r>
    </w:p>
    <w:p>
      <w:pPr>
        <w:spacing w:before="0" w:after="80" w:line="300" w:lineRule="auto"/>
        <w:jc w:val="left"/>
      </w:pPr>
      <w:r>
        <w:rPr>
          <w:rFonts w:ascii="Times New Roman" w:hAnsi="Times New Roman" w:eastAsia="宋体"/>
          <w:b w:val="0"/>
          <w:i w:val="0"/>
          <w:sz w:val="21"/>
        </w:rPr>
        <w:t>令 -2-e=-8+e，得 2e=6，所以 e=3。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correct value is a-(b-(c-(d+e)))= a-b+c-d-e. With a, b, c, d=1, 2, 3, 4, this equals 1-2+3-4-e=-2-e.</w:t>
      </w:r>
    </w:p>
    <w:p>
      <w:pPr>
        <w:spacing w:before="0" w:after="80" w:line="300" w:lineRule="auto"/>
        <w:jc w:val="left"/>
      </w:pPr>
      <w:r>
        <w:rPr>
          <w:rFonts w:ascii="Times New Roman" w:hAnsi="Times New Roman" w:eastAsia="宋体"/>
          <w:b w:val="0"/>
          <w:i w:val="0"/>
          <w:color w:val="333333"/>
          <w:sz w:val="19"/>
        </w:rPr>
        <w:t>Larry dropped the parentheses and computed 1-2-3-4+e=-8+e.</w:t>
      </w:r>
    </w:p>
    <w:p>
      <w:pPr>
        <w:spacing w:before="0" w:after="80" w:line="300" w:lineRule="auto"/>
        <w:jc w:val="left"/>
      </w:pPr>
      <w:r>
        <w:rPr>
          <w:rFonts w:ascii="Times New Roman" w:hAnsi="Times New Roman" w:eastAsia="宋体"/>
          <w:b w:val="0"/>
          <w:i w:val="0"/>
          <w:color w:val="333333"/>
          <w:sz w:val="19"/>
        </w:rPr>
        <w:t>Setting -2-e=-8+e gives 2e=6, so e=3.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假设有 100 名学生。回答“喜欢”的人数从 50 增加到 70，所以至少有 70-50=20 名学生从“不喜欢”改为“喜欢”；因此 x≥20。</w:t>
      </w:r>
    </w:p>
    <w:p>
      <w:pPr>
        <w:spacing w:before="0" w:after="80" w:line="300" w:lineRule="auto"/>
        <w:jc w:val="left"/>
      </w:pPr>
      <w:r>
        <w:rPr>
          <w:rFonts w:ascii="Times New Roman" w:hAnsi="Times New Roman" w:eastAsia="宋体"/>
          <w:b w:val="0"/>
          <w:i w:val="0"/>
          <w:sz w:val="21"/>
        </w:rPr>
        <w:t>因为结束时只有 30 名学生回答“不喜欢”，原来回答“喜欢”的五十人中至少有 50-30=20 人仍回答“喜欢”，所以最多有 80 名学生改变回答；因此 x≤80。</w:t>
      </w:r>
    </w:p>
    <w:p>
      <w:pPr>
        <w:spacing w:before="0" w:after="80" w:line="300" w:lineRule="auto"/>
        <w:jc w:val="left"/>
      </w:pPr>
      <w:r>
        <w:rPr>
          <w:rFonts w:ascii="Times New Roman" w:hAnsi="Times New Roman" w:eastAsia="宋体"/>
          <w:b w:val="0"/>
          <w:i w:val="0"/>
          <w:sz w:val="21"/>
        </w:rPr>
        <w:t>两个极端都可以实现，所以差为 80-20=60。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100 students. The number of “Yes” answers rises from 50 to 70, so at least 70-50=20 students switched from “No” to “Yes”; thus x≥20.</w:t>
      </w:r>
    </w:p>
    <w:p>
      <w:pPr>
        <w:spacing w:before="0" w:after="80" w:line="300" w:lineRule="auto"/>
        <w:jc w:val="left"/>
      </w:pPr>
      <w:r>
        <w:rPr>
          <w:rFonts w:ascii="Times New Roman" w:hAnsi="Times New Roman" w:eastAsia="宋体"/>
          <w:b w:val="0"/>
          <w:i w:val="0"/>
          <w:color w:val="333333"/>
          <w:sz w:val="19"/>
        </w:rPr>
        <w:t>Since only 30 students answer “No” at the end, at least 50-30=20 of the original “Yes” students still answer “Yes,” so at most 80 students switched; thus x≤80.</w:t>
      </w:r>
    </w:p>
    <w:p>
      <w:pPr>
        <w:spacing w:before="0" w:after="80" w:line="300" w:lineRule="auto"/>
        <w:jc w:val="left"/>
      </w:pPr>
      <w:r>
        <w:rPr>
          <w:rFonts w:ascii="Times New Roman" w:hAnsi="Times New Roman" w:eastAsia="宋体"/>
          <w:b w:val="0"/>
          <w:i w:val="0"/>
          <w:color w:val="333333"/>
          <w:sz w:val="19"/>
        </w:rPr>
        <w:t>Both extremes are achievable, so the difference is 80-20=60.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 t 为雨中骑行的分钟数。她在雨中骑了 20·t/60 英里， 在晴天中骑了 30·40-t/60 英里。</w:t>
      </w:r>
    </w:p>
    <w:p>
      <w:pPr>
        <w:spacing w:before="0" w:after="80" w:line="300" w:lineRule="auto"/>
        <w:jc w:val="left"/>
      </w:pPr>
      <w:r>
        <w:rPr>
          <w:rFonts w:ascii="Times New Roman" w:hAnsi="Times New Roman" w:eastAsia="宋体"/>
          <w:b w:val="0"/>
          <w:i w:val="0"/>
          <w:sz w:val="21"/>
        </w:rPr>
        <w:t>令总距离为 16，得到</w:t>
      </w:r>
    </w:p>
    <w:p>
      <w:pPr>
        <w:spacing w:before="0" w:after="80" w:line="300" w:lineRule="auto"/>
        <w:jc w:val="left"/>
      </w:pPr>
      <w:r>
        <w:rPr>
          <w:rFonts w:ascii="Times New Roman" w:hAnsi="Times New Roman" w:eastAsia="宋体"/>
          <w:b w:val="0"/>
          <w:i w:val="0"/>
          <w:sz w:val="21"/>
        </w:rPr>
        <w:t>(20t+30(40-t))/60=16，</w:t>
      </w:r>
    </w:p>
    <w:p>
      <w:pPr>
        <w:spacing w:before="0" w:after="80" w:line="300" w:lineRule="auto"/>
        <w:jc w:val="left"/>
      </w:pPr>
      <w:r>
        <w:rPr>
          <w:rFonts w:ascii="Times New Roman" w:hAnsi="Times New Roman" w:eastAsia="宋体"/>
          <w:b w:val="0"/>
          <w:i w:val="0"/>
          <w:sz w:val="21"/>
        </w:rPr>
        <w:t>所以 1200-10t=960，t=24。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number of minutes driven in the rain. She covers 20·t/60 miles in the rain and 30·40-t/60 miles in the sun.</w:t>
      </w:r>
    </w:p>
    <w:p>
      <w:pPr>
        <w:spacing w:before="0" w:after="80" w:line="300" w:lineRule="auto"/>
        <w:jc w:val="left"/>
      </w:pPr>
      <w:r>
        <w:rPr>
          <w:rFonts w:ascii="Times New Roman" w:hAnsi="Times New Roman" w:eastAsia="宋体"/>
          <w:b w:val="0"/>
          <w:i w:val="0"/>
          <w:color w:val="333333"/>
          <w:sz w:val="19"/>
        </w:rPr>
        <w:t>Setting the total to 16 gives</w:t>
      </w:r>
    </w:p>
    <w:p>
      <w:pPr>
        <w:spacing w:before="0" w:after="80" w:line="300" w:lineRule="auto"/>
        <w:jc w:val="left"/>
      </w:pPr>
      <w:r>
        <w:rPr>
          <w:rFonts w:ascii="Times New Roman" w:hAnsi="Times New Roman" w:eastAsia="宋体"/>
          <w:b w:val="0"/>
          <w:i w:val="0"/>
          <w:color w:val="333333"/>
          <w:sz w:val="19"/>
        </w:rPr>
        <w:t>(20t+30(40-t))/60=16,</w:t>
      </w:r>
    </w:p>
    <w:p>
      <w:pPr>
        <w:spacing w:before="0" w:after="80" w:line="300" w:lineRule="auto"/>
        <w:jc w:val="left"/>
      </w:pPr>
      <w:r>
        <w:rPr>
          <w:rFonts w:ascii="Times New Roman" w:hAnsi="Times New Roman" w:eastAsia="宋体"/>
          <w:b w:val="0"/>
          <w:i w:val="0"/>
          <w:color w:val="333333"/>
          <w:sz w:val="19"/>
        </w:rPr>
        <w:t>so 1200-10t=960 and t=24.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若有 n 所学校，则共有 3n 名学生。Carla 排第 64 名，所以 3n≥64，n≥22。</w:t>
      </w:r>
    </w:p>
    <w:p>
      <w:pPr>
        <w:spacing w:before="0" w:after="80" w:line="300" w:lineRule="auto"/>
        <w:jc w:val="left"/>
      </w:pPr>
      <w:r>
        <w:rPr>
          <w:rFonts w:ascii="Times New Roman" w:hAnsi="Times New Roman" w:eastAsia="宋体"/>
          <w:b w:val="0"/>
          <w:i w:val="0"/>
          <w:sz w:val="21"/>
        </w:rPr>
        <w:t>分数都不同，且 Andrea 是中位数，所以 3n 是奇数，从而 n 是奇数且 n≥23。</w:t>
      </w:r>
    </w:p>
    <w:p>
      <w:pPr>
        <w:spacing w:before="0" w:after="80" w:line="300" w:lineRule="auto"/>
        <w:jc w:val="left"/>
      </w:pPr>
      <w:r>
        <w:rPr>
          <w:rFonts w:ascii="Times New Roman" w:hAnsi="Times New Roman" w:eastAsia="宋体"/>
          <w:b w:val="0"/>
          <w:i w:val="0"/>
          <w:sz w:val="21"/>
        </w:rPr>
        <w:t>Andrea 的名次是 3n+1/2，且她高于 Beth（第 37 名），所以 3n+1/2&lt;37，得 3n&lt;73，n≤24。唯一的奇数取值是 n=23。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n schools there are 3n students. Carla placed 64th, so 3n≥64 and n≥22.</w:t>
      </w:r>
    </w:p>
    <w:p>
      <w:pPr>
        <w:spacing w:before="0" w:after="80" w:line="300" w:lineRule="auto"/>
        <w:jc w:val="left"/>
      </w:pPr>
      <w:r>
        <w:rPr>
          <w:rFonts w:ascii="Times New Roman" w:hAnsi="Times New Roman" w:eastAsia="宋体"/>
          <w:b w:val="0"/>
          <w:i w:val="0"/>
          <w:color w:val="333333"/>
          <w:sz w:val="19"/>
        </w:rPr>
        <w:t>The scores are distinct and Andrea is the median, so 3n is odd, forcing n odd and n≥23.</w:t>
      </w:r>
    </w:p>
    <w:p>
      <w:pPr>
        <w:spacing w:before="0" w:after="80" w:line="300" w:lineRule="auto"/>
        <w:jc w:val="left"/>
      </w:pPr>
      <w:r>
        <w:rPr>
          <w:rFonts w:ascii="Times New Roman" w:hAnsi="Times New Roman" w:eastAsia="宋体"/>
          <w:b w:val="0"/>
          <w:i w:val="0"/>
          <w:color w:val="333333"/>
          <w:sz w:val="19"/>
        </w:rPr>
        <w:t>Andrea’s position is 3n+1/2, and she beat Beth (37th), so 3n+1/2&lt;37, giving 3n&lt;73 and n≤24. The only odd value is n=23.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为了最小，n 只使用 20 的质因数，所以 n=2ᵃ·5ᵇ，其中 a≥2，b≥1。</w:t>
      </w:r>
    </w:p>
    <w:p>
      <w:pPr>
        <w:spacing w:before="0" w:after="80" w:line="300" w:lineRule="auto"/>
        <w:jc w:val="left"/>
      </w:pPr>
      <w:r>
        <w:rPr>
          <w:rFonts w:ascii="Times New Roman" w:hAnsi="Times New Roman" w:eastAsia="宋体"/>
          <w:b w:val="0"/>
          <w:i w:val="0"/>
          <w:sz w:val="21"/>
        </w:rPr>
        <w:t>因为 n²=2²ᵃ5²ᵇ 是完全立方数，a 和 b 都是 3 的倍数。因为 n³=2³ᵃ5³ᵇ 是完全平方数，a 和 b 都是 2 的倍数。因此 a 和 b 都是 6 的倍数。</w:t>
      </w:r>
    </w:p>
    <w:p>
      <w:pPr>
        <w:spacing w:before="0" w:after="80" w:line="300" w:lineRule="auto"/>
        <w:jc w:val="left"/>
      </w:pPr>
      <w:r>
        <w:rPr>
          <w:rFonts w:ascii="Times New Roman" w:hAnsi="Times New Roman" w:eastAsia="宋体"/>
          <w:b w:val="0"/>
          <w:i w:val="0"/>
          <w:sz w:val="21"/>
        </w:rPr>
        <w:t>最小选择是 a=b=6，所以 n=2⁶·5⁶=10⁶=1,000,000，它有 7 位数字。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be smallest, n uses only the primes of 20, so n=2ᵃ·5ᵇ with a≥2 and b≥1.</w:t>
      </w:r>
    </w:p>
    <w:p>
      <w:pPr>
        <w:spacing w:before="0" w:after="80" w:line="300" w:lineRule="auto"/>
        <w:jc w:val="left"/>
      </w:pPr>
      <w:r>
        <w:rPr>
          <w:rFonts w:ascii="Times New Roman" w:hAnsi="Times New Roman" w:eastAsia="宋体"/>
          <w:b w:val="0"/>
          <w:i w:val="0"/>
          <w:color w:val="333333"/>
          <w:sz w:val="19"/>
        </w:rPr>
        <w:t>Since n²=2²ᵃ5²ᵇ is a perfect cube, a and b are multiples of 3. Since n³=2³ᵃ5³ᵇ is a perfect square, a and b are multiples of 2. Hence a and b are multiples of 6.</w:t>
      </w:r>
    </w:p>
    <w:p>
      <w:pPr>
        <w:spacing w:before="0" w:after="80" w:line="300" w:lineRule="auto"/>
        <w:jc w:val="left"/>
      </w:pPr>
      <w:r>
        <w:rPr>
          <w:rFonts w:ascii="Times New Roman" w:hAnsi="Times New Roman" w:eastAsia="宋体"/>
          <w:b w:val="0"/>
          <w:i w:val="0"/>
          <w:color w:val="333333"/>
          <w:sz w:val="19"/>
        </w:rPr>
        <w:t>The smallest choice is a=b=6, so n=2⁶·5⁶=10⁶=1,000,000, which has 7 digits.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数 1 到 99 的和是 (99·100)/2=4950。</w:t>
      </w:r>
    </w:p>
    <w:p>
      <w:pPr>
        <w:spacing w:before="0" w:after="80" w:line="300" w:lineRule="auto"/>
        <w:jc w:val="left"/>
      </w:pPr>
      <w:r>
        <w:rPr>
          <w:rFonts w:ascii="Times New Roman" w:hAnsi="Times New Roman" w:eastAsia="宋体"/>
          <w:b w:val="0"/>
          <w:i w:val="0"/>
          <w:sz w:val="21"/>
        </w:rPr>
        <w:t>由平均数的条件可得</w:t>
      </w:r>
    </w:p>
    <w:p>
      <w:pPr>
        <w:spacing w:before="0" w:after="80" w:line="300" w:lineRule="auto"/>
        <w:jc w:val="left"/>
      </w:pPr>
      <w:r>
        <w:rPr>
          <w:rFonts w:ascii="Times New Roman" w:hAnsi="Times New Roman" w:eastAsia="宋体"/>
          <w:b w:val="0"/>
          <w:i w:val="0"/>
          <w:sz w:val="21"/>
        </w:rPr>
        <w:t>4950+x/100=100x，</w:t>
      </w:r>
    </w:p>
    <w:p>
      <w:pPr>
        <w:spacing w:before="0" w:after="80" w:line="300" w:lineRule="auto"/>
        <w:jc w:val="left"/>
      </w:pPr>
      <w:r>
        <w:rPr>
          <w:rFonts w:ascii="Times New Roman" w:hAnsi="Times New Roman" w:eastAsia="宋体"/>
          <w:b w:val="0"/>
          <w:i w:val="0"/>
          <w:sz w:val="21"/>
        </w:rPr>
        <w:t>所以 4950+x=10000x，9999x=4950。</w:t>
      </w:r>
    </w:p>
    <w:p>
      <w:pPr>
        <w:spacing w:before="0" w:after="80" w:line="300" w:lineRule="auto"/>
        <w:jc w:val="left"/>
      </w:pPr>
      <w:r>
        <w:rPr>
          <w:rFonts w:ascii="Times New Roman" w:hAnsi="Times New Roman" w:eastAsia="宋体"/>
          <w:b w:val="0"/>
          <w:i w:val="0"/>
          <w:sz w:val="21"/>
        </w:rPr>
        <w:t>因此 x=4950/9999=50/101。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1 through 99 sum to (99·100)/2=4950.</w:t>
      </w:r>
    </w:p>
    <w:p>
      <w:pPr>
        <w:spacing w:before="0" w:after="80" w:line="300" w:lineRule="auto"/>
        <w:jc w:val="left"/>
      </w:pPr>
      <w:r>
        <w:rPr>
          <w:rFonts w:ascii="Times New Roman" w:hAnsi="Times New Roman" w:eastAsia="宋体"/>
          <w:b w:val="0"/>
          <w:i w:val="0"/>
          <w:color w:val="333333"/>
          <w:sz w:val="19"/>
        </w:rPr>
        <w:t>The average condition is</w:t>
      </w:r>
    </w:p>
    <w:p>
      <w:pPr>
        <w:spacing w:before="0" w:after="80" w:line="300" w:lineRule="auto"/>
        <w:jc w:val="left"/>
      </w:pPr>
      <w:r>
        <w:rPr>
          <w:rFonts w:ascii="Times New Roman" w:hAnsi="Times New Roman" w:eastAsia="宋体"/>
          <w:b w:val="0"/>
          <w:i w:val="0"/>
          <w:color w:val="333333"/>
          <w:sz w:val="19"/>
        </w:rPr>
        <w:t>4950+x/100=100x,</w:t>
      </w:r>
    </w:p>
    <w:p>
      <w:pPr>
        <w:spacing w:before="0" w:after="80" w:line="300" w:lineRule="auto"/>
        <w:jc w:val="left"/>
      </w:pPr>
      <w:r>
        <w:rPr>
          <w:rFonts w:ascii="Times New Roman" w:hAnsi="Times New Roman" w:eastAsia="宋体"/>
          <w:b w:val="0"/>
          <w:i w:val="0"/>
          <w:color w:val="333333"/>
          <w:sz w:val="19"/>
        </w:rPr>
        <w:t>so 4950+x=10000x and 9999x=4950.</w:t>
      </w:r>
    </w:p>
    <w:p>
      <w:pPr>
        <w:spacing w:before="0" w:after="80" w:line="300" w:lineRule="auto"/>
        <w:jc w:val="left"/>
      </w:pPr>
      <w:r>
        <w:rPr>
          <w:rFonts w:ascii="Times New Roman" w:hAnsi="Times New Roman" w:eastAsia="宋体"/>
          <w:b w:val="0"/>
          <w:i w:val="0"/>
          <w:color w:val="333333"/>
          <w:sz w:val="19"/>
        </w:rPr>
        <w:t>Thus x=4950/9999=50/101.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四位回文数形如 abba=1001a+110b，其中 1≤ a≤9，0≤ b≤9。</w:t>
      </w:r>
    </w:p>
    <w:p>
      <w:pPr>
        <w:spacing w:before="0" w:after="80" w:line="300" w:lineRule="auto"/>
        <w:jc w:val="left"/>
      </w:pPr>
      <w:r>
        <w:rPr>
          <w:rFonts w:ascii="Times New Roman" w:hAnsi="Times New Roman" w:eastAsia="宋体"/>
          <w:b w:val="0"/>
          <w:i w:val="0"/>
          <w:sz w:val="21"/>
        </w:rPr>
        <w:t>因为 1001=7·11·13 可被 7 整除，而 110 不能，所以该数能被 7 整除当且仅当 b 是 7 的倍数，即 b=0 或 b=7。</w:t>
      </w:r>
    </w:p>
    <w:p>
      <w:pPr>
        <w:spacing w:before="0" w:after="80" w:line="300" w:lineRule="auto"/>
        <w:jc w:val="left"/>
      </w:pPr>
      <w:r>
        <w:rPr>
          <w:rFonts w:ascii="Times New Roman" w:hAnsi="Times New Roman" w:eastAsia="宋体"/>
          <w:b w:val="0"/>
          <w:i w:val="0"/>
          <w:sz w:val="21"/>
        </w:rPr>
        <w:t>对每个 a，这是 b 的 10 个选择中的 2 个，概率为 2/10=1/5。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four-digit palindrome has the form abba=1001a+110b with 1≤ a≤9 and 0≤ b≤9.</w:t>
      </w:r>
    </w:p>
    <w:p>
      <w:pPr>
        <w:spacing w:before="0" w:after="80" w:line="300" w:lineRule="auto"/>
        <w:jc w:val="left"/>
      </w:pPr>
      <w:r>
        <w:rPr>
          <w:rFonts w:ascii="Times New Roman" w:hAnsi="Times New Roman" w:eastAsia="宋体"/>
          <w:b w:val="0"/>
          <w:i w:val="0"/>
          <w:color w:val="333333"/>
          <w:sz w:val="19"/>
        </w:rPr>
        <w:t>Since 1001=7·11·13 is divisible by 7 and 110 is not, the number is divisible by 7 exactly when b is divisible by 7, that is b=0 or b=7.</w:t>
      </w:r>
    </w:p>
    <w:p>
      <w:pPr>
        <w:spacing w:before="0" w:after="80" w:line="300" w:lineRule="auto"/>
        <w:jc w:val="left"/>
      </w:pPr>
      <w:r>
        <w:rPr>
          <w:rFonts w:ascii="Times New Roman" w:hAnsi="Times New Roman" w:eastAsia="宋体"/>
          <w:b w:val="0"/>
          <w:i w:val="0"/>
          <w:color w:val="333333"/>
          <w:sz w:val="19"/>
        </w:rPr>
        <w:t>For each a, that is 2 of the 10 choices of b, a probability of 2/10=1/5.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 L=log₂ x。把每一项都换成以 2 为底：</w:t>
      </w:r>
    </w:p>
    <w:p>
      <w:pPr>
        <w:spacing w:before="0" w:after="80" w:line="300" w:lineRule="auto"/>
        <w:jc w:val="left"/>
      </w:pPr>
      <w:r>
        <w:rPr>
          <w:rFonts w:ascii="Times New Roman" w:hAnsi="Times New Roman" w:eastAsia="宋体"/>
          <w:b w:val="0"/>
          <w:i w:val="0"/>
          <w:sz w:val="21"/>
        </w:rPr>
        <w:t>log_(√(2))√(x)=(L/2)/(1/2)=L，log₂ x=L，log₄ x²=2L/2=L，log₈ x³=3L/3=L，且 log₁₆x⁴=4L/4=L。</w:t>
      </w:r>
    </w:p>
    <w:p>
      <w:pPr>
        <w:spacing w:before="0" w:after="80" w:line="300" w:lineRule="auto"/>
        <w:jc w:val="left"/>
      </w:pPr>
      <w:r>
        <w:rPr>
          <w:rFonts w:ascii="Times New Roman" w:hAnsi="Times New Roman" w:eastAsia="宋体"/>
          <w:b w:val="0"/>
          <w:i w:val="0"/>
          <w:sz w:val="21"/>
        </w:rPr>
        <w:t>方程变为 5L=40，所以 L=8，x=2⁸=256。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L=log₂ x. Converting each term to base 2:</w:t>
      </w:r>
    </w:p>
    <w:p>
      <w:pPr>
        <w:spacing w:before="0" w:after="80" w:line="300" w:lineRule="auto"/>
        <w:jc w:val="left"/>
      </w:pPr>
      <w:r>
        <w:rPr>
          <w:rFonts w:ascii="Times New Roman" w:hAnsi="Times New Roman" w:eastAsia="宋体"/>
          <w:b w:val="0"/>
          <w:i w:val="0"/>
          <w:color w:val="333333"/>
          <w:sz w:val="19"/>
        </w:rPr>
        <w:t>log_(√(2))√(x)=(L/2)/(1/2)=L, log₂ x=L, log₄ x²=2L/2=L, log₈ x³=3L/3=L, and log₁₆x⁴=4L/4=L.</w:t>
      </w:r>
    </w:p>
    <w:p>
      <w:pPr>
        <w:spacing w:before="0" w:after="80" w:line="300" w:lineRule="auto"/>
        <w:jc w:val="left"/>
      </w:pPr>
      <w:r>
        <w:rPr>
          <w:rFonts w:ascii="Times New Roman" w:hAnsi="Times New Roman" w:eastAsia="宋体"/>
          <w:b w:val="0"/>
          <w:i w:val="0"/>
          <w:color w:val="333333"/>
          <w:sz w:val="19"/>
        </w:rPr>
        <w:t>The equation becomes 5L=40, so L=8 and x=2⁸=256.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一个余弦值加一个正弦值等于 2，只能是两者都等于 1。因此 cos(2A-B)=1 且 sin(A+B)=1，得 2A-B=0° 和 A+B=90°。</w:t>
      </w:r>
    </w:p>
    <w:p>
      <w:pPr>
        <w:spacing w:before="0" w:after="80" w:line="300" w:lineRule="auto"/>
        <w:jc w:val="left"/>
      </w:pPr>
      <w:r>
        <w:rPr>
          <w:rFonts w:ascii="Times New Roman" w:hAnsi="Times New Roman" w:eastAsia="宋体"/>
          <w:b w:val="0"/>
          <w:i w:val="0"/>
          <w:sz w:val="21"/>
        </w:rPr>
        <w:t>解得 A=30°，B=60°，所以 △ ABC 是直角在 C 的 30-60-90 直角三角形。</w:t>
      </w:r>
    </w:p>
    <w:p>
      <w:pPr>
        <w:spacing w:before="0" w:after="80" w:line="300" w:lineRule="auto"/>
        <w:jc w:val="left"/>
      </w:pPr>
      <w:r>
        <w:rPr>
          <w:rFonts w:ascii="Times New Roman" w:hAnsi="Times New Roman" w:eastAsia="宋体"/>
          <w:b w:val="0"/>
          <w:i w:val="0"/>
          <w:sz w:val="21"/>
        </w:rPr>
        <w:t>斜边 AB=4 而 BC 是 30° 角所对的边，等于斜边的一半，所以 BC=2。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cosine plus a sine equals 2 only when each equals 1. So cos(2A-B)=1 and sin(A+B)=1, giving 2A-B=0° and A+B=90°.</w:t>
      </w:r>
    </w:p>
    <w:p>
      <w:pPr>
        <w:spacing w:before="0" w:after="80" w:line="300" w:lineRule="auto"/>
        <w:jc w:val="left"/>
      </w:pPr>
      <w:r>
        <w:rPr>
          <w:rFonts w:ascii="Times New Roman" w:hAnsi="Times New Roman" w:eastAsia="宋体"/>
          <w:b w:val="0"/>
          <w:i w:val="0"/>
          <w:color w:val="333333"/>
          <w:sz w:val="19"/>
        </w:rPr>
        <w:t>Solving, A=30° and B=60°, so △ ABC is a 30-60-90 right triangle with the right angle at C.</w:t>
      </w:r>
    </w:p>
    <w:p>
      <w:pPr>
        <w:spacing w:before="0" w:after="80" w:line="300" w:lineRule="auto"/>
        <w:jc w:val="left"/>
      </w:pPr>
      <w:r>
        <w:rPr>
          <w:rFonts w:ascii="Times New Roman" w:hAnsi="Times New Roman" w:eastAsia="宋体"/>
          <w:b w:val="0"/>
          <w:i w:val="0"/>
          <w:color w:val="333333"/>
          <w:sz w:val="19"/>
        </w:rPr>
        <w:t>With hypotenuse AB=4, the side BC opposite the 30° angle is half the hypotenuse, so BC=2.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a+b，d+e，和 c 都至多为 M（注意 c≤ c+d≤ M）。相加得 2010=(a+b)+c+(d+e) ≤3M，所以 M≥670。</w:t>
      </w:r>
    </w:p>
    <w:p>
      <w:pPr>
        <w:spacing w:before="0" w:after="80" w:line="300" w:lineRule="auto"/>
        <w:jc w:val="left"/>
      </w:pPr>
      <w:r>
        <w:rPr>
          <w:rFonts w:ascii="Times New Roman" w:hAnsi="Times New Roman" w:eastAsia="宋体"/>
          <w:b w:val="0"/>
          <w:i w:val="0"/>
          <w:sz w:val="21"/>
        </w:rPr>
        <w:t>如果 M=670 则 c=670，但此时 b+c≥671&gt; M，矛盾。因此 M≥671。</w:t>
      </w:r>
    </w:p>
    <w:p>
      <w:pPr>
        <w:spacing w:before="0" w:after="80" w:line="300" w:lineRule="auto"/>
        <w:jc w:val="left"/>
      </w:pPr>
      <w:r>
        <w:rPr>
          <w:rFonts w:ascii="Times New Roman" w:hAnsi="Times New Roman" w:eastAsia="宋体"/>
          <w:b w:val="0"/>
          <w:i w:val="0"/>
          <w:sz w:val="21"/>
        </w:rPr>
        <w:t>取 (a,b,c,d,e)= (669,1,670,1,669)，可达到 671，其相邻两项和为 670,671,671,670。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a+b, d+e, and c is at most M (note c≤ c+d≤ M). Adding, 2010=(a+b)+c+(d+e) ≤3M, so M≥670.</w:t>
      </w:r>
    </w:p>
    <w:p>
      <w:pPr>
        <w:spacing w:before="0" w:after="80" w:line="300" w:lineRule="auto"/>
        <w:jc w:val="left"/>
      </w:pPr>
      <w:r>
        <w:rPr>
          <w:rFonts w:ascii="Times New Roman" w:hAnsi="Times New Roman" w:eastAsia="宋体"/>
          <w:b w:val="0"/>
          <w:i w:val="0"/>
          <w:color w:val="333333"/>
          <w:sz w:val="19"/>
        </w:rPr>
        <w:t>If M=670, then c=670, but then b+c≥671&gt; M, a contradiction. Hence M≥671.</w:t>
      </w:r>
    </w:p>
    <w:p>
      <w:pPr>
        <w:spacing w:before="0" w:after="80" w:line="300" w:lineRule="auto"/>
        <w:jc w:val="left"/>
      </w:pPr>
      <w:r>
        <w:rPr>
          <w:rFonts w:ascii="Times New Roman" w:hAnsi="Times New Roman" w:eastAsia="宋体"/>
          <w:b w:val="0"/>
          <w:i w:val="0"/>
          <w:color w:val="333333"/>
          <w:sz w:val="19"/>
        </w:rPr>
        <w:t>The value 671 is reached by (a,b,c,d,e)= (669,1,670,1,669), whose consecutive-pair sums are 670,671,671,670.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我们需要 iˣ，(1+i)ʸ，z 中恰好有两个相等，第三个不同。三种情况对应三种可能的相等配对。</w:t>
      </w:r>
    </w:p>
    <w:p>
      <w:pPr>
        <w:spacing w:before="0" w:after="80" w:line="300" w:lineRule="auto"/>
        <w:jc w:val="left"/>
      </w:pPr>
      <w:r>
        <w:rPr>
          <w:rFonts w:ascii="Times New Roman" w:hAnsi="Times New Roman" w:eastAsia="宋体"/>
          <w:b/>
          <w:i w:val="0"/>
          <w:sz w:val="21"/>
        </w:rPr>
        <w:t>情况 iˣ=(1+i)ʸ：</w:t>
      </w:r>
      <w:r>
        <w:rPr>
          <w:rFonts w:ascii="Times New Roman" w:hAnsi="Times New Roman" w:eastAsia="宋体"/>
          <w:b w:val="0"/>
          <w:i w:val="0"/>
          <w:sz w:val="21"/>
        </w:rPr>
        <w:t>因为 |iˣ|=1，而当 y≥1 时 |(1+i)ʸ|=2^(y/2)&gt;1，所以必须有 y=0。此时 (1+i)⁰=1，且 iˣ=1，即 x∈{0,4,8,12,16}。此时 z 可以取除 1 以外的任意一个值，共有 19 种选择，得到 5·19=95 个三元组。</w:t>
      </w:r>
    </w:p>
    <w:p>
      <w:pPr>
        <w:spacing w:before="0" w:after="80" w:line="300" w:lineRule="auto"/>
        <w:jc w:val="left"/>
      </w:pPr>
      <w:r>
        <w:rPr>
          <w:rFonts w:ascii="Times New Roman" w:hAnsi="Times New Roman" w:eastAsia="宋体"/>
          <w:b/>
          <w:i w:val="0"/>
          <w:sz w:val="21"/>
        </w:rPr>
        <w:t>情况 iˣ=z：</w:t>
      </w:r>
      <w:r>
        <w:rPr>
          <w:rFonts w:ascii="Times New Roman" w:hAnsi="Times New Roman" w:eastAsia="宋体"/>
          <w:b w:val="0"/>
          <w:i w:val="0"/>
          <w:sz w:val="21"/>
        </w:rPr>
        <w:t>iˣ 中唯一的非负整数值是 1（当 x 是 4 的倍数时），所以 z=1，且 (1+i)ʸ≠1，即 y≥1。这给出 5·19=95 个三元组。</w:t>
      </w:r>
    </w:p>
    <w:p>
      <w:pPr>
        <w:spacing w:before="0" w:after="80" w:line="300" w:lineRule="auto"/>
        <w:jc w:val="left"/>
      </w:pPr>
      <w:r>
        <w:rPr>
          <w:rFonts w:ascii="Times New Roman" w:hAnsi="Times New Roman" w:eastAsia="宋体"/>
          <w:b/>
          <w:i w:val="0"/>
          <w:sz w:val="21"/>
        </w:rPr>
        <w:t>情况 (1+i)ʸ=z：</w:t>
      </w:r>
      <w:r>
        <w:rPr>
          <w:rFonts w:ascii="Times New Roman" w:hAnsi="Times New Roman" w:eastAsia="宋体"/>
          <w:b w:val="0"/>
          <w:i w:val="0"/>
          <w:sz w:val="21"/>
        </w:rPr>
        <w:t>因为 (1+i)²=2i，所以 (1+i)ʸ 只有在 y=0（值为 1）或 y=8（值为 16）时才是小于 20 的非负整数。如果 y=0, z=1，则需要 iˣ≠1，所以 x 不是 4 的倍数（15 个值）。如果 y=8, z=16，则 iˣ 不可能等于 16，所以 x 可任取（20 个值）。这一情况给出 15+20=35 个三元组。</w:t>
      </w:r>
    </w:p>
    <w:p>
      <w:pPr>
        <w:spacing w:before="0" w:after="80" w:line="300" w:lineRule="auto"/>
        <w:jc w:val="left"/>
      </w:pPr>
      <w:r>
        <w:rPr>
          <w:rFonts w:ascii="Times New Roman" w:hAnsi="Times New Roman" w:eastAsia="宋体"/>
          <w:b w:val="0"/>
          <w:i w:val="0"/>
          <w:sz w:val="21"/>
        </w:rPr>
        <w:t>总数为 95+95+35=225。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need exactly two of iˣ, (1+i)ʸ, z equal, with the third different. The three cases are the three possible equal pairs.</w:t>
      </w:r>
    </w:p>
    <w:p>
      <w:pPr>
        <w:spacing w:before="0" w:after="80" w:line="300" w:lineRule="auto"/>
        <w:jc w:val="left"/>
      </w:pPr>
      <w:r>
        <w:rPr>
          <w:rFonts w:ascii="Times New Roman" w:hAnsi="Times New Roman" w:eastAsia="宋体"/>
          <w:b/>
          <w:i w:val="0"/>
          <w:color w:val="333333"/>
          <w:sz w:val="19"/>
        </w:rPr>
        <w:t>Case iˣ=(1+i)ʸ:</w:t>
      </w:r>
      <w:r>
        <w:rPr>
          <w:rFonts w:ascii="Times New Roman" w:hAnsi="Times New Roman" w:eastAsia="宋体"/>
          <w:b w:val="0"/>
          <w:i w:val="0"/>
          <w:color w:val="333333"/>
          <w:sz w:val="19"/>
        </w:rPr>
        <w:t>since |iˣ|=1 but |(1+i)ʸ|=2^(y/2)&gt;1 for y≥1, we need y=0, so (1+i)⁰=1 and iˣ=1, i.e. x∈{0,4,8,12,16}. Then z is any of the 19 values other than 1. This gives 5·19=95 triples.</w:t>
      </w:r>
    </w:p>
    <w:p>
      <w:pPr>
        <w:spacing w:before="0" w:after="80" w:line="300" w:lineRule="auto"/>
        <w:jc w:val="left"/>
      </w:pPr>
      <w:r>
        <w:rPr>
          <w:rFonts w:ascii="Times New Roman" w:hAnsi="Times New Roman" w:eastAsia="宋体"/>
          <w:b/>
          <w:i w:val="0"/>
          <w:color w:val="333333"/>
          <w:sz w:val="19"/>
        </w:rPr>
        <w:t>Case iˣ=z:</w:t>
      </w:r>
      <w:r>
        <w:rPr>
          <w:rFonts w:ascii="Times New Roman" w:hAnsi="Times New Roman" w:eastAsia="宋体"/>
          <w:b w:val="0"/>
          <w:i w:val="0"/>
          <w:color w:val="333333"/>
          <w:sz w:val="19"/>
        </w:rPr>
        <w:t>the only nonnegative-integer value of iˣ is 1 (with x a multiple of 4), so z=1 and (1+i)ʸ≠1, meaning y≥1. This gives 5·19=95 triples.</w:t>
      </w:r>
    </w:p>
    <w:p>
      <w:pPr>
        <w:spacing w:before="0" w:after="80" w:line="300" w:lineRule="auto"/>
        <w:jc w:val="left"/>
      </w:pPr>
      <w:r>
        <w:rPr>
          <w:rFonts w:ascii="Times New Roman" w:hAnsi="Times New Roman" w:eastAsia="宋体"/>
          <w:b/>
          <w:i w:val="0"/>
          <w:color w:val="333333"/>
          <w:sz w:val="19"/>
        </w:rPr>
        <w:t>Case (1+i)ʸ=z:</w:t>
      </w:r>
      <w:r>
        <w:rPr>
          <w:rFonts w:ascii="Times New Roman" w:hAnsi="Times New Roman" w:eastAsia="宋体"/>
          <w:b w:val="0"/>
          <w:i w:val="0"/>
          <w:color w:val="333333"/>
          <w:sz w:val="19"/>
        </w:rPr>
        <w:t>since (1+i)²=2i, the power (1+i)ʸ is a nonnegative integer below 20 only for y=0 (value 1) or y=8 (value 16). If y=0, z=1, we need iˣ≠1, so x is not a multiple of 4 (15 values). If y=8, z=16, then iˣ is never 16, so x is free (20 values). This gives 15+20=35 triples.</w:t>
      </w:r>
    </w:p>
    <w:p>
      <w:pPr>
        <w:spacing w:before="0" w:after="80" w:line="300" w:lineRule="auto"/>
        <w:jc w:val="left"/>
      </w:pPr>
      <w:r>
        <w:rPr>
          <w:rFonts w:ascii="Times New Roman" w:hAnsi="Times New Roman" w:eastAsia="宋体"/>
          <w:b w:val="0"/>
          <w:i w:val="0"/>
          <w:color w:val="333333"/>
          <w:sz w:val="19"/>
        </w:rPr>
        <w:t>Altogether 95+95+35=225.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分解 abc+ab+a=a(bc+b+1)。因为 2010 是 3 的倍数，a, b, c 在模 3 下各个余数等可能。</w:t>
      </w:r>
    </w:p>
    <w:p>
      <w:pPr>
        <w:spacing w:before="0" w:after="80" w:line="300" w:lineRule="auto"/>
        <w:jc w:val="left"/>
      </w:pPr>
      <w:r>
        <w:rPr>
          <w:rFonts w:ascii="Times New Roman" w:hAnsi="Times New Roman" w:eastAsia="宋体"/>
          <w:b w:val="0"/>
          <w:i w:val="0"/>
          <w:sz w:val="21"/>
        </w:rPr>
        <w:t>如果 a 是 3 的倍数（概率为 1/3），乘积能被 3 整除。</w:t>
      </w:r>
    </w:p>
    <w:p>
      <w:pPr>
        <w:spacing w:before="0" w:after="80" w:line="300" w:lineRule="auto"/>
        <w:jc w:val="left"/>
      </w:pPr>
      <w:r>
        <w:rPr>
          <w:rFonts w:ascii="Times New Roman" w:hAnsi="Times New Roman" w:eastAsia="宋体"/>
          <w:b w:val="0"/>
          <w:i w:val="0"/>
          <w:sz w:val="21"/>
        </w:rPr>
        <w:t>如果 a 不是 3 的倍数（概率为 2/3），需要 bc+b+1 是 3 的倍数。检查余数可知，这恰好在 (b,c)≡(1,1) 或 (2,0)pmod3 时成立，概率为 1/3·1/3+1/3·1/3=2/9。</w:t>
      </w:r>
    </w:p>
    <w:p>
      <w:pPr>
        <w:spacing w:before="0" w:after="80" w:line="300" w:lineRule="auto"/>
        <w:jc w:val="left"/>
      </w:pPr>
      <w:r>
        <w:rPr>
          <w:rFonts w:ascii="Times New Roman" w:hAnsi="Times New Roman" w:eastAsia="宋体"/>
          <w:b w:val="0"/>
          <w:i w:val="0"/>
          <w:sz w:val="21"/>
        </w:rPr>
        <w:t>总概率是</w:t>
      </w:r>
    </w:p>
    <w:p>
      <w:pPr>
        <w:spacing w:before="0" w:after="80" w:line="300" w:lineRule="auto"/>
        <w:jc w:val="left"/>
      </w:pPr>
      <w:r>
        <w:rPr>
          <w:rFonts w:ascii="Times New Roman" w:hAnsi="Times New Roman" w:eastAsia="宋体"/>
          <w:b w:val="0"/>
          <w:i w:val="0"/>
          <w:sz w:val="21"/>
        </w:rPr>
        <w:t>1/3+2/3·2/9=1/3+4/27=13/27。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abc+ab+a=a(bc+b+1). Since 2010 is a multiple of 3, each of a, b, c is uniform modulo 3.</w:t>
      </w:r>
    </w:p>
    <w:p>
      <w:pPr>
        <w:spacing w:before="0" w:after="80" w:line="300" w:lineRule="auto"/>
        <w:jc w:val="left"/>
      </w:pPr>
      <w:r>
        <w:rPr>
          <w:rFonts w:ascii="Times New Roman" w:hAnsi="Times New Roman" w:eastAsia="宋体"/>
          <w:b w:val="0"/>
          <w:i w:val="0"/>
          <w:color w:val="333333"/>
          <w:sz w:val="19"/>
        </w:rPr>
        <w:t>If a is divisible by 3 (probability 1/3), the product is divisible by 3.</w:t>
      </w:r>
    </w:p>
    <w:p>
      <w:pPr>
        <w:spacing w:before="0" w:after="80" w:line="300" w:lineRule="auto"/>
        <w:jc w:val="left"/>
      </w:pPr>
      <w:r>
        <w:rPr>
          <w:rFonts w:ascii="Times New Roman" w:hAnsi="Times New Roman" w:eastAsia="宋体"/>
          <w:b w:val="0"/>
          <w:i w:val="0"/>
          <w:color w:val="333333"/>
          <w:sz w:val="19"/>
        </w:rPr>
        <w:t>If a is not divisible by 3 (probability 2/3), we need bc+b+1 to be divisible by 3. Checking residues, this holds exactly when (b,c)≡(1,1) or (2,0)pmod3, a probability of 1/3·1/3+1/3·1/3=2/9.</w:t>
      </w:r>
    </w:p>
    <w:p>
      <w:pPr>
        <w:spacing w:before="0" w:after="80" w:line="300" w:lineRule="auto"/>
        <w:jc w:val="left"/>
      </w:pPr>
      <w:r>
        <w:rPr>
          <w:rFonts w:ascii="Times New Roman" w:hAnsi="Times New Roman" w:eastAsia="宋体"/>
          <w:b w:val="0"/>
          <w:i w:val="0"/>
          <w:color w:val="333333"/>
          <w:sz w:val="19"/>
        </w:rPr>
        <w:t>The total probability is</w:t>
      </w:r>
    </w:p>
    <w:p>
      <w:pPr>
        <w:spacing w:before="0" w:after="80" w:line="300" w:lineRule="auto"/>
        <w:jc w:val="left"/>
      </w:pPr>
      <w:r>
        <w:rPr>
          <w:rFonts w:ascii="Times New Roman" w:hAnsi="Times New Roman" w:eastAsia="宋体"/>
          <w:b w:val="0"/>
          <w:i w:val="0"/>
          <w:color w:val="333333"/>
          <w:sz w:val="19"/>
        </w:rPr>
        <w:t>1/3+2/3·2/9=1/3+4/27=13/27.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记第 i 行第 j 列的项为 aᵢⱼ。题设条件迫使 a₁₁=1、a₃₃=9，且 a₂₂∈{4,5,6}。</w:t>
      </w:r>
    </w:p>
    <w:p>
      <w:pPr>
        <w:spacing w:before="0" w:after="80" w:line="300" w:lineRule="auto"/>
        <w:jc w:val="left"/>
      </w:pPr>
      <w:r>
        <w:rPr>
          <w:rFonts w:ascii="Times New Roman" w:hAnsi="Times New Roman" w:eastAsia="宋体"/>
          <w:b w:val="0"/>
          <w:i w:val="0"/>
          <w:sz w:val="21"/>
        </w:rPr>
        <w:t>如果 a₂₂=4 则 {a₁₂,a₂₁}={2,3} 而 {5,6,7,8} 被分成互补的两对，填入最后一行和最后一列剩下的位置：分法有 C(4, 2)=6 种，再乘 {2,3} 的 2 种顺序，得到 12 个数组。由对称性，a₂₂=6 也给出 12 个。</w:t>
      </w:r>
    </w:p>
    <w:p>
      <w:pPr>
        <w:spacing w:before="0" w:after="80" w:line="300" w:lineRule="auto"/>
        <w:jc w:val="left"/>
      </w:pPr>
      <w:r>
        <w:rPr>
          <w:rFonts w:ascii="Times New Roman" w:hAnsi="Times New Roman" w:eastAsia="宋体"/>
          <w:b w:val="0"/>
          <w:i w:val="0"/>
          <w:sz w:val="21"/>
        </w:rPr>
        <w:t>如果 a₂₂=5 则 {a₁₂,a₁₃,a₂₃} 和 {a₂₁,a₃₁,a₃₂} 是 {2,3,4,6,7,8} 的互补子集，并受递增顺序限制；第一组可以是任意三元子集，只要它不是 {2,3,4} 或 {6,7,8}，因此有 C(6, 3)-2=18 个数组。</w:t>
      </w:r>
    </w:p>
    <w:p>
      <w:pPr>
        <w:spacing w:before="0" w:after="80" w:line="300" w:lineRule="auto"/>
        <w:jc w:val="left"/>
      </w:pPr>
      <w:r>
        <w:rPr>
          <w:rFonts w:ascii="Times New Roman" w:hAnsi="Times New Roman" w:eastAsia="宋体"/>
          <w:b w:val="0"/>
          <w:i w:val="0"/>
          <w:sz w:val="21"/>
        </w:rPr>
        <w:t>总共有 12+12+18=42。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aᵢⱼ for the entry in row i, column j. The conditions force a₁₁=1, a₃₃=9, and a₂₂∈{4,5,6}.</w:t>
      </w:r>
    </w:p>
    <w:p>
      <w:pPr>
        <w:spacing w:before="0" w:after="80" w:line="300" w:lineRule="auto"/>
        <w:jc w:val="left"/>
      </w:pPr>
      <w:r>
        <w:rPr>
          <w:rFonts w:ascii="Times New Roman" w:hAnsi="Times New Roman" w:eastAsia="宋体"/>
          <w:b w:val="0"/>
          <w:i w:val="0"/>
          <w:color w:val="333333"/>
          <w:sz w:val="19"/>
        </w:rPr>
        <w:t>If a₂₂=4, then {a₁₂,a₂₁}={2,3} and {5,6,7,8} split as complementary pairs filling the rest of the last row and column: C(4, 2)=6 splits times 2 orders for {2,3} gives 12 arrays. By symmetry a₂₂=6 also gives 12.</w:t>
      </w:r>
    </w:p>
    <w:p>
      <w:pPr>
        <w:spacing w:before="0" w:after="80" w:line="300" w:lineRule="auto"/>
        <w:jc w:val="left"/>
      </w:pPr>
      <w:r>
        <w:rPr>
          <w:rFonts w:ascii="Times New Roman" w:hAnsi="Times New Roman" w:eastAsia="宋体"/>
          <w:b w:val="0"/>
          <w:i w:val="0"/>
          <w:color w:val="333333"/>
          <w:sz w:val="19"/>
        </w:rPr>
        <w:t>If a₂₂=5, then {a₁₂,a₁₃,a₂₃} and {a₂₁,a₃₁,a₃₂} are complementary subsets of {2,3,4,6,7,8} subject to the ordering constraints. The first set can be any three-element subset except {2,3,4} or {6,7,8}, giving C(6, 3)-2=18 arrays.</w:t>
      </w:r>
    </w:p>
    <w:p>
      <w:pPr>
        <w:spacing w:before="0" w:after="80" w:line="300" w:lineRule="auto"/>
        <w:jc w:val="left"/>
      </w:pPr>
      <w:r>
        <w:rPr>
          <w:rFonts w:ascii="Times New Roman" w:hAnsi="Times New Roman" w:eastAsia="宋体"/>
          <w:b w:val="0"/>
          <w:i w:val="0"/>
          <w:color w:val="333333"/>
          <w:sz w:val="19"/>
        </w:rPr>
        <w:t>Altogether 12+12+18=42.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这是一个连续的几何概率问题。把第二跳固定为从 P=(0,0) 到 Q=(1,0)，令 α,β 为第一跳和第三跳的方向，则起点为 A=(cosα,sinα)，终点为 B=(1+cosβ,sinβ)。</w:t>
      </w:r>
    </w:p>
    <w:p>
      <w:pPr>
        <w:spacing w:before="0" w:after="80" w:line="300" w:lineRule="auto"/>
        <w:jc w:val="left"/>
      </w:pPr>
      <w:r>
        <w:rPr>
          <w:rFonts w:ascii="Times New Roman" w:hAnsi="Times New Roman" w:eastAsia="宋体"/>
          <w:b w:val="0"/>
          <w:i w:val="0"/>
          <w:sz w:val="21"/>
        </w:rPr>
        <w:t>取 0≤α≤π 和 0≤β≤2π，条件 AB≤1 恰好等价于 α≤β≤π。</w:t>
      </w:r>
    </w:p>
    <w:p>
      <w:pPr>
        <w:spacing w:before="0" w:after="80" w:line="300" w:lineRule="auto"/>
        <w:jc w:val="left"/>
      </w:pPr>
      <w:r>
        <w:rPr>
          <w:rFonts w:ascii="Times New Roman" w:hAnsi="Times New Roman" w:eastAsia="宋体"/>
          <w:b w:val="0"/>
          <w:i w:val="0"/>
          <w:sz w:val="21"/>
        </w:rPr>
        <w:t>在面积为 2π² 的 αβ-矩形中，有利区域是面积 π²/2 的三角形，所以概率为 (π²/2)/2π²=1/4。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is a continuous (geometric) probability. Anchor the second jump from P=(0,0) to Q=(1,0), and let α,β be the directions of the first and third jumps, so the start is A=(cosα,sinα) and the end is B=(1+cosβ,sinβ).</w:t>
      </w:r>
    </w:p>
    <w:p>
      <w:pPr>
        <w:spacing w:before="0" w:after="80" w:line="300" w:lineRule="auto"/>
        <w:jc w:val="left"/>
      </w:pPr>
      <w:r>
        <w:rPr>
          <w:rFonts w:ascii="Times New Roman" w:hAnsi="Times New Roman" w:eastAsia="宋体"/>
          <w:b w:val="0"/>
          <w:i w:val="0"/>
          <w:color w:val="333333"/>
          <w:sz w:val="19"/>
        </w:rPr>
        <w:t>Taking 0≤α≤π and 0≤β≤2π, the requirement AB≤1 holds exactly when α≤β≤π.</w:t>
      </w:r>
    </w:p>
    <w:p>
      <w:pPr>
        <w:spacing w:before="0" w:after="80" w:line="300" w:lineRule="auto"/>
        <w:jc w:val="left"/>
      </w:pPr>
      <w:r>
        <w:rPr>
          <w:rFonts w:ascii="Times New Roman" w:hAnsi="Times New Roman" w:eastAsia="宋体"/>
          <w:b w:val="0"/>
          <w:i w:val="0"/>
          <w:color w:val="333333"/>
          <w:sz w:val="19"/>
        </w:rPr>
        <w:t>In the αβ-rectangle of area 2π², the favorable region is a triangle of area π²/2, so the probability is (π²/2)/2π²=1/4.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设 Raiders 四节的得分依次为 a, ar, ar², ar³（递增等比数列，r&gt;1），Wildcats 的得分依次为 a, a+d, a+2d, a+3d（递增等差数列），两队第一节都得 a。</w:t>
      </w:r>
    </w:p>
    <w:p>
      <w:pPr>
        <w:spacing w:before="0" w:after="80" w:line="300" w:lineRule="auto"/>
        <w:jc w:val="left"/>
      </w:pPr>
      <w:r>
        <w:rPr>
          <w:rFonts w:ascii="Times New Roman" w:hAnsi="Times New Roman" w:eastAsia="宋体"/>
          <w:b w:val="0"/>
          <w:i w:val="0"/>
          <w:sz w:val="21"/>
        </w:rPr>
        <w:t>将 r=m/n 写成最简分数，其中 m&gt; n。因为 ar³ 是整数，所以 a 是 n³ 的倍数；令 a=A n³。Raiders 的总分为</w:t>
      </w:r>
    </w:p>
    <w:p>
      <w:pPr>
        <w:spacing w:before="0" w:after="80" w:line="300" w:lineRule="auto"/>
        <w:jc w:val="left"/>
      </w:pPr>
      <w:r>
        <w:rPr>
          <w:rFonts w:ascii="Times New Roman" w:hAnsi="Times New Roman" w:eastAsia="宋体"/>
          <w:b w:val="0"/>
          <w:i w:val="0"/>
          <w:sz w:val="21"/>
        </w:rPr>
        <w:t>R=A(n³+mn²+m²n+m³)。</w:t>
      </w:r>
    </w:p>
    <w:p>
      <w:pPr>
        <w:spacing w:before="0" w:after="80" w:line="300" w:lineRule="auto"/>
        <w:jc w:val="left"/>
      </w:pPr>
      <w:r>
        <w:rPr>
          <w:rFonts w:ascii="Times New Roman" w:hAnsi="Times New Roman" w:eastAsia="宋体"/>
          <w:b w:val="0"/>
          <w:i w:val="0"/>
          <w:sz w:val="21"/>
        </w:rPr>
        <w:t>由于 m³&lt; R≤100，可知 m≤4。数对 (4,3) 已使括号内的和达到 175，所以互质数对 (m,n) 只可能是 (2,1),(3,1),(3,2),(4,1)。</w:t>
      </w:r>
    </w:p>
    <w:p>
      <w:pPr>
        <w:spacing w:before="0" w:after="80" w:line="300" w:lineRule="auto"/>
        <w:jc w:val="left"/>
      </w:pPr>
      <w:r>
        <w:rPr>
          <w:rFonts w:ascii="Times New Roman" w:hAnsi="Times New Roman" w:eastAsia="宋体"/>
          <w:b w:val="0"/>
          <w:i w:val="0"/>
          <w:sz w:val="21"/>
        </w:rPr>
        <w:t>相应的 R/A 分别为 15,40,65,85。对于 (4,1) 和 (3,2)，上界迫使 A=1，但由 R-1=4a+6d 得到的 d 不是整数。对于 (3,1)，会得到 36A-1=6d，这在模 6 意义下不可能。</w:t>
      </w:r>
    </w:p>
    <w:p>
      <w:pPr>
        <w:spacing w:before="0" w:after="80" w:line="300" w:lineRule="auto"/>
        <w:jc w:val="left"/>
      </w:pPr>
      <w:r>
        <w:rPr>
          <w:rFonts w:ascii="Times New Roman" w:hAnsi="Times New Roman" w:eastAsia="宋体"/>
          <w:b w:val="0"/>
          <w:i w:val="0"/>
          <w:sz w:val="21"/>
        </w:rPr>
        <w:t>当 (m,n)=(2,1) 时，R=15A 且 a=A，所以 11A-1=6d。因而 A≡5pmod6，再由 R≤100 得 A=5。此时 d=9，Raiders 的得分是 5,10,20,40，Wildcats 的得分是 5,14,23,32。Raiders 以 75 比 74 获胜。</w:t>
      </w:r>
    </w:p>
    <w:p>
      <w:pPr>
        <w:spacing w:before="0" w:after="80" w:line="300" w:lineRule="auto"/>
        <w:jc w:val="left"/>
      </w:pPr>
      <w:r>
        <w:rPr>
          <w:rFonts w:ascii="Times New Roman" w:hAnsi="Times New Roman" w:eastAsia="宋体"/>
          <w:b w:val="0"/>
          <w:i w:val="0"/>
          <w:sz w:val="21"/>
        </w:rPr>
        <w:t>上半场总分为 (5+10)+(5+14)=34。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Raiders score a, ar, ar², ar³ (increasing geometric, r&gt;1) and the Wildcats a, a+d, a+2d, a+3d (increasing arithmetic), tied in the first quarter at a.</w:t>
      </w:r>
    </w:p>
    <w:p>
      <w:pPr>
        <w:spacing w:before="0" w:after="80" w:line="300" w:lineRule="auto"/>
        <w:jc w:val="left"/>
      </w:pPr>
      <w:r>
        <w:rPr>
          <w:rFonts w:ascii="Times New Roman" w:hAnsi="Times New Roman" w:eastAsia="宋体"/>
          <w:b w:val="0"/>
          <w:i w:val="0"/>
          <w:color w:val="333333"/>
          <w:sz w:val="19"/>
        </w:rPr>
        <w:t>Write r=m/n in lowest terms, with m&gt; n. Since ar³ is an integer, a is divisible by n³; put a=A n³. The Raiders’ total is</w:t>
      </w:r>
    </w:p>
    <w:p>
      <w:pPr>
        <w:spacing w:before="0" w:after="80" w:line="300" w:lineRule="auto"/>
        <w:jc w:val="left"/>
      </w:pPr>
      <w:r>
        <w:rPr>
          <w:rFonts w:ascii="Times New Roman" w:hAnsi="Times New Roman" w:eastAsia="宋体"/>
          <w:b w:val="0"/>
          <w:i w:val="0"/>
          <w:color w:val="333333"/>
          <w:sz w:val="19"/>
        </w:rPr>
        <w:t>R=A(n³+mn²+m²n+m³).</w:t>
      </w:r>
    </w:p>
    <w:p>
      <w:pPr>
        <w:spacing w:before="0" w:after="80" w:line="300" w:lineRule="auto"/>
        <w:jc w:val="left"/>
      </w:pPr>
      <w:r>
        <w:rPr>
          <w:rFonts w:ascii="Times New Roman" w:hAnsi="Times New Roman" w:eastAsia="宋体"/>
          <w:b w:val="0"/>
          <w:i w:val="0"/>
          <w:color w:val="333333"/>
          <w:sz w:val="19"/>
        </w:rPr>
        <w:t>Since m³&lt; R≤100, we have m≤4. The pair (4,3) already makes the parenthesized sum 175, so the only possible coprime pairs (m,n) are (2,1),(3,1),(3,2),(4,1).</w:t>
      </w:r>
    </w:p>
    <w:p>
      <w:pPr>
        <w:spacing w:before="0" w:after="80" w:line="300" w:lineRule="auto"/>
        <w:jc w:val="left"/>
      </w:pPr>
      <w:r>
        <w:rPr>
          <w:rFonts w:ascii="Times New Roman" w:hAnsi="Times New Roman" w:eastAsia="宋体"/>
          <w:b w:val="0"/>
          <w:i w:val="0"/>
          <w:color w:val="333333"/>
          <w:sz w:val="19"/>
        </w:rPr>
        <w:t>The corresponding base values of R/A are 15,40,65,85. For (4,1) and (3,2), the bound forces A=1, but R-1=4a+6d gives a nonintegral d. For (3,1), it would give 36A-1=6d, which is impossible modulo 6.</w:t>
      </w:r>
    </w:p>
    <w:p>
      <w:pPr>
        <w:spacing w:before="0" w:after="80" w:line="300" w:lineRule="auto"/>
        <w:jc w:val="left"/>
      </w:pPr>
      <w:r>
        <w:rPr>
          <w:rFonts w:ascii="Times New Roman" w:hAnsi="Times New Roman" w:eastAsia="宋体"/>
          <w:b w:val="0"/>
          <w:i w:val="0"/>
          <w:color w:val="333333"/>
          <w:sz w:val="19"/>
        </w:rPr>
        <w:t>For (m,n)=(2,1), we have R=15A and a=A, so 11A-1=6d. Thus A≡5pmod6, and R≤100 forces A=5. Then d=9, giving Raiders scores 5,10,20,40 and Wildcats scores 5,14,23,32. The Raiders win 75 to 74.</w:t>
      </w:r>
    </w:p>
    <w:p>
      <w:pPr>
        <w:spacing w:before="0" w:after="80" w:line="300" w:lineRule="auto"/>
        <w:jc w:val="left"/>
      </w:pPr>
      <w:r>
        <w:rPr>
          <w:rFonts w:ascii="Times New Roman" w:hAnsi="Times New Roman" w:eastAsia="宋体"/>
          <w:b w:val="0"/>
          <w:i w:val="0"/>
          <w:color w:val="333333"/>
          <w:sz w:val="19"/>
        </w:rPr>
        <w:t>The first-half total is (5+10)+(5+14)=34.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公比为 r=a₂/a₁=cot x。因此 a₄=a₃· r=tan xcot x=1。</w:t>
      </w:r>
    </w:p>
    <w:p>
      <w:pPr>
        <w:spacing w:before="0" w:after="80" w:line="300" w:lineRule="auto"/>
        <w:jc w:val="left"/>
      </w:pPr>
      <w:r>
        <w:rPr>
          <w:rFonts w:ascii="Times New Roman" w:hAnsi="Times New Roman" w:eastAsia="宋体"/>
          <w:b w:val="0"/>
          <w:i w:val="0"/>
          <w:sz w:val="21"/>
        </w:rPr>
        <w:t>由 a₃=a₁r²，得 tan x=sin xcot² x=(cos² x)/(sin x)，所以 sin² x=cos³ x，即 (cos² x)(1+cos x)=1。</w:t>
      </w:r>
    </w:p>
    <w:p>
      <w:pPr>
        <w:spacing w:before="0" w:after="80" w:line="300" w:lineRule="auto"/>
        <w:jc w:val="left"/>
      </w:pPr>
      <w:r>
        <w:rPr>
          <w:rFonts w:ascii="Times New Roman" w:hAnsi="Times New Roman" w:eastAsia="宋体"/>
          <w:b w:val="0"/>
          <w:i w:val="0"/>
          <w:sz w:val="21"/>
        </w:rPr>
        <w:t>因此 1+cos x=1/(cos² x)。又 r²=(cos² x)/(sin² x)=(cos² x)/(cos³ x)=1/(cos x)，所以 r⁴=1/(cos² x)=1+cos x。</w:t>
      </w:r>
    </w:p>
    <w:p>
      <w:pPr>
        <w:spacing w:before="0" w:after="80" w:line="300" w:lineRule="auto"/>
        <w:jc w:val="left"/>
      </w:pPr>
      <w:r>
        <w:rPr>
          <w:rFonts w:ascii="Times New Roman" w:hAnsi="Times New Roman" w:eastAsia="宋体"/>
          <w:b w:val="0"/>
          <w:i w:val="0"/>
          <w:sz w:val="21"/>
        </w:rPr>
        <w:t>所以 1+cos x=a₄· r⁴=a₈，因此 n=8。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common ratio is r=a₂/a₁=cot x. Then a₄=a₃· r=tan xcot x=1.</w:t>
      </w:r>
    </w:p>
    <w:p>
      <w:pPr>
        <w:spacing w:before="0" w:after="80" w:line="300" w:lineRule="auto"/>
        <w:jc w:val="left"/>
      </w:pPr>
      <w:r>
        <w:rPr>
          <w:rFonts w:ascii="Times New Roman" w:hAnsi="Times New Roman" w:eastAsia="宋体"/>
          <w:b w:val="0"/>
          <w:i w:val="0"/>
          <w:color w:val="333333"/>
          <w:sz w:val="19"/>
        </w:rPr>
        <w:t>From a₃=a₁r², we get tan x=sin xcot² x=(cos² x)/(sin x), so sin² x=cos³ x, i.e. (cos² x)(1+cos x)=1.</w:t>
      </w:r>
    </w:p>
    <w:p>
      <w:pPr>
        <w:spacing w:before="0" w:after="80" w:line="300" w:lineRule="auto"/>
        <w:jc w:val="left"/>
      </w:pPr>
      <w:r>
        <w:rPr>
          <w:rFonts w:ascii="Times New Roman" w:hAnsi="Times New Roman" w:eastAsia="宋体"/>
          <w:b w:val="0"/>
          <w:i w:val="0"/>
          <w:color w:val="333333"/>
          <w:sz w:val="19"/>
        </w:rPr>
        <w:t>Hence 1+cos x=1/(cos² x). Also r²=(cos² x)/(sin² x)=(cos² x)/(cos³ x)=1/(cos x), so r⁴=1/(cos² x)=1+cos x.</w:t>
      </w:r>
    </w:p>
    <w:p>
      <w:pPr>
        <w:spacing w:before="0" w:after="80" w:line="300" w:lineRule="auto"/>
        <w:jc w:val="left"/>
      </w:pPr>
      <w:r>
        <w:rPr>
          <w:rFonts w:ascii="Times New Roman" w:hAnsi="Times New Roman" w:eastAsia="宋体"/>
          <w:b w:val="0"/>
          <w:i w:val="0"/>
          <w:color w:val="333333"/>
          <w:sz w:val="19"/>
        </w:rPr>
        <w:t>Therefore 1+cos x=a₄· r⁴=a₈, so n=8.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因为 1, 3, 5, 7 是 P(x)-a 的根，可写作 P(x)-a=(x-1)(x-3) ·(x-5)(x-7)Q(x)，其中 Q 的系数都是整数。</w:t>
      </w:r>
    </w:p>
    <w:p>
      <w:pPr>
        <w:spacing w:before="0" w:after="80" w:line="300" w:lineRule="auto"/>
        <w:jc w:val="left"/>
      </w:pPr>
      <w:r>
        <w:rPr>
          <w:rFonts w:ascii="Times New Roman" w:hAnsi="Times New Roman" w:eastAsia="宋体"/>
          <w:b w:val="0"/>
          <w:i w:val="0"/>
          <w:sz w:val="21"/>
        </w:rPr>
        <w:t>在 x=2, 4, 6, 8 处代入（此时 P=-a）得到</w:t>
      </w:r>
    </w:p>
    <w:p>
      <w:pPr>
        <w:spacing w:before="0" w:after="80" w:line="300" w:lineRule="auto"/>
        <w:jc w:val="left"/>
      </w:pPr>
      <w:r>
        <w:rPr>
          <w:rFonts w:ascii="Times New Roman" w:hAnsi="Times New Roman" w:eastAsia="宋体"/>
          <w:b w:val="0"/>
          <w:i w:val="0"/>
          <w:sz w:val="21"/>
        </w:rPr>
        <w:t>-2a =-15 Q(2)</w:t>
      </w:r>
    </w:p>
    <w:p>
      <w:pPr>
        <w:spacing w:before="0" w:after="80" w:line="300" w:lineRule="auto"/>
        <w:jc w:val="left"/>
      </w:pPr>
      <w:r>
        <w:rPr>
          <w:rFonts w:ascii="Times New Roman" w:hAnsi="Times New Roman" w:eastAsia="宋体"/>
          <w:b w:val="0"/>
          <w:i w:val="0"/>
          <w:sz w:val="21"/>
        </w:rPr>
        <w:t>=9 Q(4)</w:t>
      </w:r>
    </w:p>
    <w:p>
      <w:pPr>
        <w:spacing w:before="0" w:after="80" w:line="300" w:lineRule="auto"/>
        <w:jc w:val="left"/>
      </w:pPr>
      <w:r>
        <w:rPr>
          <w:rFonts w:ascii="Times New Roman" w:hAnsi="Times New Roman" w:eastAsia="宋体"/>
          <w:b w:val="0"/>
          <w:i w:val="0"/>
          <w:sz w:val="21"/>
        </w:rPr>
        <w:t>=-15 Q(6)</w:t>
      </w:r>
    </w:p>
    <w:p>
      <w:pPr>
        <w:spacing w:before="0" w:after="80" w:line="300" w:lineRule="auto"/>
        <w:jc w:val="left"/>
      </w:pPr>
      <w:r>
        <w:rPr>
          <w:rFonts w:ascii="Times New Roman" w:hAnsi="Times New Roman" w:eastAsia="宋体"/>
          <w:b w:val="0"/>
          <w:i w:val="0"/>
          <w:sz w:val="21"/>
        </w:rPr>
        <w:t>=105 Q(8)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15, 9 和 105 都整除 2a，所以 lcm(15,9,105)=315 整除 2a。因为 315 是奇数，a 是 315 的倍数，所以 a≥315。</w:t>
      </w:r>
    </w:p>
    <w:p>
      <w:pPr>
        <w:spacing w:before="0" w:after="80" w:line="300" w:lineRule="auto"/>
        <w:jc w:val="left"/>
      </w:pPr>
      <w:r>
        <w:rPr>
          <w:rFonts w:ascii="Times New Roman" w:hAnsi="Times New Roman" w:eastAsia="宋体"/>
          <w:b w:val="0"/>
          <w:i w:val="0"/>
          <w:sz w:val="21"/>
        </w:rPr>
        <w:t>为了达到这个下界，取</w:t>
      </w:r>
    </w:p>
    <w:p>
      <w:pPr>
        <w:spacing w:before="0" w:after="80" w:line="300" w:lineRule="auto"/>
        <w:jc w:val="left"/>
      </w:pPr>
      <w:r>
        <w:rPr>
          <w:rFonts w:ascii="Times New Roman" w:hAnsi="Times New Roman" w:eastAsia="宋体"/>
          <w:b w:val="0"/>
          <w:i w:val="0"/>
          <w:sz w:val="21"/>
        </w:rPr>
        <w:t>F(x)=(x-1)(x-3)</w:t>
      </w:r>
    </w:p>
    <w:p>
      <w:pPr>
        <w:spacing w:before="0" w:after="80" w:line="300" w:lineRule="auto"/>
        <w:jc w:val="left"/>
      </w:pPr>
      <w:r>
        <w:rPr>
          <w:rFonts w:ascii="Times New Roman" w:hAnsi="Times New Roman" w:eastAsia="宋体"/>
          <w:b w:val="0"/>
          <w:i w:val="0"/>
          <w:sz w:val="21"/>
        </w:rPr>
        <w:t>·(x-5)(x-7),</w:t>
      </w:r>
    </w:p>
    <w:p>
      <w:pPr>
        <w:spacing w:before="0" w:after="80" w:line="300" w:lineRule="auto"/>
        <w:jc w:val="left"/>
      </w:pPr>
      <w:r>
        <w:rPr>
          <w:rFonts w:ascii="Times New Roman" w:hAnsi="Times New Roman" w:eastAsia="宋体"/>
          <w:b w:val="0"/>
          <w:i w:val="0"/>
          <w:sz w:val="21"/>
        </w:rPr>
        <w:t>Q(x)=42+(x-2)(x-6)</w:t>
      </w:r>
    </w:p>
    <w:p>
      <w:pPr>
        <w:spacing w:before="0" w:after="80" w:line="300" w:lineRule="auto"/>
        <w:jc w:val="left"/>
      </w:pPr>
      <w:r>
        <w:rPr>
          <w:rFonts w:ascii="Times New Roman" w:hAnsi="Times New Roman" w:eastAsia="宋体"/>
          <w:b w:val="0"/>
          <w:i w:val="0"/>
          <w:sz w:val="21"/>
        </w:rPr>
        <w:t>·(60-8x),</w:t>
      </w:r>
    </w:p>
    <w:p>
      <w:pPr>
        <w:spacing w:before="0" w:after="80" w:line="300" w:lineRule="auto"/>
        <w:jc w:val="left"/>
      </w:pPr>
      <w:r>
        <w:rPr>
          <w:rFonts w:ascii="Times New Roman" w:hAnsi="Times New Roman" w:eastAsia="宋体"/>
          <w:b w:val="0"/>
          <w:i w:val="0"/>
          <w:sz w:val="21"/>
        </w:rPr>
        <w:t>P(x)=315+F(x)Q(x)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这个整系数多项式在 1,3,5,7 处的取值都是 315。在 2,4 处，数对 (F(x),Q(x)) 分别为 (-15,42),(9,-70)；在 6,8 处则分别为 (-15,42),(105,-6)。因此每次都有 F(x)Q(x)=-630，从而 P(x)=-315。所以这个下界确实可以达到。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 3, 5, 7 are roots of P(x)-a, write P(x)-a=(x-1)(x-3) ·(x-5)(x-7)Q(x) with Q having integer coefficients.</w:t>
      </w:r>
    </w:p>
    <w:p>
      <w:pPr>
        <w:spacing w:before="0" w:after="80" w:line="300" w:lineRule="auto"/>
        <w:jc w:val="left"/>
      </w:pPr>
      <w:r>
        <w:rPr>
          <w:rFonts w:ascii="Times New Roman" w:hAnsi="Times New Roman" w:eastAsia="宋体"/>
          <w:b w:val="0"/>
          <w:i w:val="0"/>
          <w:color w:val="333333"/>
          <w:sz w:val="19"/>
        </w:rPr>
        <w:t>Evaluating at x=2, 4, 6, 8 (where P=-a) gives</w:t>
      </w:r>
    </w:p>
    <w:p>
      <w:pPr>
        <w:spacing w:before="0" w:after="80" w:line="300" w:lineRule="auto"/>
        <w:jc w:val="left"/>
      </w:pPr>
      <w:r>
        <w:rPr>
          <w:rFonts w:ascii="Times New Roman" w:hAnsi="Times New Roman" w:eastAsia="宋体"/>
          <w:b w:val="0"/>
          <w:i w:val="0"/>
          <w:color w:val="333333"/>
          <w:sz w:val="19"/>
        </w:rPr>
        <w:t>-2a =-15 Q(2)</w:t>
      </w:r>
    </w:p>
    <w:p>
      <w:pPr>
        <w:spacing w:before="0" w:after="80" w:line="300" w:lineRule="auto"/>
        <w:jc w:val="left"/>
      </w:pPr>
      <w:r>
        <w:rPr>
          <w:rFonts w:ascii="Times New Roman" w:hAnsi="Times New Roman" w:eastAsia="宋体"/>
          <w:b w:val="0"/>
          <w:i w:val="0"/>
          <w:color w:val="333333"/>
          <w:sz w:val="19"/>
        </w:rPr>
        <w:t>=9 Q(4)</w:t>
      </w:r>
    </w:p>
    <w:p>
      <w:pPr>
        <w:spacing w:before="0" w:after="80" w:line="300" w:lineRule="auto"/>
        <w:jc w:val="left"/>
      </w:pPr>
      <w:r>
        <w:rPr>
          <w:rFonts w:ascii="Times New Roman" w:hAnsi="Times New Roman" w:eastAsia="宋体"/>
          <w:b w:val="0"/>
          <w:i w:val="0"/>
          <w:color w:val="333333"/>
          <w:sz w:val="19"/>
        </w:rPr>
        <w:t>=-15 Q(6)</w:t>
      </w:r>
    </w:p>
    <w:p>
      <w:pPr>
        <w:spacing w:before="0" w:after="80" w:line="300" w:lineRule="auto"/>
        <w:jc w:val="left"/>
      </w:pPr>
      <w:r>
        <w:rPr>
          <w:rFonts w:ascii="Times New Roman" w:hAnsi="Times New Roman" w:eastAsia="宋体"/>
          <w:b w:val="0"/>
          <w:i w:val="0"/>
          <w:color w:val="333333"/>
          <w:sz w:val="19"/>
        </w:rPr>
        <w:t>=105 Q(8).</w:t>
      </w:r>
    </w:p>
    <w:p>
      <w:pPr>
        <w:spacing w:before="0" w:after="80" w:line="300" w:lineRule="auto"/>
        <w:jc w:val="left"/>
      </w:pPr>
      <w:r>
        <w:rPr>
          <w:rFonts w:ascii="Times New Roman" w:hAnsi="Times New Roman" w:eastAsia="宋体"/>
          <w:b w:val="0"/>
          <w:i w:val="0"/>
          <w:color w:val="333333"/>
          <w:sz w:val="19"/>
        </w:rPr>
        <w:t>So 15, 9, and 105 all divide 2a, hence lcm(15,9,105)=315 divides 2a. Since 315 is odd, a is divisible by 315, so a≥315.</w:t>
      </w:r>
    </w:p>
    <w:p>
      <w:pPr>
        <w:spacing w:before="0" w:after="80" w:line="300" w:lineRule="auto"/>
        <w:jc w:val="left"/>
      </w:pPr>
      <w:r>
        <w:rPr>
          <w:rFonts w:ascii="Times New Roman" w:hAnsi="Times New Roman" w:eastAsia="宋体"/>
          <w:b w:val="0"/>
          <w:i w:val="0"/>
          <w:color w:val="333333"/>
          <w:sz w:val="19"/>
        </w:rPr>
        <w:t>To attain the bound, let</w:t>
      </w:r>
    </w:p>
    <w:p>
      <w:pPr>
        <w:spacing w:before="0" w:after="80" w:line="300" w:lineRule="auto"/>
        <w:jc w:val="left"/>
      </w:pPr>
      <w:r>
        <w:rPr>
          <w:rFonts w:ascii="Times New Roman" w:hAnsi="Times New Roman" w:eastAsia="宋体"/>
          <w:b w:val="0"/>
          <w:i w:val="0"/>
          <w:color w:val="333333"/>
          <w:sz w:val="19"/>
        </w:rPr>
        <w:t>F(x)=(x-1)(x-3)</w:t>
      </w:r>
    </w:p>
    <w:p>
      <w:pPr>
        <w:spacing w:before="0" w:after="80" w:line="300" w:lineRule="auto"/>
        <w:jc w:val="left"/>
      </w:pPr>
      <w:r>
        <w:rPr>
          <w:rFonts w:ascii="Times New Roman" w:hAnsi="Times New Roman" w:eastAsia="宋体"/>
          <w:b w:val="0"/>
          <w:i w:val="0"/>
          <w:color w:val="333333"/>
          <w:sz w:val="19"/>
        </w:rPr>
        <w:t>·(x-5)(x-7),</w:t>
      </w:r>
    </w:p>
    <w:p>
      <w:pPr>
        <w:spacing w:before="0" w:after="80" w:line="300" w:lineRule="auto"/>
        <w:jc w:val="left"/>
      </w:pPr>
      <w:r>
        <w:rPr>
          <w:rFonts w:ascii="Times New Roman" w:hAnsi="Times New Roman" w:eastAsia="宋体"/>
          <w:b w:val="0"/>
          <w:i w:val="0"/>
          <w:color w:val="333333"/>
          <w:sz w:val="19"/>
        </w:rPr>
        <w:t>Q(x)=42+(x-2)(x-6)</w:t>
      </w:r>
    </w:p>
    <w:p>
      <w:pPr>
        <w:spacing w:before="0" w:after="80" w:line="300" w:lineRule="auto"/>
        <w:jc w:val="left"/>
      </w:pPr>
      <w:r>
        <w:rPr>
          <w:rFonts w:ascii="Times New Roman" w:hAnsi="Times New Roman" w:eastAsia="宋体"/>
          <w:b w:val="0"/>
          <w:i w:val="0"/>
          <w:color w:val="333333"/>
          <w:sz w:val="19"/>
        </w:rPr>
        <w:t>·(60-8x),</w:t>
      </w:r>
    </w:p>
    <w:p>
      <w:pPr>
        <w:spacing w:before="0" w:after="80" w:line="300" w:lineRule="auto"/>
        <w:jc w:val="left"/>
      </w:pPr>
      <w:r>
        <w:rPr>
          <w:rFonts w:ascii="Times New Roman" w:hAnsi="Times New Roman" w:eastAsia="宋体"/>
          <w:b w:val="0"/>
          <w:i w:val="0"/>
          <w:color w:val="333333"/>
          <w:sz w:val="19"/>
        </w:rPr>
        <w:t>P(x)=315+F(x)Q(x).</w:t>
      </w:r>
    </w:p>
    <w:p>
      <w:pPr>
        <w:spacing w:before="0" w:after="80" w:line="300" w:lineRule="auto"/>
        <w:jc w:val="left"/>
      </w:pPr>
      <w:r>
        <w:rPr>
          <w:rFonts w:ascii="Times New Roman" w:hAnsi="Times New Roman" w:eastAsia="宋体"/>
          <w:b w:val="0"/>
          <w:i w:val="0"/>
          <w:color w:val="333333"/>
          <w:sz w:val="19"/>
        </w:rPr>
        <w:t>This integer polynomial equals 315 at 1,3,5,7. At 2,4, the pairs (F(x),Q(x)) are (-15,42),(9,-70), and at 6,8 they are (-15,42),(105,-6). Thus F(x)Q(x)=-630 each time and P(x)=-315. Hence the bound is attainable.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令 a=AB，b=BC，c=CD，d=DA，并令 k=bc=ad。用外接圆半径表示各三角形的面积，再利用 [ABC]+[CDA]= [BCD]+[ABD]，可得 (ab+cd)· AC=2k· BD。</w:t>
      </w:r>
    </w:p>
    <w:p>
      <w:pPr>
        <w:spacing w:before="0" w:after="80" w:line="300" w:lineRule="auto"/>
        <w:jc w:val="left"/>
      </w:pPr>
      <w:r>
        <w:rPr>
          <w:rFonts w:ascii="Times New Roman" w:hAnsi="Times New Roman" w:eastAsia="宋体"/>
          <w:b w:val="0"/>
          <w:i w:val="0"/>
          <w:sz w:val="21"/>
        </w:rPr>
        <w:t>托勒密定理给出 AC· BD=ac+bd。消去 AC，得</w:t>
      </w:r>
    </w:p>
    <w:p>
      <w:pPr>
        <w:spacing w:before="0" w:after="80" w:line="300" w:lineRule="auto"/>
        <w:jc w:val="left"/>
      </w:pPr>
      <w:r>
        <w:rPr>
          <w:rFonts w:ascii="Times New Roman" w:hAnsi="Times New Roman" w:eastAsia="宋体"/>
          <w:b w:val="0"/>
          <w:i w:val="0"/>
          <w:sz w:val="21"/>
        </w:rPr>
        <w:t>BD² =((ac+bd)(ab+cd))/2k</w:t>
      </w:r>
    </w:p>
    <w:p>
      <w:pPr>
        <w:spacing w:before="0" w:after="80" w:line="300" w:lineRule="auto"/>
        <w:jc w:val="left"/>
      </w:pPr>
      <w:r>
        <w:rPr>
          <w:rFonts w:ascii="Times New Roman" w:hAnsi="Times New Roman" w:eastAsia="宋体"/>
          <w:b w:val="0"/>
          <w:i w:val="0"/>
          <w:sz w:val="21"/>
        </w:rPr>
        <w:t>=1/2(a²+b²+c²+d²)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四条边是小于 15 的互异整数，并满足 bc=ad，所以 11 和 13 都不能出现（它们都是质数，需要等式另一侧有相应因子）。</w:t>
      </w:r>
    </w:p>
    <w:p>
      <w:pPr>
        <w:spacing w:before="0" w:after="80" w:line="300" w:lineRule="auto"/>
        <w:jc w:val="left"/>
      </w:pPr>
      <w:r>
        <w:rPr>
          <w:rFonts w:ascii="Times New Roman" w:hAnsi="Times New Roman" w:eastAsia="宋体"/>
          <w:b w:val="0"/>
          <w:i w:val="0"/>
          <w:sz w:val="21"/>
        </w:rPr>
        <w:t>如果最大边至多为 12，因为不能使用 11，四边平方和至多为 12²+10²+9²+8²=389。</w:t>
      </w:r>
    </w:p>
    <w:p>
      <w:pPr>
        <w:spacing w:before="0" w:after="80" w:line="300" w:lineRule="auto"/>
        <w:jc w:val="left"/>
      </w:pPr>
      <w:r>
        <w:rPr>
          <w:rFonts w:ascii="Times New Roman" w:hAnsi="Times New Roman" w:eastAsia="宋体"/>
          <w:b w:val="0"/>
          <w:i w:val="0"/>
          <w:sz w:val="21"/>
        </w:rPr>
        <w:t>现在设最大边为 14，其余三边记为 s₁&gt; s₂&gt; s₃。乘积条件必须把 14 与 s₃ 配对，所以 14s₃=s₁s₂。因而 s₁,s₂ 中一个等于 7。若 s₁=7，平方和小于 14²+7²+6²+5²=306。若 s₂=7，则 s₁=2s₃，最大的可能是 (s₁,s₂,s₃)=(12,7,6)。因此</w:t>
      </w:r>
    </w:p>
    <w:p>
      <w:pPr>
        <w:spacing w:before="0" w:after="80" w:line="300" w:lineRule="auto"/>
        <w:jc w:val="left"/>
      </w:pPr>
      <w:r>
        <w:rPr>
          <w:rFonts w:ascii="Times New Roman" w:hAnsi="Times New Roman" w:eastAsia="宋体"/>
          <w:b w:val="0"/>
          <w:i w:val="0"/>
          <w:sz w:val="21"/>
        </w:rPr>
        <w:t>2BD² =14²+12²+7²+6²</w:t>
      </w:r>
    </w:p>
    <w:p>
      <w:pPr>
        <w:spacing w:before="0" w:after="80" w:line="300" w:lineRule="auto"/>
        <w:jc w:val="left"/>
      </w:pPr>
      <w:r>
        <w:rPr>
          <w:rFonts w:ascii="Times New Roman" w:hAnsi="Times New Roman" w:eastAsia="宋体"/>
          <w:b w:val="0"/>
          <w:i w:val="0"/>
          <w:sz w:val="21"/>
        </w:rPr>
        <w:t>=425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BD≤√(425/2)。边依次为 (a,b,c,d)=(14,12,7,6) 的圆内接四边形达到等号，此时 bc=ad=84。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a=AB, b=BC, c=CD, d=DA and k=bc=ad. Writing each triangle’s area in terms of the circumradius and using [ABC]+[CDA]= [BCD]+[ABD] gives (ab+cd)· AC=2k· BD.</w:t>
      </w:r>
    </w:p>
    <w:p>
      <w:pPr>
        <w:spacing w:before="0" w:after="80" w:line="300" w:lineRule="auto"/>
        <w:jc w:val="left"/>
      </w:pPr>
      <w:r>
        <w:rPr>
          <w:rFonts w:ascii="Times New Roman" w:hAnsi="Times New Roman" w:eastAsia="宋体"/>
          <w:b w:val="0"/>
          <w:i w:val="0"/>
          <w:color w:val="333333"/>
          <w:sz w:val="19"/>
        </w:rPr>
        <w:t>Ptolemy’s theorem gives AC· BD=ac+bd. Eliminating AC,</w:t>
      </w:r>
    </w:p>
    <w:p>
      <w:pPr>
        <w:spacing w:before="0" w:after="80" w:line="300" w:lineRule="auto"/>
        <w:jc w:val="left"/>
      </w:pPr>
      <w:r>
        <w:rPr>
          <w:rFonts w:ascii="Times New Roman" w:hAnsi="Times New Roman" w:eastAsia="宋体"/>
          <w:b w:val="0"/>
          <w:i w:val="0"/>
          <w:color w:val="333333"/>
          <w:sz w:val="19"/>
        </w:rPr>
        <w:t>BD² =((ac+bd)(ab+cd))/2k</w:t>
      </w:r>
    </w:p>
    <w:p>
      <w:pPr>
        <w:spacing w:before="0" w:after="80" w:line="300" w:lineRule="auto"/>
        <w:jc w:val="left"/>
      </w:pPr>
      <w:r>
        <w:rPr>
          <w:rFonts w:ascii="Times New Roman" w:hAnsi="Times New Roman" w:eastAsia="宋体"/>
          <w:b w:val="0"/>
          <w:i w:val="0"/>
          <w:color w:val="333333"/>
          <w:sz w:val="19"/>
        </w:rPr>
        <w:t>=1/2(a²+b²+c²+d²).</w:t>
      </w:r>
    </w:p>
    <w:p>
      <w:pPr>
        <w:spacing w:before="0" w:after="80" w:line="300" w:lineRule="auto"/>
        <w:jc w:val="left"/>
      </w:pPr>
      <w:r>
        <w:rPr>
          <w:rFonts w:ascii="Times New Roman" w:hAnsi="Times New Roman" w:eastAsia="宋体"/>
          <w:b w:val="0"/>
          <w:i w:val="0"/>
          <w:color w:val="333333"/>
          <w:sz w:val="19"/>
        </w:rPr>
        <w:t>The sides are distinct integers below 15 with bc=ad, so neither 11 nor 13 can appear (each is prime and would need a matching factor on the other side).</w:t>
      </w:r>
    </w:p>
    <w:p>
      <w:pPr>
        <w:spacing w:before="0" w:after="80" w:line="300" w:lineRule="auto"/>
        <w:jc w:val="left"/>
      </w:pPr>
      <w:r>
        <w:rPr>
          <w:rFonts w:ascii="Times New Roman" w:hAnsi="Times New Roman" w:eastAsia="宋体"/>
          <w:b w:val="0"/>
          <w:i w:val="0"/>
          <w:color w:val="333333"/>
          <w:sz w:val="19"/>
        </w:rPr>
        <w:t>If the largest side is at most 12, the four squares sum to at most 12²+10²+9²+8²=389, because 11 is unavailable.</w:t>
      </w:r>
    </w:p>
    <w:p>
      <w:pPr>
        <w:spacing w:before="0" w:after="80" w:line="300" w:lineRule="auto"/>
        <w:jc w:val="left"/>
      </w:pPr>
      <w:r>
        <w:rPr>
          <w:rFonts w:ascii="Times New Roman" w:hAnsi="Times New Roman" w:eastAsia="宋体"/>
          <w:b w:val="0"/>
          <w:i w:val="0"/>
          <w:color w:val="333333"/>
          <w:sz w:val="19"/>
        </w:rPr>
        <w:t>Now suppose the largest side is 14, and write the others as s₁&gt; s₂&gt; s₃. The product condition must pair 14 with s₃, so 14s₃=s₁s₂. Hence one of s₁,s₂ equals 7. If s₁=7, the sum of squares is less than 14²+7²+6²+5²=306. If s₂=7, then s₁=2s₃, so the largest possibility is (s₁,s₂,s₃)=(12,7,6). Thus</w:t>
      </w:r>
    </w:p>
    <w:p>
      <w:pPr>
        <w:spacing w:before="0" w:after="80" w:line="300" w:lineRule="auto"/>
        <w:jc w:val="left"/>
      </w:pPr>
      <w:r>
        <w:rPr>
          <w:rFonts w:ascii="Times New Roman" w:hAnsi="Times New Roman" w:eastAsia="宋体"/>
          <w:b w:val="0"/>
          <w:i w:val="0"/>
          <w:color w:val="333333"/>
          <w:sz w:val="19"/>
        </w:rPr>
        <w:t>2BD² =14²+12²+7²+6²</w:t>
      </w:r>
    </w:p>
    <w:p>
      <w:pPr>
        <w:spacing w:before="0" w:after="80" w:line="300" w:lineRule="auto"/>
        <w:jc w:val="left"/>
      </w:pPr>
      <w:r>
        <w:rPr>
          <w:rFonts w:ascii="Times New Roman" w:hAnsi="Times New Roman" w:eastAsia="宋体"/>
          <w:b w:val="0"/>
          <w:i w:val="0"/>
          <w:color w:val="333333"/>
          <w:sz w:val="19"/>
        </w:rPr>
        <w:t>=425,</w:t>
      </w:r>
    </w:p>
    <w:p>
      <w:pPr>
        <w:spacing w:before="0" w:after="80" w:line="300" w:lineRule="auto"/>
        <w:jc w:val="left"/>
      </w:pPr>
      <w:r>
        <w:rPr>
          <w:rFonts w:ascii="Times New Roman" w:hAnsi="Times New Roman" w:eastAsia="宋体"/>
          <w:b w:val="0"/>
          <w:i w:val="0"/>
          <w:color w:val="333333"/>
          <w:sz w:val="19"/>
        </w:rPr>
        <w:t>so BD≤√(425/2). Equality is attained by the cyclic quadrilateral with side order (a,b,c,d)=(14,12,7,6), for which bc=ad=84.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如果 P 只有一个实根，那么 P(Q(x))=0 至多有两个实数解，而不是四个。因此 P 有两个不同的实根；同理，Q 也有两个不同的实根。写成 P(x)=(x-h₁)²-k₁² 和 Q(x)=(x-h₂)²-k₂²，其中 k₁,k₂&gt;0，最小值分别为 -k₁² 和 -k₂²。</w:t>
      </w:r>
    </w:p>
    <w:p>
      <w:pPr>
        <w:spacing w:before="0" w:after="80" w:line="300" w:lineRule="auto"/>
        <w:jc w:val="left"/>
      </w:pPr>
      <w:r>
        <w:rPr>
          <w:rFonts w:ascii="Times New Roman" w:hAnsi="Times New Roman" w:eastAsia="宋体"/>
          <w:b w:val="0"/>
          <w:i w:val="0"/>
          <w:sz w:val="21"/>
        </w:rPr>
        <w:t>方程 P(Q(x)) 的零点满足 Q(x)=h₁± k₁；四个解关于 h₂ 对称，所以 h₂ 是平均数 -23-21-17-15/4=-19。于是 Q(-15)-Q(-17) =(16-k₂²)-(4-k₂²) =12，而这个差等于 2k₁，所以 k₁=6。</w:t>
      </w:r>
    </w:p>
    <w:p>
      <w:pPr>
        <w:spacing w:before="0" w:after="80" w:line="300" w:lineRule="auto"/>
        <w:jc w:val="left"/>
      </w:pPr>
      <w:r>
        <w:rPr>
          <w:rFonts w:ascii="Times New Roman" w:hAnsi="Times New Roman" w:eastAsia="宋体"/>
          <w:b w:val="0"/>
          <w:i w:val="0"/>
          <w:sz w:val="21"/>
        </w:rPr>
        <w:t>对称地，h₁=-59-57-51-49/4=-54，且 P(-49)-P(-51) =(25-k₁²)-(9-k₁²) =16=2k₂，所以 k₂=8。</w:t>
      </w:r>
    </w:p>
    <w:p>
      <w:pPr>
        <w:spacing w:before="0" w:after="80" w:line="300" w:lineRule="auto"/>
        <w:jc w:val="left"/>
      </w:pPr>
      <w:r>
        <w:rPr>
          <w:rFonts w:ascii="Times New Roman" w:hAnsi="Times New Roman" w:eastAsia="宋体"/>
          <w:b w:val="0"/>
          <w:i w:val="0"/>
          <w:sz w:val="21"/>
        </w:rPr>
        <w:t>两个最小值之和为 -k₁²-k₂²=-36-64=-100。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had only one real root, then P(Q(x))=0 would have at most two real solutions, not four. Thus P has two distinct real roots, and the same argument applies to Q. Write P(x)=(x-h₁)²-k₁² and Q(x)=(x-h₂)²-k₂², with k₁,k₂&gt;0 and minimum values -k₁² and -k₂².</w:t>
      </w:r>
    </w:p>
    <w:p>
      <w:pPr>
        <w:spacing w:before="0" w:after="80" w:line="300" w:lineRule="auto"/>
        <w:jc w:val="left"/>
      </w:pPr>
      <w:r>
        <w:rPr>
          <w:rFonts w:ascii="Times New Roman" w:hAnsi="Times New Roman" w:eastAsia="宋体"/>
          <w:b w:val="0"/>
          <w:i w:val="0"/>
          <w:color w:val="333333"/>
          <w:sz w:val="19"/>
        </w:rPr>
        <w:t>The zeros of P(Q(x)) occur where Q(x)=h₁± k₁; their four solutions are symmetric about h₂, so h₂ is the average -23-21-17-15/4=-19. Then Q(-15)-Q(-17) =(16-k₂²)-(4-k₂²) =12, and this difference equals 2k₁, so k₁=6.</w:t>
      </w:r>
    </w:p>
    <w:p>
      <w:pPr>
        <w:spacing w:before="0" w:after="80" w:line="300" w:lineRule="auto"/>
        <w:jc w:val="left"/>
      </w:pPr>
      <w:r>
        <w:rPr>
          <w:rFonts w:ascii="Times New Roman" w:hAnsi="Times New Roman" w:eastAsia="宋体"/>
          <w:b w:val="0"/>
          <w:i w:val="0"/>
          <w:color w:val="333333"/>
          <w:sz w:val="19"/>
        </w:rPr>
        <w:t>Symmetrically, h₁=-59-57-51-49/4=-54, and P(-49)-P(-51) =(25-k₁²)-(9-k₁²) =16=2k₂, so k₂=8.</w:t>
      </w:r>
    </w:p>
    <w:p>
      <w:pPr>
        <w:spacing w:before="0" w:after="80" w:line="300" w:lineRule="auto"/>
        <w:jc w:val="left"/>
      </w:pPr>
      <w:r>
        <w:rPr>
          <w:rFonts w:ascii="Times New Roman" w:hAnsi="Times New Roman" w:eastAsia="宋体"/>
          <w:b w:val="0"/>
          <w:i w:val="0"/>
          <w:color w:val="333333"/>
          <w:sz w:val="19"/>
        </w:rPr>
        <w:t>The sum of the minimum values is -k₁²-k₂²=-36-64=-100.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 f(x) 为不等式的左边。在相邻的竖直渐近线 2009, 2010, 2011 之间的每个区间上，函数 f 都递减；而且对所有 x&lt;2009，都有 f&lt;1。</w:t>
      </w:r>
    </w:p>
    <w:p>
      <w:pPr>
        <w:spacing w:before="0" w:after="80" w:line="300" w:lineRule="auto"/>
        <w:jc w:val="left"/>
      </w:pPr>
      <w:r>
        <w:rPr>
          <w:rFonts w:ascii="Times New Roman" w:hAnsi="Times New Roman" w:eastAsia="宋体"/>
          <w:b w:val="0"/>
          <w:i w:val="0"/>
          <w:sz w:val="21"/>
        </w:rPr>
        <w:t>在 (2009,2010)、(2010,2011) 和 (2011,∞) 上，解都是从左侧的渐近线开始，直到某个满足 f(xᵢ)=1 的 xᵢ 为止。因此解集由三个区间组成，左端点为 2009, 2010, 2011，右端点为 x₁, x₂, x₃。</w:t>
      </w:r>
    </w:p>
    <w:p>
      <w:pPr>
        <w:spacing w:before="0" w:after="80" w:line="300" w:lineRule="auto"/>
        <w:jc w:val="left"/>
      </w:pPr>
      <w:r>
        <w:rPr>
          <w:rFonts w:ascii="Times New Roman" w:hAnsi="Times New Roman" w:eastAsia="宋体"/>
          <w:b w:val="0"/>
          <w:i w:val="0"/>
          <w:sz w:val="21"/>
        </w:rPr>
        <w:t>总长度是 (x₁-2009) +(x₂-2010) +(x₃-2011) =x₁+x₂+x₃-6030。</w:t>
      </w:r>
    </w:p>
    <w:p>
      <w:pPr>
        <w:spacing w:before="0" w:after="80" w:line="300" w:lineRule="auto"/>
        <w:jc w:val="left"/>
      </w:pPr>
      <w:r>
        <w:rPr>
          <w:rFonts w:ascii="Times New Roman" w:hAnsi="Times New Roman" w:eastAsia="宋体"/>
          <w:b w:val="0"/>
          <w:i w:val="0"/>
          <w:sz w:val="21"/>
        </w:rPr>
        <w:t>在 f(x)=1 中清除分母，得到</w:t>
      </w:r>
    </w:p>
    <w:p>
      <w:pPr>
        <w:spacing w:before="0" w:after="80" w:line="300" w:lineRule="auto"/>
        <w:jc w:val="left"/>
      </w:pPr>
      <w:r>
        <w:rPr>
          <w:rFonts w:ascii="Times New Roman" w:hAnsi="Times New Roman" w:eastAsia="宋体"/>
          <w:b w:val="0"/>
          <w:i w:val="0"/>
          <w:sz w:val="21"/>
        </w:rPr>
        <w:t>x³</w:t>
      </w:r>
    </w:p>
    <w:p>
      <w:pPr>
        <w:spacing w:before="0" w:after="80" w:line="300" w:lineRule="auto"/>
        <w:jc w:val="left"/>
      </w:pPr>
      <w:r>
        <w:rPr>
          <w:rFonts w:ascii="Times New Roman" w:hAnsi="Times New Roman" w:eastAsia="宋体"/>
          <w:b w:val="0"/>
          <w:i w:val="0"/>
          <w:sz w:val="21"/>
        </w:rPr>
        <w:t>small-(2009+2010+2011+3)x²</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它的三个根是 x₁, x₂, x₃。由韦达定理，x₁+x₂+x₃=6033，所以长度之和为 6033-6030=3。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be the left-hand side. On each interval between consecutive asymptotes 2009, 2010, 2011, the function f is decreasing, and f&lt;1 for all x&lt;2009.</w:t>
      </w:r>
    </w:p>
    <w:p>
      <w:pPr>
        <w:spacing w:before="0" w:after="80" w:line="300" w:lineRule="auto"/>
        <w:jc w:val="left"/>
      </w:pPr>
      <w:r>
        <w:rPr>
          <w:rFonts w:ascii="Times New Roman" w:hAnsi="Times New Roman" w:eastAsia="宋体"/>
          <w:b w:val="0"/>
          <w:i w:val="0"/>
          <w:color w:val="333333"/>
          <w:sz w:val="19"/>
        </w:rPr>
        <w:t>On each of (2009,2010), (2010,2011), and (2011,∞), the solution is the part from the left asymptote up to a value xᵢ where f(xᵢ)=1. So the solution set consists of three intervals with left endpoints 2009, 2010, 2011 and right endpoints x₁, x₂, x₃.</w:t>
      </w:r>
    </w:p>
    <w:p>
      <w:pPr>
        <w:spacing w:before="0" w:after="80" w:line="300" w:lineRule="auto"/>
        <w:jc w:val="left"/>
      </w:pPr>
      <w:r>
        <w:rPr>
          <w:rFonts w:ascii="Times New Roman" w:hAnsi="Times New Roman" w:eastAsia="宋体"/>
          <w:b w:val="0"/>
          <w:i w:val="0"/>
          <w:color w:val="333333"/>
          <w:sz w:val="19"/>
        </w:rPr>
        <w:t>The total length is (x₁-2009) +(x₂-2010) +(x₃-2011) =x₁+x₂+x₃-6030.</w:t>
      </w:r>
    </w:p>
    <w:p>
      <w:pPr>
        <w:spacing w:before="0" w:after="80" w:line="300" w:lineRule="auto"/>
        <w:jc w:val="left"/>
      </w:pPr>
      <w:r>
        <w:rPr>
          <w:rFonts w:ascii="Times New Roman" w:hAnsi="Times New Roman" w:eastAsia="宋体"/>
          <w:b w:val="0"/>
          <w:i w:val="0"/>
          <w:color w:val="333333"/>
          <w:sz w:val="19"/>
        </w:rPr>
        <w:t>Clearing denominators in f(x)=1 gives</w:t>
      </w:r>
    </w:p>
    <w:p>
      <w:pPr>
        <w:spacing w:before="0" w:after="80" w:line="300" w:lineRule="auto"/>
        <w:jc w:val="left"/>
      </w:pPr>
      <w:r>
        <w:rPr>
          <w:rFonts w:ascii="Times New Roman" w:hAnsi="Times New Roman" w:eastAsia="宋体"/>
          <w:b w:val="0"/>
          <w:i w:val="0"/>
          <w:color w:val="333333"/>
          <w:sz w:val="19"/>
        </w:rPr>
        <w:t>x³</w:t>
      </w:r>
    </w:p>
    <w:p>
      <w:pPr>
        <w:spacing w:before="0" w:after="80" w:line="300" w:lineRule="auto"/>
        <w:jc w:val="left"/>
      </w:pPr>
      <w:r>
        <w:rPr>
          <w:rFonts w:ascii="Times New Roman" w:hAnsi="Times New Roman" w:eastAsia="宋体"/>
          <w:b w:val="0"/>
          <w:i w:val="0"/>
          <w:color w:val="333333"/>
          <w:sz w:val="19"/>
        </w:rPr>
        <w:t>small-(2009+2010+2011+3)x²</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whose roots are x₁, x₂, x₃. By Vieta, x₁+x₂+x₃=6033, so the sum of lengths is 6033-6030=3.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因为 2010=2·3·5·67，将乘积写成 2^(A)3^(B)5^(C)67^(D) 乘以一个与这四个质数都互质的因子；于是 m=min(A,B,C,D)。</w:t>
      </w:r>
    </w:p>
    <w:p>
      <w:pPr>
        <w:spacing w:before="0" w:after="80" w:line="300" w:lineRule="auto"/>
        <w:jc w:val="left"/>
      </w:pPr>
      <w:r>
        <w:rPr>
          <w:rFonts w:ascii="Times New Roman" w:hAnsi="Times New Roman" w:eastAsia="宋体"/>
          <w:b/>
          <w:i w:val="0"/>
          <w:sz w:val="21"/>
        </w:rPr>
        <w:t>质数 2：</w:t>
      </w:r>
      <w:r>
        <w:rPr>
          <w:rFonts w:ascii="Times New Roman" w:hAnsi="Times New Roman" w:eastAsia="宋体"/>
          <w:b w:val="0"/>
          <w:i w:val="0"/>
          <w:sz w:val="21"/>
        </w:rPr>
        <w:t>只有当 n=2ᵏ 时，pow(n) 才是 2 的幂。因为 2¹²=4096&lt;5300&lt;2¹³，所以 k=1,…,12 贡献 A=1+2+⋯+12=78。</w:t>
      </w:r>
    </w:p>
    <w:p>
      <w:pPr>
        <w:spacing w:before="0" w:after="80" w:line="300" w:lineRule="auto"/>
        <w:jc w:val="left"/>
      </w:pPr>
      <w:r>
        <w:rPr>
          <w:rFonts w:ascii="Times New Roman" w:hAnsi="Times New Roman" w:eastAsia="宋体"/>
          <w:b/>
          <w:i w:val="0"/>
          <w:sz w:val="21"/>
        </w:rPr>
        <w:t>质数 67：</w:t>
      </w:r>
      <w:r>
        <w:rPr>
          <w:rFonts w:ascii="Times New Roman" w:hAnsi="Times New Roman" w:eastAsia="宋体"/>
          <w:b w:val="0"/>
          <w:i w:val="0"/>
          <w:sz w:val="21"/>
        </w:rPr>
        <w:t>当 67 是最大质因数时，pow(n)=67，即 n=67j，其中 1≤ j≤79，且 j 的每个质因数都至多为 67；排除 j=67, 71, 73, 79 后剩下 75 个值。唯一满足 pow(n)=67² 的 n 是 n=67²&lt;5300，再贡献 2。所以 D=75+2=77。</w:t>
      </w:r>
    </w:p>
    <w:p>
      <w:pPr>
        <w:spacing w:before="0" w:after="80" w:line="300" w:lineRule="auto"/>
        <w:jc w:val="left"/>
      </w:pPr>
      <w:r>
        <w:rPr>
          <w:rFonts w:ascii="Times New Roman" w:hAnsi="Times New Roman" w:eastAsia="宋体"/>
          <w:b/>
          <w:i w:val="0"/>
          <w:sz w:val="21"/>
        </w:rPr>
        <w:t>质数 3：</w:t>
      </w:r>
      <w:r>
        <w:rPr>
          <w:rFonts w:ascii="Times New Roman" w:hAnsi="Times New Roman" w:eastAsia="宋体"/>
          <w:b w:val="0"/>
          <w:i w:val="0"/>
          <w:sz w:val="21"/>
        </w:rPr>
        <w:t>对于 n=2ᵃ3ᵇ，当 b=1,2,3,4 时，允许的指数 a 的个数分别为 11,10,8,7，仅这些项就贡献</w:t>
      </w:r>
    </w:p>
    <w:p>
      <w:pPr>
        <w:spacing w:before="0" w:after="80" w:line="300" w:lineRule="auto"/>
        <w:jc w:val="left"/>
      </w:pPr>
      <w:r>
        <w:rPr>
          <w:rFonts w:ascii="Times New Roman" w:hAnsi="Times New Roman" w:eastAsia="宋体"/>
          <w:b w:val="0"/>
          <w:i w:val="0"/>
          <w:sz w:val="21"/>
        </w:rPr>
        <w:t>B≥11+2·10</w:t>
      </w:r>
    </w:p>
    <w:p>
      <w:pPr>
        <w:spacing w:before="0" w:after="80" w:line="300" w:lineRule="auto"/>
        <w:jc w:val="left"/>
      </w:pPr>
      <w:r>
        <w:rPr>
          <w:rFonts w:ascii="Times New Roman" w:hAnsi="Times New Roman" w:eastAsia="宋体"/>
          <w:b w:val="0"/>
          <w:i w:val="0"/>
          <w:sz w:val="21"/>
        </w:rPr>
        <w:t>+3·8+4·7=83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i w:val="0"/>
          <w:sz w:val="21"/>
        </w:rPr>
        <w:t>质数 5：</w:t>
      </w:r>
      <w:r>
        <w:rPr>
          <w:rFonts w:ascii="Times New Roman" w:hAnsi="Times New Roman" w:eastAsia="宋体"/>
          <w:b w:val="0"/>
          <w:i w:val="0"/>
          <w:sz w:val="21"/>
        </w:rPr>
        <w:t>写成 n=2ᵃ3ᶜ5ᵇ。当 b=1 时，对 c=0,…,6 的计数总和为 11+9+7+6+4+3+1=41。当 b=2 时，计数总和为 8+7+5+3+2=25，每个贡献两个因数 5。因此 C≥41+2·25=91。</w:t>
      </w:r>
    </w:p>
    <w:p>
      <w:pPr>
        <w:spacing w:before="0" w:after="80" w:line="300" w:lineRule="auto"/>
        <w:jc w:val="left"/>
      </w:pPr>
      <w:r>
        <w:rPr>
          <w:rFonts w:ascii="Times New Roman" w:hAnsi="Times New Roman" w:eastAsia="宋体"/>
          <w:b w:val="0"/>
          <w:i w:val="0"/>
          <w:sz w:val="21"/>
        </w:rPr>
        <w:t>所以 m=min(78,B,C,77)=77。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2010=2·3·5·67, write the product as 2^(A)3^(B)5^(C)67^(D) times a factor coprime to all four primes; then m=min(A,B,C,D).</w:t>
      </w:r>
    </w:p>
    <w:p>
      <w:pPr>
        <w:spacing w:before="0" w:after="80" w:line="300" w:lineRule="auto"/>
        <w:jc w:val="left"/>
      </w:pPr>
      <w:r>
        <w:rPr>
          <w:rFonts w:ascii="Times New Roman" w:hAnsi="Times New Roman" w:eastAsia="宋体"/>
          <w:b/>
          <w:i w:val="0"/>
          <w:color w:val="333333"/>
          <w:sz w:val="19"/>
        </w:rPr>
        <w:t>Prime 2:</w:t>
      </w:r>
      <w:r>
        <w:rPr>
          <w:rFonts w:ascii="Times New Roman" w:hAnsi="Times New Roman" w:eastAsia="宋体"/>
          <w:b w:val="0"/>
          <w:i w:val="0"/>
          <w:color w:val="333333"/>
          <w:sz w:val="19"/>
        </w:rPr>
        <w:t>pow(n) is a power of 2 only when n=2ᵏ. Since 2¹²=4096&lt;5300&lt;2¹³, the values k=1,…,12 contribute A=1+2+⋯+12=78.</w:t>
      </w:r>
    </w:p>
    <w:p>
      <w:pPr>
        <w:spacing w:before="0" w:after="80" w:line="300" w:lineRule="auto"/>
        <w:jc w:val="left"/>
      </w:pPr>
      <w:r>
        <w:rPr>
          <w:rFonts w:ascii="Times New Roman" w:hAnsi="Times New Roman" w:eastAsia="宋体"/>
          <w:b/>
          <w:i w:val="0"/>
          <w:color w:val="333333"/>
          <w:sz w:val="19"/>
        </w:rPr>
        <w:t>Prime 67:</w:t>
      </w:r>
      <w:r>
        <w:rPr>
          <w:rFonts w:ascii="Times New Roman" w:hAnsi="Times New Roman" w:eastAsia="宋体"/>
          <w:b w:val="0"/>
          <w:i w:val="0"/>
          <w:color w:val="333333"/>
          <w:sz w:val="19"/>
        </w:rPr>
        <w:t>pow(n)=67 when 67 is the largest prime factor, i.e. n=67j with 1≤ j≤79 and every prime factor of j at most 67; excluding j=67, 71, 73, 79 leaves 75 values. The one n with pow(n)=67² is n=67²&lt;5300, adding 2. So D=75+2=77.</w:t>
      </w:r>
    </w:p>
    <w:p>
      <w:pPr>
        <w:spacing w:before="0" w:after="80" w:line="300" w:lineRule="auto"/>
        <w:jc w:val="left"/>
      </w:pPr>
      <w:r>
        <w:rPr>
          <w:rFonts w:ascii="Times New Roman" w:hAnsi="Times New Roman" w:eastAsia="宋体"/>
          <w:b/>
          <w:i w:val="0"/>
          <w:color w:val="333333"/>
          <w:sz w:val="19"/>
        </w:rPr>
        <w:t>Prime 3:</w:t>
      </w:r>
      <w:r>
        <w:rPr>
          <w:rFonts w:ascii="Times New Roman" w:hAnsi="Times New Roman" w:eastAsia="宋体"/>
          <w:b w:val="0"/>
          <w:i w:val="0"/>
          <w:color w:val="333333"/>
          <w:sz w:val="19"/>
        </w:rPr>
        <w:t>For n=2ᵃ3ᵇ with b=1,2,3,4, the numbers of allowable exponents a are 11,10,8,7, respectively. These terms alone contribute</w:t>
      </w:r>
    </w:p>
    <w:p>
      <w:pPr>
        <w:spacing w:before="0" w:after="80" w:line="300" w:lineRule="auto"/>
        <w:jc w:val="left"/>
      </w:pPr>
      <w:r>
        <w:rPr>
          <w:rFonts w:ascii="Times New Roman" w:hAnsi="Times New Roman" w:eastAsia="宋体"/>
          <w:b w:val="0"/>
          <w:i w:val="0"/>
          <w:color w:val="333333"/>
          <w:sz w:val="19"/>
        </w:rPr>
        <w:t>B≥11+2·10</w:t>
      </w:r>
    </w:p>
    <w:p>
      <w:pPr>
        <w:spacing w:before="0" w:after="80" w:line="300" w:lineRule="auto"/>
        <w:jc w:val="left"/>
      </w:pPr>
      <w:r>
        <w:rPr>
          <w:rFonts w:ascii="Times New Roman" w:hAnsi="Times New Roman" w:eastAsia="宋体"/>
          <w:b w:val="0"/>
          <w:i w:val="0"/>
          <w:color w:val="333333"/>
          <w:sz w:val="19"/>
        </w:rPr>
        <w:t>+3·8+4·7=83.</w:t>
      </w:r>
    </w:p>
    <w:p>
      <w:pPr>
        <w:spacing w:before="0" w:after="80" w:line="300" w:lineRule="auto"/>
        <w:jc w:val="left"/>
      </w:pPr>
      <w:r>
        <w:rPr>
          <w:rFonts w:ascii="Times New Roman" w:hAnsi="Times New Roman" w:eastAsia="宋体"/>
          <w:b/>
          <w:i w:val="0"/>
          <w:color w:val="333333"/>
          <w:sz w:val="19"/>
        </w:rPr>
        <w:t>Prime 5:</w:t>
      </w:r>
      <w:r>
        <w:rPr>
          <w:rFonts w:ascii="Times New Roman" w:hAnsi="Times New Roman" w:eastAsia="宋体"/>
          <w:b w:val="0"/>
          <w:i w:val="0"/>
          <w:color w:val="333333"/>
          <w:sz w:val="19"/>
        </w:rPr>
        <w:t>Write n=2ᵃ3ᶜ5ᵇ. For b=1, the counts over c=0,…,6 total 11+9+7+6+4+3+1=41. For b=2, the counts total 8+7+5+3+2=25, each contributing two factors of 5. Hence C≥41+2·25=91.</w:t>
      </w:r>
    </w:p>
    <w:p>
      <w:pPr>
        <w:spacing w:before="0" w:after="80" w:line="300" w:lineRule="auto"/>
        <w:jc w:val="left"/>
      </w:pPr>
      <w:r>
        <w:rPr>
          <w:rFonts w:ascii="Times New Roman" w:hAnsi="Times New Roman" w:eastAsia="宋体"/>
          <w:b w:val="0"/>
          <w:i w:val="0"/>
          <w:color w:val="333333"/>
          <w:sz w:val="19"/>
        </w:rPr>
        <w:t>Therefore m=min(78,B,C,77)=77.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