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2010A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(20-(2010-201)) +(2010-(201-20)) 的值是多少？</w:t>
      </w:r>
    </w:p>
    <w:p>
      <w:pPr>
        <w:spacing w:before="0" w:after="120" w:line="300" w:lineRule="auto"/>
      </w:pPr>
      <w:r>
        <w:rPr>
          <w:rFonts w:ascii="Times New Roman" w:hAnsi="Times New Roman" w:eastAsia="宋体"/>
          <w:b w:val="0"/>
          <w:i w:val="0"/>
          <w:sz w:val="21"/>
        </w:rPr>
        <w:t>（A）-4020　　（B）0　　（C）40　　（D）401　　（E）4020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(20-(2010-201)) +(2010-(201-20))?</w:t>
      </w:r>
    </w:p>
    <w:p>
      <w:pPr>
        <w:spacing w:before="0" w:after="160" w:line="300" w:lineRule="auto"/>
      </w:pPr>
      <w:r>
        <w:rPr>
          <w:rFonts w:ascii="Times New Roman" w:hAnsi="Times New Roman" w:eastAsia="宋体"/>
          <w:b w:val="0"/>
          <w:i w:val="0"/>
          <w:color w:val="333333"/>
          <w:sz w:val="19"/>
        </w:rPr>
        <w:t>(A) -4020　　(B) 0　　(C) 40　　(D) 401　　(E) 4020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一艘渡船从上午 10 点开始，每小时载游客去一座岛，最后一班在下午 3 点出发。某天船长注意到上午 10 点那班有 100 名游客，并且之后每一班的游客数都比前一班少 1 人。那天这艘渡船一共载了多少名游客到岛上？</w:t>
      </w:r>
    </w:p>
    <w:p>
      <w:pPr>
        <w:spacing w:before="0" w:after="120" w:line="300" w:lineRule="auto"/>
      </w:pPr>
      <w:r>
        <w:rPr>
          <w:rFonts w:ascii="Times New Roman" w:hAnsi="Times New Roman" w:eastAsia="宋体"/>
          <w:b w:val="0"/>
          <w:i w:val="0"/>
          <w:sz w:val="21"/>
        </w:rPr>
        <w:t>（A）585　　（B）594　　（C）672　　（D）679　　（E）694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ferry boat shuttles tourists to an island every hour starting at 10 am until its last trip, which starts at 3 pm. One day the boat captain notes that on the 10 am trip there were 100 tourists on the ferry boat, and that on each successive trip, the number of tourists was 1 fewer than on the previous trip. How many tourists did the ferry take to the island that day?</w:t>
      </w:r>
    </w:p>
    <w:p>
      <w:pPr>
        <w:spacing w:before="0" w:after="160" w:line="300" w:lineRule="auto"/>
      </w:pPr>
      <w:r>
        <w:rPr>
          <w:rFonts w:ascii="Times New Roman" w:hAnsi="Times New Roman" w:eastAsia="宋体"/>
          <w:b w:val="0"/>
          <w:i w:val="0"/>
          <w:color w:val="333333"/>
          <w:sz w:val="19"/>
        </w:rPr>
        <w:t>(A) 585　　(B) 594　　(C) 672　　(D) 679　　(E) 694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如图所示，长方形 ABCD 与正方形 EFGH 有 50% 的面积重叠。正方形 EFGH 与长方形 ABCD 有 20% 的面积重叠。求 AB/AD？</w:t>
      </w:r>
    </w:p>
    <w:p>
      <w:pPr>
        <w:spacing w:before="80" w:after="80"/>
        <w:jc w:val="center"/>
      </w:pPr>
      <w:r>
        <w:drawing>
          <wp:inline xmlns:a="http://schemas.openxmlformats.org/drawingml/2006/main" xmlns:pic="http://schemas.openxmlformats.org/drawingml/2006/picture">
            <wp:extent cx="2388042" cy="1316672"/>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388042" cy="1316672"/>
                    </a:xfrm>
                    <a:prstGeom prst="rect"/>
                  </pic:spPr>
                </pic:pic>
              </a:graphicData>
            </a:graphic>
          </wp:inline>
        </w:drawing>
      </w:r>
    </w:p>
    <w:p>
      <w:pPr>
        <w:spacing w:before="0" w:after="120" w:line="300" w:lineRule="auto"/>
      </w:pPr>
      <w:r>
        <w:rPr>
          <w:rFonts w:ascii="Times New Roman" w:hAnsi="Times New Roman" w:eastAsia="宋体"/>
          <w:b w:val="0"/>
          <w:i w:val="0"/>
          <w:sz w:val="21"/>
        </w:rPr>
        <w:t>（A）4　　（B）5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pictured below, shares 50% of its area with square EFGH. Square EFGH shares 20% of its area with rectangle ABCD. What is AB/AD?</w:t>
      </w:r>
    </w:p>
    <w:p>
      <w:pPr>
        <w:spacing w:before="80" w:after="80"/>
        <w:jc w:val="center"/>
      </w:pPr>
      <w:r>
        <w:drawing>
          <wp:inline xmlns:a="http://schemas.openxmlformats.org/drawingml/2006/main" xmlns:pic="http://schemas.openxmlformats.org/drawingml/2006/picture">
            <wp:extent cx="2388042" cy="1316672"/>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388042" cy="1316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8　　(E) 10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x&lt;0，下列哪一个一定为正？</w:t>
      </w:r>
    </w:p>
    <w:p>
      <w:pPr>
        <w:spacing w:before="0" w:after="120" w:line="300" w:lineRule="auto"/>
      </w:pPr>
      <w:r>
        <w:rPr>
          <w:rFonts w:ascii="Times New Roman" w:hAnsi="Times New Roman" w:eastAsia="宋体"/>
          <w:b w:val="0"/>
          <w:i w:val="0"/>
          <w:sz w:val="21"/>
        </w:rPr>
        <w:t>（A）x/(|x|)　　（B）-x²　　（C）-2ˣ　　（D）-x⁻¹　　（E）³√(x)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x&lt;0, then which of the following must be positive?</w:t>
      </w:r>
    </w:p>
    <w:p>
      <w:pPr>
        <w:spacing w:before="0" w:after="160" w:line="300" w:lineRule="auto"/>
      </w:pPr>
      <w:r>
        <w:rPr>
          <w:rFonts w:ascii="Times New Roman" w:hAnsi="Times New Roman" w:eastAsia="宋体"/>
          <w:b w:val="0"/>
          <w:i w:val="0"/>
          <w:color w:val="333333"/>
          <w:sz w:val="19"/>
        </w:rPr>
        <w:t>(A) x/(|x|)　　(B) -x²　　(C) -2ˣ　　(D) -x⁻¹　　(E) ³√(x)</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在一场 100 箭的射箭比赛进行到一半时，Chelsea 领先 50 分。每箭射中靶心得 10 分，其他可能得分为 8、4、2 和 0 分。Chelsea 每箭至少得 4 分。如果 Chelsea 接下来 n 箭都射中靶心，她就能保证获胜。n 的最小值是多少？</w:t>
      </w:r>
    </w:p>
    <w:p>
      <w:pPr>
        <w:spacing w:before="0" w:after="120" w:line="300" w:lineRule="auto"/>
      </w:pPr>
      <w:r>
        <w:rPr>
          <w:rFonts w:ascii="Times New Roman" w:hAnsi="Times New Roman" w:eastAsia="宋体"/>
          <w:b w:val="0"/>
          <w:i w:val="0"/>
          <w:sz w:val="21"/>
        </w:rPr>
        <w:t>（A）38　　（B）40　　（C）42　　（D）44　　（E）46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Halfway through a 100-shot archery tournament, Chelsea leads by 50 points. For each shot a bullseye scores 10 points, with other possible scores being 8, 4, 2, and 0 points. Chelsea always scores at least 4 points on each shot. If Chelsea’s next n shots are bullseyes she will be guaranteed victory. What is the minimum value for n?</w:t>
      </w:r>
    </w:p>
    <w:p>
      <w:pPr>
        <w:spacing w:before="0" w:after="160" w:line="300" w:lineRule="auto"/>
      </w:pPr>
      <w:r>
        <w:rPr>
          <w:rFonts w:ascii="Times New Roman" w:hAnsi="Times New Roman" w:eastAsia="宋体"/>
          <w:b w:val="0"/>
          <w:i w:val="0"/>
          <w:color w:val="333333"/>
          <w:sz w:val="19"/>
        </w:rPr>
        <w:t>(A) 38　　(B) 40　　(C) 42　　(D) 44　　(E) 46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sz w:val="21"/>
        </w:rPr>
        <w:t>回文数</w:t>
      </w:r>
      <w:r>
        <w:rPr>
          <w:rFonts w:ascii="Times New Roman" w:hAnsi="Times New Roman" w:eastAsia="宋体"/>
          <w:b w:val="0"/>
          <w:i w:val="0"/>
          <w:sz w:val="21"/>
        </w:rPr>
        <w:t>，例如 83438，是一个数字反过来读仍相同的数。数 x 和 x + 32 分别是三位数和四位数回文数。x 的各位数字之和是多少？</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palindrome</w:t>
      </w:r>
      <w:r>
        <w:rPr>
          <w:rFonts w:ascii="Times New Roman" w:hAnsi="Times New Roman" w:eastAsia="宋体"/>
          <w:b w:val="0"/>
          <w:i w:val="0"/>
          <w:color w:val="333333"/>
          <w:sz w:val="19"/>
        </w:rPr>
        <w:t>, such as 83438, is a number that remains the same when its digits are reversed. The numbers x and x + 32 are three-digit and four-digit palindromes, respectively. What is the sum of the digits of x?</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Logan 正在制作他的城镇的比例模型。该城市的水塔高 40 米，顶部是一个可容纳 100,000 升水的球体。Logan 的迷你水塔可容纳 0.1 升水。他应该把水塔做成多少米高？</w:t>
      </w:r>
    </w:p>
    <w:p>
      <w:pPr>
        <w:spacing w:before="0" w:after="120" w:line="300" w:lineRule="auto"/>
      </w:pPr>
      <w:r>
        <w:rPr>
          <w:rFonts w:ascii="Times New Roman" w:hAnsi="Times New Roman" w:eastAsia="宋体"/>
          <w:b w:val="0"/>
          <w:i w:val="0"/>
          <w:sz w:val="21"/>
        </w:rPr>
        <w:t>（A）0.04　　（B）0.4/π　　（C）0.4　　（D）4/π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Logan is constructing a scaled model of his town. The city’s water tower stands 40 meters high, and the top portion is a sphere that holds 100,000 liters of water. Logan’s miniature water tower holds 0.1 liters. How tall, in meters, should Logan make his tower?</w:t>
      </w:r>
    </w:p>
    <w:p>
      <w:pPr>
        <w:spacing w:before="0" w:after="160" w:line="300" w:lineRule="auto"/>
      </w:pPr>
      <w:r>
        <w:rPr>
          <w:rFonts w:ascii="Times New Roman" w:hAnsi="Times New Roman" w:eastAsia="宋体"/>
          <w:b w:val="0"/>
          <w:i w:val="0"/>
          <w:color w:val="333333"/>
          <w:sz w:val="19"/>
        </w:rPr>
        <w:t>(A) 0.04　　(B) 0.4/π　　(C) 0.4　　(D) 4/π　　(E) 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三角形 ABC 满足 AB=2 · AC。点 D 和 E 分别在 AB 和 BC 上，且 ∠ BAE = ∠ ACD。设 F 为线段 AE 和 CD 的交点，并且 △ CFE 是等边三角形。求 ∠ ACB？</w:t>
      </w:r>
    </w:p>
    <w:p>
      <w:pPr>
        <w:spacing w:before="0" w:after="120" w:line="300" w:lineRule="auto"/>
      </w:pPr>
      <w:r>
        <w:rPr>
          <w:rFonts w:ascii="Times New Roman" w:hAnsi="Times New Roman" w:eastAsia="宋体"/>
          <w:b w:val="0"/>
          <w:i w:val="0"/>
          <w:sz w:val="21"/>
        </w:rPr>
        <w:t>（A）60°　　（B）75°　　（C）90°　　（D）105°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AB=2 · AC. Let D and E be on AB and BC, respectively, such that ∠ BAE = ∠ ACD. Let F be the intersection of segments AE and CD, and suppose that △ CFE is equilateral. What is ∠ ACB?</w:t>
      </w:r>
    </w:p>
    <w:p>
      <w:pPr>
        <w:spacing w:before="0" w:after="160" w:line="300" w:lineRule="auto"/>
      </w:pPr>
      <w:r>
        <w:rPr>
          <w:rFonts w:ascii="Times New Roman" w:hAnsi="Times New Roman" w:eastAsia="宋体"/>
          <w:b w:val="0"/>
          <w:i w:val="0"/>
          <w:color w:val="333333"/>
          <w:sz w:val="19"/>
        </w:rPr>
        <w:t>(A) 60°　　(B) 75°　　(C) 90°　　(D) 105°　　(E) 120°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一个实心立方体边长为 3 英寸。在每个面的中心切出一个 2 英寸乘 2 英寸的正方形孔。每个切口的边都与立方体的边平行，并且每个孔都贯穿整个立方体。剩余立体的体积是多少立方英寸？</w:t>
      </w:r>
    </w:p>
    <w:p>
      <w:pPr>
        <w:spacing w:before="0" w:after="120" w:line="300" w:lineRule="auto"/>
      </w:pPr>
      <w:r>
        <w:rPr>
          <w:rFonts w:ascii="Times New Roman" w:hAnsi="Times New Roman" w:eastAsia="宋体"/>
          <w:b w:val="0"/>
          <w:i w:val="0"/>
          <w:sz w:val="21"/>
        </w:rPr>
        <w:t>（A）7　　（B）8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cube has side length 3 inches. A 2-inch by 2-inch square hole is cut into the center of each face. The edges of each cut are parallel to the edges of the cube, and each hole goes all the way through the cube. What is the volume, in cubic inches, of the remaining solid?</w:t>
      </w:r>
    </w:p>
    <w:p>
      <w:pPr>
        <w:spacing w:before="0" w:after="160" w:line="300" w:lineRule="auto"/>
      </w:pPr>
      <w:r>
        <w:rPr>
          <w:rFonts w:ascii="Times New Roman" w:hAnsi="Times New Roman" w:eastAsia="宋体"/>
          <w:b w:val="0"/>
          <w:i w:val="0"/>
          <w:color w:val="333333"/>
          <w:sz w:val="19"/>
        </w:rPr>
        <w:t>(A) 7　　(B) 8　　(C) 10　　(D) 12　　(E) 15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一个等差数列的前四项为 p、9、3p-q 和 3p+q。这个数列的第 2010 项是多少？</w:t>
      </w:r>
    </w:p>
    <w:p>
      <w:pPr>
        <w:spacing w:before="0" w:after="120" w:line="300" w:lineRule="auto"/>
      </w:pPr>
      <w:r>
        <w:rPr>
          <w:rFonts w:ascii="Times New Roman" w:hAnsi="Times New Roman" w:eastAsia="宋体"/>
          <w:b w:val="0"/>
          <w:i w:val="0"/>
          <w:sz w:val="21"/>
        </w:rPr>
        <w:t>（A）8041　　（B）8043　　（C）8045　　（D）8047　　（E）8049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four terms of an arithmetic sequence are p, 9, 3p-q, and 3p+q. What is the 2010th term of this sequence?</w:t>
      </w:r>
    </w:p>
    <w:p>
      <w:pPr>
        <w:spacing w:before="0" w:after="160" w:line="300" w:lineRule="auto"/>
      </w:pPr>
      <w:r>
        <w:rPr>
          <w:rFonts w:ascii="Times New Roman" w:hAnsi="Times New Roman" w:eastAsia="宋体"/>
          <w:b w:val="0"/>
          <w:i w:val="0"/>
          <w:color w:val="333333"/>
          <w:sz w:val="19"/>
        </w:rPr>
        <w:t>(A) 8041　　(B) 8043　　(C) 8045　　(D) 8047　　(E) 8049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方程 7ˣ⁺⁷=8ˣ 的解可表示为 x=log_(b) 7⁷。求 b？</w:t>
      </w:r>
    </w:p>
    <w:p>
      <w:pPr>
        <w:spacing w:before="0" w:after="120" w:line="300" w:lineRule="auto"/>
      </w:pPr>
      <w:r>
        <w:rPr>
          <w:rFonts w:ascii="Times New Roman" w:hAnsi="Times New Roman" w:eastAsia="宋体"/>
          <w:b w:val="0"/>
          <w:i w:val="0"/>
          <w:sz w:val="21"/>
        </w:rPr>
        <w:t>（A）7/15　　（B）7/8　　（C）8/7　　（D）15/8　　（E）15/7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 of the equation 7ˣ⁺⁷=8ˣ can be expressed in the form x=log_(b) 7⁷. What is b?</w:t>
      </w:r>
    </w:p>
    <w:p>
      <w:pPr>
        <w:spacing w:before="0" w:after="160" w:line="300" w:lineRule="auto"/>
      </w:pPr>
      <w:r>
        <w:rPr>
          <w:rFonts w:ascii="Times New Roman" w:hAnsi="Times New Roman" w:eastAsia="宋体"/>
          <w:b w:val="0"/>
          <w:i w:val="0"/>
          <w:color w:val="333333"/>
          <w:sz w:val="19"/>
        </w:rPr>
        <w:t>(A) 7/15　　(B) 7/8　　(C) 8/7　　(D) 15/8　　(E) 15/7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在一片神奇的沼泽中，有两种会说话的两栖动物：蟾蜍总是说真话，青蛙总是说假话。Brian、Chris、LeRoy 和 Mike 四只两栖动物一起住在这片沼泽中，并作出以下陈述。</w:t>
      </w:r>
    </w:p>
    <w:p>
      <w:pPr>
        <w:spacing w:before="0" w:after="80" w:line="300" w:lineRule="auto"/>
        <w:jc w:val="left"/>
      </w:pPr>
      <w:r>
        <w:rPr>
          <w:rFonts w:ascii="Times New Roman" w:hAnsi="Times New Roman" w:eastAsia="宋体"/>
          <w:b w:val="0"/>
          <w:i w:val="0"/>
          <w:sz w:val="21"/>
        </w:rPr>
        <w:t>Brian：“Mike 和我是不同物种。”</w:t>
      </w:r>
    </w:p>
    <w:p>
      <w:pPr>
        <w:spacing w:before="0" w:after="80" w:line="300" w:lineRule="auto"/>
        <w:jc w:val="left"/>
      </w:pPr>
      <w:r>
        <w:rPr>
          <w:rFonts w:ascii="Times New Roman" w:hAnsi="Times New Roman" w:eastAsia="宋体"/>
          <w:b w:val="0"/>
          <w:i w:val="0"/>
          <w:sz w:val="21"/>
        </w:rPr>
        <w:t>Chris：“LeRoy 是青蛙。”</w:t>
      </w:r>
    </w:p>
    <w:p>
      <w:pPr>
        <w:spacing w:before="0" w:after="80" w:line="300" w:lineRule="auto"/>
        <w:jc w:val="left"/>
      </w:pPr>
      <w:r>
        <w:rPr>
          <w:rFonts w:ascii="Times New Roman" w:hAnsi="Times New Roman" w:eastAsia="宋体"/>
          <w:b w:val="0"/>
          <w:i w:val="0"/>
          <w:sz w:val="21"/>
        </w:rPr>
        <w:t>LeRoy：“Chris 是青蛙。”</w:t>
      </w:r>
    </w:p>
    <w:p>
      <w:pPr>
        <w:spacing w:before="0" w:after="80" w:line="300" w:lineRule="auto"/>
        <w:jc w:val="left"/>
      </w:pPr>
      <w:r>
        <w:rPr>
          <w:rFonts w:ascii="Times New Roman" w:hAnsi="Times New Roman" w:eastAsia="宋体"/>
          <w:b w:val="0"/>
          <w:i w:val="0"/>
          <w:sz w:val="21"/>
        </w:rPr>
        <w:t>Mike：“我们四个中至少有两个是蟾蜍。”</w:t>
      </w:r>
    </w:p>
    <w:p>
      <w:pPr>
        <w:spacing w:before="0" w:after="80" w:line="300" w:lineRule="auto"/>
        <w:jc w:val="left"/>
      </w:pPr>
      <w:r>
        <w:rPr>
          <w:rFonts w:ascii="Times New Roman" w:hAnsi="Times New Roman" w:eastAsia="宋体"/>
          <w:b w:val="0"/>
          <w:i w:val="0"/>
          <w:sz w:val="21"/>
        </w:rPr>
        <w:t>这四只两栖动物中有多少只是青蛙？</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magical swamp there are two species of talking amphibians: toads, whose statements are always true, and frogs, whose statements are always false. Four amphibians, Brian, Chris, LeRoy, and Mike live together in this swamp, and they make the following statements.</w:t>
      </w:r>
    </w:p>
    <w:p>
      <w:pPr>
        <w:spacing w:before="0" w:after="80" w:line="300" w:lineRule="auto"/>
        <w:jc w:val="left"/>
      </w:pPr>
      <w:r>
        <w:rPr>
          <w:rFonts w:ascii="Times New Roman" w:hAnsi="Times New Roman" w:eastAsia="宋体"/>
          <w:b w:val="0"/>
          <w:i w:val="0"/>
          <w:color w:val="333333"/>
          <w:sz w:val="19"/>
        </w:rPr>
        <w:t>Brian: “Mike and I are different species.”</w:t>
      </w:r>
    </w:p>
    <w:p>
      <w:pPr>
        <w:spacing w:before="0" w:after="80" w:line="300" w:lineRule="auto"/>
        <w:jc w:val="left"/>
      </w:pPr>
      <w:r>
        <w:rPr>
          <w:rFonts w:ascii="Times New Roman" w:hAnsi="Times New Roman" w:eastAsia="宋体"/>
          <w:b w:val="0"/>
          <w:i w:val="0"/>
          <w:color w:val="333333"/>
          <w:sz w:val="19"/>
        </w:rPr>
        <w:t>Chris: “LeRoy is a frog.”</w:t>
      </w:r>
    </w:p>
    <w:p>
      <w:pPr>
        <w:spacing w:before="0" w:after="80" w:line="300" w:lineRule="auto"/>
        <w:jc w:val="left"/>
      </w:pPr>
      <w:r>
        <w:rPr>
          <w:rFonts w:ascii="Times New Roman" w:hAnsi="Times New Roman" w:eastAsia="宋体"/>
          <w:b w:val="0"/>
          <w:i w:val="0"/>
          <w:color w:val="333333"/>
          <w:sz w:val="19"/>
        </w:rPr>
        <w:t>LeRoy: “Chris is a frog.”</w:t>
      </w:r>
    </w:p>
    <w:p>
      <w:pPr>
        <w:spacing w:before="0" w:after="80" w:line="300" w:lineRule="auto"/>
        <w:jc w:val="left"/>
      </w:pPr>
      <w:r>
        <w:rPr>
          <w:rFonts w:ascii="Times New Roman" w:hAnsi="Times New Roman" w:eastAsia="宋体"/>
          <w:b w:val="0"/>
          <w:i w:val="0"/>
          <w:color w:val="333333"/>
          <w:sz w:val="19"/>
        </w:rPr>
        <w:t>Mike: “Of the four of us, at least two are toads.”</w:t>
      </w:r>
    </w:p>
    <w:p>
      <w:pPr>
        <w:spacing w:before="0" w:after="80" w:line="300" w:lineRule="auto"/>
        <w:jc w:val="left"/>
      </w:pPr>
      <w:r>
        <w:rPr>
          <w:rFonts w:ascii="Times New Roman" w:hAnsi="Times New Roman" w:eastAsia="宋体"/>
          <w:b w:val="0"/>
          <w:i w:val="0"/>
          <w:color w:val="333333"/>
          <w:sz w:val="19"/>
        </w:rPr>
        <w:t>How many of these four amphibians are frogs?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对多少个整数 k，图像 x²+y²=k² 与 xy=k 不相交？</w:t>
      </w:r>
    </w:p>
    <w:p>
      <w:pPr>
        <w:spacing w:before="0" w:after="120" w:line="300" w:lineRule="auto"/>
      </w:pPr>
      <w:r>
        <w:rPr>
          <w:rFonts w:ascii="Times New Roman" w:hAnsi="Times New Roman" w:eastAsia="宋体"/>
          <w:b w:val="0"/>
          <w:i w:val="0"/>
          <w:sz w:val="21"/>
        </w:rPr>
        <w:t>（A）0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 values of k do the graphs of x²+y²=k² and xy=k not intersect?</w:t>
      </w:r>
    </w:p>
    <w:p>
      <w:pPr>
        <w:spacing w:before="0" w:after="160" w:line="300" w:lineRule="auto"/>
      </w:pPr>
      <w:r>
        <w:rPr>
          <w:rFonts w:ascii="Times New Roman" w:hAnsi="Times New Roman" w:eastAsia="宋体"/>
          <w:b w:val="0"/>
          <w:i w:val="0"/>
          <w:color w:val="333333"/>
          <w:sz w:val="19"/>
        </w:rPr>
        <w:t>(A) 0　　(B) 1　　(C) 2　　(D) 4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非退化三角形 △ ABC 的边长都是整数，BD 是角平分线，AD = 3，DC = 8。周长的最小可能值是多少？</w:t>
      </w:r>
    </w:p>
    <w:p>
      <w:pPr>
        <w:spacing w:before="0" w:after="120" w:line="300" w:lineRule="auto"/>
      </w:pPr>
      <w:r>
        <w:rPr>
          <w:rFonts w:ascii="Times New Roman" w:hAnsi="Times New Roman" w:eastAsia="宋体"/>
          <w:b w:val="0"/>
          <w:i w:val="0"/>
          <w:sz w:val="21"/>
        </w:rPr>
        <w:t>（A）30　　（B）33　　（C）35　　（D）36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Nondegenerate △ ABC has integer side lengths, BD is an angle bisector, AD = 3, and DC = 8. What is the smallest possible value of the perimeter?</w:t>
      </w:r>
    </w:p>
    <w:p>
      <w:pPr>
        <w:spacing w:before="0" w:after="160" w:line="300" w:lineRule="auto"/>
      </w:pPr>
      <w:r>
        <w:rPr>
          <w:rFonts w:ascii="Times New Roman" w:hAnsi="Times New Roman" w:eastAsia="宋体"/>
          <w:b w:val="0"/>
          <w:i w:val="0"/>
          <w:color w:val="333333"/>
          <w:sz w:val="19"/>
        </w:rPr>
        <w:t>(A) 30　　(B) 33　　(C) 35　　(D) 36　　(E) 37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一枚硬币被改造后，正面朝上的概率小于 1/2，抛这枚硬币四次，正面和反面次数相等的概率为 1/6。这枚硬币正面朝上的概率是多少？</w:t>
      </w:r>
    </w:p>
    <w:p>
      <w:pPr>
        <w:spacing w:before="0" w:after="120" w:line="300" w:lineRule="auto"/>
      </w:pPr>
      <w:r>
        <w:rPr>
          <w:rFonts w:ascii="Times New Roman" w:hAnsi="Times New Roman" w:eastAsia="宋体"/>
          <w:b w:val="0"/>
          <w:i w:val="0"/>
          <w:sz w:val="21"/>
        </w:rPr>
        <w:t>（A）(√(15)-3)/6　　（B）(6-√(6√(6)+2))/12　　（C）(√(2)-1)/2　　（D）(3-√(3))/6　　（E）(√(3)-1)/2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coin is altered so that the probability that it lands on heads is less than 1/2, and when the coin is flipped four times, the probability of an equal number of heads and tails is 1/6. What is the probability that the coin lands on heads?</w:t>
      </w:r>
    </w:p>
    <w:p>
      <w:pPr>
        <w:spacing w:before="0" w:after="160" w:line="300" w:lineRule="auto"/>
      </w:pPr>
      <w:r>
        <w:rPr>
          <w:rFonts w:ascii="Times New Roman" w:hAnsi="Times New Roman" w:eastAsia="宋体"/>
          <w:b w:val="0"/>
          <w:i w:val="0"/>
          <w:color w:val="333333"/>
          <w:sz w:val="19"/>
        </w:rPr>
        <w:t>(A) (√(15)-3)/6　　(B) (6-√(6√(6)+2))/12　　(C) (√(2)-1)/2　　(D) (3-√(3))/6　　(E) (√(3)-1)/2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Bernardo 随机选出 3 个不同的数，这些数来自集合</w:t>
      </w:r>
    </w:p>
    <w:p>
      <w:pPr>
        <w:spacing w:before="0" w:after="80" w:line="300" w:lineRule="auto"/>
        <w:jc w:val="left"/>
      </w:pPr>
      <w:r>
        <w:rPr>
          <w:rFonts w:ascii="Times New Roman" w:hAnsi="Times New Roman" w:eastAsia="宋体"/>
          <w:b w:val="0"/>
          <w:i w:val="0"/>
          <w:sz w:val="21"/>
        </w:rPr>
        <w:t>{1,2,3,4,5,6,7,8,9}</w:t>
      </w:r>
    </w:p>
    <w:p>
      <w:pPr>
        <w:spacing w:before="0" w:after="80" w:line="300" w:lineRule="auto"/>
        <w:jc w:val="left"/>
      </w:pPr>
      <w:r>
        <w:rPr>
          <w:rFonts w:ascii="Times New Roman" w:hAnsi="Times New Roman" w:eastAsia="宋体"/>
          <w:b w:val="0"/>
          <w:i w:val="0"/>
          <w:sz w:val="21"/>
        </w:rPr>
        <w:t>并按降序排列形成一个 3 位数。Silvia 也随机选出 3 个不同的数，这些数来自集合</w:t>
      </w:r>
    </w:p>
    <w:p>
      <w:pPr>
        <w:spacing w:before="0" w:after="80" w:line="300" w:lineRule="auto"/>
        <w:jc w:val="left"/>
      </w:pPr>
      <w:r>
        <w:rPr>
          <w:rFonts w:ascii="Times New Roman" w:hAnsi="Times New Roman" w:eastAsia="宋体"/>
          <w:b w:val="0"/>
          <w:i w:val="0"/>
          <w:sz w:val="21"/>
        </w:rPr>
        <w:t>{1,2,3,4,5,6,7,8}</w:t>
      </w:r>
    </w:p>
    <w:p>
      <w:pPr>
        <w:spacing w:before="0" w:after="80" w:line="300" w:lineRule="auto"/>
        <w:jc w:val="left"/>
      </w:pPr>
      <w:r>
        <w:rPr>
          <w:rFonts w:ascii="Times New Roman" w:hAnsi="Times New Roman" w:eastAsia="宋体"/>
          <w:b w:val="0"/>
          <w:i w:val="0"/>
          <w:sz w:val="21"/>
        </w:rPr>
        <w:t>并按降序排列形成一个 3 位数。Bernardo 的数大于 Silvia 的数的概率是多少？</w:t>
      </w:r>
    </w:p>
    <w:p>
      <w:pPr>
        <w:spacing w:before="0" w:after="120" w:line="300" w:lineRule="auto"/>
      </w:pPr>
      <w:r>
        <w:rPr>
          <w:rFonts w:ascii="Times New Roman" w:hAnsi="Times New Roman" w:eastAsia="宋体"/>
          <w:b w:val="0"/>
          <w:i w:val="0"/>
          <w:sz w:val="21"/>
        </w:rPr>
        <w:t>（A）47/72　　（B）37/56　　（C）2/3　　（D）49/72　　（E）39/56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randomly picks 3 distinct numbers from the set</w:t>
      </w:r>
    </w:p>
    <w:p>
      <w:pPr>
        <w:spacing w:before="0" w:after="80" w:line="300" w:lineRule="auto"/>
        <w:jc w:val="left"/>
      </w:pPr>
      <w:r>
        <w:rPr>
          <w:rFonts w:ascii="Times New Roman" w:hAnsi="Times New Roman" w:eastAsia="宋体"/>
          <w:b w:val="0"/>
          <w:i w:val="0"/>
          <w:color w:val="333333"/>
          <w:sz w:val="19"/>
        </w:rPr>
        <w:t>{1,2,3,4,5,6,7,8,9}</w:t>
      </w:r>
    </w:p>
    <w:p>
      <w:pPr>
        <w:spacing w:before="0" w:after="80" w:line="300" w:lineRule="auto"/>
        <w:jc w:val="left"/>
      </w:pPr>
      <w:r>
        <w:rPr>
          <w:rFonts w:ascii="Times New Roman" w:hAnsi="Times New Roman" w:eastAsia="宋体"/>
          <w:b w:val="0"/>
          <w:i w:val="0"/>
          <w:color w:val="333333"/>
          <w:sz w:val="19"/>
        </w:rPr>
        <w:t>and arranges them in descending order to form a 3-digit number. Silvia randomly picks 3 distinct numbers from the set</w:t>
      </w:r>
    </w:p>
    <w:p>
      <w:pPr>
        <w:spacing w:before="0" w:after="80" w:line="300" w:lineRule="auto"/>
        <w:jc w:val="left"/>
      </w:pPr>
      <w:r>
        <w:rPr>
          <w:rFonts w:ascii="Times New Roman" w:hAnsi="Times New Roman" w:eastAsia="宋体"/>
          <w:b w:val="0"/>
          <w:i w:val="0"/>
          <w:color w:val="333333"/>
          <w:sz w:val="19"/>
        </w:rPr>
        <w:t>{1,2,3,4,5,6,7,8}</w:t>
      </w:r>
    </w:p>
    <w:p>
      <w:pPr>
        <w:spacing w:before="0" w:after="80" w:line="300" w:lineRule="auto"/>
        <w:jc w:val="left"/>
      </w:pPr>
      <w:r>
        <w:rPr>
          <w:rFonts w:ascii="Times New Roman" w:hAnsi="Times New Roman" w:eastAsia="宋体"/>
          <w:b w:val="0"/>
          <w:i w:val="0"/>
          <w:color w:val="333333"/>
          <w:sz w:val="19"/>
        </w:rPr>
        <w:t>and also arranges them in descending order to form a 3-digit number. What is the probability that Bernardo’s number is larger than Silvia’s number?</w:t>
      </w:r>
    </w:p>
    <w:p>
      <w:pPr>
        <w:spacing w:before="0" w:after="160" w:line="300" w:lineRule="auto"/>
      </w:pPr>
      <w:r>
        <w:rPr>
          <w:rFonts w:ascii="Times New Roman" w:hAnsi="Times New Roman" w:eastAsia="宋体"/>
          <w:b w:val="0"/>
          <w:i w:val="0"/>
          <w:color w:val="333333"/>
          <w:sz w:val="19"/>
        </w:rPr>
        <w:t>(A) 47/72　　(B) 37/56　　(C) 2/3　　(D) 49/72　　(E) 39/56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等角六边形 ABCDEF 的边长满足</w:t>
      </w:r>
    </w:p>
    <w:p>
      <w:pPr>
        <w:spacing w:before="0" w:after="80" w:line="300" w:lineRule="auto"/>
        <w:jc w:val="left"/>
      </w:pPr>
      <w:r>
        <w:rPr>
          <w:rFonts w:ascii="Times New Roman" w:hAnsi="Times New Roman" w:eastAsia="宋体"/>
          <w:b w:val="0"/>
          <w:i w:val="0"/>
          <w:sz w:val="21"/>
        </w:rPr>
        <w:t>AB=CD=EF=1</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BC=DE=FA=r。</w:t>
      </w:r>
    </w:p>
    <w:p>
      <w:pPr>
        <w:spacing w:before="0" w:after="80" w:line="300" w:lineRule="auto"/>
        <w:jc w:val="left"/>
      </w:pPr>
      <w:r>
        <w:rPr>
          <w:rFonts w:ascii="Times New Roman" w:hAnsi="Times New Roman" w:eastAsia="宋体"/>
          <w:b w:val="0"/>
          <w:i w:val="0"/>
          <w:sz w:val="21"/>
        </w:rPr>
        <w:t>△ ACE 的面积是六边形面积的 70%。r 的所有可能值之和是多少？</w:t>
      </w:r>
    </w:p>
    <w:p>
      <w:pPr>
        <w:spacing w:before="0" w:after="120" w:line="300" w:lineRule="auto"/>
      </w:pPr>
      <w:r>
        <w:rPr>
          <w:rFonts w:ascii="Times New Roman" w:hAnsi="Times New Roman" w:eastAsia="宋体"/>
          <w:b w:val="0"/>
          <w:i w:val="0"/>
          <w:sz w:val="21"/>
        </w:rPr>
        <w:t>（A）(4√(3))/3　　（B）10/3　　（C）4　　（D）17/4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Equiangular hexagon ABCDEF has side lengths</w:t>
      </w:r>
    </w:p>
    <w:p>
      <w:pPr>
        <w:spacing w:before="0" w:after="80" w:line="300" w:lineRule="auto"/>
        <w:jc w:val="left"/>
      </w:pPr>
      <w:r>
        <w:rPr>
          <w:rFonts w:ascii="Times New Roman" w:hAnsi="Times New Roman" w:eastAsia="宋体"/>
          <w:b w:val="0"/>
          <w:i w:val="0"/>
          <w:color w:val="333333"/>
          <w:sz w:val="19"/>
        </w:rPr>
        <w:t>AB=CD=EF=1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BC=DE=FA=r.</w:t>
      </w:r>
    </w:p>
    <w:p>
      <w:pPr>
        <w:spacing w:before="0" w:after="80" w:line="300" w:lineRule="auto"/>
        <w:jc w:val="left"/>
      </w:pPr>
      <w:r>
        <w:rPr>
          <w:rFonts w:ascii="Times New Roman" w:hAnsi="Times New Roman" w:eastAsia="宋体"/>
          <w:b w:val="0"/>
          <w:i w:val="0"/>
          <w:color w:val="333333"/>
          <w:sz w:val="19"/>
        </w:rPr>
        <w:t>The area of △ ACE is 70% of the area of the hexagon. What is the sum of all possible values of r?</w:t>
      </w:r>
    </w:p>
    <w:p>
      <w:pPr>
        <w:spacing w:before="0" w:after="160" w:line="300" w:lineRule="auto"/>
      </w:pPr>
      <w:r>
        <w:rPr>
          <w:rFonts w:ascii="Times New Roman" w:hAnsi="Times New Roman" w:eastAsia="宋体"/>
          <w:b w:val="0"/>
          <w:i w:val="0"/>
          <w:color w:val="333333"/>
          <w:sz w:val="19"/>
        </w:rPr>
        <w:t>(A) (4√(3))/3　　(B) 10/3　　(C) 4　　(D) 17/4　　(E) 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一条 16 步路径要从 (-4,-4) 走到 (4,4)，每一步都使 x 坐标或 y 坐标增加 1。有多少条这样的路径在每一步都位于正方形 -2≤ x≤2、-2≤ y≤2 的外部或边界上？</w:t>
      </w:r>
    </w:p>
    <w:p>
      <w:pPr>
        <w:spacing w:before="0" w:after="120" w:line="300" w:lineRule="auto"/>
      </w:pPr>
      <w:r>
        <w:rPr>
          <w:rFonts w:ascii="Times New Roman" w:hAnsi="Times New Roman" w:eastAsia="宋体"/>
          <w:b w:val="0"/>
          <w:i w:val="0"/>
          <w:sz w:val="21"/>
        </w:rPr>
        <w:t>（A）92　　（B）144　　（C）1568　　（D）1698　　（E）12,800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16-step path is to go from (-4,-4) to (4,4) with each step increasing either the x-coordinate or the y-coordinate by 1. How many such paths stay outside or on the boundary of the square -2≤ x≤2, -2≤ y≤2 at each step?</w:t>
      </w:r>
    </w:p>
    <w:p>
      <w:pPr>
        <w:spacing w:before="0" w:after="160" w:line="300" w:lineRule="auto"/>
      </w:pPr>
      <w:r>
        <w:rPr>
          <w:rFonts w:ascii="Times New Roman" w:hAnsi="Times New Roman" w:eastAsia="宋体"/>
          <w:b w:val="0"/>
          <w:i w:val="0"/>
          <w:color w:val="333333"/>
          <w:sz w:val="19"/>
        </w:rPr>
        <w:t>(A) 92　　(B) 144　　(C) 1568　　(D) 1698　　(E) 12,800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一排有 2010 个盒子，每个盒子里有一颗红弹珠；对 1 ≤ k ≤ 2010，第 k 个盒子还含有 k 颗白弹珠。Isabella 从第一个盒子开始，依次从每个盒子中随机抽取一颗弹珠。她第一次抽到红弹珠时停止。令 P(n) 为 Isabella 正好抽取 n 颗弹珠后停止的概率。使 P(n) &lt; 1/2010 的最小 n 是多少？</w:t>
      </w:r>
    </w:p>
    <w:p>
      <w:pPr>
        <w:spacing w:before="0" w:after="120" w:line="300" w:lineRule="auto"/>
      </w:pPr>
      <w:r>
        <w:rPr>
          <w:rFonts w:ascii="Times New Roman" w:hAnsi="Times New Roman" w:eastAsia="宋体"/>
          <w:b w:val="0"/>
          <w:i w:val="0"/>
          <w:sz w:val="21"/>
        </w:rPr>
        <w:t>（A）45　　（B）63　　（C）64　　（D）201　　（E）1005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2010 boxes in a line contains a single red marble, and for 1 ≤ k ≤ 2010, the box in the kth position also contains k white marbles. Isabella begins at the first box and successively draws a single marble at random from each box, in order. She stops when she first draws a red marble. Let P(n) be the probability that Isabella stops after drawing exactly n marbles. What is the smallest value of n for which P(n) &lt; 1/2010?</w:t>
      </w:r>
    </w:p>
    <w:p>
      <w:pPr>
        <w:spacing w:before="0" w:after="160" w:line="300" w:lineRule="auto"/>
      </w:pPr>
      <w:r>
        <w:rPr>
          <w:rFonts w:ascii="Times New Roman" w:hAnsi="Times New Roman" w:eastAsia="宋体"/>
          <w:b w:val="0"/>
          <w:i w:val="0"/>
          <w:color w:val="333333"/>
          <w:sz w:val="19"/>
        </w:rPr>
        <w:t>(A) 45　　(B) 63　　(C) 64　　(D) 201　　(E) 1005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等差数列 (aₙ) 和 (bₙ) 的各项都是整数，且 a₁=b₁=1&lt; a₂≤ b₂。若对某个 n 有 aₙbₙ=2010，则 n 的最大可能值是多少？</w:t>
      </w:r>
    </w:p>
    <w:p>
      <w:pPr>
        <w:spacing w:before="0" w:after="120" w:line="300" w:lineRule="auto"/>
      </w:pPr>
      <w:r>
        <w:rPr>
          <w:rFonts w:ascii="Times New Roman" w:hAnsi="Times New Roman" w:eastAsia="宋体"/>
          <w:b w:val="0"/>
          <w:i w:val="0"/>
          <w:sz w:val="21"/>
        </w:rPr>
        <w:t>（A）2　　（B）3　　（C）8　　（D）288　　（E）2009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Arithmetic sequences (aₙ) and (bₙ) have integer terms with a₁=b₁=1&lt; a₂≤ b₂ and aₙbₙ=2010 for some n. What is the largest possible value of n?</w:t>
      </w:r>
    </w:p>
    <w:p>
      <w:pPr>
        <w:spacing w:before="0" w:after="160" w:line="300" w:lineRule="auto"/>
      </w:pPr>
      <w:r>
        <w:rPr>
          <w:rFonts w:ascii="Times New Roman" w:hAnsi="Times New Roman" w:eastAsia="宋体"/>
          <w:b w:val="0"/>
          <w:i w:val="0"/>
          <w:color w:val="333333"/>
          <w:sz w:val="19"/>
        </w:rPr>
        <w:t>(A) 2　　(B) 3　　(C) 8　　(D) 288　　(E) 2009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函数图像 y=x⁶-10x⁵ +29x⁴-4x³+ax² 除了在三个 x 值处与直线 y=bx+c 相交外，其余都在该直线上方。这三个值中最大的是多少？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y=x⁶-10x⁵ +29x⁴-4x³+ax² lies above the line y=bx+c except at three values of x, where the graph and the line intersect. What is the largest of those values?</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下式的最小值是多少：</w:t>
      </w:r>
    </w:p>
    <w:p>
      <w:pPr>
        <w:spacing w:before="0" w:after="80" w:line="300" w:lineRule="auto"/>
        <w:jc w:val="left"/>
      </w:pPr>
      <w:r>
        <w:rPr>
          <w:rFonts w:ascii="Times New Roman" w:hAnsi="Times New Roman" w:eastAsia="宋体"/>
          <w:b w:val="0"/>
          <w:i w:val="0"/>
          <w:sz w:val="21"/>
        </w:rPr>
        <w:t>f(x) = |x-1|+|2x-1|</w:t>
      </w:r>
    </w:p>
    <w:p>
      <w:pPr>
        <w:spacing w:before="0" w:after="80" w:line="300" w:lineRule="auto"/>
        <w:jc w:val="left"/>
      </w:pPr>
      <w:r>
        <w:rPr>
          <w:rFonts w:ascii="Times New Roman" w:hAnsi="Times New Roman" w:eastAsia="宋体"/>
          <w:b w:val="0"/>
          <w:i w:val="0"/>
          <w:sz w:val="21"/>
        </w:rPr>
        <w:t>+|3x-1|+⋯+|119x-1|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（A）49　　（B）50　　（C）51　　（D）52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minimum value of</w:t>
      </w:r>
    </w:p>
    <w:p>
      <w:pPr>
        <w:spacing w:before="0" w:after="80" w:line="300" w:lineRule="auto"/>
        <w:jc w:val="left"/>
      </w:pPr>
      <w:r>
        <w:rPr>
          <w:rFonts w:ascii="Times New Roman" w:hAnsi="Times New Roman" w:eastAsia="宋体"/>
          <w:b w:val="0"/>
          <w:i w:val="0"/>
          <w:color w:val="333333"/>
          <w:sz w:val="19"/>
        </w:rPr>
        <w:t>f(x) = |x-1|+|2x-1|</w:t>
      </w:r>
    </w:p>
    <w:p>
      <w:pPr>
        <w:spacing w:before="0" w:after="80" w:line="300" w:lineRule="auto"/>
        <w:jc w:val="left"/>
      </w:pPr>
      <w:r>
        <w:rPr>
          <w:rFonts w:ascii="Times New Roman" w:hAnsi="Times New Roman" w:eastAsia="宋体"/>
          <w:b w:val="0"/>
          <w:i w:val="0"/>
          <w:color w:val="333333"/>
          <w:sz w:val="19"/>
        </w:rPr>
        <w:t>+|3x-1|+⋯+|119x-1|?</w:t>
      </w:r>
    </w:p>
    <w:p>
      <w:pPr>
        <w:spacing w:before="0" w:after="160" w:line="300" w:lineRule="auto"/>
      </w:pPr>
      <w:r>
        <w:rPr>
          <w:rFonts w:ascii="Times New Roman" w:hAnsi="Times New Roman" w:eastAsia="宋体"/>
          <w:b w:val="0"/>
          <w:i w:val="0"/>
          <w:color w:val="333333"/>
          <w:sz w:val="19"/>
        </w:rPr>
        <w:t>(A) 49　　(B) 50　　(C) 51　　(D) 52　　(E) 53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90! 的最后两个非零数字组成的数等于 n。求 n？</w:t>
      </w:r>
    </w:p>
    <w:p>
      <w:pPr>
        <w:spacing w:before="0" w:after="120" w:line="300" w:lineRule="auto"/>
      </w:pPr>
      <w:r>
        <w:rPr>
          <w:rFonts w:ascii="Times New Roman" w:hAnsi="Times New Roman" w:eastAsia="宋体"/>
          <w:b w:val="0"/>
          <w:i w:val="0"/>
          <w:sz w:val="21"/>
        </w:rPr>
        <w:t>（A）12　　（B）32　　（C）48　　（D）52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obtained from the last two nonzero digits of 90! is equal to n. What is n?</w:t>
      </w:r>
    </w:p>
    <w:p>
      <w:pPr>
        <w:spacing w:before="0" w:after="160" w:line="300" w:lineRule="auto"/>
      </w:pPr>
      <w:r>
        <w:rPr>
          <w:rFonts w:ascii="Times New Roman" w:hAnsi="Times New Roman" w:eastAsia="宋体"/>
          <w:b w:val="0"/>
          <w:i w:val="0"/>
          <w:color w:val="333333"/>
          <w:sz w:val="19"/>
        </w:rPr>
        <w:t>(A) 12　　(B) 32　　(C) 48　　(D) 52　　(E) 68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f(x)=log₁₀(sin(π x)</w:t>
      </w:r>
    </w:p>
    <w:p>
      <w:pPr>
        <w:spacing w:before="0" w:after="80" w:line="300" w:lineRule="auto"/>
        <w:jc w:val="left"/>
      </w:pPr>
      <w:r>
        <w:rPr>
          <w:rFonts w:ascii="Times New Roman" w:hAnsi="Times New Roman" w:eastAsia="宋体"/>
          <w:b w:val="0"/>
          <w:i w:val="0"/>
          <w:sz w:val="21"/>
        </w:rPr>
        <w:t>·sin(2π x)·sin(3π x)</w:t>
      </w:r>
    </w:p>
    <w:p>
      <w:pPr>
        <w:spacing w:before="0" w:after="80" w:line="300" w:lineRule="auto"/>
        <w:jc w:val="left"/>
      </w:pPr>
      <w:r>
        <w:rPr>
          <w:rFonts w:ascii="Times New Roman" w:hAnsi="Times New Roman" w:eastAsia="宋体"/>
          <w:b w:val="0"/>
          <w:i w:val="0"/>
          <w:sz w:val="21"/>
        </w:rPr>
        <w:t>·sin(4π x)·sin(5π x)</w:t>
      </w:r>
    </w:p>
    <w:p>
      <w:pPr>
        <w:spacing w:before="0" w:after="80" w:line="300" w:lineRule="auto"/>
        <w:jc w:val="left"/>
      </w:pPr>
      <w:r>
        <w:rPr>
          <w:rFonts w:ascii="Times New Roman" w:hAnsi="Times New Roman" w:eastAsia="宋体"/>
          <w:b w:val="0"/>
          <w:i w:val="0"/>
          <w:sz w:val="21"/>
        </w:rPr>
        <w:t>·sin(6π x)·sin(7π x)</w:t>
      </w:r>
    </w:p>
    <w:p>
      <w:pPr>
        <w:spacing w:before="0" w:after="80" w:line="300" w:lineRule="auto"/>
        <w:jc w:val="left"/>
      </w:pPr>
      <w:r>
        <w:rPr>
          <w:rFonts w:ascii="Times New Roman" w:hAnsi="Times New Roman" w:eastAsia="宋体"/>
          <w:b w:val="0"/>
          <w:i w:val="0"/>
          <w:sz w:val="21"/>
        </w:rPr>
        <w:t>·sin(8π 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f(x) 的定义域与区间 [0,1] 的交集是 n 个互不相交的开区间的并。求 n？</w:t>
      </w:r>
    </w:p>
    <w:p>
      <w:pPr>
        <w:spacing w:before="0" w:after="120" w:line="300" w:lineRule="auto"/>
      </w:pPr>
      <w:r>
        <w:rPr>
          <w:rFonts w:ascii="Times New Roman" w:hAnsi="Times New Roman" w:eastAsia="宋体"/>
          <w:b w:val="0"/>
          <w:i w:val="0"/>
          <w:sz w:val="21"/>
        </w:rPr>
        <w:t>（A）2　　（B）12　　（C）18　　（D）22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f(x)=log₁₀(sin(π x)</w:t>
      </w:r>
    </w:p>
    <w:p>
      <w:pPr>
        <w:spacing w:before="0" w:after="80" w:line="300" w:lineRule="auto"/>
        <w:jc w:val="left"/>
      </w:pPr>
      <w:r>
        <w:rPr>
          <w:rFonts w:ascii="Times New Roman" w:hAnsi="Times New Roman" w:eastAsia="宋体"/>
          <w:b w:val="0"/>
          <w:i w:val="0"/>
          <w:color w:val="333333"/>
          <w:sz w:val="19"/>
        </w:rPr>
        <w:t>·sin(2π x)·sin(3π x)</w:t>
      </w:r>
    </w:p>
    <w:p>
      <w:pPr>
        <w:spacing w:before="0" w:after="80" w:line="300" w:lineRule="auto"/>
        <w:jc w:val="left"/>
      </w:pPr>
      <w:r>
        <w:rPr>
          <w:rFonts w:ascii="Times New Roman" w:hAnsi="Times New Roman" w:eastAsia="宋体"/>
          <w:b w:val="0"/>
          <w:i w:val="0"/>
          <w:color w:val="333333"/>
          <w:sz w:val="19"/>
        </w:rPr>
        <w:t>·sin(4π x)·sin(5π x)</w:t>
      </w:r>
    </w:p>
    <w:p>
      <w:pPr>
        <w:spacing w:before="0" w:after="80" w:line="300" w:lineRule="auto"/>
        <w:jc w:val="left"/>
      </w:pPr>
      <w:r>
        <w:rPr>
          <w:rFonts w:ascii="Times New Roman" w:hAnsi="Times New Roman" w:eastAsia="宋体"/>
          <w:b w:val="0"/>
          <w:i w:val="0"/>
          <w:color w:val="333333"/>
          <w:sz w:val="19"/>
        </w:rPr>
        <w:t>·sin(6π x)·sin(7π x)</w:t>
      </w:r>
    </w:p>
    <w:p>
      <w:pPr>
        <w:spacing w:before="0" w:after="80" w:line="300" w:lineRule="auto"/>
        <w:jc w:val="left"/>
      </w:pPr>
      <w:r>
        <w:rPr>
          <w:rFonts w:ascii="Times New Roman" w:hAnsi="Times New Roman" w:eastAsia="宋体"/>
          <w:b w:val="0"/>
          <w:i w:val="0"/>
          <w:color w:val="333333"/>
          <w:sz w:val="19"/>
        </w:rPr>
        <w:t>·sin(8π x)).</w:t>
      </w:r>
    </w:p>
    <w:p>
      <w:pPr>
        <w:spacing w:before="0" w:after="80" w:line="300" w:lineRule="auto"/>
        <w:jc w:val="left"/>
      </w:pPr>
      <w:r>
        <w:rPr>
          <w:rFonts w:ascii="Times New Roman" w:hAnsi="Times New Roman" w:eastAsia="宋体"/>
          <w:b w:val="0"/>
          <w:i w:val="0"/>
          <w:color w:val="333333"/>
          <w:sz w:val="19"/>
        </w:rPr>
        <w:t>The intersection of the domain of f(x) with the interval [0,1] is a union of n disjoint open intervals. What is n?</w:t>
      </w:r>
    </w:p>
    <w:p>
      <w:pPr>
        <w:spacing w:before="0" w:after="160" w:line="300" w:lineRule="auto"/>
      </w:pPr>
      <w:r>
        <w:rPr>
          <w:rFonts w:ascii="Times New Roman" w:hAnsi="Times New Roman" w:eastAsia="宋体"/>
          <w:b w:val="0"/>
          <w:i w:val="0"/>
          <w:color w:val="333333"/>
          <w:sz w:val="19"/>
        </w:rPr>
        <w:t>(A) 2　　(B) 12　　(C) 18　　(D) 22　　(E) 36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如果一个四边形可以通过旋转和平移得到另一个四边形，则认为这两个四边形相同。边长为整数且周长等于 32 的不同凸圆内接四边形有多少个？</w:t>
      </w:r>
    </w:p>
    <w:p>
      <w:pPr>
        <w:spacing w:before="0" w:after="120" w:line="300" w:lineRule="auto"/>
      </w:pPr>
      <w:r>
        <w:rPr>
          <w:rFonts w:ascii="Times New Roman" w:hAnsi="Times New Roman" w:eastAsia="宋体"/>
          <w:b w:val="0"/>
          <w:i w:val="0"/>
          <w:sz w:val="21"/>
        </w:rPr>
        <w:t>（A）560　　（B）564　　（C）568　　（D）1498　　（E）2255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quadrilaterals are considered the same if one can be obtained from the other by a rotation and a translation. How many different convex cyclic quadrilaterals are there with integer sides and perimeter equal to 32?</w:t>
      </w:r>
    </w:p>
    <w:p>
      <w:pPr>
        <w:spacing w:before="0" w:after="160" w:line="300" w:lineRule="auto"/>
      </w:pPr>
      <w:r>
        <w:rPr>
          <w:rFonts w:ascii="Times New Roman" w:hAnsi="Times New Roman" w:eastAsia="宋体"/>
          <w:b w:val="0"/>
          <w:i w:val="0"/>
          <w:color w:val="333333"/>
          <w:sz w:val="19"/>
        </w:rPr>
        <w:t>(A) 560　　(B) 564　　(C) 568　　(D) 1498　　(E) 2255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E　D　C　E　C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D　C　B　D　B　E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C　A　A　A　B　C</w:t>
      </w:r>
    </w:p>
    <w:p>
      <w:pPr>
        <w:spacing w:before="0" w:after="200" w:line="300" w:lineRule="auto"/>
      </w:pPr>
      <w:r>
        <w:rPr>
          <w:rFonts w:ascii="Times New Roman" w:hAnsi="Times New Roman" w:eastAsia="宋体"/>
          <w:b w:val="0"/>
          <w:i w:val="0"/>
          <w:color w:val="666666"/>
          <w:sz w:val="18"/>
        </w:rPr>
        <w:t>答案串：CAEDCECCAACDCBDBEDACAAABC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展开负号可得</w:t>
      </w:r>
    </w:p>
    <w:p>
      <w:pPr>
        <w:spacing w:before="0" w:after="80" w:line="300" w:lineRule="auto"/>
        <w:jc w:val="left"/>
      </w:pPr>
      <w:r>
        <w:rPr>
          <w:rFonts w:ascii="Times New Roman" w:hAnsi="Times New Roman" w:eastAsia="宋体"/>
          <w:b w:val="0"/>
          <w:i w:val="0"/>
          <w:sz w:val="21"/>
        </w:rPr>
        <w:t>(20-2010+201)</w:t>
      </w:r>
    </w:p>
    <w:p>
      <w:pPr>
        <w:spacing w:before="0" w:after="80" w:line="300" w:lineRule="auto"/>
        <w:jc w:val="left"/>
      </w:pPr>
      <w:r>
        <w:rPr>
          <w:rFonts w:ascii="Times New Roman" w:hAnsi="Times New Roman" w:eastAsia="宋体"/>
          <w:b w:val="0"/>
          <w:i w:val="0"/>
          <w:sz w:val="21"/>
        </w:rPr>
        <w:t>+(2010-201+20)=40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Distributing the negative signs gives</w:t>
      </w:r>
    </w:p>
    <w:p>
      <w:pPr>
        <w:spacing w:before="0" w:after="80" w:line="300" w:lineRule="auto"/>
        <w:jc w:val="left"/>
      </w:pPr>
      <w:r>
        <w:rPr>
          <w:rFonts w:ascii="Times New Roman" w:hAnsi="Times New Roman" w:eastAsia="宋体"/>
          <w:b w:val="0"/>
          <w:i w:val="0"/>
          <w:color w:val="333333"/>
          <w:sz w:val="19"/>
        </w:rPr>
        <w:t>(20-2010+201)</w:t>
      </w:r>
    </w:p>
    <w:p>
      <w:pPr>
        <w:spacing w:before="0" w:after="80" w:line="300" w:lineRule="auto"/>
        <w:jc w:val="left"/>
      </w:pPr>
      <w:r>
        <w:rPr>
          <w:rFonts w:ascii="Times New Roman" w:hAnsi="Times New Roman" w:eastAsia="宋体"/>
          <w:b w:val="0"/>
          <w:i w:val="0"/>
          <w:color w:val="333333"/>
          <w:sz w:val="19"/>
        </w:rPr>
        <w:t>+(2010-201+20)=40.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渡船共有 6 班：10 点、11 点、12 点、1 点、2 点和 3 点。</w:t>
      </w:r>
    </w:p>
    <w:p>
      <w:pPr>
        <w:spacing w:before="0" w:after="80" w:line="300" w:lineRule="auto"/>
        <w:jc w:val="left"/>
      </w:pPr>
      <w:r>
        <w:rPr>
          <w:rFonts w:ascii="Times New Roman" w:hAnsi="Times New Roman" w:eastAsia="宋体"/>
          <w:b w:val="0"/>
          <w:i w:val="0"/>
          <w:sz w:val="21"/>
        </w:rPr>
        <w:t>游客数分别为 100,99,98,97,96,95，所以总数为</w:t>
      </w:r>
    </w:p>
    <w:p>
      <w:pPr>
        <w:spacing w:before="0" w:after="80" w:line="300" w:lineRule="auto"/>
        <w:jc w:val="left"/>
      </w:pPr>
      <w:r>
        <w:rPr>
          <w:rFonts w:ascii="Times New Roman" w:hAnsi="Times New Roman" w:eastAsia="宋体"/>
          <w:b w:val="0"/>
          <w:i w:val="0"/>
          <w:sz w:val="21"/>
        </w:rPr>
        <w:t>6·100-(1+2+3+4+5)</w:t>
      </w:r>
    </w:p>
    <w:p>
      <w:pPr>
        <w:spacing w:before="0" w:after="80" w:line="300" w:lineRule="auto"/>
        <w:jc w:val="left"/>
      </w:pPr>
      <w:r>
        <w:rPr>
          <w:rFonts w:ascii="Times New Roman" w:hAnsi="Times New Roman" w:eastAsia="宋体"/>
          <w:b w:val="0"/>
          <w:i w:val="0"/>
          <w:sz w:val="21"/>
        </w:rPr>
        <w:t>=600-15</w:t>
      </w:r>
    </w:p>
    <w:p>
      <w:pPr>
        <w:spacing w:before="0" w:after="80" w:line="300" w:lineRule="auto"/>
        <w:jc w:val="left"/>
      </w:pPr>
      <w:r>
        <w:rPr>
          <w:rFonts w:ascii="Times New Roman" w:hAnsi="Times New Roman" w:eastAsia="宋体"/>
          <w:b w:val="0"/>
          <w:i w:val="0"/>
          <w:sz w:val="21"/>
        </w:rPr>
        <w:t>=585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ferry makes 6 trips: at 10, 11, 12, 1, 2, and 3.</w:t>
      </w:r>
    </w:p>
    <w:p>
      <w:pPr>
        <w:spacing w:before="0" w:after="80" w:line="300" w:lineRule="auto"/>
        <w:jc w:val="left"/>
      </w:pPr>
      <w:r>
        <w:rPr>
          <w:rFonts w:ascii="Times New Roman" w:hAnsi="Times New Roman" w:eastAsia="宋体"/>
          <w:b w:val="0"/>
          <w:i w:val="0"/>
          <w:color w:val="333333"/>
          <w:sz w:val="19"/>
        </w:rPr>
        <w:t>The numbers of tourists are 100,99,98,97,96,95, so the total is</w:t>
      </w:r>
    </w:p>
    <w:p>
      <w:pPr>
        <w:spacing w:before="0" w:after="80" w:line="300" w:lineRule="auto"/>
        <w:jc w:val="left"/>
      </w:pPr>
      <w:r>
        <w:rPr>
          <w:rFonts w:ascii="Times New Roman" w:hAnsi="Times New Roman" w:eastAsia="宋体"/>
          <w:b w:val="0"/>
          <w:i w:val="0"/>
          <w:color w:val="333333"/>
          <w:sz w:val="19"/>
        </w:rPr>
        <w:t>6·100-(1+2+3+4+5)</w:t>
      </w:r>
    </w:p>
    <w:p>
      <w:pPr>
        <w:spacing w:before="0" w:after="80" w:line="300" w:lineRule="auto"/>
        <w:jc w:val="left"/>
      </w:pPr>
      <w:r>
        <w:rPr>
          <w:rFonts w:ascii="Times New Roman" w:hAnsi="Times New Roman" w:eastAsia="宋体"/>
          <w:b w:val="0"/>
          <w:i w:val="0"/>
          <w:color w:val="333333"/>
          <w:sz w:val="19"/>
        </w:rPr>
        <w:t>=600-15</w:t>
      </w:r>
    </w:p>
    <w:p>
      <w:pPr>
        <w:spacing w:before="0" w:after="80" w:line="300" w:lineRule="auto"/>
        <w:jc w:val="left"/>
      </w:pPr>
      <w:r>
        <w:rPr>
          <w:rFonts w:ascii="Times New Roman" w:hAnsi="Times New Roman" w:eastAsia="宋体"/>
          <w:b w:val="0"/>
          <w:i w:val="0"/>
          <w:color w:val="333333"/>
          <w:sz w:val="19"/>
        </w:rPr>
        <w:t>=585.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设正方形 EFGH 的边长为 s。重叠部分宽为 s，高为 AD，所以面积为 s· AD。</w:t>
      </w:r>
    </w:p>
    <w:p>
      <w:pPr>
        <w:spacing w:before="0" w:after="80" w:line="300" w:lineRule="auto"/>
        <w:jc w:val="left"/>
      </w:pPr>
      <w:r>
        <w:rPr>
          <w:rFonts w:ascii="Times New Roman" w:hAnsi="Times New Roman" w:eastAsia="宋体"/>
          <w:b w:val="0"/>
          <w:i w:val="0"/>
          <w:sz w:val="21"/>
        </w:rPr>
        <w:t>因为重叠部分占长方形面积的 50%，所以 s· AD=1/2 AB· AD，从而 AB=2s。又因为它占正方形面积的 20%，所以 s· AD=1/5 s²，从而 AD=s/5。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AB/AD=2s/(s/5)=10。</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E</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length of square EFGH. The shaded overlap has width s and height AD, so its area is s· AD.</w:t>
      </w:r>
    </w:p>
    <w:p>
      <w:pPr>
        <w:spacing w:before="0" w:after="80" w:line="300" w:lineRule="auto"/>
        <w:jc w:val="left"/>
      </w:pPr>
      <w:r>
        <w:rPr>
          <w:rFonts w:ascii="Times New Roman" w:hAnsi="Times New Roman" w:eastAsia="宋体"/>
          <w:b w:val="0"/>
          <w:i w:val="0"/>
          <w:color w:val="333333"/>
          <w:sz w:val="19"/>
        </w:rPr>
        <w:t>Because the overlap is 50% of the rectangle, s· AD=1/2 AB· AD, so AB=2s. Because it is 20% of the square, s· AD=1/5 s², so AD=s/5.</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AB/AD=2s/(s/5)=10.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选项 D 为 -x⁻¹=-1/x。当 x&lt;0 时，1/x&lt;0，所以 -1/x&gt;0。</w:t>
      </w:r>
    </w:p>
    <w:p>
      <w:pPr>
        <w:spacing w:before="0" w:after="80" w:line="300" w:lineRule="auto"/>
        <w:jc w:val="left"/>
      </w:pPr>
      <w:r>
        <w:rPr>
          <w:rFonts w:ascii="Times New Roman" w:hAnsi="Times New Roman" w:eastAsia="宋体"/>
          <w:b w:val="0"/>
          <w:i w:val="0"/>
          <w:sz w:val="21"/>
        </w:rPr>
        <w:t>取 x=-1 可知其他选项不一定为正：x/(|x|)=-1，-x²=-1，-2ˣ=-1/2，且 ³√(x)=-1。</w:t>
      </w:r>
    </w:p>
    <w:p>
      <w:pPr>
        <w:spacing w:before="0" w:after="80" w:line="300" w:lineRule="auto"/>
        <w:jc w:val="left"/>
      </w:pPr>
      <w:r>
        <w:rPr>
          <w:rFonts w:ascii="Times New Roman" w:hAnsi="Times New Roman" w:eastAsia="宋体"/>
          <w:b w:val="0"/>
          <w:i w:val="0"/>
          <w:sz w:val="21"/>
        </w:rPr>
        <w:t>因此</w:t>
      </w:r>
      <w:r>
        <w:rPr>
          <w:rFonts w:ascii="Times New Roman" w:hAnsi="Times New Roman" w:eastAsia="宋体"/>
          <w:b/>
          <w:i w:val="0"/>
          <w:sz w:val="21"/>
        </w:rPr>
        <w:t>D</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Choice (D) is -x⁻¹=-1/x. When x&lt;0, 1/x&lt;0, so -1/x&gt;0.</w:t>
      </w:r>
    </w:p>
    <w:p>
      <w:pPr>
        <w:spacing w:before="0" w:after="80" w:line="300" w:lineRule="auto"/>
        <w:jc w:val="left"/>
      </w:pPr>
      <w:r>
        <w:rPr>
          <w:rFonts w:ascii="Times New Roman" w:hAnsi="Times New Roman" w:eastAsia="宋体"/>
          <w:b w:val="0"/>
          <w:i w:val="0"/>
          <w:color w:val="333333"/>
          <w:sz w:val="19"/>
        </w:rPr>
        <w:t>Testing x=-1 shows the other choices need not be positive: x/(|x|)=-1, -x²=-1, -2ˣ=-1/2, and ³√(x)=-1.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对手在最后 50 箭中最多可得 50·10=500 分。Chelsea 已领先 50 分，所以她还需要超过 500-50=450 分。</w:t>
      </w:r>
    </w:p>
    <w:p>
      <w:pPr>
        <w:spacing w:before="0" w:after="80" w:line="300" w:lineRule="auto"/>
        <w:jc w:val="left"/>
      </w:pPr>
      <w:r>
        <w:rPr>
          <w:rFonts w:ascii="Times New Roman" w:hAnsi="Times New Roman" w:eastAsia="宋体"/>
          <w:b w:val="0"/>
          <w:i w:val="0"/>
          <w:sz w:val="21"/>
        </w:rPr>
        <w:t>设 Chelsea 有 n 箭靶心，得 10n 分，其余 50-n 箭至少得 4(50-n) 分。要保证获胜，需要</w:t>
      </w:r>
    </w:p>
    <w:p>
      <w:pPr>
        <w:spacing w:before="0" w:after="80" w:line="300" w:lineRule="auto"/>
        <w:jc w:val="left"/>
      </w:pPr>
      <w:r>
        <w:rPr>
          <w:rFonts w:ascii="Times New Roman" w:hAnsi="Times New Roman" w:eastAsia="宋体"/>
          <w:b w:val="0"/>
          <w:i w:val="0"/>
          <w:sz w:val="21"/>
        </w:rPr>
        <w:t>10n+4(50-n)&gt;450。</w:t>
      </w:r>
    </w:p>
    <w:p>
      <w:pPr>
        <w:spacing w:before="0" w:after="80" w:line="300" w:lineRule="auto"/>
        <w:jc w:val="left"/>
      </w:pPr>
      <w:r>
        <w:rPr>
          <w:rFonts w:ascii="Times New Roman" w:hAnsi="Times New Roman" w:eastAsia="宋体"/>
          <w:b w:val="0"/>
          <w:i w:val="0"/>
          <w:sz w:val="21"/>
        </w:rPr>
        <w:t>化简得 6n&gt;250，即 n&gt;412/3。</w:t>
      </w:r>
    </w:p>
    <w:p>
      <w:pPr>
        <w:spacing w:before="0" w:after="80" w:line="300" w:lineRule="auto"/>
        <w:jc w:val="left"/>
      </w:pPr>
      <w:r>
        <w:rPr>
          <w:rFonts w:ascii="Times New Roman" w:hAnsi="Times New Roman" w:eastAsia="宋体"/>
          <w:b w:val="0"/>
          <w:i w:val="0"/>
          <w:sz w:val="21"/>
        </w:rPr>
        <w:t>因此至少需要 42 箭靶心。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opponent can score at most 50·10=500 on the last 50 shots. Since Chelsea leads by 50, she must score more than 500-50=450 points on her remaining shots to guarantee victory.</w:t>
      </w:r>
    </w:p>
    <w:p>
      <w:pPr>
        <w:spacing w:before="0" w:after="80" w:line="300" w:lineRule="auto"/>
        <w:jc w:val="left"/>
      </w:pPr>
      <w:r>
        <w:rPr>
          <w:rFonts w:ascii="Times New Roman" w:hAnsi="Times New Roman" w:eastAsia="宋体"/>
          <w:b w:val="0"/>
          <w:i w:val="0"/>
          <w:color w:val="333333"/>
          <w:sz w:val="19"/>
        </w:rPr>
        <w:t>Her n bullseyes give 10n points, and her other 50-n shots give at least 4(50-n) points, so</w:t>
      </w:r>
    </w:p>
    <w:p>
      <w:pPr>
        <w:spacing w:before="0" w:after="80" w:line="300" w:lineRule="auto"/>
        <w:jc w:val="left"/>
      </w:pPr>
      <w:r>
        <w:rPr>
          <w:rFonts w:ascii="Times New Roman" w:hAnsi="Times New Roman" w:eastAsia="宋体"/>
          <w:b w:val="0"/>
          <w:i w:val="0"/>
          <w:color w:val="333333"/>
          <w:sz w:val="19"/>
        </w:rPr>
        <w:t>10n+4(50-n)&gt;450.</w:t>
      </w:r>
    </w:p>
    <w:p>
      <w:pPr>
        <w:spacing w:before="0" w:after="80" w:line="300" w:lineRule="auto"/>
        <w:jc w:val="left"/>
      </w:pPr>
      <w:r>
        <w:rPr>
          <w:rFonts w:ascii="Times New Roman" w:hAnsi="Times New Roman" w:eastAsia="宋体"/>
          <w:b w:val="0"/>
          <w:i w:val="0"/>
          <w:color w:val="333333"/>
          <w:sz w:val="19"/>
        </w:rPr>
        <w:t>This simplifies to 6n&gt;250, i.e. n&gt;412/3.</w:t>
      </w:r>
    </w:p>
    <w:p>
      <w:pPr>
        <w:spacing w:before="0" w:after="80" w:line="300" w:lineRule="auto"/>
        <w:jc w:val="left"/>
      </w:pPr>
      <w:r>
        <w:rPr>
          <w:rFonts w:ascii="Times New Roman" w:hAnsi="Times New Roman" w:eastAsia="宋体"/>
          <w:b w:val="0"/>
          <w:i w:val="0"/>
          <w:color w:val="333333"/>
          <w:sz w:val="19"/>
        </w:rPr>
        <w:t>Therefore Chelsea needs at least 42 bullseyes.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因为 x 至多为 999，所以 x + 32 至多为 1031。</w:t>
      </w:r>
    </w:p>
    <w:p>
      <w:pPr>
        <w:spacing w:before="0" w:after="80" w:line="300" w:lineRule="auto"/>
        <w:jc w:val="left"/>
      </w:pPr>
      <w:r>
        <w:rPr>
          <w:rFonts w:ascii="Times New Roman" w:hAnsi="Times New Roman" w:eastAsia="宋体"/>
          <w:b w:val="0"/>
          <w:i w:val="0"/>
          <w:sz w:val="21"/>
        </w:rPr>
        <w:t>同时 x + 32 至少为 1000。</w:t>
      </w:r>
    </w:p>
    <w:p>
      <w:pPr>
        <w:spacing w:before="0" w:after="80" w:line="300" w:lineRule="auto"/>
        <w:jc w:val="left"/>
      </w:pPr>
      <w:r>
        <w:rPr>
          <w:rFonts w:ascii="Times New Roman" w:hAnsi="Times New Roman" w:eastAsia="宋体"/>
          <w:b w:val="0"/>
          <w:i w:val="0"/>
          <w:sz w:val="21"/>
        </w:rPr>
        <w:t>这个范围内唯一的回文数是 1001，所以 x + 32 等于这个数。</w:t>
      </w:r>
    </w:p>
    <w:p>
      <w:pPr>
        <w:spacing w:before="0" w:after="80" w:line="300" w:lineRule="auto"/>
        <w:jc w:val="left"/>
      </w:pPr>
      <w:r>
        <w:rPr>
          <w:rFonts w:ascii="Times New Roman" w:hAnsi="Times New Roman" w:eastAsia="宋体"/>
          <w:b w:val="0"/>
          <w:i w:val="0"/>
          <w:sz w:val="21"/>
        </w:rPr>
        <w:t>于是 x=1001-32=969，它的各位数字之和为 9+6+9=24。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x is at most 999. This means that x + 32 has a maximum of 1031.</w:t>
      </w:r>
    </w:p>
    <w:p>
      <w:pPr>
        <w:spacing w:before="0" w:after="80" w:line="300" w:lineRule="auto"/>
        <w:jc w:val="left"/>
      </w:pPr>
      <w:r>
        <w:rPr>
          <w:rFonts w:ascii="Times New Roman" w:hAnsi="Times New Roman" w:eastAsia="宋体"/>
          <w:b w:val="0"/>
          <w:i w:val="0"/>
          <w:color w:val="333333"/>
          <w:sz w:val="19"/>
        </w:rPr>
        <w:t>Similarly, we have that the minimum value of x + 32 is 1000.</w:t>
      </w:r>
    </w:p>
    <w:p>
      <w:pPr>
        <w:spacing w:before="0" w:after="80" w:line="300" w:lineRule="auto"/>
        <w:jc w:val="left"/>
      </w:pPr>
      <w:r>
        <w:rPr>
          <w:rFonts w:ascii="Times New Roman" w:hAnsi="Times New Roman" w:eastAsia="宋体"/>
          <w:b w:val="0"/>
          <w:i w:val="0"/>
          <w:color w:val="333333"/>
          <w:sz w:val="19"/>
        </w:rPr>
        <w:t>The only palindrome in this range is 1001, so this is what x + 32 equals.</w:t>
      </w:r>
    </w:p>
    <w:p>
      <w:pPr>
        <w:spacing w:before="0" w:after="80" w:line="300" w:lineRule="auto"/>
        <w:jc w:val="left"/>
      </w:pPr>
      <w:r>
        <w:rPr>
          <w:rFonts w:ascii="Times New Roman" w:hAnsi="Times New Roman" w:eastAsia="宋体"/>
          <w:b w:val="0"/>
          <w:i w:val="0"/>
          <w:color w:val="333333"/>
          <w:sz w:val="19"/>
        </w:rPr>
        <w:t>Thus x=1001-32=969, whose digit sum is 9+6+9=24.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模型与原物的体积比为 0.1/(100,000)=1/(1,000,000)。长度按体积比的立方根缩放，所以模型与原物的高度比为 1/100。因此模型的高度应为 40/100=0.4 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model-to-original volume ratio is 0.1/(100,000)=1/(1,000,000). Lengths scale by the cube root, so the model-to-original height ratio is 1/100. Therefore the model should be 40/100=0.4 meters tall.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80" w:after="80"/>
        <w:jc w:val="center"/>
      </w:pPr>
      <w:r>
        <w:drawing>
          <wp:inline xmlns:a="http://schemas.openxmlformats.org/drawingml/2006/main" xmlns:pic="http://schemas.openxmlformats.org/drawingml/2006/picture">
            <wp:extent cx="1420059" cy="961730"/>
            <wp:docPr id="3" name="Picture 3"/>
            <wp:cNvGraphicFramePr>
              <a:graphicFrameLocks noChangeAspect="1"/>
            </wp:cNvGraphicFramePr>
            <a:graphic>
              <a:graphicData uri="http://schemas.openxmlformats.org/drawingml/2006/picture">
                <pic:pic>
                  <pic:nvPicPr>
                    <pic:cNvPr id="0" name="q08-sol-1@300dpi.png"/>
                    <pic:cNvPicPr/>
                  </pic:nvPicPr>
                  <pic:blipFill>
                    <a:blip r:embed="rId10"/>
                    <a:stretch>
                      <a:fillRect/>
                    </a:stretch>
                  </pic:blipFill>
                  <pic:spPr>
                    <a:xfrm>
                      <a:off x="0" y="0"/>
                      <a:ext cx="1420059" cy="961730"/>
                    </a:xfrm>
                    <a:prstGeom prst="rect"/>
                  </pic:spPr>
                </pic:pic>
              </a:graphicData>
            </a:graphic>
          </wp:inline>
        </w:drawing>
      </w:r>
    </w:p>
    <w:p>
      <w:pPr>
        <w:spacing w:before="0" w:after="80" w:line="300" w:lineRule="auto"/>
        <w:jc w:val="left"/>
      </w:pPr>
      <w:r>
        <w:rPr>
          <w:rFonts w:ascii="Times New Roman" w:hAnsi="Times New Roman" w:eastAsia="宋体"/>
          <w:b w:val="0"/>
          <w:i w:val="0"/>
          <w:sz w:val="21"/>
        </w:rPr>
        <w:t>设 ∠ BAE=∠ ACD=x。因为 △ CFE 是等边三角形，所以 ∠ CFE=60°。射线 FA 与 FE 方向相反，因此 ∠ AFC=120°。</w:t>
      </w:r>
    </w:p>
    <w:p>
      <w:pPr>
        <w:spacing w:before="0" w:after="80" w:line="300" w:lineRule="auto"/>
        <w:jc w:val="left"/>
      </w:pPr>
      <w:r>
        <w:rPr>
          <w:rFonts w:ascii="Times New Roman" w:hAnsi="Times New Roman" w:eastAsia="宋体"/>
          <w:b w:val="0"/>
          <w:i w:val="0"/>
          <w:sz w:val="21"/>
        </w:rPr>
        <w:t>在 △ AFC 中，∠ FAC=180°-120°-x =60°-x。因为 F 位于 AE 上，这个角就是 ∠ EAC。所以 ∠ BAC=x+(60°-x)=60°。</w:t>
      </w:r>
    </w:p>
    <w:p>
      <w:pPr>
        <w:spacing w:before="0" w:after="80" w:line="300" w:lineRule="auto"/>
        <w:jc w:val="left"/>
      </w:pPr>
      <w:r>
        <w:rPr>
          <w:rFonts w:ascii="Times New Roman" w:hAnsi="Times New Roman" w:eastAsia="宋体"/>
          <w:b w:val="0"/>
          <w:i w:val="0"/>
          <w:sz w:val="21"/>
        </w:rPr>
        <w:t>设 AC=s，则 AB=2s。由余弦定理，</w:t>
      </w:r>
    </w:p>
    <w:p>
      <w:pPr>
        <w:spacing w:before="0" w:after="80" w:line="300" w:lineRule="auto"/>
        <w:jc w:val="left"/>
      </w:pPr>
      <w:r>
        <w:rPr>
          <w:rFonts w:ascii="Times New Roman" w:hAnsi="Times New Roman" w:eastAsia="宋体"/>
          <w:b w:val="0"/>
          <w:i w:val="0"/>
          <w:sz w:val="21"/>
        </w:rPr>
        <w:t>BC² = s²+(2s)²</w:t>
      </w:r>
    </w:p>
    <w:p>
      <w:pPr>
        <w:spacing w:before="0" w:after="80" w:line="300" w:lineRule="auto"/>
        <w:jc w:val="left"/>
      </w:pPr>
      <w:r>
        <w:rPr>
          <w:rFonts w:ascii="Times New Roman" w:hAnsi="Times New Roman" w:eastAsia="宋体"/>
          <w:b w:val="0"/>
          <w:i w:val="0"/>
          <w:sz w:val="21"/>
        </w:rPr>
        <w:t>-2(s)(2s)cos60°</w:t>
      </w:r>
    </w:p>
    <w:p>
      <w:pPr>
        <w:spacing w:before="0" w:after="80" w:line="300" w:lineRule="auto"/>
        <w:jc w:val="left"/>
      </w:pPr>
      <w:r>
        <w:rPr>
          <w:rFonts w:ascii="Times New Roman" w:hAnsi="Times New Roman" w:eastAsia="宋体"/>
          <w:b w:val="0"/>
          <w:i w:val="0"/>
          <w:sz w:val="21"/>
        </w:rPr>
        <w:t>=3s²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因此三边之比为 1:√(3):2，且 AB 为斜边，所以 ∠ ACB=90°。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420059" cy="961730"/>
            <wp:docPr id="4" name="Picture 4"/>
            <wp:cNvGraphicFramePr>
              <a:graphicFrameLocks noChangeAspect="1"/>
            </wp:cNvGraphicFramePr>
            <a:graphic>
              <a:graphicData uri="http://schemas.openxmlformats.org/drawingml/2006/picture">
                <pic:pic>
                  <pic:nvPicPr>
                    <pic:cNvPr id="0" name="q08-sol-1@300dpi.png"/>
                    <pic:cNvPicPr/>
                  </pic:nvPicPr>
                  <pic:blipFill>
                    <a:blip r:embed="rId10"/>
                    <a:stretch>
                      <a:fillRect/>
                    </a:stretch>
                  </pic:blipFill>
                  <pic:spPr>
                    <a:xfrm>
                      <a:off x="0" y="0"/>
                      <a:ext cx="1420059" cy="96173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 BAE=∠ ACD=x. Because △ CFE is equilateral, ∠ CFE=60°. Rays FA and FE are opposite, so ∠ AFC=120°.</w:t>
      </w:r>
    </w:p>
    <w:p>
      <w:pPr>
        <w:spacing w:before="0" w:after="80" w:line="300" w:lineRule="auto"/>
        <w:jc w:val="left"/>
      </w:pPr>
      <w:r>
        <w:rPr>
          <w:rFonts w:ascii="Times New Roman" w:hAnsi="Times New Roman" w:eastAsia="宋体"/>
          <w:b w:val="0"/>
          <w:i w:val="0"/>
          <w:color w:val="333333"/>
          <w:sz w:val="19"/>
        </w:rPr>
        <w:t>In △ AFC, we get ∠ FAC=180°-120°-x =60°-x. Since F lies on AE, this is ∠ EAC. Hence ∠ BAC=x+(60°-x)=60°.</w:t>
      </w:r>
    </w:p>
    <w:p>
      <w:pPr>
        <w:spacing w:before="0" w:after="80" w:line="300" w:lineRule="auto"/>
        <w:jc w:val="left"/>
      </w:pPr>
      <w:r>
        <w:rPr>
          <w:rFonts w:ascii="Times New Roman" w:hAnsi="Times New Roman" w:eastAsia="宋体"/>
          <w:b w:val="0"/>
          <w:i w:val="0"/>
          <w:color w:val="333333"/>
          <w:sz w:val="19"/>
        </w:rPr>
        <w:t>Put AC=s, so AB=2s. The Law of Cosines gives</w:t>
      </w:r>
    </w:p>
    <w:p>
      <w:pPr>
        <w:spacing w:before="0" w:after="80" w:line="300" w:lineRule="auto"/>
        <w:jc w:val="left"/>
      </w:pPr>
      <w:r>
        <w:rPr>
          <w:rFonts w:ascii="Times New Roman" w:hAnsi="Times New Roman" w:eastAsia="宋体"/>
          <w:b w:val="0"/>
          <w:i w:val="0"/>
          <w:color w:val="333333"/>
          <w:sz w:val="19"/>
        </w:rPr>
        <w:t>BC² = s²+(2s)²</w:t>
      </w:r>
    </w:p>
    <w:p>
      <w:pPr>
        <w:spacing w:before="0" w:after="80" w:line="300" w:lineRule="auto"/>
        <w:jc w:val="left"/>
      </w:pPr>
      <w:r>
        <w:rPr>
          <w:rFonts w:ascii="Times New Roman" w:hAnsi="Times New Roman" w:eastAsia="宋体"/>
          <w:b w:val="0"/>
          <w:i w:val="0"/>
          <w:color w:val="333333"/>
          <w:sz w:val="19"/>
        </w:rPr>
        <w:t>-2(s)(2s)cos60°</w:t>
      </w:r>
    </w:p>
    <w:p>
      <w:pPr>
        <w:spacing w:before="0" w:after="80" w:line="300" w:lineRule="auto"/>
        <w:jc w:val="left"/>
      </w:pPr>
      <w:r>
        <w:rPr>
          <w:rFonts w:ascii="Times New Roman" w:hAnsi="Times New Roman" w:eastAsia="宋体"/>
          <w:b w:val="0"/>
          <w:i w:val="0"/>
          <w:color w:val="333333"/>
          <w:sz w:val="19"/>
        </w:rPr>
        <w:t>=3s².</w:t>
      </w:r>
    </w:p>
    <w:p>
      <w:pPr>
        <w:spacing w:before="0" w:after="80" w:line="300" w:lineRule="auto"/>
        <w:jc w:val="left"/>
      </w:pPr>
      <w:r>
        <w:rPr>
          <w:rFonts w:ascii="Times New Roman" w:hAnsi="Times New Roman" w:eastAsia="宋体"/>
          <w:b w:val="0"/>
          <w:i w:val="0"/>
          <w:color w:val="333333"/>
          <w:sz w:val="19"/>
        </w:rPr>
        <w:t>Thus the side lengths are in the ratio 1:√(3):2, with AB the hypotenuse, so ∠ ACB=90°.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三个被切出的长方体都在立方体中心相交。</w:t>
      </w:r>
    </w:p>
    <w:p>
      <w:pPr>
        <w:spacing w:before="0" w:after="80" w:line="300" w:lineRule="auto"/>
        <w:jc w:val="left"/>
      </w:pPr>
      <w:r>
        <w:rPr>
          <w:rFonts w:ascii="Times New Roman" w:hAnsi="Times New Roman" w:eastAsia="宋体"/>
          <w:b w:val="0"/>
          <w:i w:val="0"/>
          <w:sz w:val="21"/>
        </w:rPr>
        <w:t>交集是边长为 2 的立方体。因此切除区域的体积为</w:t>
      </w:r>
    </w:p>
    <w:p>
      <w:pPr>
        <w:spacing w:before="0" w:after="80" w:line="300" w:lineRule="auto"/>
        <w:jc w:val="left"/>
      </w:pPr>
      <w:r>
        <w:rPr>
          <w:rFonts w:ascii="Times New Roman" w:hAnsi="Times New Roman" w:eastAsia="宋体"/>
          <w:b w:val="0"/>
          <w:i w:val="0"/>
          <w:sz w:val="21"/>
        </w:rPr>
        <w:t>3 · 2 · 2 · 3 - 2 · 2³ = 36 - 16</w:t>
      </w:r>
    </w:p>
    <w:p>
      <w:pPr>
        <w:spacing w:before="0" w:after="80" w:line="300" w:lineRule="auto"/>
        <w:jc w:val="left"/>
      </w:pPr>
      <w:r>
        <w:rPr>
          <w:rFonts w:ascii="Times New Roman" w:hAnsi="Times New Roman" w:eastAsia="宋体"/>
          <w:b w:val="0"/>
          <w:i w:val="0"/>
          <w:sz w:val="21"/>
        </w:rPr>
        <w:t>=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中心区域被全部 3 个孔包含，因此要减去重复计入的两次。</w:t>
      </w:r>
    </w:p>
    <w:p>
      <w:pPr>
        <w:spacing w:before="0" w:after="80" w:line="300" w:lineRule="auto"/>
        <w:jc w:val="left"/>
      </w:pPr>
      <w:r>
        <w:rPr>
          <w:rFonts w:ascii="Times New Roman" w:hAnsi="Times New Roman" w:eastAsia="宋体"/>
          <w:b w:val="0"/>
          <w:i w:val="0"/>
          <w:sz w:val="21"/>
        </w:rPr>
        <w:t>剩余体积为</w:t>
      </w:r>
    </w:p>
    <w:p>
      <w:pPr>
        <w:spacing w:before="0" w:after="80" w:line="300" w:lineRule="auto"/>
        <w:jc w:val="left"/>
      </w:pPr>
      <w:r>
        <w:rPr>
          <w:rFonts w:ascii="Times New Roman" w:hAnsi="Times New Roman" w:eastAsia="宋体"/>
          <w:b w:val="0"/>
          <w:i w:val="0"/>
          <w:sz w:val="21"/>
        </w:rPr>
        <w:t>3³ - 20 = 27 - 20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all the cut out solids intersect in the middle of the cube.</w:t>
      </w:r>
    </w:p>
    <w:p>
      <w:pPr>
        <w:spacing w:before="0" w:after="80" w:line="300" w:lineRule="auto"/>
        <w:jc w:val="left"/>
      </w:pPr>
      <w:r>
        <w:rPr>
          <w:rFonts w:ascii="Times New Roman" w:hAnsi="Times New Roman" w:eastAsia="宋体"/>
          <w:b w:val="0"/>
          <w:i w:val="0"/>
          <w:color w:val="333333"/>
          <w:sz w:val="19"/>
        </w:rPr>
        <w:t>This region of intersection is a cube with side length 2. Then the volume of the cutout region is</w:t>
      </w:r>
    </w:p>
    <w:p>
      <w:pPr>
        <w:spacing w:before="0" w:after="80" w:line="300" w:lineRule="auto"/>
        <w:jc w:val="left"/>
      </w:pPr>
      <w:r>
        <w:rPr>
          <w:rFonts w:ascii="Times New Roman" w:hAnsi="Times New Roman" w:eastAsia="宋体"/>
          <w:b w:val="0"/>
          <w:i w:val="0"/>
          <w:color w:val="333333"/>
          <w:sz w:val="19"/>
        </w:rPr>
        <w:t>3 · 2 · 2 · 3 - 2 · 2³ = 36 - 16</w:t>
      </w:r>
    </w:p>
    <w:p>
      <w:pPr>
        <w:spacing w:before="0" w:after="80" w:line="300" w:lineRule="auto"/>
        <w:jc w:val="left"/>
      </w:pPr>
      <w:r>
        <w:rPr>
          <w:rFonts w:ascii="Times New Roman" w:hAnsi="Times New Roman" w:eastAsia="宋体"/>
          <w:b w:val="0"/>
          <w:i w:val="0"/>
          <w:color w:val="333333"/>
          <w:sz w:val="19"/>
        </w:rPr>
        <w:t>= 20.</w:t>
      </w:r>
    </w:p>
    <w:p>
      <w:pPr>
        <w:spacing w:before="0" w:after="80" w:line="300" w:lineRule="auto"/>
        <w:jc w:val="left"/>
      </w:pPr>
      <w:r>
        <w:rPr>
          <w:rFonts w:ascii="Times New Roman" w:hAnsi="Times New Roman" w:eastAsia="宋体"/>
          <w:b w:val="0"/>
          <w:i w:val="0"/>
          <w:color w:val="333333"/>
          <w:sz w:val="19"/>
        </w:rPr>
        <w:t>We have to subtract out the center region twice since it is included in all 3 regions.</w:t>
      </w:r>
    </w:p>
    <w:p>
      <w:pPr>
        <w:spacing w:before="0" w:after="80" w:line="300" w:lineRule="auto"/>
        <w:jc w:val="left"/>
      </w:pPr>
      <w:r>
        <w:rPr>
          <w:rFonts w:ascii="Times New Roman" w:hAnsi="Times New Roman" w:eastAsia="宋体"/>
          <w:b w:val="0"/>
          <w:i w:val="0"/>
          <w:color w:val="333333"/>
          <w:sz w:val="19"/>
        </w:rPr>
        <w:t>The remaining volume is then</w:t>
      </w:r>
    </w:p>
    <w:p>
      <w:pPr>
        <w:spacing w:before="0" w:after="80" w:line="300" w:lineRule="auto"/>
        <w:jc w:val="left"/>
      </w:pPr>
      <w:r>
        <w:rPr>
          <w:rFonts w:ascii="Times New Roman" w:hAnsi="Times New Roman" w:eastAsia="宋体"/>
          <w:b w:val="0"/>
          <w:i w:val="0"/>
          <w:color w:val="333333"/>
          <w:sz w:val="19"/>
        </w:rPr>
        <w:t>3³ - 20 = 27 - 20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相邻两项之差都是公差 d，且 d=(3p+q)-(3p-q)=2q。</w:t>
      </w:r>
    </w:p>
    <w:p>
      <w:pPr>
        <w:spacing w:before="0" w:after="80" w:line="300" w:lineRule="auto"/>
        <w:jc w:val="left"/>
      </w:pPr>
      <w:r>
        <w:rPr>
          <w:rFonts w:ascii="Times New Roman" w:hAnsi="Times New Roman" w:eastAsia="宋体"/>
          <w:b w:val="0"/>
          <w:i w:val="0"/>
          <w:sz w:val="21"/>
        </w:rPr>
        <w:t>由前两项可得 9-p=d=2q，由第二、三项可得 (3p-q)-9=d=2q。解得 p=5，q=2，d=4。</w:t>
      </w:r>
    </w:p>
    <w:p>
      <w:pPr>
        <w:spacing w:before="0" w:after="80" w:line="300" w:lineRule="auto"/>
        <w:jc w:val="left"/>
      </w:pPr>
      <w:r>
        <w:rPr>
          <w:rFonts w:ascii="Times New Roman" w:hAnsi="Times New Roman" w:eastAsia="宋体"/>
          <w:b w:val="0"/>
          <w:i w:val="0"/>
          <w:sz w:val="21"/>
        </w:rPr>
        <w:t>因此第 2010 项为</w:t>
      </w:r>
    </w:p>
    <w:p>
      <w:pPr>
        <w:spacing w:before="0" w:after="80" w:line="300" w:lineRule="auto"/>
        <w:jc w:val="left"/>
      </w:pPr>
      <w:r>
        <w:rPr>
          <w:rFonts w:ascii="Times New Roman" w:hAnsi="Times New Roman" w:eastAsia="宋体"/>
          <w:b w:val="0"/>
          <w:i w:val="0"/>
          <w:sz w:val="21"/>
        </w:rPr>
        <w:t>p+2009d = 5+2009·4</w:t>
      </w:r>
    </w:p>
    <w:p>
      <w:pPr>
        <w:spacing w:before="0" w:after="80" w:line="300" w:lineRule="auto"/>
        <w:jc w:val="left"/>
      </w:pPr>
      <w:r>
        <w:rPr>
          <w:rFonts w:ascii="Times New Roman" w:hAnsi="Times New Roman" w:eastAsia="宋体"/>
          <w:b w:val="0"/>
          <w:i w:val="0"/>
          <w:sz w:val="21"/>
        </w:rPr>
        <w:t>= 8041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Consecutive terms differ by a common difference d. From the last two terms, d=(3p+q)-(3p-q)=2q.</w:t>
      </w:r>
    </w:p>
    <w:p>
      <w:pPr>
        <w:spacing w:before="0" w:after="80" w:line="300" w:lineRule="auto"/>
        <w:jc w:val="left"/>
      </w:pPr>
      <w:r>
        <w:rPr>
          <w:rFonts w:ascii="Times New Roman" w:hAnsi="Times New Roman" w:eastAsia="宋体"/>
          <w:b w:val="0"/>
          <w:i w:val="0"/>
          <w:color w:val="333333"/>
          <w:sz w:val="19"/>
        </w:rPr>
        <w:t>From the first two terms, 9-p=d=2q, and from the second and third, (3p-q)-9=d=2q. Solving this system gives p=5, q=2, and d=4.</w:t>
      </w:r>
    </w:p>
    <w:p>
      <w:pPr>
        <w:spacing w:before="0" w:after="80" w:line="300" w:lineRule="auto"/>
        <w:jc w:val="left"/>
      </w:pPr>
      <w:r>
        <w:rPr>
          <w:rFonts w:ascii="Times New Roman" w:hAnsi="Times New Roman" w:eastAsia="宋体"/>
          <w:b w:val="0"/>
          <w:i w:val="0"/>
          <w:color w:val="333333"/>
          <w:sz w:val="19"/>
        </w:rPr>
        <w:t>The 2010th term is</w:t>
      </w:r>
    </w:p>
    <w:p>
      <w:pPr>
        <w:spacing w:before="0" w:after="80" w:line="300" w:lineRule="auto"/>
        <w:jc w:val="left"/>
      </w:pPr>
      <w:r>
        <w:rPr>
          <w:rFonts w:ascii="Times New Roman" w:hAnsi="Times New Roman" w:eastAsia="宋体"/>
          <w:b w:val="0"/>
          <w:i w:val="0"/>
          <w:color w:val="333333"/>
          <w:sz w:val="19"/>
        </w:rPr>
        <w:t>p+2009d = 5+2009·4</w:t>
      </w:r>
    </w:p>
    <w:p>
      <w:pPr>
        <w:spacing w:before="0" w:after="80" w:line="300" w:lineRule="auto"/>
        <w:jc w:val="left"/>
      </w:pPr>
      <w:r>
        <w:rPr>
          <w:rFonts w:ascii="Times New Roman" w:hAnsi="Times New Roman" w:eastAsia="宋体"/>
          <w:b w:val="0"/>
          <w:i w:val="0"/>
          <w:color w:val="333333"/>
          <w:sz w:val="19"/>
        </w:rPr>
        <w:t>= 8041.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因为 x=log_(b) 7⁷，所以 bˣ=7⁷。</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(7b)ˣ=7ˣ· bˣ = 7ˣ·7⁷</w:t>
      </w:r>
    </w:p>
    <w:p>
      <w:pPr>
        <w:spacing w:before="0" w:after="80" w:line="300" w:lineRule="auto"/>
        <w:jc w:val="left"/>
      </w:pPr>
      <w:r>
        <w:rPr>
          <w:rFonts w:ascii="Times New Roman" w:hAnsi="Times New Roman" w:eastAsia="宋体"/>
          <w:b w:val="0"/>
          <w:i w:val="0"/>
          <w:sz w:val="21"/>
        </w:rPr>
        <w:t>= 7ˣ⁺⁷=8ˣ</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x&gt;0，可得 7b=8，所以 b=8/7。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x=log_(b) 7⁷, we have bˣ=7⁷.</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(7b)ˣ=7ˣ· bˣ = 7ˣ·7⁷</w:t>
      </w:r>
    </w:p>
    <w:p>
      <w:pPr>
        <w:spacing w:before="0" w:after="80" w:line="300" w:lineRule="auto"/>
        <w:jc w:val="left"/>
      </w:pPr>
      <w:r>
        <w:rPr>
          <w:rFonts w:ascii="Times New Roman" w:hAnsi="Times New Roman" w:eastAsia="宋体"/>
          <w:b w:val="0"/>
          <w:i w:val="0"/>
          <w:color w:val="333333"/>
          <w:sz w:val="19"/>
        </w:rPr>
        <w:t>= 7ˣ⁺⁷=8ˣ.</w:t>
      </w:r>
    </w:p>
    <w:p>
      <w:pPr>
        <w:spacing w:before="0" w:after="80" w:line="300" w:lineRule="auto"/>
        <w:jc w:val="left"/>
      </w:pPr>
      <w:r>
        <w:rPr>
          <w:rFonts w:ascii="Times New Roman" w:hAnsi="Times New Roman" w:eastAsia="宋体"/>
          <w:b w:val="0"/>
          <w:i w:val="0"/>
          <w:color w:val="333333"/>
          <w:sz w:val="19"/>
        </w:rPr>
        <w:t>Because x&gt;0, it follows that 7b=8, so b=8/7.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Chris 和 LeRoy 必定属于不同物种：如果 Chris 是蟾蜍，他的话说明 LeRoy 是青蛙；如果 Chris 是青蛙，他这句假话说明 LeRoy 是蟾蜍。因此他们两个中恰好有一只是蟾蜍。</w:t>
      </w:r>
    </w:p>
    <w:p>
      <w:pPr>
        <w:spacing w:before="0" w:after="80" w:line="300" w:lineRule="auto"/>
        <w:jc w:val="left"/>
      </w:pPr>
      <w:r>
        <w:rPr>
          <w:rFonts w:ascii="Times New Roman" w:hAnsi="Times New Roman" w:eastAsia="宋体"/>
          <w:b w:val="0"/>
          <w:i w:val="0"/>
          <w:sz w:val="21"/>
        </w:rPr>
        <w:t>如果 Brian 是蟾蜍，他说的是真话，于是 Mike 是青蛙。如果 Brian 是青蛙，他这句假话意味着他和 Mike 是同一物种，此时 Mike 仍然是青蛙。所以 Mike 一定是青蛙。</w:t>
      </w:r>
    </w:p>
    <w:p>
      <w:pPr>
        <w:spacing w:before="0" w:after="80" w:line="300" w:lineRule="auto"/>
        <w:jc w:val="left"/>
      </w:pPr>
      <w:r>
        <w:rPr>
          <w:rFonts w:ascii="Times New Roman" w:hAnsi="Times New Roman" w:eastAsia="宋体"/>
          <w:b w:val="0"/>
          <w:i w:val="0"/>
          <w:sz w:val="21"/>
        </w:rPr>
        <w:t>因此 Mike 的陈述是假话，也就是说蟾蜍不足两只。而 Chris 和 LeRoy 中已经恰好有一只蟾蜍，所以 Brian 只能是青蛙。于是四只中有一只蟾蜍和 3 只青蛙。</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Chris and LeRoy are of opposite species: if Chris is a toad, his statement makes LeRoy a frog; if Chris is a frog, his false statement makes LeRoy a toad. Thus exactly one of them is a toad.</w:t>
      </w:r>
    </w:p>
    <w:p>
      <w:pPr>
        <w:spacing w:before="0" w:after="80" w:line="300" w:lineRule="auto"/>
        <w:jc w:val="left"/>
      </w:pPr>
      <w:r>
        <w:rPr>
          <w:rFonts w:ascii="Times New Roman" w:hAnsi="Times New Roman" w:eastAsia="宋体"/>
          <w:b w:val="0"/>
          <w:i w:val="0"/>
          <w:color w:val="333333"/>
          <w:sz w:val="19"/>
        </w:rPr>
        <w:t>If Brian is a toad, his true statement makes Mike a frog. If Brian is a frog, his false statement says that he and Mike are the same species, again making Mike a frog. Therefore Mike is always a frog.</w:t>
      </w:r>
    </w:p>
    <w:p>
      <w:pPr>
        <w:spacing w:before="0" w:after="80" w:line="300" w:lineRule="auto"/>
        <w:jc w:val="left"/>
      </w:pPr>
      <w:r>
        <w:rPr>
          <w:rFonts w:ascii="Times New Roman" w:hAnsi="Times New Roman" w:eastAsia="宋体"/>
          <w:b w:val="0"/>
          <w:i w:val="0"/>
          <w:color w:val="333333"/>
          <w:sz w:val="19"/>
        </w:rPr>
        <w:t>Mike’s statement is therefore false, so there are fewer than two toads. Chris and LeRoy already supply exactly one toad, forcing Brian to be a frog. Hence there is one toad and 3 frogs.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当 k=0 时，x²+y²=0 的图像是单点 (0,0)，而 xy=0 是两条坐标轴，它们在原点相交。</w:t>
      </w:r>
    </w:p>
    <w:p>
      <w:pPr>
        <w:spacing w:before="0" w:after="80" w:line="300" w:lineRule="auto"/>
        <w:jc w:val="left"/>
      </w:pPr>
      <w:r>
        <w:rPr>
          <w:rFonts w:ascii="Times New Roman" w:hAnsi="Times New Roman" w:eastAsia="宋体"/>
          <w:b w:val="0"/>
          <w:i w:val="0"/>
          <w:sz w:val="21"/>
        </w:rPr>
        <w:t>当 k≠0 时，圆的半径为 |k|，双曲线 xy=k 离原点最近的两个顶点到原点距离为 √(2|k|)。两图像相交当且仅当 |k|≥√(2|k|)，即 |k|≥2。</w:t>
      </w:r>
    </w:p>
    <w:p>
      <w:pPr>
        <w:spacing w:before="0" w:after="80" w:line="300" w:lineRule="auto"/>
        <w:jc w:val="left"/>
      </w:pPr>
      <w:r>
        <w:rPr>
          <w:rFonts w:ascii="Times New Roman" w:hAnsi="Times New Roman" w:eastAsia="宋体"/>
          <w:b w:val="0"/>
          <w:i w:val="0"/>
          <w:sz w:val="21"/>
        </w:rPr>
        <w:t>所以只有 |k|=1 时两图像不相交，也就是 k=1 和 k=-1，共有 2 个值。</w:t>
      </w:r>
    </w:p>
    <w:p>
      <w:pPr>
        <w:spacing w:before="0" w:after="80" w:line="300" w:lineRule="auto"/>
        <w:jc w:val="left"/>
      </w:pPr>
      <w:r>
        <w:rPr>
          <w:rFonts w:ascii="Times New Roman" w:hAnsi="Times New Roman" w:eastAsia="宋体"/>
          <w:b w:val="0"/>
          <w:i w:val="0"/>
          <w:sz w:val="21"/>
        </w:rPr>
        <w:t>因此</w:t>
      </w:r>
      <w:r>
        <w:rPr>
          <w:rFonts w:ascii="Times New Roman" w:hAnsi="Times New Roman" w:eastAsia="宋体"/>
          <w:b/>
          <w:i w:val="0"/>
          <w:sz w:val="21"/>
        </w:rPr>
        <w:t>C</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k=0, the graph of x²+y²=0 is the single point (0,0) and xy=0 is the two axes, which meet at the origin, so the graphs intersect.</w:t>
      </w:r>
    </w:p>
    <w:p>
      <w:pPr>
        <w:spacing w:before="0" w:after="80" w:line="300" w:lineRule="auto"/>
        <w:jc w:val="left"/>
      </w:pPr>
      <w:r>
        <w:rPr>
          <w:rFonts w:ascii="Times New Roman" w:hAnsi="Times New Roman" w:eastAsia="宋体"/>
          <w:b w:val="0"/>
          <w:i w:val="0"/>
          <w:color w:val="333333"/>
          <w:sz w:val="19"/>
        </w:rPr>
        <w:t>For k≠0, the circle has radius |k|, and the hyperbola xy=k has its two vertices nearest the origin at distance √(2|k|). The graphs meet exactly when |k|≥√(2|k|), that is |k|≥2.</w:t>
      </w:r>
    </w:p>
    <w:p>
      <w:pPr>
        <w:spacing w:before="0" w:after="80" w:line="300" w:lineRule="auto"/>
        <w:jc w:val="left"/>
      </w:pPr>
      <w:r>
        <w:rPr>
          <w:rFonts w:ascii="Times New Roman" w:hAnsi="Times New Roman" w:eastAsia="宋体"/>
          <w:b w:val="0"/>
          <w:i w:val="0"/>
          <w:color w:val="333333"/>
          <w:sz w:val="19"/>
        </w:rPr>
        <w:t>So they fail to intersect only when |k|=1, namely k=1 and k=-1, giving 2 values.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由角平分线定理，</w:t>
      </w:r>
    </w:p>
    <w:p>
      <w:pPr>
        <w:spacing w:before="0" w:after="80" w:line="300" w:lineRule="auto"/>
        <w:jc w:val="left"/>
      </w:pPr>
      <w:r>
        <w:rPr>
          <w:rFonts w:ascii="Times New Roman" w:hAnsi="Times New Roman" w:eastAsia="宋体"/>
          <w:b w:val="0"/>
          <w:i w:val="0"/>
          <w:sz w:val="21"/>
        </w:rPr>
        <w:t>AB/3 = BC/8</w:t>
      </w:r>
    </w:p>
    <w:p>
      <w:pPr>
        <w:spacing w:before="0" w:after="80" w:line="300" w:lineRule="auto"/>
        <w:jc w:val="left"/>
      </w:pPr>
      <w:r>
        <w:rPr>
          <w:rFonts w:ascii="Times New Roman" w:hAnsi="Times New Roman" w:eastAsia="宋体"/>
          <w:b w:val="0"/>
          <w:i w:val="0"/>
          <w:sz w:val="21"/>
        </w:rPr>
        <w:t>AB = 3/8 BC。</w:t>
      </w:r>
    </w:p>
    <w:p>
      <w:pPr>
        <w:spacing w:before="0" w:after="80" w:line="300" w:lineRule="auto"/>
        <w:jc w:val="left"/>
      </w:pPr>
      <w:r>
        <w:rPr>
          <w:rFonts w:ascii="Times New Roman" w:hAnsi="Times New Roman" w:eastAsia="宋体"/>
          <w:b w:val="0"/>
          <w:i w:val="0"/>
          <w:sz w:val="21"/>
        </w:rPr>
        <w:t>为使 AB 和 BC 都是整数，BC 必须是 8 的倍数。</w:t>
      </w:r>
    </w:p>
    <w:p>
      <w:pPr>
        <w:spacing w:before="0" w:after="80" w:line="300" w:lineRule="auto"/>
        <w:jc w:val="left"/>
      </w:pPr>
      <w:r>
        <w:rPr>
          <w:rFonts w:ascii="Times New Roman" w:hAnsi="Times New Roman" w:eastAsia="宋体"/>
          <w:b w:val="0"/>
          <w:i w:val="0"/>
          <w:sz w:val="21"/>
        </w:rPr>
        <w:t>若为了最小化周长取 BC = 8、AB = 3，三角形会退化。</w:t>
      </w:r>
    </w:p>
    <w:p>
      <w:pPr>
        <w:spacing w:before="0" w:after="80" w:line="300" w:lineRule="auto"/>
        <w:jc w:val="left"/>
      </w:pPr>
      <w:r>
        <w:rPr>
          <w:rFonts w:ascii="Times New Roman" w:hAnsi="Times New Roman" w:eastAsia="宋体"/>
          <w:b w:val="0"/>
          <w:i w:val="0"/>
          <w:sz w:val="21"/>
        </w:rPr>
        <w:t>因此 BC 必须取 16，此时 AB = 6。又 AC = AD + DC = 11，周长为</w:t>
      </w:r>
    </w:p>
    <w:p>
      <w:pPr>
        <w:spacing w:before="0" w:after="80" w:line="300" w:lineRule="auto"/>
        <w:jc w:val="left"/>
      </w:pPr>
      <w:r>
        <w:rPr>
          <w:rFonts w:ascii="Times New Roman" w:hAnsi="Times New Roman" w:eastAsia="宋体"/>
          <w:b w:val="0"/>
          <w:i w:val="0"/>
          <w:sz w:val="21"/>
        </w:rPr>
        <w:t>16 + 6 + 11 = 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Angle Bisector Theorem, we have that</w:t>
      </w:r>
    </w:p>
    <w:p>
      <w:pPr>
        <w:spacing w:before="0" w:after="80" w:line="300" w:lineRule="auto"/>
        <w:jc w:val="left"/>
      </w:pPr>
      <w:r>
        <w:rPr>
          <w:rFonts w:ascii="Times New Roman" w:hAnsi="Times New Roman" w:eastAsia="宋体"/>
          <w:b w:val="0"/>
          <w:i w:val="0"/>
          <w:color w:val="333333"/>
          <w:sz w:val="19"/>
        </w:rPr>
        <w:t>AB/3 = BC/8</w:t>
      </w:r>
    </w:p>
    <w:p>
      <w:pPr>
        <w:spacing w:before="0" w:after="80" w:line="300" w:lineRule="auto"/>
        <w:jc w:val="left"/>
      </w:pPr>
      <w:r>
        <w:rPr>
          <w:rFonts w:ascii="Times New Roman" w:hAnsi="Times New Roman" w:eastAsia="宋体"/>
          <w:b w:val="0"/>
          <w:i w:val="0"/>
          <w:color w:val="333333"/>
          <w:sz w:val="19"/>
        </w:rPr>
        <w:t>AB = 3/8 BC.</w:t>
      </w:r>
    </w:p>
    <w:p>
      <w:pPr>
        <w:spacing w:before="0" w:after="80" w:line="300" w:lineRule="auto"/>
        <w:jc w:val="left"/>
      </w:pPr>
      <w:r>
        <w:rPr>
          <w:rFonts w:ascii="Times New Roman" w:hAnsi="Times New Roman" w:eastAsia="宋体"/>
          <w:b w:val="0"/>
          <w:i w:val="0"/>
          <w:color w:val="333333"/>
          <w:sz w:val="19"/>
        </w:rPr>
        <w:t>For AB and BC to be integers, we must have that BC is a multiple of 8.</w:t>
      </w:r>
    </w:p>
    <w:p>
      <w:pPr>
        <w:spacing w:before="0" w:after="80" w:line="300" w:lineRule="auto"/>
        <w:jc w:val="left"/>
      </w:pPr>
      <w:r>
        <w:rPr>
          <w:rFonts w:ascii="Times New Roman" w:hAnsi="Times New Roman" w:eastAsia="宋体"/>
          <w:b w:val="0"/>
          <w:i w:val="0"/>
          <w:color w:val="333333"/>
          <w:sz w:val="19"/>
        </w:rPr>
        <w:t>To minimize the perimeter, we can set BC = 8 and AB = 3. This, however, makes the triangle degenerate.</w:t>
      </w:r>
    </w:p>
    <w:p>
      <w:pPr>
        <w:spacing w:before="0" w:after="80" w:line="300" w:lineRule="auto"/>
        <w:jc w:val="left"/>
      </w:pPr>
      <w:r>
        <w:rPr>
          <w:rFonts w:ascii="Times New Roman" w:hAnsi="Times New Roman" w:eastAsia="宋体"/>
          <w:b w:val="0"/>
          <w:i w:val="0"/>
          <w:color w:val="333333"/>
          <w:sz w:val="19"/>
        </w:rPr>
        <w:t>BC must then be 16 and AB = 6. Since AC = AD + DC = 11, the perimeter is</w:t>
      </w:r>
    </w:p>
    <w:p>
      <w:pPr>
        <w:spacing w:before="0" w:after="80" w:line="300" w:lineRule="auto"/>
        <w:jc w:val="left"/>
      </w:pPr>
      <w:r>
        <w:rPr>
          <w:rFonts w:ascii="Times New Roman" w:hAnsi="Times New Roman" w:eastAsia="宋体"/>
          <w:b w:val="0"/>
          <w:i w:val="0"/>
          <w:color w:val="333333"/>
          <w:sz w:val="19"/>
        </w:rPr>
        <w:t>16 + 6 + 11 = 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设正面朝上的概率为 p。抛掷四次恰好出现两次正面和两次反面的概率为</w:t>
      </w:r>
    </w:p>
    <w:p>
      <w:pPr>
        <w:spacing w:before="0" w:after="80" w:line="300" w:lineRule="auto"/>
        <w:jc w:val="left"/>
      </w:pPr>
      <w:r>
        <w:rPr>
          <w:rFonts w:ascii="Times New Roman" w:hAnsi="Times New Roman" w:eastAsia="宋体"/>
          <w:b w:val="0"/>
          <w:i w:val="0"/>
          <w:sz w:val="21"/>
        </w:rPr>
        <w:t>C(4, 2)p²(1-p)² = 6p²(1-p)²</w:t>
      </w:r>
    </w:p>
    <w:p>
      <w:pPr>
        <w:spacing w:before="0" w:after="80" w:line="300" w:lineRule="auto"/>
        <w:jc w:val="left"/>
      </w:pPr>
      <w:r>
        <w:rPr>
          <w:rFonts w:ascii="Times New Roman" w:hAnsi="Times New Roman" w:eastAsia="宋体"/>
          <w:b w:val="0"/>
          <w:i w:val="0"/>
          <w:sz w:val="21"/>
        </w:rPr>
        <w:t>= 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p²(1-p)²=1/36，所以 p(1-p)=1/6。</w:t>
      </w:r>
    </w:p>
    <w:p>
      <w:pPr>
        <w:spacing w:before="0" w:after="80" w:line="300" w:lineRule="auto"/>
        <w:jc w:val="left"/>
      </w:pPr>
      <w:r>
        <w:rPr>
          <w:rFonts w:ascii="Times New Roman" w:hAnsi="Times New Roman" w:eastAsia="宋体"/>
          <w:b w:val="0"/>
          <w:i w:val="0"/>
          <w:sz w:val="21"/>
        </w:rPr>
        <w:t>这给出 6p²-6p+1=0，故 p=(3±√(3))/6。由于 p&lt;1/2，取 p=(3-√(3))/6。</w:t>
      </w:r>
    </w:p>
    <w:p>
      <w:pPr>
        <w:spacing w:before="0" w:after="80" w:line="300" w:lineRule="auto"/>
        <w:jc w:val="left"/>
      </w:pPr>
      <w:r>
        <w:rPr>
          <w:rFonts w:ascii="Times New Roman" w:hAnsi="Times New Roman" w:eastAsia="宋体"/>
          <w:b w:val="0"/>
          <w:i w:val="0"/>
          <w:sz w:val="21"/>
        </w:rPr>
        <w:t>因此</w:t>
      </w:r>
      <w:r>
        <w:rPr>
          <w:rFonts w:ascii="Times New Roman" w:hAnsi="Times New Roman" w:eastAsia="宋体"/>
          <w:b/>
          <w:i w:val="0"/>
          <w:sz w:val="21"/>
        </w:rPr>
        <w:t>D</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probability of heads. The chance of two heads and two tails in four flips is</w:t>
      </w:r>
    </w:p>
    <w:p>
      <w:pPr>
        <w:spacing w:before="0" w:after="80" w:line="300" w:lineRule="auto"/>
        <w:jc w:val="left"/>
      </w:pPr>
      <w:r>
        <w:rPr>
          <w:rFonts w:ascii="Times New Roman" w:hAnsi="Times New Roman" w:eastAsia="宋体"/>
          <w:b w:val="0"/>
          <w:i w:val="0"/>
          <w:color w:val="333333"/>
          <w:sz w:val="19"/>
        </w:rPr>
        <w:t>C(4, 2)p²(1-p)² = 6p²(1-p)²</w:t>
      </w:r>
    </w:p>
    <w:p>
      <w:pPr>
        <w:spacing w:before="0" w:after="80" w:line="300" w:lineRule="auto"/>
        <w:jc w:val="left"/>
      </w:pPr>
      <w:r>
        <w:rPr>
          <w:rFonts w:ascii="Times New Roman" w:hAnsi="Times New Roman" w:eastAsia="宋体"/>
          <w:b w:val="0"/>
          <w:i w:val="0"/>
          <w:color w:val="333333"/>
          <w:sz w:val="19"/>
        </w:rPr>
        <w:t>= 1/6.</w:t>
      </w:r>
    </w:p>
    <w:p>
      <w:pPr>
        <w:spacing w:before="0" w:after="80" w:line="300" w:lineRule="auto"/>
        <w:jc w:val="left"/>
      </w:pPr>
      <w:r>
        <w:rPr>
          <w:rFonts w:ascii="Times New Roman" w:hAnsi="Times New Roman" w:eastAsia="宋体"/>
          <w:b w:val="0"/>
          <w:i w:val="0"/>
          <w:color w:val="333333"/>
          <w:sz w:val="19"/>
        </w:rPr>
        <w:t>Thus p²(1-p)²=1/36, so p(1-p)=1/6.</w:t>
      </w:r>
    </w:p>
    <w:p>
      <w:pPr>
        <w:spacing w:before="0" w:after="80" w:line="300" w:lineRule="auto"/>
        <w:jc w:val="left"/>
      </w:pPr>
      <w:r>
        <w:rPr>
          <w:rFonts w:ascii="Times New Roman" w:hAnsi="Times New Roman" w:eastAsia="宋体"/>
          <w:b w:val="0"/>
          <w:i w:val="0"/>
          <w:color w:val="333333"/>
          <w:sz w:val="19"/>
        </w:rPr>
        <w:t>This gives 6p²-6p+1=0, so p=(3±√(3))/6. Since p&lt;1/2, we take p=(3-√(3))/6.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分两种情况：Bernardo 选到 9，或者没有选到。</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Bernardo 选到 9。</w:t>
      </w:r>
    </w:p>
    <w:p>
      <w:pPr>
        <w:spacing w:before="0" w:after="80" w:line="300" w:lineRule="auto"/>
        <w:jc w:val="left"/>
      </w:pPr>
      <w:r>
        <w:rPr>
          <w:rFonts w:ascii="Times New Roman" w:hAnsi="Times New Roman" w:eastAsia="宋体"/>
          <w:b w:val="0"/>
          <w:i w:val="0"/>
          <w:sz w:val="21"/>
        </w:rPr>
        <w:t>固定一个数后，另外两个数有 C(8, 2) = 28 种选法。</w:t>
      </w:r>
    </w:p>
    <w:p>
      <w:pPr>
        <w:spacing w:before="0" w:after="80" w:line="300" w:lineRule="auto"/>
        <w:jc w:val="left"/>
      </w:pPr>
      <w:r>
        <w:rPr>
          <w:rFonts w:ascii="Times New Roman" w:hAnsi="Times New Roman" w:eastAsia="宋体"/>
          <w:b w:val="0"/>
          <w:i w:val="0"/>
          <w:sz w:val="21"/>
        </w:rPr>
        <w:t>总选法为 C(9, 3) = 84，所以此情况的概率是</w:t>
      </w:r>
    </w:p>
    <w:p>
      <w:pPr>
        <w:spacing w:before="0" w:after="80" w:line="300" w:lineRule="auto"/>
        <w:jc w:val="left"/>
      </w:pPr>
      <w:r>
        <w:rPr>
          <w:rFonts w:ascii="Times New Roman" w:hAnsi="Times New Roman" w:eastAsia="宋体"/>
          <w:b w:val="0"/>
          <w:i w:val="0"/>
          <w:sz w:val="21"/>
        </w:rPr>
        <w:t>28/84 = 1/3。</w:t>
      </w:r>
    </w:p>
    <w:p>
      <w:pPr>
        <w:spacing w:before="0" w:after="80" w:line="300" w:lineRule="auto"/>
        <w:jc w:val="left"/>
      </w:pPr>
      <w:r>
        <w:rPr>
          <w:rFonts w:ascii="Times New Roman" w:hAnsi="Times New Roman" w:eastAsia="宋体"/>
          <w:b w:val="0"/>
          <w:i w:val="0"/>
          <w:sz w:val="21"/>
        </w:rPr>
        <w:t>注意，如果 Bernardo 选到 9，他一定比 Silvia 的数大。</w:t>
      </w:r>
    </w:p>
    <w:p>
      <w:pPr>
        <w:spacing w:before="0" w:after="80" w:line="300" w:lineRule="auto"/>
        <w:jc w:val="left"/>
      </w:pPr>
      <w:r>
        <w:rPr>
          <w:rFonts w:ascii="Times New Roman" w:hAnsi="Times New Roman" w:eastAsia="宋体"/>
          <w:b w:val="0"/>
          <w:i w:val="0"/>
          <w:sz w:val="21"/>
        </w:rPr>
        <w:t>因此本情况中 Bernardo 一定获胜。</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Bernardo 没有选到 9。</w:t>
      </w:r>
    </w:p>
    <w:p>
      <w:pPr>
        <w:spacing w:before="0" w:after="80" w:line="300" w:lineRule="auto"/>
        <w:jc w:val="left"/>
      </w:pPr>
      <w:r>
        <w:rPr>
          <w:rFonts w:ascii="Times New Roman" w:hAnsi="Times New Roman" w:eastAsia="宋体"/>
          <w:b w:val="0"/>
          <w:i w:val="0"/>
          <w:sz w:val="21"/>
        </w:rPr>
        <w:t>这种情况发生的概率为 1 - 1/3 = 2/3。此时两人从同一组数字中选择，获胜机会对称。</w:t>
      </w:r>
    </w:p>
    <w:p>
      <w:pPr>
        <w:spacing w:before="0" w:after="80" w:line="300" w:lineRule="auto"/>
        <w:jc w:val="left"/>
      </w:pPr>
      <w:r>
        <w:rPr>
          <w:rFonts w:ascii="Times New Roman" w:hAnsi="Times New Roman" w:eastAsia="宋体"/>
          <w:b w:val="0"/>
          <w:i w:val="0"/>
          <w:sz w:val="21"/>
        </w:rPr>
        <w:t>我们还需要求出两人选到相同数字的概率。Silvia 与 Bernardo 选到同一组数字的概率为</w:t>
      </w:r>
    </w:p>
    <w:p>
      <w:pPr>
        <w:spacing w:before="0" w:after="80" w:line="300" w:lineRule="auto"/>
        <w:jc w:val="left"/>
      </w:pPr>
      <w:r>
        <w:rPr>
          <w:rFonts w:ascii="Times New Roman" w:hAnsi="Times New Roman" w:eastAsia="宋体"/>
          <w:b w:val="0"/>
          <w:i w:val="0"/>
          <w:sz w:val="21"/>
        </w:rPr>
        <w:t>1/(C(8, 3)) = 1/56</w:t>
      </w:r>
    </w:p>
    <w:p>
      <w:pPr>
        <w:spacing w:before="0" w:after="80" w:line="300" w:lineRule="auto"/>
        <w:jc w:val="left"/>
      </w:pPr>
      <w:r>
        <w:rPr>
          <w:rFonts w:ascii="Times New Roman" w:hAnsi="Times New Roman" w:eastAsia="宋体"/>
          <w:b w:val="0"/>
          <w:i w:val="0"/>
          <w:sz w:val="21"/>
        </w:rPr>
        <w:t>于是此时 Bernardo 的数更大的概率为</w:t>
      </w:r>
    </w:p>
    <w:p>
      <w:pPr>
        <w:spacing w:before="0" w:after="80" w:line="300" w:lineRule="auto"/>
        <w:jc w:val="left"/>
      </w:pPr>
      <w:r>
        <w:rPr>
          <w:rFonts w:ascii="Times New Roman" w:hAnsi="Times New Roman" w:eastAsia="宋体"/>
          <w:b w:val="0"/>
          <w:i w:val="0"/>
          <w:sz w:val="21"/>
        </w:rPr>
        <w:t>(1 - 1/56)/2 = 55/112。</w:t>
      </w:r>
    </w:p>
    <w:p>
      <w:pPr>
        <w:spacing w:before="0" w:after="80" w:line="300" w:lineRule="auto"/>
        <w:jc w:val="left"/>
      </w:pPr>
      <w:r>
        <w:rPr>
          <w:rFonts w:ascii="Times New Roman" w:hAnsi="Times New Roman" w:eastAsia="宋体"/>
          <w:b w:val="0"/>
          <w:i w:val="0"/>
          <w:sz w:val="21"/>
        </w:rPr>
        <w:t>因此 Bernardo 得到较大数的总概率为</w:t>
      </w:r>
    </w:p>
    <w:p>
      <w:pPr>
        <w:spacing w:before="0" w:after="80" w:line="300" w:lineRule="auto"/>
        <w:jc w:val="left"/>
      </w:pPr>
      <w:r>
        <w:rPr>
          <w:rFonts w:ascii="Times New Roman" w:hAnsi="Times New Roman" w:eastAsia="宋体"/>
          <w:b w:val="0"/>
          <w:i w:val="0"/>
          <w:sz w:val="21"/>
        </w:rPr>
        <w:t>1/3 + 2/3 · 55/112 = 37/56。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cases: Bernardo picks a 9 or he doesn’t.</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Bernardo picks a 9</w:t>
      </w:r>
    </w:p>
    <w:p>
      <w:pPr>
        <w:spacing w:before="0" w:after="80" w:line="300" w:lineRule="auto"/>
        <w:jc w:val="left"/>
      </w:pPr>
      <w:r>
        <w:rPr>
          <w:rFonts w:ascii="Times New Roman" w:hAnsi="Times New Roman" w:eastAsia="宋体"/>
          <w:b w:val="0"/>
          <w:i w:val="0"/>
          <w:color w:val="333333"/>
          <w:sz w:val="19"/>
        </w:rPr>
        <w:t>Since a number is fixed, there are C(8, 2) = 28 ways to choose the other two numbers.</w:t>
      </w:r>
    </w:p>
    <w:p>
      <w:pPr>
        <w:spacing w:before="0" w:after="80" w:line="300" w:lineRule="auto"/>
        <w:jc w:val="left"/>
      </w:pPr>
      <w:r>
        <w:rPr>
          <w:rFonts w:ascii="Times New Roman" w:hAnsi="Times New Roman" w:eastAsia="宋体"/>
          <w:b w:val="0"/>
          <w:i w:val="0"/>
          <w:color w:val="333333"/>
          <w:sz w:val="19"/>
        </w:rPr>
        <w:t>There are a total of C(9, 3) = 84 ways to pick all three numbers. The probability is then</w:t>
      </w:r>
    </w:p>
    <w:p>
      <w:pPr>
        <w:spacing w:before="0" w:after="80" w:line="300" w:lineRule="auto"/>
        <w:jc w:val="left"/>
      </w:pPr>
      <w:r>
        <w:rPr>
          <w:rFonts w:ascii="Times New Roman" w:hAnsi="Times New Roman" w:eastAsia="宋体"/>
          <w:b w:val="0"/>
          <w:i w:val="0"/>
          <w:color w:val="333333"/>
          <w:sz w:val="19"/>
        </w:rPr>
        <w:t>28/84 = 1/3.</w:t>
      </w:r>
    </w:p>
    <w:p>
      <w:pPr>
        <w:spacing w:before="0" w:after="80" w:line="300" w:lineRule="auto"/>
        <w:jc w:val="left"/>
      </w:pPr>
      <w:r>
        <w:rPr>
          <w:rFonts w:ascii="Times New Roman" w:hAnsi="Times New Roman" w:eastAsia="宋体"/>
          <w:b w:val="0"/>
          <w:i w:val="0"/>
          <w:color w:val="333333"/>
          <w:sz w:val="19"/>
        </w:rPr>
        <w:t>Note that if Bernardo picks a 9, he automatically has a greater number than Silvia.</w:t>
      </w:r>
    </w:p>
    <w:p>
      <w:pPr>
        <w:spacing w:before="0" w:after="80" w:line="300" w:lineRule="auto"/>
        <w:jc w:val="left"/>
      </w:pPr>
      <w:r>
        <w:rPr>
          <w:rFonts w:ascii="Times New Roman" w:hAnsi="Times New Roman" w:eastAsia="宋体"/>
          <w:b w:val="0"/>
          <w:i w:val="0"/>
          <w:color w:val="333333"/>
          <w:sz w:val="19"/>
        </w:rPr>
        <w:t>This means that Bernardo always wins in this case.</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Bernardo doesn’t pick a 9</w:t>
      </w:r>
    </w:p>
    <w:p>
      <w:pPr>
        <w:spacing w:before="0" w:after="80" w:line="300" w:lineRule="auto"/>
        <w:jc w:val="left"/>
      </w:pPr>
      <w:r>
        <w:rPr>
          <w:rFonts w:ascii="Times New Roman" w:hAnsi="Times New Roman" w:eastAsia="宋体"/>
          <w:b w:val="0"/>
          <w:i w:val="0"/>
          <w:color w:val="333333"/>
          <w:sz w:val="19"/>
        </w:rPr>
        <w:t>There is a 1 - 1/3 = 2/3 chance of this happening. Since both people are choosing from the same numbers, they have an equal chance of winning.</w:t>
      </w:r>
    </w:p>
    <w:p>
      <w:pPr>
        <w:spacing w:before="0" w:after="80" w:line="300" w:lineRule="auto"/>
        <w:jc w:val="left"/>
      </w:pPr>
      <w:r>
        <w:rPr>
          <w:rFonts w:ascii="Times New Roman" w:hAnsi="Times New Roman" w:eastAsia="宋体"/>
          <w:b w:val="0"/>
          <w:i w:val="0"/>
          <w:color w:val="333333"/>
          <w:sz w:val="19"/>
        </w:rPr>
        <w:t>We still need to find the probability that the numbers are the same. There is a</w:t>
      </w:r>
    </w:p>
    <w:p>
      <w:pPr>
        <w:spacing w:before="0" w:after="80" w:line="300" w:lineRule="auto"/>
        <w:jc w:val="left"/>
      </w:pPr>
      <w:r>
        <w:rPr>
          <w:rFonts w:ascii="Times New Roman" w:hAnsi="Times New Roman" w:eastAsia="宋体"/>
          <w:b w:val="0"/>
          <w:i w:val="0"/>
          <w:color w:val="333333"/>
          <w:sz w:val="19"/>
        </w:rPr>
        <w:t>1/(C(8, 3)) = 1/56</w:t>
      </w:r>
    </w:p>
    <w:p>
      <w:pPr>
        <w:spacing w:before="0" w:after="80" w:line="300" w:lineRule="auto"/>
        <w:jc w:val="left"/>
      </w:pPr>
      <w:r>
        <w:rPr>
          <w:rFonts w:ascii="Times New Roman" w:hAnsi="Times New Roman" w:eastAsia="宋体"/>
          <w:b w:val="0"/>
          <w:i w:val="0"/>
          <w:color w:val="333333"/>
          <w:sz w:val="19"/>
        </w:rPr>
        <w:t>chance that Silvia chooses the same numbers as Bernardo. The probability that Bernardo gets a higher number is then</w:t>
      </w:r>
    </w:p>
    <w:p>
      <w:pPr>
        <w:spacing w:before="0" w:after="80" w:line="300" w:lineRule="auto"/>
        <w:jc w:val="left"/>
      </w:pPr>
      <w:r>
        <w:rPr>
          <w:rFonts w:ascii="Times New Roman" w:hAnsi="Times New Roman" w:eastAsia="宋体"/>
          <w:b w:val="0"/>
          <w:i w:val="0"/>
          <w:color w:val="333333"/>
          <w:sz w:val="19"/>
        </w:rPr>
        <w:t>(1 - 1/56)/2 = 55/112.</w:t>
      </w:r>
    </w:p>
    <w:p>
      <w:pPr>
        <w:spacing w:before="0" w:after="80" w:line="300" w:lineRule="auto"/>
        <w:jc w:val="left"/>
      </w:pPr>
      <w:r>
        <w:rPr>
          <w:rFonts w:ascii="Times New Roman" w:hAnsi="Times New Roman" w:eastAsia="宋体"/>
          <w:b w:val="0"/>
          <w:i w:val="0"/>
          <w:color w:val="333333"/>
          <w:sz w:val="19"/>
        </w:rPr>
        <w:t>The total probability of Bernardo getting a higher number is then</w:t>
      </w:r>
    </w:p>
    <w:p>
      <w:pPr>
        <w:spacing w:before="0" w:after="80" w:line="300" w:lineRule="auto"/>
        <w:jc w:val="left"/>
      </w:pPr>
      <w:r>
        <w:rPr>
          <w:rFonts w:ascii="Times New Roman" w:hAnsi="Times New Roman" w:eastAsia="宋体"/>
          <w:b w:val="0"/>
          <w:i w:val="0"/>
          <w:color w:val="333333"/>
          <w:sz w:val="19"/>
        </w:rPr>
        <w:t>1/3 + 2/3 · 55/112 = 37/56.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注意 △ ACE 是等边三角形。在 △ ABC 中用余弦定理，得 AC²=r²+1²-2rcos120° =r²+r+1。</w:t>
      </w:r>
    </w:p>
    <w:p>
      <w:pPr>
        <w:spacing w:before="0" w:after="80" w:line="300" w:lineRule="auto"/>
        <w:jc w:val="left"/>
      </w:pPr>
      <w:r>
        <w:rPr>
          <w:rFonts w:ascii="Times New Roman" w:hAnsi="Times New Roman" w:eastAsia="宋体"/>
          <w:b w:val="0"/>
          <w:i w:val="0"/>
          <w:sz w:val="21"/>
        </w:rPr>
        <w:t>因此 △ ACE 的面积为</w:t>
      </w:r>
    </w:p>
    <w:p>
      <w:pPr>
        <w:spacing w:before="0" w:after="80" w:line="300" w:lineRule="auto"/>
        <w:jc w:val="left"/>
      </w:pPr>
      <w:r>
        <w:rPr>
          <w:rFonts w:ascii="Times New Roman" w:hAnsi="Times New Roman" w:eastAsia="宋体"/>
          <w:b w:val="0"/>
          <w:i w:val="0"/>
          <w:sz w:val="21"/>
        </w:rPr>
        <w:t>(√(3))/4 (r² + r + 1)。</w:t>
      </w:r>
    </w:p>
    <w:p>
      <w:pPr>
        <w:spacing w:before="0" w:after="80" w:line="300" w:lineRule="auto"/>
        <w:jc w:val="left"/>
      </w:pPr>
      <w:r>
        <w:rPr>
          <w:rFonts w:ascii="Times New Roman" w:hAnsi="Times New Roman" w:eastAsia="宋体"/>
          <w:b w:val="0"/>
          <w:i w:val="0"/>
          <w:sz w:val="21"/>
        </w:rPr>
        <w:t>三个角上的三角形 △ ABC、△ CDE 和 △ EFA 各自面积为 1/2·1· r·sin120°=(r√(3))/4。</w:t>
      </w:r>
    </w:p>
    <w:p>
      <w:pPr>
        <w:spacing w:before="0" w:after="80" w:line="300" w:lineRule="auto"/>
        <w:jc w:val="left"/>
      </w:pPr>
      <w:r>
        <w:rPr>
          <w:rFonts w:ascii="Times New Roman" w:hAnsi="Times New Roman" w:eastAsia="宋体"/>
          <w:b w:val="0"/>
          <w:i w:val="0"/>
          <w:sz w:val="21"/>
        </w:rPr>
        <w:t>所以六边形面积为 (√(3))/4(r²+r+1) +3·(r√(3))/4 =(√(3))/4(r²+4r+1)。</w:t>
      </w:r>
    </w:p>
    <w:p>
      <w:pPr>
        <w:spacing w:before="0" w:after="80" w:line="300" w:lineRule="auto"/>
        <w:jc w:val="left"/>
      </w:pPr>
      <w:r>
        <w:rPr>
          <w:rFonts w:ascii="Times New Roman" w:hAnsi="Times New Roman" w:eastAsia="宋体"/>
          <w:b w:val="0"/>
          <w:i w:val="0"/>
          <w:sz w:val="21"/>
        </w:rPr>
        <w:t>条件 [ACE]=70%·[ABCDEF] 给出</w:t>
      </w:r>
    </w:p>
    <w:p>
      <w:pPr>
        <w:spacing w:before="0" w:after="80" w:line="300" w:lineRule="auto"/>
        <w:jc w:val="left"/>
      </w:pPr>
      <w:r>
        <w:rPr>
          <w:rFonts w:ascii="Times New Roman" w:hAnsi="Times New Roman" w:eastAsia="宋体"/>
          <w:b w:val="0"/>
          <w:i w:val="0"/>
          <w:sz w:val="21"/>
        </w:rPr>
        <w:t>r²+r+1=7/10(r²+4r+1)，</w:t>
      </w:r>
    </w:p>
    <w:p>
      <w:pPr>
        <w:spacing w:before="0" w:after="80" w:line="300" w:lineRule="auto"/>
        <w:jc w:val="left"/>
      </w:pPr>
      <w:r>
        <w:rPr>
          <w:rFonts w:ascii="Times New Roman" w:hAnsi="Times New Roman" w:eastAsia="宋体"/>
          <w:b w:val="0"/>
          <w:i w:val="0"/>
          <w:sz w:val="21"/>
        </w:rPr>
        <w:t>所以 r²-6r+1=0。</w:t>
      </w:r>
    </w:p>
    <w:p>
      <w:pPr>
        <w:spacing w:before="0" w:after="80" w:line="300" w:lineRule="auto"/>
        <w:jc w:val="left"/>
      </w:pPr>
      <w:r>
        <w:rPr>
          <w:rFonts w:ascii="Times New Roman" w:hAnsi="Times New Roman" w:eastAsia="宋体"/>
          <w:b w:val="0"/>
          <w:i w:val="0"/>
          <w:sz w:val="21"/>
        </w:rPr>
        <w:t>由韦达定理，r 的所有可能值之和为 6。</w:t>
      </w:r>
    </w:p>
    <w:p>
      <w:pPr>
        <w:spacing w:before="0" w:after="80" w:line="300" w:lineRule="auto"/>
        <w:jc w:val="left"/>
      </w:pPr>
      <w:r>
        <w:rPr>
          <w:rFonts w:ascii="Times New Roman" w:hAnsi="Times New Roman" w:eastAsia="宋体"/>
          <w:b w:val="0"/>
          <w:i w:val="0"/>
          <w:sz w:val="21"/>
        </w:rPr>
        <w:t>因此</w:t>
      </w:r>
      <w:r>
        <w:rPr>
          <w:rFonts w:ascii="Times New Roman" w:hAnsi="Times New Roman" w:eastAsia="宋体"/>
          <w:b/>
          <w:i w:val="0"/>
          <w:sz w:val="21"/>
        </w:rPr>
        <w:t>E</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 ACE is equilateral. Using the Law of Cosines in △ ABC, we get AC²=r²+1²-2rcos120° =r²+r+1.</w:t>
      </w:r>
    </w:p>
    <w:p>
      <w:pPr>
        <w:spacing w:before="0" w:after="80" w:line="300" w:lineRule="auto"/>
        <w:jc w:val="left"/>
      </w:pPr>
      <w:r>
        <w:rPr>
          <w:rFonts w:ascii="Times New Roman" w:hAnsi="Times New Roman" w:eastAsia="宋体"/>
          <w:b w:val="0"/>
          <w:i w:val="0"/>
          <w:color w:val="333333"/>
          <w:sz w:val="19"/>
        </w:rPr>
        <w:t>The area of △ ACE is then</w:t>
      </w:r>
    </w:p>
    <w:p>
      <w:pPr>
        <w:spacing w:before="0" w:after="80" w:line="300" w:lineRule="auto"/>
        <w:jc w:val="left"/>
      </w:pPr>
      <w:r>
        <w:rPr>
          <w:rFonts w:ascii="Times New Roman" w:hAnsi="Times New Roman" w:eastAsia="宋体"/>
          <w:b w:val="0"/>
          <w:i w:val="0"/>
          <w:color w:val="333333"/>
          <w:sz w:val="19"/>
        </w:rPr>
        <w:t>(√(3))/4 (r² + r + 1).</w:t>
      </w:r>
    </w:p>
    <w:p>
      <w:pPr>
        <w:spacing w:before="0" w:after="80" w:line="300" w:lineRule="auto"/>
        <w:jc w:val="left"/>
      </w:pPr>
      <w:r>
        <w:rPr>
          <w:rFonts w:ascii="Times New Roman" w:hAnsi="Times New Roman" w:eastAsia="宋体"/>
          <w:b w:val="0"/>
          <w:i w:val="0"/>
          <w:color w:val="333333"/>
          <w:sz w:val="19"/>
        </w:rPr>
        <w:t>The three corner triangles △ ABC, △ CDE, and △ EFA each have area 1/2·1· r·sin120°=(r√(3))/4.</w:t>
      </w:r>
    </w:p>
    <w:p>
      <w:pPr>
        <w:spacing w:before="0" w:after="80" w:line="300" w:lineRule="auto"/>
        <w:jc w:val="left"/>
      </w:pPr>
      <w:r>
        <w:rPr>
          <w:rFonts w:ascii="Times New Roman" w:hAnsi="Times New Roman" w:eastAsia="宋体"/>
          <w:b w:val="0"/>
          <w:i w:val="0"/>
          <w:color w:val="333333"/>
          <w:sz w:val="19"/>
        </w:rPr>
        <w:t>Thus the hexagon has area (√(3))/4(r²+r+1) +3·(r√(3))/4 =(√(3))/4(r²+4r+1).</w:t>
      </w:r>
    </w:p>
    <w:p>
      <w:pPr>
        <w:spacing w:before="0" w:after="80" w:line="300" w:lineRule="auto"/>
        <w:jc w:val="left"/>
      </w:pPr>
      <w:r>
        <w:rPr>
          <w:rFonts w:ascii="Times New Roman" w:hAnsi="Times New Roman" w:eastAsia="宋体"/>
          <w:b w:val="0"/>
          <w:i w:val="0"/>
          <w:color w:val="333333"/>
          <w:sz w:val="19"/>
        </w:rPr>
        <w:t>The condition [ACE]=70%·[ABCDEF] gives</w:t>
      </w:r>
    </w:p>
    <w:p>
      <w:pPr>
        <w:spacing w:before="0" w:after="80" w:line="300" w:lineRule="auto"/>
        <w:jc w:val="left"/>
      </w:pPr>
      <w:r>
        <w:rPr>
          <w:rFonts w:ascii="Times New Roman" w:hAnsi="Times New Roman" w:eastAsia="宋体"/>
          <w:b w:val="0"/>
          <w:i w:val="0"/>
          <w:color w:val="333333"/>
          <w:sz w:val="19"/>
        </w:rPr>
        <w:t>r²+r+1=7/10(r²+4r+1),</w:t>
      </w:r>
    </w:p>
    <w:p>
      <w:pPr>
        <w:spacing w:before="0" w:after="80" w:line="300" w:lineRule="auto"/>
        <w:jc w:val="left"/>
      </w:pPr>
      <w:r>
        <w:rPr>
          <w:rFonts w:ascii="Times New Roman" w:hAnsi="Times New Roman" w:eastAsia="宋体"/>
          <w:b w:val="0"/>
          <w:i w:val="0"/>
          <w:color w:val="333333"/>
          <w:sz w:val="19"/>
        </w:rPr>
        <w:t>so r²-6r+1=0.</w:t>
      </w:r>
    </w:p>
    <w:p>
      <w:pPr>
        <w:spacing w:before="0" w:after="80" w:line="300" w:lineRule="auto"/>
        <w:jc w:val="left"/>
      </w:pPr>
      <w:r>
        <w:rPr>
          <w:rFonts w:ascii="Times New Roman" w:hAnsi="Times New Roman" w:eastAsia="宋体"/>
          <w:b w:val="0"/>
          <w:i w:val="0"/>
          <w:color w:val="333333"/>
          <w:sz w:val="19"/>
        </w:rPr>
        <w:t>By Vieta’s formulas, the sum of the possible values of r is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每一步都使 x+y 增加 1，而坐标和从 -8 变到 8，所以每条路径恰好经过一个满足 x+y=0 的格点。</w:t>
      </w:r>
    </w:p>
    <w:p>
      <w:pPr>
        <w:spacing w:before="0" w:after="80" w:line="300" w:lineRule="auto"/>
        <w:jc w:val="left"/>
      </w:pPr>
      <w:r>
        <w:rPr>
          <w:rFonts w:ascii="Times New Roman" w:hAnsi="Times New Roman" w:eastAsia="宋体"/>
          <w:b w:val="0"/>
          <w:i w:val="0"/>
          <w:sz w:val="21"/>
        </w:rPr>
        <w:t>为了不进入开正方形内部，该点 (t,-t) 必须满足 |t|≥2，所以它是 (±2,∓2),(±3,∓3),(±4,∓4) 之一。</w:t>
      </w:r>
    </w:p>
    <w:p>
      <w:pPr>
        <w:spacing w:before="0" w:after="80" w:line="300" w:lineRule="auto"/>
        <w:jc w:val="left"/>
      </w:pPr>
      <w:r>
        <w:rPr>
          <w:rFonts w:ascii="Times New Roman" w:hAnsi="Times New Roman" w:eastAsia="宋体"/>
          <w:b w:val="0"/>
          <w:i w:val="0"/>
          <w:sz w:val="21"/>
        </w:rPr>
        <w:t>由对称性，只考虑三点 (-4,4),(-3,3),(-2,2)，然后将结果加倍。从 (-4,-4) 到 (-(4-j),4-j) 的路径数为 C(8, j)，继续到 (4,4) 的路径数也是 C(8, j)。</w:t>
      </w:r>
    </w:p>
    <w:p>
      <w:pPr>
        <w:spacing w:before="0" w:after="80" w:line="300" w:lineRule="auto"/>
        <w:jc w:val="left"/>
      </w:pPr>
      <w:r>
        <w:rPr>
          <w:rFonts w:ascii="Times New Roman" w:hAnsi="Times New Roman" w:eastAsia="宋体"/>
          <w:b w:val="0"/>
          <w:i w:val="0"/>
          <w:sz w:val="21"/>
        </w:rPr>
        <w:t>因此总数为</w:t>
      </w:r>
    </w:p>
    <w:p>
      <w:pPr>
        <w:spacing w:before="0" w:after="80" w:line="300" w:lineRule="auto"/>
        <w:jc w:val="left"/>
      </w:pPr>
      <w:r>
        <w:rPr>
          <w:rFonts w:ascii="Times New Roman" w:hAnsi="Times New Roman" w:eastAsia="宋体"/>
          <w:b w:val="0"/>
          <w:i w:val="0"/>
          <w:sz w:val="21"/>
        </w:rPr>
        <w:t>2(C(8, 0)²+C(8, 1)²+C(8, 2)²)</w:t>
      </w:r>
    </w:p>
    <w:p>
      <w:pPr>
        <w:spacing w:before="0" w:after="80" w:line="300" w:lineRule="auto"/>
        <w:jc w:val="left"/>
      </w:pPr>
      <w:r>
        <w:rPr>
          <w:rFonts w:ascii="Times New Roman" w:hAnsi="Times New Roman" w:eastAsia="宋体"/>
          <w:b w:val="0"/>
          <w:i w:val="0"/>
          <w:sz w:val="21"/>
        </w:rPr>
        <w:t>=2(1+64+784)</w:t>
      </w:r>
    </w:p>
    <w:p>
      <w:pPr>
        <w:spacing w:before="0" w:after="80" w:line="300" w:lineRule="auto"/>
        <w:jc w:val="left"/>
      </w:pPr>
      <w:r>
        <w:rPr>
          <w:rFonts w:ascii="Times New Roman" w:hAnsi="Times New Roman" w:eastAsia="宋体"/>
          <w:b w:val="0"/>
          <w:i w:val="0"/>
          <w:sz w:val="21"/>
        </w:rPr>
        <w:t>=1698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step increases x+y by 1, which runs from -8 to 8, so each path passes through exactly one lattice point with x+y=0.</w:t>
      </w:r>
    </w:p>
    <w:p>
      <w:pPr>
        <w:spacing w:before="0" w:after="80" w:line="300" w:lineRule="auto"/>
        <w:jc w:val="left"/>
      </w:pPr>
      <w:r>
        <w:rPr>
          <w:rFonts w:ascii="Times New Roman" w:hAnsi="Times New Roman" w:eastAsia="宋体"/>
          <w:b w:val="0"/>
          <w:i w:val="0"/>
          <w:color w:val="333333"/>
          <w:sz w:val="19"/>
        </w:rPr>
        <w:t>To stay out of the open square, that point (t,-t) must have |t|≥2, so it is one of (±2,∓2),(±3,∓3),(±4,∓4).</w:t>
      </w:r>
    </w:p>
    <w:p>
      <w:pPr>
        <w:spacing w:before="0" w:after="80" w:line="300" w:lineRule="auto"/>
        <w:jc w:val="left"/>
      </w:pPr>
      <w:r>
        <w:rPr>
          <w:rFonts w:ascii="Times New Roman" w:hAnsi="Times New Roman" w:eastAsia="宋体"/>
          <w:b w:val="0"/>
          <w:i w:val="0"/>
          <w:color w:val="333333"/>
          <w:sz w:val="19"/>
        </w:rPr>
        <w:t>By symmetry consider the three points (-4,4),(-3,3),(-2,2) and double. The number of paths from (-4,-4) to (-(4-j),4-j) is C(8, j), and the number continuing on to (4,4) is also C(8, j).</w:t>
      </w:r>
    </w:p>
    <w:p>
      <w:pPr>
        <w:spacing w:before="0" w:after="80" w:line="300" w:lineRule="auto"/>
        <w:jc w:val="left"/>
      </w:pPr>
      <w:r>
        <w:rPr>
          <w:rFonts w:ascii="Times New Roman" w:hAnsi="Times New Roman" w:eastAsia="宋体"/>
          <w:b w:val="0"/>
          <w:i w:val="0"/>
          <w:color w:val="333333"/>
          <w:sz w:val="19"/>
        </w:rPr>
        <w:t>Therefore the total is</w:t>
      </w:r>
    </w:p>
    <w:p>
      <w:pPr>
        <w:spacing w:before="0" w:after="80" w:line="300" w:lineRule="auto"/>
        <w:jc w:val="left"/>
      </w:pPr>
      <w:r>
        <w:rPr>
          <w:rFonts w:ascii="Times New Roman" w:hAnsi="Times New Roman" w:eastAsia="宋体"/>
          <w:b w:val="0"/>
          <w:i w:val="0"/>
          <w:color w:val="333333"/>
          <w:sz w:val="19"/>
        </w:rPr>
        <w:t>2(C(8, 0)²+C(8, 1)²+C(8, 2)²)</w:t>
      </w:r>
    </w:p>
    <w:p>
      <w:pPr>
        <w:spacing w:before="0" w:after="80" w:line="300" w:lineRule="auto"/>
        <w:jc w:val="left"/>
      </w:pPr>
      <w:r>
        <w:rPr>
          <w:rFonts w:ascii="Times New Roman" w:hAnsi="Times New Roman" w:eastAsia="宋体"/>
          <w:b w:val="0"/>
          <w:i w:val="0"/>
          <w:color w:val="333333"/>
          <w:sz w:val="19"/>
        </w:rPr>
        <w:t>=2(1+64+784)</w:t>
      </w:r>
    </w:p>
    <w:p>
      <w:pPr>
        <w:spacing w:before="0" w:after="80" w:line="300" w:lineRule="auto"/>
        <w:jc w:val="left"/>
      </w:pPr>
      <w:r>
        <w:rPr>
          <w:rFonts w:ascii="Times New Roman" w:hAnsi="Times New Roman" w:eastAsia="宋体"/>
          <w:b w:val="0"/>
          <w:i w:val="0"/>
          <w:color w:val="333333"/>
          <w:sz w:val="19"/>
        </w:rPr>
        <w:t>=1698.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第 k 个盒子中有 k + 1 颗弹珠，所以 Isabella 从中抽到白弹珠的概率为 k/(k + 1)。</w:t>
      </w:r>
    </w:p>
    <w:p>
      <w:pPr>
        <w:spacing w:before="0" w:after="80" w:line="300" w:lineRule="auto"/>
        <w:jc w:val="left"/>
      </w:pPr>
      <w:r>
        <w:rPr>
          <w:rFonts w:ascii="Times New Roman" w:hAnsi="Times New Roman" w:eastAsia="宋体"/>
          <w:b w:val="0"/>
          <w:i w:val="0"/>
          <w:sz w:val="21"/>
        </w:rPr>
        <w:t>抽到红弹珠的概率为 1/(k + 1)。要在抽到第 n 颗弹珠后停止，前 n - 1 颗必须都是白色。</w:t>
      </w:r>
    </w:p>
    <w:p>
      <w:pPr>
        <w:spacing w:before="0" w:after="80" w:line="300" w:lineRule="auto"/>
        <w:jc w:val="left"/>
      </w:pPr>
      <w:r>
        <w:rPr>
          <w:rFonts w:ascii="Times New Roman" w:hAnsi="Times New Roman" w:eastAsia="宋体"/>
          <w:b w:val="0"/>
          <w:i w:val="0"/>
          <w:sz w:val="21"/>
        </w:rPr>
        <w:t>其概率为</w:t>
      </w:r>
    </w:p>
    <w:p>
      <w:pPr>
        <w:spacing w:before="0" w:after="80" w:line="300" w:lineRule="auto"/>
        <w:jc w:val="left"/>
      </w:pPr>
      <w:r>
        <w:rPr>
          <w:rFonts w:ascii="Times New Roman" w:hAnsi="Times New Roman" w:eastAsia="宋体"/>
          <w:b w:val="0"/>
          <w:i w:val="0"/>
          <w:sz w:val="21"/>
        </w:rPr>
        <w:t>1/2 · 2/3 · … · (n - 1)/n · 1/(n + 1)。</w:t>
      </w:r>
    </w:p>
    <w:p>
      <w:pPr>
        <w:spacing w:before="0" w:after="80" w:line="300" w:lineRule="auto"/>
        <w:jc w:val="left"/>
      </w:pPr>
      <w:r>
        <w:rPr>
          <w:rFonts w:ascii="Times New Roman" w:hAnsi="Times New Roman" w:eastAsia="宋体"/>
          <w:b w:val="0"/>
          <w:i w:val="0"/>
          <w:sz w:val="21"/>
        </w:rPr>
        <w:t>所有分子都与相邻分母相消，所以这个表达式化为 1/(n(n + 1))。</w:t>
      </w:r>
    </w:p>
    <w:p>
      <w:pPr>
        <w:spacing w:before="0" w:after="80" w:line="300" w:lineRule="auto"/>
        <w:jc w:val="left"/>
      </w:pPr>
      <w:r>
        <w:rPr>
          <w:rFonts w:ascii="Times New Roman" w:hAnsi="Times New Roman" w:eastAsia="宋体"/>
          <w:b w:val="0"/>
          <w:i w:val="0"/>
          <w:sz w:val="21"/>
        </w:rPr>
        <w:t>需要寻找最小的 n，使得</w:t>
      </w:r>
    </w:p>
    <w:p>
      <w:pPr>
        <w:spacing w:before="0" w:after="80" w:line="300" w:lineRule="auto"/>
        <w:jc w:val="left"/>
      </w:pPr>
      <w:r>
        <w:rPr>
          <w:rFonts w:ascii="Times New Roman" w:hAnsi="Times New Roman" w:eastAsia="宋体"/>
          <w:b w:val="0"/>
          <w:i w:val="0"/>
          <w:sz w:val="21"/>
        </w:rPr>
        <w:t>1/(n(n + 1)) &lt; 1/2010</w:t>
      </w:r>
    </w:p>
    <w:p>
      <w:pPr>
        <w:spacing w:before="0" w:after="80" w:line="300" w:lineRule="auto"/>
        <w:jc w:val="left"/>
      </w:pPr>
      <w:r>
        <w:rPr>
          <w:rFonts w:ascii="Times New Roman" w:hAnsi="Times New Roman" w:eastAsia="宋体"/>
          <w:b w:val="0"/>
          <w:i w:val="0"/>
          <w:sz w:val="21"/>
        </w:rPr>
        <w:t>n(n + 1) &gt; 2010。</w:t>
      </w:r>
    </w:p>
    <w:p>
      <w:pPr>
        <w:spacing w:before="0" w:after="80" w:line="300" w:lineRule="auto"/>
        <w:jc w:val="left"/>
      </w:pPr>
      <w:r>
        <w:rPr>
          <w:rFonts w:ascii="Times New Roman" w:hAnsi="Times New Roman" w:eastAsia="宋体"/>
          <w:b w:val="0"/>
          <w:i w:val="0"/>
          <w:sz w:val="21"/>
        </w:rPr>
        <w:t>因为 44·45=1980&lt;2010，但 45·46=2070&gt;2010，所以最小的 n 是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there are k + 1 marbles in the k th box, there is a k/(k + 1) chance Isabella draws a white marble from it.</w:t>
      </w:r>
    </w:p>
    <w:p>
      <w:pPr>
        <w:spacing w:before="0" w:after="80" w:line="300" w:lineRule="auto"/>
        <w:jc w:val="left"/>
      </w:pPr>
      <w:r>
        <w:rPr>
          <w:rFonts w:ascii="Times New Roman" w:hAnsi="Times New Roman" w:eastAsia="宋体"/>
          <w:b w:val="0"/>
          <w:i w:val="0"/>
          <w:color w:val="333333"/>
          <w:sz w:val="19"/>
        </w:rPr>
        <w:t>The probability of drawing a red marble is then 1/(k + 1). To stop after drawing the n th marble, the first n - 1 marbles must have been white.</w:t>
      </w:r>
    </w:p>
    <w:p>
      <w:pPr>
        <w:spacing w:before="0" w:after="80" w:line="300" w:lineRule="auto"/>
        <w:jc w:val="left"/>
      </w:pPr>
      <w:r>
        <w:rPr>
          <w:rFonts w:ascii="Times New Roman" w:hAnsi="Times New Roman" w:eastAsia="宋体"/>
          <w:b w:val="0"/>
          <w:i w:val="0"/>
          <w:color w:val="333333"/>
          <w:sz w:val="19"/>
        </w:rPr>
        <w:t>This happens with a probability of</w:t>
      </w:r>
    </w:p>
    <w:p>
      <w:pPr>
        <w:spacing w:before="0" w:after="80" w:line="300" w:lineRule="auto"/>
        <w:jc w:val="left"/>
      </w:pPr>
      <w:r>
        <w:rPr>
          <w:rFonts w:ascii="Times New Roman" w:hAnsi="Times New Roman" w:eastAsia="宋体"/>
          <w:b w:val="0"/>
          <w:i w:val="0"/>
          <w:color w:val="333333"/>
          <w:sz w:val="19"/>
        </w:rPr>
        <w:t>1/2 · 2/3 · … · (n - 1)/n · 1/(n + 1).</w:t>
      </w:r>
    </w:p>
    <w:p>
      <w:pPr>
        <w:spacing w:before="0" w:after="80" w:line="300" w:lineRule="auto"/>
        <w:jc w:val="left"/>
      </w:pPr>
      <w:r>
        <w:rPr>
          <w:rFonts w:ascii="Times New Roman" w:hAnsi="Times New Roman" w:eastAsia="宋体"/>
          <w:b w:val="0"/>
          <w:i w:val="0"/>
          <w:color w:val="333333"/>
          <w:sz w:val="19"/>
        </w:rPr>
        <w:t>Note that all the numerators cancel with the adjacent denominator, which means that this expression reduces to 1/(n(n + 1)).</w:t>
      </w:r>
    </w:p>
    <w:p>
      <w:pPr>
        <w:spacing w:before="0" w:after="80" w:line="300" w:lineRule="auto"/>
        <w:jc w:val="left"/>
      </w:pPr>
      <w:r>
        <w:rPr>
          <w:rFonts w:ascii="Times New Roman" w:hAnsi="Times New Roman" w:eastAsia="宋体"/>
          <w:b w:val="0"/>
          <w:i w:val="0"/>
          <w:color w:val="333333"/>
          <w:sz w:val="19"/>
        </w:rPr>
        <w:t>We have to find the smallest n such that</w:t>
      </w:r>
    </w:p>
    <w:p>
      <w:pPr>
        <w:spacing w:before="0" w:after="80" w:line="300" w:lineRule="auto"/>
        <w:jc w:val="left"/>
      </w:pPr>
      <w:r>
        <w:rPr>
          <w:rFonts w:ascii="Times New Roman" w:hAnsi="Times New Roman" w:eastAsia="宋体"/>
          <w:b w:val="0"/>
          <w:i w:val="0"/>
          <w:color w:val="333333"/>
          <w:sz w:val="19"/>
        </w:rPr>
        <w:t>1/(n(n + 1)) &lt; 1/2010</w:t>
      </w:r>
    </w:p>
    <w:p>
      <w:pPr>
        <w:spacing w:before="0" w:after="80" w:line="300" w:lineRule="auto"/>
        <w:jc w:val="left"/>
      </w:pPr>
      <w:r>
        <w:rPr>
          <w:rFonts w:ascii="Times New Roman" w:hAnsi="Times New Roman" w:eastAsia="宋体"/>
          <w:b w:val="0"/>
          <w:i w:val="0"/>
          <w:color w:val="333333"/>
          <w:sz w:val="19"/>
        </w:rPr>
        <w:t>n(n + 1) &gt; 2010.</w:t>
      </w:r>
    </w:p>
    <w:p>
      <w:pPr>
        <w:spacing w:before="0" w:after="80" w:line="300" w:lineRule="auto"/>
        <w:jc w:val="left"/>
      </w:pPr>
      <w:r>
        <w:rPr>
          <w:rFonts w:ascii="Times New Roman" w:hAnsi="Times New Roman" w:eastAsia="宋体"/>
          <w:b w:val="0"/>
          <w:i w:val="0"/>
          <w:color w:val="333333"/>
          <w:sz w:val="19"/>
        </w:rPr>
        <w:t>Since 44·45=1980&lt;2010 but 45·46=2070&gt;2010, the smallest such n is 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因为 aₙ=1+(n-1)d₁、bₙ=1+(n-1)d₂，其中 d₁,d₂ 为整数，所以 n-1 同时整除 aₙ-1 和 bₙ-1，从而整除 gcd(aₙ-1,bₙ-1)。</w:t>
      </w:r>
    </w:p>
    <w:p>
      <w:pPr>
        <w:spacing w:before="0" w:after="80" w:line="300" w:lineRule="auto"/>
        <w:jc w:val="left"/>
      </w:pPr>
      <w:r>
        <w:rPr>
          <w:rFonts w:ascii="Times New Roman" w:hAnsi="Times New Roman" w:eastAsia="宋体"/>
          <w:b w:val="0"/>
          <w:i w:val="0"/>
          <w:sz w:val="21"/>
        </w:rPr>
        <w:t>满足 2≤ aₙ≤ bₙ 的 2010 因数对为 (2,1005)、(3,670)、(5,402)、(6,335)、(10,201)、(15,134) 和 (30,67)。</w:t>
      </w:r>
    </w:p>
    <w:p>
      <w:pPr>
        <w:spacing w:before="0" w:after="80" w:line="300" w:lineRule="auto"/>
        <w:jc w:val="left"/>
      </w:pPr>
      <w:r>
        <w:rPr>
          <w:rFonts w:ascii="Times New Roman" w:hAnsi="Times New Roman" w:eastAsia="宋体"/>
          <w:b w:val="0"/>
          <w:i w:val="0"/>
          <w:sz w:val="21"/>
        </w:rPr>
        <w:t>除了 (15,134) 外，每对的 aₙ-1 和 bₙ-1 都互质，迫使 n=2。对于 (15,134)，gcd(14,133)=7，所以 n-1 可以等于 7，得到 n=8。</w:t>
      </w:r>
    </w:p>
    <w:p>
      <w:pPr>
        <w:spacing w:before="0" w:after="80" w:line="300" w:lineRule="auto"/>
        <w:jc w:val="left"/>
      </w:pPr>
      <w:r>
        <w:rPr>
          <w:rFonts w:ascii="Times New Roman" w:hAnsi="Times New Roman" w:eastAsia="宋体"/>
          <w:b w:val="0"/>
          <w:i w:val="0"/>
          <w:sz w:val="21"/>
        </w:rPr>
        <w:t>数列 aₙ=2n-1 和 bₙ=19n-18 可以达到这个值，因此最大值为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aₙ=1+(n-1)d₁ and bₙ=1+(n-1)d₂ for integers d₁,d₂, the value n-1 divides both aₙ-1 and bₙ-1, hence divides gcd(aₙ-1,bₙ-1).</w:t>
      </w:r>
    </w:p>
    <w:p>
      <w:pPr>
        <w:spacing w:before="0" w:after="80" w:line="300" w:lineRule="auto"/>
        <w:jc w:val="left"/>
      </w:pPr>
      <w:r>
        <w:rPr>
          <w:rFonts w:ascii="Times New Roman" w:hAnsi="Times New Roman" w:eastAsia="宋体"/>
          <w:b w:val="0"/>
          <w:i w:val="0"/>
          <w:color w:val="333333"/>
          <w:sz w:val="19"/>
        </w:rPr>
        <w:t>The factor pairs of 2010 with 2≤ aₙ≤ bₙ are (2,1005), (3,670), (5,402), (6,335), (10,201), (15,134), and (30,67).</w:t>
      </w:r>
    </w:p>
    <w:p>
      <w:pPr>
        <w:spacing w:before="0" w:after="80" w:line="300" w:lineRule="auto"/>
        <w:jc w:val="left"/>
      </w:pPr>
      <w:r>
        <w:rPr>
          <w:rFonts w:ascii="Times New Roman" w:hAnsi="Times New Roman" w:eastAsia="宋体"/>
          <w:b w:val="0"/>
          <w:i w:val="0"/>
          <w:color w:val="333333"/>
          <w:sz w:val="19"/>
        </w:rPr>
        <w:t>For every pair except (15,134), the numbers aₙ-1 and bₙ-1 are relatively prime, forcing n=2. For (15,134), gcd(14,133)=7, so n-1 can equal 7, giving n=8.</w:t>
      </w:r>
    </w:p>
    <w:p>
      <w:pPr>
        <w:spacing w:before="0" w:after="80" w:line="300" w:lineRule="auto"/>
        <w:jc w:val="left"/>
      </w:pPr>
      <w:r>
        <w:rPr>
          <w:rFonts w:ascii="Times New Roman" w:hAnsi="Times New Roman" w:eastAsia="宋体"/>
          <w:b w:val="0"/>
          <w:i w:val="0"/>
          <w:color w:val="333333"/>
          <w:sz w:val="19"/>
        </w:rPr>
        <w:t>The sequences aₙ=2n-1 and bₙ=19n-18 realize this, so the largest value is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设 f(x) 为该图像减去直线所得的函数。它非负，并在三个点处为零，每个零点都是二重根，所以</w:t>
      </w:r>
    </w:p>
    <w:p>
      <w:pPr>
        <w:spacing w:before="0" w:after="80" w:line="300" w:lineRule="auto"/>
        <w:jc w:val="left"/>
      </w:pPr>
      <w:r>
        <w:rPr>
          <w:rFonts w:ascii="Times New Roman" w:hAnsi="Times New Roman" w:eastAsia="宋体"/>
          <w:b w:val="0"/>
          <w:i w:val="0"/>
          <w:sz w:val="21"/>
        </w:rPr>
        <w:t>f(x)=(x³-Ax²+Bx-C)²。</w:t>
      </w:r>
    </w:p>
    <w:p>
      <w:pPr>
        <w:spacing w:before="0" w:after="80" w:line="300" w:lineRule="auto"/>
        <w:jc w:val="left"/>
      </w:pPr>
      <w:r>
        <w:rPr>
          <w:rFonts w:ascii="Times New Roman" w:hAnsi="Times New Roman" w:eastAsia="宋体"/>
          <w:b w:val="0"/>
          <w:i w:val="0"/>
          <w:sz w:val="21"/>
        </w:rPr>
        <w:t>比较系数可得 -2A=-10⇒ A=5，接着 A²+2B=29⇒ B=2，再由 -2C-2AB=-4⇒ C=-8。</w:t>
      </w:r>
    </w:p>
    <w:p>
      <w:pPr>
        <w:spacing w:before="0" w:after="80" w:line="300" w:lineRule="auto"/>
        <w:jc w:val="left"/>
      </w:pPr>
      <w:r>
        <w:rPr>
          <w:rFonts w:ascii="Times New Roman" w:hAnsi="Times New Roman" w:eastAsia="宋体"/>
          <w:b w:val="0"/>
          <w:i w:val="0"/>
          <w:sz w:val="21"/>
        </w:rPr>
        <w:t>因此三次式为 x³-5x²+2x+8 =(x+1)(x-2)(x-4)，根为 -1,2 和 4。最大值为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be the graph minus the line. It is nonnegative and vanishes at three points, each a double root, so</w:t>
      </w:r>
    </w:p>
    <w:p>
      <w:pPr>
        <w:spacing w:before="0" w:after="80" w:line="300" w:lineRule="auto"/>
        <w:jc w:val="left"/>
      </w:pPr>
      <w:r>
        <w:rPr>
          <w:rFonts w:ascii="Times New Roman" w:hAnsi="Times New Roman" w:eastAsia="宋体"/>
          <w:b w:val="0"/>
          <w:i w:val="0"/>
          <w:color w:val="333333"/>
          <w:sz w:val="19"/>
        </w:rPr>
        <w:t>f(x)=(x³-Ax²+Bx-C)².</w:t>
      </w:r>
    </w:p>
    <w:p>
      <w:pPr>
        <w:spacing w:before="0" w:after="80" w:line="300" w:lineRule="auto"/>
        <w:jc w:val="left"/>
      </w:pPr>
      <w:r>
        <w:rPr>
          <w:rFonts w:ascii="Times New Roman" w:hAnsi="Times New Roman" w:eastAsia="宋体"/>
          <w:b w:val="0"/>
          <w:i w:val="0"/>
          <w:color w:val="333333"/>
          <w:sz w:val="19"/>
        </w:rPr>
        <w:t>Matching coefficients gives -2A=-10⇒ A=5, then A²+2B=29⇒ B=2, then -2C-2AB=-4⇒ C=-8.</w:t>
      </w:r>
    </w:p>
    <w:p>
      <w:pPr>
        <w:spacing w:before="0" w:after="80" w:line="300" w:lineRule="auto"/>
        <w:jc w:val="left"/>
      </w:pPr>
      <w:r>
        <w:rPr>
          <w:rFonts w:ascii="Times New Roman" w:hAnsi="Times New Roman" w:eastAsia="宋体"/>
          <w:b w:val="0"/>
          <w:i w:val="0"/>
          <w:color w:val="333333"/>
          <w:sz w:val="19"/>
        </w:rPr>
        <w:t>Thus the cubic is x³-5x²+2x+8 =(x+1)(x-2)(x-4), with roots -1,2, and 4. The largest is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函数 f 是分段线性的，断点在 x=1/k。在区间 [1/m,1/m-1] 上，它的斜率为</w:t>
      </w:r>
    </w:p>
    <w:p>
      <w:pPr>
        <w:spacing w:before="0" w:after="80" w:line="300" w:lineRule="auto"/>
        <w:jc w:val="left"/>
      </w:pPr>
      <w:r>
        <w:rPr>
          <w:rFonts w:ascii="Times New Roman" w:hAnsi="Times New Roman" w:eastAsia="宋体"/>
          <w:b w:val="0"/>
          <w:i w:val="0"/>
          <w:sz w:val="21"/>
        </w:rPr>
        <w:t>Σₖ₌ₘ¹¹⁹k</w:t>
      </w:r>
    </w:p>
    <w:p>
      <w:pPr>
        <w:spacing w:before="0" w:after="80" w:line="300" w:lineRule="auto"/>
        <w:jc w:val="left"/>
      </w:pPr>
      <w:r>
        <w:rPr>
          <w:rFonts w:ascii="Times New Roman" w:hAnsi="Times New Roman" w:eastAsia="宋体"/>
          <w:b w:val="0"/>
          <w:i w:val="0"/>
          <w:sz w:val="21"/>
        </w:rPr>
        <w:t>-Σₖ₌₁ᵐ⁻¹k=7140-(m-1)m，</w:t>
      </w:r>
    </w:p>
    <w:p>
      <w:pPr>
        <w:spacing w:before="0" w:after="80" w:line="300" w:lineRule="auto"/>
        <w:jc w:val="left"/>
      </w:pPr>
      <w:r>
        <w:rPr>
          <w:rFonts w:ascii="Times New Roman" w:hAnsi="Times New Roman" w:eastAsia="宋体"/>
          <w:b w:val="0"/>
          <w:i w:val="0"/>
          <w:sz w:val="21"/>
        </w:rPr>
        <w:t>其中 7140=(119·120)/2。</w:t>
      </w:r>
    </w:p>
    <w:p>
      <w:pPr>
        <w:spacing w:before="0" w:after="80" w:line="300" w:lineRule="auto"/>
        <w:jc w:val="left"/>
      </w:pPr>
      <w:r>
        <w:rPr>
          <w:rFonts w:ascii="Times New Roman" w:hAnsi="Times New Roman" w:eastAsia="宋体"/>
          <w:b w:val="0"/>
          <w:i w:val="0"/>
          <w:sz w:val="21"/>
        </w:rPr>
        <w:t>当 (m-1)m=7140 时斜率为零，即 m=85，所以最小值出现在右端点 x=1/84。</w:t>
      </w:r>
    </w:p>
    <w:p>
      <w:pPr>
        <w:spacing w:before="0" w:after="80" w:line="300" w:lineRule="auto"/>
        <w:jc w:val="left"/>
      </w:pPr>
      <w:r>
        <w:rPr>
          <w:rFonts w:ascii="Times New Roman" w:hAnsi="Times New Roman" w:eastAsia="宋体"/>
          <w:b w:val="0"/>
          <w:i w:val="0"/>
          <w:sz w:val="21"/>
        </w:rPr>
        <w:t>在那里，k≤84 的项贡献 84-k/84，k≥85 的项贡献 k-84/84，所以</w:t>
      </w:r>
    </w:p>
    <w:p>
      <w:pPr>
        <w:spacing w:before="0" w:after="80" w:line="300" w:lineRule="auto"/>
        <w:jc w:val="left"/>
      </w:pPr>
      <w:r>
        <w:rPr>
          <w:rFonts w:ascii="Times New Roman" w:hAnsi="Times New Roman" w:eastAsia="宋体"/>
          <w:b w:val="0"/>
          <w:i w:val="0"/>
          <w:sz w:val="21"/>
        </w:rPr>
        <w:t>f(1/84) = 3486/84+630/84</w:t>
      </w:r>
    </w:p>
    <w:p>
      <w:pPr>
        <w:spacing w:before="0" w:after="80" w:line="300" w:lineRule="auto"/>
        <w:jc w:val="left"/>
      </w:pPr>
      <w:r>
        <w:rPr>
          <w:rFonts w:ascii="Times New Roman" w:hAnsi="Times New Roman" w:eastAsia="宋体"/>
          <w:b w:val="0"/>
          <w:i w:val="0"/>
          <w:sz w:val="21"/>
        </w:rPr>
        <w:t>= 41.5+7.5=49。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 is piecewise linear with breakpoints at x=1/k. On the interval [1/m,1/m-1] its slope is</w:t>
      </w:r>
    </w:p>
    <w:p>
      <w:pPr>
        <w:spacing w:before="0" w:after="80" w:line="300" w:lineRule="auto"/>
        <w:jc w:val="left"/>
      </w:pPr>
      <w:r>
        <w:rPr>
          <w:rFonts w:ascii="Times New Roman" w:hAnsi="Times New Roman" w:eastAsia="宋体"/>
          <w:b w:val="0"/>
          <w:i w:val="0"/>
          <w:color w:val="333333"/>
          <w:sz w:val="19"/>
        </w:rPr>
        <w:t>Σₖ₌ₘ¹¹⁹k</w:t>
      </w:r>
    </w:p>
    <w:p>
      <w:pPr>
        <w:spacing w:before="0" w:after="80" w:line="300" w:lineRule="auto"/>
        <w:jc w:val="left"/>
      </w:pPr>
      <w:r>
        <w:rPr>
          <w:rFonts w:ascii="Times New Roman" w:hAnsi="Times New Roman" w:eastAsia="宋体"/>
          <w:b w:val="0"/>
          <w:i w:val="0"/>
          <w:color w:val="333333"/>
          <w:sz w:val="19"/>
        </w:rPr>
        <w:t>-Σₖ₌₁ᵐ⁻¹k=7140-(m-1)m,</w:t>
      </w:r>
    </w:p>
    <w:p>
      <w:pPr>
        <w:spacing w:before="0" w:after="80" w:line="300" w:lineRule="auto"/>
        <w:jc w:val="left"/>
      </w:pPr>
      <w:r>
        <w:rPr>
          <w:rFonts w:ascii="Times New Roman" w:hAnsi="Times New Roman" w:eastAsia="宋体"/>
          <w:b w:val="0"/>
          <w:i w:val="0"/>
          <w:color w:val="333333"/>
          <w:sz w:val="19"/>
        </w:rPr>
        <w:t>where 7140=(119·120)/2.</w:t>
      </w:r>
    </w:p>
    <w:p>
      <w:pPr>
        <w:spacing w:before="0" w:after="80" w:line="300" w:lineRule="auto"/>
        <w:jc w:val="left"/>
      </w:pPr>
      <w:r>
        <w:rPr>
          <w:rFonts w:ascii="Times New Roman" w:hAnsi="Times New Roman" w:eastAsia="宋体"/>
          <w:b w:val="0"/>
          <w:i w:val="0"/>
          <w:color w:val="333333"/>
          <w:sz w:val="19"/>
        </w:rPr>
        <w:t>This slope is zero when (m-1)m=7140, i.e. m=85, so the minimum occurs at the right endpoint x=1/84.</w:t>
      </w:r>
    </w:p>
    <w:p>
      <w:pPr>
        <w:spacing w:before="0" w:after="80" w:line="300" w:lineRule="auto"/>
        <w:jc w:val="left"/>
      </w:pPr>
      <w:r>
        <w:rPr>
          <w:rFonts w:ascii="Times New Roman" w:hAnsi="Times New Roman" w:eastAsia="宋体"/>
          <w:b w:val="0"/>
          <w:i w:val="0"/>
          <w:color w:val="333333"/>
          <w:sz w:val="19"/>
        </w:rPr>
        <w:t>There, terms with k≤84 contribute 84-k/84 and terms with k≥85 contribute k-84/84, so</w:t>
      </w:r>
    </w:p>
    <w:p>
      <w:pPr>
        <w:spacing w:before="0" w:after="80" w:line="300" w:lineRule="auto"/>
        <w:jc w:val="left"/>
      </w:pPr>
      <w:r>
        <w:rPr>
          <w:rFonts w:ascii="Times New Roman" w:hAnsi="Times New Roman" w:eastAsia="宋体"/>
          <w:b w:val="0"/>
          <w:i w:val="0"/>
          <w:color w:val="333333"/>
          <w:sz w:val="19"/>
        </w:rPr>
        <w:t>f(1/84) = 3486/84+630/84</w:t>
      </w:r>
    </w:p>
    <w:p>
      <w:pPr>
        <w:spacing w:before="0" w:after="80" w:line="300" w:lineRule="auto"/>
        <w:jc w:val="left"/>
      </w:pPr>
      <w:r>
        <w:rPr>
          <w:rFonts w:ascii="Times New Roman" w:hAnsi="Times New Roman" w:eastAsia="宋体"/>
          <w:b w:val="0"/>
          <w:i w:val="0"/>
          <w:color w:val="333333"/>
          <w:sz w:val="19"/>
        </w:rPr>
        <w:t>= 41.5+7.5=49.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90! 末尾零的个数为 ⌊90/5⌋+⌊90/25⌋=21。令 N=(90!)/10²¹。</w:t>
      </w:r>
    </w:p>
    <w:p>
      <w:pPr>
        <w:spacing w:before="0" w:after="80" w:line="300" w:lineRule="auto"/>
        <w:jc w:val="left"/>
      </w:pPr>
      <w:r>
        <w:rPr>
          <w:rFonts w:ascii="Times New Roman" w:hAnsi="Times New Roman" w:eastAsia="宋体"/>
          <w:b w:val="0"/>
          <w:i w:val="0"/>
          <w:sz w:val="21"/>
        </w:rPr>
        <w:t>去掉 10²¹ 后仍剩下超过两个因数 2，所以 N≡0 pmod4。</w:t>
      </w:r>
    </w:p>
    <w:p>
      <w:pPr>
        <w:spacing w:before="0" w:after="80" w:line="300" w:lineRule="auto"/>
        <w:jc w:val="left"/>
      </w:pPr>
      <w:r>
        <w:rPr>
          <w:rFonts w:ascii="Times New Roman" w:hAnsi="Times New Roman" w:eastAsia="宋体"/>
          <w:b w:val="0"/>
          <w:i w:val="0"/>
          <w:sz w:val="21"/>
        </w:rPr>
        <w:t>设 A 为 90! 中不能被 5 整除的那些因数之积，B 为能被 5 整除的那些因数之积。每一块 (5j+1)(5j+2)(5j+3)(5j+4) 都满足 24≡-1pmod25，一共有 18 块，所以 A≡1pmod25。</w:t>
      </w:r>
    </w:p>
    <w:p>
      <w:pPr>
        <w:spacing w:before="0" w:after="80" w:line="300" w:lineRule="auto"/>
        <w:jc w:val="left"/>
      </w:pPr>
      <w:r>
        <w:rPr>
          <w:rFonts w:ascii="Times New Roman" w:hAnsi="Times New Roman" w:eastAsia="宋体"/>
          <w:b w:val="0"/>
          <w:i w:val="0"/>
          <w:sz w:val="21"/>
        </w:rPr>
        <w:t>从 B 中去掉 21 个因数 5 后，剩余因数可分组为</w:t>
      </w:r>
    </w:p>
    <w:p>
      <w:pPr>
        <w:spacing w:before="0" w:after="80" w:line="300" w:lineRule="auto"/>
        <w:jc w:val="left"/>
      </w:pPr>
      <w:r>
        <w:rPr>
          <w:rFonts w:ascii="Times New Roman" w:hAnsi="Times New Roman" w:eastAsia="宋体"/>
          <w:b w:val="0"/>
          <w:i w:val="0"/>
          <w:sz w:val="21"/>
        </w:rPr>
        <w:t>B/5²¹=(1·2·3·4)</w:t>
      </w:r>
    </w:p>
    <w:p>
      <w:pPr>
        <w:spacing w:before="0" w:after="80" w:line="300" w:lineRule="auto"/>
        <w:jc w:val="left"/>
      </w:pPr>
      <w:r>
        <w:rPr>
          <w:rFonts w:ascii="Times New Roman" w:hAnsi="Times New Roman" w:eastAsia="宋体"/>
          <w:b w:val="0"/>
          <w:i w:val="0"/>
          <w:sz w:val="21"/>
        </w:rPr>
        <w:t>·(6·7·8·9)</w:t>
      </w:r>
    </w:p>
    <w:p>
      <w:pPr>
        <w:spacing w:before="0" w:after="80" w:line="300" w:lineRule="auto"/>
        <w:jc w:val="left"/>
      </w:pPr>
      <w:r>
        <w:rPr>
          <w:rFonts w:ascii="Times New Roman" w:hAnsi="Times New Roman" w:eastAsia="宋体"/>
          <w:b w:val="0"/>
          <w:i w:val="0"/>
          <w:sz w:val="21"/>
        </w:rPr>
        <w:t>·(11·12·13·14)</w:t>
      </w:r>
    </w:p>
    <w:p>
      <w:pPr>
        <w:spacing w:before="0" w:after="80" w:line="300" w:lineRule="auto"/>
        <w:jc w:val="left"/>
      </w:pPr>
      <w:r>
        <w:rPr>
          <w:rFonts w:ascii="Times New Roman" w:hAnsi="Times New Roman" w:eastAsia="宋体"/>
          <w:b w:val="0"/>
          <w:i w:val="0"/>
          <w:sz w:val="21"/>
        </w:rPr>
        <w:t>·(16·17·18)(1·2·3)</w:t>
      </w:r>
    </w:p>
    <w:p>
      <w:pPr>
        <w:spacing w:before="0" w:after="80" w:line="300" w:lineRule="auto"/>
        <w:jc w:val="left"/>
      </w:pPr>
      <w:r>
        <w:rPr>
          <w:rFonts w:ascii="Times New Roman" w:hAnsi="Times New Roman" w:eastAsia="宋体"/>
          <w:b w:val="0"/>
          <w:i w:val="0"/>
          <w:sz w:val="21"/>
        </w:rPr>
        <w:t>≡-1pmod25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(90!)/5²¹≡-1pmod25。因为 2²¹≡2pmod25，而 2 模 25 的逆元为 13，所以 N≡-13≡12pmod25。</w:t>
      </w:r>
    </w:p>
    <w:p>
      <w:pPr>
        <w:spacing w:before="0" w:after="80" w:line="300" w:lineRule="auto"/>
        <w:jc w:val="left"/>
      </w:pPr>
      <w:r>
        <w:rPr>
          <w:rFonts w:ascii="Times New Roman" w:hAnsi="Times New Roman" w:eastAsia="宋体"/>
          <w:b w:val="0"/>
          <w:i w:val="0"/>
          <w:sz w:val="21"/>
        </w:rPr>
        <w:t>同时满足 0pmod4 和 12pmod25 的数为 12pmod100，所以最后两个非零数字组成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trailing zeroes in 90! is ⌊90/5⌋+⌊90/25⌋=21. Let N=(90!)/10²¹.</w:t>
      </w:r>
    </w:p>
    <w:p>
      <w:pPr>
        <w:spacing w:before="0" w:after="80" w:line="300" w:lineRule="auto"/>
        <w:jc w:val="left"/>
      </w:pPr>
      <w:r>
        <w:rPr>
          <w:rFonts w:ascii="Times New Roman" w:hAnsi="Times New Roman" w:eastAsia="宋体"/>
          <w:b w:val="0"/>
          <w:i w:val="0"/>
          <w:color w:val="333333"/>
          <w:sz w:val="19"/>
        </w:rPr>
        <w:t>There are still more than two factors of 2 left after removing 10²¹, so N≡0 pmod4.</w:t>
      </w:r>
    </w:p>
    <w:p>
      <w:pPr>
        <w:spacing w:before="0" w:after="80" w:line="300" w:lineRule="auto"/>
        <w:jc w:val="left"/>
      </w:pPr>
      <w:r>
        <w:rPr>
          <w:rFonts w:ascii="Times New Roman" w:hAnsi="Times New Roman" w:eastAsia="宋体"/>
          <w:b w:val="0"/>
          <w:i w:val="0"/>
          <w:color w:val="333333"/>
          <w:sz w:val="19"/>
        </w:rPr>
        <w:t>Let A be the product of factors of 90! not divisible by 5, and let B be the product of the factors divisible by 5. Each block (5j+1)(5j+2)(5j+3)(5j+4) is 24≡-1pmod25, and there are 18 blocks, so A≡1pmod25.</w:t>
      </w:r>
    </w:p>
    <w:p>
      <w:pPr>
        <w:spacing w:before="0" w:after="80" w:line="300" w:lineRule="auto"/>
        <w:jc w:val="left"/>
      </w:pPr>
      <w:r>
        <w:rPr>
          <w:rFonts w:ascii="Times New Roman" w:hAnsi="Times New Roman" w:eastAsia="宋体"/>
          <w:b w:val="0"/>
          <w:i w:val="0"/>
          <w:color w:val="333333"/>
          <w:sz w:val="19"/>
        </w:rPr>
        <w:t>After removing the 21 factors of 5 from B, the remaining factors can be grouped as</w:t>
      </w:r>
    </w:p>
    <w:p>
      <w:pPr>
        <w:spacing w:before="0" w:after="80" w:line="300" w:lineRule="auto"/>
        <w:jc w:val="left"/>
      </w:pPr>
      <w:r>
        <w:rPr>
          <w:rFonts w:ascii="Times New Roman" w:hAnsi="Times New Roman" w:eastAsia="宋体"/>
          <w:b w:val="0"/>
          <w:i w:val="0"/>
          <w:color w:val="333333"/>
          <w:sz w:val="19"/>
        </w:rPr>
        <w:t>B/5²¹=(1·2·3·4)</w:t>
      </w:r>
    </w:p>
    <w:p>
      <w:pPr>
        <w:spacing w:before="0" w:after="80" w:line="300" w:lineRule="auto"/>
        <w:jc w:val="left"/>
      </w:pPr>
      <w:r>
        <w:rPr>
          <w:rFonts w:ascii="Times New Roman" w:hAnsi="Times New Roman" w:eastAsia="宋体"/>
          <w:b w:val="0"/>
          <w:i w:val="0"/>
          <w:color w:val="333333"/>
          <w:sz w:val="19"/>
        </w:rPr>
        <w:t>·(6·7·8·9)</w:t>
      </w:r>
    </w:p>
    <w:p>
      <w:pPr>
        <w:spacing w:before="0" w:after="80" w:line="300" w:lineRule="auto"/>
        <w:jc w:val="left"/>
      </w:pPr>
      <w:r>
        <w:rPr>
          <w:rFonts w:ascii="Times New Roman" w:hAnsi="Times New Roman" w:eastAsia="宋体"/>
          <w:b w:val="0"/>
          <w:i w:val="0"/>
          <w:color w:val="333333"/>
          <w:sz w:val="19"/>
        </w:rPr>
        <w:t>·(11·12·13·14)</w:t>
      </w:r>
    </w:p>
    <w:p>
      <w:pPr>
        <w:spacing w:before="0" w:after="80" w:line="300" w:lineRule="auto"/>
        <w:jc w:val="left"/>
      </w:pPr>
      <w:r>
        <w:rPr>
          <w:rFonts w:ascii="Times New Roman" w:hAnsi="Times New Roman" w:eastAsia="宋体"/>
          <w:b w:val="0"/>
          <w:i w:val="0"/>
          <w:color w:val="333333"/>
          <w:sz w:val="19"/>
        </w:rPr>
        <w:t>·(16·17·18)(1·2·3)</w:t>
      </w:r>
    </w:p>
    <w:p>
      <w:pPr>
        <w:spacing w:before="0" w:after="80" w:line="300" w:lineRule="auto"/>
        <w:jc w:val="left"/>
      </w:pPr>
      <w:r>
        <w:rPr>
          <w:rFonts w:ascii="Times New Roman" w:hAnsi="Times New Roman" w:eastAsia="宋体"/>
          <w:b w:val="0"/>
          <w:i w:val="0"/>
          <w:color w:val="333333"/>
          <w:sz w:val="19"/>
        </w:rPr>
        <w:t>≡-1pmod25.</w:t>
      </w:r>
    </w:p>
    <w:p>
      <w:pPr>
        <w:spacing w:before="0" w:after="80" w:line="300" w:lineRule="auto"/>
        <w:jc w:val="left"/>
      </w:pPr>
      <w:r>
        <w:rPr>
          <w:rFonts w:ascii="Times New Roman" w:hAnsi="Times New Roman" w:eastAsia="宋体"/>
          <w:b w:val="0"/>
          <w:i w:val="0"/>
          <w:color w:val="333333"/>
          <w:sz w:val="19"/>
        </w:rPr>
        <w:t>Therefore (90!)/5²¹≡-1pmod25. Since 2²¹≡2pmod25 and the inverse of 2 modulo 25 is 13, we get N≡-13≡12pmod25.</w:t>
      </w:r>
    </w:p>
    <w:p>
      <w:pPr>
        <w:spacing w:before="0" w:after="80" w:line="300" w:lineRule="auto"/>
        <w:jc w:val="left"/>
      </w:pPr>
      <w:r>
        <w:rPr>
          <w:rFonts w:ascii="Times New Roman" w:hAnsi="Times New Roman" w:eastAsia="宋体"/>
          <w:b w:val="0"/>
          <w:i w:val="0"/>
          <w:color w:val="333333"/>
          <w:sz w:val="19"/>
        </w:rPr>
        <w:t>The number congruent to 0pmod4 and 12pmod25 is 12pmod100, so the last two nonzero digits form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令 g(x)=Πₖ₌₁⁸sin(kπ x)；则 f 的定义域为 g(x)&gt;0 的地方。由于 sin(kπ(1-x)) =(-1)ᵏ⁺¹sin(kπ x)，且 Σₖ₌₁⁸(k+1) 为偶数，所以 g(1-x)=g(x)，只需研究 (0,1/2) 后再加倍。</w:t>
      </w:r>
    </w:p>
    <w:p>
      <w:pPr>
        <w:spacing w:before="0" w:after="80" w:line="300" w:lineRule="auto"/>
        <w:jc w:val="left"/>
      </w:pPr>
      <w:r>
        <w:rPr>
          <w:rFonts w:ascii="Times New Roman" w:hAnsi="Times New Roman" w:eastAsia="宋体"/>
          <w:b w:val="0"/>
          <w:i w:val="0"/>
          <w:sz w:val="21"/>
        </w:rPr>
        <w:t>在 (0,1/2) 中，g 的零点是满足 k/n、2≤ n≤8、1≤ k&lt;n/2、gcd(k,n)=1 的分数。对 n=2,…,8 数量分别为 0,1,1,2,1,3,2，合计 10 个。</w:t>
      </w:r>
    </w:p>
    <w:p>
      <w:pPr>
        <w:spacing w:before="0" w:after="80" w:line="300" w:lineRule="auto"/>
        <w:jc w:val="left"/>
      </w:pPr>
      <w:r>
        <w:rPr>
          <w:rFonts w:ascii="Times New Roman" w:hAnsi="Times New Roman" w:eastAsia="宋体"/>
          <w:b w:val="0"/>
          <w:i w:val="0"/>
          <w:sz w:val="21"/>
        </w:rPr>
        <w:t>这 10 个零点把 (0,1/2) 分成 11 个小区间，在每个小区间上 g 的符号恒定。靠近 0 时每个因子为正，所以 g&gt;0。每经过一个零点符号通常改变，但在 1/4=2/8 和 1/3=2/6 处有偶数个因子同时为零，符号不改变。</w:t>
      </w:r>
    </w:p>
    <w:p>
      <w:pPr>
        <w:spacing w:before="0" w:after="80" w:line="300" w:lineRule="auto"/>
        <w:jc w:val="left"/>
      </w:pPr>
      <w:r>
        <w:rPr>
          <w:rFonts w:ascii="Times New Roman" w:hAnsi="Times New Roman" w:eastAsia="宋体"/>
          <w:b w:val="0"/>
          <w:i w:val="0"/>
          <w:sz w:val="21"/>
        </w:rPr>
        <w:t>跟踪符号可知，这 11 个小区间中正好有 6 个满足 g&gt;0。由对称性，在 (1/2,1) 中还有 6 个，所以 n=12。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g(x)=Πₖ₌₁⁸sin(kπ x); the domain of f is where g(x)&gt;0. Since sin(kπ(1-x)) =(-1)ᵏ⁺¹sin(kπ x) and Σₖ₌₁⁸(k+1) is even, g(1-x)=g(x), so it suffices to study (0,1/2) and double.</w:t>
      </w:r>
    </w:p>
    <w:p>
      <w:pPr>
        <w:spacing w:before="0" w:after="80" w:line="300" w:lineRule="auto"/>
        <w:jc w:val="left"/>
      </w:pPr>
      <w:r>
        <w:rPr>
          <w:rFonts w:ascii="Times New Roman" w:hAnsi="Times New Roman" w:eastAsia="宋体"/>
          <w:b w:val="0"/>
          <w:i w:val="0"/>
          <w:color w:val="333333"/>
          <w:sz w:val="19"/>
        </w:rPr>
        <w:t>In (0,1/2) the zeros of g are the fractions k/n with 2≤ n≤8, 1≤ k&lt;n/2, and gcd(k,n)=1. For n=2,…,8 there are 0,1,1,2,1,3,2 of them, totaling 10.</w:t>
      </w:r>
    </w:p>
    <w:p>
      <w:pPr>
        <w:spacing w:before="0" w:after="80" w:line="300" w:lineRule="auto"/>
        <w:jc w:val="left"/>
      </w:pPr>
      <w:r>
        <w:rPr>
          <w:rFonts w:ascii="Times New Roman" w:hAnsi="Times New Roman" w:eastAsia="宋体"/>
          <w:b w:val="0"/>
          <w:i w:val="0"/>
          <w:color w:val="333333"/>
          <w:sz w:val="19"/>
        </w:rPr>
        <w:t>These 10 zeros split (0,1/2) into 11 subintervals on which g has constant sign. Near 0 every factor is positive, so g&gt;0 there, and the sign flips at each zero except 1/4=2/8 and 1/3=2/6, where an even number of factors vanish.</w:t>
      </w:r>
    </w:p>
    <w:p>
      <w:pPr>
        <w:spacing w:before="0" w:after="80" w:line="300" w:lineRule="auto"/>
        <w:jc w:val="left"/>
      </w:pPr>
      <w:r>
        <w:rPr>
          <w:rFonts w:ascii="Times New Roman" w:hAnsi="Times New Roman" w:eastAsia="宋体"/>
          <w:b w:val="0"/>
          <w:i w:val="0"/>
          <w:color w:val="333333"/>
          <w:sz w:val="19"/>
        </w:rPr>
        <w:t>Tracking the signs, exactly 6 of the 11 subintervals have g&gt;0. By symmetry there are 6 more in (1/2,1), so n=12.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一个凸圆内接四边形由其按圆周顺序排列的边长唯一确定，且存在的条件是最大边长小于其他三边之和。周长为 32 时，每条边至多为 15。</w:t>
      </w:r>
    </w:p>
    <w:p>
      <w:pPr>
        <w:spacing w:before="0" w:after="80" w:line="300" w:lineRule="auto"/>
        <w:jc w:val="left"/>
      </w:pPr>
      <w:r>
        <w:rPr>
          <w:rFonts w:ascii="Times New Roman" w:hAnsi="Times New Roman" w:eastAsia="宋体"/>
          <w:b w:val="0"/>
          <w:i w:val="0"/>
          <w:sz w:val="21"/>
        </w:rPr>
        <w:t>先数正整数有序四元组 (a,b,c,d)，满足 a+b+c+d=32 且每项至多为 15。若没有上界限制，有 C(31, 3)=4495 个；去掉某一项至少为 16 的情况，需减去 4C(16, 3)=2240，剩下 2255 个。</w:t>
      </w:r>
    </w:p>
    <w:p>
      <w:pPr>
        <w:spacing w:before="0" w:after="80" w:line="300" w:lineRule="auto"/>
        <w:jc w:val="left"/>
      </w:pPr>
      <w:r>
        <w:rPr>
          <w:rFonts w:ascii="Times New Roman" w:hAnsi="Times New Roman" w:eastAsia="宋体"/>
          <w:b w:val="0"/>
          <w:i w:val="0"/>
          <w:sz w:val="21"/>
        </w:rPr>
        <w:t>四边形的旋转对应于 (a,b,c,d) 的循环置换。由 Burnside 引理，不同四边形的数量为</w:t>
      </w:r>
    </w:p>
    <w:p>
      <w:pPr>
        <w:spacing w:before="0" w:after="80" w:line="300" w:lineRule="auto"/>
        <w:jc w:val="left"/>
      </w:pPr>
      <w:r>
        <w:rPr>
          <w:rFonts w:ascii="Times New Roman" w:hAnsi="Times New Roman" w:eastAsia="宋体"/>
          <w:b w:val="0"/>
          <w:i w:val="0"/>
          <w:sz w:val="21"/>
        </w:rPr>
        <w:t>1/4(2255+f₁+f₂+f₃)，</w:t>
      </w:r>
    </w:p>
    <w:p>
      <w:pPr>
        <w:spacing w:before="0" w:after="80" w:line="300" w:lineRule="auto"/>
        <w:jc w:val="left"/>
      </w:pPr>
      <w:r>
        <w:rPr>
          <w:rFonts w:ascii="Times New Roman" w:hAnsi="Times New Roman" w:eastAsia="宋体"/>
          <w:b w:val="0"/>
          <w:i w:val="0"/>
          <w:sz w:val="21"/>
        </w:rPr>
        <w:t>其中 fᵢ 表示旋转 i 个位置后不变的四元组数。</w:t>
      </w:r>
    </w:p>
    <w:p>
      <w:pPr>
        <w:spacing w:before="0" w:after="80" w:line="300" w:lineRule="auto"/>
        <w:jc w:val="left"/>
      </w:pPr>
      <w:r>
        <w:rPr>
          <w:rFonts w:ascii="Times New Roman" w:hAnsi="Times New Roman" w:eastAsia="宋体"/>
          <w:b w:val="0"/>
          <w:i w:val="0"/>
          <w:sz w:val="21"/>
        </w:rPr>
        <w:t>旋转一步或三步只固定 (8,8,8,8)，所以 f₁=f₃=1。旋转两步固定形如 (a,b,a,b) 且 a+b=16、1≤ a,b≤15 的四元组，所以 f₂=15。</w:t>
      </w:r>
    </w:p>
    <w:p>
      <w:pPr>
        <w:spacing w:before="0" w:after="80" w:line="300" w:lineRule="auto"/>
        <w:jc w:val="left"/>
      </w:pPr>
      <w:r>
        <w:rPr>
          <w:rFonts w:ascii="Times New Roman" w:hAnsi="Times New Roman" w:eastAsia="宋体"/>
          <w:b w:val="0"/>
          <w:i w:val="0"/>
          <w:sz w:val="21"/>
        </w:rPr>
        <w:t>因此数量为</w:t>
      </w:r>
    </w:p>
    <w:p>
      <w:pPr>
        <w:spacing w:before="0" w:after="80" w:line="300" w:lineRule="auto"/>
        <w:jc w:val="left"/>
      </w:pPr>
      <w:r>
        <w:rPr>
          <w:rFonts w:ascii="Times New Roman" w:hAnsi="Times New Roman" w:eastAsia="宋体"/>
          <w:b w:val="0"/>
          <w:i w:val="0"/>
          <w:sz w:val="21"/>
        </w:rPr>
        <w:t>1/4(2255+1+15+1) = 2272/4</w:t>
      </w:r>
    </w:p>
    <w:p>
      <w:pPr>
        <w:spacing w:before="0" w:after="80" w:line="300" w:lineRule="auto"/>
        <w:jc w:val="left"/>
      </w:pPr>
      <w:r>
        <w:rPr>
          <w:rFonts w:ascii="Times New Roman" w:hAnsi="Times New Roman" w:eastAsia="宋体"/>
          <w:b w:val="0"/>
          <w:i w:val="0"/>
          <w:sz w:val="21"/>
        </w:rPr>
        <w:t>= 568。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convex cyclic quadrilateral is determined up to rotation and translation by its cyclic sequence of side lengths, and it exists exactly when the largest side is less than the sum of the others. With perimeter 32, this means each side is at most 15.</w:t>
      </w:r>
    </w:p>
    <w:p>
      <w:pPr>
        <w:spacing w:before="0" w:after="80" w:line="300" w:lineRule="auto"/>
        <w:jc w:val="left"/>
      </w:pPr>
      <w:r>
        <w:rPr>
          <w:rFonts w:ascii="Times New Roman" w:hAnsi="Times New Roman" w:eastAsia="宋体"/>
          <w:b w:val="0"/>
          <w:i w:val="0"/>
          <w:color w:val="333333"/>
          <w:sz w:val="19"/>
        </w:rPr>
        <w:t>First count ordered quadruples (a,b,c,d) of positive integers with a+b+c+d=32 and each entry at most 15. Without the upper bound there are C(31, 3)=4495; removing those with some entry at least 16 subtracts 4C(16, 3)=2240, leaving 2255.</w:t>
      </w:r>
    </w:p>
    <w:p>
      <w:pPr>
        <w:spacing w:before="0" w:after="80" w:line="300" w:lineRule="auto"/>
        <w:jc w:val="left"/>
      </w:pPr>
      <w:r>
        <w:rPr>
          <w:rFonts w:ascii="Times New Roman" w:hAnsi="Times New Roman" w:eastAsia="宋体"/>
          <w:b w:val="0"/>
          <w:i w:val="0"/>
          <w:color w:val="333333"/>
          <w:sz w:val="19"/>
        </w:rPr>
        <w:t>Rotations of the quadrilateral correspond to cyclic permutations of (a,b,c,d). By Burnside’s lemma the number of distinct quadrilaterals is</w:t>
      </w:r>
    </w:p>
    <w:p>
      <w:pPr>
        <w:spacing w:before="0" w:after="80" w:line="300" w:lineRule="auto"/>
        <w:jc w:val="left"/>
      </w:pPr>
      <w:r>
        <w:rPr>
          <w:rFonts w:ascii="Times New Roman" w:hAnsi="Times New Roman" w:eastAsia="宋体"/>
          <w:b w:val="0"/>
          <w:i w:val="0"/>
          <w:color w:val="333333"/>
          <w:sz w:val="19"/>
        </w:rPr>
        <w:t>1/4(2255+f₁+f₂+f₃),</w:t>
      </w:r>
    </w:p>
    <w:p>
      <w:pPr>
        <w:spacing w:before="0" w:after="80" w:line="300" w:lineRule="auto"/>
        <w:jc w:val="left"/>
      </w:pPr>
      <w:r>
        <w:rPr>
          <w:rFonts w:ascii="Times New Roman" w:hAnsi="Times New Roman" w:eastAsia="宋体"/>
          <w:b w:val="0"/>
          <w:i w:val="0"/>
          <w:color w:val="333333"/>
          <w:sz w:val="19"/>
        </w:rPr>
        <w:t>where fᵢ counts quadruples fixed by rotating i positions.</w:t>
      </w:r>
    </w:p>
    <w:p>
      <w:pPr>
        <w:spacing w:before="0" w:after="80" w:line="300" w:lineRule="auto"/>
        <w:jc w:val="left"/>
      </w:pPr>
      <w:r>
        <w:rPr>
          <w:rFonts w:ascii="Times New Roman" w:hAnsi="Times New Roman" w:eastAsia="宋体"/>
          <w:b w:val="0"/>
          <w:i w:val="0"/>
          <w:color w:val="333333"/>
          <w:sz w:val="19"/>
        </w:rPr>
        <w:t>A one- or three-step rotation fixes only (8,8,8,8), so f₁=f₃=1. A two-step rotation fixes (a,b,a,b) with a+b=16 and 1≤ a,b≤15, giving f₂=15.</w:t>
      </w:r>
    </w:p>
    <w:p>
      <w:pPr>
        <w:spacing w:before="0" w:after="80" w:line="300" w:lineRule="auto"/>
        <w:jc w:val="left"/>
      </w:pPr>
      <w:r>
        <w:rPr>
          <w:rFonts w:ascii="Times New Roman" w:hAnsi="Times New Roman" w:eastAsia="宋体"/>
          <w:b w:val="0"/>
          <w:i w:val="0"/>
          <w:color w:val="333333"/>
          <w:sz w:val="19"/>
        </w:rPr>
        <w:t>Hence the count is</w:t>
      </w:r>
    </w:p>
    <w:p>
      <w:pPr>
        <w:spacing w:before="0" w:after="80" w:line="300" w:lineRule="auto"/>
        <w:jc w:val="left"/>
      </w:pPr>
      <w:r>
        <w:rPr>
          <w:rFonts w:ascii="Times New Roman" w:hAnsi="Times New Roman" w:eastAsia="宋体"/>
          <w:b w:val="0"/>
          <w:i w:val="0"/>
          <w:color w:val="333333"/>
          <w:sz w:val="19"/>
        </w:rPr>
        <w:t>1/4(2255+1+15+1) = 2272/4</w:t>
      </w:r>
    </w:p>
    <w:p>
      <w:pPr>
        <w:spacing w:before="0" w:after="80" w:line="300" w:lineRule="auto"/>
        <w:jc w:val="left"/>
      </w:pPr>
      <w:r>
        <w:rPr>
          <w:rFonts w:ascii="Times New Roman" w:hAnsi="Times New Roman" w:eastAsia="宋体"/>
          <w:b w:val="0"/>
          <w:i w:val="0"/>
          <w:color w:val="333333"/>
          <w:sz w:val="19"/>
        </w:rPr>
        <w:t>= 568.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