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2009B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Jane 在五天工作周的每天早上都会买一个 50 美分的松饼或一个 75 美分的贝果。她这一周的总花费正好是整数美元。她买了多少个贝果？</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morning of her five-day workweek, Jane bought either a 50-cent muffin or a 75-cent bagel. Her total cost for the week was a whole number of dollars. How many bagels did she buy?</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油漆工 Paula 原本有刚好够刷 30 间同样大小房间的油漆。不幸的是，在去工作的路上，有三罐油漆从卡车上掉了下来，所以她只剩下够刷 25 间房间的油漆。她刷这 25 间房间用了多少罐油漆？</w:t>
      </w:r>
    </w:p>
    <w:p>
      <w:pPr>
        <w:spacing w:before="0" w:after="120" w:line="300" w:lineRule="auto"/>
      </w:pPr>
      <w:r>
        <w:rPr>
          <w:rFonts w:ascii="Times New Roman" w:hAnsi="Times New Roman" w:eastAsia="宋体"/>
          <w:b w:val="0"/>
          <w:i w:val="0"/>
          <w:sz w:val="21"/>
        </w:rPr>
        <w:t>（A）10　　（B）12　　（C）15　　（D）18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Paula the painter had just enough paint for 30 identically sized rooms. Unfortunately, on the way to work, three cans of paint fell off her truck, so she had only enough paint for 25 rooms. How many cans of paint did she use for the 25 rooms?</w:t>
      </w:r>
    </w:p>
    <w:p>
      <w:pPr>
        <w:spacing w:before="0" w:after="160" w:line="300" w:lineRule="auto"/>
      </w:pPr>
      <w:r>
        <w:rPr>
          <w:rFonts w:ascii="Times New Roman" w:hAnsi="Times New Roman" w:eastAsia="宋体"/>
          <w:b w:val="0"/>
          <w:i w:val="0"/>
          <w:color w:val="333333"/>
          <w:sz w:val="19"/>
        </w:rPr>
        <w:t>(A) 10　　(B) 12　　(C) 15　　(D) 18　　(E) 25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比 60 少百分之二十的数，比哪个数多三分之一？</w:t>
      </w:r>
    </w:p>
    <w:p>
      <w:pPr>
        <w:spacing w:before="0" w:after="120" w:line="300" w:lineRule="auto"/>
      </w:pPr>
      <w:r>
        <w:rPr>
          <w:rFonts w:ascii="Times New Roman" w:hAnsi="Times New Roman" w:eastAsia="宋体"/>
          <w:b w:val="0"/>
          <w:i w:val="0"/>
          <w:sz w:val="21"/>
        </w:rPr>
        <w:t>（A）16　　（B）30　　（C）32　　（D）36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Twenty percent less than 60 is one-third more than what number?</w:t>
      </w:r>
    </w:p>
    <w:p>
      <w:pPr>
        <w:spacing w:before="0" w:after="160" w:line="300" w:lineRule="auto"/>
      </w:pPr>
      <w:r>
        <w:rPr>
          <w:rFonts w:ascii="Times New Roman" w:hAnsi="Times New Roman" w:eastAsia="宋体"/>
          <w:b w:val="0"/>
          <w:i w:val="0"/>
          <w:color w:val="333333"/>
          <w:sz w:val="19"/>
        </w:rPr>
        <w:t>(A) 16　　(B) 30　　(C) 32　　(D) 36　　(E) 48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一个长方形院子里有两个花坛，形状是全等的等腰直角三角形。院子的其余部分是如图所示的梯形。梯形的两条平行边长度分别为 15 米和 25 米。花坛占整个院子的几分之几？</w:t>
      </w:r>
    </w:p>
    <w:p>
      <w:pPr>
        <w:spacing w:before="80" w:after="80"/>
        <w:jc w:val="center"/>
      </w:pPr>
      <w:r>
        <w:drawing>
          <wp:inline xmlns:a="http://schemas.openxmlformats.org/drawingml/2006/main" xmlns:pic="http://schemas.openxmlformats.org/drawingml/2006/picture">
            <wp:extent cx="1606921" cy="331544"/>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606921" cy="331544"/>
                    </a:xfrm>
                    <a:prstGeom prst="rect"/>
                  </pic:spPr>
                </pic:pic>
              </a:graphicData>
            </a:graphic>
          </wp:inline>
        </w:drawing>
      </w:r>
    </w:p>
    <w:p>
      <w:pPr>
        <w:spacing w:before="0" w:after="120" w:line="300" w:lineRule="auto"/>
      </w:pPr>
      <w:r>
        <w:rPr>
          <w:rFonts w:ascii="Times New Roman" w:hAnsi="Times New Roman" w:eastAsia="宋体"/>
          <w:b w:val="0"/>
          <w:i w:val="0"/>
          <w:sz w:val="21"/>
        </w:rPr>
        <w:t>（A）1/8　　（B）1/6　　（C）1/5　　（D）1/4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yard contains two flower beds in the shape of congruent isosceles right triangles. The remainder of the yard has a trapezoidal shape, as shown. The parallel sides of the trapezoid have lengths 15 and 25 meters. What fraction of the yard is occupied by the flower beds?</w:t>
      </w:r>
    </w:p>
    <w:p>
      <w:pPr>
        <w:spacing w:before="80" w:after="80"/>
        <w:jc w:val="center"/>
      </w:pPr>
      <w:r>
        <w:drawing>
          <wp:inline xmlns:a="http://schemas.openxmlformats.org/drawingml/2006/main" xmlns:pic="http://schemas.openxmlformats.org/drawingml/2006/picture">
            <wp:extent cx="1606921" cy="331544"/>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606921" cy="33154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1/8　　(B) 1/6　　(C) 1/5　　(D) 1/4　　(E) 1/3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Kiana 有两个年长的双胞胎哥哥。他们三个人年龄的乘积是 128。他们三个人年龄的和是多少？</w:t>
      </w:r>
    </w:p>
    <w:p>
      <w:pPr>
        <w:spacing w:before="0" w:after="120" w:line="300" w:lineRule="auto"/>
      </w:pPr>
      <w:r>
        <w:rPr>
          <w:rFonts w:ascii="Times New Roman" w:hAnsi="Times New Roman" w:eastAsia="宋体"/>
          <w:b w:val="0"/>
          <w:i w:val="0"/>
          <w:sz w:val="21"/>
        </w:rPr>
        <w:t>（A）10　　（B）12　　（C）16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Kiana has two older twin brothers. The product of their three ages is 128. What is the sum of their three ages?</w:t>
      </w:r>
    </w:p>
    <w:p>
      <w:pPr>
        <w:spacing w:before="0" w:after="160" w:line="300" w:lineRule="auto"/>
      </w:pPr>
      <w:r>
        <w:rPr>
          <w:rFonts w:ascii="Times New Roman" w:hAnsi="Times New Roman" w:eastAsia="宋体"/>
          <w:b w:val="0"/>
          <w:i w:val="0"/>
          <w:color w:val="333333"/>
          <w:sz w:val="19"/>
        </w:rPr>
        <w:t>(A) 10　　(B) 12　　(C) 16　　(D) 18　　(E) 24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通过插入括号，可以使表达式</w:t>
      </w:r>
    </w:p>
    <w:p>
      <w:pPr>
        <w:spacing w:before="0" w:after="80" w:line="300" w:lineRule="auto"/>
        <w:jc w:val="left"/>
      </w:pPr>
      <w:r>
        <w:rPr>
          <w:rFonts w:ascii="Times New Roman" w:hAnsi="Times New Roman" w:eastAsia="宋体"/>
          <w:b w:val="0"/>
          <w:i w:val="0"/>
          <w:sz w:val="21"/>
        </w:rPr>
        <w:t>2 × 3 + 4 × 5</w:t>
      </w:r>
    </w:p>
    <w:p>
      <w:pPr>
        <w:spacing w:before="0" w:after="80" w:line="300" w:lineRule="auto"/>
        <w:jc w:val="left"/>
      </w:pPr>
      <w:r>
        <w:rPr>
          <w:rFonts w:ascii="Times New Roman" w:hAnsi="Times New Roman" w:eastAsia="宋体"/>
          <w:b w:val="0"/>
          <w:i w:val="0"/>
          <w:sz w:val="21"/>
        </w:rPr>
        <w:t>取得若干个值。可以得到多少个不同的值？</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inserting parentheses, it is possible to give the expression</w:t>
      </w:r>
    </w:p>
    <w:p>
      <w:pPr>
        <w:spacing w:before="0" w:after="80" w:line="300" w:lineRule="auto"/>
        <w:jc w:val="left"/>
      </w:pPr>
      <w:r>
        <w:rPr>
          <w:rFonts w:ascii="Times New Roman" w:hAnsi="Times New Roman" w:eastAsia="宋体"/>
          <w:b w:val="0"/>
          <w:i w:val="0"/>
          <w:color w:val="333333"/>
          <w:sz w:val="19"/>
        </w:rPr>
        <w:t>2 × 3 + 4 × 5</w:t>
      </w:r>
    </w:p>
    <w:p>
      <w:pPr>
        <w:spacing w:before="0" w:after="80" w:line="300" w:lineRule="auto"/>
        <w:jc w:val="left"/>
      </w:pPr>
      <w:r>
        <w:rPr>
          <w:rFonts w:ascii="Times New Roman" w:hAnsi="Times New Roman" w:eastAsia="宋体"/>
          <w:b w:val="0"/>
          <w:i w:val="0"/>
          <w:color w:val="333333"/>
          <w:sz w:val="19"/>
        </w:rPr>
        <w:t>several values. How many different values can be obtained?</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某一年中，汽油价格在一月上涨 20%，二月下跌 20%，三月上涨 25%，四月下跌 x%。四月底的汽油价格与一月初相同。四舍五入到最接近的整数，x 是多少？</w:t>
      </w:r>
    </w:p>
    <w:p>
      <w:pPr>
        <w:spacing w:before="0" w:after="120" w:line="300" w:lineRule="auto"/>
      </w:pPr>
      <w:r>
        <w:rPr>
          <w:rFonts w:ascii="Times New Roman" w:hAnsi="Times New Roman" w:eastAsia="宋体"/>
          <w:b w:val="0"/>
          <w:i w:val="0"/>
          <w:sz w:val="21"/>
        </w:rPr>
        <w:t>（A）12　　（B）17　　（C）20　　（D）25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year the price of gasoline rose by 20% during January, fell by 20% during February, rose by 25% during March, and fell by x% during April. The price of gasoline at the end of April was the same as it had been at the beginning of January. To the nearest integer, what is x?</w:t>
      </w:r>
    </w:p>
    <w:p>
      <w:pPr>
        <w:spacing w:before="0" w:after="160" w:line="300" w:lineRule="auto"/>
      </w:pPr>
      <w:r>
        <w:rPr>
          <w:rFonts w:ascii="Times New Roman" w:hAnsi="Times New Roman" w:eastAsia="宋体"/>
          <w:b w:val="0"/>
          <w:i w:val="0"/>
          <w:color w:val="333333"/>
          <w:sz w:val="19"/>
        </w:rPr>
        <w:t>(A) 12　　(B) 17　　(C) 20　　(D) 25　　(E) 35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当一个桶装满三分之二的水时，桶和水共重 a 千克。当桶装满一半的水时，总重量为 b 千克。用 a 和 b 表示，当桶装满水时的总重量是多少千克？</w:t>
      </w:r>
    </w:p>
    <w:p>
      <w:pPr>
        <w:spacing w:before="0" w:after="120" w:line="300" w:lineRule="auto"/>
      </w:pPr>
      <w:r>
        <w:rPr>
          <w:rFonts w:ascii="Times New Roman" w:hAnsi="Times New Roman" w:eastAsia="宋体"/>
          <w:b w:val="0"/>
          <w:i w:val="0"/>
          <w:sz w:val="21"/>
        </w:rPr>
        <w:t>（A）2/3a + 1/3b　　（B）3/2a - 1/2b　　（C）3/2a + b　　（D）3/2a + 2b　　（E）3a - 2b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bucket is two-thirds full of water, the bucket and water weigh a kilograms. When the bucket is one-half full of water the total weight is b kilograms. In terms of a and b, what is the total weight in kilograms when the bucket is full of water?</w:t>
      </w:r>
    </w:p>
    <w:p>
      <w:pPr>
        <w:spacing w:before="0" w:after="160" w:line="300" w:lineRule="auto"/>
      </w:pPr>
      <w:r>
        <w:rPr>
          <w:rFonts w:ascii="Times New Roman" w:hAnsi="Times New Roman" w:eastAsia="宋体"/>
          <w:b w:val="0"/>
          <w:i w:val="0"/>
          <w:color w:val="333333"/>
          <w:sz w:val="19"/>
        </w:rPr>
        <w:t>(A) 2/3a + 1/3b　　(B) 3/2a - 1/2b　　(C) 3/2a + b　　(D) 3/2a + 2b　　(E) 3a - 2b</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三角形 ABC 的顶点为 A = (3, 0)、B = (0, 3) 和 C，其中 C 在直线 x + y = 7 上。△ ABC 的面积是多少？</w:t>
      </w:r>
    </w:p>
    <w:p>
      <w:pPr>
        <w:spacing w:before="0" w:after="120" w:line="300" w:lineRule="auto"/>
      </w:pPr>
      <w:r>
        <w:rPr>
          <w:rFonts w:ascii="Times New Roman" w:hAnsi="Times New Roman" w:eastAsia="宋体"/>
          <w:b w:val="0"/>
          <w:i w:val="0"/>
          <w:sz w:val="21"/>
        </w:rPr>
        <w:t>（A）6　　（B）8　　（C）10　　（D）12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vertices A = (3, 0), B = (0, 3), and C, where C is on the line x + y = 7. What is the area of △ ABC?</w:t>
      </w:r>
    </w:p>
    <w:p>
      <w:pPr>
        <w:spacing w:before="0" w:after="160" w:line="300" w:lineRule="auto"/>
      </w:pPr>
      <w:r>
        <w:rPr>
          <w:rFonts w:ascii="Times New Roman" w:hAnsi="Times New Roman" w:eastAsia="宋体"/>
          <w:b w:val="0"/>
          <w:i w:val="0"/>
          <w:color w:val="333333"/>
          <w:sz w:val="19"/>
        </w:rPr>
        <w:t>(A) 6　　(B) 8　　(C) 10　　(D) 12　　(E) 14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一个特殊的 12 小时制电子钟显示一天中的小时和分钟。不幸的是，每当它本应显示数字 1 时，都会错误地显示成 9。例如，下午 1:16 时，钟会错误显示为下午 9:96。一天中有多少比例的时间，这个钟显示的是正确时间？</w:t>
      </w:r>
    </w:p>
    <w:p>
      <w:pPr>
        <w:spacing w:before="0" w:after="120" w:line="300" w:lineRule="auto"/>
      </w:pPr>
      <w:r>
        <w:rPr>
          <w:rFonts w:ascii="Times New Roman" w:hAnsi="Times New Roman" w:eastAsia="宋体"/>
          <w:b w:val="0"/>
          <w:i w:val="0"/>
          <w:sz w:val="21"/>
        </w:rPr>
        <w:t>（A）1/2　　（B）5/8　　（C）3/4　　（D）5/6　　（E）9/10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particular 12-hour digital clock displays the hour and minute of a day. Unfortunately, whenever it is supposed to display a 1, it mistakenly displays a 9. For example, when it is 1:16 pm the clock incorrectly shows 9:96 pm. What fraction of the day will the clock show the correct time?</w:t>
      </w:r>
    </w:p>
    <w:p>
      <w:pPr>
        <w:spacing w:before="0" w:after="160" w:line="300" w:lineRule="auto"/>
      </w:pPr>
      <w:r>
        <w:rPr>
          <w:rFonts w:ascii="Times New Roman" w:hAnsi="Times New Roman" w:eastAsia="宋体"/>
          <w:b w:val="0"/>
          <w:i w:val="0"/>
          <w:color w:val="333333"/>
          <w:sz w:val="19"/>
        </w:rPr>
        <w:t>(A) 1/2　　(B) 5/8　　(C) 3/4　　(D) 5/6　　(E) 9/10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星期一，Millie 把一夸脱鸟食倒入喂鸟器，其中 25% 是小米。此后每天她都再加入一夸脱同样混合比例的鸟食，而且不取出剩下的鸟食。每天鸟只吃掉喂鸟器中小米的 25%，但会吃掉所有其他种子。在星期几，Millie 刚放入鸟食后，鸟会发现喂鸟器中超过一半的种子是小米？</w:t>
      </w:r>
    </w:p>
    <w:p>
      <w:pPr>
        <w:spacing w:before="0" w:after="120" w:line="300" w:lineRule="auto"/>
      </w:pPr>
      <w:r>
        <w:rPr>
          <w:rFonts w:ascii="Times New Roman" w:hAnsi="Times New Roman" w:eastAsia="宋体"/>
          <w:b w:val="0"/>
          <w:i w:val="0"/>
          <w:sz w:val="21"/>
        </w:rPr>
        <w:t>（A）星期二　　（B）星期三　　（C）星期四　　（D）星期五　　（E）星期六</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Monday, Millie puts a quart of seeds, 25% of which are millet, into a bird feeder. On each successive day she adds another quart of the same mix of seeds without removing any seeds that are left. Each day the birds eat only 25% of the millet in the feeder, but they eat all of the other seeds. On which day, just after Millie has placed the seeds, will the birds find that more than half the seeds in the feeder are millet?</w:t>
      </w:r>
    </w:p>
    <w:p>
      <w:pPr>
        <w:spacing w:before="0" w:after="160" w:line="300" w:lineRule="auto"/>
      </w:pPr>
      <w:r>
        <w:rPr>
          <w:rFonts w:ascii="Times New Roman" w:hAnsi="Times New Roman" w:eastAsia="宋体"/>
          <w:b w:val="0"/>
          <w:i w:val="0"/>
          <w:color w:val="333333"/>
          <w:sz w:val="19"/>
        </w:rPr>
        <w:t>(A) Tuesday　　(B) Wednesday　　(C) Thursday　　(D) Friday　　(E) Saturday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一个实数等比数列的第五项和第八项分别是 7! 和 8!。首项是多少？</w:t>
      </w:r>
    </w:p>
    <w:p>
      <w:pPr>
        <w:spacing w:before="0" w:after="120" w:line="300" w:lineRule="auto"/>
      </w:pPr>
      <w:r>
        <w:rPr>
          <w:rFonts w:ascii="Times New Roman" w:hAnsi="Times New Roman" w:eastAsia="宋体"/>
          <w:b w:val="0"/>
          <w:i w:val="0"/>
          <w:sz w:val="21"/>
        </w:rPr>
        <w:t>（A）60　　（B）75　　（C）120　　（D）225　　（E）315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fifth and eighth terms of a geometric sequence of real numbers are 7! and 8! respectively. What is the first term?</w:t>
      </w:r>
    </w:p>
    <w:p>
      <w:pPr>
        <w:spacing w:before="0" w:after="160" w:line="300" w:lineRule="auto"/>
      </w:pPr>
      <w:r>
        <w:rPr>
          <w:rFonts w:ascii="Times New Roman" w:hAnsi="Times New Roman" w:eastAsia="宋体"/>
          <w:b w:val="0"/>
          <w:i w:val="0"/>
          <w:color w:val="333333"/>
          <w:sz w:val="19"/>
        </w:rPr>
        <w:t>(A) 60　　(B) 75　　(C) 120　　(D) 225　　(E) 315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三角形 ABC 满足 AB = 13、AC = 15，且到 BC 的高长为 12。BC 的两个可能值之和是多少？</w:t>
      </w:r>
    </w:p>
    <w:p>
      <w:pPr>
        <w:spacing w:before="0" w:after="120" w:line="300" w:lineRule="auto"/>
      </w:pPr>
      <w:r>
        <w:rPr>
          <w:rFonts w:ascii="Times New Roman" w:hAnsi="Times New Roman" w:eastAsia="宋体"/>
          <w:b w:val="0"/>
          <w:i w:val="0"/>
          <w:sz w:val="21"/>
        </w:rPr>
        <w:t>（A）15　　（B）16　　（C）17　　（D）18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AB = 13 and AC = 15, and the altitude to BC has length 12. What is the sum of the two possible values of BC?</w:t>
      </w:r>
    </w:p>
    <w:p>
      <w:pPr>
        <w:spacing w:before="0" w:after="160" w:line="300" w:lineRule="auto"/>
      </w:pPr>
      <w:r>
        <w:rPr>
          <w:rFonts w:ascii="Times New Roman" w:hAnsi="Times New Roman" w:eastAsia="宋体"/>
          <w:b w:val="0"/>
          <w:i w:val="0"/>
          <w:color w:val="333333"/>
          <w:sz w:val="19"/>
        </w:rPr>
        <w:t>(A) 15　　(B) 16　　(C) 17　　(D) 18　　(E) 19</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如图，五个单位正方形放在坐标平面上，左下角在原点。斜线从 (a, 0) 延伸到 (3, 3)，把整个区域分成面积相等的两部分。a 是多少？</w:t>
      </w:r>
    </w:p>
    <w:p>
      <w:pPr>
        <w:spacing w:before="80" w:after="80"/>
        <w:jc w:val="center"/>
      </w:pPr>
      <w:r>
        <w:drawing>
          <wp:inline xmlns:a="http://schemas.openxmlformats.org/drawingml/2006/main" xmlns:pic="http://schemas.openxmlformats.org/drawingml/2006/picture">
            <wp:extent cx="1187788" cy="1144447"/>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187788" cy="1144447"/>
                    </a:xfrm>
                    <a:prstGeom prst="rect"/>
                  </pic:spPr>
                </pic:pic>
              </a:graphicData>
            </a:graphic>
          </wp:inline>
        </w:drawing>
      </w:r>
    </w:p>
    <w:p>
      <w:pPr>
        <w:spacing w:before="0" w:after="120" w:line="300" w:lineRule="auto"/>
      </w:pPr>
      <w:r>
        <w:rPr>
          <w:rFonts w:ascii="Times New Roman" w:hAnsi="Times New Roman" w:eastAsia="宋体"/>
          <w:b w:val="0"/>
          <w:i w:val="0"/>
          <w:sz w:val="21"/>
        </w:rPr>
        <w:t>（A）1/2　　（B）3/5　　（C）2/3　　（D）3/4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unit squares are arranged in the coordinate plane as shown, with the lower left corner at the origin. The slanted line, extending from (a, 0) to (3, 3), divides the entire region into two regions of equal area. What is a?</w:t>
      </w:r>
    </w:p>
    <w:p>
      <w:pPr>
        <w:spacing w:before="80" w:after="80"/>
        <w:jc w:val="center"/>
      </w:pPr>
      <w:r>
        <w:drawing>
          <wp:inline xmlns:a="http://schemas.openxmlformats.org/drawingml/2006/main" xmlns:pic="http://schemas.openxmlformats.org/drawingml/2006/picture">
            <wp:extent cx="1187788" cy="1144447"/>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187788" cy="114444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3/5　　(C) 2/3　　(D) 3/4　　(E) 4/5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假设 0 &lt; r &lt; 3。下面是五个关于 x 的方程。哪个方程的解 x 最大？</w:t>
      </w:r>
    </w:p>
    <w:p>
      <w:pPr>
        <w:spacing w:before="0" w:after="120" w:line="300" w:lineRule="auto"/>
      </w:pPr>
      <w:r>
        <w:rPr>
          <w:rFonts w:ascii="Times New Roman" w:hAnsi="Times New Roman" w:eastAsia="宋体"/>
          <w:b w:val="0"/>
          <w:i w:val="0"/>
          <w:sz w:val="21"/>
        </w:rPr>
        <w:t>（A）3(1 + r)ˣ = 7　　（B）3(1 + r/10)ˣ = 7　　（C）3(1 + 2r)ˣ = 7　　（D）3(1 + √(r))ˣ = 7　　（E）3(1 + 1/r)ˣ = 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Assume 0 &lt; r &lt; 3. Below are five equations for x. Which equation has the largest solution x?</w:t>
      </w:r>
    </w:p>
    <w:p>
      <w:pPr>
        <w:spacing w:before="0" w:after="160" w:line="300" w:lineRule="auto"/>
      </w:pPr>
      <w:r>
        <w:rPr>
          <w:rFonts w:ascii="Times New Roman" w:hAnsi="Times New Roman" w:eastAsia="宋体"/>
          <w:b w:val="0"/>
          <w:i w:val="0"/>
          <w:color w:val="333333"/>
          <w:sz w:val="19"/>
        </w:rPr>
        <w:t>(A) 3(1 + r)ˣ = 7　　(B) 3(1 + r/10)ˣ = 7　　(C) 3(1 + 2r)ˣ = 7　　(D) 3(1 + √(r))ˣ = 7　　(E) 3(1 + 1/r)ˣ = 7</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梯形 ABCD 满足 AD ∥ BC、BD = 1、∠ DBA = 23°、∠ BDC = 46°。比值 BC: AD 为 9: 5。CD 是多少？</w:t>
      </w:r>
    </w:p>
    <w:p>
      <w:pPr>
        <w:spacing w:before="0" w:after="120" w:line="300" w:lineRule="auto"/>
      </w:pPr>
      <w:r>
        <w:rPr>
          <w:rFonts w:ascii="Times New Roman" w:hAnsi="Times New Roman" w:eastAsia="宋体"/>
          <w:b w:val="0"/>
          <w:i w:val="0"/>
          <w:sz w:val="21"/>
        </w:rPr>
        <w:t>（A）7/9　　（B）4/5　　（C）13/15　　（D）8/9　　（E）14/15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Trapezoid ABCD has AD ∥ BC, BD = 1, ∠ DBA = 23°, and ∠ BDC = 46°. The ratio BC: AD is 9: 5. What is CD?</w:t>
      </w:r>
    </w:p>
    <w:p>
      <w:pPr>
        <w:spacing w:before="0" w:after="160" w:line="300" w:lineRule="auto"/>
      </w:pPr>
      <w:r>
        <w:rPr>
          <w:rFonts w:ascii="Times New Roman" w:hAnsi="Times New Roman" w:eastAsia="宋体"/>
          <w:b w:val="0"/>
          <w:i w:val="0"/>
          <w:color w:val="333333"/>
          <w:sz w:val="19"/>
        </w:rPr>
        <w:t>(A) 7/9　　(B) 4/5　　(C) 13/15　　(D) 8/9　　(E) 14/15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立方体的每个面上都画有一条窄条纹，从一条边的中点连到其对边的中点。每个面上选择哪一对对边是随机且相互独立的。出现一条连续条纹环绕立方体一周的概率是多少？</w:t>
      </w:r>
    </w:p>
    <w:p>
      <w:pPr>
        <w:spacing w:before="0" w:after="120" w:line="300" w:lineRule="auto"/>
      </w:pPr>
      <w:r>
        <w:rPr>
          <w:rFonts w:ascii="Times New Roman" w:hAnsi="Times New Roman" w:eastAsia="宋体"/>
          <w:b w:val="0"/>
          <w:i w:val="0"/>
          <w:sz w:val="21"/>
        </w:rPr>
        <w:t>（A）1/8　　（B）3/16　　（C）1/4　　（D）3/8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face of a cube is given a single narrow stripe painted from the center of one edge to the center of its opposite edge. The choice of the edge pairing is made at random and independently for each face. What is the probability that there is a continuous stripe encircling the cube?</w:t>
      </w:r>
    </w:p>
    <w:p>
      <w:pPr>
        <w:spacing w:before="0" w:after="160" w:line="300" w:lineRule="auto"/>
      </w:pPr>
      <w:r>
        <w:rPr>
          <w:rFonts w:ascii="Times New Roman" w:hAnsi="Times New Roman" w:eastAsia="宋体"/>
          <w:b w:val="0"/>
          <w:i w:val="0"/>
          <w:color w:val="333333"/>
          <w:sz w:val="19"/>
        </w:rPr>
        <w:t>(A) 1/8　　(B) 3/16　　(C) 1/4　　(D) 3/8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Rachel 和 Robert 在圆形跑道上跑步。Rachel 逆时针跑，每 90 秒跑完一圈；Robert 顺时针跑，每 80 秒跑完一圈。两人同时从起点出发。开始跑步后 10 分钟到 11 分钟之间的某个随机时刻，一位站在跑道内的摄影师拍了一张照片，照片显示以起跑线为中心的四分之一圈跑道。两人都在照片中的概率是多少？</w:t>
      </w:r>
    </w:p>
    <w:p>
      <w:pPr>
        <w:spacing w:before="0" w:after="120" w:line="300" w:lineRule="auto"/>
      </w:pPr>
      <w:r>
        <w:rPr>
          <w:rFonts w:ascii="Times New Roman" w:hAnsi="Times New Roman" w:eastAsia="宋体"/>
          <w:b w:val="0"/>
          <w:i w:val="0"/>
          <w:sz w:val="21"/>
        </w:rPr>
        <w:t>（A）1/16　　（B）1/8　　（C）3/16　　（D）1/4　　（E）5/16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Rachel and Robert run on a circular track. Rachel runs counterclockwise and completes a lap every 90 seconds, and Robert runs clockwise and completes a lap every 80 seconds. Both start from the start line at the same time. At some random time between 10 minutes and 11 minutes after they begin to run, a photographer standing inside the track takes a picture that shows one-fourth of the track, centered on the starting line. What is the probability that both Rachel and Robert are in the picture?</w:t>
      </w:r>
    </w:p>
    <w:p>
      <w:pPr>
        <w:spacing w:before="0" w:after="160" w:line="300" w:lineRule="auto"/>
      </w:pPr>
      <w:r>
        <w:rPr>
          <w:rFonts w:ascii="Times New Roman" w:hAnsi="Times New Roman" w:eastAsia="宋体"/>
          <w:b w:val="0"/>
          <w:i w:val="0"/>
          <w:color w:val="333333"/>
          <w:sz w:val="19"/>
        </w:rPr>
        <w:t>(A) 1/16　　(B) 1/8　　(C) 3/16　　(D) 1/4　　(E) 5/16</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对每个正整数 n，令 f(n) = n⁴ - 360n² + 400。所有为质数的 f(n) 的值之和是多少？</w:t>
      </w:r>
    </w:p>
    <w:p>
      <w:pPr>
        <w:spacing w:before="0" w:after="120" w:line="300" w:lineRule="auto"/>
      </w:pPr>
      <w:r>
        <w:rPr>
          <w:rFonts w:ascii="Times New Roman" w:hAnsi="Times New Roman" w:eastAsia="宋体"/>
          <w:b w:val="0"/>
          <w:i w:val="0"/>
          <w:sz w:val="21"/>
        </w:rPr>
        <w:t>（A）794　　（B）796　　（C）798　　（D）800　　（E）802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n, let f(n) = n⁴ - 360n² + 400. What is the sum of all values of f(n) that are prime numbers?</w:t>
      </w:r>
    </w:p>
    <w:p>
      <w:pPr>
        <w:spacing w:before="0" w:after="160" w:line="300" w:lineRule="auto"/>
      </w:pPr>
      <w:r>
        <w:rPr>
          <w:rFonts w:ascii="Times New Roman" w:hAnsi="Times New Roman" w:eastAsia="宋体"/>
          <w:b w:val="0"/>
          <w:i w:val="0"/>
          <w:color w:val="333333"/>
          <w:sz w:val="19"/>
        </w:rPr>
        <w:t>(A) 794　　(B) 796　　(C) 798　　(D) 800　　(E) 802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一个凸多面体 Q 有顶点 V₁，V₂，…，Vₙ，并有 100 条边。用平面 P₁，P₂，…，Pₙ 切割该多面体，使得平面 Pₖ 只切过与顶点 Vₖ 相接的那些边。此外，没有两个平面在 Q 的内部或表面相交。这些切割产生了 n 个棱锥和一个新的多面体 R。R 有多少条边？</w:t>
      </w:r>
    </w:p>
    <w:p>
      <w:pPr>
        <w:spacing w:before="0" w:after="120" w:line="300" w:lineRule="auto"/>
      </w:pPr>
      <w:r>
        <w:rPr>
          <w:rFonts w:ascii="Times New Roman" w:hAnsi="Times New Roman" w:eastAsia="宋体"/>
          <w:b w:val="0"/>
          <w:i w:val="0"/>
          <w:sz w:val="21"/>
        </w:rPr>
        <w:t>（A）200　　（B）2n　　（C）300　　（D）400　　（E）4n</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convex polyhedron Q has vertices V₁, V₂, …, Vₙ, and 100 edges. The polyhedron is cut by planes P₁, P₂, …, Pₙ in such a way that plane Pₖ cuts only those edges that meet at vertex Vₖ. In addition, no two planes intersect inside or on Q. The cuts produce n pyramids and a new polyhedron R. How many edges does R have?</w:t>
      </w:r>
    </w:p>
    <w:p>
      <w:pPr>
        <w:spacing w:before="0" w:after="160" w:line="300" w:lineRule="auto"/>
      </w:pPr>
      <w:r>
        <w:rPr>
          <w:rFonts w:ascii="Times New Roman" w:hAnsi="Times New Roman" w:eastAsia="宋体"/>
          <w:b w:val="0"/>
          <w:i w:val="0"/>
          <w:color w:val="333333"/>
          <w:sz w:val="19"/>
        </w:rPr>
        <w:t>(A) 200　　(B) 2n　　(C) 300　　(D) 400　　(E) 4n</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十名女性坐在一排 10 个座位上。所有 10 人都起身，然后重新坐满这 10 个座位，每个人坐在自己原来的座位或与原座位相邻的座位上。她们有多少种重新入座方式？</w:t>
      </w:r>
    </w:p>
    <w:p>
      <w:pPr>
        <w:spacing w:before="0" w:after="120" w:line="300" w:lineRule="auto"/>
      </w:pPr>
      <w:r>
        <w:rPr>
          <w:rFonts w:ascii="Times New Roman" w:hAnsi="Times New Roman" w:eastAsia="宋体"/>
          <w:b w:val="0"/>
          <w:i w:val="0"/>
          <w:sz w:val="21"/>
        </w:rPr>
        <w:t>（A）89　　（B）90　　（C）120　　（D）210　　（E）2³⁸</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Ten women sit in 10 seats in a line. All of the 10 get up and then reseat themselves using all 10 seats, each sitting in the seat she was in before or a seat next to the one she occupied before. In how many ways can the women be reseated?</w:t>
      </w:r>
    </w:p>
    <w:p>
      <w:pPr>
        <w:spacing w:before="0" w:after="160" w:line="300" w:lineRule="auto"/>
      </w:pPr>
      <w:r>
        <w:rPr>
          <w:rFonts w:ascii="Times New Roman" w:hAnsi="Times New Roman" w:eastAsia="宋体"/>
          <w:b w:val="0"/>
          <w:i w:val="0"/>
          <w:color w:val="333333"/>
          <w:sz w:val="19"/>
        </w:rPr>
        <w:t>(A) 89　　(B) 90　　(C) 120　　(D) 210　　(E) 2³⁸</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平行四边形 ABCD 的面积为 1,000,000。顶点 A 在 (0, 0)，其余顶点都在第一象限。顶点 B 和 D 分别是在直线 y = x 和 y = kx 上的格点，其中 k &gt; 1 是整数。这样的平行四边形有多少个？</w:t>
      </w:r>
    </w:p>
    <w:p>
      <w:pPr>
        <w:spacing w:before="0" w:after="120" w:line="300" w:lineRule="auto"/>
      </w:pPr>
      <w:r>
        <w:rPr>
          <w:rFonts w:ascii="Times New Roman" w:hAnsi="Times New Roman" w:eastAsia="宋体"/>
          <w:b w:val="0"/>
          <w:i w:val="0"/>
          <w:sz w:val="21"/>
        </w:rPr>
        <w:t>（A）49　　（B）720　　（C）784　　（D）2009　　（E）2048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Parallelogram ABCD has area 1,000,000. Vertex A is at (0, 0) and all other vertices are in the first quadrant. Vertices B and D are lattice points on the lines y = x and y = kx for some integer k &gt; 1, respectively. How many such parallelograms are there?</w:t>
      </w:r>
    </w:p>
    <w:p>
      <w:pPr>
        <w:spacing w:before="0" w:after="160" w:line="300" w:lineRule="auto"/>
      </w:pPr>
      <w:r>
        <w:rPr>
          <w:rFonts w:ascii="Times New Roman" w:hAnsi="Times New Roman" w:eastAsia="宋体"/>
          <w:b w:val="0"/>
          <w:i w:val="0"/>
          <w:color w:val="333333"/>
          <w:sz w:val="19"/>
        </w:rPr>
        <w:t>(A) 49　　(B) 720　　(C) 784　　(D) 2009　　(E) 2048</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复平面中的区域 S 定义为</w:t>
      </w:r>
    </w:p>
    <w:p>
      <w:pPr>
        <w:spacing w:before="0" w:after="80" w:line="300" w:lineRule="auto"/>
        <w:jc w:val="left"/>
      </w:pPr>
      <w:r>
        <w:rPr>
          <w:rFonts w:ascii="Times New Roman" w:hAnsi="Times New Roman" w:eastAsia="宋体"/>
          <w:b w:val="0"/>
          <w:i w:val="0"/>
          <w:sz w:val="21"/>
        </w:rPr>
        <w:t>scriptsize S = {x + iy: -1 ≤ x ≤ 1, -1 ≤ y ≤ 1}。</w:t>
      </w:r>
    </w:p>
    <w:p>
      <w:pPr>
        <w:spacing w:before="0" w:after="80" w:line="300" w:lineRule="auto"/>
        <w:jc w:val="left"/>
      </w:pPr>
      <w:r>
        <w:rPr>
          <w:rFonts w:ascii="Times New Roman" w:hAnsi="Times New Roman" w:eastAsia="宋体"/>
          <w:b w:val="0"/>
          <w:i w:val="0"/>
          <w:sz w:val="21"/>
        </w:rPr>
        <w:t>从 S 中均匀随机选取一个复数 z = x + iy。(3/4 + 3/4i)z 也在 S 中的概率是多少？</w:t>
      </w:r>
    </w:p>
    <w:p>
      <w:pPr>
        <w:spacing w:before="0" w:after="120" w:line="300" w:lineRule="auto"/>
      </w:pPr>
      <w:r>
        <w:rPr>
          <w:rFonts w:ascii="Times New Roman" w:hAnsi="Times New Roman" w:eastAsia="宋体"/>
          <w:b w:val="0"/>
          <w:i w:val="0"/>
          <w:sz w:val="21"/>
        </w:rPr>
        <w:t>（A）1/2　　（B）2/3　　（C）3/4　　（D）7/9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region S in the complex plane is defined by</w:t>
      </w:r>
    </w:p>
    <w:p>
      <w:pPr>
        <w:spacing w:before="0" w:after="80" w:line="300" w:lineRule="auto"/>
        <w:jc w:val="left"/>
      </w:pPr>
      <w:r>
        <w:rPr>
          <w:rFonts w:ascii="Times New Roman" w:hAnsi="Times New Roman" w:eastAsia="宋体"/>
          <w:b w:val="0"/>
          <w:i w:val="0"/>
          <w:color w:val="333333"/>
          <w:sz w:val="19"/>
        </w:rPr>
        <w:t>scriptsize S = {x + iy: -1 ≤ x ≤ 1, -1 ≤ y ≤ 1}.</w:t>
      </w:r>
    </w:p>
    <w:p>
      <w:pPr>
        <w:spacing w:before="0" w:after="80" w:line="300" w:lineRule="auto"/>
        <w:jc w:val="left"/>
      </w:pPr>
      <w:r>
        <w:rPr>
          <w:rFonts w:ascii="Times New Roman" w:hAnsi="Times New Roman" w:eastAsia="宋体"/>
          <w:b w:val="0"/>
          <w:i w:val="0"/>
          <w:color w:val="333333"/>
          <w:sz w:val="19"/>
        </w:rPr>
        <w:t>A complex number z = x + iy is chosen uniformly at random from S. What is the probability that (3/4 + 3/4i)z is also in S?</w:t>
      </w:r>
    </w:p>
    <w:p>
      <w:pPr>
        <w:spacing w:before="0" w:after="160" w:line="300" w:lineRule="auto"/>
      </w:pPr>
      <w:r>
        <w:rPr>
          <w:rFonts w:ascii="Times New Roman" w:hAnsi="Times New Roman" w:eastAsia="宋体"/>
          <w:b w:val="0"/>
          <w:i w:val="0"/>
          <w:color w:val="333333"/>
          <w:sz w:val="19"/>
        </w:rPr>
        <w:t>(A) 1/2　　(B) 2/3　　(C) 3/4　　(D) 7/9　　(E) 7/8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 [0, π] 中，有多少个 x 的值满足 sin⁻¹(sin 6x) = cos⁻¹(cos x)？</w:t>
      </w:r>
    </w:p>
    <w:p>
      <w:pPr>
        <w:spacing w:before="0" w:after="80" w:line="300" w:lineRule="auto"/>
        <w:jc w:val="left"/>
      </w:pPr>
      <w:r>
        <w:rPr>
          <w:rFonts w:ascii="Times New Roman" w:hAnsi="Times New Roman" w:eastAsia="宋体"/>
          <w:b w:val="0"/>
          <w:i w:val="0"/>
          <w:sz w:val="21"/>
        </w:rPr>
        <w:t>注：函数 sin⁻¹ = arcsin 和 cos⁻¹ = arccos 表示反三角函数。</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values of x in [0, π] is sin⁻¹(sin 6x) = cos⁻¹(cos x)?</w:t>
      </w:r>
    </w:p>
    <w:p>
      <w:pPr>
        <w:spacing w:before="0" w:after="80" w:line="300" w:lineRule="auto"/>
        <w:jc w:val="left"/>
      </w:pPr>
      <w:r>
        <w:rPr>
          <w:rFonts w:ascii="Times New Roman" w:hAnsi="Times New Roman" w:eastAsia="宋体"/>
          <w:b w:val="0"/>
          <w:i w:val="0"/>
          <w:color w:val="333333"/>
          <w:sz w:val="19"/>
        </w:rPr>
        <w:t>Note: The functions sin⁻¹ = arcsin and cos⁻¹ = arccos denote inverse trigonometric functions.</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集合 G 由满足 3 ≤ |x| ≤ 7 且 3 ≤ |y| ≤ 7 的整数坐标点 (x, y) 组成。有多少个边长至少为 6 的正方形，其四个顶点都在 G 中？</w:t>
      </w:r>
    </w:p>
    <w:p>
      <w:pPr>
        <w:spacing w:before="80" w:after="80"/>
        <w:jc w:val="center"/>
      </w:pPr>
      <w:r>
        <w:drawing>
          <wp:inline xmlns:a="http://schemas.openxmlformats.org/drawingml/2006/main" xmlns:pic="http://schemas.openxmlformats.org/drawingml/2006/picture">
            <wp:extent cx="1968278" cy="1968278"/>
            <wp:docPr id="5" name="Picture 5"/>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1968278" cy="1968278"/>
                    </a:xfrm>
                    <a:prstGeom prst="rect"/>
                  </pic:spPr>
                </pic:pic>
              </a:graphicData>
            </a:graphic>
          </wp:inline>
        </w:drawing>
      </w:r>
    </w:p>
    <w:p>
      <w:pPr>
        <w:spacing w:before="0" w:after="120" w:line="300" w:lineRule="auto"/>
      </w:pPr>
      <w:r>
        <w:rPr>
          <w:rFonts w:ascii="Times New Roman" w:hAnsi="Times New Roman" w:eastAsia="宋体"/>
          <w:b w:val="0"/>
          <w:i w:val="0"/>
          <w:sz w:val="21"/>
        </w:rPr>
        <w:t>（A）125　　（B）150　　（C）175　　（D）200　　（E）225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G is defined by the points (x, y) with integer coordinates, 3 ≤ |x| ≤ 7, and 3 ≤ |y| ≤ 7. How many squares of side at least 6 have their four vertices in G?</w:t>
      </w:r>
    </w:p>
    <w:p>
      <w:pPr>
        <w:spacing w:before="80" w:after="80"/>
        <w:jc w:val="center"/>
      </w:pPr>
      <w:r>
        <w:drawing>
          <wp:inline xmlns:a="http://schemas.openxmlformats.org/drawingml/2006/main" xmlns:pic="http://schemas.openxmlformats.org/drawingml/2006/picture">
            <wp:extent cx="1968278" cy="1968278"/>
            <wp:docPr id="6" name="Picture 6"/>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1968278" cy="19682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125　　(B) 150　　(C) 175　　(D) 200　　(E) 225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D　C　D　C　B　E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E　D　C　B　B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C　A　C　D　B　E</w:t>
      </w:r>
    </w:p>
    <w:p>
      <w:pPr>
        <w:spacing w:before="0" w:after="200" w:line="300" w:lineRule="auto"/>
      </w:pPr>
      <w:r>
        <w:rPr>
          <w:rFonts w:ascii="Times New Roman" w:hAnsi="Times New Roman" w:eastAsia="宋体"/>
          <w:b w:val="0"/>
          <w:i w:val="0"/>
          <w:color w:val="666666"/>
          <w:sz w:val="18"/>
        </w:rPr>
        <w:t>答案串：BCDCDCBEAADEDCBBBCECACDBE</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若她买了 b 个贝果，则买了 5 - b 个松饼，总价为 50(5-b) + 75b = 250 + 25b 美分。要使总价为整数美元，它必须是 100 的倍数，于是 25b≡50pmod100，即 b≡2pmod4。因为 0≤ b≤5，只有 b=2 可行，此时总价为 300 美分，即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b bagels she buys 5 - b muffins, costing 50(5-b) + 75b = 250 + 25b cents. For a whole number of dollars this must be a multiple of 100. Thus 25b≡50pmod100, or b≡2pmod4. Since 0≤ b≤5, only b=2 works, giving 300 cents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丢失 3 罐使她少刷 5 间房间，所以 3 罐油漆能刷 5 间房间，每间房需要 3/5 罐。</w:t>
      </w:r>
    </w:p>
    <w:p>
      <w:pPr>
        <w:spacing w:before="0" w:after="80" w:line="300" w:lineRule="auto"/>
        <w:jc w:val="left"/>
      </w:pPr>
      <w:r>
        <w:rPr>
          <w:rFonts w:ascii="Times New Roman" w:hAnsi="Times New Roman" w:eastAsia="宋体"/>
          <w:b w:val="0"/>
          <w:i w:val="0"/>
          <w:sz w:val="21"/>
        </w:rPr>
        <w:t>刷 25 间房间需要 25 · 3/5 = 15 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Losing 3 cans cost her 5 rooms, so 3 cans paint 5 rooms and each room needs 3/5 of a can.</w:t>
      </w:r>
    </w:p>
    <w:p>
      <w:pPr>
        <w:spacing w:before="0" w:after="80" w:line="300" w:lineRule="auto"/>
        <w:jc w:val="left"/>
      </w:pPr>
      <w:r>
        <w:rPr>
          <w:rFonts w:ascii="Times New Roman" w:hAnsi="Times New Roman" w:eastAsia="宋体"/>
          <w:b w:val="0"/>
          <w:i w:val="0"/>
          <w:color w:val="333333"/>
          <w:sz w:val="19"/>
        </w:rPr>
        <w:t>For 25 rooms she used 25 · 3/5 = 15 cans.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比 60 少百分之二十是 0.8 · 60 = 48。</w:t>
      </w:r>
    </w:p>
    <w:p>
      <w:pPr>
        <w:spacing w:before="0" w:after="80" w:line="300" w:lineRule="auto"/>
        <w:jc w:val="left"/>
      </w:pPr>
      <w:r>
        <w:rPr>
          <w:rFonts w:ascii="Times New Roman" w:hAnsi="Times New Roman" w:eastAsia="宋体"/>
          <w:b w:val="0"/>
          <w:i w:val="0"/>
          <w:sz w:val="21"/>
        </w:rPr>
        <w:t>比 n 多三分之一是 4/3n，所以 4/3n = 48，得到 n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Twenty percent less than 60 is 0.8 · 60 = 48.</w:t>
      </w:r>
    </w:p>
    <w:p>
      <w:pPr>
        <w:spacing w:before="0" w:after="80" w:line="300" w:lineRule="auto"/>
        <w:jc w:val="left"/>
      </w:pPr>
      <w:r>
        <w:rPr>
          <w:rFonts w:ascii="Times New Roman" w:hAnsi="Times New Roman" w:eastAsia="宋体"/>
          <w:b w:val="0"/>
          <w:i w:val="0"/>
          <w:color w:val="333333"/>
          <w:sz w:val="19"/>
        </w:rPr>
        <w:t>One-third more than n is 4/3n, so 4/3n = 48 gives n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两条平行边相差 25 - 15 = 10，所以每个三角形的直角边为 10/2 = 5，面积为 1/2 · 5² = 25/2。两个花坛总面积为 25。</w:t>
      </w:r>
    </w:p>
    <w:p>
      <w:pPr>
        <w:spacing w:before="0" w:after="80" w:line="300" w:lineRule="auto"/>
        <w:jc w:val="left"/>
      </w:pPr>
      <w:r>
        <w:rPr>
          <w:rFonts w:ascii="Times New Roman" w:hAnsi="Times New Roman" w:eastAsia="宋体"/>
          <w:b w:val="0"/>
          <w:i w:val="0"/>
          <w:sz w:val="21"/>
        </w:rPr>
        <w:t>长方形尺寸为 25 乘 5，面积为 125，花坛所占比例为 25/125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parallel sides differ by 25 - 15 = 10, so each triangle has legs 10/2 = 5 and area 1/2 · 5² = 25/2. The two beds total 25.</w:t>
      </w:r>
    </w:p>
    <w:p>
      <w:pPr>
        <w:spacing w:before="0" w:after="80" w:line="300" w:lineRule="auto"/>
        <w:jc w:val="left"/>
      </w:pPr>
      <w:r>
        <w:rPr>
          <w:rFonts w:ascii="Times New Roman" w:hAnsi="Times New Roman" w:eastAsia="宋体"/>
          <w:b w:val="0"/>
          <w:i w:val="0"/>
          <w:color w:val="333333"/>
          <w:sz w:val="19"/>
        </w:rPr>
        <w:t>The rectangle measures 25 by 5, so its area is 125, and the fraction occupied is 25/125 =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因为 128 = 2⁷，每个年龄都是 2 的幂。双胞胎年龄相同，设为 t，则 Kiana 的年龄为 128/t²。</w:t>
      </w:r>
    </w:p>
    <w:p>
      <w:pPr>
        <w:spacing w:before="0" w:after="80" w:line="300" w:lineRule="auto"/>
        <w:jc w:val="left"/>
      </w:pPr>
      <w:r>
        <w:rPr>
          <w:rFonts w:ascii="Times New Roman" w:hAnsi="Times New Roman" w:eastAsia="宋体"/>
          <w:b w:val="0"/>
          <w:i w:val="0"/>
          <w:sz w:val="21"/>
        </w:rPr>
        <w:t>取 t = 8 时，Kiana 的年龄是 128/64 = 2，比双胞胎小。（若双胞胎年龄更小，Kiana 就会更大，这是不允许的。）年龄和为 8 + 8 + 2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128 = 2⁷, each age is a power of 2. The twins share an age t, so Kiana’s age is 128/t².</w:t>
      </w:r>
    </w:p>
    <w:p>
      <w:pPr>
        <w:spacing w:before="0" w:after="80" w:line="300" w:lineRule="auto"/>
        <w:jc w:val="left"/>
      </w:pPr>
      <w:r>
        <w:rPr>
          <w:rFonts w:ascii="Times New Roman" w:hAnsi="Times New Roman" w:eastAsia="宋体"/>
          <w:b w:val="0"/>
          <w:i w:val="0"/>
          <w:color w:val="333333"/>
          <w:sz w:val="19"/>
        </w:rPr>
        <w:t>Taking t = 8 gives Kiana 128/64 = 2, who is younger than the twins. (Smaller twins would make Kiana older, which is not allowed.) The sum is 8 + 8 + 2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真正不同的分组给出</w:t>
      </w:r>
    </w:p>
    <w:p>
      <w:pPr>
        <w:spacing w:before="0" w:after="80" w:line="300" w:lineRule="auto"/>
        <w:jc w:val="left"/>
      </w:pPr>
      <w:r>
        <w:rPr>
          <w:rFonts w:ascii="Times New Roman" w:hAnsi="Times New Roman" w:eastAsia="宋体"/>
          <w:b w:val="0"/>
          <w:i w:val="0"/>
          <w:sz w:val="21"/>
        </w:rPr>
        <w:t>这些分组给出 (2 × 3) + (4 × 5) = 26、 ((2 × 3) + 4) × 5 = 50、 2 × (3 + (4 × 5)) = 46、 2 × (3 + 4) × 5 = 70。</w:t>
      </w:r>
    </w:p>
    <w:p>
      <w:pPr>
        <w:spacing w:before="0" w:after="80" w:line="300" w:lineRule="auto"/>
        <w:jc w:val="left"/>
      </w:pPr>
      <w:r>
        <w:rPr>
          <w:rFonts w:ascii="Times New Roman" w:hAnsi="Times New Roman" w:eastAsia="宋体"/>
          <w:b w:val="0"/>
          <w:i w:val="0"/>
          <w:sz w:val="21"/>
        </w:rPr>
        <w:t>这四个值互不相同，所以可以得到 4 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genuinely different groupings give</w:t>
      </w:r>
    </w:p>
    <w:p>
      <w:pPr>
        <w:spacing w:before="0" w:after="80" w:line="300" w:lineRule="auto"/>
        <w:jc w:val="left"/>
      </w:pPr>
      <w:r>
        <w:rPr>
          <w:rFonts w:ascii="Times New Roman" w:hAnsi="Times New Roman" w:eastAsia="宋体"/>
          <w:b w:val="0"/>
          <w:i w:val="0"/>
          <w:color w:val="333333"/>
          <w:sz w:val="19"/>
        </w:rPr>
        <w:t>(2 × 3) + (4 × 5) = 26, ((2 × 3) + 4) × 5 = 50, 2 × (3 + (4 × 5)) = 46, and 2 × (3 + 4) × 5 = 70.</w:t>
      </w:r>
    </w:p>
    <w:p>
      <w:pPr>
        <w:spacing w:before="0" w:after="80" w:line="300" w:lineRule="auto"/>
        <w:jc w:val="left"/>
      </w:pPr>
      <w:r>
        <w:rPr>
          <w:rFonts w:ascii="Times New Roman" w:hAnsi="Times New Roman" w:eastAsia="宋体"/>
          <w:b w:val="0"/>
          <w:i w:val="0"/>
          <w:color w:val="333333"/>
          <w:sz w:val="19"/>
        </w:rPr>
        <w:t>These are all distinct, so 4 values can be obtained.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一月至三月后，价格变为原价的 1.2 · 0.8 · 1.25 = 1.2 倍。</w:t>
      </w:r>
    </w:p>
    <w:p>
      <w:pPr>
        <w:spacing w:before="0" w:after="80" w:line="300" w:lineRule="auto"/>
        <w:jc w:val="left"/>
      </w:pPr>
      <w:r>
        <w:rPr>
          <w:rFonts w:ascii="Times New Roman" w:hAnsi="Times New Roman" w:eastAsia="宋体"/>
          <w:b w:val="0"/>
          <w:i w:val="0"/>
          <w:sz w:val="21"/>
        </w:rPr>
        <w:t>要回到原价，四月必须乘以 1/1.2，也就是下降 1 - 1/1.2 = 1/6 ≈ 16.7%。四舍五入后，x = 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January through March the price is 1.2 · 0.8 · 1.25 = 1.2 times the original.</w:t>
      </w:r>
    </w:p>
    <w:p>
      <w:pPr>
        <w:spacing w:before="0" w:after="80" w:line="300" w:lineRule="auto"/>
        <w:jc w:val="left"/>
      </w:pPr>
      <w:r>
        <w:rPr>
          <w:rFonts w:ascii="Times New Roman" w:hAnsi="Times New Roman" w:eastAsia="宋体"/>
          <w:b w:val="0"/>
          <w:i w:val="0"/>
          <w:color w:val="333333"/>
          <w:sz w:val="19"/>
        </w:rPr>
        <w:t>To return to the original, April must multiply by 1/1.2, a decrease of 1 - 1/1.2 = 1/6 ≈ 16.7%. To the nearest integer, x = 17.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设 x 为空桶重量，y 为满桶水的水重。则 x + 2/3y = a，且 x + 1/2y = b。</w:t>
      </w:r>
    </w:p>
    <w:p>
      <w:pPr>
        <w:spacing w:before="0" w:after="80" w:line="300" w:lineRule="auto"/>
        <w:jc w:val="left"/>
      </w:pPr>
      <w:r>
        <w:rPr>
          <w:rFonts w:ascii="Times New Roman" w:hAnsi="Times New Roman" w:eastAsia="宋体"/>
          <w:b w:val="0"/>
          <w:i w:val="0"/>
          <w:sz w:val="21"/>
        </w:rPr>
        <w:t>两式相减得 1/6y = a - b，所以 y = 6a - 6b，且 x = b - 1/2y = 4b - 3a。满桶总重量为 x + y = 3a - 2b。</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bucket’s weight and y the weight of a full bucket of water. Then x + 2/3y = a and x + 1/2y = b.</w:t>
      </w:r>
    </w:p>
    <w:p>
      <w:pPr>
        <w:spacing w:before="0" w:after="80" w:line="300" w:lineRule="auto"/>
        <w:jc w:val="left"/>
      </w:pPr>
      <w:r>
        <w:rPr>
          <w:rFonts w:ascii="Times New Roman" w:hAnsi="Times New Roman" w:eastAsia="宋体"/>
          <w:b w:val="0"/>
          <w:i w:val="0"/>
          <w:color w:val="333333"/>
          <w:sz w:val="19"/>
        </w:rPr>
        <w:t>Subtracting gives 1/6y = a - b, so y = 6a - 6b and x = b - 1/2y = 4b - 3a. The full weight is x + y = 3a - 2b.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直线 AB 的方程是 x + y = 3，它与 x + y = 7 平行，所以面积与 C 在该直线上的具体位置无关。</w:t>
      </w:r>
    </w:p>
    <w:p>
      <w:pPr>
        <w:spacing w:before="0" w:after="80" w:line="300" w:lineRule="auto"/>
        <w:jc w:val="left"/>
      </w:pPr>
      <w:r>
        <w:rPr>
          <w:rFonts w:ascii="Times New Roman" w:hAnsi="Times New Roman" w:eastAsia="宋体"/>
          <w:b w:val="0"/>
          <w:i w:val="0"/>
          <w:sz w:val="21"/>
        </w:rPr>
        <w:t>取 C = (7, 0)。此时底边 AC = 4 在 x-轴上，高为 3，面积为 1/2 · 4 · 3 =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AB has equation x + y = 3, which is parallel to x + y = 7, so the area is independent of where C lies on that line.</w:t>
      </w:r>
    </w:p>
    <w:p>
      <w:pPr>
        <w:spacing w:before="0" w:after="80" w:line="300" w:lineRule="auto"/>
        <w:jc w:val="left"/>
      </w:pPr>
      <w:r>
        <w:rPr>
          <w:rFonts w:ascii="Times New Roman" w:hAnsi="Times New Roman" w:eastAsia="宋体"/>
          <w:b w:val="0"/>
          <w:i w:val="0"/>
          <w:color w:val="333333"/>
          <w:sz w:val="19"/>
        </w:rPr>
        <w:t>Take C = (7, 0). Then the base AC = 4 lies on the x-axis with height 3, giving area 1/2 · 4 · 3 =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含有数字 1 的小时是 1, 10, 11, 12，所以 12 个小时中有 8 个小时显示正确，比例为 2/3。</w:t>
      </w:r>
    </w:p>
    <w:p>
      <w:pPr>
        <w:spacing w:before="0" w:after="80" w:line="300" w:lineRule="auto"/>
        <w:jc w:val="left"/>
      </w:pPr>
      <w:r>
        <w:rPr>
          <w:rFonts w:ascii="Times New Roman" w:hAnsi="Times New Roman" w:eastAsia="宋体"/>
          <w:b w:val="0"/>
          <w:i w:val="0"/>
          <w:sz w:val="21"/>
        </w:rPr>
        <w:t>若分钟的某一位是 1，则分钟显示错误：十位为一给出 10-19（10 分钟），个位为一额外给出 01, 21, 31, 41, 51（5 分钟），共 15 分钟。因此分钟正确的比例为 45/60 = 3/4。</w:t>
      </w:r>
    </w:p>
    <w:p>
      <w:pPr>
        <w:spacing w:before="0" w:after="80" w:line="300" w:lineRule="auto"/>
        <w:jc w:val="left"/>
      </w:pPr>
      <w:r>
        <w:rPr>
          <w:rFonts w:ascii="Times New Roman" w:hAnsi="Times New Roman" w:eastAsia="宋体"/>
          <w:b w:val="0"/>
          <w:i w:val="0"/>
          <w:sz w:val="21"/>
        </w:rPr>
        <w:t>因此一天中的正确显示比例为 2/3 · 3/4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hours containing a 1 are 1, 10, 11, 12, so 8 of the 12 hours display correctly, a fraction 2/3.</w:t>
      </w:r>
    </w:p>
    <w:p>
      <w:pPr>
        <w:spacing w:before="0" w:after="80" w:line="300" w:lineRule="auto"/>
        <w:jc w:val="left"/>
      </w:pPr>
      <w:r>
        <w:rPr>
          <w:rFonts w:ascii="Times New Roman" w:hAnsi="Times New Roman" w:eastAsia="宋体"/>
          <w:b w:val="0"/>
          <w:i w:val="0"/>
          <w:color w:val="333333"/>
          <w:sz w:val="19"/>
        </w:rPr>
        <w:t>A minute is wrong if either digit is 1: the tens digit gives 10-19 (10 minutes), and the ones digit adds 01, 21, 31, 41, 51 (5 more), 15 in all. So 45/60 = 3/4 of minutes are correct.</w:t>
      </w:r>
    </w:p>
    <w:p>
      <w:pPr>
        <w:spacing w:before="0" w:after="80" w:line="300" w:lineRule="auto"/>
        <w:jc w:val="left"/>
      </w:pPr>
      <w:r>
        <w:rPr>
          <w:rFonts w:ascii="Times New Roman" w:hAnsi="Times New Roman" w:eastAsia="宋体"/>
          <w:b w:val="0"/>
          <w:i w:val="0"/>
          <w:color w:val="333333"/>
          <w:sz w:val="19"/>
        </w:rPr>
        <w:t>The fraction of the day is 2/3 · 3/4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每天鸟留下小米的 3/4，而 Millie 又加入 1/4 夸脱新小米，所以 n 天后小米量为</w:t>
      </w:r>
    </w:p>
    <w:p>
      <w:pPr>
        <w:spacing w:before="0" w:after="80" w:line="300" w:lineRule="auto"/>
        <w:jc w:val="left"/>
      </w:pPr>
      <w:r>
        <w:rPr>
          <w:rFonts w:ascii="Times New Roman" w:hAnsi="Times New Roman" w:eastAsia="宋体"/>
          <w:b w:val="0"/>
          <w:i w:val="0"/>
          <w:sz w:val="21"/>
        </w:rPr>
        <w:t>1/4(1 + 3/4 + ⋯ + (3/4)ⁿ⁻¹)</w:t>
      </w:r>
    </w:p>
    <w:p>
      <w:pPr>
        <w:spacing w:before="0" w:after="80" w:line="300" w:lineRule="auto"/>
        <w:jc w:val="left"/>
      </w:pPr>
      <w:r>
        <w:rPr>
          <w:rFonts w:ascii="Times New Roman" w:hAnsi="Times New Roman" w:eastAsia="宋体"/>
          <w:b w:val="0"/>
          <w:i w:val="0"/>
          <w:sz w:val="21"/>
        </w:rPr>
        <w:t>= 1 - (3/4)ⁿ</w:t>
      </w:r>
    </w:p>
    <w:p>
      <w:pPr>
        <w:spacing w:before="0" w:after="80" w:line="300" w:lineRule="auto"/>
        <w:jc w:val="left"/>
      </w:pPr>
      <w:r>
        <w:rPr>
          <w:rFonts w:ascii="Times New Roman" w:hAnsi="Times New Roman" w:eastAsia="宋体"/>
          <w:b w:val="0"/>
          <w:i w:val="0"/>
          <w:sz w:val="21"/>
        </w:rPr>
        <w:t>夸脱。</w:t>
      </w:r>
    </w:p>
    <w:p>
      <w:pPr>
        <w:spacing w:before="0" w:after="80" w:line="300" w:lineRule="auto"/>
        <w:jc w:val="left"/>
      </w:pPr>
      <w:r>
        <w:rPr>
          <w:rFonts w:ascii="Times New Roman" w:hAnsi="Times New Roman" w:eastAsia="宋体"/>
          <w:b w:val="0"/>
          <w:i w:val="0"/>
          <w:sz w:val="21"/>
        </w:rPr>
        <w:t>非小米种子总量始终是 3/4 夸脱，所以小米超过一半等价于 1 - (3/4)ⁿ &gt; 3/4，即 (3/4)ⁿ &lt; 1/4。</w:t>
      </w:r>
    </w:p>
    <w:p>
      <w:pPr>
        <w:spacing w:before="0" w:after="80" w:line="300" w:lineRule="auto"/>
        <w:jc w:val="left"/>
      </w:pPr>
      <w:r>
        <w:rPr>
          <w:rFonts w:ascii="Times New Roman" w:hAnsi="Times New Roman" w:eastAsia="宋体"/>
          <w:b w:val="0"/>
          <w:i w:val="0"/>
          <w:sz w:val="21"/>
        </w:rPr>
        <w:t>因为 (3/4)⁴ = 81/256 &gt; 1/4，而 (3/4)⁵ = 243/1024 &lt; 1/4，所以首次发生在第 5 天，也就是星期五。</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day the birds leave 3/4 of the millet and Millie adds 1/4 quart of new millet, so after n days the millet is</w:t>
      </w:r>
    </w:p>
    <w:p>
      <w:pPr>
        <w:spacing w:before="0" w:after="80" w:line="300" w:lineRule="auto"/>
        <w:jc w:val="left"/>
      </w:pPr>
      <w:r>
        <w:rPr>
          <w:rFonts w:ascii="Times New Roman" w:hAnsi="Times New Roman" w:eastAsia="宋体"/>
          <w:b w:val="0"/>
          <w:i w:val="0"/>
          <w:color w:val="333333"/>
          <w:sz w:val="19"/>
        </w:rPr>
        <w:t>1/4(1 + 3/4 + ⋯ + (3/4)ⁿ⁻¹)</w:t>
      </w:r>
    </w:p>
    <w:p>
      <w:pPr>
        <w:spacing w:before="0" w:after="80" w:line="300" w:lineRule="auto"/>
        <w:jc w:val="left"/>
      </w:pPr>
      <w:r>
        <w:rPr>
          <w:rFonts w:ascii="Times New Roman" w:hAnsi="Times New Roman" w:eastAsia="宋体"/>
          <w:b w:val="0"/>
          <w:i w:val="0"/>
          <w:color w:val="333333"/>
          <w:sz w:val="19"/>
        </w:rPr>
        <w:t>= 1 - (3/4)ⁿ</w:t>
      </w:r>
    </w:p>
    <w:p>
      <w:pPr>
        <w:spacing w:before="0" w:after="80" w:line="300" w:lineRule="auto"/>
        <w:jc w:val="left"/>
      </w:pPr>
      <w:r>
        <w:rPr>
          <w:rFonts w:ascii="Times New Roman" w:hAnsi="Times New Roman" w:eastAsia="宋体"/>
          <w:b w:val="0"/>
          <w:i w:val="0"/>
          <w:color w:val="333333"/>
          <w:sz w:val="19"/>
        </w:rPr>
        <w:t>quart.</w:t>
      </w:r>
    </w:p>
    <w:p>
      <w:pPr>
        <w:spacing w:before="0" w:after="80" w:line="300" w:lineRule="auto"/>
        <w:jc w:val="left"/>
      </w:pPr>
      <w:r>
        <w:rPr>
          <w:rFonts w:ascii="Times New Roman" w:hAnsi="Times New Roman" w:eastAsia="宋体"/>
          <w:b w:val="0"/>
          <w:i w:val="0"/>
          <w:color w:val="333333"/>
          <w:sz w:val="19"/>
        </w:rPr>
        <w:t>The non-millet seeds always total 3/4 quart, so millet exceeds half when 1 - (3/4)ⁿ &gt; 3/4, that is, (3/4)ⁿ &lt; 1/4.</w:t>
      </w:r>
    </w:p>
    <w:p>
      <w:pPr>
        <w:spacing w:before="0" w:after="80" w:line="300" w:lineRule="auto"/>
        <w:jc w:val="left"/>
      </w:pPr>
      <w:r>
        <w:rPr>
          <w:rFonts w:ascii="Times New Roman" w:hAnsi="Times New Roman" w:eastAsia="宋体"/>
          <w:b w:val="0"/>
          <w:i w:val="0"/>
          <w:color w:val="333333"/>
          <w:sz w:val="19"/>
        </w:rPr>
        <w:t>Since (3/4)⁴ = 81/256 &gt; 1/4 and (3/4)⁵ = 243/1024 &lt; 1/4, this first happens on day 5, which is Friday.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第八项除以第五项得 r³ = (8!)/(7!) = 8，所以 r = 2。</w:t>
      </w:r>
    </w:p>
    <w:p>
      <w:pPr>
        <w:spacing w:before="0" w:after="80" w:line="300" w:lineRule="auto"/>
        <w:jc w:val="left"/>
      </w:pPr>
      <w:r>
        <w:rPr>
          <w:rFonts w:ascii="Times New Roman" w:hAnsi="Times New Roman" w:eastAsia="宋体"/>
          <w:b w:val="0"/>
          <w:i w:val="0"/>
          <w:sz w:val="21"/>
        </w:rPr>
        <w:t>第五项为 a r⁴ = 7!，所以 a = (7!)/16 = 5040/16 = 315。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eighth term divided by the fifth term is r³ = (8!)/(7!) = 8, so r = 2.</w:t>
      </w:r>
    </w:p>
    <w:p>
      <w:pPr>
        <w:spacing w:before="0" w:after="80" w:line="300" w:lineRule="auto"/>
        <w:jc w:val="left"/>
      </w:pPr>
      <w:r>
        <w:rPr>
          <w:rFonts w:ascii="Times New Roman" w:hAnsi="Times New Roman" w:eastAsia="宋体"/>
          <w:b w:val="0"/>
          <w:i w:val="0"/>
          <w:color w:val="333333"/>
          <w:sz w:val="19"/>
        </w:rPr>
        <w:t>The fifth term is a r⁴ = 7!, so a = (7!)/16 = 5040/16 = 315.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设 D 为从 A 作高所得的垂足。则 BD = √(13² - 12²) = 5，DC = √(15² - 12²) = 9。</w:t>
      </w:r>
    </w:p>
    <w:p>
      <w:pPr>
        <w:spacing w:before="0" w:after="80" w:line="300" w:lineRule="auto"/>
        <w:jc w:val="left"/>
      </w:pPr>
      <w:r>
        <w:rPr>
          <w:rFonts w:ascii="Times New Roman" w:hAnsi="Times New Roman" w:eastAsia="宋体"/>
          <w:b w:val="0"/>
          <w:i w:val="0"/>
          <w:sz w:val="21"/>
        </w:rPr>
        <w:t>若 D 在 B 与 C 之间，则 BC = 5 + 9 = 14；若三角形为钝角三角形，则 BC = 9 - 5 = 4。两值之和为 14 + 4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foot of the altitude from A. Then BD = √(13² - 12²) = 5 and DC = √(15² - 12²) = 9.</w:t>
      </w:r>
    </w:p>
    <w:p>
      <w:pPr>
        <w:spacing w:before="0" w:after="80" w:line="300" w:lineRule="auto"/>
        <w:jc w:val="left"/>
      </w:pPr>
      <w:r>
        <w:rPr>
          <w:rFonts w:ascii="Times New Roman" w:hAnsi="Times New Roman" w:eastAsia="宋体"/>
          <w:b w:val="0"/>
          <w:i w:val="0"/>
          <w:color w:val="333333"/>
          <w:sz w:val="19"/>
        </w:rPr>
        <w:t>If D lies between B and C, then BC = 5 + 9 = 14; if the triangle is obtuse, BC = 9 - 5 = 4. The sum is 14 + 4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五个正方形总面积为 5，所以每部分面积必须为 5/2。</w:t>
      </w:r>
    </w:p>
    <w:p>
      <w:pPr>
        <w:spacing w:before="0" w:after="80" w:line="300" w:lineRule="auto"/>
        <w:jc w:val="left"/>
      </w:pPr>
      <w:r>
        <w:rPr>
          <w:rFonts w:ascii="Times New Roman" w:hAnsi="Times New Roman" w:eastAsia="宋体"/>
          <w:b w:val="0"/>
          <w:i w:val="0"/>
          <w:sz w:val="21"/>
        </w:rPr>
        <w:t>从 (a, 0) 到 (3, 3) 的直线与坐标轴围成一个底为 3 - a、高为 3 的三角形。直线右下方的区域是这个三角形去掉一个单位正方形，所以</w:t>
      </w:r>
    </w:p>
    <w:p>
      <w:pPr>
        <w:spacing w:before="0" w:after="80" w:line="300" w:lineRule="auto"/>
        <w:jc w:val="left"/>
      </w:pPr>
      <w:r>
        <w:rPr>
          <w:rFonts w:ascii="Times New Roman" w:hAnsi="Times New Roman" w:eastAsia="宋体"/>
          <w:b w:val="0"/>
          <w:i w:val="0"/>
          <w:sz w:val="21"/>
        </w:rPr>
        <w:t>(3(3 - a))/2 - 1 = 5/2</w:t>
      </w:r>
    </w:p>
    <w:p>
      <w:pPr>
        <w:spacing w:before="0" w:after="80" w:line="300" w:lineRule="auto"/>
        <w:jc w:val="left"/>
      </w:pPr>
      <w:r>
        <w:rPr>
          <w:rFonts w:ascii="Times New Roman" w:hAnsi="Times New Roman" w:eastAsia="宋体"/>
          <w:b w:val="0"/>
          <w:i w:val="0"/>
          <w:sz w:val="21"/>
        </w:rPr>
        <w:t>得 3(3 - a) = 7，从而 a =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five squares have total area 5, so each region must have area 5/2.</w:t>
      </w:r>
    </w:p>
    <w:p>
      <w:pPr>
        <w:spacing w:before="0" w:after="80" w:line="300" w:lineRule="auto"/>
        <w:jc w:val="left"/>
      </w:pPr>
      <w:r>
        <w:rPr>
          <w:rFonts w:ascii="Times New Roman" w:hAnsi="Times New Roman" w:eastAsia="宋体"/>
          <w:b w:val="0"/>
          <w:i w:val="0"/>
          <w:color w:val="333333"/>
          <w:sz w:val="19"/>
        </w:rPr>
        <w:t>The line from (a, 0) to (3, 3) together with the axes bounds a triangle of base 3 - a and height 3; the region on the lower-right side of the line is this triangle with one unit square removed. Setting</w:t>
      </w:r>
    </w:p>
    <w:p>
      <w:pPr>
        <w:spacing w:before="0" w:after="80" w:line="300" w:lineRule="auto"/>
        <w:jc w:val="left"/>
      </w:pPr>
      <w:r>
        <w:rPr>
          <w:rFonts w:ascii="Times New Roman" w:hAnsi="Times New Roman" w:eastAsia="宋体"/>
          <w:b w:val="0"/>
          <w:i w:val="0"/>
          <w:color w:val="333333"/>
          <w:sz w:val="19"/>
        </w:rPr>
        <w:t>(3(3 - a))/2 - 1 = 5/2</w:t>
      </w:r>
    </w:p>
    <w:p>
      <w:pPr>
        <w:spacing w:before="0" w:after="80" w:line="300" w:lineRule="auto"/>
        <w:jc w:val="left"/>
      </w:pPr>
      <w:r>
        <w:rPr>
          <w:rFonts w:ascii="Times New Roman" w:hAnsi="Times New Roman" w:eastAsia="宋体"/>
          <w:b w:val="0"/>
          <w:i w:val="0"/>
          <w:color w:val="333333"/>
          <w:sz w:val="19"/>
        </w:rPr>
        <w:t>gives 3(3 - a) = 7, so a =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每个方程都给出 x = (log(7/3))/(log(1 + f(r)))，所以正数 f(r) 越小，解越大。</w:t>
      </w:r>
    </w:p>
    <w:p>
      <w:pPr>
        <w:spacing w:before="0" w:after="80" w:line="300" w:lineRule="auto"/>
        <w:jc w:val="left"/>
      </w:pPr>
      <w:r>
        <w:rPr>
          <w:rFonts w:ascii="Times New Roman" w:hAnsi="Times New Roman" w:eastAsia="宋体"/>
          <w:b w:val="0"/>
          <w:i w:val="0"/>
          <w:sz w:val="21"/>
        </w:rPr>
        <w:t>当 0 &lt; r &lt; 3 时，有 r/10&lt; r&lt;2r，并且因为 r&lt;100，还有 r/10&lt;√(r)。又因为 r²&lt;9&lt;10，所以 r/10&lt;1/r。因此五个量中 r/10 最小，方程 (B) 的解最大。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equation gives x = (log(7/3))/(log(1 + f(r))), which is largest when the positive quantity f(r) is smallest.</w:t>
      </w:r>
    </w:p>
    <w:p>
      <w:pPr>
        <w:spacing w:before="0" w:after="80" w:line="300" w:lineRule="auto"/>
        <w:jc w:val="left"/>
      </w:pPr>
      <w:r>
        <w:rPr>
          <w:rFonts w:ascii="Times New Roman" w:hAnsi="Times New Roman" w:eastAsia="宋体"/>
          <w:b w:val="0"/>
          <w:i w:val="0"/>
          <w:color w:val="333333"/>
          <w:sz w:val="19"/>
        </w:rPr>
        <w:t>For 0 &lt; r &lt; 3, we have r/10&lt; r&lt;2r and r/10&lt;√(r) because r&lt;100. Also r²&lt;9&lt;10, so r/10&lt;1/r. Thus r/10 is the smallest of the five quantities, and equation (B) has the largest solution.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过 D 作平行于 AB 的直线，与 BC 交于 E，于是 ABED 是平行四边形，且 BE = AD。于是 ∠ BDE = ∠ DBA = 23°，又因为 ∠ BDC = 46°，所以 DE 平分 ∠ BDC。</w:t>
      </w:r>
    </w:p>
    <w:p>
      <w:pPr>
        <w:spacing w:before="0" w:after="80" w:line="300" w:lineRule="auto"/>
        <w:jc w:val="left"/>
      </w:pPr>
      <w:r>
        <w:rPr>
          <w:rFonts w:ascii="Times New Roman" w:hAnsi="Times New Roman" w:eastAsia="宋体"/>
          <w:b w:val="0"/>
          <w:i w:val="0"/>
          <w:sz w:val="21"/>
        </w:rPr>
        <w:t>在 △ BDC 中由角平分线定理，EC/BE = DC/DB，所以</w:t>
      </w:r>
    </w:p>
    <w:p>
      <w:pPr>
        <w:spacing w:before="0" w:after="80" w:line="300" w:lineRule="auto"/>
        <w:jc w:val="left"/>
      </w:pPr>
      <w:r>
        <w:rPr>
          <w:rFonts w:ascii="Times New Roman" w:hAnsi="Times New Roman" w:eastAsia="宋体"/>
          <w:b w:val="0"/>
          <w:i w:val="0"/>
          <w:sz w:val="21"/>
        </w:rPr>
        <w:t>CD = DB · (BC - AD)/AD</w:t>
      </w:r>
    </w:p>
    <w:p>
      <w:pPr>
        <w:spacing w:before="0" w:after="80" w:line="300" w:lineRule="auto"/>
        <w:jc w:val="left"/>
      </w:pPr>
      <w:r>
        <w:rPr>
          <w:rFonts w:ascii="Times New Roman" w:hAnsi="Times New Roman" w:eastAsia="宋体"/>
          <w:b w:val="0"/>
          <w:i w:val="0"/>
          <w:sz w:val="21"/>
        </w:rPr>
        <w:t>= 1 · (9/5 - 1)</w:t>
      </w:r>
    </w:p>
    <w:p>
      <w:pPr>
        <w:spacing w:before="0" w:after="80" w:line="300" w:lineRule="auto"/>
        <w:jc w:val="left"/>
      </w:pPr>
      <w:r>
        <w:rPr>
          <w:rFonts w:ascii="Times New Roman" w:hAnsi="Times New Roman" w:eastAsia="宋体"/>
          <w:b w:val="0"/>
          <w:i w:val="0"/>
          <w:sz w:val="21"/>
        </w:rPr>
        <w:t>= 4/5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Draw the line through D parallel to AB, meeting BC at E, so ABED is a parallelogram with BE = AD. Then ∠ BDE = ∠ DBA = 23°, and since ∠ BDC = 46°, segment DE bisects ∠ BDC.</w:t>
      </w:r>
    </w:p>
    <w:p>
      <w:pPr>
        <w:spacing w:before="0" w:after="80" w:line="300" w:lineRule="auto"/>
        <w:jc w:val="left"/>
      </w:pPr>
      <w:r>
        <w:rPr>
          <w:rFonts w:ascii="Times New Roman" w:hAnsi="Times New Roman" w:eastAsia="宋体"/>
          <w:b w:val="0"/>
          <w:i w:val="0"/>
          <w:color w:val="333333"/>
          <w:sz w:val="19"/>
        </w:rPr>
        <w:t>By the angle bisector theorem in △ BDC, EC/BE = DC/DB, so</w:t>
      </w:r>
    </w:p>
    <w:p>
      <w:pPr>
        <w:spacing w:before="0" w:after="80" w:line="300" w:lineRule="auto"/>
        <w:jc w:val="left"/>
      </w:pPr>
      <w:r>
        <w:rPr>
          <w:rFonts w:ascii="Times New Roman" w:hAnsi="Times New Roman" w:eastAsia="宋体"/>
          <w:b w:val="0"/>
          <w:i w:val="0"/>
          <w:color w:val="333333"/>
          <w:sz w:val="19"/>
        </w:rPr>
        <w:t>CD = DB · (BC - AD)/AD</w:t>
      </w:r>
    </w:p>
    <w:p>
      <w:pPr>
        <w:spacing w:before="0" w:after="80" w:line="300" w:lineRule="auto"/>
        <w:jc w:val="left"/>
      </w:pPr>
      <w:r>
        <w:rPr>
          <w:rFonts w:ascii="Times New Roman" w:hAnsi="Times New Roman" w:eastAsia="宋体"/>
          <w:b w:val="0"/>
          <w:i w:val="0"/>
          <w:color w:val="333333"/>
          <w:sz w:val="19"/>
        </w:rPr>
        <w:t>= 1 · (9/5 - 1)</w:t>
      </w:r>
    </w:p>
    <w:p>
      <w:pPr>
        <w:spacing w:before="0" w:after="80" w:line="300" w:lineRule="auto"/>
        <w:jc w:val="left"/>
      </w:pPr>
      <w:r>
        <w:rPr>
          <w:rFonts w:ascii="Times New Roman" w:hAnsi="Times New Roman" w:eastAsia="宋体"/>
          <w:b w:val="0"/>
          <w:i w:val="0"/>
          <w:color w:val="333333"/>
          <w:sz w:val="19"/>
        </w:rPr>
        <w:t>= 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6 个面中的每个面都有 2 个等可能的条纹方向，所以共有 2⁶ = 64 种配置。</w:t>
      </w:r>
    </w:p>
    <w:p>
      <w:pPr>
        <w:spacing w:before="0" w:after="80" w:line="300" w:lineRule="auto"/>
        <w:jc w:val="left"/>
      </w:pPr>
      <w:r>
        <w:rPr>
          <w:rFonts w:ascii="Times New Roman" w:hAnsi="Times New Roman" w:eastAsia="宋体"/>
          <w:b w:val="0"/>
          <w:i w:val="0"/>
          <w:sz w:val="21"/>
        </w:rPr>
        <w:t>环绕条纹沿着 3 对相对面中的某一对绕行。固定这样一条带，条纹经过的四个面必须对齐，概率为 (1/2)⁴ = 1/16，其余两个面任意。3 条可能的带互不重叠，所以概率为 3 · 1/16 = 3/16。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6 faces has 2 equally likely stripe orientations, for 2⁶ = 64 configurations.</w:t>
      </w:r>
    </w:p>
    <w:p>
      <w:pPr>
        <w:spacing w:before="0" w:after="80" w:line="300" w:lineRule="auto"/>
        <w:jc w:val="left"/>
      </w:pPr>
      <w:r>
        <w:rPr>
          <w:rFonts w:ascii="Times New Roman" w:hAnsi="Times New Roman" w:eastAsia="宋体"/>
          <w:b w:val="0"/>
          <w:i w:val="0"/>
          <w:color w:val="333333"/>
          <w:sz w:val="19"/>
        </w:rPr>
        <w:t>An encircling stripe runs around one of the 3 pairs of opposite faces. Fixing such a band, the four faces it passes through must be aligned, with probability (1/2)⁴ = 1/16, while the two remaining faces are free. The 3 possible bands are disjoint events, so the probability is 3 · 1/16 = 3/16.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照片覆盖距离起点不超过 1/8 圈的弧。在 600 秒时，Rachel 已跑 62/3 圈，距离起点还差 30 秒；四分之一圈对应 22.5 秒，所以她在 30 - 11.25 = 18.75 秒到 30 + 11.25 = 41.25 秒之间入镜，这是第 10 分钟内的时间。</w:t>
      </w:r>
    </w:p>
    <w:p>
      <w:pPr>
        <w:spacing w:before="0" w:after="80" w:line="300" w:lineRule="auto"/>
        <w:jc w:val="left"/>
      </w:pPr>
      <w:r>
        <w:rPr>
          <w:rFonts w:ascii="Times New Roman" w:hAnsi="Times New Roman" w:eastAsia="宋体"/>
          <w:b w:val="0"/>
          <w:i w:val="0"/>
          <w:sz w:val="21"/>
        </w:rPr>
        <w:t>在 600 秒时，Robert 距离起跑线 40 秒；四分之一圈需要 20 秒，所以他在 30 到 50 秒之间入镜。两人都入镜的时间是 30 到 41.25 秒，长度为 11.25 秒，占 60 秒的比例为 11.25/60 = 3/16。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picture covers the arc within 1/8 lap of the start on each side. At 600 s Rachel has run 62/3 laps, 30 s short of the line; a quarter lap takes her 22.5 s, so she is in view between 30 - 11.25 = 18.75 s and 30 + 11.25 = 41.25 s of the 10th minute.</w:t>
      </w:r>
    </w:p>
    <w:p>
      <w:pPr>
        <w:spacing w:before="0" w:after="80" w:line="300" w:lineRule="auto"/>
        <w:jc w:val="left"/>
      </w:pPr>
      <w:r>
        <w:rPr>
          <w:rFonts w:ascii="Times New Roman" w:hAnsi="Times New Roman" w:eastAsia="宋体"/>
          <w:b w:val="0"/>
          <w:i w:val="0"/>
          <w:color w:val="333333"/>
          <w:sz w:val="19"/>
        </w:rPr>
        <w:t>At 600 s Robert is 40 s from the line; a quarter lap takes 20 s, so he is in view between 30 and 50 s. Both appear between 30 and 41.25 s, a window of 11.25 s out of 60, giving probability 11.25/60 = 3/16.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写成</w:t>
      </w:r>
    </w:p>
    <w:p>
      <w:pPr>
        <w:spacing w:before="0" w:after="80" w:line="300" w:lineRule="auto"/>
        <w:jc w:val="left"/>
      </w:pPr>
      <w:r>
        <w:rPr>
          <w:rFonts w:ascii="Times New Roman" w:hAnsi="Times New Roman" w:eastAsia="宋体"/>
          <w:b w:val="0"/>
          <w:i w:val="0"/>
          <w:sz w:val="21"/>
        </w:rPr>
        <w:t>f(n) = n⁴ + 40n² + 400 - 400n²</w:t>
      </w:r>
    </w:p>
    <w:p>
      <w:pPr>
        <w:spacing w:before="0" w:after="80" w:line="300" w:lineRule="auto"/>
        <w:jc w:val="left"/>
      </w:pPr>
      <w:r>
        <w:rPr>
          <w:rFonts w:ascii="Times New Roman" w:hAnsi="Times New Roman" w:eastAsia="宋体"/>
          <w:b w:val="0"/>
          <w:i w:val="0"/>
          <w:sz w:val="21"/>
        </w:rPr>
        <w:t>= (n² + 20)² - (20n)²</w:t>
      </w:r>
    </w:p>
    <w:p>
      <w:pPr>
        <w:spacing w:before="0" w:after="80" w:line="300" w:lineRule="auto"/>
        <w:jc w:val="left"/>
      </w:pPr>
      <w:r>
        <w:rPr>
          <w:rFonts w:ascii="Times New Roman" w:hAnsi="Times New Roman" w:eastAsia="宋体"/>
          <w:b w:val="0"/>
          <w:i w:val="0"/>
          <w:sz w:val="21"/>
        </w:rPr>
        <w:t>= (n² + 20n + 20)</w:t>
      </w:r>
    </w:p>
    <w:p>
      <w:pPr>
        <w:spacing w:before="0" w:after="80" w:line="300" w:lineRule="auto"/>
        <w:jc w:val="left"/>
      </w:pPr>
      <w:r>
        <w:rPr>
          <w:rFonts w:ascii="Times New Roman" w:hAnsi="Times New Roman" w:eastAsia="宋体"/>
          <w:b w:val="0"/>
          <w:i w:val="0"/>
          <w:sz w:val="21"/>
        </w:rPr>
        <w:t>· (n² - 20n + 20)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要使 f(n) 为质数，较小因子必须为 1。解 n² - 20n + 20 = 1 得 (n - 1)(n - 19) = 0，所以 n = 1 或 n = 19。</w:t>
      </w:r>
    </w:p>
    <w:p>
      <w:pPr>
        <w:spacing w:before="0" w:after="80" w:line="300" w:lineRule="auto"/>
        <w:jc w:val="left"/>
      </w:pPr>
      <w:r>
        <w:rPr>
          <w:rFonts w:ascii="Times New Roman" w:hAnsi="Times New Roman" w:eastAsia="宋体"/>
          <w:b w:val="0"/>
          <w:i w:val="0"/>
          <w:sz w:val="21"/>
        </w:rPr>
        <w:t>此时 f(1) = 41，f(19) = 761，二者都是质数，和为 802。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w:t>
      </w:r>
    </w:p>
    <w:p>
      <w:pPr>
        <w:spacing w:before="0" w:after="80" w:line="300" w:lineRule="auto"/>
        <w:jc w:val="left"/>
      </w:pPr>
      <w:r>
        <w:rPr>
          <w:rFonts w:ascii="Times New Roman" w:hAnsi="Times New Roman" w:eastAsia="宋体"/>
          <w:b w:val="0"/>
          <w:i w:val="0"/>
          <w:color w:val="333333"/>
          <w:sz w:val="19"/>
        </w:rPr>
        <w:t>f(n) = n⁴ + 40n² + 400 - 400n²</w:t>
      </w:r>
    </w:p>
    <w:p>
      <w:pPr>
        <w:spacing w:before="0" w:after="80" w:line="300" w:lineRule="auto"/>
        <w:jc w:val="left"/>
      </w:pPr>
      <w:r>
        <w:rPr>
          <w:rFonts w:ascii="Times New Roman" w:hAnsi="Times New Roman" w:eastAsia="宋体"/>
          <w:b w:val="0"/>
          <w:i w:val="0"/>
          <w:color w:val="333333"/>
          <w:sz w:val="19"/>
        </w:rPr>
        <w:t>= (n² + 20)² - (20n)²</w:t>
      </w:r>
    </w:p>
    <w:p>
      <w:pPr>
        <w:spacing w:before="0" w:after="80" w:line="300" w:lineRule="auto"/>
        <w:jc w:val="left"/>
      </w:pPr>
      <w:r>
        <w:rPr>
          <w:rFonts w:ascii="Times New Roman" w:hAnsi="Times New Roman" w:eastAsia="宋体"/>
          <w:b w:val="0"/>
          <w:i w:val="0"/>
          <w:color w:val="333333"/>
          <w:sz w:val="19"/>
        </w:rPr>
        <w:t>= (n² + 20n + 20)</w:t>
      </w:r>
    </w:p>
    <w:p>
      <w:pPr>
        <w:spacing w:before="0" w:after="80" w:line="300" w:lineRule="auto"/>
        <w:jc w:val="left"/>
      </w:pPr>
      <w:r>
        <w:rPr>
          <w:rFonts w:ascii="Times New Roman" w:hAnsi="Times New Roman" w:eastAsia="宋体"/>
          <w:b w:val="0"/>
          <w:i w:val="0"/>
          <w:color w:val="333333"/>
          <w:sz w:val="19"/>
        </w:rPr>
        <w:t>· (n² - 20n + 20).</w:t>
      </w:r>
    </w:p>
    <w:p>
      <w:pPr>
        <w:spacing w:before="0" w:after="80" w:line="300" w:lineRule="auto"/>
        <w:jc w:val="left"/>
      </w:pPr>
      <w:r>
        <w:rPr>
          <w:rFonts w:ascii="Times New Roman" w:hAnsi="Times New Roman" w:eastAsia="宋体"/>
          <w:b w:val="0"/>
          <w:i w:val="0"/>
          <w:color w:val="333333"/>
          <w:sz w:val="19"/>
        </w:rPr>
        <w:t>For f(n) to be prime the smaller factor must be 1: solving n² - 20n + 20 = 1 gives (n - 1)(n - 19) = 0, so n = 1 or n = 19.</w:t>
      </w:r>
    </w:p>
    <w:p>
      <w:pPr>
        <w:spacing w:before="0" w:after="80" w:line="300" w:lineRule="auto"/>
        <w:jc w:val="left"/>
      </w:pPr>
      <w:r>
        <w:rPr>
          <w:rFonts w:ascii="Times New Roman" w:hAnsi="Times New Roman" w:eastAsia="宋体"/>
          <w:b w:val="0"/>
          <w:i w:val="0"/>
          <w:color w:val="333333"/>
          <w:sz w:val="19"/>
        </w:rPr>
        <w:t>Then f(1) = 41 and f(19) = 761 are both prime, summing to 802.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100 条边中的每一条都在靠近两个端点处各被切一次，所以 R 有 2 · 100 = 200 个顶点。</w:t>
      </w:r>
    </w:p>
    <w:p>
      <w:pPr>
        <w:spacing w:before="0" w:after="80" w:line="300" w:lineRule="auto"/>
        <w:jc w:val="left"/>
      </w:pPr>
      <w:r>
        <w:rPr>
          <w:rFonts w:ascii="Times New Roman" w:hAnsi="Times New Roman" w:eastAsia="宋体"/>
          <w:b w:val="0"/>
          <w:i w:val="0"/>
          <w:sz w:val="21"/>
        </w:rPr>
        <w:t>在顶点 Vₖ 处的切割会形成一个小多边形，其边数等于 Vₖ 的度数。对所有顶点求和得到 200，即所有边端点的总数。每条原边的中间部分也保留下来，又增加 100 条边。因此 R 有 200 + 100 = 300 条边。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100 edges is cut once near each endpoint, so R has 2 · 100 = 200 vertices.</w:t>
      </w:r>
    </w:p>
    <w:p>
      <w:pPr>
        <w:spacing w:before="0" w:after="80" w:line="300" w:lineRule="auto"/>
        <w:jc w:val="left"/>
      </w:pPr>
      <w:r>
        <w:rPr>
          <w:rFonts w:ascii="Times New Roman" w:hAnsi="Times New Roman" w:eastAsia="宋体"/>
          <w:b w:val="0"/>
          <w:i w:val="0"/>
          <w:color w:val="333333"/>
          <w:sz w:val="19"/>
        </w:rPr>
        <w:t>The cut at vertex Vₖ creates a small polygon whose number of edges equals the degree of Vₖ; summed over all vertices this is 200, the total number of edge-endpoints. The middle portion of each original edge also survives, adding 100 edges. So R has 200 + 100 = 300 edges.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设 Sₙ 为 n 名女性的合法重新入座方式数。最右边的女性要么留在原座位，此时其余人有 Sₙ₋₁ 种方式；要么与左边的邻座交换（这是填满最右端座位的唯一其他方式），此时剩下 Sₙ₋₂ 种方式。</w:t>
      </w:r>
    </w:p>
    <w:p>
      <w:pPr>
        <w:spacing w:before="0" w:after="80" w:line="300" w:lineRule="auto"/>
        <w:jc w:val="left"/>
      </w:pPr>
      <w:r>
        <w:rPr>
          <w:rFonts w:ascii="Times New Roman" w:hAnsi="Times New Roman" w:eastAsia="宋体"/>
          <w:b w:val="0"/>
          <w:i w:val="0"/>
          <w:sz w:val="21"/>
        </w:rPr>
        <w:t>因此 Sₙ = Sₙ₋₁ + Sₙ₋₂，且 S₁ = 1、S₂ = 2，得到斐波那契数列 1, 2, 3, 5, 8, 13, 21, 34, 55, 89。所以 S₁₀ = 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Sₙ be the number of valid reseatings of n women. The rightmost woman either keeps her seat, leaving Sₙ₋₁ ways for the rest, or swaps with her left neighbor — the only other way to fill the end seat — leaving Sₙ₋₂ ways.</w:t>
      </w:r>
    </w:p>
    <w:p>
      <w:pPr>
        <w:spacing w:before="0" w:after="80" w:line="300" w:lineRule="auto"/>
        <w:jc w:val="left"/>
      </w:pPr>
      <w:r>
        <w:rPr>
          <w:rFonts w:ascii="Times New Roman" w:hAnsi="Times New Roman" w:eastAsia="宋体"/>
          <w:b w:val="0"/>
          <w:i w:val="0"/>
          <w:color w:val="333333"/>
          <w:sz w:val="19"/>
        </w:rPr>
        <w:t>Thus Sₙ = Sₙ₋₁ + Sₙ₋₂ with S₁ = 1 and S₂ = 2, giving the Fibonacci values 1, 2, 3, 5, 8, 13, 21, 34, 55, 89. So S₁₀ = 89.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设 B = (b, b)、D = (d, kd)，其中 b, d, k 为正整数且 k &gt; 1。面积条件给出 (k - 1)bd = 1,000,000 = 2⁶ · 5⁶。</w:t>
      </w:r>
    </w:p>
    <w:p>
      <w:pPr>
        <w:spacing w:before="0" w:after="80" w:line="300" w:lineRule="auto"/>
        <w:jc w:val="left"/>
      </w:pPr>
      <w:r>
        <w:rPr>
          <w:rFonts w:ascii="Times New Roman" w:hAnsi="Times New Roman" w:eastAsia="宋体"/>
          <w:b w:val="0"/>
          <w:i w:val="0"/>
          <w:sz w:val="21"/>
        </w:rPr>
        <w:t>每个平行四边形对应一个正整数有序三元组 (k - 1, b, d)，其乘积为 2⁶ · 5⁶。六个因子 2 在三个位置中的分配数为 C(6 + 2, 2) = 28，因子 5 也有 28 种分配，所以共有 28² = 784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 (b, b) and D = (d, kd) with b, d, k positive integers and k &gt; 1. The area is (k - 1)bd = 1,000,000 = 2⁶ · 5⁶.</w:t>
      </w:r>
    </w:p>
    <w:p>
      <w:pPr>
        <w:spacing w:before="0" w:after="80" w:line="300" w:lineRule="auto"/>
        <w:jc w:val="left"/>
      </w:pPr>
      <w:r>
        <w:rPr>
          <w:rFonts w:ascii="Times New Roman" w:hAnsi="Times New Roman" w:eastAsia="宋体"/>
          <w:b w:val="0"/>
          <w:i w:val="0"/>
          <w:color w:val="333333"/>
          <w:sz w:val="19"/>
        </w:rPr>
        <w:t>Each parallelogram corresponds to an ordered triple (k - 1, b, d) of positive integers with product 2⁶ · 5⁶. The six 2’s distribute among the three factors in C(6 + 2, 2) = 28 ways, and likewise the six 5’s in 28 ways, giving 28² = 784.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展开得 (3/4 + 3/4i)(x + iy) = 3/4(x - y) + 3/4(x + y)i。实部和虚部都落在 [-1, 1] 中，当且仅当 |x - y| ≤ 4/3 且 |x + y| ≤ 4/3。</w:t>
      </w:r>
    </w:p>
    <w:p>
      <w:pPr>
        <w:spacing w:before="0" w:after="80" w:line="300" w:lineRule="auto"/>
        <w:jc w:val="left"/>
      </w:pPr>
      <w:r>
        <w:rPr>
          <w:rFonts w:ascii="Times New Roman" w:hAnsi="Times New Roman" w:eastAsia="宋体"/>
          <w:b w:val="0"/>
          <w:i w:val="0"/>
          <w:sz w:val="21"/>
        </w:rPr>
        <w:t>在正方形 S（面积 4）内，不满足条件的区域只出现在四个角。靠近 (1, 1) 的地方，直线 x + y = 4/3 切去一个直角三角形，两条直角边均为 2/3，面积为 1/2 · 2/3 · 2/3 = 2/9。</w:t>
      </w:r>
    </w:p>
    <w:p>
      <w:pPr>
        <w:spacing w:before="0" w:after="80" w:line="300" w:lineRule="auto"/>
        <w:jc w:val="left"/>
      </w:pPr>
      <w:r>
        <w:rPr>
          <w:rFonts w:ascii="Times New Roman" w:hAnsi="Times New Roman" w:eastAsia="宋体"/>
          <w:b w:val="0"/>
          <w:i w:val="0"/>
          <w:sz w:val="21"/>
        </w:rPr>
        <w:t>四个角共去掉 4 · 2/9 = 8/9，剩余面积为 4 - 8/9 = 28/9，概率为 (28/9)/4 = 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(3/4 + 3/4i)(x + iy) = 3/4(x - y) + 3/4(x + y)i. Both parts lie in [-1, 1] iff |x - y| ≤ 4/3 and |x + y| ≤ 4/3.</w:t>
      </w:r>
    </w:p>
    <w:p>
      <w:pPr>
        <w:spacing w:before="0" w:after="80" w:line="300" w:lineRule="auto"/>
        <w:jc w:val="left"/>
      </w:pPr>
      <w:r>
        <w:rPr>
          <w:rFonts w:ascii="Times New Roman" w:hAnsi="Times New Roman" w:eastAsia="宋体"/>
          <w:b w:val="0"/>
          <w:i w:val="0"/>
          <w:color w:val="333333"/>
          <w:sz w:val="19"/>
        </w:rPr>
        <w:t>Within the square S (area 4) these fail only in four corner triangles. Near (1, 1), the line x + y = 4/3 cuts off a right triangle with legs 2/3, area 1/2 · 2/3 · 2/3 = 2/9.</w:t>
      </w:r>
    </w:p>
    <w:p>
      <w:pPr>
        <w:spacing w:before="0" w:after="80" w:line="300" w:lineRule="auto"/>
        <w:jc w:val="left"/>
      </w:pPr>
      <w:r>
        <w:rPr>
          <w:rFonts w:ascii="Times New Roman" w:hAnsi="Times New Roman" w:eastAsia="宋体"/>
          <w:b w:val="0"/>
          <w:i w:val="0"/>
          <w:color w:val="333333"/>
          <w:sz w:val="19"/>
        </w:rPr>
        <w:t>The four corners remove 4 · 2/9 = 8/9, leaving 4 - 8/9 = 28/9. The probability is (28/9)/4 = 7/9.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在 [0, π], cos⁻¹(cos x) = x。因为 sin⁻¹ 的值域是 [-π/2, π/2]，任何解都必须满足 x ∈ [0, π/2]，此时方程化为 sin 6x = sin x。</w:t>
      </w:r>
    </w:p>
    <w:p>
      <w:pPr>
        <w:spacing w:before="0" w:after="80" w:line="300" w:lineRule="auto"/>
        <w:jc w:val="left"/>
      </w:pPr>
      <w:r>
        <w:rPr>
          <w:rFonts w:ascii="Times New Roman" w:hAnsi="Times New Roman" w:eastAsia="宋体"/>
          <w:b w:val="0"/>
          <w:i w:val="0"/>
          <w:sz w:val="21"/>
        </w:rPr>
        <w:t>方程 sin6x=sin x 成立，当且仅当</w:t>
      </w:r>
    </w:p>
    <w:p>
      <w:pPr>
        <w:spacing w:before="0" w:after="80" w:line="300" w:lineRule="auto"/>
        <w:jc w:val="left"/>
      </w:pPr>
      <w:r>
        <w:rPr>
          <w:rFonts w:ascii="Times New Roman" w:hAnsi="Times New Roman" w:eastAsia="宋体"/>
          <w:b w:val="0"/>
          <w:i w:val="0"/>
          <w:sz w:val="21"/>
        </w:rPr>
        <w:t>6x=x+2kπ,</w:t>
      </w:r>
    </w:p>
    <w:p>
      <w:pPr>
        <w:spacing w:before="0" w:after="80" w:line="300" w:lineRule="auto"/>
        <w:jc w:val="left"/>
      </w:pPr>
      <w:r>
        <w:rPr>
          <w:rFonts w:ascii="Times New Roman" w:hAnsi="Times New Roman" w:eastAsia="宋体"/>
          <w:b w:val="0"/>
          <w:i w:val="0"/>
          <w:sz w:val="21"/>
        </w:rPr>
        <w:t>或 6x=π-x+2kπ</w:t>
      </w:r>
    </w:p>
    <w:p>
      <w:pPr>
        <w:spacing w:before="0" w:after="80" w:line="300" w:lineRule="auto"/>
        <w:jc w:val="left"/>
      </w:pPr>
      <w:r>
        <w:rPr>
          <w:rFonts w:ascii="Times New Roman" w:hAnsi="Times New Roman" w:eastAsia="宋体"/>
          <w:b w:val="0"/>
          <w:i w:val="0"/>
          <w:sz w:val="21"/>
        </w:rPr>
        <w:t>对某个整数 k 成立。</w:t>
      </w:r>
    </w:p>
    <w:p>
      <w:pPr>
        <w:spacing w:before="0" w:after="80" w:line="300" w:lineRule="auto"/>
        <w:jc w:val="left"/>
      </w:pPr>
      <w:r>
        <w:rPr>
          <w:rFonts w:ascii="Times New Roman" w:hAnsi="Times New Roman" w:eastAsia="宋体"/>
          <w:b w:val="0"/>
          <w:i w:val="0"/>
          <w:sz w:val="21"/>
        </w:rPr>
        <w:t>第一族给出 x=2kπ/5，在区间中贡献 0 和 2π/5。第二族给出 x=((2k+1)π)/7，贡献 π/7 和 3π/7。因此在 [0,π/2] 中共有 4 个解。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[0, π], cos⁻¹(cos x) = x. Since sin⁻¹ takes values in [-π/2, π/2], any solution requires x ∈ [0, π/2], where the equation becomes sin 6x = sin x.</w:t>
      </w:r>
    </w:p>
    <w:p>
      <w:pPr>
        <w:spacing w:before="0" w:after="80" w:line="300" w:lineRule="auto"/>
        <w:jc w:val="left"/>
      </w:pPr>
      <w:r>
        <w:rPr>
          <w:rFonts w:ascii="Times New Roman" w:hAnsi="Times New Roman" w:eastAsia="宋体"/>
          <w:b w:val="0"/>
          <w:i w:val="0"/>
          <w:color w:val="333333"/>
          <w:sz w:val="19"/>
        </w:rPr>
        <w:t>The equation sin6x=sin x holds exactly when</w:t>
      </w:r>
    </w:p>
    <w:p>
      <w:pPr>
        <w:spacing w:before="0" w:after="80" w:line="300" w:lineRule="auto"/>
        <w:jc w:val="left"/>
      </w:pPr>
      <w:r>
        <w:rPr>
          <w:rFonts w:ascii="Times New Roman" w:hAnsi="Times New Roman" w:eastAsia="宋体"/>
          <w:b w:val="0"/>
          <w:i w:val="0"/>
          <w:color w:val="333333"/>
          <w:sz w:val="19"/>
        </w:rPr>
        <w:t>6x=x+2kπ,</w:t>
      </w:r>
    </w:p>
    <w:p>
      <w:pPr>
        <w:spacing w:before="0" w:after="80" w:line="300" w:lineRule="auto"/>
        <w:jc w:val="left"/>
      </w:pPr>
      <w:r>
        <w:rPr>
          <w:rFonts w:ascii="Times New Roman" w:hAnsi="Times New Roman" w:eastAsia="宋体"/>
          <w:b w:val="0"/>
          <w:i w:val="0"/>
          <w:color w:val="333333"/>
          <w:sz w:val="19"/>
        </w:rPr>
        <w:t>or 6x=π-x+2kπ</w:t>
      </w:r>
    </w:p>
    <w:p>
      <w:pPr>
        <w:spacing w:before="0" w:after="80" w:line="300" w:lineRule="auto"/>
        <w:jc w:val="left"/>
      </w:pPr>
      <w:r>
        <w:rPr>
          <w:rFonts w:ascii="Times New Roman" w:hAnsi="Times New Roman" w:eastAsia="宋体"/>
          <w:b w:val="0"/>
          <w:i w:val="0"/>
          <w:color w:val="333333"/>
          <w:sz w:val="19"/>
        </w:rPr>
        <w:t>for some integer k.</w:t>
      </w:r>
    </w:p>
    <w:p>
      <w:pPr>
        <w:spacing w:before="0" w:after="80" w:line="300" w:lineRule="auto"/>
        <w:jc w:val="left"/>
      </w:pPr>
      <w:r>
        <w:rPr>
          <w:rFonts w:ascii="Times New Roman" w:hAnsi="Times New Roman" w:eastAsia="宋体"/>
          <w:b w:val="0"/>
          <w:i w:val="0"/>
          <w:color w:val="333333"/>
          <w:sz w:val="19"/>
        </w:rPr>
        <w:t>The first family gives x=2kπ/5, contributing 0 and 2π/5. The second gives x=((2k+1)π)/7, contributing π/7 and 3π/7. Hence there are 4 solutions in [0,π/2].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G 由四个 5 × 5 方块 G₁, …, G₄ 组成，每个象限一个。任何边长 ≥ 6 的正方形在每个方块中恰好使用一个顶点，因为同一方块中的两点距离小于 6，而不同方块中的点之间距离至少为 6。</w:t>
      </w:r>
    </w:p>
    <w:p>
      <w:pPr>
        <w:spacing w:before="0" w:after="80" w:line="300" w:lineRule="auto"/>
        <w:jc w:val="left"/>
      </w:pPr>
      <w:r>
        <w:rPr>
          <w:rFonts w:ascii="Times New Roman" w:hAnsi="Times New Roman" w:eastAsia="宋体"/>
          <w:b w:val="0"/>
          <w:i w:val="0"/>
          <w:sz w:val="21"/>
        </w:rPr>
        <w:t>将每个方块按 (± 5, ± 5) 向内平移，可把它们叠合成同一个 5 × 5 网格 G'（即满足 |x|, |y| ≤ 2 的那些点）。每个这样的正方形要么对应 G' 中的一个点，要么对应 G' 中的一个正方形。所以所求个数等于 G' 的点数，加上 4 倍的以 G' 中的点为顶点的正方形个数。</w:t>
      </w:r>
    </w:p>
    <w:p>
      <w:pPr>
        <w:spacing w:before="0" w:after="80" w:line="300" w:lineRule="auto"/>
        <w:jc w:val="left"/>
      </w:pPr>
      <w:r>
        <w:rPr>
          <w:rFonts w:ascii="Times New Roman" w:hAnsi="Times New Roman" w:eastAsia="宋体"/>
          <w:b w:val="0"/>
          <w:i w:val="0"/>
          <w:sz w:val="21"/>
        </w:rPr>
        <w:t>该网格中与坐标轴平行的正方形共有 4²+3²+2²+1²=30 个。对于倾斜的正方形，设它的一条边水平移动 a 个单位、竖直移动 b 个单位，其中 a,b&gt;0 且 a+b≤4。对每个有序数对 (a,b)，有 (5-a-b)² 种放置方式。a+b=2,3,4 对应的个数分别为 9,8,3，于是倾斜的正方形有 20 个，正方形总共有 50 个。因此所求的个数为 25+4·50=225。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 consists of four 5 × 5 blocks G₁, …, G₄, one in each quadrant. Any square of side ≥ 6 uses exactly one vertex in each block, since two points in one block are less than 6 apart while points in different blocks are at least 6 apart.</w:t>
      </w:r>
    </w:p>
    <w:p>
      <w:pPr>
        <w:spacing w:before="0" w:after="80" w:line="300" w:lineRule="auto"/>
        <w:jc w:val="left"/>
      </w:pPr>
      <w:r>
        <w:rPr>
          <w:rFonts w:ascii="Times New Roman" w:hAnsi="Times New Roman" w:eastAsia="宋体"/>
          <w:b w:val="0"/>
          <w:i w:val="0"/>
          <w:color w:val="333333"/>
          <w:sz w:val="19"/>
        </w:rPr>
        <w:t>Sliding each block inward by (± 5, ± 5) superimposes them on one 5 × 5 grid G' (points with |x|, |y| ≤ 2). Each such square maps to either a single point of G' or a square in G'. So the count equals the number of points of G' plus 4 times the number of squares with vertices in G'.</w:t>
      </w:r>
    </w:p>
    <w:p>
      <w:pPr>
        <w:spacing w:before="0" w:after="80" w:line="300" w:lineRule="auto"/>
        <w:jc w:val="left"/>
      </w:pPr>
      <w:r>
        <w:rPr>
          <w:rFonts w:ascii="Times New Roman" w:hAnsi="Times New Roman" w:eastAsia="宋体"/>
          <w:b w:val="0"/>
          <w:i w:val="0"/>
          <w:color w:val="333333"/>
          <w:sz w:val="19"/>
        </w:rPr>
        <w:t>The grid has 4²+3²+2²+1²=30 axis-parallel squares. For a tilted square, let one side move a units horizontally and b units vertically, where a,b&gt;0 and a+b≤4. For each ordered pair (a,b), there are (5-a-b)² placements. The totals for a+b=2,3,4 are 9,8,3, respectively, giving 20 tilted squares and 50 squares altogether. Therefore the required count is 25+4·50=225.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