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2009A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Kim 的航班上午 10:34 从 Newark 起飞，下午 1:18 在 Miami 降落。两个城市在同一时区。如果她的飞行时间为 h 小时 m 分钟，其中 0 ≤ m &lt; 60，那么 h + m 是多少？</w:t>
      </w:r>
    </w:p>
    <w:p>
      <w:pPr>
        <w:spacing w:before="0" w:after="120" w:line="300" w:lineRule="auto"/>
      </w:pPr>
      <w:r>
        <w:rPr>
          <w:rFonts w:ascii="Times New Roman" w:hAnsi="Times New Roman" w:eastAsia="宋体"/>
          <w:b w:val="0"/>
          <w:i w:val="0"/>
          <w:sz w:val="21"/>
        </w:rPr>
        <w:t>（A）46　　（B）47　　（C）50　　（D）53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Kim’s flight took off from Newark at 10:34 am and landed in Miami at 1:18 pm. Both cities are in the same time zone. If her flight took h hours and m minutes, with 0 ≤ m &lt; 60, what is h + m?</w:t>
      </w:r>
    </w:p>
    <w:p>
      <w:pPr>
        <w:spacing w:before="0" w:after="160" w:line="300" w:lineRule="auto"/>
      </w:pPr>
      <w:r>
        <w:rPr>
          <w:rFonts w:ascii="Times New Roman" w:hAnsi="Times New Roman" w:eastAsia="宋体"/>
          <w:b w:val="0"/>
          <w:i w:val="0"/>
          <w:color w:val="333333"/>
          <w:sz w:val="19"/>
        </w:rPr>
        <w:t>(A) 46　　(B) 47　　(C) 50　　(D) 53　　(E) 54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下列哪一项等于</w:t>
      </w:r>
    </w:p>
    <w:p>
      <w:pPr>
        <w:spacing w:before="0" w:after="80" w:line="300" w:lineRule="auto"/>
        <w:jc w:val="left"/>
      </w:pPr>
      <w:r>
        <w:rPr>
          <w:rFonts w:ascii="Times New Roman" w:hAnsi="Times New Roman" w:eastAsia="宋体"/>
          <w:b w:val="0"/>
          <w:i w:val="0"/>
          <w:sz w:val="21"/>
        </w:rPr>
        <w:t>1 + 1/(1 + 1/(1 + 1))？</w:t>
      </w:r>
    </w:p>
    <w:p>
      <w:pPr>
        <w:spacing w:before="0" w:after="120" w:line="300" w:lineRule="auto"/>
      </w:pPr>
      <w:r>
        <w:rPr>
          <w:rFonts w:ascii="Times New Roman" w:hAnsi="Times New Roman" w:eastAsia="宋体"/>
          <w:b w:val="0"/>
          <w:i w:val="0"/>
          <w:sz w:val="21"/>
        </w:rPr>
        <w:t>（A）5/4　　（B）3/2　　（C）5/3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equal to</w:t>
      </w:r>
    </w:p>
    <w:p>
      <w:pPr>
        <w:spacing w:before="0" w:after="80" w:line="300" w:lineRule="auto"/>
        <w:jc w:val="left"/>
      </w:pPr>
      <w:r>
        <w:rPr>
          <w:rFonts w:ascii="Times New Roman" w:hAnsi="Times New Roman" w:eastAsia="宋体"/>
          <w:b w:val="0"/>
          <w:i w:val="0"/>
          <w:color w:val="333333"/>
          <w:sz w:val="19"/>
        </w:rPr>
        <w:t>1 + 1/(1 + 1/(1 + 1))?</w:t>
      </w:r>
    </w:p>
    <w:p>
      <w:pPr>
        <w:spacing w:before="0" w:after="160" w:line="300" w:lineRule="auto"/>
      </w:pPr>
      <w:r>
        <w:rPr>
          <w:rFonts w:ascii="Times New Roman" w:hAnsi="Times New Roman" w:eastAsia="宋体"/>
          <w:b w:val="0"/>
          <w:i w:val="0"/>
          <w:color w:val="333333"/>
          <w:sz w:val="19"/>
        </w:rPr>
        <w:t>(A) 5/4　　(B) 3/2　　(C) 5/3　　(D) 2　　(E) 3</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从 1/4 到 3/4 的三分之一处是哪一个数？</w:t>
      </w:r>
    </w:p>
    <w:p>
      <w:pPr>
        <w:spacing w:before="0" w:after="120" w:line="300" w:lineRule="auto"/>
      </w:pPr>
      <w:r>
        <w:rPr>
          <w:rFonts w:ascii="Times New Roman" w:hAnsi="Times New Roman" w:eastAsia="宋体"/>
          <w:b w:val="0"/>
          <w:i w:val="0"/>
          <w:sz w:val="21"/>
        </w:rPr>
        <w:t>（A）1/3　　（B）5/12　　（C）1/2　　（D）7/12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number is one third of the way from 1/4 to 3/4?</w:t>
      </w:r>
    </w:p>
    <w:p>
      <w:pPr>
        <w:spacing w:before="0" w:after="160" w:line="300" w:lineRule="auto"/>
      </w:pPr>
      <w:r>
        <w:rPr>
          <w:rFonts w:ascii="Times New Roman" w:hAnsi="Times New Roman" w:eastAsia="宋体"/>
          <w:b w:val="0"/>
          <w:i w:val="0"/>
          <w:color w:val="333333"/>
          <w:sz w:val="19"/>
        </w:rPr>
        <w:t>(A) 1/3　　(B) 5/12　　(C) 1/2　　(D) 7/12　　(E) 2/3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从一个存钱罐中取出四枚硬币，存钱罐里有若干一分、五分、十分和二十五分硬币。以下哪一个不可能是这四枚硬币的总价值（单位：分）？</w:t>
      </w:r>
    </w:p>
    <w:p>
      <w:pPr>
        <w:spacing w:before="0" w:after="120" w:line="300" w:lineRule="auto"/>
      </w:pPr>
      <w:r>
        <w:rPr>
          <w:rFonts w:ascii="Times New Roman" w:hAnsi="Times New Roman" w:eastAsia="宋体"/>
          <w:b w:val="0"/>
          <w:i w:val="0"/>
          <w:sz w:val="21"/>
        </w:rPr>
        <w:t>（A）15　　（B）25　　（C）35　　（D）45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coins are picked out of a piggy bank that contains a collection of pennies, nickels, dimes, and quarters. Which of the following could not be the total value of the four coins, in cents?</w:t>
      </w:r>
    </w:p>
    <w:p>
      <w:pPr>
        <w:spacing w:before="0" w:after="160" w:line="300" w:lineRule="auto"/>
      </w:pPr>
      <w:r>
        <w:rPr>
          <w:rFonts w:ascii="Times New Roman" w:hAnsi="Times New Roman" w:eastAsia="宋体"/>
          <w:b w:val="0"/>
          <w:i w:val="0"/>
          <w:color w:val="333333"/>
          <w:sz w:val="19"/>
        </w:rPr>
        <w:t>(A) 15　　(B) 25　　(C) 35　　(D) 45　　(E) 55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一个立方体的一个维度增加 1，另一个维度减少 1，第三个维度保持不变。新的长方体体积比原立方体体积少 5。原立方体的体积是多少？</w:t>
      </w:r>
    </w:p>
    <w:p>
      <w:pPr>
        <w:spacing w:before="0" w:after="120" w:line="300" w:lineRule="auto"/>
      </w:pPr>
      <w:r>
        <w:rPr>
          <w:rFonts w:ascii="Times New Roman" w:hAnsi="Times New Roman" w:eastAsia="宋体"/>
          <w:b w:val="0"/>
          <w:i w:val="0"/>
          <w:sz w:val="21"/>
        </w:rPr>
        <w:t>（A）8　　（B）27　　（C）64　　（D）125　　（E）216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dimension of a cube is increased by 1, another is decreased by 1, and the third is left unchanged. The volume of the new rectangular solid is 5 less than that of the cube. What was the volume of the cube?</w:t>
      </w:r>
    </w:p>
    <w:p>
      <w:pPr>
        <w:spacing w:before="0" w:after="160" w:line="300" w:lineRule="auto"/>
      </w:pPr>
      <w:r>
        <w:rPr>
          <w:rFonts w:ascii="Times New Roman" w:hAnsi="Times New Roman" w:eastAsia="宋体"/>
          <w:b w:val="0"/>
          <w:i w:val="0"/>
          <w:color w:val="333333"/>
          <w:sz w:val="19"/>
        </w:rPr>
        <w:t>(A) 8　　(B) 27　　(C) 64　　(D) 125　　(E) 216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假设 P = 2ᵐ 且 Q = 3ⁿ。对每一对整数 (m, n)，下列哪一个都等于 12ᵐⁿ？</w:t>
      </w:r>
    </w:p>
    <w:p>
      <w:pPr>
        <w:spacing w:before="0" w:after="120" w:line="300" w:lineRule="auto"/>
      </w:pPr>
      <w:r>
        <w:rPr>
          <w:rFonts w:ascii="Times New Roman" w:hAnsi="Times New Roman" w:eastAsia="宋体"/>
          <w:b w:val="0"/>
          <w:i w:val="0"/>
          <w:sz w:val="21"/>
        </w:rPr>
        <w:t>（A）P² Q　　（B）Pⁿ Qᵐ　　（C）Pⁿ Q²ᵐ　　（D）P²ᵐ Qⁿ　　（E）P²ⁿ Qᵐ</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P = 2ᵐ and Q = 3ⁿ. Which of the following is equal to 12ᵐⁿ for every pair of integers (m, n)?</w:t>
      </w:r>
    </w:p>
    <w:p>
      <w:pPr>
        <w:spacing w:before="0" w:after="160" w:line="300" w:lineRule="auto"/>
      </w:pPr>
      <w:r>
        <w:rPr>
          <w:rFonts w:ascii="Times New Roman" w:hAnsi="Times New Roman" w:eastAsia="宋体"/>
          <w:b w:val="0"/>
          <w:i w:val="0"/>
          <w:color w:val="333333"/>
          <w:sz w:val="19"/>
        </w:rPr>
        <w:t>(A) P² Q　　(B) Pⁿ Qᵐ　　(C) Pⁿ Q²ᵐ　　(D) P²ᵐ Qⁿ　　(E) P²ⁿ Qᵐ</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一个等差数列的前三项分别是 2x - 3、5x - 11 和 3x + 1。这个数列的第 n 项是 2009。求 n？</w:t>
      </w:r>
    </w:p>
    <w:p>
      <w:pPr>
        <w:spacing w:before="0" w:after="120" w:line="300" w:lineRule="auto"/>
      </w:pPr>
      <w:r>
        <w:rPr>
          <w:rFonts w:ascii="Times New Roman" w:hAnsi="Times New Roman" w:eastAsia="宋体"/>
          <w:b w:val="0"/>
          <w:i w:val="0"/>
          <w:sz w:val="21"/>
        </w:rPr>
        <w:t>（A）255　　（B）502　　（C）1004　　（D）1506　　（E）8037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terms of an arithmetic sequence are 2x - 3, 5x - 11, and 3x + 1 respectively. The nth term of the sequence is 2009. What is n?</w:t>
      </w:r>
    </w:p>
    <w:p>
      <w:pPr>
        <w:spacing w:before="0" w:after="160" w:line="300" w:lineRule="auto"/>
      </w:pPr>
      <w:r>
        <w:rPr>
          <w:rFonts w:ascii="Times New Roman" w:hAnsi="Times New Roman" w:eastAsia="宋体"/>
          <w:b w:val="0"/>
          <w:i w:val="0"/>
          <w:color w:val="333333"/>
          <w:sz w:val="19"/>
        </w:rPr>
        <w:t>(A) 255　　(B) 502　　(C) 1004　　(D) 1506　　(E) 8037</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如图放置四个全等的长方形。外部正方形的面积是内部正方形面积的 4 倍。每个长方形较长边与较短边的长度之比是多少？</w:t>
      </w:r>
    </w:p>
    <w:p>
      <w:pPr>
        <w:spacing w:before="80" w:after="80"/>
        <w:jc w:val="center"/>
      </w:pPr>
      <w:r>
        <w:drawing>
          <wp:inline xmlns:a="http://schemas.openxmlformats.org/drawingml/2006/main" xmlns:pic="http://schemas.openxmlformats.org/drawingml/2006/picture">
            <wp:extent cx="620022" cy="620022"/>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620022" cy="620022"/>
                    </a:xfrm>
                    <a:prstGeom prst="rect"/>
                  </pic:spPr>
                </pic:pic>
              </a:graphicData>
            </a:graphic>
          </wp:inline>
        </w:drawing>
      </w:r>
    </w:p>
    <w:p>
      <w:pPr>
        <w:spacing w:before="0" w:after="120" w:line="300" w:lineRule="auto"/>
      </w:pPr>
      <w:r>
        <w:rPr>
          <w:rFonts w:ascii="Times New Roman" w:hAnsi="Times New Roman" w:eastAsia="宋体"/>
          <w:b w:val="0"/>
          <w:i w:val="0"/>
          <w:sz w:val="21"/>
        </w:rPr>
        <w:t>（A）3　　（B）√(10)　　（C）2 + √(2)　　（D）2√(3)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congruent rectangles are placed as shown. The area of the outer square is 4 times that of the inner square. What is the ratio of the length of the longer side of each rectangle to the length of its shorter side?</w:t>
      </w:r>
    </w:p>
    <w:p>
      <w:pPr>
        <w:spacing w:before="80" w:after="80"/>
        <w:jc w:val="center"/>
      </w:pPr>
      <w:r>
        <w:drawing>
          <wp:inline xmlns:a="http://schemas.openxmlformats.org/drawingml/2006/main" xmlns:pic="http://schemas.openxmlformats.org/drawingml/2006/picture">
            <wp:extent cx="620022" cy="620022"/>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620022" cy="62002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√(10)　　(C) 2 + √(2)　　(D) 2√(3)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假设 f(x + 3) = 3x² + 7x + 4，且 f(x) = ax² + bx + c。求 a + b + c？</w:t>
      </w:r>
    </w:p>
    <w:p>
      <w:pPr>
        <w:spacing w:before="0" w:after="120" w:line="300" w:lineRule="auto"/>
      </w:pPr>
      <w:r>
        <w:rPr>
          <w:rFonts w:ascii="Times New Roman" w:hAnsi="Times New Roman" w:eastAsia="宋体"/>
          <w:b w:val="0"/>
          <w:i w:val="0"/>
          <w:sz w:val="21"/>
        </w:rPr>
        <w:t>（A）-1　　（B）0　　（C）1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f(x + 3) = 3x² + 7x + 4 and f(x) = ax² + bx + c. What is a + b + c?</w:t>
      </w:r>
    </w:p>
    <w:p>
      <w:pPr>
        <w:spacing w:before="0" w:after="160" w:line="300" w:lineRule="auto"/>
      </w:pPr>
      <w:r>
        <w:rPr>
          <w:rFonts w:ascii="Times New Roman" w:hAnsi="Times New Roman" w:eastAsia="宋体"/>
          <w:b w:val="0"/>
          <w:i w:val="0"/>
          <w:color w:val="333333"/>
          <w:sz w:val="19"/>
        </w:rPr>
        <w:t>(A) -1　　(B) 0　　(C) 1　　(D) 2　　(E) 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在四边形 ABCD 中，AB = 5，BC = 17，CD = 5，DA = 9，且 BD 是整数。求 BD？</w:t>
      </w:r>
    </w:p>
    <w:p>
      <w:pPr>
        <w:spacing w:before="80" w:after="80"/>
        <w:jc w:val="center"/>
      </w:pPr>
      <w:r>
        <w:drawing>
          <wp:inline xmlns:a="http://schemas.openxmlformats.org/drawingml/2006/main" xmlns:pic="http://schemas.openxmlformats.org/drawingml/2006/picture">
            <wp:extent cx="2828780" cy="942403"/>
            <wp:docPr id="3" name="Picture 3"/>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828780" cy="942403"/>
                    </a:xfrm>
                    <a:prstGeom prst="rect"/>
                  </pic:spPr>
                </pic:pic>
              </a:graphicData>
            </a:graphic>
          </wp:inline>
        </w:drawing>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quadrilateral ABCD, AB = 5, BC = 17, CD = 5, DA = 9, and BD is an integer. What is BD?</w:t>
      </w:r>
    </w:p>
    <w:p>
      <w:pPr>
        <w:spacing w:before="80" w:after="80"/>
        <w:jc w:val="center"/>
      </w:pPr>
      <w:r>
        <w:drawing>
          <wp:inline xmlns:a="http://schemas.openxmlformats.org/drawingml/2006/main" xmlns:pic="http://schemas.openxmlformats.org/drawingml/2006/picture">
            <wp:extent cx="2828780" cy="942403"/>
            <wp:docPr id="4" name="Picture 4"/>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828780" cy="94240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图中的 F₁，F₂，F₃，和 F₄ 是一个图形序列的前几项。对于 n ≥ 3，Fₙ 由 Fₙ₋₁ 构造而来：在它周围加一个正方形，并且在新正方形的每一边上，比 Fₙ₋₁ 外部正方形的每一边多放一个菱形。例如，图形 F₃ 有 13 个菱形。图形 F₂₀ 中有多少个菱形？</w:t>
      </w:r>
    </w:p>
    <w:p>
      <w:pPr>
        <w:spacing w:before="80" w:after="80"/>
        <w:jc w:val="center"/>
      </w:pPr>
      <w:r>
        <w:drawing>
          <wp:inline xmlns:a="http://schemas.openxmlformats.org/drawingml/2006/main" xmlns:pic="http://schemas.openxmlformats.org/drawingml/2006/picture">
            <wp:extent cx="2645619" cy="993592"/>
            <wp:docPr id="5" name="Picture 5"/>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2645619" cy="993592"/>
                    </a:xfrm>
                    <a:prstGeom prst="rect"/>
                  </pic:spPr>
                </pic:pic>
              </a:graphicData>
            </a:graphic>
          </wp:inline>
        </w:drawing>
      </w:r>
    </w:p>
    <w:p>
      <w:pPr>
        <w:spacing w:before="0" w:after="120" w:line="300" w:lineRule="auto"/>
      </w:pPr>
      <w:r>
        <w:rPr>
          <w:rFonts w:ascii="Times New Roman" w:hAnsi="Times New Roman" w:eastAsia="宋体"/>
          <w:b w:val="0"/>
          <w:i w:val="0"/>
          <w:sz w:val="21"/>
        </w:rPr>
        <w:t>（A）401　　（B）485　　（C）585　　（D）626　　（E）761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figures F₁, F₂, F₃, and F₄ shown are the first in a sequence of figures. For n ≥ 3, Fₙ is constructed from Fₙ₋₁ by surrounding it with a square and placing one more diamond on each side of the new square than Fₙ₋₁ had on each side of its outside square. For example, figure F₃ has 13 diamonds. How many diamonds are there in figure F₂₀?</w:t>
      </w:r>
    </w:p>
    <w:p>
      <w:pPr>
        <w:spacing w:before="80" w:after="80"/>
        <w:jc w:val="center"/>
      </w:pPr>
      <w:r>
        <w:drawing>
          <wp:inline xmlns:a="http://schemas.openxmlformats.org/drawingml/2006/main" xmlns:pic="http://schemas.openxmlformats.org/drawingml/2006/picture">
            <wp:extent cx="2645619" cy="993592"/>
            <wp:docPr id="6" name="Picture 6"/>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2645619" cy="99359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401　　(B) 485　　(C) 585　　(D) 626　　(E) 761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小于 1000 的正整数中，有多少个等于其各位数字和的 6 倍？</w:t>
      </w:r>
    </w:p>
    <w:p>
      <w:pPr>
        <w:spacing w:before="0" w:after="120" w:line="300" w:lineRule="auto"/>
      </w:pPr>
      <w:r>
        <w:rPr>
          <w:rFonts w:ascii="Times New Roman" w:hAnsi="Times New Roman" w:eastAsia="宋体"/>
          <w:b w:val="0"/>
          <w:i w:val="0"/>
          <w:sz w:val="21"/>
        </w:rPr>
        <w:t>（A）0　　（B）1　　（C）2　　（D）4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less than 1000 are 6 times the sum of their digits?</w:t>
      </w:r>
    </w:p>
    <w:p>
      <w:pPr>
        <w:spacing w:before="0" w:after="160" w:line="300" w:lineRule="auto"/>
      </w:pPr>
      <w:r>
        <w:rPr>
          <w:rFonts w:ascii="Times New Roman" w:hAnsi="Times New Roman" w:eastAsia="宋体"/>
          <w:b w:val="0"/>
          <w:i w:val="0"/>
          <w:color w:val="333333"/>
          <w:sz w:val="19"/>
        </w:rPr>
        <w:t>(A) 0　　(B) 1　　(C) 2　　(D) 4　　(E) 12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一艘船从 A 到 B，沿直线航行 10 英里，转过一个介于 45° 和 60° 之间的角，然后再航行 20 英里到达 C。令 AC 以英里为单位。下列哪个区间包含 AC²？</w:t>
      </w:r>
    </w:p>
    <w:p>
      <w:pPr>
        <w:spacing w:before="80" w:after="80"/>
        <w:jc w:val="center"/>
      </w:pPr>
      <w:r>
        <w:drawing>
          <wp:inline xmlns:a="http://schemas.openxmlformats.org/drawingml/2006/main" xmlns:pic="http://schemas.openxmlformats.org/drawingml/2006/picture">
            <wp:extent cx="2387801" cy="1732901"/>
            <wp:docPr id="7" name="Picture 7"/>
            <wp:cNvGraphicFramePr>
              <a:graphicFrameLocks noChangeAspect="1"/>
            </wp:cNvGraphicFramePr>
            <a:graphic>
              <a:graphicData uri="http://schemas.openxmlformats.org/drawingml/2006/picture">
                <pic:pic>
                  <pic:nvPicPr>
                    <pic:cNvPr id="0" name="q13-1@300dpi.png"/>
                    <pic:cNvPicPr/>
                  </pic:nvPicPr>
                  <pic:blipFill>
                    <a:blip r:embed="rId12"/>
                    <a:stretch>
                      <a:fillRect/>
                    </a:stretch>
                  </pic:blipFill>
                  <pic:spPr>
                    <a:xfrm>
                      <a:off x="0" y="0"/>
                      <a:ext cx="2387801" cy="1732901"/>
                    </a:xfrm>
                    <a:prstGeom prst="rect"/>
                  </pic:spPr>
                </pic:pic>
              </a:graphicData>
            </a:graphic>
          </wp:inline>
        </w:drawing>
      </w:r>
    </w:p>
    <w:p>
      <w:pPr>
        <w:spacing w:before="0" w:after="120" w:line="300" w:lineRule="auto"/>
      </w:pPr>
      <w:r>
        <w:rPr>
          <w:rFonts w:ascii="Times New Roman" w:hAnsi="Times New Roman" w:eastAsia="宋体"/>
          <w:b w:val="0"/>
          <w:i w:val="0"/>
          <w:sz w:val="21"/>
        </w:rPr>
        <w:t>（A）[400, 500]　　（B）[500, 600]　　（C）[600, 700]　　（D）[700, 800]　　（E）[800, 900]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ship sails 10 miles in a straight line from A to B, turns through an angle between 45° and 60°, and then sails another 20 miles to C. Let AC be measured in miles. Which of the following intervals contains AC²?</w:t>
      </w:r>
    </w:p>
    <w:p>
      <w:pPr>
        <w:spacing w:before="80" w:after="80"/>
        <w:jc w:val="center"/>
      </w:pPr>
      <w:r>
        <w:drawing>
          <wp:inline xmlns:a="http://schemas.openxmlformats.org/drawingml/2006/main" xmlns:pic="http://schemas.openxmlformats.org/drawingml/2006/picture">
            <wp:extent cx="2387801" cy="1732901"/>
            <wp:docPr id="8" name="Picture 8"/>
            <wp:cNvGraphicFramePr>
              <a:graphicFrameLocks noChangeAspect="1"/>
            </wp:cNvGraphicFramePr>
            <a:graphic>
              <a:graphicData uri="http://schemas.openxmlformats.org/drawingml/2006/picture">
                <pic:pic>
                  <pic:nvPicPr>
                    <pic:cNvPr id="0" name="q13-1@300dpi.png"/>
                    <pic:cNvPicPr/>
                  </pic:nvPicPr>
                  <pic:blipFill>
                    <a:blip r:embed="rId12"/>
                    <a:stretch>
                      <a:fillRect/>
                    </a:stretch>
                  </pic:blipFill>
                  <pic:spPr>
                    <a:xfrm>
                      <a:off x="0" y="0"/>
                      <a:ext cx="2387801" cy="17329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[400, 500]　　(B) [500, 600]　　(C) [600, 700]　　(D) [700, 800]　　(E) [800, 900]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一个三角形的顶点是 (0, 0)，(1, 1)，和 (6m, 0)，直线 y = mx 把该三角形分成两个面积相等的三角形。所有可能的 m 的值之和是多少？</w:t>
      </w:r>
    </w:p>
    <w:p>
      <w:pPr>
        <w:spacing w:before="0" w:after="120" w:line="300" w:lineRule="auto"/>
      </w:pPr>
      <w:r>
        <w:rPr>
          <w:rFonts w:ascii="Times New Roman" w:hAnsi="Times New Roman" w:eastAsia="宋体"/>
          <w:b w:val="0"/>
          <w:i w:val="0"/>
          <w:sz w:val="21"/>
        </w:rPr>
        <w:t>（A）-1/3　　（B）-1/6　　（C）1/6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has vertices (0, 0), (1, 1), and (6m, 0), and the line y = mx divides the triangle into two triangles of equal area. What is the sum of all possible values of m?</w:t>
      </w:r>
    </w:p>
    <w:p>
      <w:pPr>
        <w:spacing w:before="0" w:after="160" w:line="300" w:lineRule="auto"/>
      </w:pPr>
      <w:r>
        <w:rPr>
          <w:rFonts w:ascii="Times New Roman" w:hAnsi="Times New Roman" w:eastAsia="宋体"/>
          <w:b w:val="0"/>
          <w:i w:val="0"/>
          <w:color w:val="333333"/>
          <w:sz w:val="19"/>
        </w:rPr>
        <w:t>(A) -1/3　　(B) -1/6　　(C) 1/6　　(D) 1/3　　(E) 1/2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当 n 取什么值时，</w:t>
      </w:r>
    </w:p>
    <w:p>
      <w:pPr>
        <w:spacing w:before="0" w:after="80" w:line="300" w:lineRule="auto"/>
        <w:jc w:val="left"/>
      </w:pPr>
      <w:r>
        <w:rPr>
          <w:rFonts w:ascii="Times New Roman" w:hAnsi="Times New Roman" w:eastAsia="宋体"/>
          <w:b w:val="0"/>
          <w:i w:val="0"/>
          <w:sz w:val="21"/>
        </w:rPr>
        <w:t>i + 2i² + 3i³ + ⋯ + niⁿ</w:t>
      </w:r>
    </w:p>
    <w:p>
      <w:pPr>
        <w:spacing w:before="0" w:after="80" w:line="300" w:lineRule="auto"/>
        <w:jc w:val="left"/>
      </w:pPr>
      <w:r>
        <w:rPr>
          <w:rFonts w:ascii="Times New Roman" w:hAnsi="Times New Roman" w:eastAsia="宋体"/>
          <w:b w:val="0"/>
          <w:i w:val="0"/>
          <w:sz w:val="21"/>
        </w:rPr>
        <w:t>= 48 + 49i</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注：这里 i = √(-1)。</w:t>
      </w:r>
    </w:p>
    <w:p>
      <w:pPr>
        <w:spacing w:before="0" w:after="120" w:line="300" w:lineRule="auto"/>
      </w:pPr>
      <w:r>
        <w:rPr>
          <w:rFonts w:ascii="Times New Roman" w:hAnsi="Times New Roman" w:eastAsia="宋体"/>
          <w:b w:val="0"/>
          <w:i w:val="0"/>
          <w:sz w:val="21"/>
        </w:rPr>
        <w:t>（A）24　　（B）48　　（C）49　　（D）97　　（E）98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what value of n is</w:t>
      </w:r>
    </w:p>
    <w:p>
      <w:pPr>
        <w:spacing w:before="0" w:after="80" w:line="300" w:lineRule="auto"/>
        <w:jc w:val="left"/>
      </w:pPr>
      <w:r>
        <w:rPr>
          <w:rFonts w:ascii="Times New Roman" w:hAnsi="Times New Roman" w:eastAsia="宋体"/>
          <w:b w:val="0"/>
          <w:i w:val="0"/>
          <w:color w:val="333333"/>
          <w:sz w:val="19"/>
        </w:rPr>
        <w:t>i + 2i² + 3i³ + ⋯ + niⁿ</w:t>
      </w:r>
    </w:p>
    <w:p>
      <w:pPr>
        <w:spacing w:before="0" w:after="80" w:line="300" w:lineRule="auto"/>
        <w:jc w:val="left"/>
      </w:pPr>
      <w:r>
        <w:rPr>
          <w:rFonts w:ascii="Times New Roman" w:hAnsi="Times New Roman" w:eastAsia="宋体"/>
          <w:b w:val="0"/>
          <w:i w:val="0"/>
          <w:color w:val="333333"/>
          <w:sz w:val="19"/>
        </w:rPr>
        <w:t>= 48 + 49i?</w:t>
      </w:r>
    </w:p>
    <w:p>
      <w:pPr>
        <w:spacing w:before="0" w:after="80" w:line="300" w:lineRule="auto"/>
        <w:jc w:val="left"/>
      </w:pPr>
      <w:r>
        <w:rPr>
          <w:rFonts w:ascii="Times New Roman" w:hAnsi="Times New Roman" w:eastAsia="宋体"/>
          <w:b w:val="0"/>
          <w:i w:val="0"/>
          <w:color w:val="333333"/>
          <w:sz w:val="19"/>
        </w:rPr>
        <w:t>Note: here i = √(-1).</w:t>
      </w:r>
    </w:p>
    <w:p>
      <w:pPr>
        <w:spacing w:before="0" w:after="160" w:line="300" w:lineRule="auto"/>
      </w:pPr>
      <w:r>
        <w:rPr>
          <w:rFonts w:ascii="Times New Roman" w:hAnsi="Times New Roman" w:eastAsia="宋体"/>
          <w:b w:val="0"/>
          <w:i w:val="0"/>
          <w:color w:val="333333"/>
          <w:sz w:val="19"/>
        </w:rPr>
        <w:t>(A) 24　　(B) 48　　(C) 49　　(D) 97　　(E) 98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一个圆心为 C 的圆与正 x 轴和正 y 轴都相切，并与圆心在 (3, 0)、半径为 1 的圆外切。圆心为 C 的圆所有可能半径之和是多少？</w:t>
      </w:r>
    </w:p>
    <w:p>
      <w:pPr>
        <w:spacing w:before="0" w:after="120" w:line="300" w:lineRule="auto"/>
      </w:pPr>
      <w:r>
        <w:rPr>
          <w:rFonts w:ascii="Times New Roman" w:hAnsi="Times New Roman" w:eastAsia="宋体"/>
          <w:b w:val="0"/>
          <w:i w:val="0"/>
          <w:sz w:val="21"/>
        </w:rPr>
        <w:t>（A）3　　（B）4　　（C）6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with center C is tangent to the positive x- and y-axes and externally tangent to the circle centered at (3, 0) with radius 1. What is the sum of all possible radii of the circle with center C?</w:t>
      </w:r>
    </w:p>
    <w:p>
      <w:pPr>
        <w:spacing w:before="0" w:after="160" w:line="300" w:lineRule="auto"/>
      </w:pPr>
      <w:r>
        <w:rPr>
          <w:rFonts w:ascii="Times New Roman" w:hAnsi="Times New Roman" w:eastAsia="宋体"/>
          <w:b w:val="0"/>
          <w:i w:val="0"/>
          <w:color w:val="333333"/>
          <w:sz w:val="19"/>
        </w:rPr>
        <w:t>(A) 3　　(B) 4　　(C) 6　　(D) 8　　(E) 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a + ar₁ + ar₁² + ar₁³ + ⋯ 和 a + ar₂ + ar₂² + ar₂³ + ⋯ 是两个不同的、项都为正的无穷等比级数，且首项相同。第一个级数的和是 r₁，第二个级数的和是 r₂。求 r₁ + r₂？</w:t>
      </w:r>
    </w:p>
    <w:p>
      <w:pPr>
        <w:spacing w:before="0" w:after="120" w:line="300" w:lineRule="auto"/>
      </w:pPr>
      <w:r>
        <w:rPr>
          <w:rFonts w:ascii="Times New Roman" w:hAnsi="Times New Roman" w:eastAsia="宋体"/>
          <w:b w:val="0"/>
          <w:i w:val="0"/>
          <w:sz w:val="21"/>
        </w:rPr>
        <w:t>（A）0　　（B）1/2　　（C）1　　（D）(1 + √(5))/2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ar₁ + ar₁² + ar₁³ + ⋯ and a + ar₂ + ar₂² + ar₂³ + ⋯ be two different infinite geometric series of positive numbers with the same first term. The sum of the first series is r₁, and the sum of the second series is r₂. What is r₁ + r₂?</w:t>
      </w:r>
    </w:p>
    <w:p>
      <w:pPr>
        <w:spacing w:before="0" w:after="160" w:line="300" w:lineRule="auto"/>
      </w:pPr>
      <w:r>
        <w:rPr>
          <w:rFonts w:ascii="Times New Roman" w:hAnsi="Times New Roman" w:eastAsia="宋体"/>
          <w:b w:val="0"/>
          <w:i w:val="0"/>
          <w:color w:val="333333"/>
          <w:sz w:val="19"/>
        </w:rPr>
        <w:t>(A) 0　　(B) 1/2　　(C) 1　　(D) (1 + √(5))/2　　(E) 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对于 k &gt; 0，令 Iₖ = 10…064，其中 1 和 6 之间有 k 个零。令 N(k) 为 Iₖ 的质因数分解中因子 2 的个数。N(k) 的最大值是多少？</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k &gt; 0, let Iₖ = 10…064, where there are k zeros between the 1 and the 6. Let N(k) be the number of factors of 2 in the prime factorization of Iₖ. What is the maximum value of N(k)?</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Andrea 在一个正五边形内切一个圆，并在该五边形外接一个圆，然后计算两个圆之间区域的面积。Bethany 对一个正七边形（7 条边）做了同样的事情。两个区域的面积分别为 A 和 B，每个多边形的边长都是 2。下列哪项正确？</w:t>
      </w:r>
    </w:p>
    <w:p>
      <w:pPr>
        <w:spacing w:before="0" w:after="120" w:line="300" w:lineRule="auto"/>
      </w:pPr>
      <w:r>
        <w:rPr>
          <w:rFonts w:ascii="Times New Roman" w:hAnsi="Times New Roman" w:eastAsia="宋体"/>
          <w:b w:val="0"/>
          <w:i w:val="0"/>
          <w:sz w:val="21"/>
        </w:rPr>
        <w:t>（A）A = 25/49B　　（B）A = 5/7B　　（C）A = B　　（D）A = 7/5B　　（E）A = 49/25B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Andrea inscribed a circle inside a regular pentagon, circumscribed a circle around the pentagon, and calculated the area of the region between the two circles. Bethany did the same with a regular heptagon (7 sides). The areas of the two regions were A and B, respectively. Each polygon had a side length of 2. Which of the following is true?</w:t>
      </w:r>
    </w:p>
    <w:p>
      <w:pPr>
        <w:spacing w:before="0" w:after="160" w:line="300" w:lineRule="auto"/>
      </w:pPr>
      <w:r>
        <w:rPr>
          <w:rFonts w:ascii="Times New Roman" w:hAnsi="Times New Roman" w:eastAsia="宋体"/>
          <w:b w:val="0"/>
          <w:i w:val="0"/>
          <w:color w:val="333333"/>
          <w:sz w:val="19"/>
        </w:rPr>
        <w:t>(A) A = 25/49B　　(B) A = 5/7B　　(C) A = B　　(D) A = 7/5B　　(E) A = 49/25B</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凸四边形 ABCD 满足 AB = 9 且 CD = 12。对角线 AC 和 BD 交于 E，AC = 14，且 △ AED 与 △ BEC 面积相等。求 AE？</w:t>
      </w:r>
    </w:p>
    <w:p>
      <w:pPr>
        <w:spacing w:before="0" w:after="120" w:line="300" w:lineRule="auto"/>
      </w:pPr>
      <w:r>
        <w:rPr>
          <w:rFonts w:ascii="Times New Roman" w:hAnsi="Times New Roman" w:eastAsia="宋体"/>
          <w:b w:val="0"/>
          <w:i w:val="0"/>
          <w:sz w:val="21"/>
        </w:rPr>
        <w:t>（A）9/2　　（B）50/11　　（C）21/4　　（D）17/3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Convex quadrilateral ABCD has AB = 9 and CD = 12. Diagonals AC and BD intersect at E, AC = 14, and △ AED and △ BEC have equal areas. What is AE?</w:t>
      </w:r>
    </w:p>
    <w:p>
      <w:pPr>
        <w:spacing w:before="0" w:after="160" w:line="300" w:lineRule="auto"/>
      </w:pPr>
      <w:r>
        <w:rPr>
          <w:rFonts w:ascii="Times New Roman" w:hAnsi="Times New Roman" w:eastAsia="宋体"/>
          <w:b w:val="0"/>
          <w:i w:val="0"/>
          <w:color w:val="333333"/>
          <w:sz w:val="19"/>
        </w:rPr>
        <w:t>(A) 9/2　　(B) 50/11　　(C) 21/4　　(D) 17/3　　(E) 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令 p(x) = x³ + ax² + bx + c，其中 a、b 和 c 是复数。假设</w:t>
      </w:r>
    </w:p>
    <w:p>
      <w:pPr>
        <w:spacing w:before="0" w:after="80" w:line="300" w:lineRule="auto"/>
        <w:jc w:val="left"/>
      </w:pPr>
      <w:r>
        <w:rPr>
          <w:rFonts w:ascii="Times New Roman" w:hAnsi="Times New Roman" w:eastAsia="宋体"/>
          <w:b w:val="0"/>
          <w:i w:val="0"/>
          <w:sz w:val="21"/>
        </w:rPr>
        <w:t>p(2009 + 9002π i)</w:t>
      </w:r>
    </w:p>
    <w:p>
      <w:pPr>
        <w:spacing w:before="0" w:after="80" w:line="300" w:lineRule="auto"/>
        <w:jc w:val="left"/>
      </w:pPr>
      <w:r>
        <w:rPr>
          <w:rFonts w:ascii="Times New Roman" w:hAnsi="Times New Roman" w:eastAsia="宋体"/>
          <w:b w:val="0"/>
          <w:i w:val="0"/>
          <w:sz w:val="21"/>
        </w:rPr>
        <w:t>= p(2009)</w:t>
      </w:r>
    </w:p>
    <w:p>
      <w:pPr>
        <w:spacing w:before="0" w:after="80" w:line="300" w:lineRule="auto"/>
        <w:jc w:val="left"/>
      </w:pPr>
      <w:r>
        <w:rPr>
          <w:rFonts w:ascii="Times New Roman" w:hAnsi="Times New Roman" w:eastAsia="宋体"/>
          <w:b w:val="0"/>
          <w:i w:val="0"/>
          <w:sz w:val="21"/>
        </w:rPr>
        <w:t>= p(9002) = 0。</w:t>
      </w:r>
    </w:p>
    <w:p>
      <w:pPr>
        <w:spacing w:before="0" w:after="80" w:line="300" w:lineRule="auto"/>
        <w:jc w:val="left"/>
      </w:pPr>
      <w:r>
        <w:rPr>
          <w:rFonts w:ascii="Times New Roman" w:hAnsi="Times New Roman" w:eastAsia="宋体"/>
          <w:b w:val="0"/>
          <w:i w:val="0"/>
          <w:sz w:val="21"/>
        </w:rPr>
        <w:t>多项式 x¹² + ax⁸ + bx⁴ + c 有多少个非实零点？</w:t>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 = x³ + ax² + bx + c, where a, b, and c are complex numbers. Suppose that</w:t>
      </w:r>
    </w:p>
    <w:p>
      <w:pPr>
        <w:spacing w:before="0" w:after="80" w:line="300" w:lineRule="auto"/>
        <w:jc w:val="left"/>
      </w:pPr>
      <w:r>
        <w:rPr>
          <w:rFonts w:ascii="Times New Roman" w:hAnsi="Times New Roman" w:eastAsia="宋体"/>
          <w:b w:val="0"/>
          <w:i w:val="0"/>
          <w:color w:val="333333"/>
          <w:sz w:val="19"/>
        </w:rPr>
        <w:t>p(2009 + 9002π i)</w:t>
      </w:r>
    </w:p>
    <w:p>
      <w:pPr>
        <w:spacing w:before="0" w:after="80" w:line="300" w:lineRule="auto"/>
        <w:jc w:val="left"/>
      </w:pPr>
      <w:r>
        <w:rPr>
          <w:rFonts w:ascii="Times New Roman" w:hAnsi="Times New Roman" w:eastAsia="宋体"/>
          <w:b w:val="0"/>
          <w:i w:val="0"/>
          <w:color w:val="333333"/>
          <w:sz w:val="19"/>
        </w:rPr>
        <w:t>= p(2009)</w:t>
      </w:r>
    </w:p>
    <w:p>
      <w:pPr>
        <w:spacing w:before="0" w:after="80" w:line="300" w:lineRule="auto"/>
        <w:jc w:val="left"/>
      </w:pPr>
      <w:r>
        <w:rPr>
          <w:rFonts w:ascii="Times New Roman" w:hAnsi="Times New Roman" w:eastAsia="宋体"/>
          <w:b w:val="0"/>
          <w:i w:val="0"/>
          <w:color w:val="333333"/>
          <w:sz w:val="19"/>
        </w:rPr>
        <w:t>= p(9002) = 0.</w:t>
      </w:r>
    </w:p>
    <w:p>
      <w:pPr>
        <w:spacing w:before="0" w:after="80" w:line="300" w:lineRule="auto"/>
        <w:jc w:val="left"/>
      </w:pPr>
      <w:r>
        <w:rPr>
          <w:rFonts w:ascii="Times New Roman" w:hAnsi="Times New Roman" w:eastAsia="宋体"/>
          <w:b w:val="0"/>
          <w:i w:val="0"/>
          <w:color w:val="333333"/>
          <w:sz w:val="19"/>
        </w:rPr>
        <w:t>What is the number of nonreal zeros of x¹² + ax⁸ + bx⁴ + c?</w:t>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一个正八面体的边长为 1。一个平行于其中两张相对面的平面把该八面体切成两个全等的立体。该平面与八面体相交形成的多边形面积为 (a√(b))/c，其中 a，b，和 c 是正整数，a 与 c 互质，且 b 不被任何质数的平方整除。求 a + b + c？</w:t>
      </w:r>
    </w:p>
    <w:p>
      <w:pPr>
        <w:spacing w:before="0" w:after="120" w:line="300" w:lineRule="auto"/>
      </w:pPr>
      <w:r>
        <w:rPr>
          <w:rFonts w:ascii="Times New Roman" w:hAnsi="Times New Roman" w:eastAsia="宋体"/>
          <w:b w:val="0"/>
          <w:i w:val="0"/>
          <w:sz w:val="21"/>
        </w:rPr>
        <w:t>（A）10　　（B）11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octahedron has side length 1. A plane parallel to two of its opposite faces cuts the octahedron into two congruent solids. The polygon formed by the intersection of the plane and the octahedron has area (a√(b))/c, where a, b, and c are positive integers, a and c are relatively prime, and b is not divisible by the square of any prime. What is a + b + c?</w:t>
      </w:r>
    </w:p>
    <w:p>
      <w:pPr>
        <w:spacing w:before="0" w:after="160" w:line="300" w:lineRule="auto"/>
      </w:pPr>
      <w:r>
        <w:rPr>
          <w:rFonts w:ascii="Times New Roman" w:hAnsi="Times New Roman" w:eastAsia="宋体"/>
          <w:b w:val="0"/>
          <w:i w:val="0"/>
          <w:color w:val="333333"/>
          <w:sz w:val="19"/>
        </w:rPr>
        <w:t>(A) 10　　(B) 11　　(C) 12　　(D) 13　　(E) 14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函数 f 和 g 都是二次函数，g(x) = -f(100 - x)，且 g 的图像经过 f 的图像的顶点。这两个图像上的四个 x 截距按递增顺序的 x 坐标为 x₁，x₂，x₃，和 x₄，且 x₃ - x₂ = 150。x₄ - x₁ 的值为 m + n√(p)，其中 m，n，和 p 是正整数，且 p 不被任何质数的平方整除。求 m + n + p？</w:t>
      </w:r>
    </w:p>
    <w:p>
      <w:pPr>
        <w:spacing w:before="0" w:after="120" w:line="300" w:lineRule="auto"/>
      </w:pPr>
      <w:r>
        <w:rPr>
          <w:rFonts w:ascii="Times New Roman" w:hAnsi="Times New Roman" w:eastAsia="宋体"/>
          <w:b w:val="0"/>
          <w:i w:val="0"/>
          <w:sz w:val="21"/>
        </w:rPr>
        <w:t>（A）602　　（B）652　　（C）702　　（D）752　　（E）802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Functions f and g are quadratic, g(x) = -f(100 - x), and the graph of g contains the vertex of the graph of f. The four x-intercepts on the two graphs have x-coordinates x₁, x₂, x₃, and x₄, in increasing order, and x₃ - x₂ = 150. The value of x₄ - x₁ is m + n√(p), where m, n, and p are positive integers, and p is not divisible by the square of any prime. What is m + n + p?</w:t>
      </w:r>
    </w:p>
    <w:p>
      <w:pPr>
        <w:spacing w:before="0" w:after="160" w:line="300" w:lineRule="auto"/>
      </w:pPr>
      <w:r>
        <w:rPr>
          <w:rFonts w:ascii="Times New Roman" w:hAnsi="Times New Roman" w:eastAsia="宋体"/>
          <w:b w:val="0"/>
          <w:i w:val="0"/>
          <w:color w:val="333333"/>
          <w:sz w:val="19"/>
        </w:rPr>
        <w:t>(A) 602　　(B) 652　　(C) 702　　(D) 752　　(E) 802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二的塔函数递归定义如下：T(1) = 2，且对 n ≥ 1 有 T(n + 1) = 2^(T(n))。令 A = (T(2009))^(T(2009))，且 B = (T(2009))^(A)。最大的整数 k 是多少，使得</w:t>
      </w:r>
    </w:p>
    <w:p>
      <w:pPr>
        <w:spacing w:before="0" w:after="80" w:line="300" w:lineRule="auto"/>
        <w:jc w:val="left"/>
      </w:pPr>
      <w:r>
        <w:rPr>
          <w:rFonts w:ascii="Times New Roman" w:hAnsi="Times New Roman" w:eastAsia="宋体"/>
          <w:b w:val="0"/>
          <w:i w:val="0"/>
          <w:sz w:val="21"/>
        </w:rPr>
        <w:t>underbracelog₂ log₂ log₂ … log₂ₖ B</w:t>
      </w:r>
    </w:p>
    <w:p>
      <w:pPr>
        <w:spacing w:before="0" w:after="80" w:line="300" w:lineRule="auto"/>
        <w:jc w:val="left"/>
      </w:pPr>
      <w:r>
        <w:rPr>
          <w:rFonts w:ascii="Times New Roman" w:hAnsi="Times New Roman" w:eastAsia="宋体"/>
          <w:b w:val="0"/>
          <w:i w:val="0"/>
          <w:sz w:val="21"/>
        </w:rPr>
        <w:t>有定义？</w:t>
      </w:r>
    </w:p>
    <w:p>
      <w:pPr>
        <w:spacing w:before="0" w:after="120" w:line="300" w:lineRule="auto"/>
      </w:pPr>
      <w:r>
        <w:rPr>
          <w:rFonts w:ascii="Times New Roman" w:hAnsi="Times New Roman" w:eastAsia="宋体"/>
          <w:b w:val="0"/>
          <w:i w:val="0"/>
          <w:sz w:val="21"/>
        </w:rPr>
        <w:t>（A）2009　　（B）2010　　（C）2011　　（D）2012　　（E）2013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tower function of twos is defined recursively as follows: T(1) = 2 and T(n + 1) = 2^(T(n)) for n ≥ 1. Let A = (T(2009))^(T(2009)) and B = (T(2009))^(A). What is the largest integer k such that</w:t>
      </w:r>
    </w:p>
    <w:p>
      <w:pPr>
        <w:spacing w:before="0" w:after="80" w:line="300" w:lineRule="auto"/>
        <w:jc w:val="left"/>
      </w:pPr>
      <w:r>
        <w:rPr>
          <w:rFonts w:ascii="Times New Roman" w:hAnsi="Times New Roman" w:eastAsia="宋体"/>
          <w:b w:val="0"/>
          <w:i w:val="0"/>
          <w:color w:val="333333"/>
          <w:sz w:val="19"/>
        </w:rPr>
        <w:t>underbracelog₂ log₂ log₂ … log₂ₖ B</w:t>
      </w:r>
    </w:p>
    <w:p>
      <w:pPr>
        <w:spacing w:before="0" w:after="80" w:line="300" w:lineRule="auto"/>
        <w:jc w:val="left"/>
      </w:pPr>
      <w:r>
        <w:rPr>
          <w:rFonts w:ascii="Times New Roman" w:hAnsi="Times New Roman" w:eastAsia="宋体"/>
          <w:b w:val="0"/>
          <w:i w:val="0"/>
          <w:color w:val="333333"/>
          <w:sz w:val="19"/>
        </w:rPr>
        <w:t>is defined?</w:t>
      </w:r>
    </w:p>
    <w:p>
      <w:pPr>
        <w:spacing w:before="0" w:after="160" w:line="300" w:lineRule="auto"/>
      </w:pPr>
      <w:r>
        <w:rPr>
          <w:rFonts w:ascii="Times New Roman" w:hAnsi="Times New Roman" w:eastAsia="宋体"/>
          <w:b w:val="0"/>
          <w:i w:val="0"/>
          <w:color w:val="333333"/>
          <w:sz w:val="19"/>
        </w:rPr>
        <w:t>(A) 2009　　(B) 2010　　(C) 2011　　(D) 2012　　(E) 2013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一个数列的前两项为 a₁ = 1 和 a₂ = 1/(√(3))。对于 n ≥ 1，</w:t>
      </w:r>
    </w:p>
    <w:p>
      <w:pPr>
        <w:spacing w:before="0" w:after="80" w:line="300" w:lineRule="auto"/>
        <w:jc w:val="left"/>
      </w:pPr>
      <w:r>
        <w:rPr>
          <w:rFonts w:ascii="Times New Roman" w:hAnsi="Times New Roman" w:eastAsia="宋体"/>
          <w:b w:val="0"/>
          <w:i w:val="0"/>
          <w:sz w:val="21"/>
        </w:rPr>
        <w:t>aₙ₊₂ = (aₙ + aₙ₊₁)/(1 - aₙ aₙ₊₁)。</w:t>
      </w:r>
    </w:p>
    <w:p>
      <w:pPr>
        <w:spacing w:before="0" w:after="80" w:line="300" w:lineRule="auto"/>
        <w:jc w:val="left"/>
      </w:pPr>
      <w:r>
        <w:rPr>
          <w:rFonts w:ascii="Times New Roman" w:hAnsi="Times New Roman" w:eastAsia="宋体"/>
          <w:b w:val="0"/>
          <w:i w:val="0"/>
          <w:sz w:val="21"/>
        </w:rPr>
        <w:t>求 |a₂₀₀₉|？</w:t>
      </w:r>
    </w:p>
    <w:p>
      <w:pPr>
        <w:spacing w:before="0" w:after="120" w:line="300" w:lineRule="auto"/>
      </w:pPr>
      <w:r>
        <w:rPr>
          <w:rFonts w:ascii="Times New Roman" w:hAnsi="Times New Roman" w:eastAsia="宋体"/>
          <w:b w:val="0"/>
          <w:i w:val="0"/>
          <w:sz w:val="21"/>
        </w:rPr>
        <w:t>（A）0　　（B）2 - √(3)　　（C）1/(√(3))　　（D）1　　（E）2 +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two terms of a sequence are a₁ = 1 and a₂ = 1/(√(3)). For n ≥ 1,</w:t>
      </w:r>
    </w:p>
    <w:p>
      <w:pPr>
        <w:spacing w:before="0" w:after="80" w:line="300" w:lineRule="auto"/>
        <w:jc w:val="left"/>
      </w:pPr>
      <w:r>
        <w:rPr>
          <w:rFonts w:ascii="Times New Roman" w:hAnsi="Times New Roman" w:eastAsia="宋体"/>
          <w:b w:val="0"/>
          <w:i w:val="0"/>
          <w:color w:val="333333"/>
          <w:sz w:val="19"/>
        </w:rPr>
        <w:t>aₙ₊₂ = (aₙ + aₙ₊₁)/(1 - aₙ aₙ₊₁).</w:t>
      </w:r>
    </w:p>
    <w:p>
      <w:pPr>
        <w:spacing w:before="0" w:after="80" w:line="300" w:lineRule="auto"/>
        <w:jc w:val="left"/>
      </w:pPr>
      <w:r>
        <w:rPr>
          <w:rFonts w:ascii="Times New Roman" w:hAnsi="Times New Roman" w:eastAsia="宋体"/>
          <w:b w:val="0"/>
          <w:i w:val="0"/>
          <w:color w:val="333333"/>
          <w:sz w:val="19"/>
        </w:rPr>
        <w:t>What is |a₂₀₀₉|?</w:t>
      </w:r>
    </w:p>
    <w:p>
      <w:pPr>
        <w:spacing w:before="0" w:after="160" w:line="300" w:lineRule="auto"/>
      </w:pPr>
      <w:r>
        <w:rPr>
          <w:rFonts w:ascii="Times New Roman" w:hAnsi="Times New Roman" w:eastAsia="宋体"/>
          <w:b w:val="0"/>
          <w:i w:val="0"/>
          <w:color w:val="333333"/>
          <w:sz w:val="19"/>
        </w:rPr>
        <w:t>(A) 0　　(B) 2 - √(3)　　(C) 1/(√(3))　　(D) 1　　(E) 2 + √(3)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C　B　A　D　E　B　A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E　B　D　B　D　D　C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E　C　E　D　E　A</w:t>
      </w:r>
    </w:p>
    <w:p>
      <w:pPr>
        <w:spacing w:before="0" w:after="200" w:line="300" w:lineRule="auto"/>
      </w:pPr>
      <w:r>
        <w:rPr>
          <w:rFonts w:ascii="Times New Roman" w:hAnsi="Times New Roman" w:eastAsia="宋体"/>
          <w:b w:val="0"/>
          <w:i w:val="0"/>
          <w:color w:val="666666"/>
          <w:sz w:val="18"/>
        </w:rPr>
        <w:t>答案串：ACBADEBADCEBDBDDCBCECEDEA</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从上午 10:34 到上午 11:00 是 26 分钟，从上午 11:00 到下午 1:00 是 2 小时，从下午 1:00 到下午 1:18 是 18 分钟。</w:t>
      </w:r>
    </w:p>
    <w:p>
      <w:pPr>
        <w:spacing w:before="0" w:after="80" w:line="300" w:lineRule="auto"/>
        <w:jc w:val="left"/>
      </w:pPr>
      <w:r>
        <w:rPr>
          <w:rFonts w:ascii="Times New Roman" w:hAnsi="Times New Roman" w:eastAsia="宋体"/>
          <w:b w:val="0"/>
          <w:i w:val="0"/>
          <w:sz w:val="21"/>
        </w:rPr>
        <w:t>所以飞行时间为 2 小时 26 + 18 = 44 分钟。因此 h = 2，m = 44，且 h + m = 46。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10:34 am to 11:00 am is 26 minutes, from 11:00 am to 1:00 pm is 2 hours, and from 1:00 pm to 1:18 pm is 18 minutes.</w:t>
      </w:r>
    </w:p>
    <w:p>
      <w:pPr>
        <w:spacing w:before="0" w:after="80" w:line="300" w:lineRule="auto"/>
        <w:jc w:val="left"/>
      </w:pPr>
      <w:r>
        <w:rPr>
          <w:rFonts w:ascii="Times New Roman" w:hAnsi="Times New Roman" w:eastAsia="宋体"/>
          <w:b w:val="0"/>
          <w:i w:val="0"/>
          <w:color w:val="333333"/>
          <w:sz w:val="19"/>
        </w:rPr>
        <w:t>So the flight lasted 2 hours and 26 + 18 = 44 minutes. Thus h = 2, m = 44, and h + m = 46.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从里面开始，1 + 1 = 2，所以 1 + 1/2 = 3/2。然后 1/(3/2) = 2/3，且 1 + 2/3 = 5/3。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inside, 1 + 1 = 2, so 1 + 1/2 = 3/2. Then 1/(3/2) = 2/3, and 1 + 2/3 = 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间距是 3/4 - 1/4 = 1/2。走三分之一处就是加上 1/3 · 1/2 = 1/6。</w:t>
      </w:r>
    </w:p>
    <w:p>
      <w:pPr>
        <w:spacing w:before="0" w:after="80" w:line="300" w:lineRule="auto"/>
        <w:jc w:val="left"/>
      </w:pPr>
      <w:r>
        <w:rPr>
          <w:rFonts w:ascii="Times New Roman" w:hAnsi="Times New Roman" w:eastAsia="宋体"/>
          <w:b w:val="0"/>
          <w:i w:val="0"/>
          <w:sz w:val="21"/>
        </w:rPr>
        <w:t>所以这个数是 1/4 + 1/6 = 3/12 + 2/12 = 5/12。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gap is 3/4 - 1/4 = 1/2. One third of the way adds 1/3 · 1/2 = 1/6.</w:t>
      </w:r>
    </w:p>
    <w:p>
      <w:pPr>
        <w:spacing w:before="0" w:after="80" w:line="300" w:lineRule="auto"/>
        <w:jc w:val="left"/>
      </w:pPr>
      <w:r>
        <w:rPr>
          <w:rFonts w:ascii="Times New Roman" w:hAnsi="Times New Roman" w:eastAsia="宋体"/>
          <w:b w:val="0"/>
          <w:i w:val="0"/>
          <w:color w:val="333333"/>
          <w:sz w:val="19"/>
        </w:rPr>
        <w:t>So the number is 1/4 + 1/6 = 3/12 + 2/12 = 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如果四枚硬币中有一分硬币，总额不是 5 的倍数，所以不可能等于列出的五个 5 的倍数。如果没有一分硬币，每枚硬币至少值 5 分，所以总额至少是 20 分。无论哪种情况，15 都不可能。</w:t>
      </w:r>
    </w:p>
    <w:p>
      <w:pPr>
        <w:spacing w:before="0" w:after="80" w:line="300" w:lineRule="auto"/>
        <w:jc w:val="left"/>
      </w:pPr>
      <w:r>
        <w:rPr>
          <w:rFonts w:ascii="Times New Roman" w:hAnsi="Times New Roman" w:eastAsia="宋体"/>
          <w:b w:val="0"/>
          <w:i w:val="0"/>
          <w:sz w:val="21"/>
        </w:rPr>
        <w:t>其他数额都能达到：25 = 10 + 5 + 5 + 5，35 = 10 + 10 + 10 + 5，45 = 25 + 10 + 5 + 5，且 55 = 25 + 10 + 10 + 10。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four coins include a penny, the total is not a multiple of 5, so it cannot equal any of the five listed multiples of 5. If there is no penny, every coin is worth at least 5 cents, so the total is at least 20 cents. Either way, 15 is impossible.</w:t>
      </w:r>
    </w:p>
    <w:p>
      <w:pPr>
        <w:spacing w:before="0" w:after="80" w:line="300" w:lineRule="auto"/>
        <w:jc w:val="left"/>
      </w:pPr>
      <w:r>
        <w:rPr>
          <w:rFonts w:ascii="Times New Roman" w:hAnsi="Times New Roman" w:eastAsia="宋体"/>
          <w:b w:val="0"/>
          <w:i w:val="0"/>
          <w:color w:val="333333"/>
          <w:sz w:val="19"/>
        </w:rPr>
        <w:t>The other amounts are attainable: 25 = 10 + 5 + 5 + 5, 35 = 10 + 10 + 10 + 5, 45 = 25 + 10 + 5 + 5, and 55 = 25 + 10 + 10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设立方体边长为 x。新长方体的三个维度是 x + 1，x - 1，和 x，因此体积为 x(x+1)(x-1) = x³ - x。</w:t>
      </w:r>
    </w:p>
    <w:p>
      <w:pPr>
        <w:spacing w:before="0" w:after="80" w:line="300" w:lineRule="auto"/>
        <w:jc w:val="left"/>
      </w:pPr>
      <w:r>
        <w:rPr>
          <w:rFonts w:ascii="Times New Roman" w:hAnsi="Times New Roman" w:eastAsia="宋体"/>
          <w:b w:val="0"/>
          <w:i w:val="0"/>
          <w:sz w:val="21"/>
        </w:rPr>
        <w:t>令它等于 x³ - 5 得 x³ - x = x³ - 5，所以 x = 5。</w:t>
      </w:r>
    </w:p>
    <w:p>
      <w:pPr>
        <w:spacing w:before="0" w:after="80" w:line="300" w:lineRule="auto"/>
        <w:jc w:val="left"/>
      </w:pPr>
      <w:r>
        <w:rPr>
          <w:rFonts w:ascii="Times New Roman" w:hAnsi="Times New Roman" w:eastAsia="宋体"/>
          <w:b w:val="0"/>
          <w:i w:val="0"/>
          <w:sz w:val="21"/>
        </w:rPr>
        <w:t>立方体体积是 5³ = 125。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cube have side length x. The new solid has dimensions x + 1, x - 1, and x, so its volume is x(x+1)(x-1) = x³ - x.</w:t>
      </w:r>
    </w:p>
    <w:p>
      <w:pPr>
        <w:spacing w:before="0" w:after="80" w:line="300" w:lineRule="auto"/>
        <w:jc w:val="left"/>
      </w:pPr>
      <w:r>
        <w:rPr>
          <w:rFonts w:ascii="Times New Roman" w:hAnsi="Times New Roman" w:eastAsia="宋体"/>
          <w:b w:val="0"/>
          <w:i w:val="0"/>
          <w:color w:val="333333"/>
          <w:sz w:val="19"/>
        </w:rPr>
        <w:t>Setting this equal to x³ - 5 gives x³ - x = x³ - 5, so x = 5.</w:t>
      </w:r>
    </w:p>
    <w:p>
      <w:pPr>
        <w:spacing w:before="0" w:after="80" w:line="300" w:lineRule="auto"/>
        <w:jc w:val="left"/>
      </w:pPr>
      <w:r>
        <w:rPr>
          <w:rFonts w:ascii="Times New Roman" w:hAnsi="Times New Roman" w:eastAsia="宋体"/>
          <w:b w:val="0"/>
          <w:i w:val="0"/>
          <w:color w:val="333333"/>
          <w:sz w:val="19"/>
        </w:rPr>
        <w:t>The cube’s volume is 5³ = 125.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因为 12 = 2² · 3，</w:t>
      </w:r>
    </w:p>
    <w:p>
      <w:pPr>
        <w:spacing w:before="0" w:after="80" w:line="300" w:lineRule="auto"/>
        <w:jc w:val="left"/>
      </w:pPr>
      <w:r>
        <w:rPr>
          <w:rFonts w:ascii="Times New Roman" w:hAnsi="Times New Roman" w:eastAsia="宋体"/>
          <w:b w:val="0"/>
          <w:i w:val="0"/>
          <w:sz w:val="21"/>
        </w:rPr>
        <w:t>12ᵐⁿ = 2²ᵐⁿ · 3ᵐⁿ</w:t>
      </w:r>
    </w:p>
    <w:p>
      <w:pPr>
        <w:spacing w:before="0" w:after="80" w:line="300" w:lineRule="auto"/>
        <w:jc w:val="left"/>
      </w:pPr>
      <w:r>
        <w:rPr>
          <w:rFonts w:ascii="Times New Roman" w:hAnsi="Times New Roman" w:eastAsia="宋体"/>
          <w:b w:val="0"/>
          <w:i w:val="0"/>
          <w:sz w:val="21"/>
        </w:rPr>
        <w:t>= (2ᵐ)²ⁿ(3ⁿ)ᵐ</w:t>
      </w:r>
    </w:p>
    <w:p>
      <w:pPr>
        <w:spacing w:before="0" w:after="80" w:line="300" w:lineRule="auto"/>
        <w:jc w:val="left"/>
      </w:pPr>
      <w:r>
        <w:rPr>
          <w:rFonts w:ascii="Times New Roman" w:hAnsi="Times New Roman" w:eastAsia="宋体"/>
          <w:b w:val="0"/>
          <w:i w:val="0"/>
          <w:sz w:val="21"/>
        </w:rPr>
        <w:t>= P²ⁿQᵐ</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 = 2² · 3,</w:t>
      </w:r>
    </w:p>
    <w:p>
      <w:pPr>
        <w:spacing w:before="0" w:after="80" w:line="300" w:lineRule="auto"/>
        <w:jc w:val="left"/>
      </w:pPr>
      <w:r>
        <w:rPr>
          <w:rFonts w:ascii="Times New Roman" w:hAnsi="Times New Roman" w:eastAsia="宋体"/>
          <w:b w:val="0"/>
          <w:i w:val="0"/>
          <w:color w:val="333333"/>
          <w:sz w:val="19"/>
        </w:rPr>
        <w:t>12ᵐⁿ = 2²ᵐⁿ · 3ᵐⁿ</w:t>
      </w:r>
    </w:p>
    <w:p>
      <w:pPr>
        <w:spacing w:before="0" w:after="80" w:line="300" w:lineRule="auto"/>
        <w:jc w:val="left"/>
      </w:pPr>
      <w:r>
        <w:rPr>
          <w:rFonts w:ascii="Times New Roman" w:hAnsi="Times New Roman" w:eastAsia="宋体"/>
          <w:b w:val="0"/>
          <w:i w:val="0"/>
          <w:color w:val="333333"/>
          <w:sz w:val="19"/>
        </w:rPr>
        <w:t>= (2ᵐ)²ⁿ(3ⁿ)ᵐ</w:t>
      </w:r>
    </w:p>
    <w:p>
      <w:pPr>
        <w:spacing w:before="0" w:after="80" w:line="300" w:lineRule="auto"/>
        <w:jc w:val="left"/>
      </w:pPr>
      <w:r>
        <w:rPr>
          <w:rFonts w:ascii="Times New Roman" w:hAnsi="Times New Roman" w:eastAsia="宋体"/>
          <w:b w:val="0"/>
          <w:i w:val="0"/>
          <w:color w:val="333333"/>
          <w:sz w:val="19"/>
        </w:rPr>
        <w:t>= P²ⁿQᵐ.</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相邻差相等给出 (5x - 11) - (2x - 3) = (3x + 1) - (5x - 11)，即 3x - 8 = -2x + 12，所以 x = 4。</w:t>
      </w:r>
    </w:p>
    <w:p>
      <w:pPr>
        <w:spacing w:before="0" w:after="80" w:line="300" w:lineRule="auto"/>
        <w:jc w:val="left"/>
      </w:pPr>
      <w:r>
        <w:rPr>
          <w:rFonts w:ascii="Times New Roman" w:hAnsi="Times New Roman" w:eastAsia="宋体"/>
          <w:b w:val="0"/>
          <w:i w:val="0"/>
          <w:sz w:val="21"/>
        </w:rPr>
        <w:t>前三项是 5, 9, 13，公差为 4。</w:t>
      </w:r>
    </w:p>
    <w:p>
      <w:pPr>
        <w:spacing w:before="0" w:after="80" w:line="300" w:lineRule="auto"/>
        <w:jc w:val="left"/>
      </w:pPr>
      <w:r>
        <w:rPr>
          <w:rFonts w:ascii="Times New Roman" w:hAnsi="Times New Roman" w:eastAsia="宋体"/>
          <w:b w:val="0"/>
          <w:i w:val="0"/>
          <w:sz w:val="21"/>
        </w:rPr>
        <w:t>第 n 项满足 2009 = 5 + (n - 1)· 4，所以 n - 1 = 501，从而 n = 502。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Equal consecutive differences give (5x - 11) - (2x - 3) = (3x + 1) - (5x - 11), that is 3x - 8 = -2x + 12, so x = 4.</w:t>
      </w:r>
    </w:p>
    <w:p>
      <w:pPr>
        <w:spacing w:before="0" w:after="80" w:line="300" w:lineRule="auto"/>
        <w:jc w:val="left"/>
      </w:pPr>
      <w:r>
        <w:rPr>
          <w:rFonts w:ascii="Times New Roman" w:hAnsi="Times New Roman" w:eastAsia="宋体"/>
          <w:b w:val="0"/>
          <w:i w:val="0"/>
          <w:color w:val="333333"/>
          <w:sz w:val="19"/>
        </w:rPr>
        <w:t>The first three terms are 5, 9, 13, with common difference 4.</w:t>
      </w:r>
    </w:p>
    <w:p>
      <w:pPr>
        <w:spacing w:before="0" w:after="80" w:line="300" w:lineRule="auto"/>
        <w:jc w:val="left"/>
      </w:pPr>
      <w:r>
        <w:rPr>
          <w:rFonts w:ascii="Times New Roman" w:hAnsi="Times New Roman" w:eastAsia="宋体"/>
          <w:b w:val="0"/>
          <w:i w:val="0"/>
          <w:color w:val="333333"/>
          <w:sz w:val="19"/>
        </w:rPr>
        <w:t>The nth term satisfies 2009 = 5 + (n - 1)· 4, so n - 1 = 501 and n = 502.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设这些长方形的较短边为 x，较长边为 y。外部正方形边长是 x + y，内部正方形边长是 y - x。</w:t>
      </w:r>
    </w:p>
    <w:p>
      <w:pPr>
        <w:spacing w:before="0" w:after="80" w:line="300" w:lineRule="auto"/>
        <w:jc w:val="left"/>
      </w:pPr>
      <w:r>
        <w:rPr>
          <w:rFonts w:ascii="Times New Roman" w:hAnsi="Times New Roman" w:eastAsia="宋体"/>
          <w:b w:val="0"/>
          <w:i w:val="0"/>
          <w:sz w:val="21"/>
        </w:rPr>
        <w:t>因为外部面积是内部面积的 4 倍，边长比是 √(4) = 2，所以 x + y = 2(y - x)。</w:t>
      </w:r>
    </w:p>
    <w:p>
      <w:pPr>
        <w:spacing w:before="0" w:after="80" w:line="300" w:lineRule="auto"/>
        <w:jc w:val="left"/>
      </w:pPr>
      <w:r>
        <w:rPr>
          <w:rFonts w:ascii="Times New Roman" w:hAnsi="Times New Roman" w:eastAsia="宋体"/>
          <w:b w:val="0"/>
          <w:i w:val="0"/>
          <w:sz w:val="21"/>
        </w:rPr>
        <w:t>这给出 y = 3x，因此长边与短边之比为 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rectangles have shorter side x and longer side y. The outer square has side x + y and the inner square has side y - x.</w:t>
      </w:r>
    </w:p>
    <w:p>
      <w:pPr>
        <w:spacing w:before="0" w:after="80" w:line="300" w:lineRule="auto"/>
        <w:jc w:val="left"/>
      </w:pPr>
      <w:r>
        <w:rPr>
          <w:rFonts w:ascii="Times New Roman" w:hAnsi="Times New Roman" w:eastAsia="宋体"/>
          <w:b w:val="0"/>
          <w:i w:val="0"/>
          <w:color w:val="333333"/>
          <w:sz w:val="19"/>
        </w:rPr>
        <w:t>Since the outer area is 4 times the inner area, the side ratio is √(4) = 2, so x + y = 2(y - x).</w:t>
      </w:r>
    </w:p>
    <w:p>
      <w:pPr>
        <w:spacing w:before="0" w:after="80" w:line="300" w:lineRule="auto"/>
        <w:jc w:val="left"/>
      </w:pPr>
      <w:r>
        <w:rPr>
          <w:rFonts w:ascii="Times New Roman" w:hAnsi="Times New Roman" w:eastAsia="宋体"/>
          <w:b w:val="0"/>
          <w:i w:val="0"/>
          <w:color w:val="333333"/>
          <w:sz w:val="19"/>
        </w:rPr>
        <w:t>This gives y = 3x, so the ratio of longer to shorter side is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注意 a + b + c = f(1)。</w:t>
      </w:r>
    </w:p>
    <w:p>
      <w:pPr>
        <w:spacing w:before="0" w:after="80" w:line="300" w:lineRule="auto"/>
        <w:jc w:val="left"/>
      </w:pPr>
      <w:r>
        <w:rPr>
          <w:rFonts w:ascii="Times New Roman" w:hAnsi="Times New Roman" w:eastAsia="宋体"/>
          <w:b w:val="0"/>
          <w:i w:val="0"/>
          <w:sz w:val="21"/>
        </w:rPr>
        <w:t>在 f(x + 3) = 3x² + 7x + 4 中取 x = -2 得</w:t>
      </w:r>
    </w:p>
    <w:p>
      <w:pPr>
        <w:spacing w:before="0" w:after="80" w:line="300" w:lineRule="auto"/>
        <w:jc w:val="left"/>
      </w:pPr>
      <w:r>
        <w:rPr>
          <w:rFonts w:ascii="Times New Roman" w:hAnsi="Times New Roman" w:eastAsia="宋体"/>
          <w:b w:val="0"/>
          <w:i w:val="0"/>
          <w:sz w:val="21"/>
        </w:rPr>
        <w:t>f(1) = f(-2 + 3)</w:t>
      </w:r>
    </w:p>
    <w:p>
      <w:pPr>
        <w:spacing w:before="0" w:after="80" w:line="300" w:lineRule="auto"/>
        <w:jc w:val="left"/>
      </w:pPr>
      <w:r>
        <w:rPr>
          <w:rFonts w:ascii="Times New Roman" w:hAnsi="Times New Roman" w:eastAsia="宋体"/>
          <w:b w:val="0"/>
          <w:i w:val="0"/>
          <w:sz w:val="21"/>
        </w:rPr>
        <w:t>= 3(-2)² + 7(-2) + 4</w:t>
      </w:r>
    </w:p>
    <w:p>
      <w:pPr>
        <w:spacing w:before="0" w:after="80" w:line="300" w:lineRule="auto"/>
        <w:jc w:val="left"/>
      </w:pPr>
      <w:r>
        <w:rPr>
          <w:rFonts w:ascii="Times New Roman" w:hAnsi="Times New Roman" w:eastAsia="宋体"/>
          <w:b w:val="0"/>
          <w:i w:val="0"/>
          <w:sz w:val="21"/>
        </w:rPr>
        <w:t>= 12 - 14 + 4 = 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a + b + c = f(1).</w:t>
      </w:r>
    </w:p>
    <w:p>
      <w:pPr>
        <w:spacing w:before="0" w:after="80" w:line="300" w:lineRule="auto"/>
        <w:jc w:val="left"/>
      </w:pPr>
      <w:r>
        <w:rPr>
          <w:rFonts w:ascii="Times New Roman" w:hAnsi="Times New Roman" w:eastAsia="宋体"/>
          <w:b w:val="0"/>
          <w:i w:val="0"/>
          <w:color w:val="333333"/>
          <w:sz w:val="19"/>
        </w:rPr>
        <w:t>Using f(x + 3) = 3x² + 7x + 4 with x = -2 gives</w:t>
      </w:r>
    </w:p>
    <w:p>
      <w:pPr>
        <w:spacing w:before="0" w:after="80" w:line="300" w:lineRule="auto"/>
        <w:jc w:val="left"/>
      </w:pPr>
      <w:r>
        <w:rPr>
          <w:rFonts w:ascii="Times New Roman" w:hAnsi="Times New Roman" w:eastAsia="宋体"/>
          <w:b w:val="0"/>
          <w:i w:val="0"/>
          <w:color w:val="333333"/>
          <w:sz w:val="19"/>
        </w:rPr>
        <w:t>f(1) = f(-2 + 3)</w:t>
      </w:r>
    </w:p>
    <w:p>
      <w:pPr>
        <w:spacing w:before="0" w:after="80" w:line="300" w:lineRule="auto"/>
        <w:jc w:val="left"/>
      </w:pPr>
      <w:r>
        <w:rPr>
          <w:rFonts w:ascii="Times New Roman" w:hAnsi="Times New Roman" w:eastAsia="宋体"/>
          <w:b w:val="0"/>
          <w:i w:val="0"/>
          <w:color w:val="333333"/>
          <w:sz w:val="19"/>
        </w:rPr>
        <w:t>= 3(-2)² + 7(-2) + 4</w:t>
      </w:r>
    </w:p>
    <w:p>
      <w:pPr>
        <w:spacing w:before="0" w:after="80" w:line="300" w:lineRule="auto"/>
        <w:jc w:val="left"/>
      </w:pPr>
      <w:r>
        <w:rPr>
          <w:rFonts w:ascii="Times New Roman" w:hAnsi="Times New Roman" w:eastAsia="宋体"/>
          <w:b w:val="0"/>
          <w:i w:val="0"/>
          <w:color w:val="333333"/>
          <w:sz w:val="19"/>
        </w:rPr>
        <w:t>= 12 - 14 + 4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在 △ BCD 中，三角形不等式给出 BD + CD &gt; BC，所以 BD + 5 &gt; 17，即 BD &gt; 12。</w:t>
      </w:r>
    </w:p>
    <w:p>
      <w:pPr>
        <w:spacing w:before="0" w:after="80" w:line="300" w:lineRule="auto"/>
        <w:jc w:val="left"/>
      </w:pPr>
      <w:r>
        <w:rPr>
          <w:rFonts w:ascii="Times New Roman" w:hAnsi="Times New Roman" w:eastAsia="宋体"/>
          <w:b w:val="0"/>
          <w:i w:val="0"/>
          <w:sz w:val="21"/>
        </w:rPr>
        <w:t>在 △ ABD 中，AB + DA &gt; BD，所以 BD &lt; 5 + 9 = 14。</w:t>
      </w:r>
    </w:p>
    <w:p>
      <w:pPr>
        <w:spacing w:before="0" w:after="80" w:line="300" w:lineRule="auto"/>
        <w:jc w:val="left"/>
      </w:pPr>
      <w:r>
        <w:rPr>
          <w:rFonts w:ascii="Times New Roman" w:hAnsi="Times New Roman" w:eastAsia="宋体"/>
          <w:b w:val="0"/>
          <w:i w:val="0"/>
          <w:sz w:val="21"/>
        </w:rPr>
        <w:t>唯一满足 12 &lt; BD &lt; 14 的整数是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BCD, the triangle inequality gives BD + CD &gt; BC, so BD + 5 &gt; 17 and BD &gt; 12.</w:t>
      </w:r>
    </w:p>
    <w:p>
      <w:pPr>
        <w:spacing w:before="0" w:after="80" w:line="300" w:lineRule="auto"/>
        <w:jc w:val="left"/>
      </w:pPr>
      <w:r>
        <w:rPr>
          <w:rFonts w:ascii="Times New Roman" w:hAnsi="Times New Roman" w:eastAsia="宋体"/>
          <w:b w:val="0"/>
          <w:i w:val="0"/>
          <w:color w:val="333333"/>
          <w:sz w:val="19"/>
        </w:rPr>
        <w:t>In △ ABD, AB + DA &gt; BD, so BD &lt; 5 + 9 = 14.</w:t>
      </w:r>
    </w:p>
    <w:p>
      <w:pPr>
        <w:spacing w:before="0" w:after="80" w:line="300" w:lineRule="auto"/>
        <w:jc w:val="left"/>
      </w:pPr>
      <w:r>
        <w:rPr>
          <w:rFonts w:ascii="Times New Roman" w:hAnsi="Times New Roman" w:eastAsia="宋体"/>
          <w:b w:val="0"/>
          <w:i w:val="0"/>
          <w:color w:val="333333"/>
          <w:sz w:val="19"/>
        </w:rPr>
        <w:t>The only integer with 12 &lt; BD &lt; 14 is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Fₙ 的外部正方形比 Fₙ₋₁ 的外部正方形多 4 个菱形，而 F₂ 的外部正方形有 4 个菱形，所以 Fₙ 的外部正方形有 4(n - 1) 个菱形。</w:t>
      </w:r>
    </w:p>
    <w:p>
      <w:pPr>
        <w:spacing w:before="0" w:after="80" w:line="300" w:lineRule="auto"/>
        <w:jc w:val="left"/>
      </w:pPr>
      <w:r>
        <w:rPr>
          <w:rFonts w:ascii="Times New Roman" w:hAnsi="Times New Roman" w:eastAsia="宋体"/>
          <w:b w:val="0"/>
          <w:i w:val="0"/>
          <w:sz w:val="21"/>
        </w:rPr>
        <w:t>把所有层相加，</w:t>
      </w:r>
    </w:p>
    <w:p>
      <w:pPr>
        <w:spacing w:before="0" w:after="80" w:line="300" w:lineRule="auto"/>
        <w:jc w:val="left"/>
      </w:pPr>
      <w:r>
        <w:rPr>
          <w:rFonts w:ascii="Times New Roman" w:hAnsi="Times New Roman" w:eastAsia="宋体"/>
          <w:b w:val="0"/>
          <w:i w:val="0"/>
          <w:sz w:val="21"/>
        </w:rPr>
        <w:t>1 + 4(1 + 2 + ⋯ + (n - 1))</w:t>
      </w:r>
    </w:p>
    <w:p>
      <w:pPr>
        <w:spacing w:before="0" w:after="80" w:line="300" w:lineRule="auto"/>
        <w:jc w:val="left"/>
      </w:pPr>
      <w:r>
        <w:rPr>
          <w:rFonts w:ascii="Times New Roman" w:hAnsi="Times New Roman" w:eastAsia="宋体"/>
          <w:b w:val="0"/>
          <w:i w:val="0"/>
          <w:sz w:val="21"/>
        </w:rPr>
        <w:t>= 1 + 4·((n - 1)n)/2</w:t>
      </w:r>
    </w:p>
    <w:p>
      <w:pPr>
        <w:spacing w:before="0" w:after="80" w:line="300" w:lineRule="auto"/>
        <w:jc w:val="left"/>
      </w:pPr>
      <w:r>
        <w:rPr>
          <w:rFonts w:ascii="Times New Roman" w:hAnsi="Times New Roman" w:eastAsia="宋体"/>
          <w:b w:val="0"/>
          <w:i w:val="0"/>
          <w:sz w:val="21"/>
        </w:rPr>
        <w:t>= 1 + 2(n - 1)n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n = 20 时，它等于 1 + 2· 19· 20 = 761。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outside square of Fₙ has 4 more diamonds than that of Fₙ₋₁, and the outside square of F₂ has 4, so the outside square of Fₙ has 4(n - 1) diamonds.</w:t>
      </w:r>
    </w:p>
    <w:p>
      <w:pPr>
        <w:spacing w:before="0" w:after="80" w:line="300" w:lineRule="auto"/>
        <w:jc w:val="left"/>
      </w:pPr>
      <w:r>
        <w:rPr>
          <w:rFonts w:ascii="Times New Roman" w:hAnsi="Times New Roman" w:eastAsia="宋体"/>
          <w:b w:val="0"/>
          <w:i w:val="0"/>
          <w:color w:val="333333"/>
          <w:sz w:val="19"/>
        </w:rPr>
        <w:t>Adding all the rings,</w:t>
      </w:r>
    </w:p>
    <w:p>
      <w:pPr>
        <w:spacing w:before="0" w:after="80" w:line="300" w:lineRule="auto"/>
        <w:jc w:val="left"/>
      </w:pPr>
      <w:r>
        <w:rPr>
          <w:rFonts w:ascii="Times New Roman" w:hAnsi="Times New Roman" w:eastAsia="宋体"/>
          <w:b w:val="0"/>
          <w:i w:val="0"/>
          <w:color w:val="333333"/>
          <w:sz w:val="19"/>
        </w:rPr>
        <w:t>1 + 4(1 + 2 + ⋯ + (n - 1))</w:t>
      </w:r>
    </w:p>
    <w:p>
      <w:pPr>
        <w:spacing w:before="0" w:after="80" w:line="300" w:lineRule="auto"/>
        <w:jc w:val="left"/>
      </w:pPr>
      <w:r>
        <w:rPr>
          <w:rFonts w:ascii="Times New Roman" w:hAnsi="Times New Roman" w:eastAsia="宋体"/>
          <w:b w:val="0"/>
          <w:i w:val="0"/>
          <w:color w:val="333333"/>
          <w:sz w:val="19"/>
        </w:rPr>
        <w:t>= 1 + 4·((n - 1)n)/2</w:t>
      </w:r>
    </w:p>
    <w:p>
      <w:pPr>
        <w:spacing w:before="0" w:after="80" w:line="300" w:lineRule="auto"/>
        <w:jc w:val="left"/>
      </w:pPr>
      <w:r>
        <w:rPr>
          <w:rFonts w:ascii="Times New Roman" w:hAnsi="Times New Roman" w:eastAsia="宋体"/>
          <w:b w:val="0"/>
          <w:i w:val="0"/>
          <w:color w:val="333333"/>
          <w:sz w:val="19"/>
        </w:rPr>
        <w:t>= 1 + 2(n - 1)n.</w:t>
      </w:r>
    </w:p>
    <w:p>
      <w:pPr>
        <w:spacing w:before="0" w:after="80" w:line="300" w:lineRule="auto"/>
        <w:jc w:val="left"/>
      </w:pPr>
      <w:r>
        <w:rPr>
          <w:rFonts w:ascii="Times New Roman" w:hAnsi="Times New Roman" w:eastAsia="宋体"/>
          <w:b w:val="0"/>
          <w:i w:val="0"/>
          <w:color w:val="333333"/>
          <w:sz w:val="19"/>
        </w:rPr>
        <w:t>For n = 20, this is 1 + 2· 19· 20 = 761.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如果 N = 6·(数字和)，那么由于小于 1000 的数的数字和最大为 27，可得 N ≤ 162。</w:t>
      </w:r>
    </w:p>
    <w:p>
      <w:pPr>
        <w:spacing w:before="0" w:after="80" w:line="300" w:lineRule="auto"/>
        <w:jc w:val="left"/>
      </w:pPr>
      <w:r>
        <w:rPr>
          <w:rFonts w:ascii="Times New Roman" w:hAnsi="Times New Roman" w:eastAsia="宋体"/>
          <w:b w:val="0"/>
          <w:i w:val="0"/>
          <w:sz w:val="21"/>
        </w:rPr>
        <w:t>对于两位数，10t + u = 6(t + u)，得 4t = 5u，因而 t = 5 且 u = 4，所以 N = 54。一位数需要 6u = u，对 u &gt; 0 不可能。三位数满足 100h + 10t + u = 6(h + t + u)，给出 94h + 4t = 5u，左边至少为 94，右边至多为 45，所以没有解。</w:t>
      </w:r>
    </w:p>
    <w:p>
      <w:pPr>
        <w:spacing w:before="0" w:after="80" w:line="300" w:lineRule="auto"/>
        <w:jc w:val="left"/>
      </w:pPr>
      <w:r>
        <w:rPr>
          <w:rFonts w:ascii="Times New Roman" w:hAnsi="Times New Roman" w:eastAsia="宋体"/>
          <w:b w:val="0"/>
          <w:i w:val="0"/>
          <w:sz w:val="21"/>
        </w:rPr>
        <w:t>因此恰好有一个数 54，满足条件。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 6·(digit sum), then since the digit sum of a number below 1000 is at most 27, we have N ≤ 162.</w:t>
      </w:r>
    </w:p>
    <w:p>
      <w:pPr>
        <w:spacing w:before="0" w:after="80" w:line="300" w:lineRule="auto"/>
        <w:jc w:val="left"/>
      </w:pPr>
      <w:r>
        <w:rPr>
          <w:rFonts w:ascii="Times New Roman" w:hAnsi="Times New Roman" w:eastAsia="宋体"/>
          <w:b w:val="0"/>
          <w:i w:val="0"/>
          <w:color w:val="333333"/>
          <w:sz w:val="19"/>
        </w:rPr>
        <w:t>For a two-digit number 10t + u = 6(t + u) gives 4t = 5u, forcing t = 5 and u = 4, so N = 54. A one-digit number would need 6u = u, impossible for u &gt; 0. A three-digit number 100h + 10t + u = 6(h + t + u) gives 94h + 4t = 5u, whose left side is at least 94 while the right side is at most 45, so there is no solution.</w:t>
      </w:r>
    </w:p>
    <w:p>
      <w:pPr>
        <w:spacing w:before="0" w:after="80" w:line="300" w:lineRule="auto"/>
        <w:jc w:val="left"/>
      </w:pPr>
      <w:r>
        <w:rPr>
          <w:rFonts w:ascii="Times New Roman" w:hAnsi="Times New Roman" w:eastAsia="宋体"/>
          <w:b w:val="0"/>
          <w:i w:val="0"/>
          <w:color w:val="333333"/>
          <w:sz w:val="19"/>
        </w:rPr>
        <w:t>Hence exactly one number, 54, works.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由余弦定理，</w:t>
      </w:r>
    </w:p>
    <w:p>
      <w:pPr>
        <w:spacing w:before="0" w:after="80" w:line="300" w:lineRule="auto"/>
        <w:jc w:val="left"/>
      </w:pPr>
      <w:r>
        <w:rPr>
          <w:rFonts w:ascii="Times New Roman" w:hAnsi="Times New Roman" w:eastAsia="宋体"/>
          <w:b w:val="0"/>
          <w:i w:val="0"/>
          <w:sz w:val="21"/>
        </w:rPr>
        <w:t>AC² = 10² + 20²</w:t>
      </w:r>
    </w:p>
    <w:p>
      <w:pPr>
        <w:spacing w:before="0" w:after="80" w:line="300" w:lineRule="auto"/>
        <w:jc w:val="left"/>
      </w:pPr>
      <w:r>
        <w:rPr>
          <w:rFonts w:ascii="Times New Roman" w:hAnsi="Times New Roman" w:eastAsia="宋体"/>
          <w:b w:val="0"/>
          <w:i w:val="0"/>
          <w:sz w:val="21"/>
        </w:rPr>
        <w:t>- 2· 10· 20cos(∠ ABC)</w:t>
      </w:r>
    </w:p>
    <w:p>
      <w:pPr>
        <w:spacing w:before="0" w:after="80" w:line="300" w:lineRule="auto"/>
        <w:jc w:val="left"/>
      </w:pPr>
      <w:r>
        <w:rPr>
          <w:rFonts w:ascii="Times New Roman" w:hAnsi="Times New Roman" w:eastAsia="宋体"/>
          <w:b w:val="0"/>
          <w:i w:val="0"/>
          <w:sz w:val="21"/>
        </w:rPr>
        <w:t>= 500 - 400cos(∠ ABC)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船转过的角介于 45° 和 60°，所以内角 ∠ ABC 介于 120° 和 135°。</w:t>
      </w:r>
    </w:p>
    <w:p>
      <w:pPr>
        <w:spacing w:before="0" w:after="80" w:line="300" w:lineRule="auto"/>
        <w:jc w:val="left"/>
      </w:pPr>
      <w:r>
        <w:rPr>
          <w:rFonts w:ascii="Times New Roman" w:hAnsi="Times New Roman" w:eastAsia="宋体"/>
          <w:b w:val="0"/>
          <w:i w:val="0"/>
          <w:sz w:val="21"/>
        </w:rPr>
        <w:t>因为 cos 120° = -1/2 且 cos 135° = -(√(2))/2，</w:t>
      </w:r>
    </w:p>
    <w:p>
      <w:pPr>
        <w:spacing w:before="0" w:after="80" w:line="300" w:lineRule="auto"/>
        <w:jc w:val="left"/>
      </w:pPr>
      <w:r>
        <w:rPr>
          <w:rFonts w:ascii="Times New Roman" w:hAnsi="Times New Roman" w:eastAsia="宋体"/>
          <w:b w:val="0"/>
          <w:i w:val="0"/>
          <w:sz w:val="21"/>
        </w:rPr>
        <w:t>700 = 500 + 200</w:t>
      </w:r>
    </w:p>
    <w:p>
      <w:pPr>
        <w:spacing w:before="0" w:after="80" w:line="300" w:lineRule="auto"/>
        <w:jc w:val="left"/>
      </w:pPr>
      <w:r>
        <w:rPr>
          <w:rFonts w:ascii="Times New Roman" w:hAnsi="Times New Roman" w:eastAsia="宋体"/>
          <w:b w:val="0"/>
          <w:i w:val="0"/>
          <w:sz w:val="21"/>
        </w:rPr>
        <w:t>≤ AC² ≤ 500 + 200√(2)</w:t>
      </w:r>
    </w:p>
    <w:p>
      <w:pPr>
        <w:spacing w:before="0" w:after="80" w:line="300" w:lineRule="auto"/>
        <w:jc w:val="left"/>
      </w:pPr>
      <w:r>
        <w:rPr>
          <w:rFonts w:ascii="Times New Roman" w:hAnsi="Times New Roman" w:eastAsia="宋体"/>
          <w:b w:val="0"/>
          <w:i w:val="0"/>
          <w:sz w:val="21"/>
        </w:rPr>
        <w:t>&lt; 800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AC² 位于 [700, 800] 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Law of Cosines,</w:t>
      </w:r>
    </w:p>
    <w:p>
      <w:pPr>
        <w:spacing w:before="0" w:after="80" w:line="300" w:lineRule="auto"/>
        <w:jc w:val="left"/>
      </w:pPr>
      <w:r>
        <w:rPr>
          <w:rFonts w:ascii="Times New Roman" w:hAnsi="Times New Roman" w:eastAsia="宋体"/>
          <w:b w:val="0"/>
          <w:i w:val="0"/>
          <w:color w:val="333333"/>
          <w:sz w:val="19"/>
        </w:rPr>
        <w:t>AC² = 10² + 20²</w:t>
      </w:r>
    </w:p>
    <w:p>
      <w:pPr>
        <w:spacing w:before="0" w:after="80" w:line="300" w:lineRule="auto"/>
        <w:jc w:val="left"/>
      </w:pPr>
      <w:r>
        <w:rPr>
          <w:rFonts w:ascii="Times New Roman" w:hAnsi="Times New Roman" w:eastAsia="宋体"/>
          <w:b w:val="0"/>
          <w:i w:val="0"/>
          <w:color w:val="333333"/>
          <w:sz w:val="19"/>
        </w:rPr>
        <w:t>- 2· 10· 20cos(∠ ABC)</w:t>
      </w:r>
    </w:p>
    <w:p>
      <w:pPr>
        <w:spacing w:before="0" w:after="80" w:line="300" w:lineRule="auto"/>
        <w:jc w:val="left"/>
      </w:pPr>
      <w:r>
        <w:rPr>
          <w:rFonts w:ascii="Times New Roman" w:hAnsi="Times New Roman" w:eastAsia="宋体"/>
          <w:b w:val="0"/>
          <w:i w:val="0"/>
          <w:color w:val="333333"/>
          <w:sz w:val="19"/>
        </w:rPr>
        <w:t>= 500 - 400cos(∠ ABC).</w:t>
      </w:r>
    </w:p>
    <w:p>
      <w:pPr>
        <w:spacing w:before="0" w:after="80" w:line="300" w:lineRule="auto"/>
        <w:jc w:val="left"/>
      </w:pPr>
      <w:r>
        <w:rPr>
          <w:rFonts w:ascii="Times New Roman" w:hAnsi="Times New Roman" w:eastAsia="宋体"/>
          <w:b w:val="0"/>
          <w:i w:val="0"/>
          <w:color w:val="333333"/>
          <w:sz w:val="19"/>
        </w:rPr>
        <w:t>The ship turns through an angle between 45° and 60°, so the interior angle ∠ ABC lies between 120° and 135°.</w:t>
      </w:r>
    </w:p>
    <w:p>
      <w:pPr>
        <w:spacing w:before="0" w:after="80" w:line="300" w:lineRule="auto"/>
        <w:jc w:val="left"/>
      </w:pPr>
      <w:r>
        <w:rPr>
          <w:rFonts w:ascii="Times New Roman" w:hAnsi="Times New Roman" w:eastAsia="宋体"/>
          <w:b w:val="0"/>
          <w:i w:val="0"/>
          <w:color w:val="333333"/>
          <w:sz w:val="19"/>
        </w:rPr>
        <w:t>Since cos 120° = -1/2 and cos 135° = -(√(2))/2,</w:t>
      </w:r>
    </w:p>
    <w:p>
      <w:pPr>
        <w:spacing w:before="0" w:after="80" w:line="300" w:lineRule="auto"/>
        <w:jc w:val="left"/>
      </w:pPr>
      <w:r>
        <w:rPr>
          <w:rFonts w:ascii="Times New Roman" w:hAnsi="Times New Roman" w:eastAsia="宋体"/>
          <w:b w:val="0"/>
          <w:i w:val="0"/>
          <w:color w:val="333333"/>
          <w:sz w:val="19"/>
        </w:rPr>
        <w:t>700 = 500 + 200</w:t>
      </w:r>
    </w:p>
    <w:p>
      <w:pPr>
        <w:spacing w:before="0" w:after="80" w:line="300" w:lineRule="auto"/>
        <w:jc w:val="left"/>
      </w:pPr>
      <w:r>
        <w:rPr>
          <w:rFonts w:ascii="Times New Roman" w:hAnsi="Times New Roman" w:eastAsia="宋体"/>
          <w:b w:val="0"/>
          <w:i w:val="0"/>
          <w:color w:val="333333"/>
          <w:sz w:val="19"/>
        </w:rPr>
        <w:t>≤ AC² ≤ 500 + 200√(2)</w:t>
      </w:r>
    </w:p>
    <w:p>
      <w:pPr>
        <w:spacing w:before="0" w:after="80" w:line="300" w:lineRule="auto"/>
        <w:jc w:val="left"/>
      </w:pPr>
      <w:r>
        <w:rPr>
          <w:rFonts w:ascii="Times New Roman" w:hAnsi="Times New Roman" w:eastAsia="宋体"/>
          <w:b w:val="0"/>
          <w:i w:val="0"/>
          <w:color w:val="333333"/>
          <w:sz w:val="19"/>
        </w:rPr>
        <w:t>&lt; 800.</w:t>
      </w:r>
    </w:p>
    <w:p>
      <w:pPr>
        <w:spacing w:before="0" w:after="80" w:line="300" w:lineRule="auto"/>
        <w:jc w:val="left"/>
      </w:pPr>
      <w:r>
        <w:rPr>
          <w:rFonts w:ascii="Times New Roman" w:hAnsi="Times New Roman" w:eastAsia="宋体"/>
          <w:b w:val="0"/>
          <w:i w:val="0"/>
          <w:color w:val="333333"/>
          <w:sz w:val="19"/>
        </w:rPr>
        <w:t>So AC² lies in [700, 800].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直线 y = mx 经过顶点 (0, 0)，因此它恰好在经过对边中点时平分三角形面积。对边连接 (1, 1) 与 (6m, 0)。其中点为 ((6m + 1)/2, 1/2)。</w:t>
      </w:r>
    </w:p>
    <w:p>
      <w:pPr>
        <w:spacing w:before="0" w:after="80" w:line="300" w:lineRule="auto"/>
        <w:jc w:val="left"/>
      </w:pPr>
      <w:r>
        <w:rPr>
          <w:rFonts w:ascii="Times New Roman" w:hAnsi="Times New Roman" w:eastAsia="宋体"/>
          <w:b w:val="0"/>
          <w:i w:val="0"/>
          <w:sz w:val="21"/>
        </w:rPr>
        <w:t>要求该点满足 y = mx，得到</w:t>
      </w:r>
    </w:p>
    <w:p>
      <w:pPr>
        <w:spacing w:before="0" w:after="80" w:line="300" w:lineRule="auto"/>
        <w:jc w:val="left"/>
      </w:pPr>
      <w:r>
        <w:rPr>
          <w:rFonts w:ascii="Times New Roman" w:hAnsi="Times New Roman" w:eastAsia="宋体"/>
          <w:b w:val="0"/>
          <w:i w:val="0"/>
          <w:sz w:val="21"/>
        </w:rPr>
        <w:t>1/2 = m·(6m + 1)/2，</w:t>
      </w:r>
    </w:p>
    <w:p>
      <w:pPr>
        <w:spacing w:before="0" w:after="80" w:line="300" w:lineRule="auto"/>
        <w:jc w:val="left"/>
      </w:pPr>
      <w:r>
        <w:rPr>
          <w:rFonts w:ascii="Times New Roman" w:hAnsi="Times New Roman" w:eastAsia="宋体"/>
          <w:b w:val="0"/>
          <w:i w:val="0"/>
          <w:sz w:val="21"/>
        </w:rPr>
        <w:t>所以 6m² + m - 1 = 0，即 (3m - 1)(2m + 1) = 0。</w:t>
      </w:r>
    </w:p>
    <w:p>
      <w:pPr>
        <w:spacing w:before="0" w:after="80" w:line="300" w:lineRule="auto"/>
        <w:jc w:val="left"/>
      </w:pPr>
      <w:r>
        <w:rPr>
          <w:rFonts w:ascii="Times New Roman" w:hAnsi="Times New Roman" w:eastAsia="宋体"/>
          <w:b w:val="0"/>
          <w:i w:val="0"/>
          <w:sz w:val="21"/>
        </w:rPr>
        <w:t>可能的值是 m = 1/3 和 m = -1/2，它们的和为 -1/6。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y = mx passes through the vertex (0, 0), so it bisects the triangle’s area exactly when it passes through the midpoint of the opposite side, joining (1, 1) and (6m, 0). That midpoint is ((6m + 1)/2, 1/2).</w:t>
      </w:r>
    </w:p>
    <w:p>
      <w:pPr>
        <w:spacing w:before="0" w:after="80" w:line="300" w:lineRule="auto"/>
        <w:jc w:val="left"/>
      </w:pPr>
      <w:r>
        <w:rPr>
          <w:rFonts w:ascii="Times New Roman" w:hAnsi="Times New Roman" w:eastAsia="宋体"/>
          <w:b w:val="0"/>
          <w:i w:val="0"/>
          <w:color w:val="333333"/>
          <w:sz w:val="19"/>
        </w:rPr>
        <w:t>Requiring it to satisfy y = mx gives</w:t>
      </w:r>
    </w:p>
    <w:p>
      <w:pPr>
        <w:spacing w:before="0" w:after="80" w:line="300" w:lineRule="auto"/>
        <w:jc w:val="left"/>
      </w:pPr>
      <w:r>
        <w:rPr>
          <w:rFonts w:ascii="Times New Roman" w:hAnsi="Times New Roman" w:eastAsia="宋体"/>
          <w:b w:val="0"/>
          <w:i w:val="0"/>
          <w:color w:val="333333"/>
          <w:sz w:val="19"/>
        </w:rPr>
        <w:t>1/2 = m·(6m + 1)/2,</w:t>
      </w:r>
    </w:p>
    <w:p>
      <w:pPr>
        <w:spacing w:before="0" w:after="80" w:line="300" w:lineRule="auto"/>
        <w:jc w:val="left"/>
      </w:pPr>
      <w:r>
        <w:rPr>
          <w:rFonts w:ascii="Times New Roman" w:hAnsi="Times New Roman" w:eastAsia="宋体"/>
          <w:b w:val="0"/>
          <w:i w:val="0"/>
          <w:color w:val="333333"/>
          <w:sz w:val="19"/>
        </w:rPr>
        <w:t>so 6m² + m - 1 = 0, that is (3m - 1)(2m + 1) = 0.</w:t>
      </w:r>
    </w:p>
    <w:p>
      <w:pPr>
        <w:spacing w:before="0" w:after="80" w:line="300" w:lineRule="auto"/>
        <w:jc w:val="left"/>
      </w:pPr>
      <w:r>
        <w:rPr>
          <w:rFonts w:ascii="Times New Roman" w:hAnsi="Times New Roman" w:eastAsia="宋体"/>
          <w:b w:val="0"/>
          <w:i w:val="0"/>
          <w:color w:val="333333"/>
          <w:sz w:val="19"/>
        </w:rPr>
        <w:t>The possible values are m = 1/3 and m = -1/2, whose sum is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对于 4 的倍数 k</w:t>
      </w:r>
    </w:p>
    <w:p>
      <w:pPr>
        <w:spacing w:before="0" w:after="80" w:line="300" w:lineRule="auto"/>
        <w:jc w:val="left"/>
      </w:pPr>
      <w:r>
        <w:rPr>
          <w:rFonts w:ascii="Times New Roman" w:hAnsi="Times New Roman" w:eastAsia="宋体"/>
          <w:b w:val="0"/>
          <w:i w:val="0"/>
          <w:sz w:val="21"/>
        </w:rPr>
        <w:t>(k + 1)iᵏ⁺¹ + (k + 2)iᵏ⁺²</w:t>
      </w:r>
    </w:p>
    <w:p>
      <w:pPr>
        <w:spacing w:before="0" w:after="80" w:line="300" w:lineRule="auto"/>
        <w:jc w:val="left"/>
      </w:pPr>
      <w:r>
        <w:rPr>
          <w:rFonts w:ascii="Times New Roman" w:hAnsi="Times New Roman" w:eastAsia="宋体"/>
          <w:b w:val="0"/>
          <w:i w:val="0"/>
          <w:sz w:val="21"/>
        </w:rPr>
        <w:t>+ (k + 3)iᵏ⁺³ + (k + 4)iᵏ⁺⁴</w:t>
      </w:r>
    </w:p>
    <w:p>
      <w:pPr>
        <w:spacing w:before="0" w:after="80" w:line="300" w:lineRule="auto"/>
        <w:jc w:val="left"/>
      </w:pPr>
      <w:r>
        <w:rPr>
          <w:rFonts w:ascii="Times New Roman" w:hAnsi="Times New Roman" w:eastAsia="宋体"/>
          <w:b w:val="0"/>
          <w:i w:val="0"/>
          <w:sz w:val="21"/>
        </w:rPr>
        <w:t>= (k + 1)i - (k + 2)</w:t>
      </w:r>
    </w:p>
    <w:p>
      <w:pPr>
        <w:spacing w:before="0" w:after="80" w:line="300" w:lineRule="auto"/>
        <w:jc w:val="left"/>
      </w:pPr>
      <w:r>
        <w:rPr>
          <w:rFonts w:ascii="Times New Roman" w:hAnsi="Times New Roman" w:eastAsia="宋体"/>
          <w:b w:val="0"/>
          <w:i w:val="0"/>
          <w:sz w:val="21"/>
        </w:rPr>
        <w:t>- (k + 3)i + (k + 4)</w:t>
      </w:r>
    </w:p>
    <w:p>
      <w:pPr>
        <w:spacing w:before="0" w:after="80" w:line="300" w:lineRule="auto"/>
        <w:jc w:val="left"/>
      </w:pPr>
      <w:r>
        <w:rPr>
          <w:rFonts w:ascii="Times New Roman" w:hAnsi="Times New Roman" w:eastAsia="宋体"/>
          <w:b w:val="0"/>
          <w:i w:val="0"/>
          <w:sz w:val="21"/>
        </w:rPr>
        <w:t>= 2 - 2i</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前 96 项，也就是 24 组，和为 24(2 - 2i) = 48 - 48i。</w:t>
      </w:r>
    </w:p>
    <w:p>
      <w:pPr>
        <w:spacing w:before="0" w:after="80" w:line="300" w:lineRule="auto"/>
        <w:jc w:val="left"/>
      </w:pPr>
      <w:r>
        <w:rPr>
          <w:rFonts w:ascii="Times New Roman" w:hAnsi="Times New Roman" w:eastAsia="宋体"/>
          <w:b w:val="0"/>
          <w:i w:val="0"/>
          <w:sz w:val="21"/>
        </w:rPr>
        <w:t>再加下一项 97i⁹⁷ = 97i 得到 48 - 48i + 97i = 48 + 49i。所以 n = 97。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k a multiple of 4,</w:t>
      </w:r>
    </w:p>
    <w:p>
      <w:pPr>
        <w:spacing w:before="0" w:after="80" w:line="300" w:lineRule="auto"/>
        <w:jc w:val="left"/>
      </w:pPr>
      <w:r>
        <w:rPr>
          <w:rFonts w:ascii="Times New Roman" w:hAnsi="Times New Roman" w:eastAsia="宋体"/>
          <w:b w:val="0"/>
          <w:i w:val="0"/>
          <w:color w:val="333333"/>
          <w:sz w:val="19"/>
        </w:rPr>
        <w:t>(k + 1)iᵏ⁺¹ + (k + 2)iᵏ⁺²</w:t>
      </w:r>
    </w:p>
    <w:p>
      <w:pPr>
        <w:spacing w:before="0" w:after="80" w:line="300" w:lineRule="auto"/>
        <w:jc w:val="left"/>
      </w:pPr>
      <w:r>
        <w:rPr>
          <w:rFonts w:ascii="Times New Roman" w:hAnsi="Times New Roman" w:eastAsia="宋体"/>
          <w:b w:val="0"/>
          <w:i w:val="0"/>
          <w:color w:val="333333"/>
          <w:sz w:val="19"/>
        </w:rPr>
        <w:t>+ (k + 3)iᵏ⁺³ + (k + 4)iᵏ⁺⁴</w:t>
      </w:r>
    </w:p>
    <w:p>
      <w:pPr>
        <w:spacing w:before="0" w:after="80" w:line="300" w:lineRule="auto"/>
        <w:jc w:val="left"/>
      </w:pPr>
      <w:r>
        <w:rPr>
          <w:rFonts w:ascii="Times New Roman" w:hAnsi="Times New Roman" w:eastAsia="宋体"/>
          <w:b w:val="0"/>
          <w:i w:val="0"/>
          <w:color w:val="333333"/>
          <w:sz w:val="19"/>
        </w:rPr>
        <w:t>= (k + 1)i - (k + 2)</w:t>
      </w:r>
    </w:p>
    <w:p>
      <w:pPr>
        <w:spacing w:before="0" w:after="80" w:line="300" w:lineRule="auto"/>
        <w:jc w:val="left"/>
      </w:pPr>
      <w:r>
        <w:rPr>
          <w:rFonts w:ascii="Times New Roman" w:hAnsi="Times New Roman" w:eastAsia="宋体"/>
          <w:b w:val="0"/>
          <w:i w:val="0"/>
          <w:color w:val="333333"/>
          <w:sz w:val="19"/>
        </w:rPr>
        <w:t>- (k + 3)i + (k + 4)</w:t>
      </w:r>
    </w:p>
    <w:p>
      <w:pPr>
        <w:spacing w:before="0" w:after="80" w:line="300" w:lineRule="auto"/>
        <w:jc w:val="left"/>
      </w:pPr>
      <w:r>
        <w:rPr>
          <w:rFonts w:ascii="Times New Roman" w:hAnsi="Times New Roman" w:eastAsia="宋体"/>
          <w:b w:val="0"/>
          <w:i w:val="0"/>
          <w:color w:val="333333"/>
          <w:sz w:val="19"/>
        </w:rPr>
        <w:t>= 2 - 2i.</w:t>
      </w:r>
    </w:p>
    <w:p>
      <w:pPr>
        <w:spacing w:before="0" w:after="80" w:line="300" w:lineRule="auto"/>
        <w:jc w:val="left"/>
      </w:pPr>
      <w:r>
        <w:rPr>
          <w:rFonts w:ascii="Times New Roman" w:hAnsi="Times New Roman" w:eastAsia="宋体"/>
          <w:b w:val="0"/>
          <w:i w:val="0"/>
          <w:color w:val="333333"/>
          <w:sz w:val="19"/>
        </w:rPr>
        <w:t>Summing the first 96 terms (that is 24 blocks) gives 24(2 - 2i) = 48 - 48i.</w:t>
      </w:r>
    </w:p>
    <w:p>
      <w:pPr>
        <w:spacing w:before="0" w:after="80" w:line="300" w:lineRule="auto"/>
        <w:jc w:val="left"/>
      </w:pPr>
      <w:r>
        <w:rPr>
          <w:rFonts w:ascii="Times New Roman" w:hAnsi="Times New Roman" w:eastAsia="宋体"/>
          <w:b w:val="0"/>
          <w:i w:val="0"/>
          <w:color w:val="333333"/>
          <w:sz w:val="19"/>
        </w:rPr>
        <w:t>Adding the next term 97i⁹⁷ = 97i yields 48 - 48i + 97i = 48 + 49i. So n = 97.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一个与两条正坐标轴都相切且半径为 r 的圆，圆心为 (r, r)。与圆心 (3, 0)、半径 1 的圆外切，意味着两圆心距离为 r + 1：</w:t>
      </w:r>
    </w:p>
    <w:p>
      <w:pPr>
        <w:spacing w:before="0" w:after="80" w:line="300" w:lineRule="auto"/>
        <w:jc w:val="left"/>
      </w:pPr>
      <w:r>
        <w:rPr>
          <w:rFonts w:ascii="Times New Roman" w:hAnsi="Times New Roman" w:eastAsia="宋体"/>
          <w:b w:val="0"/>
          <w:i w:val="0"/>
          <w:sz w:val="21"/>
        </w:rPr>
        <w:t>(r - 3)² + r² = (r + 1)²。</w:t>
      </w:r>
    </w:p>
    <w:p>
      <w:pPr>
        <w:spacing w:before="0" w:after="80" w:line="300" w:lineRule="auto"/>
        <w:jc w:val="left"/>
      </w:pPr>
      <w:r>
        <w:rPr>
          <w:rFonts w:ascii="Times New Roman" w:hAnsi="Times New Roman" w:eastAsia="宋体"/>
          <w:b w:val="0"/>
          <w:i w:val="0"/>
          <w:sz w:val="21"/>
        </w:rPr>
        <w:t>展开得 r² - 8r + 8 = 0。两个根 r = 4 ± 2√(2) 都为正，由韦达定理，它们的和为 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tangent to both positive axes with radius r has center (r, r). External tangency to the circle at (3, 0) of radius 1 means the distance between centers is r + 1:</w:t>
      </w:r>
    </w:p>
    <w:p>
      <w:pPr>
        <w:spacing w:before="0" w:after="80" w:line="300" w:lineRule="auto"/>
        <w:jc w:val="left"/>
      </w:pPr>
      <w:r>
        <w:rPr>
          <w:rFonts w:ascii="Times New Roman" w:hAnsi="Times New Roman" w:eastAsia="宋体"/>
          <w:b w:val="0"/>
          <w:i w:val="0"/>
          <w:color w:val="333333"/>
          <w:sz w:val="19"/>
        </w:rPr>
        <w:t>(r - 3)² + r² = (r + 1)².</w:t>
      </w:r>
    </w:p>
    <w:p>
      <w:pPr>
        <w:spacing w:before="0" w:after="80" w:line="300" w:lineRule="auto"/>
        <w:jc w:val="left"/>
      </w:pPr>
      <w:r>
        <w:rPr>
          <w:rFonts w:ascii="Times New Roman" w:hAnsi="Times New Roman" w:eastAsia="宋体"/>
          <w:b w:val="0"/>
          <w:i w:val="0"/>
          <w:color w:val="333333"/>
          <w:sz w:val="19"/>
        </w:rPr>
        <w:t>Expanding gives r² - 8r + 8 = 0. Both roots r = 4 ± 2√(2) are positive, and by Vieta’s formulas their sum is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对首项为 a、公比为 r 的级数，其和为 a/(1 - r) = r，所以 r² - r + a = 0。</w:t>
      </w:r>
    </w:p>
    <w:p>
      <w:pPr>
        <w:spacing w:before="0" w:after="80" w:line="300" w:lineRule="auto"/>
        <w:jc w:val="left"/>
      </w:pPr>
      <w:r>
        <w:rPr>
          <w:rFonts w:ascii="Times New Roman" w:hAnsi="Times New Roman" w:eastAsia="宋体"/>
          <w:b w:val="0"/>
          <w:i w:val="0"/>
          <w:sz w:val="21"/>
        </w:rPr>
        <w:t>r₁ 和 r₂ 都满足同一个二次方程，并且因为两个级数不同，r₁ ≠ r₂，所以它们是该方程的两个不同根。由韦达定理，r₁ + r₂ =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series with first term a and ratio r, the sum is a/(1 - r) = r, so r² - r + a = 0.</w:t>
      </w:r>
    </w:p>
    <w:p>
      <w:pPr>
        <w:spacing w:before="0" w:after="80" w:line="300" w:lineRule="auto"/>
        <w:jc w:val="left"/>
      </w:pPr>
      <w:r>
        <w:rPr>
          <w:rFonts w:ascii="Times New Roman" w:hAnsi="Times New Roman" w:eastAsia="宋体"/>
          <w:b w:val="0"/>
          <w:i w:val="0"/>
          <w:color w:val="333333"/>
          <w:sz w:val="19"/>
        </w:rPr>
        <w:t>Both r₁ and r₂ satisfy this same quadratic, and since the two series are different, r₁ ≠ r₂, so they are its two distinct roots. By Vieta’s formulas, r₁ + r₂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注意 Iₖ = 10ᵏ⁺² + 64 = 2ᵏ⁺²5ᵏ⁺² + 2⁶。</w:t>
      </w:r>
    </w:p>
    <w:p>
      <w:pPr>
        <w:spacing w:before="0" w:after="80" w:line="300" w:lineRule="auto"/>
        <w:jc w:val="left"/>
      </w:pPr>
      <w:r>
        <w:rPr>
          <w:rFonts w:ascii="Times New Roman" w:hAnsi="Times New Roman" w:eastAsia="宋体"/>
          <w:b w:val="0"/>
          <w:i w:val="0"/>
          <w:sz w:val="21"/>
        </w:rPr>
        <w:t>当 k &lt; 4 时，第一项所含的因子 2 少于 6 个，所以 N(k) &lt; 6。当 k &gt; 4 时，第一项可被 2⁷ 整除，但 2⁶ 这一项不能，所以 N(k) &lt; 7。</w:t>
      </w:r>
    </w:p>
    <w:p>
      <w:pPr>
        <w:spacing w:before="0" w:after="80" w:line="300" w:lineRule="auto"/>
        <w:jc w:val="left"/>
      </w:pPr>
      <w:r>
        <w:rPr>
          <w:rFonts w:ascii="Times New Roman" w:hAnsi="Times New Roman" w:eastAsia="宋体"/>
          <w:b w:val="0"/>
          <w:i w:val="0"/>
          <w:sz w:val="21"/>
        </w:rPr>
        <w:t>当 k = 4 时，I₄ = 2⁶(5⁶ + 1)。因为 5⁶ + 1 = (5² + 1)((5²)² - 5² + 1) = 26· 601，且 26 = 2· 13 恰好再贡献一个因子 2，所以 N(4) = 7。</w:t>
      </w:r>
    </w:p>
    <w:p>
      <w:pPr>
        <w:spacing w:before="0" w:after="80" w:line="300" w:lineRule="auto"/>
        <w:jc w:val="left"/>
      </w:pPr>
      <w:r>
        <w:rPr>
          <w:rFonts w:ascii="Times New Roman" w:hAnsi="Times New Roman" w:eastAsia="宋体"/>
          <w:b w:val="0"/>
          <w:i w:val="0"/>
          <w:sz w:val="21"/>
        </w:rPr>
        <w:t>因此最大值为 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Iₖ = 10ᵏ⁺² + 64 = 2ᵏ⁺²5ᵏ⁺² + 2⁶.</w:t>
      </w:r>
    </w:p>
    <w:p>
      <w:pPr>
        <w:spacing w:before="0" w:after="80" w:line="300" w:lineRule="auto"/>
        <w:jc w:val="left"/>
      </w:pPr>
      <w:r>
        <w:rPr>
          <w:rFonts w:ascii="Times New Roman" w:hAnsi="Times New Roman" w:eastAsia="宋体"/>
          <w:b w:val="0"/>
          <w:i w:val="0"/>
          <w:color w:val="333333"/>
          <w:sz w:val="19"/>
        </w:rPr>
        <w:t>For k &lt; 4 the first term has fewer than 6 factors of 2, so N(k) &lt; 6. For k &gt; 4 the first term is divisible by 2⁷ but the 2⁶ term is not, so N(k) &lt; 7.</w:t>
      </w:r>
    </w:p>
    <w:p>
      <w:pPr>
        <w:spacing w:before="0" w:after="80" w:line="300" w:lineRule="auto"/>
        <w:jc w:val="left"/>
      </w:pPr>
      <w:r>
        <w:rPr>
          <w:rFonts w:ascii="Times New Roman" w:hAnsi="Times New Roman" w:eastAsia="宋体"/>
          <w:b w:val="0"/>
          <w:i w:val="0"/>
          <w:color w:val="333333"/>
          <w:sz w:val="19"/>
        </w:rPr>
        <w:t>For k = 4, I₄ = 2⁶(5⁶ + 1). Since 5⁶ + 1 = (5² + 1)((5²)² - 5² + 1) = 26· 601, and 26 = 2· 13 contributes exactly one more factor of 2, we get N(4) = 7.</w:t>
      </w:r>
    </w:p>
    <w:p>
      <w:pPr>
        <w:spacing w:before="0" w:after="80" w:line="300" w:lineRule="auto"/>
        <w:jc w:val="left"/>
      </w:pPr>
      <w:r>
        <w:rPr>
          <w:rFonts w:ascii="Times New Roman" w:hAnsi="Times New Roman" w:eastAsia="宋体"/>
          <w:b w:val="0"/>
          <w:i w:val="0"/>
          <w:color w:val="333333"/>
          <w:sz w:val="19"/>
        </w:rPr>
        <w:t>So the maximum value is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对边长为 2 的正多边形，令 O 为中心，M 为一条边的中点，N 为该边的一个端点。那么 △ OMN 在 M 处为直角，且 MN = 1，OM = r（内切圆半径），ON = R（外接圆半径）。</w:t>
      </w:r>
    </w:p>
    <w:p>
      <w:pPr>
        <w:spacing w:before="0" w:after="80" w:line="300" w:lineRule="auto"/>
        <w:jc w:val="left"/>
      </w:pPr>
      <w:r>
        <w:rPr>
          <w:rFonts w:ascii="Times New Roman" w:hAnsi="Times New Roman" w:eastAsia="宋体"/>
          <w:b w:val="0"/>
          <w:i w:val="0"/>
          <w:sz w:val="21"/>
        </w:rPr>
        <w:t>所以 R² - r² = 1，两圆之间的面积为 π(R² - r²) = π，与边数无关。因此 A = 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regular polygon with side length 2, let O be the center, M the midpoint of a side, and N an endpoint of that side. Then △ OMN has a right angle at M, with MN = 1, OM = r (inradius), and ON = R (circumradius).</w:t>
      </w:r>
    </w:p>
    <w:p>
      <w:pPr>
        <w:spacing w:before="0" w:after="80" w:line="300" w:lineRule="auto"/>
        <w:jc w:val="left"/>
      </w:pPr>
      <w:r>
        <w:rPr>
          <w:rFonts w:ascii="Times New Roman" w:hAnsi="Times New Roman" w:eastAsia="宋体"/>
          <w:b w:val="0"/>
          <w:i w:val="0"/>
          <w:color w:val="333333"/>
          <w:sz w:val="19"/>
        </w:rPr>
        <w:t>So R² - r² = 1, and the area between the circles is π(R² - r²) = π for any number of sides. Hence A = 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在 △ AED 和 △ BEC 两边都加上 △ CED，可知 △ ACD 与 △ BCD 面积相等。它们共用底边 CD，所以 A 和 B 到直线 CD 的距离相等，意味着 AB ∥ CD。</w:t>
      </w:r>
    </w:p>
    <w:p>
      <w:pPr>
        <w:spacing w:before="0" w:after="80" w:line="300" w:lineRule="auto"/>
        <w:jc w:val="left"/>
      </w:pPr>
      <w:r>
        <w:rPr>
          <w:rFonts w:ascii="Times New Roman" w:hAnsi="Times New Roman" w:eastAsia="宋体"/>
          <w:b w:val="0"/>
          <w:i w:val="0"/>
          <w:sz w:val="21"/>
        </w:rPr>
        <w:t>因此 △ ABE ∼ △ CDE，相似比为 AB/CD = 9/12 = 3/4，所以 AE/EC = 3/4。</w:t>
      </w:r>
    </w:p>
    <w:p>
      <w:pPr>
        <w:spacing w:before="0" w:after="80" w:line="300" w:lineRule="auto"/>
        <w:jc w:val="left"/>
      </w:pPr>
      <w:r>
        <w:rPr>
          <w:rFonts w:ascii="Times New Roman" w:hAnsi="Times New Roman" w:eastAsia="宋体"/>
          <w:b w:val="0"/>
          <w:i w:val="0"/>
          <w:sz w:val="21"/>
        </w:rPr>
        <w:t>设 AE = 3x 且 EC = 4x，则 7x = AC = 14，所以 x = 2，AE = 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 CED to each of △ AED and △ BEC shows △ ACD and △ BCD have equal areas. They share base CD, so A and B are equidistant from line CD, meaning AB ∥ CD.</w:t>
      </w:r>
    </w:p>
    <w:p>
      <w:pPr>
        <w:spacing w:before="0" w:after="80" w:line="300" w:lineRule="auto"/>
        <w:jc w:val="left"/>
      </w:pPr>
      <w:r>
        <w:rPr>
          <w:rFonts w:ascii="Times New Roman" w:hAnsi="Times New Roman" w:eastAsia="宋体"/>
          <w:b w:val="0"/>
          <w:i w:val="0"/>
          <w:color w:val="333333"/>
          <w:sz w:val="19"/>
        </w:rPr>
        <w:t>Then △ ABE ∼ △ CDE with ratio AB/CD = 9/12 = 3/4, so AE/EC = 3/4.</w:t>
      </w:r>
    </w:p>
    <w:p>
      <w:pPr>
        <w:spacing w:before="0" w:after="80" w:line="300" w:lineRule="auto"/>
        <w:jc w:val="left"/>
      </w:pPr>
      <w:r>
        <w:rPr>
          <w:rFonts w:ascii="Times New Roman" w:hAnsi="Times New Roman" w:eastAsia="宋体"/>
          <w:b w:val="0"/>
          <w:i w:val="0"/>
          <w:color w:val="333333"/>
          <w:sz w:val="19"/>
        </w:rPr>
        <w:t>Writing AE = 3x and EC = 4x, we get 7x = AC = 14, so x = 2 and AE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因为 x¹² + ax⁸ + bx⁴ + c = p(x⁴)，一个值是零点当且仅当 x⁴ 等于 p 的某个根，即 2009 + 9002π i，2009，或 9002。</w:t>
      </w:r>
    </w:p>
    <w:p>
      <w:pPr>
        <w:spacing w:before="0" w:after="80" w:line="300" w:lineRule="auto"/>
        <w:jc w:val="left"/>
      </w:pPr>
      <w:r>
        <w:rPr>
          <w:rFonts w:ascii="Times New Roman" w:hAnsi="Times New Roman" w:eastAsia="宋体"/>
          <w:b w:val="0"/>
          <w:i w:val="0"/>
          <w:sz w:val="21"/>
        </w:rPr>
        <w:t>方程 x⁴ = 2009 + 9002π i 有四个不同的非实根。x⁴ = 2009 和 x⁴ = 9002 各有两个实根和两个非实根。</w:t>
      </w:r>
    </w:p>
    <w:p>
      <w:pPr>
        <w:spacing w:before="0" w:after="80" w:line="300" w:lineRule="auto"/>
        <w:jc w:val="left"/>
      </w:pPr>
      <w:r>
        <w:rPr>
          <w:rFonts w:ascii="Times New Roman" w:hAnsi="Times New Roman" w:eastAsia="宋体"/>
          <w:b w:val="0"/>
          <w:i w:val="0"/>
          <w:sz w:val="21"/>
        </w:rPr>
        <w:t>所以非实零点个数为 4 + 2 + 2 = 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x¹² + ax⁸ + bx⁴ + c = p(x⁴), a value is a zero exactly when x⁴ equals one of the roots of p, namely 2009 + 9002π i, 2009, or 9002.</w:t>
      </w:r>
    </w:p>
    <w:p>
      <w:pPr>
        <w:spacing w:before="0" w:after="80" w:line="300" w:lineRule="auto"/>
        <w:jc w:val="left"/>
      </w:pPr>
      <w:r>
        <w:rPr>
          <w:rFonts w:ascii="Times New Roman" w:hAnsi="Times New Roman" w:eastAsia="宋体"/>
          <w:b w:val="0"/>
          <w:i w:val="0"/>
          <w:color w:val="333333"/>
          <w:sz w:val="19"/>
        </w:rPr>
        <w:t>The equation x⁴ = 2009 + 9002π i has four distinct nonreal roots. Each of x⁴ = 2009 and x⁴ = 9002 has two real roots and two nonreal roots.</w:t>
      </w:r>
    </w:p>
    <w:p>
      <w:pPr>
        <w:spacing w:before="0" w:after="80" w:line="300" w:lineRule="auto"/>
        <w:jc w:val="left"/>
      </w:pPr>
      <w:r>
        <w:rPr>
          <w:rFonts w:ascii="Times New Roman" w:hAnsi="Times New Roman" w:eastAsia="宋体"/>
          <w:b w:val="0"/>
          <w:i w:val="0"/>
          <w:color w:val="333333"/>
          <w:sz w:val="19"/>
        </w:rPr>
        <w:t>So the nonreal zeros number 4 + 2 + 2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设那两张平行面为三角形。该平面经过不在这些面上的六条边的中点，形成一个边长为 1/2 的等边六边形；由对称性它也等角，因此是正六边形。</w:t>
      </w:r>
    </w:p>
    <w:p>
      <w:pPr>
        <w:spacing w:before="0" w:after="80" w:line="300" w:lineRule="auto"/>
        <w:jc w:val="left"/>
      </w:pPr>
      <w:r>
        <w:rPr>
          <w:rFonts w:ascii="Times New Roman" w:hAnsi="Times New Roman" w:eastAsia="宋体"/>
          <w:b w:val="0"/>
          <w:i w:val="0"/>
          <w:sz w:val="21"/>
        </w:rPr>
        <w:t>正六边形由六个等边三角形组成，所以面积为</w:t>
      </w:r>
    </w:p>
    <w:p>
      <w:pPr>
        <w:spacing w:before="0" w:after="80" w:line="300" w:lineRule="auto"/>
        <w:jc w:val="left"/>
      </w:pPr>
      <w:r>
        <w:rPr>
          <w:rFonts w:ascii="Times New Roman" w:hAnsi="Times New Roman" w:eastAsia="宋体"/>
          <w:b w:val="0"/>
          <w:i w:val="0"/>
          <w:sz w:val="21"/>
        </w:rPr>
        <w:t>6·(√(3))/4(1/2)² = (3√(3))/8。</w:t>
      </w:r>
    </w:p>
    <w:p>
      <w:pPr>
        <w:spacing w:before="0" w:after="80" w:line="300" w:lineRule="auto"/>
        <w:jc w:val="left"/>
      </w:pPr>
      <w:r>
        <w:rPr>
          <w:rFonts w:ascii="Times New Roman" w:hAnsi="Times New Roman" w:eastAsia="宋体"/>
          <w:b w:val="0"/>
          <w:i w:val="0"/>
          <w:sz w:val="21"/>
        </w:rPr>
        <w:t>因此 a = 3，b = 3，c = 8，且 a + b + c = 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two parallel faces be triangles. The plane passes through the midpoints of the six edges not on those faces, forming an equilateral hexagon of side 1/2, which by symmetry is also equiangular and hence regular.</w:t>
      </w:r>
    </w:p>
    <w:p>
      <w:pPr>
        <w:spacing w:before="0" w:after="80" w:line="300" w:lineRule="auto"/>
        <w:jc w:val="left"/>
      </w:pPr>
      <w:r>
        <w:rPr>
          <w:rFonts w:ascii="Times New Roman" w:hAnsi="Times New Roman" w:eastAsia="宋体"/>
          <w:b w:val="0"/>
          <w:i w:val="0"/>
          <w:color w:val="333333"/>
          <w:sz w:val="19"/>
        </w:rPr>
        <w:t>A regular hexagon is six equilateral triangles, so its area is</w:t>
      </w:r>
    </w:p>
    <w:p>
      <w:pPr>
        <w:spacing w:before="0" w:after="80" w:line="300" w:lineRule="auto"/>
        <w:jc w:val="left"/>
      </w:pPr>
      <w:r>
        <w:rPr>
          <w:rFonts w:ascii="Times New Roman" w:hAnsi="Times New Roman" w:eastAsia="宋体"/>
          <w:b w:val="0"/>
          <w:i w:val="0"/>
          <w:color w:val="333333"/>
          <w:sz w:val="19"/>
        </w:rPr>
        <w:t>6·(√(3))/4(1/2)² = (3√(3))/8.</w:t>
      </w:r>
    </w:p>
    <w:p>
      <w:pPr>
        <w:spacing w:before="0" w:after="80" w:line="300" w:lineRule="auto"/>
        <w:jc w:val="left"/>
      </w:pPr>
      <w:r>
        <w:rPr>
          <w:rFonts w:ascii="Times New Roman" w:hAnsi="Times New Roman" w:eastAsia="宋体"/>
          <w:b w:val="0"/>
          <w:i w:val="0"/>
          <w:color w:val="333333"/>
          <w:sz w:val="19"/>
        </w:rPr>
        <w:t>Thus a = 3, b = 3, c = 8, and a + b + c =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因为 g(x) = -f(100 - x)，f 和 g 的图像关于点 (50, 0) 互为中心对称，所以四个截距成对满足 x₂ + x₃ = x₁ + x₄ = 100。</w:t>
      </w:r>
    </w:p>
    <w:p>
      <w:pPr>
        <w:spacing w:before="0" w:after="80" w:line="300" w:lineRule="auto"/>
        <w:jc w:val="left"/>
      </w:pPr>
      <w:r>
        <w:rPr>
          <w:rFonts w:ascii="Times New Roman" w:hAnsi="Times New Roman" w:eastAsia="宋体"/>
          <w:b w:val="0"/>
          <w:i w:val="0"/>
          <w:sz w:val="21"/>
        </w:rPr>
        <w:t>由 x₃ - x₂ = 150，得 x₂ = -25 且 x₃ = 125。</w:t>
      </w:r>
    </w:p>
    <w:p>
      <w:pPr>
        <w:spacing w:before="0" w:after="80" w:line="300" w:lineRule="auto"/>
        <w:jc w:val="left"/>
      </w:pPr>
      <w:r>
        <w:rPr>
          <w:rFonts w:ascii="Times New Roman" w:hAnsi="Times New Roman" w:eastAsia="宋体"/>
          <w:b w:val="0"/>
          <w:i w:val="0"/>
          <w:sz w:val="21"/>
        </w:rPr>
        <w:t>取 x₁, x₃ 为 f 的两个根，其顶点的 x 坐标为 h = (x₁ + x₃)/2，所以 x₁ = 2h - 125。f 的顶点落在 g 的图像上，这一条件给出</w:t>
      </w:r>
    </w:p>
    <w:p>
      <w:pPr>
        <w:spacing w:before="0" w:after="80" w:line="300" w:lineRule="auto"/>
        <w:jc w:val="left"/>
      </w:pPr>
      <w:r>
        <w:rPr>
          <w:rFonts w:ascii="Times New Roman" w:hAnsi="Times New Roman" w:eastAsia="宋体"/>
          <w:b w:val="0"/>
          <w:i w:val="0"/>
          <w:sz w:val="21"/>
        </w:rPr>
        <w:t>1 = (f(h))/(g(h))</w:t>
      </w:r>
    </w:p>
    <w:p>
      <w:pPr>
        <w:spacing w:before="0" w:after="80" w:line="300" w:lineRule="auto"/>
        <w:jc w:val="left"/>
      </w:pPr>
      <w:r>
        <w:rPr>
          <w:rFonts w:ascii="Times New Roman" w:hAnsi="Times New Roman" w:eastAsia="宋体"/>
          <w:b w:val="0"/>
          <w:i w:val="0"/>
          <w:sz w:val="21"/>
        </w:rPr>
        <w:t>= ((125 - h)(h - 125))/(-(h + 25)(3h - 225))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由此解得 h = -25 ± 75√(2)。由于 x₁ = 2h-125 必须小于 x₂=-25，需要 h &lt; 50，所以 h = -25-75√(2)。</w:t>
      </w:r>
    </w:p>
    <w:p>
      <w:pPr>
        <w:spacing w:before="0" w:after="80" w:line="300" w:lineRule="auto"/>
        <w:jc w:val="left"/>
      </w:pPr>
      <w:r>
        <w:rPr>
          <w:rFonts w:ascii="Times New Roman" w:hAnsi="Times New Roman" w:eastAsia="宋体"/>
          <w:b w:val="0"/>
          <w:i w:val="0"/>
          <w:sz w:val="21"/>
        </w:rPr>
        <w:t>又 x₄ = 100 - x₁，所以</w:t>
      </w:r>
    </w:p>
    <w:p>
      <w:pPr>
        <w:spacing w:before="0" w:after="80" w:line="300" w:lineRule="auto"/>
        <w:jc w:val="left"/>
      </w:pPr>
      <w:r>
        <w:rPr>
          <w:rFonts w:ascii="Times New Roman" w:hAnsi="Times New Roman" w:eastAsia="宋体"/>
          <w:b w:val="0"/>
          <w:i w:val="0"/>
          <w:sz w:val="21"/>
        </w:rPr>
        <w:t>x₄ - x₁ = 350 - 4h</w:t>
      </w:r>
    </w:p>
    <w:p>
      <w:pPr>
        <w:spacing w:before="0" w:after="80" w:line="300" w:lineRule="auto"/>
        <w:jc w:val="left"/>
      </w:pPr>
      <w:r>
        <w:rPr>
          <w:rFonts w:ascii="Times New Roman" w:hAnsi="Times New Roman" w:eastAsia="宋体"/>
          <w:b w:val="0"/>
          <w:i w:val="0"/>
          <w:sz w:val="21"/>
        </w:rPr>
        <w:t>= 450 + 300√(2)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因而 m + n + p = 450 + 300 + 2 = 752。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g(x) = -f(100 - x), the graphs of f and g are reflections of each other through the point (50, 0), so the four intercepts pair up with x₂ + x₃ = x₁ + x₄ = 100.</w:t>
      </w:r>
    </w:p>
    <w:p>
      <w:pPr>
        <w:spacing w:before="0" w:after="80" w:line="300" w:lineRule="auto"/>
        <w:jc w:val="left"/>
      </w:pPr>
      <w:r>
        <w:rPr>
          <w:rFonts w:ascii="Times New Roman" w:hAnsi="Times New Roman" w:eastAsia="宋体"/>
          <w:b w:val="0"/>
          <w:i w:val="0"/>
          <w:color w:val="333333"/>
          <w:sz w:val="19"/>
        </w:rPr>
        <w:t>With x₃ - x₂ = 150, we get x₂ = -25 and x₃ = 125.</w:t>
      </w:r>
    </w:p>
    <w:p>
      <w:pPr>
        <w:spacing w:before="0" w:after="80" w:line="300" w:lineRule="auto"/>
        <w:jc w:val="left"/>
      </w:pPr>
      <w:r>
        <w:rPr>
          <w:rFonts w:ascii="Times New Roman" w:hAnsi="Times New Roman" w:eastAsia="宋体"/>
          <w:b w:val="0"/>
          <w:i w:val="0"/>
          <w:color w:val="333333"/>
          <w:sz w:val="19"/>
        </w:rPr>
        <w:t>Take x₁, x₃ as the roots of f, whose vertex has x-coordinate h = (x₁ + x₃)/2, so x₁ = 2h - 125. The condition that the vertex of f lies on the graph of g gives</w:t>
      </w:r>
    </w:p>
    <w:p>
      <w:pPr>
        <w:spacing w:before="0" w:after="80" w:line="300" w:lineRule="auto"/>
        <w:jc w:val="left"/>
      </w:pPr>
      <w:r>
        <w:rPr>
          <w:rFonts w:ascii="Times New Roman" w:hAnsi="Times New Roman" w:eastAsia="宋体"/>
          <w:b w:val="0"/>
          <w:i w:val="0"/>
          <w:color w:val="333333"/>
          <w:sz w:val="19"/>
        </w:rPr>
        <w:t>1 = (f(h))/(g(h))</w:t>
      </w:r>
    </w:p>
    <w:p>
      <w:pPr>
        <w:spacing w:before="0" w:after="80" w:line="300" w:lineRule="auto"/>
        <w:jc w:val="left"/>
      </w:pPr>
      <w:r>
        <w:rPr>
          <w:rFonts w:ascii="Times New Roman" w:hAnsi="Times New Roman" w:eastAsia="宋体"/>
          <w:b w:val="0"/>
          <w:i w:val="0"/>
          <w:color w:val="333333"/>
          <w:sz w:val="19"/>
        </w:rPr>
        <w:t>= ((125 - h)(h - 125))/(-(h + 25)(3h - 225)),</w:t>
      </w:r>
    </w:p>
    <w:p>
      <w:pPr>
        <w:spacing w:before="0" w:after="80" w:line="300" w:lineRule="auto"/>
        <w:jc w:val="left"/>
      </w:pPr>
      <w:r>
        <w:rPr>
          <w:rFonts w:ascii="Times New Roman" w:hAnsi="Times New Roman" w:eastAsia="宋体"/>
          <w:b w:val="0"/>
          <w:i w:val="0"/>
          <w:color w:val="333333"/>
          <w:sz w:val="19"/>
        </w:rPr>
        <w:t>which gives h = -25 ± 75√(2). Since x₁ = 2h-125 must be less than x₂=-25, we need h &lt; 50, so h = -25-75√(2).</w:t>
      </w:r>
    </w:p>
    <w:p>
      <w:pPr>
        <w:spacing w:before="0" w:after="80" w:line="300" w:lineRule="auto"/>
        <w:jc w:val="left"/>
      </w:pPr>
      <w:r>
        <w:rPr>
          <w:rFonts w:ascii="Times New Roman" w:hAnsi="Times New Roman" w:eastAsia="宋体"/>
          <w:b w:val="0"/>
          <w:i w:val="0"/>
          <w:color w:val="333333"/>
          <w:sz w:val="19"/>
        </w:rPr>
        <w:t>Then x₄ = 100 - x₁, so</w:t>
      </w:r>
    </w:p>
    <w:p>
      <w:pPr>
        <w:spacing w:before="0" w:after="80" w:line="300" w:lineRule="auto"/>
        <w:jc w:val="left"/>
      </w:pPr>
      <w:r>
        <w:rPr>
          <w:rFonts w:ascii="Times New Roman" w:hAnsi="Times New Roman" w:eastAsia="宋体"/>
          <w:b w:val="0"/>
          <w:i w:val="0"/>
          <w:color w:val="333333"/>
          <w:sz w:val="19"/>
        </w:rPr>
        <w:t>x₄ - x₁ = 350 - 4h</w:t>
      </w:r>
    </w:p>
    <w:p>
      <w:pPr>
        <w:spacing w:before="0" w:after="80" w:line="300" w:lineRule="auto"/>
        <w:jc w:val="left"/>
      </w:pPr>
      <w:r>
        <w:rPr>
          <w:rFonts w:ascii="Times New Roman" w:hAnsi="Times New Roman" w:eastAsia="宋体"/>
          <w:b w:val="0"/>
          <w:i w:val="0"/>
          <w:color w:val="333333"/>
          <w:sz w:val="19"/>
        </w:rPr>
        <w:t>= 450 + 300√(2).</w:t>
      </w:r>
    </w:p>
    <w:p>
      <w:pPr>
        <w:spacing w:before="0" w:after="80" w:line="300" w:lineRule="auto"/>
        <w:jc w:val="left"/>
      </w:pPr>
      <w:r>
        <w:rPr>
          <w:rFonts w:ascii="Times New Roman" w:hAnsi="Times New Roman" w:eastAsia="宋体"/>
          <w:b w:val="0"/>
          <w:i w:val="0"/>
          <w:color w:val="333333"/>
          <w:sz w:val="19"/>
        </w:rPr>
        <w:t>Hence m + n + p = 450 + 300 + 2 = 752.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因为 log₂ T(n + 1) = T(n)，每次应用 log₂ 都会从一个 2 的幂塔顶部去掉一层。</w:t>
      </w:r>
    </w:p>
    <w:p>
      <w:pPr>
        <w:spacing w:before="0" w:after="80" w:line="300" w:lineRule="auto"/>
        <w:jc w:val="left"/>
      </w:pPr>
      <w:r>
        <w:rPr>
          <w:rFonts w:ascii="Times New Roman" w:hAnsi="Times New Roman" w:eastAsia="宋体"/>
          <w:b w:val="0"/>
          <w:i w:val="0"/>
          <w:sz w:val="21"/>
        </w:rPr>
        <w:t>记 Tⱼ=T(j)，并设 Lⱼ 为对 B 恰好取 j 次 log₂ 所得的结果。前两个结果为</w:t>
      </w:r>
    </w:p>
    <w:p>
      <w:pPr>
        <w:spacing w:before="0" w:after="80" w:line="300" w:lineRule="auto"/>
        <w:jc w:val="left"/>
      </w:pPr>
      <w:r>
        <w:rPr>
          <w:rFonts w:ascii="Times New Roman" w:hAnsi="Times New Roman" w:eastAsia="宋体"/>
          <w:b w:val="0"/>
          <w:i w:val="0"/>
          <w:sz w:val="21"/>
        </w:rPr>
        <w:t>L₁ = A T₂₀₀₈,</w:t>
      </w:r>
    </w:p>
    <w:p>
      <w:pPr>
        <w:spacing w:before="0" w:after="80" w:line="300" w:lineRule="auto"/>
        <w:jc w:val="left"/>
      </w:pPr>
      <w:r>
        <w:rPr>
          <w:rFonts w:ascii="Times New Roman" w:hAnsi="Times New Roman" w:eastAsia="宋体"/>
          <w:b w:val="0"/>
          <w:i w:val="0"/>
          <w:sz w:val="21"/>
        </w:rPr>
        <w:t>L₂ = T₂₀₀₉T₂₀₀₈+T₂₀₀₇</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先看下界，</w:t>
      </w:r>
    </w:p>
    <w:p>
      <w:pPr>
        <w:spacing w:before="0" w:after="80" w:line="300" w:lineRule="auto"/>
        <w:jc w:val="left"/>
      </w:pPr>
      <w:r>
        <w:rPr>
          <w:rFonts w:ascii="Times New Roman" w:hAnsi="Times New Roman" w:eastAsia="宋体"/>
          <w:b w:val="0"/>
          <w:i w:val="0"/>
          <w:sz w:val="21"/>
        </w:rPr>
        <w:t>L₃ &gt; log₂(T₂₀₀₉T₂₀₀₈)</w:t>
      </w:r>
    </w:p>
    <w:p>
      <w:pPr>
        <w:spacing w:before="0" w:after="80" w:line="300" w:lineRule="auto"/>
        <w:jc w:val="left"/>
      </w:pPr>
      <w:r>
        <w:rPr>
          <w:rFonts w:ascii="Times New Roman" w:hAnsi="Times New Roman" w:eastAsia="宋体"/>
          <w:b w:val="0"/>
          <w:i w:val="0"/>
          <w:sz w:val="21"/>
        </w:rPr>
        <w:t>= T₂₀₀₈+T₂₀₀₇</w:t>
      </w:r>
    </w:p>
    <w:p>
      <w:pPr>
        <w:spacing w:before="0" w:after="80" w:line="300" w:lineRule="auto"/>
        <w:jc w:val="left"/>
      </w:pPr>
      <w:r>
        <w:rPr>
          <w:rFonts w:ascii="Times New Roman" w:hAnsi="Times New Roman" w:eastAsia="宋体"/>
          <w:b w:val="0"/>
          <w:i w:val="0"/>
          <w:sz w:val="21"/>
        </w:rPr>
        <w:t>&gt; T₂₀₀₈</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反复取对数可得，对 0≤ k≤ 2007 都有 Lₖ₊₃ &gt; T₂₀₀₈₋ₖ。特别地，L₂₀₁₀&gt;2，于是 L₂₀₁₁&gt;1，进而 L₂₀₁₂&gt;0。因此 L₂₀₁₃ 有定义。</w:t>
      </w:r>
    </w:p>
    <w:p>
      <w:pPr>
        <w:spacing w:before="0" w:after="80" w:line="300" w:lineRule="auto"/>
        <w:jc w:val="left"/>
      </w:pPr>
      <w:r>
        <w:rPr>
          <w:rFonts w:ascii="Times New Roman" w:hAnsi="Times New Roman" w:eastAsia="宋体"/>
          <w:b w:val="0"/>
          <w:i w:val="0"/>
          <w:sz w:val="21"/>
        </w:rPr>
        <w:t>再看上界，由 T₂₀₀₇&lt; T₂₀₀₈T₂₀₀₉ 得</w:t>
      </w:r>
    </w:p>
    <w:p>
      <w:pPr>
        <w:spacing w:before="0" w:after="80" w:line="300" w:lineRule="auto"/>
        <w:jc w:val="left"/>
      </w:pPr>
      <w:r>
        <w:rPr>
          <w:rFonts w:ascii="Times New Roman" w:hAnsi="Times New Roman" w:eastAsia="宋体"/>
          <w:b w:val="0"/>
          <w:i w:val="0"/>
          <w:sz w:val="21"/>
        </w:rPr>
        <w:t>L₃ &lt; 1+T₂₀₀₇+T₂₀₀₈</w:t>
      </w:r>
    </w:p>
    <w:p>
      <w:pPr>
        <w:spacing w:before="0" w:after="80" w:line="300" w:lineRule="auto"/>
        <w:jc w:val="left"/>
      </w:pPr>
      <w:r>
        <w:rPr>
          <w:rFonts w:ascii="Times New Roman" w:hAnsi="Times New Roman" w:eastAsia="宋体"/>
          <w:b w:val="0"/>
          <w:i w:val="0"/>
          <w:sz w:val="21"/>
        </w:rPr>
        <w:t>&lt; 2T₂₀₀₈,</w:t>
      </w:r>
    </w:p>
    <w:p>
      <w:pPr>
        <w:spacing w:before="0" w:after="80" w:line="300" w:lineRule="auto"/>
        <w:jc w:val="left"/>
      </w:pPr>
      <w:r>
        <w:rPr>
          <w:rFonts w:ascii="Times New Roman" w:hAnsi="Times New Roman" w:eastAsia="宋体"/>
          <w:b w:val="0"/>
          <w:i w:val="0"/>
          <w:sz w:val="21"/>
        </w:rPr>
        <w:t>L₄ &lt; 1+T₂₀₀₇ &lt; T₂₀₀₈</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反复使用最后一个不等式可得，对 0≤ k≤2007 都有 Lₖ₊₄&lt; T₂₀₀₈₋ₖ。于是 L₂₀₁₁&lt;2。结合下界即得 0&lt; L₂₀₁₂&lt;1，从而 L₂₀₁₃&lt;0。因此 L₂₀₁₄ 无定义，最大的 k 是 2013。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log₂ T(n + 1) = T(n), each application of log₂ strips one 2 off the top of a tower of twos.</w:t>
      </w:r>
    </w:p>
    <w:p>
      <w:pPr>
        <w:spacing w:before="0" w:after="80" w:line="300" w:lineRule="auto"/>
        <w:jc w:val="left"/>
      </w:pPr>
      <w:r>
        <w:rPr>
          <w:rFonts w:ascii="Times New Roman" w:hAnsi="Times New Roman" w:eastAsia="宋体"/>
          <w:b w:val="0"/>
          <w:i w:val="0"/>
          <w:color w:val="333333"/>
          <w:sz w:val="19"/>
        </w:rPr>
        <w:t>Write Tⱼ=T(j), and let Lⱼ be the result of applying log₂ to B exactly j times. The first two results are</w:t>
      </w:r>
    </w:p>
    <w:p>
      <w:pPr>
        <w:spacing w:before="0" w:after="80" w:line="300" w:lineRule="auto"/>
        <w:jc w:val="left"/>
      </w:pPr>
      <w:r>
        <w:rPr>
          <w:rFonts w:ascii="Times New Roman" w:hAnsi="Times New Roman" w:eastAsia="宋体"/>
          <w:b w:val="0"/>
          <w:i w:val="0"/>
          <w:color w:val="333333"/>
          <w:sz w:val="19"/>
        </w:rPr>
        <w:t>L₁ = A T₂₀₀₈,</w:t>
      </w:r>
    </w:p>
    <w:p>
      <w:pPr>
        <w:spacing w:before="0" w:after="80" w:line="300" w:lineRule="auto"/>
        <w:jc w:val="left"/>
      </w:pPr>
      <w:r>
        <w:rPr>
          <w:rFonts w:ascii="Times New Roman" w:hAnsi="Times New Roman" w:eastAsia="宋体"/>
          <w:b w:val="0"/>
          <w:i w:val="0"/>
          <w:color w:val="333333"/>
          <w:sz w:val="19"/>
        </w:rPr>
        <w:t>L₂ = T₂₀₀₉T₂₀₀₈+T₂₀₀₇.</w:t>
      </w:r>
    </w:p>
    <w:p>
      <w:pPr>
        <w:spacing w:before="0" w:after="80" w:line="300" w:lineRule="auto"/>
        <w:jc w:val="left"/>
      </w:pPr>
      <w:r>
        <w:rPr>
          <w:rFonts w:ascii="Times New Roman" w:hAnsi="Times New Roman" w:eastAsia="宋体"/>
          <w:b w:val="0"/>
          <w:i w:val="0"/>
          <w:color w:val="333333"/>
          <w:sz w:val="19"/>
        </w:rPr>
        <w:t>For the lower bound,</w:t>
      </w:r>
    </w:p>
    <w:p>
      <w:pPr>
        <w:spacing w:before="0" w:after="80" w:line="300" w:lineRule="auto"/>
        <w:jc w:val="left"/>
      </w:pPr>
      <w:r>
        <w:rPr>
          <w:rFonts w:ascii="Times New Roman" w:hAnsi="Times New Roman" w:eastAsia="宋体"/>
          <w:b w:val="0"/>
          <w:i w:val="0"/>
          <w:color w:val="333333"/>
          <w:sz w:val="19"/>
        </w:rPr>
        <w:t>L₃ &gt; log₂(T₂₀₀₉T₂₀₀₈)</w:t>
      </w:r>
    </w:p>
    <w:p>
      <w:pPr>
        <w:spacing w:before="0" w:after="80" w:line="300" w:lineRule="auto"/>
        <w:jc w:val="left"/>
      </w:pPr>
      <w:r>
        <w:rPr>
          <w:rFonts w:ascii="Times New Roman" w:hAnsi="Times New Roman" w:eastAsia="宋体"/>
          <w:b w:val="0"/>
          <w:i w:val="0"/>
          <w:color w:val="333333"/>
          <w:sz w:val="19"/>
        </w:rPr>
        <w:t>= T₂₀₀₈+T₂₀₀₇</w:t>
      </w:r>
    </w:p>
    <w:p>
      <w:pPr>
        <w:spacing w:before="0" w:after="80" w:line="300" w:lineRule="auto"/>
        <w:jc w:val="left"/>
      </w:pPr>
      <w:r>
        <w:rPr>
          <w:rFonts w:ascii="Times New Roman" w:hAnsi="Times New Roman" w:eastAsia="宋体"/>
          <w:b w:val="0"/>
          <w:i w:val="0"/>
          <w:color w:val="333333"/>
          <w:sz w:val="19"/>
        </w:rPr>
        <w:t>&gt; T₂₀₀₈.</w:t>
      </w:r>
    </w:p>
    <w:p>
      <w:pPr>
        <w:spacing w:before="0" w:after="80" w:line="300" w:lineRule="auto"/>
        <w:jc w:val="left"/>
      </w:pPr>
      <w:r>
        <w:rPr>
          <w:rFonts w:ascii="Times New Roman" w:hAnsi="Times New Roman" w:eastAsia="宋体"/>
          <w:b w:val="0"/>
          <w:i w:val="0"/>
          <w:color w:val="333333"/>
          <w:sz w:val="19"/>
        </w:rPr>
        <w:t>Repeatedly taking logarithms gives Lₖ₊₃ &gt; T₂₀₀₈₋ₖ for 0≤ k≤ 2007. In particular, L₂₀₁₀&gt;2, so L₂₀₁₁&gt;1 and L₂₀₁₂&gt;0. Thus L₂₀₁₃ is defined.</w:t>
      </w:r>
    </w:p>
    <w:p>
      <w:pPr>
        <w:spacing w:before="0" w:after="80" w:line="300" w:lineRule="auto"/>
        <w:jc w:val="left"/>
      </w:pPr>
      <w:r>
        <w:rPr>
          <w:rFonts w:ascii="Times New Roman" w:hAnsi="Times New Roman" w:eastAsia="宋体"/>
          <w:b w:val="0"/>
          <w:i w:val="0"/>
          <w:color w:val="333333"/>
          <w:sz w:val="19"/>
        </w:rPr>
        <w:t>For the upper bound, T₂₀₀₇&lt; T₂₀₀₈T₂₀₀₉, so</w:t>
      </w:r>
    </w:p>
    <w:p>
      <w:pPr>
        <w:spacing w:before="0" w:after="80" w:line="300" w:lineRule="auto"/>
        <w:jc w:val="left"/>
      </w:pPr>
      <w:r>
        <w:rPr>
          <w:rFonts w:ascii="Times New Roman" w:hAnsi="Times New Roman" w:eastAsia="宋体"/>
          <w:b w:val="0"/>
          <w:i w:val="0"/>
          <w:color w:val="333333"/>
          <w:sz w:val="19"/>
        </w:rPr>
        <w:t>L₃ &lt; 1+T₂₀₀₇+T₂₀₀₈</w:t>
      </w:r>
    </w:p>
    <w:p>
      <w:pPr>
        <w:spacing w:before="0" w:after="80" w:line="300" w:lineRule="auto"/>
        <w:jc w:val="left"/>
      </w:pPr>
      <w:r>
        <w:rPr>
          <w:rFonts w:ascii="Times New Roman" w:hAnsi="Times New Roman" w:eastAsia="宋体"/>
          <w:b w:val="0"/>
          <w:i w:val="0"/>
          <w:color w:val="333333"/>
          <w:sz w:val="19"/>
        </w:rPr>
        <w:t>&lt; 2T₂₀₀₈,</w:t>
      </w:r>
    </w:p>
    <w:p>
      <w:pPr>
        <w:spacing w:before="0" w:after="80" w:line="300" w:lineRule="auto"/>
        <w:jc w:val="left"/>
      </w:pPr>
      <w:r>
        <w:rPr>
          <w:rFonts w:ascii="Times New Roman" w:hAnsi="Times New Roman" w:eastAsia="宋体"/>
          <w:b w:val="0"/>
          <w:i w:val="0"/>
          <w:color w:val="333333"/>
          <w:sz w:val="19"/>
        </w:rPr>
        <w:t>L₄ &lt; 1+T₂₀₀₇ &lt; T₂₀₀₈.</w:t>
      </w:r>
    </w:p>
    <w:p>
      <w:pPr>
        <w:spacing w:before="0" w:after="80" w:line="300" w:lineRule="auto"/>
        <w:jc w:val="left"/>
      </w:pPr>
      <w:r>
        <w:rPr>
          <w:rFonts w:ascii="Times New Roman" w:hAnsi="Times New Roman" w:eastAsia="宋体"/>
          <w:b w:val="0"/>
          <w:i w:val="0"/>
          <w:color w:val="333333"/>
          <w:sz w:val="19"/>
        </w:rPr>
        <w:t>Repeating the last comparison gives Lₖ₊₄&lt; T₂₀₀₈₋ₖ for 0≤ k≤2007. Hence L₂₀₁₁&lt;2. Together with the lower bound, this yields 0&lt; L₂₀₁₂&lt;1, so L₂₀₁₃&lt;0. Therefore L₂₀₁₄ is undefined, and the largest possible k is 2013.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递推式正是正切加法公式，并且 a₁ = tanπ/4，a₂ = tanπ/6。</w:t>
      </w:r>
    </w:p>
    <w:p>
      <w:pPr>
        <w:spacing w:before="0" w:after="80" w:line="300" w:lineRule="auto"/>
        <w:jc w:val="left"/>
      </w:pPr>
      <w:r>
        <w:rPr>
          <w:rFonts w:ascii="Times New Roman" w:hAnsi="Times New Roman" w:eastAsia="宋体"/>
          <w:b w:val="0"/>
          <w:i w:val="0"/>
          <w:sz w:val="21"/>
        </w:rPr>
        <w:t>写成 aₙ = tan(π cₙ)/12，其中 c₁ = 3、c₂ = 2，且 cₙ₊₂ ≡ cₙ + cₙ₊₁ pmod12。序列 cₙ 为</w:t>
      </w:r>
    </w:p>
    <w:p>
      <w:pPr>
        <w:spacing w:before="0" w:after="80" w:line="300" w:lineRule="auto"/>
        <w:jc w:val="left"/>
      </w:pPr>
      <w:r>
        <w:rPr>
          <w:rFonts w:ascii="Times New Roman" w:hAnsi="Times New Roman" w:eastAsia="宋体"/>
          <w:b w:val="0"/>
          <w:i w:val="0"/>
          <w:sz w:val="21"/>
        </w:rPr>
        <w:t>3, 2, 5, 7, 0, 7, 7, 2,</w:t>
      </w:r>
    </w:p>
    <w:p>
      <w:pPr>
        <w:spacing w:before="0" w:after="80" w:line="300" w:lineRule="auto"/>
        <w:jc w:val="left"/>
      </w:pPr>
      <w:r>
        <w:rPr>
          <w:rFonts w:ascii="Times New Roman" w:hAnsi="Times New Roman" w:eastAsia="宋体"/>
          <w:b w:val="0"/>
          <w:i w:val="0"/>
          <w:sz w:val="21"/>
        </w:rPr>
        <w:t>9, 11, 8, 7, 3, 10, 1, 11,</w:t>
      </w:r>
    </w:p>
    <w:p>
      <w:pPr>
        <w:spacing w:before="0" w:after="80" w:line="300" w:lineRule="auto"/>
        <w:jc w:val="left"/>
      </w:pPr>
      <w:r>
        <w:rPr>
          <w:rFonts w:ascii="Times New Roman" w:hAnsi="Times New Roman" w:eastAsia="宋体"/>
          <w:b w:val="0"/>
          <w:i w:val="0"/>
          <w:sz w:val="21"/>
        </w:rPr>
        <w:t>0, 11, 11, 10, 9, 7, 4, 11, …</w:t>
      </w:r>
    </w:p>
    <w:p>
      <w:pPr>
        <w:spacing w:before="0" w:after="80" w:line="300" w:lineRule="auto"/>
        <w:jc w:val="left"/>
      </w:pPr>
      <w:r>
        <w:rPr>
          <w:rFonts w:ascii="Times New Roman" w:hAnsi="Times New Roman" w:eastAsia="宋体"/>
          <w:b w:val="0"/>
          <w:i w:val="0"/>
          <w:sz w:val="21"/>
        </w:rPr>
        <w:t>其周期为 24。</w:t>
      </w:r>
    </w:p>
    <w:p>
      <w:pPr>
        <w:spacing w:before="0" w:after="80" w:line="300" w:lineRule="auto"/>
        <w:jc w:val="left"/>
      </w:pPr>
      <w:r>
        <w:rPr>
          <w:rFonts w:ascii="Times New Roman" w:hAnsi="Times New Roman" w:eastAsia="宋体"/>
          <w:b w:val="0"/>
          <w:i w:val="0"/>
          <w:sz w:val="21"/>
        </w:rPr>
        <w:t>因为 2009 = 24· 83 + 17，所以 c₂₀₀₉ = c₁₇ = 0，从而 a₂₀₀₉ = tan 0 = 0，|a₂₀₀₉| = 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recursion is exactly the tangent addition formula, and a₁ = tanπ/4, a₂ = tanπ/6.</w:t>
      </w:r>
    </w:p>
    <w:p>
      <w:pPr>
        <w:spacing w:before="0" w:after="80" w:line="300" w:lineRule="auto"/>
        <w:jc w:val="left"/>
      </w:pPr>
      <w:r>
        <w:rPr>
          <w:rFonts w:ascii="Times New Roman" w:hAnsi="Times New Roman" w:eastAsia="宋体"/>
          <w:b w:val="0"/>
          <w:i w:val="0"/>
          <w:color w:val="333333"/>
          <w:sz w:val="19"/>
        </w:rPr>
        <w:t>Writing aₙ = tan(π cₙ)/12 with c₁ = 3, c₂ = 2, and cₙ₊₂ ≡ cₙ + cₙ₊₁ pmod12, the sequence cₙ is</w:t>
      </w:r>
    </w:p>
    <w:p>
      <w:pPr>
        <w:spacing w:before="0" w:after="80" w:line="300" w:lineRule="auto"/>
        <w:jc w:val="left"/>
      </w:pPr>
      <w:r>
        <w:rPr>
          <w:rFonts w:ascii="Times New Roman" w:hAnsi="Times New Roman" w:eastAsia="宋体"/>
          <w:b w:val="0"/>
          <w:i w:val="0"/>
          <w:color w:val="333333"/>
          <w:sz w:val="19"/>
        </w:rPr>
        <w:t>3, 2, 5, 7, 0, 7, 7, 2,</w:t>
      </w:r>
    </w:p>
    <w:p>
      <w:pPr>
        <w:spacing w:before="0" w:after="80" w:line="300" w:lineRule="auto"/>
        <w:jc w:val="left"/>
      </w:pPr>
      <w:r>
        <w:rPr>
          <w:rFonts w:ascii="Times New Roman" w:hAnsi="Times New Roman" w:eastAsia="宋体"/>
          <w:b w:val="0"/>
          <w:i w:val="0"/>
          <w:color w:val="333333"/>
          <w:sz w:val="19"/>
        </w:rPr>
        <w:t>9, 11, 8, 7, 3, 10, 1, 11,</w:t>
      </w:r>
    </w:p>
    <w:p>
      <w:pPr>
        <w:spacing w:before="0" w:after="80" w:line="300" w:lineRule="auto"/>
        <w:jc w:val="left"/>
      </w:pPr>
      <w:r>
        <w:rPr>
          <w:rFonts w:ascii="Times New Roman" w:hAnsi="Times New Roman" w:eastAsia="宋体"/>
          <w:b w:val="0"/>
          <w:i w:val="0"/>
          <w:color w:val="333333"/>
          <w:sz w:val="19"/>
        </w:rPr>
        <w:t>0, 11, 11, 10, 9, 7, 4, 11, …</w:t>
      </w:r>
    </w:p>
    <w:p>
      <w:pPr>
        <w:spacing w:before="0" w:after="80" w:line="300" w:lineRule="auto"/>
        <w:jc w:val="left"/>
      </w:pPr>
      <w:r>
        <w:rPr>
          <w:rFonts w:ascii="Times New Roman" w:hAnsi="Times New Roman" w:eastAsia="宋体"/>
          <w:b w:val="0"/>
          <w:i w:val="0"/>
          <w:color w:val="333333"/>
          <w:sz w:val="19"/>
        </w:rPr>
        <w:t>which is periodic with period 24.</w:t>
      </w:r>
    </w:p>
    <w:p>
      <w:pPr>
        <w:spacing w:before="0" w:after="80" w:line="300" w:lineRule="auto"/>
        <w:jc w:val="left"/>
      </w:pPr>
      <w:r>
        <w:rPr>
          <w:rFonts w:ascii="Times New Roman" w:hAnsi="Times New Roman" w:eastAsia="宋体"/>
          <w:b w:val="0"/>
          <w:i w:val="0"/>
          <w:color w:val="333333"/>
          <w:sz w:val="19"/>
        </w:rPr>
        <w:t>Since 2009 = 24· 83 + 17, c₂₀₀₉ = c₁₇ = 0, so a₂₀₀₉ = tan 0 = 0 and |a₂₀₀₉| =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