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2008B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一名篮球运动员在一场比赛中投进了 5 个球。每次进球得 2 分或 3 分。该运动员总得分可能有多少种不同的数值？</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basketball player made 5 baskets during a game. Each basket was worth either 2 or 3 points. How many different numbers could represent the total points scored by the player?</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如图所示，一个 4 × 4 的日历日期方块。先将第二行数字的顺序反过来。然后将第四行数字的顺序反过来。最后，把两条对角线上的数字分别相加。两个对角线和的正差是多少？</w:t>
      </w:r>
    </w:p>
    <w:p>
      <w:pPr>
        <w:spacing w:before="80" w:after="80"/>
        <w:jc w:val="center"/>
      </w:pPr>
      <w:r>
        <w:drawing>
          <wp:inline xmlns:a="http://schemas.openxmlformats.org/drawingml/2006/main" xmlns:pic="http://schemas.openxmlformats.org/drawingml/2006/picture">
            <wp:extent cx="1470274" cy="1470274"/>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470274" cy="1470274"/>
                    </a:xfrm>
                    <a:prstGeom prst="rect"/>
                  </pic:spPr>
                </pic:pic>
              </a:graphicData>
            </a:graphic>
          </wp:inline>
        </w:drawing>
      </w:r>
    </w:p>
    <w:p>
      <w:pPr>
        <w:spacing w:before="0" w:after="120" w:line="300" w:lineRule="auto"/>
      </w:pPr>
      <w:r>
        <w:rPr>
          <w:rFonts w:ascii="Times New Roman" w:hAnsi="Times New Roman" w:eastAsia="宋体"/>
          <w:b w:val="0"/>
          <w:i w:val="0"/>
          <w:sz w:val="21"/>
        </w:rPr>
        <w:t>（A）2　　（B）4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4 × 4 block of calendar dates is shown. The order of the numbers in the second row is to be reversed. Then the order of the numbers in the fourth row is to be reversed. Finally, the numbers on each diagonal are to be added. What will be the positive difference between the two diagonal sums?</w:t>
      </w:r>
    </w:p>
    <w:p>
      <w:pPr>
        <w:spacing w:before="80" w:after="80"/>
        <w:jc w:val="center"/>
      </w:pPr>
      <w:r>
        <w:drawing>
          <wp:inline xmlns:a="http://schemas.openxmlformats.org/drawingml/2006/main" xmlns:pic="http://schemas.openxmlformats.org/drawingml/2006/picture">
            <wp:extent cx="1470274" cy="1470274"/>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470274" cy="14702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4　　(C) 6　　(D) 8　　(E) 10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一个半职业棒球联盟中每队有 21 名球员。联盟规则规定，每名球员工资至少为 $15,000，并且每队所有球员工资总和不能超过 $700,000。单名球员最高可能工资是多少美元？</w:t>
      </w:r>
    </w:p>
    <w:p>
      <w:pPr>
        <w:spacing w:before="0" w:after="120" w:line="300" w:lineRule="auto"/>
      </w:pPr>
      <w:r>
        <w:rPr>
          <w:rFonts w:ascii="Times New Roman" w:hAnsi="Times New Roman" w:eastAsia="宋体"/>
          <w:b w:val="0"/>
          <w:i w:val="0"/>
          <w:sz w:val="21"/>
        </w:rPr>
        <w:t>（A）270,000　　（B）385,000　　（C）400,000　　（D）430,000　　（E）700,000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semipro baseball league has teams with 21 players each. League rules state that a player must be paid at least $15,000, and that the total of all players’ salaries for each team cannot exceed $700,000. What is the maximum possible salary, in dollars, for a single player?</w:t>
      </w:r>
    </w:p>
    <w:p>
      <w:pPr>
        <w:spacing w:before="0" w:after="160" w:line="300" w:lineRule="auto"/>
      </w:pPr>
      <w:r>
        <w:rPr>
          <w:rFonts w:ascii="Times New Roman" w:hAnsi="Times New Roman" w:eastAsia="宋体"/>
          <w:b w:val="0"/>
          <w:i w:val="0"/>
          <w:color w:val="333333"/>
          <w:sz w:val="19"/>
        </w:rPr>
        <w:t>(A) 270,000　　(B) 385,000　　(C) 400,000　　(D) 430,000　　(E) 700,000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在圆 O 上，点 C 和 D 位于直径 AB 的同一侧，∠ AOC = 30°，且 ∠ DOB = 45°。较小扇形 COD 的面积与圆面积之比是多少？</w:t>
      </w:r>
    </w:p>
    <w:p>
      <w:pPr>
        <w:spacing w:before="80" w:after="80"/>
        <w:jc w:val="center"/>
      </w:pPr>
      <w:r>
        <w:drawing>
          <wp:inline xmlns:a="http://schemas.openxmlformats.org/drawingml/2006/main" xmlns:pic="http://schemas.openxmlformats.org/drawingml/2006/picture">
            <wp:extent cx="1825334" cy="1470274"/>
            <wp:docPr id="3" name="Picture 3"/>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1825334" cy="1470274"/>
                    </a:xfrm>
                    <a:prstGeom prst="rect"/>
                  </pic:spPr>
                </pic:pic>
              </a:graphicData>
            </a:graphic>
          </wp:inline>
        </w:drawing>
      </w:r>
    </w:p>
    <w:p>
      <w:pPr>
        <w:spacing w:before="0" w:after="120" w:line="300" w:lineRule="auto"/>
      </w:pPr>
      <w:r>
        <w:rPr>
          <w:rFonts w:ascii="Times New Roman" w:hAnsi="Times New Roman" w:eastAsia="宋体"/>
          <w:b w:val="0"/>
          <w:i w:val="0"/>
          <w:sz w:val="21"/>
        </w:rPr>
        <w:t>（A）2/9　　（B）1/4　　（C）5/18　　（D）7/24　　（E）3/10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circle O, points C and D are on the same side of diameter AB, ∠ AOC = 30°, and ∠ DOB = 45°. What is the ratio of the area of the smaller sector COD to the area of the circle?</w:t>
      </w:r>
    </w:p>
    <w:p>
      <w:pPr>
        <w:spacing w:before="80" w:after="80"/>
        <w:jc w:val="center"/>
      </w:pPr>
      <w:r>
        <w:drawing>
          <wp:inline xmlns:a="http://schemas.openxmlformats.org/drawingml/2006/main" xmlns:pic="http://schemas.openxmlformats.org/drawingml/2006/picture">
            <wp:extent cx="1825334" cy="1470274"/>
            <wp:docPr id="4" name="Picture 4"/>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1825334" cy="14702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2/9　　(B) 1/4　　(C) 5/18　　(D) 7/24　　(E) 3/10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一个班级筹集了 $50 为住院同学买花。玫瑰每朵 $3，康乃馨每朵 $2。不使用其他花。恰好花完 $50 可以购买多少种不同的花束？</w:t>
      </w:r>
    </w:p>
    <w:p>
      <w:pPr>
        <w:spacing w:before="0" w:after="120" w:line="300" w:lineRule="auto"/>
      </w:pPr>
      <w:r>
        <w:rPr>
          <w:rFonts w:ascii="Times New Roman" w:hAnsi="Times New Roman" w:eastAsia="宋体"/>
          <w:b w:val="0"/>
          <w:i w:val="0"/>
          <w:sz w:val="21"/>
        </w:rPr>
        <w:t>（A）1　　（B）7　　（C）9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class collects $50 to buy flowers for a classmate who is in the hospital. Roses cost $3 each, and carnations cost $2 each. No other flowers are to be used. How many different bouquets could be purchased for exactly $50?</w:t>
      </w:r>
    </w:p>
    <w:p>
      <w:pPr>
        <w:spacing w:before="0" w:after="160" w:line="300" w:lineRule="auto"/>
      </w:pPr>
      <w:r>
        <w:rPr>
          <w:rFonts w:ascii="Times New Roman" w:hAnsi="Times New Roman" w:eastAsia="宋体"/>
          <w:b w:val="0"/>
          <w:i w:val="0"/>
          <w:color w:val="333333"/>
          <w:sz w:val="19"/>
        </w:rPr>
        <w:t>(A) 1　　(B) 7　　(C) 9　　(D) 16　　(E) 17</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邮差 Pete 有一个计步器来记录步数。计步器最多显示 99999 步，下一步会翻转为 00000。Pete 计划计算自己一年的里程。一月 1 日，Pete 将计步器设为 00000。一年中，计步器从 99999 翻到 00000 共四十四次。十二月 31 日，计步器显示 50000。Pete 每英里走 1800 步。下列哪一项最接近 Pete 这一年走过的英里数？</w:t>
      </w:r>
    </w:p>
    <w:p>
      <w:pPr>
        <w:spacing w:before="0" w:after="120" w:line="300" w:lineRule="auto"/>
      </w:pPr>
      <w:r>
        <w:rPr>
          <w:rFonts w:ascii="Times New Roman" w:hAnsi="Times New Roman" w:eastAsia="宋体"/>
          <w:b w:val="0"/>
          <w:i w:val="0"/>
          <w:sz w:val="21"/>
        </w:rPr>
        <w:t>（A）2500　　（B）3000　　（C）3500　　（D）4000　　（E）4500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Postman Pete has a pedometer to count his steps. The pedometer records up to 99999 steps, then flips over to 00000 on the next step. Pete plans to determine his mileage for a year. On January 1 Pete sets the pedometer to 00000. During the year, the pedometer flips from 99999 to 00000 forty-four times. On December 31 the pedometer reads 50000. Pete takes 1800 steps per mile. Which of the following is closest to the number of miles Pete walked during the year?</w:t>
      </w:r>
    </w:p>
    <w:p>
      <w:pPr>
        <w:spacing w:before="0" w:after="160" w:line="300" w:lineRule="auto"/>
      </w:pPr>
      <w:r>
        <w:rPr>
          <w:rFonts w:ascii="Times New Roman" w:hAnsi="Times New Roman" w:eastAsia="宋体"/>
          <w:b w:val="0"/>
          <w:i w:val="0"/>
          <w:color w:val="333333"/>
          <w:sz w:val="19"/>
        </w:rPr>
        <w:t>(A) 2500　　(B) 3000　　(C) 3500　　(D) 4000　　(E) 4500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对实数 a 和 b，定义 a $ b = (a - b)²。(x - y)² $ (y - x)² 等于多少？</w:t>
      </w:r>
    </w:p>
    <w:p>
      <w:pPr>
        <w:spacing w:before="0" w:after="120" w:line="300" w:lineRule="auto"/>
      </w:pPr>
      <w:r>
        <w:rPr>
          <w:rFonts w:ascii="Times New Roman" w:hAnsi="Times New Roman" w:eastAsia="宋体"/>
          <w:b w:val="0"/>
          <w:i w:val="0"/>
          <w:sz w:val="21"/>
        </w:rPr>
        <w:t>（A）0　　（B）x² + y²　　（C）2x²　　（D）2y²　　（E）4xy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real numbers a and b, define a $ b = (a - b)². What is (x - y)² $ (y - x)²?</w:t>
      </w:r>
    </w:p>
    <w:p>
      <w:pPr>
        <w:spacing w:before="0" w:after="160" w:line="300" w:lineRule="auto"/>
      </w:pPr>
      <w:r>
        <w:rPr>
          <w:rFonts w:ascii="Times New Roman" w:hAnsi="Times New Roman" w:eastAsia="宋体"/>
          <w:b w:val="0"/>
          <w:i w:val="0"/>
          <w:color w:val="333333"/>
          <w:sz w:val="19"/>
        </w:rPr>
        <w:t>(A) 0　　(B) x² + y²　　(C) 2x²　　(D) 2y²　　(E) 4xy</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点 B 和 C 在 AD 上。AB 的长度是 BD 的 4 倍，AC 的长度是 CD 的 9 倍。BC 的长度是 AD 长度的几分之几？</w:t>
      </w:r>
    </w:p>
    <w:p>
      <w:pPr>
        <w:spacing w:before="0" w:after="120" w:line="300" w:lineRule="auto"/>
      </w:pPr>
      <w:r>
        <w:rPr>
          <w:rFonts w:ascii="Times New Roman" w:hAnsi="Times New Roman" w:eastAsia="宋体"/>
          <w:b w:val="0"/>
          <w:i w:val="0"/>
          <w:sz w:val="21"/>
        </w:rPr>
        <w:t>（A）1/36　　（B）1/13　　（C）1/10　　（D）5/36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B and C lie on AD. The length of AB is 4 times the length of BD, and the length of AC is 9 times the length of CD. The length of BC is what fraction of the length of AD?</w:t>
      </w:r>
    </w:p>
    <w:p>
      <w:pPr>
        <w:spacing w:before="0" w:after="160" w:line="300" w:lineRule="auto"/>
      </w:pPr>
      <w:r>
        <w:rPr>
          <w:rFonts w:ascii="Times New Roman" w:hAnsi="Times New Roman" w:eastAsia="宋体"/>
          <w:b w:val="0"/>
          <w:i w:val="0"/>
          <w:color w:val="333333"/>
          <w:sz w:val="19"/>
        </w:rPr>
        <w:t>(A) 1/36　　(B) 1/13　　(C) 1/10　　(D) 5/36　　(E) 1/5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点 A 和 B 在半径为 5 的圆上，且 AB = 6。点 C 是小弧 AB 的中点。线段 AC 的长度是多少？</w:t>
      </w:r>
    </w:p>
    <w:p>
      <w:pPr>
        <w:spacing w:before="0" w:after="120" w:line="300" w:lineRule="auto"/>
      </w:pPr>
      <w:r>
        <w:rPr>
          <w:rFonts w:ascii="Times New Roman" w:hAnsi="Times New Roman" w:eastAsia="宋体"/>
          <w:b w:val="0"/>
          <w:i w:val="0"/>
          <w:sz w:val="21"/>
        </w:rPr>
        <w:t>（A）√(10)　　（B）7/2　　（C）√(14)　　（D）√(15)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and B are on a circle of radius 5 and AB = 6. Point C is the midpoint of the minor arc AB. What is the length of the line segment AC?</w:t>
      </w:r>
    </w:p>
    <w:p>
      <w:pPr>
        <w:spacing w:before="0" w:after="160" w:line="300" w:lineRule="auto"/>
      </w:pPr>
      <w:r>
        <w:rPr>
          <w:rFonts w:ascii="Times New Roman" w:hAnsi="Times New Roman" w:eastAsia="宋体"/>
          <w:b w:val="0"/>
          <w:i w:val="0"/>
          <w:color w:val="333333"/>
          <w:sz w:val="19"/>
        </w:rPr>
        <w:t>(A) √(10)　　(B) 7/2　　(C) √(14)　　(D) √(15)　　(E) 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砌砖工 Brenda 单独建一个烟囱需要 9 小时，砌砖工 Brandon 单独建需要 10 小时。他们一起工作时聊天很多，合计产出每小时减少 10 块砖。他们一起工作 5 小时建完烟囱。这个烟囱有多少块砖？</w:t>
      </w:r>
    </w:p>
    <w:p>
      <w:pPr>
        <w:spacing w:before="0" w:after="120" w:line="300" w:lineRule="auto"/>
      </w:pPr>
      <w:r>
        <w:rPr>
          <w:rFonts w:ascii="Times New Roman" w:hAnsi="Times New Roman" w:eastAsia="宋体"/>
          <w:b w:val="0"/>
          <w:i w:val="0"/>
          <w:sz w:val="21"/>
        </w:rPr>
        <w:t>（A）500　　（B）900　　（C）950　　（D）1000　　（E）1900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Bricklayer Brenda would take 9 hours to build a chimney alone, and bricklayer Brandon would take 10 hours to build it alone. When they work together, they talk a lot, and their combined output is decreased by 10 bricks per hour. Working together, they build the chimney in 5 hours. How many bricks are in the chimney?</w:t>
      </w:r>
    </w:p>
    <w:p>
      <w:pPr>
        <w:spacing w:before="0" w:after="160" w:line="300" w:lineRule="auto"/>
      </w:pPr>
      <w:r>
        <w:rPr>
          <w:rFonts w:ascii="Times New Roman" w:hAnsi="Times New Roman" w:eastAsia="宋体"/>
          <w:b w:val="0"/>
          <w:i w:val="0"/>
          <w:color w:val="333333"/>
          <w:sz w:val="19"/>
        </w:rPr>
        <w:t>(A) 500　　(B) 900　　(C) 950　　(D) 1000　　(E) 1900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一座圆锥形山的底部在海底，高为 8000 英尺。山体体积的顶端 1/8 在水面以上。山底处的海水深度是多少英尺？</w:t>
      </w:r>
    </w:p>
    <w:p>
      <w:pPr>
        <w:spacing w:before="0" w:after="120" w:line="300" w:lineRule="auto"/>
      </w:pPr>
      <w:r>
        <w:rPr>
          <w:rFonts w:ascii="Times New Roman" w:hAnsi="Times New Roman" w:eastAsia="宋体"/>
          <w:b w:val="0"/>
          <w:i w:val="0"/>
          <w:sz w:val="21"/>
        </w:rPr>
        <w:t>（A）4000　　（B）2000(4 - √(2))　　（C）6000　　（D）6400　　（E）7000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cone-shaped mountain has its base on the ocean floor and has a height of 8000 feet. The top 1/8 of the volume of the mountain is above water. What is the depth of the ocean at the base of the mountain, in feet?</w:t>
      </w:r>
    </w:p>
    <w:p>
      <w:pPr>
        <w:spacing w:before="0" w:after="160" w:line="300" w:lineRule="auto"/>
      </w:pPr>
      <w:r>
        <w:rPr>
          <w:rFonts w:ascii="Times New Roman" w:hAnsi="Times New Roman" w:eastAsia="宋体"/>
          <w:b w:val="0"/>
          <w:i w:val="0"/>
          <w:color w:val="333333"/>
          <w:sz w:val="19"/>
        </w:rPr>
        <w:t>(A) 4000　　(B) 2000(4 - √(2))　　(C) 6000　　(D) 6400　　(E) 7000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对每个正整数 n，某数列前 n 项的平均数为 n。这个数列的第 2008 项是多少？</w:t>
      </w:r>
    </w:p>
    <w:p>
      <w:pPr>
        <w:spacing w:before="0" w:after="120" w:line="300" w:lineRule="auto"/>
      </w:pPr>
      <w:r>
        <w:rPr>
          <w:rFonts w:ascii="Times New Roman" w:hAnsi="Times New Roman" w:eastAsia="宋体"/>
          <w:b w:val="0"/>
          <w:i w:val="0"/>
          <w:sz w:val="21"/>
        </w:rPr>
        <w:t>（A）2008　　（B）4015　　（C）4016　　（D）4,030,056　　（E）4,032,064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the mean of the first n terms of a sequence is n. What is the 2008th term of the sequence?</w:t>
      </w:r>
    </w:p>
    <w:p>
      <w:pPr>
        <w:spacing w:before="0" w:after="160" w:line="300" w:lineRule="auto"/>
      </w:pPr>
      <w:r>
        <w:rPr>
          <w:rFonts w:ascii="Times New Roman" w:hAnsi="Times New Roman" w:eastAsia="宋体"/>
          <w:b w:val="0"/>
          <w:i w:val="0"/>
          <w:color w:val="333333"/>
          <w:sz w:val="19"/>
        </w:rPr>
        <w:t>(A) 2008　　(B) 4015　　(C) 4016　　(D) 4,030,056　　(E) 4,032,064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等边三角形 △ ABE 的顶点 E 在单位正方形 ABCD 的内部。令 R 为所有位于 ABCD 内部、△ ABE 外部，且到 AD 的距离介于 1/3 和 2/3 之间的点组成的区域。R 的面积是多少？</w:t>
      </w:r>
    </w:p>
    <w:p>
      <w:pPr>
        <w:spacing w:before="0" w:after="120" w:line="300" w:lineRule="auto"/>
      </w:pPr>
      <w:r>
        <w:rPr>
          <w:rFonts w:ascii="Times New Roman" w:hAnsi="Times New Roman" w:eastAsia="宋体"/>
          <w:b w:val="0"/>
          <w:i w:val="0"/>
          <w:sz w:val="21"/>
        </w:rPr>
        <w:t>（A）(12 - 5√(3))/72　　（B）(12 - 5√(3))/36　　（C）(√(3))/18　　（D）(3 - √(3))/9　　（E）(√(3))/12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Vertex E of equilateral △ ABE is in the interior of unit square ABCD. Let R be the region consisting of all points inside ABCD and outside △ ABE whose distance from AD is between 1/3 and 2/3. What is the area of R?</w:t>
      </w:r>
    </w:p>
    <w:p>
      <w:pPr>
        <w:spacing w:before="0" w:after="160" w:line="300" w:lineRule="auto"/>
      </w:pPr>
      <w:r>
        <w:rPr>
          <w:rFonts w:ascii="Times New Roman" w:hAnsi="Times New Roman" w:eastAsia="宋体"/>
          <w:b w:val="0"/>
          <w:i w:val="0"/>
          <w:color w:val="333333"/>
          <w:sz w:val="19"/>
        </w:rPr>
        <w:t>(A) (12 - 5√(3))/72　　(B) (12 - 5√(3))/36　　(C) (√(3))/18　　(D) (3 - √(3))/9　　(E) (√(3))/12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一个圆的半径为 log₁₀(a²)，周长为 log₁₀(b⁴)。logₐ b 等于多少？</w:t>
      </w:r>
    </w:p>
    <w:p>
      <w:pPr>
        <w:spacing w:before="0" w:after="120" w:line="300" w:lineRule="auto"/>
      </w:pPr>
      <w:r>
        <w:rPr>
          <w:rFonts w:ascii="Times New Roman" w:hAnsi="Times New Roman" w:eastAsia="宋体"/>
          <w:b w:val="0"/>
          <w:i w:val="0"/>
          <w:sz w:val="21"/>
        </w:rPr>
        <w:t>（A）1/4π　　（B）1/π　　（C）π　　（D）2π　　（E）10^(2π)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has a radius of log₁₀(a²) and a circumference of log₁₀(b⁴). What is logₐ b?</w:t>
      </w:r>
    </w:p>
    <w:p>
      <w:pPr>
        <w:spacing w:before="0" w:after="160" w:line="300" w:lineRule="auto"/>
      </w:pPr>
      <w:r>
        <w:rPr>
          <w:rFonts w:ascii="Times New Roman" w:hAnsi="Times New Roman" w:eastAsia="宋体"/>
          <w:b w:val="0"/>
          <w:i w:val="0"/>
          <w:color w:val="333333"/>
          <w:sz w:val="19"/>
        </w:rPr>
        <w:t>(A) 1/4π　　(B) 1/π　　(C) π　　(D) 2π　　(E) 10^(2π)</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在一个单位正方形的每条边上，向外作一个边长为 1 的等边三角形。在每个等边三角形的新边上，再作一个边长为 1 的等边三角形。正方形和这 12 个三角形的内部没有公共点。令 R 为正方形和所有三角形的并集，令 S 为包含 R 的最小凸多边形。位于 S 内部但在 R 外部的区域面积是多少？</w:t>
      </w:r>
    </w:p>
    <w:p>
      <w:pPr>
        <w:spacing w:before="0" w:after="120" w:line="300" w:lineRule="auto"/>
      </w:pPr>
      <w:r>
        <w:rPr>
          <w:rFonts w:ascii="Times New Roman" w:hAnsi="Times New Roman" w:eastAsia="宋体"/>
          <w:b w:val="0"/>
          <w:i w:val="0"/>
          <w:sz w:val="21"/>
        </w:rPr>
        <w:t>（A）1/4　　（B）(√(2))/4　　（C）1　　（D）√(3)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each side of a unit square, an equilateral triangle of side length 1 is constructed. On each new side of each equilateral triangle, another equilateral triangle of side length 1 is constructed. The interiors of the square and the 12 triangles have no points in common. Let R be the region formed by the union of the square and all the triangles, and let S be the smallest convex polygon that contains R. What is the area of the region that is inside S but outside R?</w:t>
      </w:r>
    </w:p>
    <w:p>
      <w:pPr>
        <w:spacing w:before="0" w:after="160" w:line="300" w:lineRule="auto"/>
      </w:pPr>
      <w:r>
        <w:rPr>
          <w:rFonts w:ascii="Times New Roman" w:hAnsi="Times New Roman" w:eastAsia="宋体"/>
          <w:b w:val="0"/>
          <w:i w:val="0"/>
          <w:color w:val="333333"/>
          <w:sz w:val="19"/>
        </w:rPr>
        <w:t>(A) 1/4　　(B) (√(2))/4　　(C) 1　　(D) √(3)　　(E) 2√(3)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一个矩形地板尺寸为 a 英尺乘 b 英尺，其中 a 和 b 是正整数且 b &gt; a。一位艺术家在地板上画一个矩形，画出的矩形边与地板边平行。未涂色部分在画出的矩形周围形成宽 1 英尺的边框，并占整个地板面积的一半。有多少个有序对 (a, b) 满足条件？</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floor measures a feet by b feet, where a and b are positive integers with b &gt; a. An artist paints a rectangle on the floor with the sides of the rectangle parallel to the sides of the floor. The unpainted part of the floor forms a border of width 1 foot around the painted rectangle and occupies half the area of the entire floor. How many possibilities are there for the ordered pair (a, b)?</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A、B、C 是抛物线 y = x² 上三个不同的点，其中直线 AB 平行于 x 轴，且 △ ABC 是面积为 2008 的直角三角形。点 C 的 y 坐标的各位数字之和是多少？</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three distinct points on the graph of y = x² such that line AB is parallel to the x-axis and △ ABC is a right triangle with area 2008. What is the sum of the digits of the y-coordinate of C?</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一个棱锥的底面是正方形 ABCD，顶点为 E。正方形 ABCD 的面积为 196，△ ABE 和 △ CDE 的面积分别为 105 和 91。这个棱锥的体积是多少？</w:t>
      </w:r>
    </w:p>
    <w:p>
      <w:pPr>
        <w:spacing w:before="0" w:after="120" w:line="300" w:lineRule="auto"/>
      </w:pPr>
      <w:r>
        <w:rPr>
          <w:rFonts w:ascii="Times New Roman" w:hAnsi="Times New Roman" w:eastAsia="宋体"/>
          <w:b w:val="0"/>
          <w:i w:val="0"/>
          <w:sz w:val="21"/>
        </w:rPr>
        <w:t>（A）392　　（B）196√(6)　　（C）392√(2)　　（D）392√(3)　　（E）784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pyramid has a square base ABCD and vertex E. The area of square ABCD is 196, and the areas of △ ABE and △ CDE are 105 and 91, respectively. What is the volume of the pyramid?</w:t>
      </w:r>
    </w:p>
    <w:p>
      <w:pPr>
        <w:spacing w:before="0" w:after="160" w:line="300" w:lineRule="auto"/>
      </w:pPr>
      <w:r>
        <w:rPr>
          <w:rFonts w:ascii="Times New Roman" w:hAnsi="Times New Roman" w:eastAsia="宋体"/>
          <w:b w:val="0"/>
          <w:i w:val="0"/>
          <w:color w:val="333333"/>
          <w:sz w:val="19"/>
        </w:rPr>
        <w:t>(A) 392　　(B) 196√(6)　　(C) 392√(2)　　(D) 392√(3)　　(E) 784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对所有复数 z，函数 f 定义为 f(z) = (4 + i)z² + α z + γ，其中 α 和 γ 是复数，且 i² = -1。假设 f(1) 和 f(i) 都是实数。|α| + |γ| 的最小可能值是多少？</w:t>
      </w:r>
    </w:p>
    <w:p>
      <w:pPr>
        <w:spacing w:before="0" w:after="120" w:line="300" w:lineRule="auto"/>
      </w:pPr>
      <w:r>
        <w:rPr>
          <w:rFonts w:ascii="Times New Roman" w:hAnsi="Times New Roman" w:eastAsia="宋体"/>
          <w:b w:val="0"/>
          <w:i w:val="0"/>
          <w:sz w:val="21"/>
        </w:rPr>
        <w:t>（A）1　　（B）√(2)　　（C）2　　（D）2√(2)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function f is defined by f(z) = (4 + i)z² + α z + γ for all complex numbers z, where α and γ are complex numbers and i² = -1. Suppose that f(1) and f(i) are both real. What is the smallest possible value of |α| + |γ|?</w:t>
      </w:r>
    </w:p>
    <w:p>
      <w:pPr>
        <w:spacing w:before="0" w:after="160" w:line="300" w:lineRule="auto"/>
      </w:pPr>
      <w:r>
        <w:rPr>
          <w:rFonts w:ascii="Times New Roman" w:hAnsi="Times New Roman" w:eastAsia="宋体"/>
          <w:b w:val="0"/>
          <w:i w:val="0"/>
          <w:color w:val="333333"/>
          <w:sz w:val="19"/>
        </w:rPr>
        <w:t>(A) 1　　(B) √(2)　　(C) 2　　(D) 2√(2)　　(E) 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Michael 在一条长直路上以每秒 5 英尺的速度步行。路上每隔 200 英尺有一个垃圾桶。一辆垃圾车以每秒 10 英尺的速度沿同一方向行驶，并在每个垃圾桶处停 30 秒。当 Michael 经过一个垃圾桶时，他注意到前方的垃圾车刚离开下一个垃圾桶。Michael 和垃圾车会相遇多少次？</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Michael walks at the rate of 5 feet per second on a long straight path. Trash pails are located every 200 feet along the path. A garbage truck travels at 10 feet per second in the same direction as Michael and stops for 30 seconds at each pail. As Michael passes a pail, he notices the truck ahead of him just leaving the next pail. How many times will Michael and the truck meet?</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按如下方式构造两个半径为 1 的圆。圆 A 的圆心从连接 (0, 0) 和 (2, 0) 的线段上均匀随机选取。圆 B 的圆心从连接 (0, 1) 和 (2, 1) 的线段上均匀随机选取，并且与第一次选择相互独立。圆 A 和圆 B 相交的概率是多少？</w:t>
      </w:r>
    </w:p>
    <w:p>
      <w:pPr>
        <w:spacing w:before="0" w:after="120" w:line="300" w:lineRule="auto"/>
      </w:pPr>
      <w:r>
        <w:rPr>
          <w:rFonts w:ascii="Times New Roman" w:hAnsi="Times New Roman" w:eastAsia="宋体"/>
          <w:b w:val="0"/>
          <w:i w:val="0"/>
          <w:sz w:val="21"/>
        </w:rPr>
        <w:t>（A）(2 + √(2))/4　　（B）(3√(3) + 2)/8　　（C）(2√(2) - 1)/2　　（D）(2 + √(3))/4　　（E）(4√(3) - 3)/4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circles of radius 1 are to be constructed as follows. The center of circle A is chosen uniformly and at random from the line segment joining (0, 0) to (2, 0). The center of circle B is chosen uniformly and at random, and independently of the first choice, from the line segment joining (0, 1) to (2, 1). What is the probability that circles A and B intersect?</w:t>
      </w:r>
    </w:p>
    <w:p>
      <w:pPr>
        <w:spacing w:before="0" w:after="160" w:line="300" w:lineRule="auto"/>
      </w:pPr>
      <w:r>
        <w:rPr>
          <w:rFonts w:ascii="Times New Roman" w:hAnsi="Times New Roman" w:eastAsia="宋体"/>
          <w:b w:val="0"/>
          <w:i w:val="0"/>
          <w:color w:val="333333"/>
          <w:sz w:val="19"/>
        </w:rPr>
        <w:t>(A) (2 + √(2))/4　　(B) (3√(3) + 2)/8　　(C) (2√(2) - 1)/2　　(D) (2 + √(3))/4　　(E) (4√(3) - 3)/4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一个停车场有一排 16 个车位。十二辆车先后到达，每辆车需要一个车位，司机从可用车位中随机选择停车。随后 Auntie Em 开着她的 SUV 到达，这辆车需要 2 个相邻车位。她能够停车的概率是多少？</w:t>
      </w:r>
    </w:p>
    <w:p>
      <w:pPr>
        <w:spacing w:before="0" w:after="120" w:line="300" w:lineRule="auto"/>
      </w:pPr>
      <w:r>
        <w:rPr>
          <w:rFonts w:ascii="Times New Roman" w:hAnsi="Times New Roman" w:eastAsia="宋体"/>
          <w:b w:val="0"/>
          <w:i w:val="0"/>
          <w:sz w:val="21"/>
        </w:rPr>
        <w:t>（A）11/20　　（B）4/7　　（C）81/140　　（D）3/5　　（E）17/28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parking lot has 16 spaces in a row. Twelve cars arrive, each of which requires one parking space, and their drivers choose their spaces at random from among the available spaces. Auntie Em then arrives in her SUV, which requires 2 adjacent spaces. What is the probability that she is able to park?</w:t>
      </w:r>
    </w:p>
    <w:p>
      <w:pPr>
        <w:spacing w:before="0" w:after="160" w:line="300" w:lineRule="auto"/>
      </w:pPr>
      <w:r>
        <w:rPr>
          <w:rFonts w:ascii="Times New Roman" w:hAnsi="Times New Roman" w:eastAsia="宋体"/>
          <w:b w:val="0"/>
          <w:i w:val="0"/>
          <w:color w:val="333333"/>
          <w:sz w:val="19"/>
        </w:rPr>
        <w:t>(A) 11/20　　(B) 4/7　　(C) 81/140　　(D) 3/5　　(E) 17/28</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10ⁿ 的所有正因数的以 10 为底的对数之和为 792。n 等于多少？</w:t>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base-10 logarithms of the divisors of 10ⁿ is 792. What is n?</w:t>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令 A₀ = (0, 0)。互不相同的点 A₁，A₂，… 位于 x 轴上，互不相同的点 B₁，B₂，… 位于 y = √(x) 的图像上。对每个正整数 n，Aₙ₋₁BₙAₙ 是等边三角形。使得长度 A₀Aₙ ≥ 100 的最小 n 是多少？</w:t>
      </w:r>
    </w:p>
    <w:p>
      <w:pPr>
        <w:spacing w:before="0" w:after="120" w:line="300" w:lineRule="auto"/>
      </w:pPr>
      <w:r>
        <w:rPr>
          <w:rFonts w:ascii="Times New Roman" w:hAnsi="Times New Roman" w:eastAsia="宋体"/>
          <w:b w:val="0"/>
          <w:i w:val="0"/>
          <w:sz w:val="21"/>
        </w:rPr>
        <w:t>（A）13　　（B）15　　（C）17　　（D）19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A₀ = (0, 0). Distinct points A₁, A₂, … lie on the x-axis, and distinct points B₁, B₂, … lie on the graph of y = √(x). For every positive integer n, Aₙ₋₁BₙAₙ is an equilateral triangle. What is the least n for which the length A₀Aₙ ≥ 100?</w:t>
      </w:r>
    </w:p>
    <w:p>
      <w:pPr>
        <w:spacing w:before="0" w:after="160" w:line="300" w:lineRule="auto"/>
      </w:pPr>
      <w:r>
        <w:rPr>
          <w:rFonts w:ascii="Times New Roman" w:hAnsi="Times New Roman" w:eastAsia="宋体"/>
          <w:b w:val="0"/>
          <w:i w:val="0"/>
          <w:color w:val="333333"/>
          <w:sz w:val="19"/>
        </w:rPr>
        <w:t>(A) 13　　(B) 15　　(C) 17　　(D) 19　　(E) 21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ABCD 是梯形，满足 AB ∥ CD、AB = 11、BC = 5、CD = 19、DA = 7。∠ A 与 ∠ D 的角平分线交于 P，∠ B 与 ∠ C 的角平分线交于 Q。六边形 ABQCDP 的面积是多少？</w:t>
      </w:r>
    </w:p>
    <w:p>
      <w:pPr>
        <w:spacing w:before="0" w:after="120" w:line="300" w:lineRule="auto"/>
      </w:pPr>
      <w:r>
        <w:rPr>
          <w:rFonts w:ascii="Times New Roman" w:hAnsi="Times New Roman" w:eastAsia="宋体"/>
          <w:b w:val="0"/>
          <w:i w:val="0"/>
          <w:sz w:val="21"/>
        </w:rPr>
        <w:t>（A）28√(3)　　（B）30√(3)　　（C）32√(3)　　（D）35√(3)　　（E）36√(3)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trapezoid with AB ∥ CD, AB = 11, BC = 5, CD = 19, and DA = 7. Bisectors of ∠ A and ∠ D meet at P, and bisectors of ∠ B and ∠ C meet at Q. What is the area of hexagon ABQCDP?</w:t>
      </w:r>
    </w:p>
    <w:p>
      <w:pPr>
        <w:spacing w:before="0" w:after="160" w:line="300" w:lineRule="auto"/>
      </w:pPr>
      <w:r>
        <w:rPr>
          <w:rFonts w:ascii="Times New Roman" w:hAnsi="Times New Roman" w:eastAsia="宋体"/>
          <w:b w:val="0"/>
          <w:i w:val="0"/>
          <w:color w:val="333333"/>
          <w:sz w:val="19"/>
        </w:rPr>
        <w:t>(A) 28√(3)　　(B) 30√(3)　　(C) 32√(3)　　(D) 35√(3)　　(E) 36√(3)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C　D　C　A　A　C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A　B　B　C　C　B　C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B　E　E　A　C　B</w:t>
      </w:r>
    </w:p>
    <w:p>
      <w:pPr>
        <w:spacing w:before="0" w:after="200" w:line="300" w:lineRule="auto"/>
      </w:pPr>
      <w:r>
        <w:rPr>
          <w:rFonts w:ascii="Times New Roman" w:hAnsi="Times New Roman" w:eastAsia="宋体"/>
          <w:b w:val="0"/>
          <w:i w:val="0"/>
          <w:color w:val="666666"/>
          <w:sz w:val="18"/>
        </w:rPr>
        <w:t>答案串：EBCDCAACABABBCCBCEBBEEACB</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总分从 5 · 2 = 10（全是两分球）到 5 · 3 = 15（全是三分球）。每把一个两分球换成三分球，总分正好增加 1，所以中间的每个整数都会出现。</w:t>
      </w:r>
    </w:p>
    <w:p>
      <w:pPr>
        <w:spacing w:before="0" w:after="80" w:line="300" w:lineRule="auto"/>
        <w:jc w:val="left"/>
      </w:pPr>
      <w:r>
        <w:rPr>
          <w:rFonts w:ascii="Times New Roman" w:hAnsi="Times New Roman" w:eastAsia="宋体"/>
          <w:b w:val="0"/>
          <w:i w:val="0"/>
          <w:sz w:val="21"/>
        </w:rPr>
        <w:t>可能的总分是 10, 11, 12, 13, 14, 15，共有 6 个值。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ranges from 5 · 2 = 10 (all two-pointers) to 5 · 3 = 15 (all three-pointers). Swapping one two-pointer for a three-pointer raises the total by exactly 1, so every integer in between occurs.</w:t>
      </w:r>
    </w:p>
    <w:p>
      <w:pPr>
        <w:spacing w:before="0" w:after="80" w:line="300" w:lineRule="auto"/>
        <w:jc w:val="left"/>
      </w:pPr>
      <w:r>
        <w:rPr>
          <w:rFonts w:ascii="Times New Roman" w:hAnsi="Times New Roman" w:eastAsia="宋体"/>
          <w:b w:val="0"/>
          <w:i w:val="0"/>
          <w:color w:val="333333"/>
          <w:sz w:val="19"/>
        </w:rPr>
        <w:t>The possible totals are 10, 11, 12, 13, 14, 15, which is 6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将第二行和第四行反向后，数组的各行是 1 2 3 4、11 10 9 8、15 16 17 18 和 25 24 23 22。</w:t>
      </w:r>
    </w:p>
    <w:p>
      <w:pPr>
        <w:spacing w:before="0" w:after="80" w:line="300" w:lineRule="auto"/>
        <w:jc w:val="left"/>
      </w:pPr>
      <w:r>
        <w:rPr>
          <w:rFonts w:ascii="Times New Roman" w:hAnsi="Times New Roman" w:eastAsia="宋体"/>
          <w:b w:val="0"/>
          <w:i w:val="0"/>
          <w:sz w:val="21"/>
        </w:rPr>
        <w:t>主对角线和为 1 + 10 + 17 + 22 = 50，另一条对角线和为 4 + 9 + 16 + 25 = 54。</w:t>
      </w:r>
    </w:p>
    <w:p>
      <w:pPr>
        <w:spacing w:before="0" w:after="80" w:line="300" w:lineRule="auto"/>
        <w:jc w:val="left"/>
      </w:pPr>
      <w:r>
        <w:rPr>
          <w:rFonts w:ascii="Times New Roman" w:hAnsi="Times New Roman" w:eastAsia="宋体"/>
          <w:b w:val="0"/>
          <w:i w:val="0"/>
          <w:sz w:val="21"/>
        </w:rPr>
        <w:t>正差为 54 - 50 = 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Reversing the second and fourth rows gives the array with rows 1 2 3 4, 11 10 9 8, 15 16 17 18, and 25 24 23 22.</w:t>
      </w:r>
    </w:p>
    <w:p>
      <w:pPr>
        <w:spacing w:before="0" w:after="80" w:line="300" w:lineRule="auto"/>
        <w:jc w:val="left"/>
      </w:pPr>
      <w:r>
        <w:rPr>
          <w:rFonts w:ascii="Times New Roman" w:hAnsi="Times New Roman" w:eastAsia="宋体"/>
          <w:b w:val="0"/>
          <w:i w:val="0"/>
          <w:color w:val="333333"/>
          <w:sz w:val="19"/>
        </w:rPr>
        <w:t>The main diagonal sums to 1 + 10 + 17 + 22 = 50, and the other diagonal sums to 4 + 9 + 16 + 25 = 54.</w:t>
      </w:r>
    </w:p>
    <w:p>
      <w:pPr>
        <w:spacing w:before="0" w:after="80" w:line="300" w:lineRule="auto"/>
        <w:jc w:val="left"/>
      </w:pPr>
      <w:r>
        <w:rPr>
          <w:rFonts w:ascii="Times New Roman" w:hAnsi="Times New Roman" w:eastAsia="宋体"/>
          <w:b w:val="0"/>
          <w:i w:val="0"/>
          <w:color w:val="333333"/>
          <w:sz w:val="19"/>
        </w:rPr>
        <w:t>The positive difference is 54 - 50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当其他 20 名球员每人都拿最低工资 $15,000 时，一名球员的工资最大。</w:t>
      </w:r>
    </w:p>
    <w:p>
      <w:pPr>
        <w:spacing w:before="0" w:after="80" w:line="300" w:lineRule="auto"/>
        <w:jc w:val="left"/>
      </w:pPr>
      <w:r>
        <w:rPr>
          <w:rFonts w:ascii="Times New Roman" w:hAnsi="Times New Roman" w:eastAsia="宋体"/>
          <w:b w:val="0"/>
          <w:i w:val="0"/>
          <w:sz w:val="21"/>
        </w:rPr>
        <w:t>因此最大工资为 $700,000 - 20 · $15,000 = $700,000 - $300,000 = $400,000。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player earns the most when the other 20 players each receive the minimum salary of $15,000.</w:t>
      </w:r>
    </w:p>
    <w:p>
      <w:pPr>
        <w:spacing w:before="0" w:after="80" w:line="300" w:lineRule="auto"/>
        <w:jc w:val="left"/>
      </w:pPr>
      <w:r>
        <w:rPr>
          <w:rFonts w:ascii="Times New Roman" w:hAnsi="Times New Roman" w:eastAsia="宋体"/>
          <w:b w:val="0"/>
          <w:i w:val="0"/>
          <w:color w:val="333333"/>
          <w:sz w:val="19"/>
        </w:rPr>
        <w:t>Thus the maximum salary is $700,000 - 20 · $15,000 = $700,000 - $300,000 = $400,000.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因为 ∠ AOC、∠ COD 和 ∠ DOB 填满直径 AB 上方的平角，所以</w:t>
      </w:r>
    </w:p>
    <w:p>
      <w:pPr>
        <w:spacing w:before="0" w:after="80" w:line="300" w:lineRule="auto"/>
        <w:jc w:val="left"/>
      </w:pPr>
      <w:r>
        <w:rPr>
          <w:rFonts w:ascii="Times New Roman" w:hAnsi="Times New Roman" w:eastAsia="宋体"/>
          <w:b w:val="0"/>
          <w:i w:val="0"/>
          <w:sz w:val="21"/>
        </w:rPr>
        <w:t>∠ COD = 180° - 30° - 45°</w:t>
      </w:r>
    </w:p>
    <w:p>
      <w:pPr>
        <w:spacing w:before="0" w:after="80" w:line="300" w:lineRule="auto"/>
        <w:jc w:val="left"/>
      </w:pPr>
      <w:r>
        <w:rPr>
          <w:rFonts w:ascii="Times New Roman" w:hAnsi="Times New Roman" w:eastAsia="宋体"/>
          <w:b w:val="0"/>
          <w:i w:val="0"/>
          <w:sz w:val="21"/>
        </w:rPr>
        <w:t>= 105°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这个扇形占圆的比例为 (105°)/(360°) = 7/24。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AOC, ∠ COD, and ∠ DOB fill the straight angle over diameter AB,</w:t>
      </w:r>
    </w:p>
    <w:p>
      <w:pPr>
        <w:spacing w:before="0" w:after="80" w:line="300" w:lineRule="auto"/>
        <w:jc w:val="left"/>
      </w:pPr>
      <w:r>
        <w:rPr>
          <w:rFonts w:ascii="Times New Roman" w:hAnsi="Times New Roman" w:eastAsia="宋体"/>
          <w:b w:val="0"/>
          <w:i w:val="0"/>
          <w:color w:val="333333"/>
          <w:sz w:val="19"/>
        </w:rPr>
        <w:t>∠ COD = 180° - 30° - 45°</w:t>
      </w:r>
    </w:p>
    <w:p>
      <w:pPr>
        <w:spacing w:before="0" w:after="80" w:line="300" w:lineRule="auto"/>
        <w:jc w:val="left"/>
      </w:pPr>
      <w:r>
        <w:rPr>
          <w:rFonts w:ascii="Times New Roman" w:hAnsi="Times New Roman" w:eastAsia="宋体"/>
          <w:b w:val="0"/>
          <w:i w:val="0"/>
          <w:color w:val="333333"/>
          <w:sz w:val="19"/>
        </w:rPr>
        <w:t>= 105°.</w:t>
      </w:r>
    </w:p>
    <w:p>
      <w:pPr>
        <w:spacing w:before="0" w:after="80" w:line="300" w:lineRule="auto"/>
        <w:jc w:val="left"/>
      </w:pPr>
      <w:r>
        <w:rPr>
          <w:rFonts w:ascii="Times New Roman" w:hAnsi="Times New Roman" w:eastAsia="宋体"/>
          <w:b w:val="0"/>
          <w:i w:val="0"/>
          <w:color w:val="333333"/>
          <w:sz w:val="19"/>
        </w:rPr>
        <w:t>The sector’s share of the circle is (105°)/(360°) = 7/24.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设 r 为玫瑰数量，c 为康乃馨数量，则 3r + 2c = 50，其中 r, c ≥ 0。</w:t>
      </w:r>
    </w:p>
    <w:p>
      <w:pPr>
        <w:spacing w:before="0" w:after="80" w:line="300" w:lineRule="auto"/>
        <w:jc w:val="left"/>
      </w:pPr>
      <w:r>
        <w:rPr>
          <w:rFonts w:ascii="Times New Roman" w:hAnsi="Times New Roman" w:eastAsia="宋体"/>
          <w:b w:val="0"/>
          <w:i w:val="0"/>
          <w:sz w:val="21"/>
        </w:rPr>
        <w:t>因为 2c 和 50 都是偶数，3r 必须是偶数，所以 r 是偶数。最大的 r 是 16（因为 3 · 17 &gt; 50），所以 r ∈ {0, 2, 4, …, 16}。</w:t>
      </w:r>
    </w:p>
    <w:p>
      <w:pPr>
        <w:spacing w:before="0" w:after="80" w:line="300" w:lineRule="auto"/>
        <w:jc w:val="left"/>
      </w:pPr>
      <w:r>
        <w:rPr>
          <w:rFonts w:ascii="Times New Roman" w:hAnsi="Times New Roman" w:eastAsia="宋体"/>
          <w:b w:val="0"/>
          <w:i w:val="0"/>
          <w:sz w:val="21"/>
        </w:rPr>
        <w:t>这给出 9 个 r 的值，每个值都确定一种花束。</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number of roses and c the number of carnations, so 3r + 2c = 50 with r, c ≥ 0.</w:t>
      </w:r>
    </w:p>
    <w:p>
      <w:pPr>
        <w:spacing w:before="0" w:after="80" w:line="300" w:lineRule="auto"/>
        <w:jc w:val="left"/>
      </w:pPr>
      <w:r>
        <w:rPr>
          <w:rFonts w:ascii="Times New Roman" w:hAnsi="Times New Roman" w:eastAsia="宋体"/>
          <w:b w:val="0"/>
          <w:i w:val="0"/>
          <w:color w:val="333333"/>
          <w:sz w:val="19"/>
        </w:rPr>
        <w:t>Because 2c and 50 are even, 3r must be even, forcing r to be even. The largest possible r is 16 (since 3 · 17 &gt; 50), so r ∈ {0, 2, 4, …, 16}.</w:t>
      </w:r>
    </w:p>
    <w:p>
      <w:pPr>
        <w:spacing w:before="0" w:after="80" w:line="300" w:lineRule="auto"/>
        <w:jc w:val="left"/>
      </w:pPr>
      <w:r>
        <w:rPr>
          <w:rFonts w:ascii="Times New Roman" w:hAnsi="Times New Roman" w:eastAsia="宋体"/>
          <w:b w:val="0"/>
          <w:i w:val="0"/>
          <w:color w:val="333333"/>
          <w:sz w:val="19"/>
        </w:rPr>
        <w:t>That gives 9 values of r, each determining a bouquet.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每次翻转表示 100000 步，所以这一年的总步数为</w:t>
      </w:r>
    </w:p>
    <w:p>
      <w:pPr>
        <w:spacing w:before="0" w:after="80" w:line="300" w:lineRule="auto"/>
        <w:jc w:val="left"/>
      </w:pPr>
      <w:r>
        <w:rPr>
          <w:rFonts w:ascii="Times New Roman" w:hAnsi="Times New Roman" w:eastAsia="宋体"/>
          <w:b w:val="0"/>
          <w:i w:val="0"/>
          <w:sz w:val="21"/>
        </w:rPr>
        <w:t>44 · 100000</w:t>
      </w:r>
    </w:p>
    <w:p>
      <w:pPr>
        <w:spacing w:before="0" w:after="80" w:line="300" w:lineRule="auto"/>
        <w:jc w:val="left"/>
      </w:pPr>
      <w:r>
        <w:rPr>
          <w:rFonts w:ascii="Times New Roman" w:hAnsi="Times New Roman" w:eastAsia="宋体"/>
          <w:b w:val="0"/>
          <w:i w:val="0"/>
          <w:sz w:val="21"/>
        </w:rPr>
        <w:t>+ 50000 = 4,450,000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每英里 1800 步，所以里程为 (4,450,000)/1800 ≈ 2472，最接近 2500。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flip counts 100000 steps, so the year’s steps total</w:t>
      </w:r>
    </w:p>
    <w:p>
      <w:pPr>
        <w:spacing w:before="0" w:after="80" w:line="300" w:lineRule="auto"/>
        <w:jc w:val="left"/>
      </w:pPr>
      <w:r>
        <w:rPr>
          <w:rFonts w:ascii="Times New Roman" w:hAnsi="Times New Roman" w:eastAsia="宋体"/>
          <w:b w:val="0"/>
          <w:i w:val="0"/>
          <w:color w:val="333333"/>
          <w:sz w:val="19"/>
        </w:rPr>
        <w:t>44 · 100000</w:t>
      </w:r>
    </w:p>
    <w:p>
      <w:pPr>
        <w:spacing w:before="0" w:after="80" w:line="300" w:lineRule="auto"/>
        <w:jc w:val="left"/>
      </w:pPr>
      <w:r>
        <w:rPr>
          <w:rFonts w:ascii="Times New Roman" w:hAnsi="Times New Roman" w:eastAsia="宋体"/>
          <w:b w:val="0"/>
          <w:i w:val="0"/>
          <w:color w:val="333333"/>
          <w:sz w:val="19"/>
        </w:rPr>
        <w:t>+ 50000 = 4,450,000.</w:t>
      </w:r>
    </w:p>
    <w:p>
      <w:pPr>
        <w:spacing w:before="0" w:after="80" w:line="300" w:lineRule="auto"/>
        <w:jc w:val="left"/>
      </w:pPr>
      <w:r>
        <w:rPr>
          <w:rFonts w:ascii="Times New Roman" w:hAnsi="Times New Roman" w:eastAsia="宋体"/>
          <w:b w:val="0"/>
          <w:i w:val="0"/>
          <w:color w:val="333333"/>
          <w:sz w:val="19"/>
        </w:rPr>
        <w:t>At 1800 steps per mile, the mileage is (4,450,000)/1800 ≈ 2472, which is closest to 2500.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因为 (y - x)² = (x - y)²，运算的两个输入都是同一个值 t = (x - y)²。</w:t>
      </w:r>
    </w:p>
    <w:p>
      <w:pPr>
        <w:spacing w:before="0" w:after="80" w:line="300" w:lineRule="auto"/>
        <w:jc w:val="left"/>
      </w:pPr>
      <w:r>
        <w:rPr>
          <w:rFonts w:ascii="Times New Roman" w:hAnsi="Times New Roman" w:eastAsia="宋体"/>
          <w:b w:val="0"/>
          <w:i w:val="0"/>
          <w:sz w:val="21"/>
        </w:rPr>
        <w:t>因此 (x - y)² $ (y - x)² = t $ t = (t - t)² = 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(y - x)² = (x - y)², both inputs to the operation are the same value t = (x - y)².</w:t>
      </w:r>
    </w:p>
    <w:p>
      <w:pPr>
        <w:spacing w:before="0" w:after="80" w:line="300" w:lineRule="auto"/>
        <w:jc w:val="left"/>
      </w:pPr>
      <w:r>
        <w:rPr>
          <w:rFonts w:ascii="Times New Roman" w:hAnsi="Times New Roman" w:eastAsia="宋体"/>
          <w:b w:val="0"/>
          <w:i w:val="0"/>
          <w:color w:val="333333"/>
          <w:sz w:val="19"/>
        </w:rPr>
        <w:t>Therefore (x - y)² $ (y - x)² = t $ t = (t - t)² =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因为 AB = 4 BD 且 AB + BD = AD，所以 5 BD = AD，于是 BD = 1/5AD。</w:t>
      </w:r>
    </w:p>
    <w:p>
      <w:pPr>
        <w:spacing w:before="0" w:after="80" w:line="300" w:lineRule="auto"/>
        <w:jc w:val="left"/>
      </w:pPr>
      <w:r>
        <w:rPr>
          <w:rFonts w:ascii="Times New Roman" w:hAnsi="Times New Roman" w:eastAsia="宋体"/>
          <w:b w:val="0"/>
          <w:i w:val="0"/>
          <w:sz w:val="21"/>
        </w:rPr>
        <w:t>同样，由 AC = 9 CD 且 AC + CD = AD 得到 CD = 1/10AD。</w:t>
      </w:r>
    </w:p>
    <w:p>
      <w:pPr>
        <w:spacing w:before="0" w:after="80" w:line="300" w:lineRule="auto"/>
        <w:jc w:val="left"/>
      </w:pPr>
      <w:r>
        <w:rPr>
          <w:rFonts w:ascii="Times New Roman" w:hAnsi="Times New Roman" w:eastAsia="宋体"/>
          <w:b w:val="0"/>
          <w:i w:val="0"/>
          <w:sz w:val="21"/>
        </w:rPr>
        <w:t>因为 B 和 C 的位置都从 A 起量，所以 BC = BD - CD = 1/5AD - 1/10AD = 1/10AD。</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 = 4 BD and AB + BD = AD, we have 5 BD = AD, so BD = 1/5AD.</w:t>
      </w:r>
    </w:p>
    <w:p>
      <w:pPr>
        <w:spacing w:before="0" w:after="80" w:line="300" w:lineRule="auto"/>
        <w:jc w:val="left"/>
      </w:pPr>
      <w:r>
        <w:rPr>
          <w:rFonts w:ascii="Times New Roman" w:hAnsi="Times New Roman" w:eastAsia="宋体"/>
          <w:b w:val="0"/>
          <w:i w:val="0"/>
          <w:color w:val="333333"/>
          <w:sz w:val="19"/>
        </w:rPr>
        <w:t>Likewise AC = 9 CD with AC + CD = AD gives CD = 1/10AD.</w:t>
      </w:r>
    </w:p>
    <w:p>
      <w:pPr>
        <w:spacing w:before="0" w:after="80" w:line="300" w:lineRule="auto"/>
        <w:jc w:val="left"/>
      </w:pPr>
      <w:r>
        <w:rPr>
          <w:rFonts w:ascii="Times New Roman" w:hAnsi="Times New Roman" w:eastAsia="宋体"/>
          <w:b w:val="0"/>
          <w:i w:val="0"/>
          <w:color w:val="333333"/>
          <w:sz w:val="19"/>
        </w:rPr>
        <w:t>Because B and C both measure from A, BC = BD - CD = 1/5AD - 1/10AD = 1/10AD.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设 O 为圆心，D 为 OC 与 AB 的交点。因为 C 是弧 AB 的中点，OC 是弦的垂直平分线，所以 AD = 3。</w:t>
      </w:r>
    </w:p>
    <w:p>
      <w:pPr>
        <w:spacing w:before="0" w:after="80" w:line="300" w:lineRule="auto"/>
        <w:jc w:val="left"/>
      </w:pPr>
      <w:r>
        <w:rPr>
          <w:rFonts w:ascii="Times New Roman" w:hAnsi="Times New Roman" w:eastAsia="宋体"/>
          <w:b w:val="0"/>
          <w:i w:val="0"/>
          <w:sz w:val="21"/>
        </w:rPr>
        <w:t>在直角三角形 ADO 中，OD = √(5² - 3²) = 4，所以 DC = OC - OD = 5 - 4 = 1。</w:t>
      </w:r>
    </w:p>
    <w:p>
      <w:pPr>
        <w:spacing w:before="0" w:after="80" w:line="300" w:lineRule="auto"/>
        <w:jc w:val="left"/>
      </w:pPr>
      <w:r>
        <w:rPr>
          <w:rFonts w:ascii="Times New Roman" w:hAnsi="Times New Roman" w:eastAsia="宋体"/>
          <w:b w:val="0"/>
          <w:i w:val="0"/>
          <w:sz w:val="21"/>
        </w:rPr>
        <w:t>然后在直角三角形 ADC 中，AC = √(AD² + DC²) = √(3² + 1²) =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and D the point where OC meets AB. Since C is the midpoint of arc AB, OC is the perpendicular bisector of the chord, so AD = 3.</w:t>
      </w:r>
    </w:p>
    <w:p>
      <w:pPr>
        <w:spacing w:before="0" w:after="80" w:line="300" w:lineRule="auto"/>
        <w:jc w:val="left"/>
      </w:pPr>
      <w:r>
        <w:rPr>
          <w:rFonts w:ascii="Times New Roman" w:hAnsi="Times New Roman" w:eastAsia="宋体"/>
          <w:b w:val="0"/>
          <w:i w:val="0"/>
          <w:color w:val="333333"/>
          <w:sz w:val="19"/>
        </w:rPr>
        <w:t>In right triangle ADO, OD = √(5² - 3²) = 4, so DC = OC - OD = 5 - 4 = 1.</w:t>
      </w:r>
    </w:p>
    <w:p>
      <w:pPr>
        <w:spacing w:before="0" w:after="80" w:line="300" w:lineRule="auto"/>
        <w:jc w:val="left"/>
      </w:pPr>
      <w:r>
        <w:rPr>
          <w:rFonts w:ascii="Times New Roman" w:hAnsi="Times New Roman" w:eastAsia="宋体"/>
          <w:b w:val="0"/>
          <w:i w:val="0"/>
          <w:color w:val="333333"/>
          <w:sz w:val="19"/>
        </w:rPr>
        <w:t>Then in right triangle ADC, AC = √(AD² + DC²) = √(3² + 1²)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设烟囱有 n 块砖。Brenda 单独工作时每小时砌 n/9 块，Brandon 每小时砌 n/10 块。一起工作时，他们的效率为 n/9 + n/10 - 10。</w:t>
      </w:r>
    </w:p>
    <w:p>
      <w:pPr>
        <w:spacing w:before="0" w:after="80" w:line="300" w:lineRule="auto"/>
        <w:jc w:val="left"/>
      </w:pPr>
      <w:r>
        <w:rPr>
          <w:rFonts w:ascii="Times New Roman" w:hAnsi="Times New Roman" w:eastAsia="宋体"/>
          <w:b w:val="0"/>
          <w:i w:val="0"/>
          <w:sz w:val="21"/>
        </w:rPr>
        <w:t>工作 5 小时完成烟囱，因此</w:t>
      </w:r>
    </w:p>
    <w:p>
      <w:pPr>
        <w:spacing w:before="0" w:after="80" w:line="300" w:lineRule="auto"/>
        <w:jc w:val="left"/>
      </w:pPr>
      <w:r>
        <w:rPr>
          <w:rFonts w:ascii="Times New Roman" w:hAnsi="Times New Roman" w:eastAsia="宋体"/>
          <w:b w:val="0"/>
          <w:i w:val="0"/>
          <w:sz w:val="21"/>
        </w:rPr>
        <w:t>5(n/9 + n/10 - 10) = n。</w:t>
      </w:r>
    </w:p>
    <w:p>
      <w:pPr>
        <w:spacing w:before="0" w:after="80" w:line="300" w:lineRule="auto"/>
        <w:jc w:val="left"/>
      </w:pPr>
      <w:r>
        <w:rPr>
          <w:rFonts w:ascii="Times New Roman" w:hAnsi="Times New Roman" w:eastAsia="宋体"/>
          <w:b w:val="0"/>
          <w:i w:val="0"/>
          <w:sz w:val="21"/>
        </w:rPr>
        <w:t>展开得 5n/9 + 5n/10 - 50 = n，所以 95n/90 - n = 50，从而 5n/90 = 50。</w:t>
      </w:r>
    </w:p>
    <w:p>
      <w:pPr>
        <w:spacing w:before="0" w:after="80" w:line="300" w:lineRule="auto"/>
        <w:jc w:val="left"/>
      </w:pPr>
      <w:r>
        <w:rPr>
          <w:rFonts w:ascii="Times New Roman" w:hAnsi="Times New Roman" w:eastAsia="宋体"/>
          <w:b w:val="0"/>
          <w:i w:val="0"/>
          <w:sz w:val="21"/>
        </w:rPr>
        <w:t>因此 n = 900。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bricks. Alone, Brenda lays n/9 bricks per hour and Brandon lays n/10. Together, their rate is n/9 + n/10 - 10.</w:t>
      </w:r>
    </w:p>
    <w:p>
      <w:pPr>
        <w:spacing w:before="0" w:after="80" w:line="300" w:lineRule="auto"/>
        <w:jc w:val="left"/>
      </w:pPr>
      <w:r>
        <w:rPr>
          <w:rFonts w:ascii="Times New Roman" w:hAnsi="Times New Roman" w:eastAsia="宋体"/>
          <w:b w:val="0"/>
          <w:i w:val="0"/>
          <w:color w:val="333333"/>
          <w:sz w:val="19"/>
        </w:rPr>
        <w:t>Working for 5 hours completes the chimney:</w:t>
      </w:r>
    </w:p>
    <w:p>
      <w:pPr>
        <w:spacing w:before="0" w:after="80" w:line="300" w:lineRule="auto"/>
        <w:jc w:val="left"/>
      </w:pPr>
      <w:r>
        <w:rPr>
          <w:rFonts w:ascii="Times New Roman" w:hAnsi="Times New Roman" w:eastAsia="宋体"/>
          <w:b w:val="0"/>
          <w:i w:val="0"/>
          <w:color w:val="333333"/>
          <w:sz w:val="19"/>
        </w:rPr>
        <w:t>5(n/9 + n/10 - 10) = n.</w:t>
      </w:r>
    </w:p>
    <w:p>
      <w:pPr>
        <w:spacing w:before="0" w:after="80" w:line="300" w:lineRule="auto"/>
        <w:jc w:val="left"/>
      </w:pPr>
      <w:r>
        <w:rPr>
          <w:rFonts w:ascii="Times New Roman" w:hAnsi="Times New Roman" w:eastAsia="宋体"/>
          <w:b w:val="0"/>
          <w:i w:val="0"/>
          <w:color w:val="333333"/>
          <w:sz w:val="19"/>
        </w:rPr>
        <w:t>Expanding, 5n/9 + 5n/10 - 50 = n, so 95n/90 - n = 50, giving 5n/90 = 50.</w:t>
      </w:r>
    </w:p>
    <w:p>
      <w:pPr>
        <w:spacing w:before="0" w:after="80" w:line="300" w:lineRule="auto"/>
        <w:jc w:val="left"/>
      </w:pPr>
      <w:r>
        <w:rPr>
          <w:rFonts w:ascii="Times New Roman" w:hAnsi="Times New Roman" w:eastAsia="宋体"/>
          <w:b w:val="0"/>
          <w:i w:val="0"/>
          <w:color w:val="333333"/>
          <w:sz w:val="19"/>
        </w:rPr>
        <w:t>Hence n = 900.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水面以上的部分是一个与整座山相似的圆锥，其体积为总体积的 1/8。由于体积按长度的立方缩放，水上圆锥的高度是全高的 ³√(1/8) = 1/2。</w:t>
      </w:r>
    </w:p>
    <w:p>
      <w:pPr>
        <w:spacing w:before="0" w:after="80" w:line="300" w:lineRule="auto"/>
        <w:jc w:val="left"/>
      </w:pPr>
      <w:r>
        <w:rPr>
          <w:rFonts w:ascii="Times New Roman" w:hAnsi="Times New Roman" w:eastAsia="宋体"/>
          <w:b w:val="0"/>
          <w:i w:val="0"/>
          <w:sz w:val="21"/>
        </w:rPr>
        <w:t>所以水面以上的高度为 8000 · 1/2 = 4000 英尺。</w:t>
      </w:r>
    </w:p>
    <w:p>
      <w:pPr>
        <w:spacing w:before="0" w:after="80" w:line="300" w:lineRule="auto"/>
        <w:jc w:val="left"/>
      </w:pPr>
      <w:r>
        <w:rPr>
          <w:rFonts w:ascii="Times New Roman" w:hAnsi="Times New Roman" w:eastAsia="宋体"/>
          <w:b w:val="0"/>
          <w:i w:val="0"/>
          <w:sz w:val="21"/>
        </w:rPr>
        <w:t>山底处的海水深度就是水下高度，等于 8000 - 4000 = 4000 英尺。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part above the water is a cone similar to the whole mountain, with volume 1/8 of the total. Since volume scales as the cube of length, the above-water cone’s height is ³√(1/8) = 1/2 of the full height.</w:t>
      </w:r>
    </w:p>
    <w:p>
      <w:pPr>
        <w:spacing w:before="0" w:after="80" w:line="300" w:lineRule="auto"/>
        <w:jc w:val="left"/>
      </w:pPr>
      <w:r>
        <w:rPr>
          <w:rFonts w:ascii="Times New Roman" w:hAnsi="Times New Roman" w:eastAsia="宋体"/>
          <w:b w:val="0"/>
          <w:i w:val="0"/>
          <w:color w:val="333333"/>
          <w:sz w:val="19"/>
        </w:rPr>
        <w:t>So the above-water height is 8000 · 1/2 = 4000 feet.</w:t>
      </w:r>
    </w:p>
    <w:p>
      <w:pPr>
        <w:spacing w:before="0" w:after="80" w:line="300" w:lineRule="auto"/>
        <w:jc w:val="left"/>
      </w:pPr>
      <w:r>
        <w:rPr>
          <w:rFonts w:ascii="Times New Roman" w:hAnsi="Times New Roman" w:eastAsia="宋体"/>
          <w:b w:val="0"/>
          <w:i w:val="0"/>
          <w:color w:val="333333"/>
          <w:sz w:val="19"/>
        </w:rPr>
        <w:t>The ocean depth at the base is the submerged height, 8000 - 4000 = 4000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因为前 n 项的平均数为 n，所以它们的和为 n · n = n²。</w:t>
      </w:r>
    </w:p>
    <w:p>
      <w:pPr>
        <w:spacing w:before="0" w:after="80" w:line="300" w:lineRule="auto"/>
        <w:jc w:val="left"/>
      </w:pPr>
      <w:r>
        <w:rPr>
          <w:rFonts w:ascii="Times New Roman" w:hAnsi="Times New Roman" w:eastAsia="宋体"/>
          <w:b w:val="0"/>
          <w:i w:val="0"/>
          <w:sz w:val="21"/>
        </w:rPr>
        <w:t>第 n 项是相邻两个部分和的差，n² - (n-1)² = 2n - 1。</w:t>
      </w:r>
    </w:p>
    <w:p>
      <w:pPr>
        <w:spacing w:before="0" w:after="80" w:line="300" w:lineRule="auto"/>
        <w:jc w:val="left"/>
      </w:pPr>
      <w:r>
        <w:rPr>
          <w:rFonts w:ascii="Times New Roman" w:hAnsi="Times New Roman" w:eastAsia="宋体"/>
          <w:b w:val="0"/>
          <w:i w:val="0"/>
          <w:sz w:val="21"/>
        </w:rPr>
        <w:t>当 n = 2008 时，该项为 2 · 2008 - 1 = 4015。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mean of the first n terms is n, their sum is n · n = n².</w:t>
      </w:r>
    </w:p>
    <w:p>
      <w:pPr>
        <w:spacing w:before="0" w:after="80" w:line="300" w:lineRule="auto"/>
        <w:jc w:val="left"/>
      </w:pPr>
      <w:r>
        <w:rPr>
          <w:rFonts w:ascii="Times New Roman" w:hAnsi="Times New Roman" w:eastAsia="宋体"/>
          <w:b w:val="0"/>
          <w:i w:val="0"/>
          <w:color w:val="333333"/>
          <w:sz w:val="19"/>
        </w:rPr>
        <w:t>The nth term is the difference of consecutive sums, n² - (n-1)² = 2n - 1.</w:t>
      </w:r>
    </w:p>
    <w:p>
      <w:pPr>
        <w:spacing w:before="0" w:after="80" w:line="300" w:lineRule="auto"/>
        <w:jc w:val="left"/>
      </w:pPr>
      <w:r>
        <w:rPr>
          <w:rFonts w:ascii="Times New Roman" w:hAnsi="Times New Roman" w:eastAsia="宋体"/>
          <w:b w:val="0"/>
          <w:i w:val="0"/>
          <w:color w:val="333333"/>
          <w:sz w:val="19"/>
        </w:rPr>
        <w:t>For n = 2008, the term is 2 · 2008 - 1 = 4015.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令 A = (0,0)、B = (1,0)、C = (1,1)、D = (0,1)，则 AD 在 y 轴上，到 AD 的距离就是 x 坐标。区域位于条带 1/3 ≤ x ≤ 2/3 中，该条带在正方形内的面积为 1/3。</w:t>
      </w:r>
    </w:p>
    <w:p>
      <w:pPr>
        <w:spacing w:before="0" w:after="80" w:line="300" w:lineRule="auto"/>
        <w:jc w:val="left"/>
      </w:pPr>
      <w:r>
        <w:rPr>
          <w:rFonts w:ascii="Times New Roman" w:hAnsi="Times New Roman" w:eastAsia="宋体"/>
          <w:b w:val="0"/>
          <w:i w:val="0"/>
          <w:sz w:val="21"/>
        </w:rPr>
        <w:t>等边三角形 △ ABE 有 E = (1/2, (√(3))/2)，边 AE 在 y = √(3) x 上，边 BE 在 y = √(3)(1 - x) 上。三角形在条带内的面积为</w:t>
      </w:r>
    </w:p>
    <w:p>
      <w:pPr>
        <w:spacing w:before="0" w:after="80" w:line="300" w:lineRule="auto"/>
        <w:jc w:val="left"/>
      </w:pPr>
      <w:r>
        <w:rPr>
          <w:rFonts w:ascii="Times New Roman" w:hAnsi="Times New Roman" w:eastAsia="宋体"/>
          <w:b w:val="0"/>
          <w:i w:val="0"/>
          <w:sz w:val="21"/>
        </w:rPr>
        <w:t>∫_(1/3)^(1/2) √(3) x dx</w:t>
      </w:r>
    </w:p>
    <w:p>
      <w:pPr>
        <w:spacing w:before="0" w:after="80" w:line="300" w:lineRule="auto"/>
        <w:jc w:val="left"/>
      </w:pPr>
      <w:r>
        <w:rPr>
          <w:rFonts w:ascii="Times New Roman" w:hAnsi="Times New Roman" w:eastAsia="宋体"/>
          <w:b w:val="0"/>
          <w:i w:val="0"/>
          <w:sz w:val="21"/>
        </w:rPr>
        <w:t>+ ∫_(1/2)^(2/3) √(3)(1 - x) dx</w:t>
      </w:r>
    </w:p>
    <w:p>
      <w:pPr>
        <w:spacing w:before="0" w:after="80" w:line="300" w:lineRule="auto"/>
        <w:jc w:val="left"/>
      </w:pPr>
      <w:r>
        <w:rPr>
          <w:rFonts w:ascii="Times New Roman" w:hAnsi="Times New Roman" w:eastAsia="宋体"/>
          <w:b w:val="0"/>
          <w:i w:val="0"/>
          <w:sz w:val="21"/>
        </w:rPr>
        <w:t>= 2∫_(1/3)^(1/2)√(3) x dx</w:t>
      </w:r>
    </w:p>
    <w:p>
      <w:pPr>
        <w:spacing w:before="0" w:after="80" w:line="300" w:lineRule="auto"/>
        <w:jc w:val="left"/>
      </w:pPr>
      <w:r>
        <w:rPr>
          <w:rFonts w:ascii="Times New Roman" w:hAnsi="Times New Roman" w:eastAsia="宋体"/>
          <w:b w:val="0"/>
          <w:i w:val="0"/>
          <w:sz w:val="21"/>
        </w:rPr>
        <w:t>= (5√(3))/36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 = 1/3 - (5√(3))/36 = (12 - 5√(3))/36。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 = (0,0), B = (1,0), C = (1,1), D = (0,1), so AD lies along the y-axis and distance from AD is the x-coordinate. The region lies in the strip 1/3 ≤ x ≤ 2/3, which within the square has area 1/3.</w:t>
      </w:r>
    </w:p>
    <w:p>
      <w:pPr>
        <w:spacing w:before="0" w:after="80" w:line="300" w:lineRule="auto"/>
        <w:jc w:val="left"/>
      </w:pPr>
      <w:r>
        <w:rPr>
          <w:rFonts w:ascii="Times New Roman" w:hAnsi="Times New Roman" w:eastAsia="宋体"/>
          <w:b w:val="0"/>
          <w:i w:val="0"/>
          <w:color w:val="333333"/>
          <w:sz w:val="19"/>
        </w:rPr>
        <w:t>Equilateral △ ABE has E = (1/2, (√(3))/2), with side AE on y = √(3) x and side BE on y = √(3)(1 - x). The area of the triangle inside the strip is</w:t>
      </w:r>
    </w:p>
    <w:p>
      <w:pPr>
        <w:spacing w:before="0" w:after="80" w:line="300" w:lineRule="auto"/>
        <w:jc w:val="left"/>
      </w:pPr>
      <w:r>
        <w:rPr>
          <w:rFonts w:ascii="Times New Roman" w:hAnsi="Times New Roman" w:eastAsia="宋体"/>
          <w:b w:val="0"/>
          <w:i w:val="0"/>
          <w:color w:val="333333"/>
          <w:sz w:val="19"/>
        </w:rPr>
        <w:t>∫_(1/3)^(1/2) √(3) x dx</w:t>
      </w:r>
    </w:p>
    <w:p>
      <w:pPr>
        <w:spacing w:before="0" w:after="80" w:line="300" w:lineRule="auto"/>
        <w:jc w:val="left"/>
      </w:pPr>
      <w:r>
        <w:rPr>
          <w:rFonts w:ascii="Times New Roman" w:hAnsi="Times New Roman" w:eastAsia="宋体"/>
          <w:b w:val="0"/>
          <w:i w:val="0"/>
          <w:color w:val="333333"/>
          <w:sz w:val="19"/>
        </w:rPr>
        <w:t>+ ∫_(1/2)^(2/3) √(3)(1 - x) dx</w:t>
      </w:r>
    </w:p>
    <w:p>
      <w:pPr>
        <w:spacing w:before="0" w:after="80" w:line="300" w:lineRule="auto"/>
        <w:jc w:val="left"/>
      </w:pPr>
      <w:r>
        <w:rPr>
          <w:rFonts w:ascii="Times New Roman" w:hAnsi="Times New Roman" w:eastAsia="宋体"/>
          <w:b w:val="0"/>
          <w:i w:val="0"/>
          <w:color w:val="333333"/>
          <w:sz w:val="19"/>
        </w:rPr>
        <w:t>= 2∫_(1/3)^(1/2)√(3) x dx</w:t>
      </w:r>
    </w:p>
    <w:p>
      <w:pPr>
        <w:spacing w:before="0" w:after="80" w:line="300" w:lineRule="auto"/>
        <w:jc w:val="left"/>
      </w:pPr>
      <w:r>
        <w:rPr>
          <w:rFonts w:ascii="Times New Roman" w:hAnsi="Times New Roman" w:eastAsia="宋体"/>
          <w:b w:val="0"/>
          <w:i w:val="0"/>
          <w:color w:val="333333"/>
          <w:sz w:val="19"/>
        </w:rPr>
        <w:t>= (5√(3))/36.</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[R] = 1/3 - (5√(3))/36 = (12 - 5√(3))/36.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周长是半径的 2π 倍，所以</w:t>
      </w:r>
    </w:p>
    <w:p>
      <w:pPr>
        <w:spacing w:before="0" w:after="80" w:line="300" w:lineRule="auto"/>
        <w:jc w:val="left"/>
      </w:pPr>
      <w:r>
        <w:rPr>
          <w:rFonts w:ascii="Times New Roman" w:hAnsi="Times New Roman" w:eastAsia="宋体"/>
          <w:b w:val="0"/>
          <w:i w:val="0"/>
          <w:sz w:val="21"/>
        </w:rPr>
        <w:t>log₁₀(b⁴) = 2π log₁₀(a²)。</w:t>
      </w:r>
    </w:p>
    <w:p>
      <w:pPr>
        <w:spacing w:before="0" w:after="80" w:line="300" w:lineRule="auto"/>
        <w:jc w:val="left"/>
      </w:pPr>
      <w:r>
        <w:rPr>
          <w:rFonts w:ascii="Times New Roman" w:hAnsi="Times New Roman" w:eastAsia="宋体"/>
          <w:b w:val="0"/>
          <w:i w:val="0"/>
          <w:sz w:val="21"/>
        </w:rPr>
        <w:t>改写得 4log₁₀ b = 4π log₁₀ a，因此 log₁₀ b = π log₁₀ a。</w:t>
      </w:r>
    </w:p>
    <w:p>
      <w:pPr>
        <w:spacing w:before="0" w:after="80" w:line="300" w:lineRule="auto"/>
        <w:jc w:val="left"/>
      </w:pPr>
      <w:r>
        <w:rPr>
          <w:rFonts w:ascii="Times New Roman" w:hAnsi="Times New Roman" w:eastAsia="宋体"/>
          <w:b w:val="0"/>
          <w:i w:val="0"/>
          <w:sz w:val="21"/>
        </w:rPr>
        <w:t>所以 logₐ b = (log₁₀ b)/(log₁₀ a) = 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circumference is 2π times the radius, so</w:t>
      </w:r>
    </w:p>
    <w:p>
      <w:pPr>
        <w:spacing w:before="0" w:after="80" w:line="300" w:lineRule="auto"/>
        <w:jc w:val="left"/>
      </w:pPr>
      <w:r>
        <w:rPr>
          <w:rFonts w:ascii="Times New Roman" w:hAnsi="Times New Roman" w:eastAsia="宋体"/>
          <w:b w:val="0"/>
          <w:i w:val="0"/>
          <w:color w:val="333333"/>
          <w:sz w:val="19"/>
        </w:rPr>
        <w:t>log₁₀(b⁴) = 2π log₁₀(a²).</w:t>
      </w:r>
    </w:p>
    <w:p>
      <w:pPr>
        <w:spacing w:before="0" w:after="80" w:line="300" w:lineRule="auto"/>
        <w:jc w:val="left"/>
      </w:pPr>
      <w:r>
        <w:rPr>
          <w:rFonts w:ascii="Times New Roman" w:hAnsi="Times New Roman" w:eastAsia="宋体"/>
          <w:b w:val="0"/>
          <w:i w:val="0"/>
          <w:color w:val="333333"/>
          <w:sz w:val="19"/>
        </w:rPr>
        <w:t>Rewriting, 4log₁₀ b = 4π log₁₀ a, hence log₁₀ b = π log₁₀ a.</w:t>
      </w:r>
    </w:p>
    <w:p>
      <w:pPr>
        <w:spacing w:before="0" w:after="80" w:line="300" w:lineRule="auto"/>
        <w:jc w:val="left"/>
      </w:pPr>
      <w:r>
        <w:rPr>
          <w:rFonts w:ascii="Times New Roman" w:hAnsi="Times New Roman" w:eastAsia="宋体"/>
          <w:b w:val="0"/>
          <w:i w:val="0"/>
          <w:color w:val="333333"/>
          <w:sz w:val="19"/>
        </w:rPr>
        <w:t>Therefore logₐ b = (log₁₀ b)/(log₁₀ a) = 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凸包 S 与 R 的差只出现在正方形的四个角附近，每处形成一个小三角形空隙。每个空隙三角形有两条长度为 1 的边，也就是相邻三角形的外边。</w:t>
      </w:r>
    </w:p>
    <w:p>
      <w:pPr>
        <w:spacing w:before="0" w:after="80" w:line="300" w:lineRule="auto"/>
        <w:jc w:val="left"/>
      </w:pPr>
      <w:r>
        <w:rPr>
          <w:rFonts w:ascii="Times New Roman" w:hAnsi="Times New Roman" w:eastAsia="宋体"/>
          <w:b w:val="0"/>
          <w:i w:val="0"/>
          <w:sz w:val="21"/>
        </w:rPr>
        <w:t>这两条边之间的夹角为 360° - 90° - 4 · 60° = 30°，所以每个空隙面积为</w:t>
      </w:r>
    </w:p>
    <w:p>
      <w:pPr>
        <w:spacing w:before="0" w:after="80" w:line="300" w:lineRule="auto"/>
        <w:jc w:val="left"/>
      </w:pPr>
      <w:r>
        <w:rPr>
          <w:rFonts w:ascii="Times New Roman" w:hAnsi="Times New Roman" w:eastAsia="宋体"/>
          <w:b w:val="0"/>
          <w:i w:val="0"/>
          <w:sz w:val="21"/>
        </w:rPr>
        <w:t>1/2 · 1 · 1 · sin 30° = 1/4。</w:t>
      </w:r>
    </w:p>
    <w:p>
      <w:pPr>
        <w:spacing w:before="0" w:after="80" w:line="300" w:lineRule="auto"/>
        <w:jc w:val="left"/>
      </w:pPr>
      <w:r>
        <w:rPr>
          <w:rFonts w:ascii="Times New Roman" w:hAnsi="Times New Roman" w:eastAsia="宋体"/>
          <w:b w:val="0"/>
          <w:i w:val="0"/>
          <w:sz w:val="21"/>
        </w:rPr>
        <w:t>总面积为 4 · 1/4 =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convex hull S differs from R only near the four corners of the square, where a small triangular gap forms. Each gap triangle has two sides of length 1 (outer edges of adjacent triangles).</w:t>
      </w:r>
    </w:p>
    <w:p>
      <w:pPr>
        <w:spacing w:before="0" w:after="80" w:line="300" w:lineRule="auto"/>
        <w:jc w:val="left"/>
      </w:pPr>
      <w:r>
        <w:rPr>
          <w:rFonts w:ascii="Times New Roman" w:hAnsi="Times New Roman" w:eastAsia="宋体"/>
          <w:b w:val="0"/>
          <w:i w:val="0"/>
          <w:color w:val="333333"/>
          <w:sz w:val="19"/>
        </w:rPr>
        <w:t>The angle between those two sides is 360° - 90° - 4 · 60° = 30°, so each gap has area</w:t>
      </w:r>
    </w:p>
    <w:p>
      <w:pPr>
        <w:spacing w:before="0" w:after="80" w:line="300" w:lineRule="auto"/>
        <w:jc w:val="left"/>
      </w:pPr>
      <w:r>
        <w:rPr>
          <w:rFonts w:ascii="Times New Roman" w:hAnsi="Times New Roman" w:eastAsia="宋体"/>
          <w:b w:val="0"/>
          <w:i w:val="0"/>
          <w:color w:val="333333"/>
          <w:sz w:val="19"/>
        </w:rPr>
        <w:t>1/2 · 1 · 1 · sin 30° = 1/4.</w:t>
      </w:r>
    </w:p>
    <w:p>
      <w:pPr>
        <w:spacing w:before="0" w:after="80" w:line="300" w:lineRule="auto"/>
        <w:jc w:val="left"/>
      </w:pPr>
      <w:r>
        <w:rPr>
          <w:rFonts w:ascii="Times New Roman" w:hAnsi="Times New Roman" w:eastAsia="宋体"/>
          <w:b w:val="0"/>
          <w:i w:val="0"/>
          <w:color w:val="333333"/>
          <w:sz w:val="19"/>
        </w:rPr>
        <w:t>The total area is 4 · 1/4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涂色矩形尺寸为 (a - 2) 乘 (b - 2)，面积是地板面积的一半，所以</w:t>
      </w:r>
    </w:p>
    <w:p>
      <w:pPr>
        <w:spacing w:before="0" w:after="80" w:line="300" w:lineRule="auto"/>
        <w:jc w:val="left"/>
      </w:pPr>
      <w:r>
        <w:rPr>
          <w:rFonts w:ascii="Times New Roman" w:hAnsi="Times New Roman" w:eastAsia="宋体"/>
          <w:b w:val="0"/>
          <w:i w:val="0"/>
          <w:sz w:val="21"/>
        </w:rPr>
        <w:t>ab = 2(a - 2)(b - 2)。</w:t>
      </w:r>
    </w:p>
    <w:p>
      <w:pPr>
        <w:spacing w:before="0" w:after="80" w:line="300" w:lineRule="auto"/>
        <w:jc w:val="left"/>
      </w:pPr>
      <w:r>
        <w:rPr>
          <w:rFonts w:ascii="Times New Roman" w:hAnsi="Times New Roman" w:eastAsia="宋体"/>
          <w:b w:val="0"/>
          <w:i w:val="0"/>
          <w:sz w:val="21"/>
        </w:rPr>
        <w:t>展开得 0 = ab - 4a - 4b + 8，再两边加 8 得到 (a - 4)(b - 4) = 8。</w:t>
      </w:r>
    </w:p>
    <w:p>
      <w:pPr>
        <w:spacing w:before="0" w:after="80" w:line="300" w:lineRule="auto"/>
        <w:jc w:val="left"/>
      </w:pPr>
      <w:r>
        <w:rPr>
          <w:rFonts w:ascii="Times New Roman" w:hAnsi="Times New Roman" w:eastAsia="宋体"/>
          <w:b w:val="0"/>
          <w:i w:val="0"/>
          <w:sz w:val="21"/>
        </w:rPr>
        <w:t>在 b &gt; a &gt; 0 下，8 的有效因数对只有 (a - 4, b - 4) = (1, 8) 和 (2, 4)，给出 (a, b) = (5, 12) 和 (6, 8)。</w:t>
      </w:r>
    </w:p>
    <w:p>
      <w:pPr>
        <w:spacing w:before="0" w:after="80" w:line="300" w:lineRule="auto"/>
        <w:jc w:val="left"/>
      </w:pPr>
      <w:r>
        <w:rPr>
          <w:rFonts w:ascii="Times New Roman" w:hAnsi="Times New Roman" w:eastAsia="宋体"/>
          <w:b w:val="0"/>
          <w:i w:val="0"/>
          <w:sz w:val="21"/>
        </w:rPr>
        <w:t>共有 2 种可能。</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painted rectangle measures (a - 2) by (b - 2) and has half the area of the floor, so</w:t>
      </w:r>
    </w:p>
    <w:p>
      <w:pPr>
        <w:spacing w:before="0" w:after="80" w:line="300" w:lineRule="auto"/>
        <w:jc w:val="left"/>
      </w:pPr>
      <w:r>
        <w:rPr>
          <w:rFonts w:ascii="Times New Roman" w:hAnsi="Times New Roman" w:eastAsia="宋体"/>
          <w:b w:val="0"/>
          <w:i w:val="0"/>
          <w:color w:val="333333"/>
          <w:sz w:val="19"/>
        </w:rPr>
        <w:t>ab = 2(a - 2)(b - 2).</w:t>
      </w:r>
    </w:p>
    <w:p>
      <w:pPr>
        <w:spacing w:before="0" w:after="80" w:line="300" w:lineRule="auto"/>
        <w:jc w:val="left"/>
      </w:pPr>
      <w:r>
        <w:rPr>
          <w:rFonts w:ascii="Times New Roman" w:hAnsi="Times New Roman" w:eastAsia="宋体"/>
          <w:b w:val="0"/>
          <w:i w:val="0"/>
          <w:color w:val="333333"/>
          <w:sz w:val="19"/>
        </w:rPr>
        <w:t>Expanding gives 0 = ab - 4a - 4b + 8, and adding 8 yields (a - 4)(b - 4) = 8.</w:t>
      </w:r>
    </w:p>
    <w:p>
      <w:pPr>
        <w:spacing w:before="0" w:after="80" w:line="300" w:lineRule="auto"/>
        <w:jc w:val="left"/>
      </w:pPr>
      <w:r>
        <w:rPr>
          <w:rFonts w:ascii="Times New Roman" w:hAnsi="Times New Roman" w:eastAsia="宋体"/>
          <w:b w:val="0"/>
          <w:i w:val="0"/>
          <w:color w:val="333333"/>
          <w:sz w:val="19"/>
        </w:rPr>
        <w:t>With b &gt; a &gt; 0, the only valid factor pairs of 8 are (a - 4, b - 4) = (1, 8) and (2, 4), giving (a, b) = (5, 12) and (6, 8).</w:t>
      </w:r>
    </w:p>
    <w:p>
      <w:pPr>
        <w:spacing w:before="0" w:after="80" w:line="300" w:lineRule="auto"/>
        <w:jc w:val="left"/>
      </w:pPr>
      <w:r>
        <w:rPr>
          <w:rFonts w:ascii="Times New Roman" w:hAnsi="Times New Roman" w:eastAsia="宋体"/>
          <w:b w:val="0"/>
          <w:i w:val="0"/>
          <w:color w:val="333333"/>
          <w:sz w:val="19"/>
        </w:rPr>
        <w:t>There are 2 possibilities.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因为 AB 水平，取 A = (a, a²)、B = (-a, a²)，并设 C = (c, c²)。直角不可能在 A 或 B 处（否则需要 c = ± a），所以直角在 C 处。</w:t>
      </w:r>
    </w:p>
    <w:p>
      <w:pPr>
        <w:spacing w:before="0" w:after="80" w:line="300" w:lineRule="auto"/>
        <w:jc w:val="left"/>
      </w:pPr>
      <w:r>
        <w:rPr>
          <w:rFonts w:ascii="Times New Roman" w:hAnsi="Times New Roman" w:eastAsia="宋体"/>
          <w:b w:val="0"/>
          <w:i w:val="0"/>
          <w:sz w:val="21"/>
        </w:rPr>
        <w:t>令 d = a²-c²。计算 overrightarrowCA 与 overrightarrowCB 的点积，得到 d(d-1)=0。三点互异，所以 d ≠ 0；因此 a²-c²=1。这个值就是三角形相对于 AB 的高。</w:t>
      </w:r>
    </w:p>
    <w:p>
      <w:pPr>
        <w:spacing w:before="0" w:after="80" w:line="300" w:lineRule="auto"/>
        <w:jc w:val="left"/>
      </w:pPr>
      <w:r>
        <w:rPr>
          <w:rFonts w:ascii="Times New Roman" w:hAnsi="Times New Roman" w:eastAsia="宋体"/>
          <w:b w:val="0"/>
          <w:i w:val="0"/>
          <w:sz w:val="21"/>
        </w:rPr>
        <w:t>面积为 1/2 · AB · 高 = 1/2 (2|a|)(1) = |a| = 2008，所以 a² = 2008² = 4,032,064，而 C 的 y 坐标为 c² = a² - 1 = 4,032,063。</w:t>
      </w:r>
    </w:p>
    <w:p>
      <w:pPr>
        <w:spacing w:before="0" w:after="80" w:line="300" w:lineRule="auto"/>
        <w:jc w:val="left"/>
      </w:pPr>
      <w:r>
        <w:rPr>
          <w:rFonts w:ascii="Times New Roman" w:hAnsi="Times New Roman" w:eastAsia="宋体"/>
          <w:b w:val="0"/>
          <w:i w:val="0"/>
          <w:sz w:val="21"/>
        </w:rPr>
        <w:t>它的数位和为 4 + 0 + 3 + 2 + 0 + 6 + 3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AB is horizontal, take A = (a, a²) and B = (-a, a²), and let C = (c, c²). The right angle cannot be at A or B (that would need c = ± a), so it is at C.</w:t>
      </w:r>
    </w:p>
    <w:p>
      <w:pPr>
        <w:spacing w:before="0" w:after="80" w:line="300" w:lineRule="auto"/>
        <w:jc w:val="left"/>
      </w:pPr>
      <w:r>
        <w:rPr>
          <w:rFonts w:ascii="Times New Roman" w:hAnsi="Times New Roman" w:eastAsia="宋体"/>
          <w:b w:val="0"/>
          <w:i w:val="0"/>
          <w:color w:val="333333"/>
          <w:sz w:val="19"/>
        </w:rPr>
        <w:t>Put d = a²-c². Taking the dot product of overrightarrowCA and overrightarrowCB gives d(d-1)=0. The points are distinct, so d ≠ 0; hence a²-c²=1. This value is the height of the triangle above AB.</w:t>
      </w:r>
    </w:p>
    <w:p>
      <w:pPr>
        <w:spacing w:before="0" w:after="80" w:line="300" w:lineRule="auto"/>
        <w:jc w:val="left"/>
      </w:pPr>
      <w:r>
        <w:rPr>
          <w:rFonts w:ascii="Times New Roman" w:hAnsi="Times New Roman" w:eastAsia="宋体"/>
          <w:b w:val="0"/>
          <w:i w:val="0"/>
          <w:color w:val="333333"/>
          <w:sz w:val="19"/>
        </w:rPr>
        <w:t>The area is 1/2 · AB · height = 1/2 (2|a|)(1) = |a| = 2008, so a² = 2008² = 4,032,064 and the y-coordinate of C is c² = a² - 1 = 4,032,063.</w:t>
      </w:r>
    </w:p>
    <w:p>
      <w:pPr>
        <w:spacing w:before="0" w:after="80" w:line="300" w:lineRule="auto"/>
        <w:jc w:val="left"/>
      </w:pPr>
      <w:r>
        <w:rPr>
          <w:rFonts w:ascii="Times New Roman" w:hAnsi="Times New Roman" w:eastAsia="宋体"/>
          <w:b w:val="0"/>
          <w:i w:val="0"/>
          <w:color w:val="333333"/>
          <w:sz w:val="19"/>
        </w:rPr>
        <w:t>Its digit sum is 4 + 0 + 3 + 2 + 0 + 6 + 3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正方形边长为 √(196) = 14。令 F 和 G 分别为从 E 到 AB 和 CD 的垂足。于是 FG = 14，EF = (2 · 105)/14 = 15，且 EG = (2 · 91)/14 = 13。</w:t>
      </w:r>
    </w:p>
    <w:p>
      <w:pPr>
        <w:spacing w:before="0" w:after="80" w:line="300" w:lineRule="auto"/>
        <w:jc w:val="left"/>
      </w:pPr>
      <w:r>
        <w:rPr>
          <w:rFonts w:ascii="Times New Roman" w:hAnsi="Times New Roman" w:eastAsia="宋体"/>
          <w:b w:val="0"/>
          <w:i w:val="0"/>
          <w:sz w:val="21"/>
        </w:rPr>
        <w:t>三角形 EFG 位于垂直于底面的平面内，因此它到 FG 的高就是棱锥的高。由海伦公式，半周长 s = 21，其面积为 √(21 · 6 · 8 · 7) = 84，所以到 FG 的高为 (2 · 84)/14 = 12。</w:t>
      </w:r>
    </w:p>
    <w:p>
      <w:pPr>
        <w:spacing w:before="0" w:after="80" w:line="300" w:lineRule="auto"/>
        <w:jc w:val="left"/>
      </w:pPr>
      <w:r>
        <w:rPr>
          <w:rFonts w:ascii="Times New Roman" w:hAnsi="Times New Roman" w:eastAsia="宋体"/>
          <w:b w:val="0"/>
          <w:i w:val="0"/>
          <w:sz w:val="21"/>
        </w:rPr>
        <w:t>体积为 1/3 · 196 · 12 = 784。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has side √(196) = 14. Let F and G be the feet of the perpendiculars from E to AB and CD. Then FG = 14, EF = (2 · 105)/14 = 15, and EG = (2 · 91)/14 = 13.</w:t>
      </w:r>
    </w:p>
    <w:p>
      <w:pPr>
        <w:spacing w:before="0" w:after="80" w:line="300" w:lineRule="auto"/>
        <w:jc w:val="left"/>
      </w:pPr>
      <w:r>
        <w:rPr>
          <w:rFonts w:ascii="Times New Roman" w:hAnsi="Times New Roman" w:eastAsia="宋体"/>
          <w:b w:val="0"/>
          <w:i w:val="0"/>
          <w:color w:val="333333"/>
          <w:sz w:val="19"/>
        </w:rPr>
        <w:t>Triangle EFG lies in a plane perpendicular to the base, so its altitude to FG is the pyramid’s height. By Heron’s formula with s = 21, its area is √(21 · 6 · 8 · 7) = 84, so the altitude to FG is (2 · 84)/14 = 12.</w:t>
      </w:r>
    </w:p>
    <w:p>
      <w:pPr>
        <w:spacing w:before="0" w:after="80" w:line="300" w:lineRule="auto"/>
        <w:jc w:val="left"/>
      </w:pPr>
      <w:r>
        <w:rPr>
          <w:rFonts w:ascii="Times New Roman" w:hAnsi="Times New Roman" w:eastAsia="宋体"/>
          <w:b w:val="0"/>
          <w:i w:val="0"/>
          <w:color w:val="333333"/>
          <w:sz w:val="19"/>
        </w:rPr>
        <w:t>The volume is 1/3 · 196 · 12 = 784.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令 α = a + bi，γ = c + di。则 f(1) = (4 + a + c) + (1 + b + d)i，且 f(i) = (-4 - b + c) + (-1 + a + d)i。</w:t>
      </w:r>
    </w:p>
    <w:p>
      <w:pPr>
        <w:spacing w:before="0" w:after="80" w:line="300" w:lineRule="auto"/>
        <w:jc w:val="left"/>
      </w:pPr>
      <w:r>
        <w:rPr>
          <w:rFonts w:ascii="Times New Roman" w:hAnsi="Times New Roman" w:eastAsia="宋体"/>
          <w:b w:val="0"/>
          <w:i w:val="0"/>
          <w:sz w:val="21"/>
        </w:rPr>
        <w:t>二者都是实数，强制 1 + b + d = 0 且 -1 + a + d = 0，即 a = 1 - d、b = -1 - d。</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|α| + |γ|</w:t>
      </w:r>
    </w:p>
    <w:p>
      <w:pPr>
        <w:spacing w:before="0" w:after="80" w:line="300" w:lineRule="auto"/>
        <w:jc w:val="left"/>
      </w:pPr>
      <w:r>
        <w:rPr>
          <w:rFonts w:ascii="Times New Roman" w:hAnsi="Times New Roman" w:eastAsia="宋体"/>
          <w:b w:val="0"/>
          <w:i w:val="0"/>
          <w:sz w:val="21"/>
        </w:rPr>
        <w:t>= √((1 - d)² + (1 + d)²)</w:t>
      </w:r>
    </w:p>
    <w:p>
      <w:pPr>
        <w:spacing w:before="0" w:after="80" w:line="300" w:lineRule="auto"/>
        <w:jc w:val="left"/>
      </w:pPr>
      <w:r>
        <w:rPr>
          <w:rFonts w:ascii="Times New Roman" w:hAnsi="Times New Roman" w:eastAsia="宋体"/>
          <w:b w:val="0"/>
          <w:i w:val="0"/>
          <w:sz w:val="21"/>
        </w:rPr>
        <w:t>+ √(c² + d²)</w:t>
      </w:r>
    </w:p>
    <w:p>
      <w:pPr>
        <w:spacing w:before="0" w:after="80" w:line="300" w:lineRule="auto"/>
        <w:jc w:val="left"/>
      </w:pPr>
      <w:r>
        <w:rPr>
          <w:rFonts w:ascii="Times New Roman" w:hAnsi="Times New Roman" w:eastAsia="宋体"/>
          <w:b w:val="0"/>
          <w:i w:val="0"/>
          <w:sz w:val="21"/>
        </w:rPr>
        <w:t>= √(2 + 2d²)</w:t>
      </w:r>
    </w:p>
    <w:p>
      <w:pPr>
        <w:spacing w:before="0" w:after="80" w:line="300" w:lineRule="auto"/>
        <w:jc w:val="left"/>
      </w:pPr>
      <w:r>
        <w:rPr>
          <w:rFonts w:ascii="Times New Roman" w:hAnsi="Times New Roman" w:eastAsia="宋体"/>
          <w:b w:val="0"/>
          <w:i w:val="0"/>
          <w:sz w:val="21"/>
        </w:rPr>
        <w:t>+ √(c² + d²)，</w:t>
      </w:r>
    </w:p>
    <w:p>
      <w:pPr>
        <w:spacing w:before="0" w:after="80" w:line="300" w:lineRule="auto"/>
        <w:jc w:val="left"/>
      </w:pPr>
      <w:r>
        <w:rPr>
          <w:rFonts w:ascii="Times New Roman" w:hAnsi="Times New Roman" w:eastAsia="宋体"/>
          <w:b w:val="0"/>
          <w:i w:val="0"/>
          <w:sz w:val="21"/>
        </w:rPr>
        <w:t>当 c = d = 0 时最小，值为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α = a + bi and γ = c + di. Then f(1) = (4 + a + c) + (1 + b + d)i and f(i) = (-4 - b + c) + (-1 + a + d)i.</w:t>
      </w:r>
    </w:p>
    <w:p>
      <w:pPr>
        <w:spacing w:before="0" w:after="80" w:line="300" w:lineRule="auto"/>
        <w:jc w:val="left"/>
      </w:pPr>
      <w:r>
        <w:rPr>
          <w:rFonts w:ascii="Times New Roman" w:hAnsi="Times New Roman" w:eastAsia="宋体"/>
          <w:b w:val="0"/>
          <w:i w:val="0"/>
          <w:color w:val="333333"/>
          <w:sz w:val="19"/>
        </w:rPr>
        <w:t>Both being real forces 1 + b + d = 0 and -1 + a + d = 0, i.e. a = 1 - d and b = -1 - d.</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|α| + |γ|</w:t>
      </w:r>
    </w:p>
    <w:p>
      <w:pPr>
        <w:spacing w:before="0" w:after="80" w:line="300" w:lineRule="auto"/>
        <w:jc w:val="left"/>
      </w:pPr>
      <w:r>
        <w:rPr>
          <w:rFonts w:ascii="Times New Roman" w:hAnsi="Times New Roman" w:eastAsia="宋体"/>
          <w:b w:val="0"/>
          <w:i w:val="0"/>
          <w:color w:val="333333"/>
          <w:sz w:val="19"/>
        </w:rPr>
        <w:t>= √((1 - d)² + (1 + d)²)</w:t>
      </w:r>
    </w:p>
    <w:p>
      <w:pPr>
        <w:spacing w:before="0" w:after="80" w:line="300" w:lineRule="auto"/>
        <w:jc w:val="left"/>
      </w:pPr>
      <w:r>
        <w:rPr>
          <w:rFonts w:ascii="Times New Roman" w:hAnsi="Times New Roman" w:eastAsia="宋体"/>
          <w:b w:val="0"/>
          <w:i w:val="0"/>
          <w:color w:val="333333"/>
          <w:sz w:val="19"/>
        </w:rPr>
        <w:t>+ √(c² + d²)</w:t>
      </w:r>
    </w:p>
    <w:p>
      <w:pPr>
        <w:spacing w:before="0" w:after="80" w:line="300" w:lineRule="auto"/>
        <w:jc w:val="left"/>
      </w:pPr>
      <w:r>
        <w:rPr>
          <w:rFonts w:ascii="Times New Roman" w:hAnsi="Times New Roman" w:eastAsia="宋体"/>
          <w:b w:val="0"/>
          <w:i w:val="0"/>
          <w:color w:val="333333"/>
          <w:sz w:val="19"/>
        </w:rPr>
        <w:t>= √(2 + 2d²)</w:t>
      </w:r>
    </w:p>
    <w:p>
      <w:pPr>
        <w:spacing w:before="0" w:after="80" w:line="300" w:lineRule="auto"/>
        <w:jc w:val="left"/>
      </w:pPr>
      <w:r>
        <w:rPr>
          <w:rFonts w:ascii="Times New Roman" w:hAnsi="Times New Roman" w:eastAsia="宋体"/>
          <w:b w:val="0"/>
          <w:i w:val="0"/>
          <w:color w:val="333333"/>
          <w:sz w:val="19"/>
        </w:rPr>
        <w:t>+ √(c² + d²),</w:t>
      </w:r>
    </w:p>
    <w:p>
      <w:pPr>
        <w:spacing w:before="0" w:after="80" w:line="300" w:lineRule="auto"/>
        <w:jc w:val="left"/>
      </w:pPr>
      <w:r>
        <w:rPr>
          <w:rFonts w:ascii="Times New Roman" w:hAnsi="Times New Roman" w:eastAsia="宋体"/>
          <w:b w:val="0"/>
          <w:i w:val="0"/>
          <w:color w:val="333333"/>
          <w:sz w:val="19"/>
        </w:rPr>
        <w:t>which is smallest when c = d = 0, giving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给垃圾桶编号。在时刻 0，Michael 在 0 号桶，垃圾车在 1 号桶。Michael 在 40n 秒时到达 n 号桶。垃圾车在两个桶之间行驶 20 秒，并停 30 秒，所以它在 50(n - 1) 秒离开 n 号桶，并且（当 n ≥ 2 时）在 50(n - 1) - 30 秒到达。</w:t>
      </w:r>
    </w:p>
    <w:p>
      <w:pPr>
        <w:spacing w:before="0" w:after="80" w:line="300" w:lineRule="auto"/>
        <w:jc w:val="left"/>
      </w:pPr>
      <w:r>
        <w:rPr>
          <w:rFonts w:ascii="Times New Roman" w:hAnsi="Times New Roman" w:eastAsia="宋体"/>
          <w:b w:val="0"/>
          <w:i w:val="0"/>
          <w:sz w:val="21"/>
        </w:rPr>
        <w:t>Michael 在 n 号桶时垃圾车也在那里，恰好当 50(n-1) - 30 ≤ 40n ≤ 50(n-1)，化简得 5 ≤ n ≤ 8。所以他们在 5 号桶（t = 200，垃圾车离开时）、6 号桶（t = 240）、7 号桶（t = 280）和 8 号桶（t = 320，垃圾车到达时）相遇。</w:t>
      </w:r>
    </w:p>
    <w:p>
      <w:pPr>
        <w:spacing w:before="0" w:after="80" w:line="300" w:lineRule="auto"/>
        <w:jc w:val="left"/>
      </w:pPr>
      <w:r>
        <w:rPr>
          <w:rFonts w:ascii="Times New Roman" w:hAnsi="Times New Roman" w:eastAsia="宋体"/>
          <w:b w:val="0"/>
          <w:i w:val="0"/>
          <w:sz w:val="21"/>
        </w:rPr>
        <w:t>在 6 号桶和 7 号桶之间，垃圾车（以 10 英尺/秒移动）先超过 Michael，随后又被 Michael 追上一次，额外增加一次交会。总共相遇 5 次。</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Number the pails so Michael is at pail 0 and the truck at pail 1 at time 0. Michael reaches pail n at 40n seconds. The truck spends 20 seconds between pails and 30 stopped, so it leaves pail n at 50(n - 1) seconds and (for n ≥ 2) arrives at 50(n - 1) - 30.</w:t>
      </w:r>
    </w:p>
    <w:p>
      <w:pPr>
        <w:spacing w:before="0" w:after="80" w:line="300" w:lineRule="auto"/>
        <w:jc w:val="left"/>
      </w:pPr>
      <w:r>
        <w:rPr>
          <w:rFonts w:ascii="Times New Roman" w:hAnsi="Times New Roman" w:eastAsia="宋体"/>
          <w:b w:val="0"/>
          <w:i w:val="0"/>
          <w:color w:val="333333"/>
          <w:sz w:val="19"/>
        </w:rPr>
        <w:t>Michael is at pail n while the truck is there exactly when 50(n-1) - 30 ≤ 40n ≤ 50(n-1), which simplifies to 5 ≤ n ≤ 8. So they meet at pail 5 (at t = 200, as the truck departs), pail 6 (t = 240), pail 7 (t = 280), and pail 8 (t = 320, as the truck arrives).</w:t>
      </w:r>
    </w:p>
    <w:p>
      <w:pPr>
        <w:spacing w:before="0" w:after="80" w:line="300" w:lineRule="auto"/>
        <w:jc w:val="left"/>
      </w:pPr>
      <w:r>
        <w:rPr>
          <w:rFonts w:ascii="Times New Roman" w:hAnsi="Times New Roman" w:eastAsia="宋体"/>
          <w:b w:val="0"/>
          <w:i w:val="0"/>
          <w:color w:val="333333"/>
          <w:sz w:val="19"/>
        </w:rPr>
        <w:t>Between pails 6 and 7 the truck (moving at 10 ft/s) pulls ahead of and is then overtaken by Michael once more, adding one crossing. In all, they meet 5 times.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设两个圆心为 (a, 0) 和 (b, 1)，其中 a, b ∈ [0, 2]。两个半径均为 1 的圆相交，当且仅当圆心距至多为 2：</w:t>
      </w:r>
    </w:p>
    <w:p>
      <w:pPr>
        <w:spacing w:before="0" w:after="80" w:line="300" w:lineRule="auto"/>
        <w:jc w:val="left"/>
      </w:pPr>
      <w:r>
        <w:rPr>
          <w:rFonts w:ascii="Times New Roman" w:hAnsi="Times New Roman" w:eastAsia="宋体"/>
          <w:b w:val="0"/>
          <w:i w:val="0"/>
          <w:sz w:val="21"/>
        </w:rPr>
        <w:t>√((a - b)² + 1) ≤ 2</w:t>
      </w:r>
    </w:p>
    <w:p>
      <w:pPr>
        <w:spacing w:before="0" w:after="80" w:line="300" w:lineRule="auto"/>
        <w:jc w:val="left"/>
      </w:pPr>
      <w:r>
        <w:rPr>
          <w:rFonts w:ascii="Times New Roman" w:hAnsi="Times New Roman" w:eastAsia="宋体"/>
          <w:b w:val="0"/>
          <w:i w:val="0"/>
          <w:sz w:val="21"/>
        </w:rPr>
        <w:t>iff |a - b| ≤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所有点对 (a, b) 填满面积为 4 的正方形 [0, 2]²。失败区域 |a - b| &gt; √(3) 是两个直角三角形，每个的两条直角边长为 2 - √(3)，总面积为 (2 - √(3))² = 7 - 4√(3)。</w:t>
      </w:r>
    </w:p>
    <w:p>
      <w:pPr>
        <w:spacing w:before="0" w:after="80" w:line="300" w:lineRule="auto"/>
        <w:jc w:val="left"/>
      </w:pPr>
      <w:r>
        <w:rPr>
          <w:rFonts w:ascii="Times New Roman" w:hAnsi="Times New Roman" w:eastAsia="宋体"/>
          <w:b w:val="0"/>
          <w:i w:val="0"/>
          <w:sz w:val="21"/>
        </w:rPr>
        <w:t>所以有利面积为 4 - (7 - 4√(3)) = 4√(3) - 3，概率为</w:t>
      </w:r>
    </w:p>
    <w:p>
      <w:pPr>
        <w:spacing w:before="0" w:after="80" w:line="300" w:lineRule="auto"/>
        <w:jc w:val="left"/>
      </w:pPr>
      <w:r>
        <w:rPr>
          <w:rFonts w:ascii="Times New Roman" w:hAnsi="Times New Roman" w:eastAsia="宋体"/>
          <w:b w:val="0"/>
          <w:i w:val="0"/>
          <w:sz w:val="21"/>
        </w:rPr>
        <w:t>(4√(3) - 3)/4。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centers be (a, 0) and (b, 1) with a, b ∈ [0, 2]. The circles (radius 1 each) intersect iff the distance between centers is at most 2:</w:t>
      </w:r>
    </w:p>
    <w:p>
      <w:pPr>
        <w:spacing w:before="0" w:after="80" w:line="300" w:lineRule="auto"/>
        <w:jc w:val="left"/>
      </w:pPr>
      <w:r>
        <w:rPr>
          <w:rFonts w:ascii="Times New Roman" w:hAnsi="Times New Roman" w:eastAsia="宋体"/>
          <w:b w:val="0"/>
          <w:i w:val="0"/>
          <w:color w:val="333333"/>
          <w:sz w:val="19"/>
        </w:rPr>
        <w:t>√((a - b)² + 1) ≤ 2</w:t>
      </w:r>
    </w:p>
    <w:p>
      <w:pPr>
        <w:spacing w:before="0" w:after="80" w:line="300" w:lineRule="auto"/>
        <w:jc w:val="left"/>
      </w:pPr>
      <w:r>
        <w:rPr>
          <w:rFonts w:ascii="Times New Roman" w:hAnsi="Times New Roman" w:eastAsia="宋体"/>
          <w:b w:val="0"/>
          <w:i w:val="0"/>
          <w:color w:val="333333"/>
          <w:sz w:val="19"/>
        </w:rPr>
        <w:t>iff |a - b| ≤ √(3).</w:t>
      </w:r>
    </w:p>
    <w:p>
      <w:pPr>
        <w:spacing w:before="0" w:after="80" w:line="300" w:lineRule="auto"/>
        <w:jc w:val="left"/>
      </w:pPr>
      <w:r>
        <w:rPr>
          <w:rFonts w:ascii="Times New Roman" w:hAnsi="Times New Roman" w:eastAsia="宋体"/>
          <w:b w:val="0"/>
          <w:i w:val="0"/>
          <w:color w:val="333333"/>
          <w:sz w:val="19"/>
        </w:rPr>
        <w:t>The pairs (a, b) fill the square [0, 2]² of area 4. The failing region |a - b| &gt; √(3) is two right triangles, each with legs 2 - √(3), of total area (2 - √(3))² = 7 - 4√(3).</w:t>
      </w:r>
    </w:p>
    <w:p>
      <w:pPr>
        <w:spacing w:before="0" w:after="80" w:line="300" w:lineRule="auto"/>
        <w:jc w:val="left"/>
      </w:pPr>
      <w:r>
        <w:rPr>
          <w:rFonts w:ascii="Times New Roman" w:hAnsi="Times New Roman" w:eastAsia="宋体"/>
          <w:b w:val="0"/>
          <w:i w:val="0"/>
          <w:color w:val="333333"/>
          <w:sz w:val="19"/>
        </w:rPr>
        <w:t>So the favorable area is 4 - (7 - 4√(3)) = 4√(3) - 3, and the probability is</w:t>
      </w:r>
    </w:p>
    <w:p>
      <w:pPr>
        <w:spacing w:before="0" w:after="80" w:line="300" w:lineRule="auto"/>
        <w:jc w:val="left"/>
      </w:pPr>
      <w:r>
        <w:rPr>
          <w:rFonts w:ascii="Times New Roman" w:hAnsi="Times New Roman" w:eastAsia="宋体"/>
          <w:b w:val="0"/>
          <w:i w:val="0"/>
          <w:color w:val="333333"/>
          <w:sz w:val="19"/>
        </w:rPr>
        <w:t>(4√(3) - 3)/4.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12 辆车停好后，有 4 个车位为空，等可能地是 16 个车位中的任意 4 个，共有 C(16, 4) = 1820 个等可能集合。</w:t>
      </w:r>
    </w:p>
    <w:p>
      <w:pPr>
        <w:spacing w:before="0" w:after="80" w:line="300" w:lineRule="auto"/>
        <w:jc w:val="left"/>
      </w:pPr>
      <w:r>
        <w:rPr>
          <w:rFonts w:ascii="Times New Roman" w:hAnsi="Times New Roman" w:eastAsia="宋体"/>
          <w:b w:val="0"/>
          <w:i w:val="0"/>
          <w:sz w:val="21"/>
        </w:rPr>
        <w:t>Auntie Em 不能停车恰好当没有两个空车位相邻。在 16 个车位中放置 4 个互不相邻的空位有 C(13, 4) = 715 种。</w:t>
      </w:r>
    </w:p>
    <w:p>
      <w:pPr>
        <w:spacing w:before="0" w:after="80" w:line="300" w:lineRule="auto"/>
        <w:jc w:val="left"/>
      </w:pPr>
      <w:r>
        <w:rPr>
          <w:rFonts w:ascii="Times New Roman" w:hAnsi="Times New Roman" w:eastAsia="宋体"/>
          <w:b w:val="0"/>
          <w:i w:val="0"/>
          <w:sz w:val="21"/>
        </w:rPr>
        <w:t>因此她能够停车的概率为</w:t>
      </w:r>
    </w:p>
    <w:p>
      <w:pPr>
        <w:spacing w:before="0" w:after="80" w:line="300" w:lineRule="auto"/>
        <w:jc w:val="left"/>
      </w:pPr>
      <w:r>
        <w:rPr>
          <w:rFonts w:ascii="Times New Roman" w:hAnsi="Times New Roman" w:eastAsia="宋体"/>
          <w:b w:val="0"/>
          <w:i w:val="0"/>
          <w:sz w:val="21"/>
        </w:rPr>
        <w:t>1 - 715/1820 = 1105/1820 = 17/28。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12 cars park, 4 spaces are empty, equally likely to be any 4 of the 16, for C(16, 4) = 1820 equally likely sets.</w:t>
      </w:r>
    </w:p>
    <w:p>
      <w:pPr>
        <w:spacing w:before="0" w:after="80" w:line="300" w:lineRule="auto"/>
        <w:jc w:val="left"/>
      </w:pPr>
      <w:r>
        <w:rPr>
          <w:rFonts w:ascii="Times New Roman" w:hAnsi="Times New Roman" w:eastAsia="宋体"/>
          <w:b w:val="0"/>
          <w:i w:val="0"/>
          <w:color w:val="333333"/>
          <w:sz w:val="19"/>
        </w:rPr>
        <w:t>Auntie Em fails exactly when no two empty spaces are adjacent. The number of ways to place 4 non-adjacent empties among 16 is C(13, 4) = 715.</w:t>
      </w:r>
    </w:p>
    <w:p>
      <w:pPr>
        <w:spacing w:before="0" w:after="80" w:line="300" w:lineRule="auto"/>
        <w:jc w:val="left"/>
      </w:pPr>
      <w:r>
        <w:rPr>
          <w:rFonts w:ascii="Times New Roman" w:hAnsi="Times New Roman" w:eastAsia="宋体"/>
          <w:b w:val="0"/>
          <w:i w:val="0"/>
          <w:color w:val="333333"/>
          <w:sz w:val="19"/>
        </w:rPr>
        <w:t>So the probability she can park is</w:t>
      </w:r>
    </w:p>
    <w:p>
      <w:pPr>
        <w:spacing w:before="0" w:after="80" w:line="300" w:lineRule="auto"/>
        <w:jc w:val="left"/>
      </w:pPr>
      <w:r>
        <w:rPr>
          <w:rFonts w:ascii="Times New Roman" w:hAnsi="Times New Roman" w:eastAsia="宋体"/>
          <w:b w:val="0"/>
          <w:i w:val="0"/>
          <w:color w:val="333333"/>
          <w:sz w:val="19"/>
        </w:rPr>
        <w:t>1 - 715/1820 = 1105/1820 = 17/28.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所有因数的以 10 为底的对数之和，就是这些因数乘积的对数。若一个数 N 有 d(N) 个因数，则其所有因数的乘积为 N^((d(N))/2)。</w:t>
      </w:r>
    </w:p>
    <w:p>
      <w:pPr>
        <w:spacing w:before="0" w:after="80" w:line="300" w:lineRule="auto"/>
        <w:jc w:val="left"/>
      </w:pPr>
      <w:r>
        <w:rPr>
          <w:rFonts w:ascii="Times New Roman" w:hAnsi="Times New Roman" w:eastAsia="宋体"/>
          <w:b w:val="0"/>
          <w:i w:val="0"/>
          <w:sz w:val="21"/>
        </w:rPr>
        <w:t>这里 N = 10ⁿ 有 d(N) = (n + 1)² 个因数，所以因数乘积为 (10ⁿ)^(((n+1)²)/2)，其对数为</w:t>
      </w:r>
    </w:p>
    <w:p>
      <w:pPr>
        <w:spacing w:before="0" w:after="80" w:line="300" w:lineRule="auto"/>
        <w:jc w:val="left"/>
      </w:pPr>
      <w:r>
        <w:rPr>
          <w:rFonts w:ascii="Times New Roman" w:hAnsi="Times New Roman" w:eastAsia="宋体"/>
          <w:b w:val="0"/>
          <w:i w:val="0"/>
          <w:sz w:val="21"/>
        </w:rPr>
        <w:t>(n(n + 1)²)/2 = 792。</w:t>
      </w:r>
    </w:p>
    <w:p>
      <w:pPr>
        <w:spacing w:before="0" w:after="80" w:line="300" w:lineRule="auto"/>
        <w:jc w:val="left"/>
      </w:pPr>
      <w:r>
        <w:rPr>
          <w:rFonts w:ascii="Times New Roman" w:hAnsi="Times New Roman" w:eastAsia="宋体"/>
          <w:b w:val="0"/>
          <w:i w:val="0"/>
          <w:sz w:val="21"/>
        </w:rPr>
        <w:t>因此 n(n + 1)² = 1584 = 11 · 144 = 11 · 12²，得到 n = 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base-10 logs of the divisors is the log of their product. A number N with d(N) divisors has divisor product N^((d(N))/2).</w:t>
      </w:r>
    </w:p>
    <w:p>
      <w:pPr>
        <w:spacing w:before="0" w:after="80" w:line="300" w:lineRule="auto"/>
        <w:jc w:val="left"/>
      </w:pPr>
      <w:r>
        <w:rPr>
          <w:rFonts w:ascii="Times New Roman" w:hAnsi="Times New Roman" w:eastAsia="宋体"/>
          <w:b w:val="0"/>
          <w:i w:val="0"/>
          <w:color w:val="333333"/>
          <w:sz w:val="19"/>
        </w:rPr>
        <w:t>Here N = 10ⁿ has d(N) = (n + 1)² divisors, so the product is (10ⁿ)^(((n+1)²)/2) and its log is</w:t>
      </w:r>
    </w:p>
    <w:p>
      <w:pPr>
        <w:spacing w:before="0" w:after="80" w:line="300" w:lineRule="auto"/>
        <w:jc w:val="left"/>
      </w:pPr>
      <w:r>
        <w:rPr>
          <w:rFonts w:ascii="Times New Roman" w:hAnsi="Times New Roman" w:eastAsia="宋体"/>
          <w:b w:val="0"/>
          <w:i w:val="0"/>
          <w:color w:val="333333"/>
          <w:sz w:val="19"/>
        </w:rPr>
        <w:t>(n(n + 1)²)/2 = 792.</w:t>
      </w:r>
    </w:p>
    <w:p>
      <w:pPr>
        <w:spacing w:before="0" w:after="80" w:line="300" w:lineRule="auto"/>
        <w:jc w:val="left"/>
      </w:pPr>
      <w:r>
        <w:rPr>
          <w:rFonts w:ascii="Times New Roman" w:hAnsi="Times New Roman" w:eastAsia="宋体"/>
          <w:b w:val="0"/>
          <w:i w:val="0"/>
          <w:color w:val="333333"/>
          <w:sz w:val="19"/>
        </w:rPr>
        <w:t>Thus n(n + 1)² = 1584 = 11 · 144 = 11 · 12², giving n =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令 aₙ = A₀Aₙ，并令 cₙ = aₙ - aₙ₋₁ 为第 n 个等边三角形的底边。其顶点 Bₙ 位于底边中点上方，高度为 (√(3))/2cₙ，且在 y = √(x) 上，所以</w:t>
      </w:r>
    </w:p>
    <w:p>
      <w:pPr>
        <w:spacing w:before="0" w:after="80" w:line="300" w:lineRule="auto"/>
        <w:jc w:val="left"/>
      </w:pPr>
      <w:r>
        <w:rPr>
          <w:rFonts w:ascii="Times New Roman" w:hAnsi="Times New Roman" w:eastAsia="宋体"/>
          <w:b w:val="0"/>
          <w:i w:val="0"/>
          <w:sz w:val="21"/>
        </w:rPr>
        <w:t>((√(3))/2cₙ)² = aₙ₋₁ + cₙ/2，</w:t>
      </w:r>
    </w:p>
    <w:p>
      <w:pPr>
        <w:spacing w:before="0" w:after="80" w:line="300" w:lineRule="auto"/>
        <w:jc w:val="left"/>
      </w:pPr>
      <w:r>
        <w:rPr>
          <w:rFonts w:ascii="Times New Roman" w:hAnsi="Times New Roman" w:eastAsia="宋体"/>
          <w:b w:val="0"/>
          <w:i w:val="0"/>
          <w:sz w:val="21"/>
        </w:rPr>
        <w:t>即</w:t>
      </w:r>
    </w:p>
    <w:p>
      <w:pPr>
        <w:spacing w:before="0" w:after="80" w:line="300" w:lineRule="auto"/>
        <w:jc w:val="left"/>
      </w:pPr>
      <w:r>
        <w:rPr>
          <w:rFonts w:ascii="Times New Roman" w:hAnsi="Times New Roman" w:eastAsia="宋体"/>
          <w:b w:val="0"/>
          <w:i w:val="0"/>
          <w:sz w:val="21"/>
        </w:rPr>
        <w:t>3/4 cₙ² = aₙ₋₁ + cₙ/2。</w:t>
      </w:r>
    </w:p>
    <w:p>
      <w:pPr>
        <w:spacing w:before="0" w:after="80" w:line="300" w:lineRule="auto"/>
        <w:jc w:val="left"/>
      </w:pPr>
      <w:r>
        <w:rPr>
          <w:rFonts w:ascii="Times New Roman" w:hAnsi="Times New Roman" w:eastAsia="宋体"/>
          <w:b w:val="0"/>
          <w:i w:val="0"/>
          <w:sz w:val="21"/>
        </w:rPr>
        <w:t>对前一个三角形写出相同关系并相减，得到 cₙ = cₙ₋₁ + 2/3，又 c₁ = 2/3，所以 cₙ = 2n/3。求和得</w:t>
      </w:r>
    </w:p>
    <w:p>
      <w:pPr>
        <w:spacing w:before="0" w:after="80" w:line="300" w:lineRule="auto"/>
        <w:jc w:val="left"/>
      </w:pPr>
      <w:r>
        <w:rPr>
          <w:rFonts w:ascii="Times New Roman" w:hAnsi="Times New Roman" w:eastAsia="宋体"/>
          <w:b w:val="0"/>
          <w:i w:val="0"/>
          <w:sz w:val="21"/>
        </w:rPr>
        <w:t>aₙ = Σₖ₌₁ⁿ 2k/3 = (n(n + 1))/3。</w:t>
      </w:r>
    </w:p>
    <w:p>
      <w:pPr>
        <w:spacing w:before="0" w:after="80" w:line="300" w:lineRule="auto"/>
        <w:jc w:val="left"/>
      </w:pPr>
      <w:r>
        <w:rPr>
          <w:rFonts w:ascii="Times New Roman" w:hAnsi="Times New Roman" w:eastAsia="宋体"/>
          <w:b w:val="0"/>
          <w:i w:val="0"/>
          <w:sz w:val="21"/>
        </w:rPr>
        <w:t>需要 (n(n + 1))/3 ≥ 100，即 n(n + 1) ≥ 300。由于 16 · 17 = 272 而 17 · 18 = 306，最小的 n 是 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aₙ = A₀Aₙ and cₙ = aₙ - aₙ₋₁ be the base of the nth equilateral triangle. Its apex Bₙ lies above the midpoint at height (√(3))/2cₙ, and being on y = √(x) gives</w:t>
      </w:r>
    </w:p>
    <w:p>
      <w:pPr>
        <w:spacing w:before="0" w:after="80" w:line="300" w:lineRule="auto"/>
        <w:jc w:val="left"/>
      </w:pPr>
      <w:r>
        <w:rPr>
          <w:rFonts w:ascii="Times New Roman" w:hAnsi="Times New Roman" w:eastAsia="宋体"/>
          <w:b w:val="0"/>
          <w:i w:val="0"/>
          <w:color w:val="333333"/>
          <w:sz w:val="19"/>
        </w:rPr>
        <w:t>((√(3))/2cₙ)² = aₙ₋₁ + cₙ/2,</w:t>
      </w:r>
    </w:p>
    <w:p>
      <w:pPr>
        <w:spacing w:before="0" w:after="80" w:line="300" w:lineRule="auto"/>
        <w:jc w:val="left"/>
      </w:pPr>
      <w:r>
        <w:rPr>
          <w:rFonts w:ascii="Times New Roman" w:hAnsi="Times New Roman" w:eastAsia="宋体"/>
          <w:b w:val="0"/>
          <w:i w:val="0"/>
          <w:color w:val="333333"/>
          <w:sz w:val="19"/>
        </w:rPr>
        <w:t>i.e.</w:t>
      </w:r>
    </w:p>
    <w:p>
      <w:pPr>
        <w:spacing w:before="0" w:after="80" w:line="300" w:lineRule="auto"/>
        <w:jc w:val="left"/>
      </w:pPr>
      <w:r>
        <w:rPr>
          <w:rFonts w:ascii="Times New Roman" w:hAnsi="Times New Roman" w:eastAsia="宋体"/>
          <w:b w:val="0"/>
          <w:i w:val="0"/>
          <w:color w:val="333333"/>
          <w:sz w:val="19"/>
        </w:rPr>
        <w:t>3/4 cₙ² = aₙ₋₁ + cₙ/2.</w:t>
      </w:r>
    </w:p>
    <w:p>
      <w:pPr>
        <w:spacing w:before="0" w:after="80" w:line="300" w:lineRule="auto"/>
        <w:jc w:val="left"/>
      </w:pPr>
      <w:r>
        <w:rPr>
          <w:rFonts w:ascii="Times New Roman" w:hAnsi="Times New Roman" w:eastAsia="宋体"/>
          <w:b w:val="0"/>
          <w:i w:val="0"/>
          <w:color w:val="333333"/>
          <w:sz w:val="19"/>
        </w:rPr>
        <w:t>Writing the same relation for the previous triangle and subtracting gives cₙ = cₙ₋₁ + 2/3, and with c₁ = 2/3 we get cₙ = 2n/3. Summing,</w:t>
      </w:r>
    </w:p>
    <w:p>
      <w:pPr>
        <w:spacing w:before="0" w:after="80" w:line="300" w:lineRule="auto"/>
        <w:jc w:val="left"/>
      </w:pPr>
      <w:r>
        <w:rPr>
          <w:rFonts w:ascii="Times New Roman" w:hAnsi="Times New Roman" w:eastAsia="宋体"/>
          <w:b w:val="0"/>
          <w:i w:val="0"/>
          <w:color w:val="333333"/>
          <w:sz w:val="19"/>
        </w:rPr>
        <w:t>aₙ = Σₖ₌₁ⁿ 2k/3 = (n(n + 1))/3.</w:t>
      </w:r>
    </w:p>
    <w:p>
      <w:pPr>
        <w:spacing w:before="0" w:after="80" w:line="300" w:lineRule="auto"/>
        <w:jc w:val="left"/>
      </w:pPr>
      <w:r>
        <w:rPr>
          <w:rFonts w:ascii="Times New Roman" w:hAnsi="Times New Roman" w:eastAsia="宋体"/>
          <w:b w:val="0"/>
          <w:i w:val="0"/>
          <w:color w:val="333333"/>
          <w:sz w:val="19"/>
        </w:rPr>
        <w:t>We need (n(n + 1))/3 ≥ 100, i.e. n(n + 1) ≥ 300. Since 16 · 17 = 272 and 17 · 18 = 306, the least such n is 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因为 AB ∥ CD，有 ∠ A + ∠ D = 180°，所以 ∠ A 与 ∠ D 的角平分线垂直相交，即 ∠ APD = 90°。于是 AD 的中点 M 是直角三角形 APD 的外心，得到 MP = MA = MD。所以 ∠ MPA = ∠ PAM = ∠ PAB，最后一个等号使用了 A 处的角平分线。因此 MP ∥ AB。对 BC 的中点 N 同理可得 QN ∥ AB。所以 M, P, Q, N 共线于中位线上。</w:t>
      </w:r>
    </w:p>
    <w:p>
      <w:pPr>
        <w:spacing w:before="0" w:after="80" w:line="300" w:lineRule="auto"/>
        <w:jc w:val="left"/>
      </w:pPr>
      <w:r>
        <w:rPr>
          <w:rFonts w:ascii="Times New Roman" w:hAnsi="Times New Roman" w:eastAsia="宋体"/>
          <w:b w:val="0"/>
          <w:i w:val="0"/>
          <w:sz w:val="21"/>
        </w:rPr>
        <w:t>中位线长为 (AB + CD)/2 = 15，而 MP = AD/2 = 7/2、QN = BC/2 = 5/2。因此 PQ = 15 - 7/2 - 5/2 = 9。</w:t>
      </w:r>
    </w:p>
    <w:p>
      <w:pPr>
        <w:spacing w:before="0" w:after="80" w:line="300" w:lineRule="auto"/>
        <w:jc w:val="left"/>
      </w:pPr>
      <w:r>
        <w:rPr>
          <w:rFonts w:ascii="Times New Roman" w:hAnsi="Times New Roman" w:eastAsia="宋体"/>
          <w:b w:val="0"/>
          <w:i w:val="0"/>
          <w:sz w:val="21"/>
        </w:rPr>
        <w:t>作 AE ∥ BC，其中 E 位于 CD 上，则 AE = 5，且 DE = CD - AB = 8。在 △ ADE 中，cos(∠ AED) = (8² + 5² - 7²)/(2 · 8 · 5) = 1/2，所以 ∠ AED = 60°，梯形高为 AF = 5sin 60° = (5√(3))/2。</w:t>
      </w:r>
    </w:p>
    <w:p>
      <w:pPr>
        <w:spacing w:before="0" w:after="80" w:line="300" w:lineRule="auto"/>
        <w:jc w:val="left"/>
      </w:pPr>
      <w:r>
        <w:rPr>
          <w:rFonts w:ascii="Times New Roman" w:hAnsi="Times New Roman" w:eastAsia="宋体"/>
          <w:b w:val="0"/>
          <w:i w:val="0"/>
          <w:sz w:val="21"/>
        </w:rPr>
        <w:t>线段 PQ 位于半高处，所以六边形分成两个梯形，并且</w:t>
      </w:r>
    </w:p>
    <w:p>
      <w:pPr>
        <w:spacing w:before="0" w:after="80" w:line="300" w:lineRule="auto"/>
        <w:jc w:val="left"/>
      </w:pPr>
      <w:r>
        <w:rPr>
          <w:rFonts w:ascii="Times New Roman" w:hAnsi="Times New Roman" w:eastAsia="宋体"/>
          <w:b w:val="0"/>
          <w:i w:val="0"/>
          <w:sz w:val="21"/>
        </w:rPr>
        <w:t>[ABQCDP]</w:t>
      </w:r>
    </w:p>
    <w:p>
      <w:pPr>
        <w:spacing w:before="0" w:after="80" w:line="300" w:lineRule="auto"/>
        <w:jc w:val="left"/>
      </w:pPr>
      <w:r>
        <w:rPr>
          <w:rFonts w:ascii="Times New Roman" w:hAnsi="Times New Roman" w:eastAsia="宋体"/>
          <w:b w:val="0"/>
          <w:i w:val="0"/>
          <w:sz w:val="21"/>
        </w:rPr>
        <w:t>= AF/4(AB + CD + 2 PQ)</w:t>
      </w:r>
    </w:p>
    <w:p>
      <w:pPr>
        <w:spacing w:before="0" w:after="80" w:line="300" w:lineRule="auto"/>
        <w:jc w:val="left"/>
      </w:pPr>
      <w:r>
        <w:rPr>
          <w:rFonts w:ascii="Times New Roman" w:hAnsi="Times New Roman" w:eastAsia="宋体"/>
          <w:b w:val="0"/>
          <w:i w:val="0"/>
          <w:sz w:val="21"/>
        </w:rPr>
        <w:t>= ((5√(3))/2)/4(11 + 19 + 18)</w:t>
      </w:r>
    </w:p>
    <w:p>
      <w:pPr>
        <w:spacing w:before="0" w:after="80" w:line="300" w:lineRule="auto"/>
        <w:jc w:val="left"/>
      </w:pPr>
      <w:r>
        <w:rPr>
          <w:rFonts w:ascii="Times New Roman" w:hAnsi="Times New Roman" w:eastAsia="宋体"/>
          <w:b w:val="0"/>
          <w:i w:val="0"/>
          <w:sz w:val="21"/>
        </w:rPr>
        <w:t>= 30√(3)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 ∥ CD, ∠ A + ∠ D = 180°, so the bisectors of ∠ A and ∠ D meet at right angles, ∠ APD = 90°. Then the midpoint M of AD is the circumcenter of right triangle APD, giving MP = MA = MD. Thus ∠ MPA = ∠ PAM = ∠ PAB, where the last equality uses the angle bisector at A. Therefore MP ∥ AB. The same argument gives QN ∥ AB for the midpoint N of BC. Hence M, P, Q, N are collinear on the midline.</w:t>
      </w:r>
    </w:p>
    <w:p>
      <w:pPr>
        <w:spacing w:before="0" w:after="80" w:line="300" w:lineRule="auto"/>
        <w:jc w:val="left"/>
      </w:pPr>
      <w:r>
        <w:rPr>
          <w:rFonts w:ascii="Times New Roman" w:hAnsi="Times New Roman" w:eastAsia="宋体"/>
          <w:b w:val="0"/>
          <w:i w:val="0"/>
          <w:color w:val="333333"/>
          <w:sz w:val="19"/>
        </w:rPr>
        <w:t>The midline has length (AB + CD)/2 = 15, while MP = AD/2 = 7/2 and QN = BC/2 = 5/2. Hence PQ = 15 - 7/2 - 5/2 = 9.</w:t>
      </w:r>
    </w:p>
    <w:p>
      <w:pPr>
        <w:spacing w:before="0" w:after="80" w:line="300" w:lineRule="auto"/>
        <w:jc w:val="left"/>
      </w:pPr>
      <w:r>
        <w:rPr>
          <w:rFonts w:ascii="Times New Roman" w:hAnsi="Times New Roman" w:eastAsia="宋体"/>
          <w:b w:val="0"/>
          <w:i w:val="0"/>
          <w:color w:val="333333"/>
          <w:sz w:val="19"/>
        </w:rPr>
        <w:t>Drawing AE ∥ BC with E on CD gives AE = 5 and DE = CD - AB = 8. In △ ADE, cos(∠ AED) = (8² + 5² - 7²)/(2 · 8 · 5) = 1/2, so ∠ AED = 60° and the trapezoid’s height is AF = 5sin 60° = (5√(3))/2.</w:t>
      </w:r>
    </w:p>
    <w:p>
      <w:pPr>
        <w:spacing w:before="0" w:after="80" w:line="300" w:lineRule="auto"/>
        <w:jc w:val="left"/>
      </w:pPr>
      <w:r>
        <w:rPr>
          <w:rFonts w:ascii="Times New Roman" w:hAnsi="Times New Roman" w:eastAsia="宋体"/>
          <w:b w:val="0"/>
          <w:i w:val="0"/>
          <w:color w:val="333333"/>
          <w:sz w:val="19"/>
        </w:rPr>
        <w:t>The segment PQ sits at half the height, so the hexagon splits into two trapezoids and</w:t>
      </w:r>
    </w:p>
    <w:p>
      <w:pPr>
        <w:spacing w:before="0" w:after="80" w:line="300" w:lineRule="auto"/>
        <w:jc w:val="left"/>
      </w:pPr>
      <w:r>
        <w:rPr>
          <w:rFonts w:ascii="Times New Roman" w:hAnsi="Times New Roman" w:eastAsia="宋体"/>
          <w:b w:val="0"/>
          <w:i w:val="0"/>
          <w:color w:val="333333"/>
          <w:sz w:val="19"/>
        </w:rPr>
        <w:t>[ABQCDP]</w:t>
      </w:r>
    </w:p>
    <w:p>
      <w:pPr>
        <w:spacing w:before="0" w:after="80" w:line="300" w:lineRule="auto"/>
        <w:jc w:val="left"/>
      </w:pPr>
      <w:r>
        <w:rPr>
          <w:rFonts w:ascii="Times New Roman" w:hAnsi="Times New Roman" w:eastAsia="宋体"/>
          <w:b w:val="0"/>
          <w:i w:val="0"/>
          <w:color w:val="333333"/>
          <w:sz w:val="19"/>
        </w:rPr>
        <w:t>= AF/4(AB + CD + 2 PQ)</w:t>
      </w:r>
    </w:p>
    <w:p>
      <w:pPr>
        <w:spacing w:before="0" w:after="80" w:line="300" w:lineRule="auto"/>
        <w:jc w:val="left"/>
      </w:pPr>
      <w:r>
        <w:rPr>
          <w:rFonts w:ascii="Times New Roman" w:hAnsi="Times New Roman" w:eastAsia="宋体"/>
          <w:b w:val="0"/>
          <w:i w:val="0"/>
          <w:color w:val="333333"/>
          <w:sz w:val="19"/>
        </w:rPr>
        <w:t>= ((5√(3))/2)/4(11 + 19 + 18)</w:t>
      </w:r>
    </w:p>
    <w:p>
      <w:pPr>
        <w:spacing w:before="0" w:after="80" w:line="300" w:lineRule="auto"/>
        <w:jc w:val="left"/>
      </w:pPr>
      <w:r>
        <w:rPr>
          <w:rFonts w:ascii="Times New Roman" w:hAnsi="Times New Roman" w:eastAsia="宋体"/>
          <w:b w:val="0"/>
          <w:i w:val="0"/>
          <w:color w:val="333333"/>
          <w:sz w:val="19"/>
        </w:rPr>
        <w:t>= 30√(3).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