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2008A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一家面包店老板在上午 8:30 打开甜甜圈机器。到上午 11:10，机器完成了当天工作的三分之一。甜甜圈机器将在什么时间完成这项工作？</w:t>
      </w:r>
    </w:p>
    <w:p>
      <w:pPr>
        <w:spacing w:before="0" w:after="120" w:line="300" w:lineRule="auto"/>
      </w:pPr>
      <w:r>
        <w:rPr>
          <w:rFonts w:ascii="Times New Roman" w:hAnsi="Times New Roman" w:eastAsia="宋体"/>
          <w:b w:val="0"/>
          <w:i w:val="0"/>
          <w:sz w:val="21"/>
        </w:rPr>
        <w:t>（A）下午 1:50　　（B）下午 3:00　　（C）下午 3:30　　（D）下午 4:30　　（E）下午 5:50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bakery owner turns on his doughnut machine at 8:30 am. At 11:10 am the machine has completed one third of the day’s job. At what time will the doughnut machine complete the job?</w:t>
      </w:r>
    </w:p>
    <w:p>
      <w:pPr>
        <w:spacing w:before="0" w:after="160" w:line="300" w:lineRule="auto"/>
      </w:pPr>
      <w:r>
        <w:rPr>
          <w:rFonts w:ascii="Times New Roman" w:hAnsi="Times New Roman" w:eastAsia="宋体"/>
          <w:b w:val="0"/>
          <w:i w:val="0"/>
          <w:color w:val="333333"/>
          <w:sz w:val="19"/>
        </w:rPr>
        <w:t>(A) 1:50 pm　　(B) 3:00 pm　　(C) 3:30 pm　　(D) 4:30 pm　　(E) 5:50 pm</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下式的倒数是多少：</w:t>
      </w:r>
    </w:p>
    <w:p>
      <w:pPr>
        <w:spacing w:before="0" w:after="80" w:line="300" w:lineRule="auto"/>
        <w:jc w:val="left"/>
      </w:pPr>
      <w:r>
        <w:rPr>
          <w:rFonts w:ascii="Times New Roman" w:hAnsi="Times New Roman" w:eastAsia="宋体"/>
          <w:b w:val="0"/>
          <w:i w:val="0"/>
          <w:sz w:val="21"/>
        </w:rPr>
        <w:t>1/2 + 2/3？</w:t>
      </w:r>
    </w:p>
    <w:p>
      <w:pPr>
        <w:spacing w:before="0" w:after="120" w:line="300" w:lineRule="auto"/>
      </w:pPr>
      <w:r>
        <w:rPr>
          <w:rFonts w:ascii="Times New Roman" w:hAnsi="Times New Roman" w:eastAsia="宋体"/>
          <w:b w:val="0"/>
          <w:i w:val="0"/>
          <w:sz w:val="21"/>
        </w:rPr>
        <w:t>（A）6/7　　（B）7/6　　（C）5/3　　（D）3　　（E）7/2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reciprocal of</w:t>
      </w:r>
    </w:p>
    <w:p>
      <w:pPr>
        <w:spacing w:before="0" w:after="80" w:line="300" w:lineRule="auto"/>
        <w:jc w:val="left"/>
      </w:pPr>
      <w:r>
        <w:rPr>
          <w:rFonts w:ascii="Times New Roman" w:hAnsi="Times New Roman" w:eastAsia="宋体"/>
          <w:b w:val="0"/>
          <w:i w:val="0"/>
          <w:color w:val="333333"/>
          <w:sz w:val="19"/>
        </w:rPr>
        <w:t>1/2 + 2/3?</w:t>
      </w:r>
    </w:p>
    <w:p>
      <w:pPr>
        <w:spacing w:before="0" w:after="160" w:line="300" w:lineRule="auto"/>
      </w:pPr>
      <w:r>
        <w:rPr>
          <w:rFonts w:ascii="Times New Roman" w:hAnsi="Times New Roman" w:eastAsia="宋体"/>
          <w:b w:val="0"/>
          <w:i w:val="0"/>
          <w:color w:val="333333"/>
          <w:sz w:val="19"/>
        </w:rPr>
        <w:t>(A) 6/7　　(B) 7/6　　(C) 5/3　　(D) 3　　(E) 7/2</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假设 10 根香蕉的 2/3 与 8 个橙子价值相同。那么 5 根香蕉的 1/2 与多少个橙子价值相同？</w:t>
      </w:r>
    </w:p>
    <w:p>
      <w:pPr>
        <w:spacing w:before="0" w:after="120" w:line="300" w:lineRule="auto"/>
      </w:pPr>
      <w:r>
        <w:rPr>
          <w:rFonts w:ascii="Times New Roman" w:hAnsi="Times New Roman" w:eastAsia="宋体"/>
          <w:b w:val="0"/>
          <w:i w:val="0"/>
          <w:sz w:val="21"/>
        </w:rPr>
        <w:t>（A）2　　（B）5/2　　（C）3　　（D）7/2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that 2/3 of 10 bananas are worth as much as 8 oranges. How many oranges are worth as much as 1/2 of 5 bananas?</w:t>
      </w:r>
    </w:p>
    <w:p>
      <w:pPr>
        <w:spacing w:before="0" w:after="160" w:line="300" w:lineRule="auto"/>
      </w:pPr>
      <w:r>
        <w:rPr>
          <w:rFonts w:ascii="Times New Roman" w:hAnsi="Times New Roman" w:eastAsia="宋体"/>
          <w:b w:val="0"/>
          <w:i w:val="0"/>
          <w:color w:val="333333"/>
          <w:sz w:val="19"/>
        </w:rPr>
        <w:t>(A) 2　　(B) 5/2　　(C) 3　　(D) 7/2　　(E) 4</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下列哪一个等于乘积：</w:t>
      </w:r>
    </w:p>
    <w:p>
      <w:pPr>
        <w:spacing w:before="0" w:after="80" w:line="300" w:lineRule="auto"/>
        <w:jc w:val="left"/>
      </w:pPr>
      <w:r>
        <w:rPr>
          <w:rFonts w:ascii="Times New Roman" w:hAnsi="Times New Roman" w:eastAsia="宋体"/>
          <w:b w:val="0"/>
          <w:i w:val="0"/>
          <w:sz w:val="21"/>
        </w:rPr>
        <w:t>8/4 · 12/8 · 16/12</w:t>
      </w:r>
    </w:p>
    <w:p>
      <w:pPr>
        <w:spacing w:before="0" w:after="80" w:line="300" w:lineRule="auto"/>
        <w:jc w:val="left"/>
      </w:pPr>
      <w:r>
        <w:rPr>
          <w:rFonts w:ascii="Times New Roman" w:hAnsi="Times New Roman" w:eastAsia="宋体"/>
          <w:b w:val="0"/>
          <w:i w:val="0"/>
          <w:sz w:val="21"/>
        </w:rPr>
        <w:t>⋯ (4n + 4)/4n ⋯ 2008/2004</w:t>
      </w:r>
    </w:p>
    <w:p>
      <w:pPr>
        <w:spacing w:before="0" w:after="80" w:line="300" w:lineRule="auto"/>
        <w:jc w:val="left"/>
      </w:pPr>
      <w:r>
        <w:rPr>
          <w:rFonts w:ascii="Times New Roman" w:hAnsi="Times New Roman" w:eastAsia="宋体"/>
          <w:b w:val="0"/>
          <w:i w:val="0"/>
          <w:sz w:val="21"/>
        </w:rPr>
        <w:t>？</w:t>
      </w:r>
    </w:p>
    <w:p>
      <w:pPr>
        <w:spacing w:before="0" w:after="120" w:line="300" w:lineRule="auto"/>
      </w:pPr>
      <w:r>
        <w:rPr>
          <w:rFonts w:ascii="Times New Roman" w:hAnsi="Times New Roman" w:eastAsia="宋体"/>
          <w:b w:val="0"/>
          <w:i w:val="0"/>
          <w:sz w:val="21"/>
        </w:rPr>
        <w:t>（A）251　　（B）502　　（C）1004　　（D）2008　　（E）4016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is equal to the product</w:t>
      </w:r>
    </w:p>
    <w:p>
      <w:pPr>
        <w:spacing w:before="0" w:after="80" w:line="300" w:lineRule="auto"/>
        <w:jc w:val="left"/>
      </w:pPr>
      <w:r>
        <w:rPr>
          <w:rFonts w:ascii="Times New Roman" w:hAnsi="Times New Roman" w:eastAsia="宋体"/>
          <w:b w:val="0"/>
          <w:i w:val="0"/>
          <w:color w:val="333333"/>
          <w:sz w:val="19"/>
        </w:rPr>
        <w:t>8/4 · 12/8 · 16/12</w:t>
      </w:r>
    </w:p>
    <w:p>
      <w:pPr>
        <w:spacing w:before="0" w:after="80" w:line="300" w:lineRule="auto"/>
        <w:jc w:val="left"/>
      </w:pPr>
      <w:r>
        <w:rPr>
          <w:rFonts w:ascii="Times New Roman" w:hAnsi="Times New Roman" w:eastAsia="宋体"/>
          <w:b w:val="0"/>
          <w:i w:val="0"/>
          <w:color w:val="333333"/>
          <w:sz w:val="19"/>
        </w:rPr>
        <w:t>⋯ (4n + 4)/4n ⋯ 2008/2004?</w:t>
      </w:r>
    </w:p>
    <w:p>
      <w:pPr>
        <w:spacing w:before="0" w:after="160" w:line="300" w:lineRule="auto"/>
      </w:pPr>
      <w:r>
        <w:rPr>
          <w:rFonts w:ascii="Times New Roman" w:hAnsi="Times New Roman" w:eastAsia="宋体"/>
          <w:b w:val="0"/>
          <w:i w:val="0"/>
          <w:color w:val="333333"/>
          <w:sz w:val="19"/>
        </w:rPr>
        <w:t>(A) 251　　(B) 502　　(C) 1004　　(D) 2008　　(E) 4016</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假设</w:t>
      </w:r>
    </w:p>
    <w:p>
      <w:pPr>
        <w:spacing w:before="0" w:after="80" w:line="300" w:lineRule="auto"/>
        <w:jc w:val="left"/>
      </w:pPr>
      <w:r>
        <w:rPr>
          <w:rFonts w:ascii="Times New Roman" w:hAnsi="Times New Roman" w:eastAsia="宋体"/>
          <w:b w:val="0"/>
          <w:i w:val="0"/>
          <w:sz w:val="21"/>
        </w:rPr>
        <w:t>2x/3 - x/6</w:t>
      </w:r>
    </w:p>
    <w:p>
      <w:pPr>
        <w:spacing w:before="0" w:after="80" w:line="300" w:lineRule="auto"/>
        <w:jc w:val="left"/>
      </w:pPr>
      <w:r>
        <w:rPr>
          <w:rFonts w:ascii="Times New Roman" w:hAnsi="Times New Roman" w:eastAsia="宋体"/>
          <w:b w:val="0"/>
          <w:i w:val="0"/>
          <w:sz w:val="21"/>
        </w:rPr>
        <w:t>是整数。下列关于 x 的说法哪一个一定正确？</w:t>
      </w:r>
    </w:p>
    <w:p>
      <w:pPr>
        <w:spacing w:before="0" w:after="120" w:line="300" w:lineRule="auto"/>
      </w:pPr>
      <w:r>
        <w:rPr>
          <w:rFonts w:ascii="Times New Roman" w:hAnsi="Times New Roman" w:eastAsia="宋体"/>
          <w:b w:val="0"/>
          <w:i w:val="0"/>
          <w:sz w:val="21"/>
        </w:rPr>
        <w:t>（A）它是负数。　　（B）它是偶数，但不一定是 3 的倍数。　　（C）它是 3 的倍数，但不一定是偶数。　　（D）它是 6 的倍数，但不一定是 12 的倍数。　　（E）它是 12 的倍数。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that</w:t>
      </w:r>
    </w:p>
    <w:p>
      <w:pPr>
        <w:spacing w:before="0" w:after="80" w:line="300" w:lineRule="auto"/>
        <w:jc w:val="left"/>
      </w:pPr>
      <w:r>
        <w:rPr>
          <w:rFonts w:ascii="Times New Roman" w:hAnsi="Times New Roman" w:eastAsia="宋体"/>
          <w:b w:val="0"/>
          <w:i w:val="0"/>
          <w:color w:val="333333"/>
          <w:sz w:val="19"/>
        </w:rPr>
        <w:t>2x/3 - x/6</w:t>
      </w:r>
    </w:p>
    <w:p>
      <w:pPr>
        <w:spacing w:before="0" w:after="80" w:line="300" w:lineRule="auto"/>
        <w:jc w:val="left"/>
      </w:pPr>
      <w:r>
        <w:rPr>
          <w:rFonts w:ascii="Times New Roman" w:hAnsi="Times New Roman" w:eastAsia="宋体"/>
          <w:b w:val="0"/>
          <w:i w:val="0"/>
          <w:color w:val="333333"/>
          <w:sz w:val="19"/>
        </w:rPr>
        <w:t>is an integer. Which of the following statements must be true about x?</w:t>
      </w:r>
    </w:p>
    <w:p>
      <w:pPr>
        <w:spacing w:before="0" w:after="160" w:line="300" w:lineRule="auto"/>
      </w:pPr>
      <w:r>
        <w:rPr>
          <w:rFonts w:ascii="Times New Roman" w:hAnsi="Times New Roman" w:eastAsia="宋体"/>
          <w:b w:val="0"/>
          <w:i w:val="0"/>
          <w:color w:val="333333"/>
          <w:sz w:val="19"/>
        </w:rPr>
        <w:t>(A) It is negative.　　(B) It is even, but not necessarily a multiple of</w:t>
        <w:br/>
        <w:t>3.　　(C) It is a multiple of 3, but not necessarily even.　　(D) It is a multiple of 6, but not necessarily a multiple of</w:t>
        <w:br/>
        <w:t>12.　　(E) It is a multiple of 12.</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Heather 比较两家商店中一台新电脑的价格。A 店先按标价打 15% 折扣，再返还 $90；B 店对同一标价打 25% 折扣，没有返还。Heather 在 A 店购买比在 B 店购买节省 $15。电脑标价是多少美元？</w:t>
      </w:r>
    </w:p>
    <w:p>
      <w:pPr>
        <w:spacing w:before="0" w:after="120" w:line="300" w:lineRule="auto"/>
      </w:pPr>
      <w:r>
        <w:rPr>
          <w:rFonts w:ascii="Times New Roman" w:hAnsi="Times New Roman" w:eastAsia="宋体"/>
          <w:b w:val="0"/>
          <w:i w:val="0"/>
          <w:sz w:val="21"/>
        </w:rPr>
        <w:t>（A）750　　（B）900　　（C）1000　　（D）1050　　（E）1500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Heather compares the price of a new computer at two different stores. Store A offers 15% off the sticker price followed by a $90 rebate, and store B offers 25% off the same sticker price with no rebate. Heather saves $15 by buying the computer at store A instead of store B. What is the sticker price of the computer, in dollars?</w:t>
      </w:r>
    </w:p>
    <w:p>
      <w:pPr>
        <w:spacing w:before="0" w:after="160" w:line="300" w:lineRule="auto"/>
      </w:pPr>
      <w:r>
        <w:rPr>
          <w:rFonts w:ascii="Times New Roman" w:hAnsi="Times New Roman" w:eastAsia="宋体"/>
          <w:b w:val="0"/>
          <w:i w:val="0"/>
          <w:color w:val="333333"/>
          <w:sz w:val="19"/>
        </w:rPr>
        <w:t>(A) 750　　(B) 900　　(C) 1000　　(D) 1050　　(E) 1500</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Steve 和 LeRoy 在离岸 1 英里的地方钓鱼时，船漏水了，水以每分钟 10 加仑的恒定速度进入船内。若船中进水超过 30 加仑，船就会沉。Steve 以每小时 4 英里的恒定速度划向岸边，同时 LeRoy 把水舀出船。为了在船不沉的情况下到岸，LeRoy 最慢需要以每分钟多少加仑的速度舀水？</w:t>
      </w:r>
    </w:p>
    <w:p>
      <w:pPr>
        <w:spacing w:before="0" w:after="120" w:line="300" w:lineRule="auto"/>
      </w:pPr>
      <w:r>
        <w:rPr>
          <w:rFonts w:ascii="Times New Roman" w:hAnsi="Times New Roman" w:eastAsia="宋体"/>
          <w:b w:val="0"/>
          <w:i w:val="0"/>
          <w:sz w:val="21"/>
        </w:rPr>
        <w:t>（A）2　　（B）4　　（C）6　　（D）8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While Steve and LeRoy are fishing 1 mile from shore, their boat springs a leak, and water comes in at a constant rate of 10 gallons per minute. The boat will sink if it takes in more than 30 gallons of water. Steve starts rowing toward the shore at a constant rate of 4 miles per hour while LeRoy bails water out of the boat. What is the slowest rate, in gallons per minute, at which LeRoy can bail if they are to reach the shore without sinking?</w:t>
      </w:r>
    </w:p>
    <w:p>
      <w:pPr>
        <w:spacing w:before="0" w:after="160" w:line="300" w:lineRule="auto"/>
      </w:pPr>
      <w:r>
        <w:rPr>
          <w:rFonts w:ascii="Times New Roman" w:hAnsi="Times New Roman" w:eastAsia="宋体"/>
          <w:b w:val="0"/>
          <w:i w:val="0"/>
          <w:color w:val="333333"/>
          <w:sz w:val="19"/>
        </w:rPr>
        <w:t>(A) 2　　(B) 4　　(C) 6　　(D) 8　　(E) 10</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一个立方体的表面积是体积为 1 的立方体表面积的两倍。这个立方体的体积是多少？</w:t>
      </w:r>
    </w:p>
    <w:p>
      <w:pPr>
        <w:spacing w:before="0" w:after="120" w:line="300" w:lineRule="auto"/>
      </w:pPr>
      <w:r>
        <w:rPr>
          <w:rFonts w:ascii="Times New Roman" w:hAnsi="Times New Roman" w:eastAsia="宋体"/>
          <w:b w:val="0"/>
          <w:i w:val="0"/>
          <w:sz w:val="21"/>
        </w:rPr>
        <w:t>（A）√(2)　　（B）2　　（C）2√(2)　　（D）4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volume of a cube whose surface area is twice that of a cube with volume 1?</w:t>
      </w:r>
    </w:p>
    <w:p>
      <w:pPr>
        <w:spacing w:before="0" w:after="160" w:line="300" w:lineRule="auto"/>
      </w:pPr>
      <w:r>
        <w:rPr>
          <w:rFonts w:ascii="Times New Roman" w:hAnsi="Times New Roman" w:eastAsia="宋体"/>
          <w:b w:val="0"/>
          <w:i w:val="0"/>
          <w:color w:val="333333"/>
          <w:sz w:val="19"/>
        </w:rPr>
        <w:t>(A) √(2)　　(B) 2　　(C) 2√(2)　　(D) 4　　(E) 8</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较老的电视屏幕宽高比为 4:3。也就是说，宽与高之比为 4:3。许多电影的宽高比不是 4:3，所以有时会用“信箱式”显示，也就是在屏幕顶部和底部加等高黑条，如图。假设一部电影宽高比为 2:1，在一台对角线为 27 英寸的旧电视上播放。每条黑条的高度是多少英寸？</w:t>
      </w:r>
    </w:p>
    <w:p>
      <w:pPr>
        <w:spacing w:before="80" w:after="80"/>
        <w:jc w:val="center"/>
      </w:pPr>
      <w:r>
        <w:drawing>
          <wp:inline xmlns:a="http://schemas.openxmlformats.org/drawingml/2006/main" xmlns:pic="http://schemas.openxmlformats.org/drawingml/2006/picture">
            <wp:extent cx="1020700" cy="768699"/>
            <wp:docPr id="1" name="Picture 1"/>
            <wp:cNvGraphicFramePr>
              <a:graphicFrameLocks noChangeAspect="1"/>
            </wp:cNvGraphicFramePr>
            <a:graphic>
              <a:graphicData uri="http://schemas.openxmlformats.org/drawingml/2006/picture">
                <pic:pic>
                  <pic:nvPicPr>
                    <pic:cNvPr id="0" name="q09-1@300dpi.png"/>
                    <pic:cNvPicPr/>
                  </pic:nvPicPr>
                  <pic:blipFill>
                    <a:blip r:embed="rId9"/>
                    <a:stretch>
                      <a:fillRect/>
                    </a:stretch>
                  </pic:blipFill>
                  <pic:spPr>
                    <a:xfrm>
                      <a:off x="0" y="0"/>
                      <a:ext cx="1020700" cy="768699"/>
                    </a:xfrm>
                    <a:prstGeom prst="rect"/>
                  </pic:spPr>
                </pic:pic>
              </a:graphicData>
            </a:graphic>
          </wp:inline>
        </w:drawing>
      </w:r>
    </w:p>
    <w:p>
      <w:pPr>
        <w:spacing w:before="0" w:after="120" w:line="300" w:lineRule="auto"/>
      </w:pPr>
      <w:r>
        <w:rPr>
          <w:rFonts w:ascii="Times New Roman" w:hAnsi="Times New Roman" w:eastAsia="宋体"/>
          <w:b w:val="0"/>
          <w:i w:val="0"/>
          <w:sz w:val="21"/>
        </w:rPr>
        <w:t>（A）2　　（B）2.25　　（C）2.5　　（D）2.7　　（E）3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Older television screens have an aspect ratio of 4:3. That is, the ratio of the width to the height is 4:3. The aspect ratio of many movies is not 4:3, so they are sometimes shown on a television screen by “letterboxing” — darkening strips of equal height at the top and bottom of the screen, as shown. Suppose a movie has an aspect ratio of 2:1 and is shown on an older television screen with a 27-inch diagonal. What is the height, in inches, of each darkened strip?</w:t>
      </w:r>
    </w:p>
    <w:p>
      <w:pPr>
        <w:spacing w:before="80" w:after="80"/>
        <w:jc w:val="center"/>
      </w:pPr>
      <w:r>
        <w:drawing>
          <wp:inline xmlns:a="http://schemas.openxmlformats.org/drawingml/2006/main" xmlns:pic="http://schemas.openxmlformats.org/drawingml/2006/picture">
            <wp:extent cx="1020700" cy="768699"/>
            <wp:docPr id="2" name="Picture 2"/>
            <wp:cNvGraphicFramePr>
              <a:graphicFrameLocks noChangeAspect="1"/>
            </wp:cNvGraphicFramePr>
            <a:graphic>
              <a:graphicData uri="http://schemas.openxmlformats.org/drawingml/2006/picture">
                <pic:pic>
                  <pic:nvPicPr>
                    <pic:cNvPr id="0" name="q09-1@300dpi.png"/>
                    <pic:cNvPicPr/>
                  </pic:nvPicPr>
                  <pic:blipFill>
                    <a:blip r:embed="rId9"/>
                    <a:stretch>
                      <a:fillRect/>
                    </a:stretch>
                  </pic:blipFill>
                  <pic:spPr>
                    <a:xfrm>
                      <a:off x="0" y="0"/>
                      <a:ext cx="1020700" cy="76869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　　(B) 2.25　　(C) 2.5　　(D) 2.7　　(E) 3</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Doug 粉刷一个房间需要 5 小时。Dave 粉刷同一个房间需要 7 小时。Doug 和 Dave 一起粉刷房间，并午休一小时。设 t 为他们完成工作所需总时间（小时），包括午饭时间。t 满足下列哪个方程？</w:t>
      </w:r>
    </w:p>
    <w:p>
      <w:pPr>
        <w:spacing w:before="0" w:after="120" w:line="300" w:lineRule="auto"/>
      </w:pPr>
      <w:r>
        <w:rPr>
          <w:rFonts w:ascii="Times New Roman" w:hAnsi="Times New Roman" w:eastAsia="宋体"/>
          <w:b w:val="0"/>
          <w:i w:val="0"/>
          <w:sz w:val="21"/>
        </w:rPr>
        <w:t>（A）(1/5 + 1/7)(t + 1) = 1　　（B）(1/5 + 1/7)t + 1 = 1　　（C）(1/5 + 1/7)t = 1　　（D）(1/5 + 1/7)(t -</w:t>
        <w:br/>
        <w:t>1) = 1　　（E）(5 + 7)t = 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Doug can paint a room in 5 hours. Dave can paint the same room in 7 hours. Doug and Dave paint the room together and take a one-hour break for lunch. Let t be the total time, in hours, required for them to complete the job working together, including lunch. Which of the following equations is satisfied by t?</w:t>
      </w:r>
    </w:p>
    <w:p>
      <w:pPr>
        <w:spacing w:before="0" w:after="160" w:line="300" w:lineRule="auto"/>
      </w:pPr>
      <w:r>
        <w:rPr>
          <w:rFonts w:ascii="Times New Roman" w:hAnsi="Times New Roman" w:eastAsia="宋体"/>
          <w:b w:val="0"/>
          <w:i w:val="0"/>
          <w:color w:val="333333"/>
          <w:sz w:val="19"/>
        </w:rPr>
        <w:t>(A) (1/5 + 1/7)(t + 1) = 1　　(B) (1/5 + 1/7)t + 1 = 1　　(C) (1/5 + 1/7)t = 1　　(D) (1/5 + 1/7)(t -</w:t>
        <w:br/>
        <w:t>1) = 1　　(E) (5 + 7)t = 1</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三个立方体都由图中展开图折成。然后把它们一个叠一个放在桌上，使 13 个可见数字之和尽可能大。这个和是多少？</w:t>
      </w:r>
    </w:p>
    <w:p>
      <w:pPr>
        <w:spacing w:before="80" w:after="80"/>
        <w:jc w:val="center"/>
      </w:pPr>
      <w:r>
        <w:drawing>
          <wp:inline xmlns:a="http://schemas.openxmlformats.org/drawingml/2006/main" xmlns:pic="http://schemas.openxmlformats.org/drawingml/2006/picture">
            <wp:extent cx="1308699" cy="984699"/>
            <wp:docPr id="3" name="Picture 3"/>
            <wp:cNvGraphicFramePr>
              <a:graphicFrameLocks noChangeAspect="1"/>
            </wp:cNvGraphicFramePr>
            <a:graphic>
              <a:graphicData uri="http://schemas.openxmlformats.org/drawingml/2006/picture">
                <pic:pic>
                  <pic:nvPicPr>
                    <pic:cNvPr id="0" name="q11-1@300dpi.png"/>
                    <pic:cNvPicPr/>
                  </pic:nvPicPr>
                  <pic:blipFill>
                    <a:blip r:embed="rId10"/>
                    <a:stretch>
                      <a:fillRect/>
                    </a:stretch>
                  </pic:blipFill>
                  <pic:spPr>
                    <a:xfrm>
                      <a:off x="0" y="0"/>
                      <a:ext cx="1308699" cy="984699"/>
                    </a:xfrm>
                    <a:prstGeom prst="rect"/>
                  </pic:spPr>
                </pic:pic>
              </a:graphicData>
            </a:graphic>
          </wp:inline>
        </w:drawing>
      </w:r>
    </w:p>
    <w:p>
      <w:pPr>
        <w:spacing w:before="0" w:after="120" w:line="300" w:lineRule="auto"/>
      </w:pPr>
      <w:r>
        <w:rPr>
          <w:rFonts w:ascii="Times New Roman" w:hAnsi="Times New Roman" w:eastAsia="宋体"/>
          <w:b w:val="0"/>
          <w:i w:val="0"/>
          <w:sz w:val="21"/>
        </w:rPr>
        <w:t>（A）154　　（B）159　　（C）164　　（D）167　　（E）189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cubes are each formed from the pattern shown. They are then stacked on a table one on top of another so that the 13 visible numbers have the greatest possible sum. What is that sum?</w:t>
      </w:r>
    </w:p>
    <w:p>
      <w:pPr>
        <w:spacing w:before="80" w:after="80"/>
        <w:jc w:val="center"/>
      </w:pPr>
      <w:r>
        <w:drawing>
          <wp:inline xmlns:a="http://schemas.openxmlformats.org/drawingml/2006/main" xmlns:pic="http://schemas.openxmlformats.org/drawingml/2006/picture">
            <wp:extent cx="1308699" cy="984699"/>
            <wp:docPr id="4" name="Picture 4"/>
            <wp:cNvGraphicFramePr>
              <a:graphicFrameLocks noChangeAspect="1"/>
            </wp:cNvGraphicFramePr>
            <a:graphic>
              <a:graphicData uri="http://schemas.openxmlformats.org/drawingml/2006/picture">
                <pic:pic>
                  <pic:nvPicPr>
                    <pic:cNvPr id="0" name="q11-1@300dpi.png"/>
                    <pic:cNvPicPr/>
                  </pic:nvPicPr>
                  <pic:blipFill>
                    <a:blip r:embed="rId10"/>
                    <a:stretch>
                      <a:fillRect/>
                    </a:stretch>
                  </pic:blipFill>
                  <pic:spPr>
                    <a:xfrm>
                      <a:off x="0" y="0"/>
                      <a:ext cx="1308699" cy="98469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154　　(B) 159　　(C) 164　　(D) 167　　(E) 189</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函数 f 的定义域为 [0, 2]，值域为 [0, 1]。（记号 [a, b] 表示 {x: a ≤ x ≤ b}。）那么由下式定义的函数 g，其定义域和值域分别是什么：</w:t>
      </w:r>
    </w:p>
    <w:p>
      <w:pPr>
        <w:spacing w:before="0" w:after="80" w:line="300" w:lineRule="auto"/>
        <w:jc w:val="left"/>
      </w:pPr>
      <w:r>
        <w:rPr>
          <w:rFonts w:ascii="Times New Roman" w:hAnsi="Times New Roman" w:eastAsia="宋体"/>
          <w:b w:val="0"/>
          <w:i w:val="0"/>
          <w:sz w:val="21"/>
        </w:rPr>
        <w:t>g(x) = 1 - f(x + 1)？</w:t>
      </w:r>
    </w:p>
    <w:p>
      <w:pPr>
        <w:spacing w:before="0" w:after="120" w:line="300" w:lineRule="auto"/>
      </w:pPr>
      <w:r>
        <w:rPr>
          <w:rFonts w:ascii="Times New Roman" w:hAnsi="Times New Roman" w:eastAsia="宋体"/>
          <w:b w:val="0"/>
          <w:i w:val="0"/>
          <w:sz w:val="21"/>
        </w:rPr>
        <w:t>（A）[-1, 1]，[-1, 0]　　（B）[-1, 1]，[0, 1]　　（C）[0, 2]，[-1, 0]　　（D）[1, 3]，[-1, 0]　　（E）[1, 3]，[0, 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function f has domain [0, 2] and range [0, 1]. (The notation [a, b] denotes {x: a ≤ x ≤ b}.) What are the domain and range, respectively, of the function g defined by</w:t>
      </w:r>
    </w:p>
    <w:p>
      <w:pPr>
        <w:spacing w:before="0" w:after="80" w:line="300" w:lineRule="auto"/>
        <w:jc w:val="left"/>
      </w:pPr>
      <w:r>
        <w:rPr>
          <w:rFonts w:ascii="Times New Roman" w:hAnsi="Times New Roman" w:eastAsia="宋体"/>
          <w:b w:val="0"/>
          <w:i w:val="0"/>
          <w:color w:val="333333"/>
          <w:sz w:val="19"/>
        </w:rPr>
        <w:t>g(x) = 1 - f(x + 1)?</w:t>
      </w:r>
    </w:p>
    <w:p>
      <w:pPr>
        <w:spacing w:before="0" w:after="160" w:line="300" w:lineRule="auto"/>
      </w:pPr>
      <w:r>
        <w:rPr>
          <w:rFonts w:ascii="Times New Roman" w:hAnsi="Times New Roman" w:eastAsia="宋体"/>
          <w:b w:val="0"/>
          <w:i w:val="0"/>
          <w:color w:val="333333"/>
          <w:sz w:val="19"/>
        </w:rPr>
        <w:t>(A) [-1, 1], [-1, 0]　　(B) [-1, 1], [0, 1]　　(C) [0, 2], [-1, 0]　　(D) [1, 3], [-1, 0]　　(E) [1, 3], [0, 1]</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点 A 和 B 在以 O 为圆心的圆上，且 ∠ AOB = 60°。第二个圆内切于第一个圆，并与 OA 和 OB 都相切。小圆面积与大圆面积之比是多少？</w:t>
      </w:r>
    </w:p>
    <w:p>
      <w:pPr>
        <w:spacing w:before="0" w:after="120" w:line="300" w:lineRule="auto"/>
      </w:pPr>
      <w:r>
        <w:rPr>
          <w:rFonts w:ascii="Times New Roman" w:hAnsi="Times New Roman" w:eastAsia="宋体"/>
          <w:b w:val="0"/>
          <w:i w:val="0"/>
          <w:sz w:val="21"/>
        </w:rPr>
        <w:t>（A）1/16　　（B）1/9　　（C）1/8　　（D）1/6　　（E）1/4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Points A and B lie on a circle centered at O, and ∠ AOB = 60°. A second circle is internally tangent to the first and tangent to both OA and OB. What is the ratio of the area of the smaller circle to that of the larger circle?</w:t>
      </w:r>
    </w:p>
    <w:p>
      <w:pPr>
        <w:spacing w:before="0" w:after="160" w:line="300" w:lineRule="auto"/>
      </w:pPr>
      <w:r>
        <w:rPr>
          <w:rFonts w:ascii="Times New Roman" w:hAnsi="Times New Roman" w:eastAsia="宋体"/>
          <w:b w:val="0"/>
          <w:i w:val="0"/>
          <w:color w:val="333333"/>
          <w:sz w:val="19"/>
        </w:rPr>
        <w:t>(A) 1/16　　(B) 1/9　　(C) 1/8　　(D) 1/6　　(E) 1/4</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求下面不等式所定义的区域的面积：</w:t>
      </w:r>
    </w:p>
    <w:p>
      <w:pPr>
        <w:spacing w:before="0" w:after="80" w:line="300" w:lineRule="auto"/>
        <w:jc w:val="left"/>
      </w:pPr>
      <w:r>
        <w:rPr>
          <w:rFonts w:ascii="Times New Roman" w:hAnsi="Times New Roman" w:eastAsia="宋体"/>
          <w:b w:val="0"/>
          <w:i w:val="0"/>
          <w:sz w:val="21"/>
        </w:rPr>
        <w:t>|3x - 18| + |2y + 7| ≤ 3？</w:t>
      </w:r>
    </w:p>
    <w:p>
      <w:pPr>
        <w:spacing w:before="0" w:after="120" w:line="300" w:lineRule="auto"/>
      </w:pPr>
      <w:r>
        <w:rPr>
          <w:rFonts w:ascii="Times New Roman" w:hAnsi="Times New Roman" w:eastAsia="宋体"/>
          <w:b w:val="0"/>
          <w:i w:val="0"/>
          <w:sz w:val="21"/>
        </w:rPr>
        <w:t>（A）3　　（B）7/2　　（C）4　　（D）9/2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area of the region defined by the inequality</w:t>
      </w:r>
    </w:p>
    <w:p>
      <w:pPr>
        <w:spacing w:before="0" w:after="80" w:line="300" w:lineRule="auto"/>
        <w:jc w:val="left"/>
      </w:pPr>
      <w:r>
        <w:rPr>
          <w:rFonts w:ascii="Times New Roman" w:hAnsi="Times New Roman" w:eastAsia="宋体"/>
          <w:b w:val="0"/>
          <w:i w:val="0"/>
          <w:color w:val="333333"/>
          <w:sz w:val="19"/>
        </w:rPr>
        <w:t>|3x - 18| + |2y + 7| ≤ 3?</w:t>
      </w:r>
    </w:p>
    <w:p>
      <w:pPr>
        <w:spacing w:before="0" w:after="160" w:line="300" w:lineRule="auto"/>
      </w:pPr>
      <w:r>
        <w:rPr>
          <w:rFonts w:ascii="Times New Roman" w:hAnsi="Times New Roman" w:eastAsia="宋体"/>
          <w:b w:val="0"/>
          <w:i w:val="0"/>
          <w:color w:val="333333"/>
          <w:sz w:val="19"/>
        </w:rPr>
        <w:t>(A) 3　　(B) 7/2　　(C) 4　　(D) 9/2　　(E) 5</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设 k = 2008² + 2²⁰⁰⁸。k² + 2ᵏ 的个位数字是多少？</w:t>
      </w:r>
    </w:p>
    <w:p>
      <w:pPr>
        <w:spacing w:before="0" w:after="120" w:line="300" w:lineRule="auto"/>
      </w:pPr>
      <w:r>
        <w:rPr>
          <w:rFonts w:ascii="Times New Roman" w:hAnsi="Times New Roman" w:eastAsia="宋体"/>
          <w:b w:val="0"/>
          <w:i w:val="0"/>
          <w:sz w:val="21"/>
        </w:rPr>
        <w:t>（A）0　　（B）2　　（C）4　　（D）6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k = 2008² + 2²⁰⁰⁸. What is the units digit of k² + 2ᵏ?</w:t>
      </w:r>
    </w:p>
    <w:p>
      <w:pPr>
        <w:spacing w:before="0" w:after="160" w:line="300" w:lineRule="auto"/>
      </w:pPr>
      <w:r>
        <w:rPr>
          <w:rFonts w:ascii="Times New Roman" w:hAnsi="Times New Roman" w:eastAsia="宋体"/>
          <w:b w:val="0"/>
          <w:i w:val="0"/>
          <w:color w:val="333333"/>
          <w:sz w:val="19"/>
        </w:rPr>
        <w:t>(A) 0　　(B) 2　　(C) 4　　(D) 6　　(E) 8</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数 log(a³ b⁷)、log(a⁵ b¹²)、log(a⁸ b¹⁵) 是一个等差数列的前三项，且该数列第 12 项为 log(bⁿ)。n 是多少？</w:t>
      </w:r>
    </w:p>
    <w:p>
      <w:pPr>
        <w:spacing w:before="0" w:after="120" w:line="300" w:lineRule="auto"/>
      </w:pPr>
      <w:r>
        <w:rPr>
          <w:rFonts w:ascii="Times New Roman" w:hAnsi="Times New Roman" w:eastAsia="宋体"/>
          <w:b w:val="0"/>
          <w:i w:val="0"/>
          <w:sz w:val="21"/>
        </w:rPr>
        <w:t>（A）40　　（B）56　　（C）76　　（D）112　　（E）143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numbers log(a³ b⁷), log(a⁵ b¹²), and log(a⁸ b¹⁵) are the first three terms of an arithmetic sequence, and the 12th term of the sequence is log(bⁿ). What is n?</w:t>
      </w:r>
    </w:p>
    <w:p>
      <w:pPr>
        <w:spacing w:before="0" w:after="160" w:line="300" w:lineRule="auto"/>
      </w:pPr>
      <w:r>
        <w:rPr>
          <w:rFonts w:ascii="Times New Roman" w:hAnsi="Times New Roman" w:eastAsia="宋体"/>
          <w:b w:val="0"/>
          <w:i w:val="0"/>
          <w:color w:val="333333"/>
          <w:sz w:val="19"/>
        </w:rPr>
        <w:t>(A) 40　　(B) 56　　(C) 76　　(D) 112　　(E) 143</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整数数列 a₁，a₂，… 按如下规则确定：若 aₙ₋₁ 为偶数，则 aₙ = (aₙ₋₁)/2；若 aₙ₋₁ 为奇数，则 aₙ = 3aₙ₋₁ + 1。有多少个正整数 a₁ ≤ 2008 满足 a₁ 小于 a₂，a₃ 和 a₄ 中的每一个？</w:t>
      </w:r>
    </w:p>
    <w:p>
      <w:pPr>
        <w:spacing w:before="0" w:after="120" w:line="300" w:lineRule="auto"/>
      </w:pPr>
      <w:r>
        <w:rPr>
          <w:rFonts w:ascii="Times New Roman" w:hAnsi="Times New Roman" w:eastAsia="宋体"/>
          <w:b w:val="0"/>
          <w:i w:val="0"/>
          <w:sz w:val="21"/>
        </w:rPr>
        <w:t>（A）250　　（B）251　　（C）501　　（D）502　　（E）1004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a₁, a₂, … be a sequence of integers determined by the rule aₙ = (aₙ₋₁)/2 if aₙ₋₁ is even and aₙ = 3aₙ₋₁ + 1 if aₙ₋₁ is odd. For how many positive integers a₁ ≤ 2008 is it true that a₁ is less than each of a₂, a₃, and a₄?</w:t>
      </w:r>
    </w:p>
    <w:p>
      <w:pPr>
        <w:spacing w:before="0" w:after="160" w:line="300" w:lineRule="auto"/>
      </w:pPr>
      <w:r>
        <w:rPr>
          <w:rFonts w:ascii="Times New Roman" w:hAnsi="Times New Roman" w:eastAsia="宋体"/>
          <w:b w:val="0"/>
          <w:i w:val="0"/>
          <w:color w:val="333333"/>
          <w:sz w:val="19"/>
        </w:rPr>
        <w:t>(A) 250　　(B) 251　　(C) 501　　(D) 502　　(E) 1004</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边长为 5，6 和 7 的三角形 ABC 有一个顶点在正 x-轴上，一个顶点在正 y-轴上，一个顶点在正 z-轴上。设 O 为原点。四面体 OABC 的体积是多少？</w:t>
      </w:r>
    </w:p>
    <w:p>
      <w:pPr>
        <w:spacing w:before="0" w:after="120" w:line="300" w:lineRule="auto"/>
      </w:pPr>
      <w:r>
        <w:rPr>
          <w:rFonts w:ascii="Times New Roman" w:hAnsi="Times New Roman" w:eastAsia="宋体"/>
          <w:b w:val="0"/>
          <w:i w:val="0"/>
          <w:sz w:val="21"/>
        </w:rPr>
        <w:t>（A）√(85)　　（B）√(90)　　（C）√(95)　　（D）10　　（E）√(105)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 ABC, with sides of length 5, 6, and 7, has one vertex on the positive x-axis, one on the positive y-axis, and one on the positive z-axis. Let O be the origin. What is the volume of tetrahedron OABC?</w:t>
      </w:r>
    </w:p>
    <w:p>
      <w:pPr>
        <w:spacing w:before="0" w:after="160" w:line="300" w:lineRule="auto"/>
      </w:pPr>
      <w:r>
        <w:rPr>
          <w:rFonts w:ascii="Times New Roman" w:hAnsi="Times New Roman" w:eastAsia="宋体"/>
          <w:b w:val="0"/>
          <w:i w:val="0"/>
          <w:color w:val="333333"/>
          <w:sz w:val="19"/>
        </w:rPr>
        <w:t>(A) √(85)　　(B) √(90)　　(C) √(95)　　(D) 10　　(E) √(105)</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在展开式</w:t>
      </w:r>
    </w:p>
    <w:p>
      <w:pPr>
        <w:spacing w:before="0" w:after="80" w:line="300" w:lineRule="auto"/>
        <w:jc w:val="left"/>
      </w:pPr>
      <w:r>
        <w:rPr>
          <w:rFonts w:ascii="Times New Roman" w:hAnsi="Times New Roman" w:eastAsia="宋体"/>
          <w:b w:val="0"/>
          <w:i w:val="0"/>
          <w:sz w:val="21"/>
        </w:rPr>
        <w:t>(1 + x + x² + ⋯ + x²⁷)</w:t>
      </w:r>
    </w:p>
    <w:p>
      <w:pPr>
        <w:spacing w:before="0" w:after="80" w:line="300" w:lineRule="auto"/>
        <w:jc w:val="left"/>
      </w:pPr>
      <w:r>
        <w:rPr>
          <w:rFonts w:ascii="Times New Roman" w:hAnsi="Times New Roman" w:eastAsia="宋体"/>
          <w:b w:val="0"/>
          <w:i w:val="0"/>
          <w:sz w:val="21"/>
        </w:rPr>
        <w:t>· (1 + x + x² + ⋯ + x¹⁴)²，</w:t>
      </w:r>
    </w:p>
    <w:p>
      <w:pPr>
        <w:spacing w:before="0" w:after="80" w:line="300" w:lineRule="auto"/>
        <w:jc w:val="left"/>
      </w:pPr>
      <w:r>
        <w:rPr>
          <w:rFonts w:ascii="Times New Roman" w:hAnsi="Times New Roman" w:eastAsia="宋体"/>
          <w:b w:val="0"/>
          <w:i w:val="0"/>
          <w:sz w:val="21"/>
        </w:rPr>
        <w:t>中，x²⁸ 的系数是多少？</w:t>
      </w:r>
    </w:p>
    <w:p>
      <w:pPr>
        <w:spacing w:before="0" w:after="120" w:line="300" w:lineRule="auto"/>
      </w:pPr>
      <w:r>
        <w:rPr>
          <w:rFonts w:ascii="Times New Roman" w:hAnsi="Times New Roman" w:eastAsia="宋体"/>
          <w:b w:val="0"/>
          <w:i w:val="0"/>
          <w:sz w:val="21"/>
        </w:rPr>
        <w:t>（A）195　　（B）196　　（C）224　　（D）378　　（E）405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expansion of</w:t>
      </w:r>
    </w:p>
    <w:p>
      <w:pPr>
        <w:spacing w:before="0" w:after="80" w:line="300" w:lineRule="auto"/>
        <w:jc w:val="left"/>
      </w:pPr>
      <w:r>
        <w:rPr>
          <w:rFonts w:ascii="Times New Roman" w:hAnsi="Times New Roman" w:eastAsia="宋体"/>
          <w:b w:val="0"/>
          <w:i w:val="0"/>
          <w:color w:val="333333"/>
          <w:sz w:val="19"/>
        </w:rPr>
        <w:t>(1 + x + x² + ⋯ + x²⁷)</w:t>
      </w:r>
    </w:p>
    <w:p>
      <w:pPr>
        <w:spacing w:before="0" w:after="80" w:line="300" w:lineRule="auto"/>
        <w:jc w:val="left"/>
      </w:pPr>
      <w:r>
        <w:rPr>
          <w:rFonts w:ascii="Times New Roman" w:hAnsi="Times New Roman" w:eastAsia="宋体"/>
          <w:b w:val="0"/>
          <w:i w:val="0"/>
          <w:color w:val="333333"/>
          <w:sz w:val="19"/>
        </w:rPr>
        <w:t>· (1 + x + x² + ⋯ + x¹⁴)²,</w:t>
      </w:r>
    </w:p>
    <w:p>
      <w:pPr>
        <w:spacing w:before="0" w:after="80" w:line="300" w:lineRule="auto"/>
        <w:jc w:val="left"/>
      </w:pPr>
      <w:r>
        <w:rPr>
          <w:rFonts w:ascii="Times New Roman" w:hAnsi="Times New Roman" w:eastAsia="宋体"/>
          <w:b w:val="0"/>
          <w:i w:val="0"/>
          <w:color w:val="333333"/>
          <w:sz w:val="19"/>
        </w:rPr>
        <w:t>what is the coefficient of x²⁸?</w:t>
      </w:r>
    </w:p>
    <w:p>
      <w:pPr>
        <w:spacing w:before="0" w:after="160" w:line="300" w:lineRule="auto"/>
      </w:pPr>
      <w:r>
        <w:rPr>
          <w:rFonts w:ascii="Times New Roman" w:hAnsi="Times New Roman" w:eastAsia="宋体"/>
          <w:b w:val="0"/>
          <w:i w:val="0"/>
          <w:color w:val="333333"/>
          <w:sz w:val="19"/>
        </w:rPr>
        <w:t>(A) 195　　(B) 196　　(C) 224　　(D) 378　　(E) 405</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三角形 ABC 中，AC = 3、BC = 4、AB = 5。点 D 在 AB 上，且 CD 平分直角。△ ADC 和 △ BCD 的内切圆半径分别为 rₐ 和 r_(b)，求 rₐ/(r_(b))。</w:t>
      </w:r>
    </w:p>
    <w:p>
      <w:pPr>
        <w:spacing w:before="0" w:after="120" w:line="300" w:lineRule="auto"/>
      </w:pPr>
      <w:r>
        <w:rPr>
          <w:rFonts w:ascii="Times New Roman" w:hAnsi="Times New Roman" w:eastAsia="宋体"/>
          <w:b w:val="0"/>
          <w:i w:val="0"/>
          <w:sz w:val="21"/>
        </w:rPr>
        <w:t>（A）1/28(10 - √(2))　　（B）3/56(10 - √(2))　　（C）1/14(10 - √(2))　　（D）5/56(10 - √(2))　　（E）3/28(10 - √(2))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 ABC has AC = 3, BC = 4, and AB = 5. Point D is on AB, and CD bisects the right angle. The inscribed circles of △ ADC and △ BCD have radii rₐ and r_(b), respectively. What is rₐ/(r_(b))?</w:t>
      </w:r>
    </w:p>
    <w:p>
      <w:pPr>
        <w:spacing w:before="0" w:after="160" w:line="300" w:lineRule="auto"/>
      </w:pPr>
      <w:r>
        <w:rPr>
          <w:rFonts w:ascii="Times New Roman" w:hAnsi="Times New Roman" w:eastAsia="宋体"/>
          <w:b w:val="0"/>
          <w:i w:val="0"/>
          <w:color w:val="333333"/>
          <w:sz w:val="19"/>
        </w:rPr>
        <w:t>(A) 1/28(10 - √(2))　　(B) 3/56(10 - √(2))　　(C) 1/14(10 - √(2))　　(D) 5/56(10 - √(2))　　(E) 3/28(10 - √(2))</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排列 (a₁, a₂, a₃, a₄, a₅) 是 (1, 2, 3, 4, 5) 的一个排列。若 a₁ + a₂ &lt; a₄ + a₅，称它为</w:t>
      </w:r>
      <w:r>
        <w:rPr>
          <w:rFonts w:ascii="Times New Roman" w:hAnsi="Times New Roman" w:eastAsia="宋体"/>
          <w:b w:val="0"/>
          <w:i/>
          <w:sz w:val="21"/>
        </w:rPr>
        <w:t>尾重</w:t>
      </w:r>
      <w:r>
        <w:rPr>
          <w:rFonts w:ascii="Times New Roman" w:hAnsi="Times New Roman" w:eastAsia="宋体"/>
          <w:b w:val="0"/>
          <w:i w:val="0"/>
          <w:sz w:val="21"/>
        </w:rPr>
        <w:t>排列。尾重排列有多少个？</w:t>
      </w:r>
    </w:p>
    <w:p>
      <w:pPr>
        <w:spacing w:before="0" w:after="120" w:line="300" w:lineRule="auto"/>
      </w:pPr>
      <w:r>
        <w:rPr>
          <w:rFonts w:ascii="Times New Roman" w:hAnsi="Times New Roman" w:eastAsia="宋体"/>
          <w:b w:val="0"/>
          <w:i w:val="0"/>
          <w:sz w:val="21"/>
        </w:rPr>
        <w:t>（A）36　　（B）40　　（C）44　　（D）48　　（E）52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permutation (a₁, a₂, a₃, a₄, a₅) of (1, 2, 3, 4, 5) is</w:t>
      </w:r>
      <w:r>
        <w:rPr>
          <w:rFonts w:ascii="Times New Roman" w:hAnsi="Times New Roman" w:eastAsia="宋体"/>
          <w:b w:val="0"/>
          <w:i/>
          <w:color w:val="333333"/>
          <w:sz w:val="19"/>
        </w:rPr>
        <w:t>heavy-tailed</w:t>
      </w:r>
      <w:r>
        <w:rPr>
          <w:rFonts w:ascii="Times New Roman" w:hAnsi="Times New Roman" w:eastAsia="宋体"/>
          <w:b w:val="0"/>
          <w:i w:val="0"/>
          <w:color w:val="333333"/>
          <w:sz w:val="19"/>
        </w:rPr>
        <w:t>if a₁ + a₂ &lt; a₄ + a₅. What is the number of heavy-tailed permutations?</w:t>
      </w:r>
    </w:p>
    <w:p>
      <w:pPr>
        <w:spacing w:before="0" w:after="160" w:line="300" w:lineRule="auto"/>
      </w:pPr>
      <w:r>
        <w:rPr>
          <w:rFonts w:ascii="Times New Roman" w:hAnsi="Times New Roman" w:eastAsia="宋体"/>
          <w:b w:val="0"/>
          <w:i w:val="0"/>
          <w:color w:val="333333"/>
          <w:sz w:val="19"/>
        </w:rPr>
        <w:t>(A) 36　　(B) 40　　(C) 44　　(D) 48　　(E) 52</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一个圆桌半径为 4。桌上放置六个矩形餐垫。每个餐垫宽 1、长 x，如图。每个餐垫有两个角在桌边上，这两个角是同一条长为 x 的边的端点。此外，餐垫的位置使得每个内侧角都与相邻餐垫的一个内侧角接触。求 x？</w:t>
      </w:r>
    </w:p>
    <w:p>
      <w:pPr>
        <w:spacing w:before="80" w:after="80"/>
        <w:jc w:val="center"/>
      </w:pPr>
      <w:r>
        <w:drawing>
          <wp:inline xmlns:a="http://schemas.openxmlformats.org/drawingml/2006/main" xmlns:pic="http://schemas.openxmlformats.org/drawingml/2006/picture">
            <wp:extent cx="2028699" cy="2028700"/>
            <wp:docPr id="5" name="Picture 5"/>
            <wp:cNvGraphicFramePr>
              <a:graphicFrameLocks noChangeAspect="1"/>
            </wp:cNvGraphicFramePr>
            <a:graphic>
              <a:graphicData uri="http://schemas.openxmlformats.org/drawingml/2006/picture">
                <pic:pic>
                  <pic:nvPicPr>
                    <pic:cNvPr id="0" name="q22-1@300dpi.png"/>
                    <pic:cNvPicPr/>
                  </pic:nvPicPr>
                  <pic:blipFill>
                    <a:blip r:embed="rId11"/>
                    <a:stretch>
                      <a:fillRect/>
                    </a:stretch>
                  </pic:blipFill>
                  <pic:spPr>
                    <a:xfrm>
                      <a:off x="0" y="0"/>
                      <a:ext cx="2028699" cy="2028700"/>
                    </a:xfrm>
                    <a:prstGeom prst="rect"/>
                  </pic:spPr>
                </pic:pic>
              </a:graphicData>
            </a:graphic>
          </wp:inline>
        </w:drawing>
      </w:r>
    </w:p>
    <w:p>
      <w:pPr>
        <w:spacing w:before="0" w:after="120" w:line="300" w:lineRule="auto"/>
      </w:pPr>
      <w:r>
        <w:rPr>
          <w:rFonts w:ascii="Times New Roman" w:hAnsi="Times New Roman" w:eastAsia="宋体"/>
          <w:b w:val="0"/>
          <w:i w:val="0"/>
          <w:sz w:val="21"/>
        </w:rPr>
        <w:t>（A）2√(5) - √(3)　　（B）3　　（C）(3√(7) - √(3))/2　　（D）2√(3)　　（E）(5 + 2√(3))/2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round table has radius 4. Six rectangular place mats are placed on the table. Each place mat has width 1 and length x as shown. They are positioned so that each mat has two corners on the edge of the table, these two corners being endpoints of the same side of length x. Further, the mats are positioned so that the inner corners each touch an inner corner of an adjacent mat. What is x?</w:t>
      </w:r>
    </w:p>
    <w:p>
      <w:pPr>
        <w:spacing w:before="80" w:after="80"/>
        <w:jc w:val="center"/>
      </w:pPr>
      <w:r>
        <w:drawing>
          <wp:inline xmlns:a="http://schemas.openxmlformats.org/drawingml/2006/main" xmlns:pic="http://schemas.openxmlformats.org/drawingml/2006/picture">
            <wp:extent cx="2028699" cy="2028700"/>
            <wp:docPr id="6" name="Picture 6"/>
            <wp:cNvGraphicFramePr>
              <a:graphicFrameLocks noChangeAspect="1"/>
            </wp:cNvGraphicFramePr>
            <a:graphic>
              <a:graphicData uri="http://schemas.openxmlformats.org/drawingml/2006/picture">
                <pic:pic>
                  <pic:nvPicPr>
                    <pic:cNvPr id="0" name="q22-1@300dpi.png"/>
                    <pic:cNvPicPr/>
                  </pic:nvPicPr>
                  <pic:blipFill>
                    <a:blip r:embed="rId11"/>
                    <a:stretch>
                      <a:fillRect/>
                    </a:stretch>
                  </pic:blipFill>
                  <pic:spPr>
                    <a:xfrm>
                      <a:off x="0" y="0"/>
                      <a:ext cx="2028699" cy="202870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2√(5) - √(3)　　(B) 3　　(C) (3√(7) - √(3))/2　　(D) 2√(3)　　(E) (5 + 2√(3))/2</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方程</w:t>
      </w:r>
    </w:p>
    <w:p>
      <w:pPr>
        <w:spacing w:before="0" w:after="80" w:line="300" w:lineRule="auto"/>
        <w:jc w:val="left"/>
      </w:pPr>
      <w:r>
        <w:rPr>
          <w:rFonts w:ascii="Times New Roman" w:hAnsi="Times New Roman" w:eastAsia="宋体"/>
          <w:b w:val="0"/>
          <w:i w:val="0"/>
          <w:sz w:val="21"/>
        </w:rPr>
        <w:t>z⁴ + 4z³ i - 6z² - 4zi - i = 0</w:t>
      </w:r>
    </w:p>
    <w:p>
      <w:pPr>
        <w:spacing w:before="0" w:after="80" w:line="300" w:lineRule="auto"/>
        <w:jc w:val="left"/>
      </w:pPr>
      <w:r>
        <w:rPr>
          <w:rFonts w:ascii="Times New Roman" w:hAnsi="Times New Roman" w:eastAsia="宋体"/>
          <w:b w:val="0"/>
          <w:i w:val="0"/>
          <w:sz w:val="21"/>
        </w:rPr>
        <w:t>的解是复平面中一个凸多边形的顶点。该多边形面积是多少？</w:t>
      </w:r>
    </w:p>
    <w:p>
      <w:pPr>
        <w:spacing w:before="0" w:after="120" w:line="300" w:lineRule="auto"/>
      </w:pPr>
      <w:r>
        <w:rPr>
          <w:rFonts w:ascii="Times New Roman" w:hAnsi="Times New Roman" w:eastAsia="宋体"/>
          <w:b w:val="0"/>
          <w:i w:val="0"/>
          <w:sz w:val="21"/>
        </w:rPr>
        <w:t>（A）2^(5/8)　　（B）2^(3/4)　　（C）2　　（D）2^(5/4)　　（E）2^(3/2)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solutions of the equation</w:t>
      </w:r>
    </w:p>
    <w:p>
      <w:pPr>
        <w:spacing w:before="0" w:after="80" w:line="300" w:lineRule="auto"/>
        <w:jc w:val="left"/>
      </w:pPr>
      <w:r>
        <w:rPr>
          <w:rFonts w:ascii="Times New Roman" w:hAnsi="Times New Roman" w:eastAsia="宋体"/>
          <w:b w:val="0"/>
          <w:i w:val="0"/>
          <w:color w:val="333333"/>
          <w:sz w:val="19"/>
        </w:rPr>
        <w:t>z⁴ + 4z³ i - 6z² - 4zi - i = 0</w:t>
      </w:r>
    </w:p>
    <w:p>
      <w:pPr>
        <w:spacing w:before="0" w:after="80" w:line="300" w:lineRule="auto"/>
        <w:jc w:val="left"/>
      </w:pPr>
      <w:r>
        <w:rPr>
          <w:rFonts w:ascii="Times New Roman" w:hAnsi="Times New Roman" w:eastAsia="宋体"/>
          <w:b w:val="0"/>
          <w:i w:val="0"/>
          <w:color w:val="333333"/>
          <w:sz w:val="19"/>
        </w:rPr>
        <w:t>are the vertices of a convex polygon in the complex plane. What is the area of the polygon?</w:t>
      </w:r>
    </w:p>
    <w:p>
      <w:pPr>
        <w:spacing w:before="0" w:after="160" w:line="300" w:lineRule="auto"/>
      </w:pPr>
      <w:r>
        <w:rPr>
          <w:rFonts w:ascii="Times New Roman" w:hAnsi="Times New Roman" w:eastAsia="宋体"/>
          <w:b w:val="0"/>
          <w:i w:val="0"/>
          <w:color w:val="333333"/>
          <w:sz w:val="19"/>
        </w:rPr>
        <w:t>(A) 2^(5/8)　　(B) 2^(3/4)　　(C) 2　　(D) 2^(5/4)　　(E) 2^(3/2)</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三角形 ABC 中，∠ C = 60°，BC = 4。点 D 是 BC 的中点。求 tan(∠ BAD) 的最大可能值。</w:t>
      </w:r>
    </w:p>
    <w:p>
      <w:pPr>
        <w:spacing w:before="0" w:after="120" w:line="300" w:lineRule="auto"/>
      </w:pPr>
      <w:r>
        <w:rPr>
          <w:rFonts w:ascii="Times New Roman" w:hAnsi="Times New Roman" w:eastAsia="宋体"/>
          <w:b w:val="0"/>
          <w:i w:val="0"/>
          <w:sz w:val="21"/>
        </w:rPr>
        <w:t>（A）(√(3))/6　　（B）(√(3))/3　　（C）(√(3))/(2√(2))　　（D）(√(3))/(4√(2) - 3)　　（E）1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 ABC has ∠ C = 60° and BC = 4. Point D is the midpoint of BC. What is the largest possible value of tan(∠ BAD)?</w:t>
      </w:r>
    </w:p>
    <w:p>
      <w:pPr>
        <w:spacing w:before="0" w:after="160" w:line="300" w:lineRule="auto"/>
      </w:pPr>
      <w:r>
        <w:rPr>
          <w:rFonts w:ascii="Times New Roman" w:hAnsi="Times New Roman" w:eastAsia="宋体"/>
          <w:b w:val="0"/>
          <w:i w:val="0"/>
          <w:color w:val="333333"/>
          <w:sz w:val="19"/>
        </w:rPr>
        <w:t>(A) (√(3))/6　　(B) (√(3))/3　　(C) (√(3))/(2√(2))　　(D) (√(3))/(4√(2) - 3)　　(E) 1</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坐标平面中的点列 (a₁, b₁)，(a₂, b₂)，(a₃, b₃)，… 满足</w:t>
      </w:r>
    </w:p>
    <w:p>
      <w:pPr>
        <w:spacing w:before="0" w:after="80" w:line="300" w:lineRule="auto"/>
        <w:jc w:val="left"/>
      </w:pPr>
      <w:r>
        <w:rPr>
          <w:rFonts w:ascii="Times New Roman" w:hAnsi="Times New Roman" w:eastAsia="宋体"/>
          <w:b w:val="0"/>
          <w:i w:val="0"/>
          <w:sz w:val="21"/>
        </w:rPr>
        <w:t>(aₙ₊₁, bₙ₊₁)</w:t>
      </w:r>
    </w:p>
    <w:p>
      <w:pPr>
        <w:spacing w:before="0" w:after="80" w:line="300" w:lineRule="auto"/>
        <w:jc w:val="left"/>
      </w:pPr>
      <w:r>
        <w:rPr>
          <w:rFonts w:ascii="Times New Roman" w:hAnsi="Times New Roman" w:eastAsia="宋体"/>
          <w:b w:val="0"/>
          <w:i w:val="0"/>
          <w:sz w:val="21"/>
        </w:rPr>
        <w:t>= (√(3) aₙ - bₙ, √(3) bₙ + aₙ)</w:t>
      </w:r>
    </w:p>
    <w:p>
      <w:pPr>
        <w:spacing w:before="0" w:after="80" w:line="300" w:lineRule="auto"/>
        <w:jc w:val="left"/>
      </w:pPr>
      <w:r>
        <w:rPr>
          <w:rFonts w:ascii="Times New Roman" w:hAnsi="Times New Roman" w:eastAsia="宋体"/>
          <w:b w:val="0"/>
          <w:i w:val="0"/>
          <w:sz w:val="21"/>
        </w:rPr>
        <w:t>(n = 1, 2, 3, …)</w:t>
      </w:r>
    </w:p>
    <w:p>
      <w:pPr>
        <w:spacing w:before="0" w:after="80" w:line="300" w:lineRule="auto"/>
        <w:jc w:val="left"/>
      </w:pPr>
      <w:r>
        <w:rPr>
          <w:rFonts w:ascii="Times New Roman" w:hAnsi="Times New Roman" w:eastAsia="宋体"/>
          <w:b w:val="0"/>
          <w:i w:val="0"/>
          <w:sz w:val="21"/>
        </w:rPr>
        <w:t>已知 (a₁₀₀, b₁₀₀) = (2, 4)。求 a₁ + b₁。</w:t>
      </w:r>
    </w:p>
    <w:p>
      <w:pPr>
        <w:spacing w:before="0" w:after="120" w:line="300" w:lineRule="auto"/>
      </w:pPr>
      <w:r>
        <w:rPr>
          <w:rFonts w:ascii="Times New Roman" w:hAnsi="Times New Roman" w:eastAsia="宋体"/>
          <w:b w:val="0"/>
          <w:i w:val="0"/>
          <w:sz w:val="21"/>
        </w:rPr>
        <w:t>（A）-1/2⁹⁷　　（B）-1/2⁹⁹　　（C）0　　（D）1/2⁹⁸　　（E）1/2⁹⁶</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sequence (a₁, b₁), (a₂, b₂), (a₃, b₃), … of points in the coordinate plane satisfies</w:t>
      </w:r>
    </w:p>
    <w:p>
      <w:pPr>
        <w:spacing w:before="0" w:after="80" w:line="300" w:lineRule="auto"/>
        <w:jc w:val="left"/>
      </w:pPr>
      <w:r>
        <w:rPr>
          <w:rFonts w:ascii="Times New Roman" w:hAnsi="Times New Roman" w:eastAsia="宋体"/>
          <w:b w:val="0"/>
          <w:i w:val="0"/>
          <w:color w:val="333333"/>
          <w:sz w:val="19"/>
        </w:rPr>
        <w:t>(aₙ₊₁, bₙ₊₁)</w:t>
      </w:r>
    </w:p>
    <w:p>
      <w:pPr>
        <w:spacing w:before="0" w:after="80" w:line="300" w:lineRule="auto"/>
        <w:jc w:val="left"/>
      </w:pPr>
      <w:r>
        <w:rPr>
          <w:rFonts w:ascii="Times New Roman" w:hAnsi="Times New Roman" w:eastAsia="宋体"/>
          <w:b w:val="0"/>
          <w:i w:val="0"/>
          <w:color w:val="333333"/>
          <w:sz w:val="19"/>
        </w:rPr>
        <w:t>= (√(3) aₙ - bₙ, √(3) bₙ + aₙ)</w:t>
      </w:r>
    </w:p>
    <w:p>
      <w:pPr>
        <w:spacing w:before="0" w:after="80" w:line="300" w:lineRule="auto"/>
        <w:jc w:val="left"/>
      </w:pPr>
      <w:r>
        <w:rPr>
          <w:rFonts w:ascii="Times New Roman" w:hAnsi="Times New Roman" w:eastAsia="宋体"/>
          <w:b w:val="0"/>
          <w:i w:val="0"/>
          <w:color w:val="333333"/>
          <w:sz w:val="19"/>
        </w:rPr>
        <w:t>(n = 1, 2, 3, …)</w:t>
      </w:r>
    </w:p>
    <w:p>
      <w:pPr>
        <w:spacing w:before="0" w:after="80" w:line="300" w:lineRule="auto"/>
        <w:jc w:val="left"/>
      </w:pPr>
      <w:r>
        <w:rPr>
          <w:rFonts w:ascii="Times New Roman" w:hAnsi="Times New Roman" w:eastAsia="宋体"/>
          <w:b w:val="0"/>
          <w:i w:val="0"/>
          <w:color w:val="333333"/>
          <w:sz w:val="19"/>
        </w:rPr>
        <w:t>Suppose that (a₁₀₀, b₁₀₀) = (2, 4). What is a₁ + b₁?</w:t>
      </w:r>
    </w:p>
    <w:p>
      <w:pPr>
        <w:spacing w:before="0" w:after="160" w:line="300" w:lineRule="auto"/>
      </w:pPr>
      <w:r>
        <w:rPr>
          <w:rFonts w:ascii="Times New Roman" w:hAnsi="Times New Roman" w:eastAsia="宋体"/>
          <w:b w:val="0"/>
          <w:i w:val="0"/>
          <w:color w:val="333333"/>
          <w:sz w:val="19"/>
        </w:rPr>
        <w:t>(A) -1/2⁹⁷　　(B) -1/2⁹⁹　　(C) 0　　(D) 1/2⁹⁸　　(E) 1/2⁹⁶</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D　A　C　B　B　A　D　C　D</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D　C　B　B　A　D　D　D　C</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C　E　D　C　D　D　D</w:t>
      </w:r>
    </w:p>
    <w:p>
      <w:pPr>
        <w:spacing w:before="0" w:after="200" w:line="300" w:lineRule="auto"/>
      </w:pPr>
      <w:r>
        <w:rPr>
          <w:rFonts w:ascii="Times New Roman" w:hAnsi="Times New Roman" w:eastAsia="宋体"/>
          <w:b w:val="0"/>
          <w:i w:val="0"/>
          <w:color w:val="666666"/>
          <w:sz w:val="18"/>
        </w:rPr>
        <w:t>答案串：DACBBADCDDCBBADDDCCEDCDDD</w:t>
      </w:r>
    </w:p>
    <w:p>
      <w:pPr>
        <w:spacing w:before="200" w:after="80" w:line="300" w:lineRule="auto"/>
      </w:pPr>
      <w:r>
        <w:rPr>
          <w:rFonts w:ascii="Times New Roman" w:hAnsi="Times New Roman" w:eastAsia="宋体"/>
          <w:b/>
          <w:i w:val="0"/>
          <w:sz w:val="23"/>
        </w:rPr>
        <w:t>第 1 题　答案 D</w:t>
      </w:r>
    </w:p>
    <w:p>
      <w:pPr>
        <w:spacing w:before="0" w:after="80" w:line="300" w:lineRule="auto"/>
        <w:jc w:val="left"/>
      </w:pPr>
      <w:r>
        <w:rPr>
          <w:rFonts w:ascii="Times New Roman" w:hAnsi="Times New Roman" w:eastAsia="宋体"/>
          <w:b w:val="0"/>
          <w:i w:val="0"/>
          <w:sz w:val="21"/>
        </w:rPr>
        <w:t>从上午 8:30 到 11:10 是 2 小时 40 分，也就是 160 分钟，完成了三分之一。</w:t>
      </w:r>
    </w:p>
    <w:p>
      <w:pPr>
        <w:spacing w:before="0" w:after="80" w:line="300" w:lineRule="auto"/>
        <w:jc w:val="left"/>
      </w:pPr>
      <w:r>
        <w:rPr>
          <w:rFonts w:ascii="Times New Roman" w:hAnsi="Times New Roman" w:eastAsia="宋体"/>
          <w:b w:val="0"/>
          <w:i w:val="0"/>
          <w:sz w:val="21"/>
        </w:rPr>
        <w:t>整项工作需要 3 · 160 = 480 分钟，即 8 小时。从 8:30 再过 8 小时，得到 4:30。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8:30 am to 11:10 am is 2 hours 40 minutes, or 160 minutes, to complete one third of the job.</w:t>
      </w:r>
    </w:p>
    <w:p>
      <w:pPr>
        <w:spacing w:before="0" w:after="80" w:line="300" w:lineRule="auto"/>
        <w:jc w:val="left"/>
      </w:pPr>
      <w:r>
        <w:rPr>
          <w:rFonts w:ascii="Times New Roman" w:hAnsi="Times New Roman" w:eastAsia="宋体"/>
          <w:b w:val="0"/>
          <w:i w:val="0"/>
          <w:color w:val="333333"/>
          <w:sz w:val="19"/>
        </w:rPr>
        <w:t>The whole job then takes 3 · 160 = 480 minutes, or 8 hours. Adding 8 hours to 8:30 am gives 4:30 pm.</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 题　答案 A</w:t>
      </w:r>
    </w:p>
    <w:p>
      <w:pPr>
        <w:spacing w:before="0" w:after="80" w:line="300" w:lineRule="auto"/>
        <w:jc w:val="left"/>
      </w:pPr>
      <w:r>
        <w:rPr>
          <w:rFonts w:ascii="Times New Roman" w:hAnsi="Times New Roman" w:eastAsia="宋体"/>
          <w:b w:val="0"/>
          <w:i w:val="0"/>
          <w:sz w:val="21"/>
        </w:rPr>
        <w:t>先通分相加，得到</w:t>
      </w:r>
    </w:p>
    <w:p>
      <w:pPr>
        <w:spacing w:before="0" w:after="80" w:line="300" w:lineRule="auto"/>
        <w:jc w:val="left"/>
      </w:pPr>
      <w:r>
        <w:rPr>
          <w:rFonts w:ascii="Times New Roman" w:hAnsi="Times New Roman" w:eastAsia="宋体"/>
          <w:b w:val="0"/>
          <w:i w:val="0"/>
          <w:sz w:val="21"/>
        </w:rPr>
        <w:t>1/2 + 2/3 = 3/6 + 4/6 = 7/6。</w:t>
      </w:r>
    </w:p>
    <w:p>
      <w:pPr>
        <w:spacing w:before="0" w:after="80" w:line="300" w:lineRule="auto"/>
        <w:jc w:val="left"/>
      </w:pPr>
      <w:r>
        <w:rPr>
          <w:rFonts w:ascii="Times New Roman" w:hAnsi="Times New Roman" w:eastAsia="宋体"/>
          <w:b w:val="0"/>
          <w:i w:val="0"/>
          <w:sz w:val="21"/>
        </w:rPr>
        <w:t>7/6 的倒数是 6/7。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Using a common denominator,</w:t>
      </w:r>
    </w:p>
    <w:p>
      <w:pPr>
        <w:spacing w:before="0" w:after="80" w:line="300" w:lineRule="auto"/>
        <w:jc w:val="left"/>
      </w:pPr>
      <w:r>
        <w:rPr>
          <w:rFonts w:ascii="Times New Roman" w:hAnsi="Times New Roman" w:eastAsia="宋体"/>
          <w:b w:val="0"/>
          <w:i w:val="0"/>
          <w:color w:val="333333"/>
          <w:sz w:val="19"/>
        </w:rPr>
        <w:t>1/2 + 2/3 = 3/6 + 4/6 = 7/6.</w:t>
      </w:r>
    </w:p>
    <w:p>
      <w:pPr>
        <w:spacing w:before="0" w:after="80" w:line="300" w:lineRule="auto"/>
        <w:jc w:val="left"/>
      </w:pPr>
      <w:r>
        <w:rPr>
          <w:rFonts w:ascii="Times New Roman" w:hAnsi="Times New Roman" w:eastAsia="宋体"/>
          <w:b w:val="0"/>
          <w:i w:val="0"/>
          <w:color w:val="333333"/>
          <w:sz w:val="19"/>
        </w:rPr>
        <w:t>The reciprocal of 7/6 is 6/7.</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3 题　答案 C</w:t>
      </w:r>
    </w:p>
    <w:p>
      <w:pPr>
        <w:spacing w:before="0" w:after="80" w:line="300" w:lineRule="auto"/>
        <w:jc w:val="left"/>
      </w:pPr>
      <w:r>
        <w:rPr>
          <w:rFonts w:ascii="Times New Roman" w:hAnsi="Times New Roman" w:eastAsia="宋体"/>
          <w:b w:val="0"/>
          <w:i w:val="0"/>
          <w:sz w:val="21"/>
        </w:rPr>
        <w:t>因为 10 根香蕉的 2/3 是 20/3 根，价值 8 个橙子，所以一根香蕉价值</w:t>
      </w:r>
    </w:p>
    <w:p>
      <w:pPr>
        <w:spacing w:before="0" w:after="80" w:line="300" w:lineRule="auto"/>
        <w:jc w:val="left"/>
      </w:pPr>
      <w:r>
        <w:rPr>
          <w:rFonts w:ascii="Times New Roman" w:hAnsi="Times New Roman" w:eastAsia="宋体"/>
          <w:b w:val="0"/>
          <w:i w:val="0"/>
          <w:sz w:val="21"/>
        </w:rPr>
        <w:t>8 ÷ 20/3 = 24/20 = 6/5</w:t>
      </w:r>
    </w:p>
    <w:p>
      <w:pPr>
        <w:spacing w:before="0" w:after="80" w:line="300" w:lineRule="auto"/>
        <w:jc w:val="left"/>
      </w:pPr>
      <w:r>
        <w:rPr>
          <w:rFonts w:ascii="Times New Roman" w:hAnsi="Times New Roman" w:eastAsia="宋体"/>
          <w:b w:val="0"/>
          <w:i w:val="0"/>
          <w:sz w:val="21"/>
        </w:rPr>
        <w:t>个橙子。</w:t>
      </w:r>
    </w:p>
    <w:p>
      <w:pPr>
        <w:spacing w:before="0" w:after="80" w:line="300" w:lineRule="auto"/>
        <w:jc w:val="left"/>
      </w:pPr>
      <w:r>
        <w:rPr>
          <w:rFonts w:ascii="Times New Roman" w:hAnsi="Times New Roman" w:eastAsia="宋体"/>
          <w:b w:val="0"/>
          <w:i w:val="0"/>
          <w:sz w:val="21"/>
        </w:rPr>
        <w:t>于是 5 根香蕉的 1/2 是 5/2 根香蕉，价值</w:t>
      </w:r>
    </w:p>
    <w:p>
      <w:pPr>
        <w:spacing w:before="0" w:after="80" w:line="300" w:lineRule="auto"/>
        <w:jc w:val="left"/>
      </w:pPr>
      <w:r>
        <w:rPr>
          <w:rFonts w:ascii="Times New Roman" w:hAnsi="Times New Roman" w:eastAsia="宋体"/>
          <w:b w:val="0"/>
          <w:i w:val="0"/>
          <w:sz w:val="21"/>
        </w:rPr>
        <w:t>5/2 · 6/5 = 3</w:t>
      </w:r>
    </w:p>
    <w:p>
      <w:pPr>
        <w:spacing w:before="0" w:after="80" w:line="300" w:lineRule="auto"/>
        <w:jc w:val="left"/>
      </w:pPr>
      <w:r>
        <w:rPr>
          <w:rFonts w:ascii="Times New Roman" w:hAnsi="Times New Roman" w:eastAsia="宋体"/>
          <w:b w:val="0"/>
          <w:i w:val="0"/>
          <w:sz w:val="21"/>
        </w:rPr>
        <w:t>个橙子。</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2/3 of 10 bananas is 20/3 bananas, worth 8 oranges, one banana is worth</w:t>
      </w:r>
    </w:p>
    <w:p>
      <w:pPr>
        <w:spacing w:before="0" w:after="80" w:line="300" w:lineRule="auto"/>
        <w:jc w:val="left"/>
      </w:pPr>
      <w:r>
        <w:rPr>
          <w:rFonts w:ascii="Times New Roman" w:hAnsi="Times New Roman" w:eastAsia="宋体"/>
          <w:b w:val="0"/>
          <w:i w:val="0"/>
          <w:color w:val="333333"/>
          <w:sz w:val="19"/>
        </w:rPr>
        <w:t>8 ÷ 20/3 = 24/20 = 6/5</w:t>
      </w:r>
    </w:p>
    <w:p>
      <w:pPr>
        <w:spacing w:before="0" w:after="80" w:line="300" w:lineRule="auto"/>
        <w:jc w:val="left"/>
      </w:pPr>
      <w:r>
        <w:rPr>
          <w:rFonts w:ascii="Times New Roman" w:hAnsi="Times New Roman" w:eastAsia="宋体"/>
          <w:b w:val="0"/>
          <w:i w:val="0"/>
          <w:color w:val="333333"/>
          <w:sz w:val="19"/>
        </w:rPr>
        <w:t>oranges.</w:t>
      </w:r>
    </w:p>
    <w:p>
      <w:pPr>
        <w:spacing w:before="0" w:after="80" w:line="300" w:lineRule="auto"/>
        <w:jc w:val="left"/>
      </w:pPr>
      <w:r>
        <w:rPr>
          <w:rFonts w:ascii="Times New Roman" w:hAnsi="Times New Roman" w:eastAsia="宋体"/>
          <w:b w:val="0"/>
          <w:i w:val="0"/>
          <w:color w:val="333333"/>
          <w:sz w:val="19"/>
        </w:rPr>
        <w:t>Then 1/2 of 5 bananas is 5/2 bananas, worth</w:t>
      </w:r>
    </w:p>
    <w:p>
      <w:pPr>
        <w:spacing w:before="0" w:after="80" w:line="300" w:lineRule="auto"/>
        <w:jc w:val="left"/>
      </w:pPr>
      <w:r>
        <w:rPr>
          <w:rFonts w:ascii="Times New Roman" w:hAnsi="Times New Roman" w:eastAsia="宋体"/>
          <w:b w:val="0"/>
          <w:i w:val="0"/>
          <w:color w:val="333333"/>
          <w:sz w:val="19"/>
        </w:rPr>
        <w:t>5/2 · 6/5 = 3</w:t>
      </w:r>
    </w:p>
    <w:p>
      <w:pPr>
        <w:spacing w:before="0" w:after="80" w:line="300" w:lineRule="auto"/>
        <w:jc w:val="left"/>
      </w:pPr>
      <w:r>
        <w:rPr>
          <w:rFonts w:ascii="Times New Roman" w:hAnsi="Times New Roman" w:eastAsia="宋体"/>
          <w:b w:val="0"/>
          <w:i w:val="0"/>
          <w:color w:val="333333"/>
          <w:sz w:val="19"/>
        </w:rPr>
        <w:t>oranges.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4 题　答案 B</w:t>
      </w:r>
    </w:p>
    <w:p>
      <w:pPr>
        <w:spacing w:before="0" w:after="80" w:line="300" w:lineRule="auto"/>
        <w:jc w:val="left"/>
      </w:pPr>
      <w:r>
        <w:rPr>
          <w:rFonts w:ascii="Times New Roman" w:hAnsi="Times New Roman" w:eastAsia="宋体"/>
          <w:b w:val="0"/>
          <w:i w:val="0"/>
          <w:sz w:val="21"/>
        </w:rPr>
        <w:t>除第一个分母外，每个分母都与前一个分数的分子相消，所以乘积化为</w:t>
      </w:r>
    </w:p>
    <w:p>
      <w:pPr>
        <w:spacing w:before="0" w:after="80" w:line="300" w:lineRule="auto"/>
        <w:jc w:val="left"/>
      </w:pPr>
      <w:r>
        <w:rPr>
          <w:rFonts w:ascii="Times New Roman" w:hAnsi="Times New Roman" w:eastAsia="宋体"/>
          <w:b w:val="0"/>
          <w:i w:val="0"/>
          <w:sz w:val="21"/>
        </w:rPr>
        <w:t>2008/4 = 502。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Every denominator except the first cancels with the numerator of the preceding fraction, so the product collapses to</w:t>
      </w:r>
    </w:p>
    <w:p>
      <w:pPr>
        <w:spacing w:before="0" w:after="80" w:line="300" w:lineRule="auto"/>
        <w:jc w:val="left"/>
      </w:pPr>
      <w:r>
        <w:rPr>
          <w:rFonts w:ascii="Times New Roman" w:hAnsi="Times New Roman" w:eastAsia="宋体"/>
          <w:b w:val="0"/>
          <w:i w:val="0"/>
          <w:color w:val="333333"/>
          <w:sz w:val="19"/>
        </w:rPr>
        <w:t>2008/4 = 502.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5 题　答案 B</w:t>
      </w:r>
    </w:p>
    <w:p>
      <w:pPr>
        <w:spacing w:before="0" w:after="80" w:line="300" w:lineRule="auto"/>
        <w:jc w:val="left"/>
      </w:pPr>
      <w:r>
        <w:rPr>
          <w:rFonts w:ascii="Times New Roman" w:hAnsi="Times New Roman" w:eastAsia="宋体"/>
          <w:b w:val="0"/>
          <w:i w:val="0"/>
          <w:sz w:val="21"/>
        </w:rPr>
        <w:t>通分合并可得</w:t>
      </w:r>
    </w:p>
    <w:p>
      <w:pPr>
        <w:spacing w:before="0" w:after="80" w:line="300" w:lineRule="auto"/>
        <w:jc w:val="left"/>
      </w:pPr>
      <w:r>
        <w:rPr>
          <w:rFonts w:ascii="Times New Roman" w:hAnsi="Times New Roman" w:eastAsia="宋体"/>
          <w:b w:val="0"/>
          <w:i w:val="0"/>
          <w:sz w:val="21"/>
        </w:rPr>
        <w:t>2x/3 - x/6 = (4x - x)/6 = x/2。</w:t>
      </w:r>
    </w:p>
    <w:p>
      <w:pPr>
        <w:spacing w:before="0" w:after="80" w:line="300" w:lineRule="auto"/>
        <w:jc w:val="left"/>
      </w:pPr>
      <w:r>
        <w:rPr>
          <w:rFonts w:ascii="Times New Roman" w:hAnsi="Times New Roman" w:eastAsia="宋体"/>
          <w:b w:val="0"/>
          <w:i w:val="0"/>
          <w:sz w:val="21"/>
        </w:rPr>
        <w:t>该式为整数当且仅当 x 是偶数。例如 x = 4 是偶数但不是 3 的倍数，这就排除了其余每一个说法。</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Combining the fractions,</w:t>
      </w:r>
    </w:p>
    <w:p>
      <w:pPr>
        <w:spacing w:before="0" w:after="80" w:line="300" w:lineRule="auto"/>
        <w:jc w:val="left"/>
      </w:pPr>
      <w:r>
        <w:rPr>
          <w:rFonts w:ascii="Times New Roman" w:hAnsi="Times New Roman" w:eastAsia="宋体"/>
          <w:b w:val="0"/>
          <w:i w:val="0"/>
          <w:color w:val="333333"/>
          <w:sz w:val="19"/>
        </w:rPr>
        <w:t>2x/3 - x/6 = (4x - x)/6 = x/2.</w:t>
      </w:r>
    </w:p>
    <w:p>
      <w:pPr>
        <w:spacing w:before="0" w:after="80" w:line="300" w:lineRule="auto"/>
        <w:jc w:val="left"/>
      </w:pPr>
      <w:r>
        <w:rPr>
          <w:rFonts w:ascii="Times New Roman" w:hAnsi="Times New Roman" w:eastAsia="宋体"/>
          <w:b w:val="0"/>
          <w:i w:val="0"/>
          <w:color w:val="333333"/>
          <w:sz w:val="19"/>
        </w:rPr>
        <w:t>This is an integer exactly when x is even. The example x = 4 is even but not a multiple of 3, which rules out every other statement.</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6 题　答案 A</w:t>
      </w:r>
    </w:p>
    <w:p>
      <w:pPr>
        <w:spacing w:before="0" w:after="80" w:line="300" w:lineRule="auto"/>
        <w:jc w:val="left"/>
      </w:pPr>
      <w:r>
        <w:rPr>
          <w:rFonts w:ascii="Times New Roman" w:hAnsi="Times New Roman" w:eastAsia="宋体"/>
          <w:b w:val="0"/>
          <w:i w:val="0"/>
          <w:sz w:val="21"/>
        </w:rPr>
        <w:t>设标价为 x 美元。A 店价格为 0.85x - 90，B 店价格为 0.75x。</w:t>
      </w:r>
    </w:p>
    <w:p>
      <w:pPr>
        <w:spacing w:before="0" w:after="80" w:line="300" w:lineRule="auto"/>
        <w:jc w:val="left"/>
      </w:pPr>
      <w:r>
        <w:rPr>
          <w:rFonts w:ascii="Times New Roman" w:hAnsi="Times New Roman" w:eastAsia="宋体"/>
          <w:b w:val="0"/>
          <w:i w:val="0"/>
          <w:sz w:val="21"/>
        </w:rPr>
        <w:t>因为 A 店便宜 15 美元，所以</w:t>
      </w:r>
    </w:p>
    <w:p>
      <w:pPr>
        <w:spacing w:before="0" w:after="80" w:line="300" w:lineRule="auto"/>
        <w:jc w:val="left"/>
      </w:pPr>
      <w:r>
        <w:rPr>
          <w:rFonts w:ascii="Times New Roman" w:hAnsi="Times New Roman" w:eastAsia="宋体"/>
          <w:b w:val="0"/>
          <w:i w:val="0"/>
          <w:sz w:val="21"/>
        </w:rPr>
        <w:t>0.85x - 90 = 0.75x - 15，</w:t>
      </w:r>
    </w:p>
    <w:p>
      <w:pPr>
        <w:spacing w:before="0" w:after="80" w:line="300" w:lineRule="auto"/>
        <w:jc w:val="left"/>
      </w:pPr>
      <w:r>
        <w:rPr>
          <w:rFonts w:ascii="Times New Roman" w:hAnsi="Times New Roman" w:eastAsia="宋体"/>
          <w:b w:val="0"/>
          <w:i w:val="0"/>
          <w:sz w:val="21"/>
        </w:rPr>
        <w:t>从而 0.10x = 75，x = 750。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be the sticker price in dollars. Store A charges 0.85x - 90 dollars, and store B charges 0.75x dollars.</w:t>
      </w:r>
    </w:p>
    <w:p>
      <w:pPr>
        <w:spacing w:before="0" w:after="80" w:line="300" w:lineRule="auto"/>
        <w:jc w:val="left"/>
      </w:pPr>
      <w:r>
        <w:rPr>
          <w:rFonts w:ascii="Times New Roman" w:hAnsi="Times New Roman" w:eastAsia="宋体"/>
          <w:b w:val="0"/>
          <w:i w:val="0"/>
          <w:color w:val="333333"/>
          <w:sz w:val="19"/>
        </w:rPr>
        <w:t>Since store A is 15 dollars cheaper,</w:t>
      </w:r>
    </w:p>
    <w:p>
      <w:pPr>
        <w:spacing w:before="0" w:after="80" w:line="300" w:lineRule="auto"/>
        <w:jc w:val="left"/>
      </w:pPr>
      <w:r>
        <w:rPr>
          <w:rFonts w:ascii="Times New Roman" w:hAnsi="Times New Roman" w:eastAsia="宋体"/>
          <w:b w:val="0"/>
          <w:i w:val="0"/>
          <w:color w:val="333333"/>
          <w:sz w:val="19"/>
        </w:rPr>
        <w:t>0.85x - 90 = 0.75x - 15,</w:t>
      </w:r>
    </w:p>
    <w:p>
      <w:pPr>
        <w:spacing w:before="0" w:after="80" w:line="300" w:lineRule="auto"/>
        <w:jc w:val="left"/>
      </w:pPr>
      <w:r>
        <w:rPr>
          <w:rFonts w:ascii="Times New Roman" w:hAnsi="Times New Roman" w:eastAsia="宋体"/>
          <w:b w:val="0"/>
          <w:i w:val="0"/>
          <w:color w:val="333333"/>
          <w:sz w:val="19"/>
        </w:rPr>
        <w:t>so 0.10x = 75 and x = 750.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7 题　答案 D</w:t>
      </w:r>
    </w:p>
    <w:p>
      <w:pPr>
        <w:spacing w:before="0" w:after="80" w:line="300" w:lineRule="auto"/>
        <w:jc w:val="left"/>
      </w:pPr>
      <w:r>
        <w:rPr>
          <w:rFonts w:ascii="Times New Roman" w:hAnsi="Times New Roman" w:eastAsia="宋体"/>
          <w:b w:val="0"/>
          <w:i w:val="0"/>
          <w:sz w:val="21"/>
        </w:rPr>
        <w:t>以每小时 4 英里划 1 英里，需要 1/4 小时，即 15 分钟。这段时间进入 15 · 10 = 150 加仑水。</w:t>
      </w:r>
    </w:p>
    <w:p>
      <w:pPr>
        <w:spacing w:before="0" w:after="80" w:line="300" w:lineRule="auto"/>
        <w:jc w:val="left"/>
      </w:pPr>
      <w:r>
        <w:rPr>
          <w:rFonts w:ascii="Times New Roman" w:hAnsi="Times New Roman" w:eastAsia="宋体"/>
          <w:b w:val="0"/>
          <w:i w:val="0"/>
          <w:sz w:val="21"/>
        </w:rPr>
        <w:t>船内最多剩 30 加仑，所以 LeRoy 必须舀出 150 - 30 = 120 加仑，用时 15 分钟，速率为</w:t>
      </w:r>
    </w:p>
    <w:p>
      <w:pPr>
        <w:spacing w:before="0" w:after="80" w:line="300" w:lineRule="auto"/>
        <w:jc w:val="left"/>
      </w:pPr>
      <w:r>
        <w:rPr>
          <w:rFonts w:ascii="Times New Roman" w:hAnsi="Times New Roman" w:eastAsia="宋体"/>
          <w:b w:val="0"/>
          <w:i w:val="0"/>
          <w:sz w:val="21"/>
        </w:rPr>
        <w:t>120/15 = 8</w:t>
      </w:r>
    </w:p>
    <w:p>
      <w:pPr>
        <w:spacing w:before="0" w:after="80" w:line="300" w:lineRule="auto"/>
        <w:jc w:val="left"/>
      </w:pPr>
      <w:r>
        <w:rPr>
          <w:rFonts w:ascii="Times New Roman" w:hAnsi="Times New Roman" w:eastAsia="宋体"/>
          <w:b w:val="0"/>
          <w:i w:val="0"/>
          <w:sz w:val="21"/>
        </w:rPr>
        <w:t>加仑每分钟。</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Rowing 1 mile at 4 miles per hour takes 1/4 hour, or 15 minutes. In that time 15 · 10 = 150 gallons of water enter the boat.</w:t>
      </w:r>
    </w:p>
    <w:p>
      <w:pPr>
        <w:spacing w:before="0" w:after="80" w:line="300" w:lineRule="auto"/>
        <w:jc w:val="left"/>
      </w:pPr>
      <w:r>
        <w:rPr>
          <w:rFonts w:ascii="Times New Roman" w:hAnsi="Times New Roman" w:eastAsia="宋体"/>
          <w:b w:val="0"/>
          <w:i w:val="0"/>
          <w:color w:val="333333"/>
          <w:sz w:val="19"/>
        </w:rPr>
        <w:t>Since at most 30 gallons may remain, LeRoy must bail 150 - 30 = 120 gallons in 15 minutes, a rate of</w:t>
      </w:r>
    </w:p>
    <w:p>
      <w:pPr>
        <w:spacing w:before="0" w:after="80" w:line="300" w:lineRule="auto"/>
        <w:jc w:val="left"/>
      </w:pPr>
      <w:r>
        <w:rPr>
          <w:rFonts w:ascii="Times New Roman" w:hAnsi="Times New Roman" w:eastAsia="宋体"/>
          <w:b w:val="0"/>
          <w:i w:val="0"/>
          <w:color w:val="333333"/>
          <w:sz w:val="19"/>
        </w:rPr>
        <w:t>120/15 = 8</w:t>
      </w:r>
    </w:p>
    <w:p>
      <w:pPr>
        <w:spacing w:before="0" w:after="80" w:line="300" w:lineRule="auto"/>
        <w:jc w:val="left"/>
      </w:pPr>
      <w:r>
        <w:rPr>
          <w:rFonts w:ascii="Times New Roman" w:hAnsi="Times New Roman" w:eastAsia="宋体"/>
          <w:b w:val="0"/>
          <w:i w:val="0"/>
          <w:color w:val="333333"/>
          <w:sz w:val="19"/>
        </w:rPr>
        <w:t>gallons per minute.</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8 题　答案 C</w:t>
      </w:r>
    </w:p>
    <w:p>
      <w:pPr>
        <w:spacing w:before="0" w:after="80" w:line="300" w:lineRule="auto"/>
        <w:jc w:val="left"/>
      </w:pPr>
      <w:r>
        <w:rPr>
          <w:rFonts w:ascii="Times New Roman" w:hAnsi="Times New Roman" w:eastAsia="宋体"/>
          <w:b w:val="0"/>
          <w:i w:val="0"/>
          <w:sz w:val="21"/>
        </w:rPr>
        <w:t>体积为 1 的立方体边长为 1，表面积为 6。所求立方体表面积为 12。若边长为 s，则 6s² = 12，所以 s = √(2)。</w:t>
      </w:r>
    </w:p>
    <w:p>
      <w:pPr>
        <w:spacing w:before="0" w:after="80" w:line="300" w:lineRule="auto"/>
        <w:jc w:val="left"/>
      </w:pPr>
      <w:r>
        <w:rPr>
          <w:rFonts w:ascii="Times New Roman" w:hAnsi="Times New Roman" w:eastAsia="宋体"/>
          <w:b w:val="0"/>
          <w:i w:val="0"/>
          <w:sz w:val="21"/>
        </w:rPr>
        <w:t>其体积为</w:t>
      </w:r>
    </w:p>
    <w:p>
      <w:pPr>
        <w:spacing w:before="0" w:after="80" w:line="300" w:lineRule="auto"/>
        <w:jc w:val="left"/>
      </w:pPr>
      <w:r>
        <w:rPr>
          <w:rFonts w:ascii="Times New Roman" w:hAnsi="Times New Roman" w:eastAsia="宋体"/>
          <w:b w:val="0"/>
          <w:i w:val="0"/>
          <w:sz w:val="21"/>
        </w:rPr>
        <w:t>(√(2))³ = 2√(2)。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cube with volume 1 has side 1 and surface area 6. The larger cube has surface area 12, so if its side is s, then 6s² = 12, giving s = √(2).</w:t>
      </w:r>
    </w:p>
    <w:p>
      <w:pPr>
        <w:spacing w:before="0" w:after="80" w:line="300" w:lineRule="auto"/>
        <w:jc w:val="left"/>
      </w:pPr>
      <w:r>
        <w:rPr>
          <w:rFonts w:ascii="Times New Roman" w:hAnsi="Times New Roman" w:eastAsia="宋体"/>
          <w:b w:val="0"/>
          <w:i w:val="0"/>
          <w:color w:val="333333"/>
          <w:sz w:val="19"/>
        </w:rPr>
        <w:t>Its volume is</w:t>
      </w:r>
    </w:p>
    <w:p>
      <w:pPr>
        <w:spacing w:before="0" w:after="80" w:line="300" w:lineRule="auto"/>
        <w:jc w:val="left"/>
      </w:pPr>
      <w:r>
        <w:rPr>
          <w:rFonts w:ascii="Times New Roman" w:hAnsi="Times New Roman" w:eastAsia="宋体"/>
          <w:b w:val="0"/>
          <w:i w:val="0"/>
          <w:color w:val="333333"/>
          <w:sz w:val="19"/>
        </w:rPr>
        <w:t>(√(2))³ = 2√(2).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9 题　答案 D</w:t>
      </w:r>
    </w:p>
    <w:p>
      <w:pPr>
        <w:spacing w:before="0" w:after="80" w:line="300" w:lineRule="auto"/>
        <w:jc w:val="left"/>
      </w:pPr>
      <w:r>
        <w:rPr>
          <w:rFonts w:ascii="Times New Roman" w:hAnsi="Times New Roman" w:eastAsia="宋体"/>
          <w:b w:val="0"/>
          <w:i w:val="0"/>
          <w:sz w:val="21"/>
        </w:rPr>
        <w:t>屏幕高、宽、对角线成 3:4:5，所以高度为 3/5 · 27 = 16.2 英寸，宽度为 4/5 · 27 = 21.6 英寸。</w:t>
      </w:r>
    </w:p>
    <w:p>
      <w:pPr>
        <w:spacing w:before="0" w:after="80" w:line="300" w:lineRule="auto"/>
        <w:jc w:val="left"/>
      </w:pPr>
      <w:r>
        <w:rPr>
          <w:rFonts w:ascii="Times New Roman" w:hAnsi="Times New Roman" w:eastAsia="宋体"/>
          <w:b w:val="0"/>
          <w:i w:val="0"/>
          <w:sz w:val="21"/>
        </w:rPr>
        <w:t>电影宽高比为 2:1，使用完整宽度时高度为 21.6/2 = 10.8 英寸。</w:t>
      </w:r>
    </w:p>
    <w:p>
      <w:pPr>
        <w:spacing w:before="0" w:after="80" w:line="300" w:lineRule="auto"/>
        <w:jc w:val="left"/>
      </w:pPr>
      <w:r>
        <w:rPr>
          <w:rFonts w:ascii="Times New Roman" w:hAnsi="Times New Roman" w:eastAsia="宋体"/>
          <w:b w:val="0"/>
          <w:i w:val="0"/>
          <w:sz w:val="21"/>
        </w:rPr>
        <w:t>因此每条黑条的高度为</w:t>
      </w:r>
    </w:p>
    <w:p>
      <w:pPr>
        <w:spacing w:before="0" w:after="80" w:line="300" w:lineRule="auto"/>
        <w:jc w:val="left"/>
      </w:pPr>
      <w:r>
        <w:rPr>
          <w:rFonts w:ascii="Times New Roman" w:hAnsi="Times New Roman" w:eastAsia="宋体"/>
          <w:b w:val="0"/>
          <w:i w:val="0"/>
          <w:sz w:val="21"/>
        </w:rPr>
        <w:t>(16.2 - 10.8)/2 = 2.7</w:t>
      </w:r>
    </w:p>
    <w:p>
      <w:pPr>
        <w:spacing w:before="0" w:after="80" w:line="300" w:lineRule="auto"/>
        <w:jc w:val="left"/>
      </w:pPr>
      <w:r>
        <w:rPr>
          <w:rFonts w:ascii="Times New Roman" w:hAnsi="Times New Roman" w:eastAsia="宋体"/>
          <w:b w:val="0"/>
          <w:i w:val="0"/>
          <w:sz w:val="21"/>
        </w:rPr>
        <w:t>英寸。</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the sides and diagonal are in ratio 3:4:5, the height is 3/5 · 27 = 16.2 inches and the width is 4/5 · 27 = 21.6 inches.</w:t>
      </w:r>
    </w:p>
    <w:p>
      <w:pPr>
        <w:spacing w:before="0" w:after="80" w:line="300" w:lineRule="auto"/>
        <w:jc w:val="left"/>
      </w:pPr>
      <w:r>
        <w:rPr>
          <w:rFonts w:ascii="Times New Roman" w:hAnsi="Times New Roman" w:eastAsia="宋体"/>
          <w:b w:val="0"/>
          <w:i w:val="0"/>
          <w:color w:val="333333"/>
          <w:sz w:val="19"/>
        </w:rPr>
        <w:t>The movie has aspect ratio 2:1, so its height is 21.6/2 = 10.8 inches.</w:t>
      </w:r>
    </w:p>
    <w:p>
      <w:pPr>
        <w:spacing w:before="0" w:after="80" w:line="300" w:lineRule="auto"/>
        <w:jc w:val="left"/>
      </w:pPr>
      <w:r>
        <w:rPr>
          <w:rFonts w:ascii="Times New Roman" w:hAnsi="Times New Roman" w:eastAsia="宋体"/>
          <w:b w:val="0"/>
          <w:i w:val="0"/>
          <w:color w:val="333333"/>
          <w:sz w:val="19"/>
        </w:rPr>
        <w:t>Each darkened strip therefore has height</w:t>
      </w:r>
    </w:p>
    <w:p>
      <w:pPr>
        <w:spacing w:before="0" w:after="80" w:line="300" w:lineRule="auto"/>
        <w:jc w:val="left"/>
      </w:pPr>
      <w:r>
        <w:rPr>
          <w:rFonts w:ascii="Times New Roman" w:hAnsi="Times New Roman" w:eastAsia="宋体"/>
          <w:b w:val="0"/>
          <w:i w:val="0"/>
          <w:color w:val="333333"/>
          <w:sz w:val="19"/>
        </w:rPr>
        <w:t>(16.2 - 10.8)/2 = 2.7</w:t>
      </w:r>
    </w:p>
    <w:p>
      <w:pPr>
        <w:spacing w:before="0" w:after="80" w:line="300" w:lineRule="auto"/>
        <w:jc w:val="left"/>
      </w:pPr>
      <w:r>
        <w:rPr>
          <w:rFonts w:ascii="Times New Roman" w:hAnsi="Times New Roman" w:eastAsia="宋体"/>
          <w:b w:val="0"/>
          <w:i w:val="0"/>
          <w:color w:val="333333"/>
          <w:sz w:val="19"/>
        </w:rPr>
        <w:t>inches.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10 题　答案 D</w:t>
      </w:r>
    </w:p>
    <w:p>
      <w:pPr>
        <w:spacing w:before="0" w:after="80" w:line="300" w:lineRule="auto"/>
        <w:jc w:val="left"/>
      </w:pPr>
      <w:r>
        <w:rPr>
          <w:rFonts w:ascii="Times New Roman" w:hAnsi="Times New Roman" w:eastAsia="宋体"/>
          <w:b w:val="0"/>
          <w:i w:val="0"/>
          <w:sz w:val="21"/>
        </w:rPr>
        <w:t>Doug 每小时粉刷 1/5 个房间，Dave 每小时粉刷 1/7 个房间，所以合速度为 1/5 + 1/7 个房间每小时。</w:t>
      </w:r>
    </w:p>
    <w:p>
      <w:pPr>
        <w:spacing w:before="0" w:after="80" w:line="300" w:lineRule="auto"/>
        <w:jc w:val="left"/>
      </w:pPr>
      <w:r>
        <w:rPr>
          <w:rFonts w:ascii="Times New Roman" w:hAnsi="Times New Roman" w:eastAsia="宋体"/>
          <w:b w:val="0"/>
          <w:i w:val="0"/>
          <w:sz w:val="21"/>
        </w:rPr>
        <w:t>总时间为 t，其中 1 小时用于午饭，所以实际工作 t - 1 小时。完成一个房间给出</w:t>
      </w:r>
    </w:p>
    <w:p>
      <w:pPr>
        <w:spacing w:before="0" w:after="80" w:line="300" w:lineRule="auto"/>
        <w:jc w:val="left"/>
      </w:pPr>
      <w:r>
        <w:rPr>
          <w:rFonts w:ascii="Times New Roman" w:hAnsi="Times New Roman" w:eastAsia="宋体"/>
          <w:b w:val="0"/>
          <w:i w:val="0"/>
          <w:sz w:val="21"/>
        </w:rPr>
        <w:t>(1/5 + 1/7)(t - 1) = 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one hour Doug paints 1/5 of the room and Dave paints 1/7, so together they paint 1/5 + 1/7 of the room per hour.</w:t>
      </w:r>
    </w:p>
    <w:p>
      <w:pPr>
        <w:spacing w:before="0" w:after="80" w:line="300" w:lineRule="auto"/>
        <w:jc w:val="left"/>
      </w:pPr>
      <w:r>
        <w:rPr>
          <w:rFonts w:ascii="Times New Roman" w:hAnsi="Times New Roman" w:eastAsia="宋体"/>
          <w:b w:val="0"/>
          <w:i w:val="0"/>
          <w:color w:val="333333"/>
          <w:sz w:val="19"/>
        </w:rPr>
        <w:t>Of the total time t, one hour is spent at lunch, so they work for t - 1 hours. The fraction painted must equal 1, giving</w:t>
      </w:r>
    </w:p>
    <w:p>
      <w:pPr>
        <w:spacing w:before="0" w:after="80" w:line="300" w:lineRule="auto"/>
        <w:jc w:val="left"/>
      </w:pPr>
      <w:r>
        <w:rPr>
          <w:rFonts w:ascii="Times New Roman" w:hAnsi="Times New Roman" w:eastAsia="宋体"/>
          <w:b w:val="0"/>
          <w:i w:val="0"/>
          <w:color w:val="333333"/>
          <w:sz w:val="19"/>
        </w:rPr>
        <w:t>(1/5 + 1/7)(t - 1) = 1.</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11 题　答案 C</w:t>
      </w:r>
    </w:p>
    <w:p>
      <w:pPr>
        <w:spacing w:before="0" w:after="80" w:line="300" w:lineRule="auto"/>
        <w:jc w:val="left"/>
      </w:pPr>
      <w:r>
        <w:rPr>
          <w:rFonts w:ascii="Times New Roman" w:hAnsi="Times New Roman" w:eastAsia="宋体"/>
          <w:b w:val="0"/>
          <w:i w:val="0"/>
          <w:sz w:val="21"/>
        </w:rPr>
        <w:t>每个立方体六面数字和为 1 + 2 + 4 + 8 + 16 + 32 = 63。由展开图，相对面分别是 1 与 32，2 与 16，4 与 8。</w:t>
      </w:r>
    </w:p>
    <w:p>
      <w:pPr>
        <w:spacing w:before="0" w:after="80" w:line="300" w:lineRule="auto"/>
        <w:jc w:val="left"/>
      </w:pPr>
      <w:r>
        <w:rPr>
          <w:rFonts w:ascii="Times New Roman" w:hAnsi="Times New Roman" w:eastAsia="宋体"/>
          <w:b w:val="0"/>
          <w:i w:val="0"/>
          <w:sz w:val="21"/>
        </w:rPr>
        <w:t>下面两个立方体各隐藏一对上下相对面，应隐藏和最小的 4 + 8 = 12。最上面立方体只隐藏底面，应隐藏 1。</w:t>
      </w:r>
    </w:p>
    <w:p>
      <w:pPr>
        <w:spacing w:before="0" w:after="80" w:line="300" w:lineRule="auto"/>
        <w:jc w:val="left"/>
      </w:pPr>
      <w:r>
        <w:rPr>
          <w:rFonts w:ascii="Times New Roman" w:hAnsi="Times New Roman" w:eastAsia="宋体"/>
          <w:b w:val="0"/>
          <w:i w:val="0"/>
          <w:sz w:val="21"/>
        </w:rPr>
        <w:t>最大可见和为</w:t>
      </w:r>
    </w:p>
    <w:p>
      <w:pPr>
        <w:spacing w:before="0" w:after="80" w:line="300" w:lineRule="auto"/>
        <w:jc w:val="left"/>
      </w:pPr>
      <w:r>
        <w:rPr>
          <w:rFonts w:ascii="Times New Roman" w:hAnsi="Times New Roman" w:eastAsia="宋体"/>
          <w:b w:val="0"/>
          <w:i w:val="0"/>
          <w:sz w:val="21"/>
        </w:rPr>
        <w:t>3 · 63 - 2 · 12 - 1</w:t>
      </w:r>
    </w:p>
    <w:p>
      <w:pPr>
        <w:spacing w:before="0" w:after="80" w:line="300" w:lineRule="auto"/>
        <w:jc w:val="left"/>
      </w:pPr>
      <w:r>
        <w:rPr>
          <w:rFonts w:ascii="Times New Roman" w:hAnsi="Times New Roman" w:eastAsia="宋体"/>
          <w:b w:val="0"/>
          <w:i w:val="0"/>
          <w:sz w:val="21"/>
        </w:rPr>
        <w:t>= 189 - 24 - 1</w:t>
      </w:r>
    </w:p>
    <w:p>
      <w:pPr>
        <w:spacing w:before="0" w:after="80" w:line="300" w:lineRule="auto"/>
        <w:jc w:val="left"/>
      </w:pPr>
      <w:r>
        <w:rPr>
          <w:rFonts w:ascii="Times New Roman" w:hAnsi="Times New Roman" w:eastAsia="宋体"/>
          <w:b w:val="0"/>
          <w:i w:val="0"/>
          <w:sz w:val="21"/>
        </w:rPr>
        <w:t>= 164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six faces of each cube sum to 1 + 2 + 4 + 8 + 16 + 32 = 63. From the pattern, the pairs of opposite faces are 1 32, 2 16, and 4 8.</w:t>
      </w:r>
    </w:p>
    <w:p>
      <w:pPr>
        <w:spacing w:before="0" w:after="80" w:line="300" w:lineRule="auto"/>
        <w:jc w:val="left"/>
      </w:pPr>
      <w:r>
        <w:rPr>
          <w:rFonts w:ascii="Times New Roman" w:hAnsi="Times New Roman" w:eastAsia="宋体"/>
          <w:b w:val="0"/>
          <w:i w:val="0"/>
          <w:color w:val="333333"/>
          <w:sz w:val="19"/>
        </w:rPr>
        <w:t>Each of the two lower cubes hides a pair of opposite faces (top and bottom); hiding the pair 4 + 8 = 12 is best. The top cube hides only its bottom face, so hide the 1.</w:t>
      </w:r>
    </w:p>
    <w:p>
      <w:pPr>
        <w:spacing w:before="0" w:after="80" w:line="300" w:lineRule="auto"/>
        <w:jc w:val="left"/>
      </w:pPr>
      <w:r>
        <w:rPr>
          <w:rFonts w:ascii="Times New Roman" w:hAnsi="Times New Roman" w:eastAsia="宋体"/>
          <w:b w:val="0"/>
          <w:i w:val="0"/>
          <w:color w:val="333333"/>
          <w:sz w:val="19"/>
        </w:rPr>
        <w:t>The greatest sum is</w:t>
      </w:r>
    </w:p>
    <w:p>
      <w:pPr>
        <w:spacing w:before="0" w:after="80" w:line="300" w:lineRule="auto"/>
        <w:jc w:val="left"/>
      </w:pPr>
      <w:r>
        <w:rPr>
          <w:rFonts w:ascii="Times New Roman" w:hAnsi="Times New Roman" w:eastAsia="宋体"/>
          <w:b w:val="0"/>
          <w:i w:val="0"/>
          <w:color w:val="333333"/>
          <w:sz w:val="19"/>
        </w:rPr>
        <w:t>3 · 63 - 2 · 12 - 1</w:t>
      </w:r>
    </w:p>
    <w:p>
      <w:pPr>
        <w:spacing w:before="0" w:after="80" w:line="300" w:lineRule="auto"/>
        <w:jc w:val="left"/>
      </w:pPr>
      <w:r>
        <w:rPr>
          <w:rFonts w:ascii="Times New Roman" w:hAnsi="Times New Roman" w:eastAsia="宋体"/>
          <w:b w:val="0"/>
          <w:i w:val="0"/>
          <w:color w:val="333333"/>
          <w:sz w:val="19"/>
        </w:rPr>
        <w:t>= 189 - 24 - 1</w:t>
      </w:r>
    </w:p>
    <w:p>
      <w:pPr>
        <w:spacing w:before="0" w:after="80" w:line="300" w:lineRule="auto"/>
        <w:jc w:val="left"/>
      </w:pPr>
      <w:r>
        <w:rPr>
          <w:rFonts w:ascii="Times New Roman" w:hAnsi="Times New Roman" w:eastAsia="宋体"/>
          <w:b w:val="0"/>
          <w:i w:val="0"/>
          <w:color w:val="333333"/>
          <w:sz w:val="19"/>
        </w:rPr>
        <w:t>= 164.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12 题　答案 B</w:t>
      </w:r>
    </w:p>
    <w:p>
      <w:pPr>
        <w:spacing w:before="0" w:after="80" w:line="300" w:lineRule="auto"/>
        <w:jc w:val="left"/>
      </w:pPr>
      <w:r>
        <w:rPr>
          <w:rFonts w:ascii="Times New Roman" w:hAnsi="Times New Roman" w:eastAsia="宋体"/>
          <w:b w:val="0"/>
          <w:i w:val="0"/>
          <w:sz w:val="21"/>
        </w:rPr>
        <w:t>f(x + 1) 有定义需要 0 ≤ x + 1 ≤ 2，即 -1 ≤ x ≤ 1，所以 g 的定义域为 [-1, 1]。</w:t>
      </w:r>
    </w:p>
    <w:p>
      <w:pPr>
        <w:spacing w:before="0" w:after="80" w:line="300" w:lineRule="auto"/>
        <w:jc w:val="left"/>
      </w:pPr>
      <w:r>
        <w:rPr>
          <w:rFonts w:ascii="Times New Roman" w:hAnsi="Times New Roman" w:eastAsia="宋体"/>
          <w:b w:val="0"/>
          <w:i w:val="0"/>
          <w:sz w:val="21"/>
        </w:rPr>
        <w:t>当 f(x + 1) 取遍 [0, 1] 时，1 - f(x + 1) 也取遍 [0, 1]，所以 g 的值域为 [0, 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value f(x + 1) is defined when 0 ≤ x + 1 ≤ 2, that is, -1 ≤ x ≤ 1, so the domain of g is [-1, 1].</w:t>
      </w:r>
    </w:p>
    <w:p>
      <w:pPr>
        <w:spacing w:before="0" w:after="80" w:line="300" w:lineRule="auto"/>
        <w:jc w:val="left"/>
      </w:pPr>
      <w:r>
        <w:rPr>
          <w:rFonts w:ascii="Times New Roman" w:hAnsi="Times New Roman" w:eastAsia="宋体"/>
          <w:b w:val="0"/>
          <w:i w:val="0"/>
          <w:color w:val="333333"/>
          <w:sz w:val="19"/>
        </w:rPr>
        <w:t>As f(x + 1) ranges over [0, 1], the value 1 - f(x + 1) ranges over [0, 1] as well, so the range of g is [0, 1].</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13 题　答案 B</w:t>
      </w:r>
    </w:p>
    <w:p>
      <w:pPr>
        <w:spacing w:before="0" w:after="80" w:line="300" w:lineRule="auto"/>
        <w:jc w:val="left"/>
      </w:pPr>
      <w:r>
        <w:rPr>
          <w:rFonts w:ascii="Times New Roman" w:hAnsi="Times New Roman" w:eastAsia="宋体"/>
          <w:b w:val="0"/>
          <w:i w:val="0"/>
          <w:sz w:val="21"/>
        </w:rPr>
        <w:t>设小圆和大圆半径分别为 r 和 R，小圆圆心为 E。由对称性，E 在 ∠ AOB 的角平分线上，所以 OE 与 OA 成 30°。</w:t>
      </w:r>
    </w:p>
    <w:p>
      <w:pPr>
        <w:spacing w:before="0" w:after="80" w:line="300" w:lineRule="auto"/>
        <w:jc w:val="left"/>
      </w:pPr>
      <w:r>
        <w:rPr>
          <w:rFonts w:ascii="Times New Roman" w:hAnsi="Times New Roman" w:eastAsia="宋体"/>
          <w:b w:val="0"/>
          <w:i w:val="0"/>
          <w:sz w:val="21"/>
        </w:rPr>
        <w:t>作半径 ED 垂直于 OA，得到 30-60-90 三角形，所以 OE = 2 · ED = 2r。两圆内切还给出 OE = R - r。</w:t>
      </w:r>
    </w:p>
    <w:p>
      <w:pPr>
        <w:spacing w:before="0" w:after="80" w:line="300" w:lineRule="auto"/>
        <w:jc w:val="left"/>
      </w:pPr>
      <w:r>
        <w:rPr>
          <w:rFonts w:ascii="Times New Roman" w:hAnsi="Times New Roman" w:eastAsia="宋体"/>
          <w:b w:val="0"/>
          <w:i w:val="0"/>
          <w:sz w:val="21"/>
        </w:rPr>
        <w:t>于是 R - r = 2r，所以 R = 3r，r/R = 1/3。于是面积之比为</w:t>
      </w:r>
    </w:p>
    <w:p>
      <w:pPr>
        <w:spacing w:before="0" w:after="80" w:line="300" w:lineRule="auto"/>
        <w:jc w:val="left"/>
      </w:pPr>
      <w:r>
        <w:rPr>
          <w:rFonts w:ascii="Times New Roman" w:hAnsi="Times New Roman" w:eastAsia="宋体"/>
          <w:b w:val="0"/>
          <w:i w:val="0"/>
          <w:sz w:val="21"/>
        </w:rPr>
        <w:t>(1/3)² = 1/9。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r and R be the radii of the smaller and larger circles, and let E be the center of the smaller circle. By symmetry E lies on the bisector of ∠ AOB, so OE makes a 30° angle with OA.</w:t>
      </w:r>
    </w:p>
    <w:p>
      <w:pPr>
        <w:spacing w:before="0" w:after="80" w:line="300" w:lineRule="auto"/>
        <w:jc w:val="left"/>
      </w:pPr>
      <w:r>
        <w:rPr>
          <w:rFonts w:ascii="Times New Roman" w:hAnsi="Times New Roman" w:eastAsia="宋体"/>
          <w:b w:val="0"/>
          <w:i w:val="0"/>
          <w:color w:val="333333"/>
          <w:sz w:val="19"/>
        </w:rPr>
        <w:t>Dropping the radius ED perpendicular to OA gives a 30-60-90 triangle with OE = 2 · ED = 2r. Since the circles are internally tangent, OE = R - r.</w:t>
      </w:r>
    </w:p>
    <w:p>
      <w:pPr>
        <w:spacing w:before="0" w:after="80" w:line="300" w:lineRule="auto"/>
        <w:jc w:val="left"/>
      </w:pPr>
      <w:r>
        <w:rPr>
          <w:rFonts w:ascii="Times New Roman" w:hAnsi="Times New Roman" w:eastAsia="宋体"/>
          <w:b w:val="0"/>
          <w:i w:val="0"/>
          <w:color w:val="333333"/>
          <w:sz w:val="19"/>
        </w:rPr>
        <w:t>Then R - r = 2r, so R = 3r and r/R = 1/3. The ratio of areas is</w:t>
      </w:r>
    </w:p>
    <w:p>
      <w:pPr>
        <w:spacing w:before="0" w:after="80" w:line="300" w:lineRule="auto"/>
        <w:jc w:val="left"/>
      </w:pPr>
      <w:r>
        <w:rPr>
          <w:rFonts w:ascii="Times New Roman" w:hAnsi="Times New Roman" w:eastAsia="宋体"/>
          <w:b w:val="0"/>
          <w:i w:val="0"/>
          <w:color w:val="333333"/>
          <w:sz w:val="19"/>
        </w:rPr>
        <w:t>(1/3)² = 1/9.</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14 题　答案 A</w:t>
      </w:r>
    </w:p>
    <w:p>
      <w:pPr>
        <w:spacing w:before="0" w:after="80" w:line="300" w:lineRule="auto"/>
        <w:jc w:val="left"/>
      </w:pPr>
      <w:r>
        <w:rPr>
          <w:rFonts w:ascii="Times New Roman" w:hAnsi="Times New Roman" w:eastAsia="宋体"/>
          <w:b w:val="0"/>
          <w:i w:val="0"/>
          <w:sz w:val="21"/>
        </w:rPr>
        <w:t>该区域是以 (6, -7/2) 为中心的菱形。令 2y + 7 = 0，得 |3x - 18| ≤ 3，所以 x ∈ [5, 7]，水平对角线长 2。</w:t>
      </w:r>
    </w:p>
    <w:p>
      <w:pPr>
        <w:spacing w:before="0" w:after="80" w:line="300" w:lineRule="auto"/>
        <w:jc w:val="left"/>
      </w:pPr>
      <w:r>
        <w:rPr>
          <w:rFonts w:ascii="Times New Roman" w:hAnsi="Times New Roman" w:eastAsia="宋体"/>
          <w:b w:val="0"/>
          <w:i w:val="0"/>
          <w:sz w:val="21"/>
        </w:rPr>
        <w:t>令 3x - 18 = 0，得 |2y + 7| ≤ 3，所以 y ∈ [-5, -2]，竖直对角线长 3。</w:t>
      </w:r>
    </w:p>
    <w:p>
      <w:pPr>
        <w:spacing w:before="0" w:after="80" w:line="300" w:lineRule="auto"/>
        <w:jc w:val="left"/>
      </w:pPr>
      <w:r>
        <w:rPr>
          <w:rFonts w:ascii="Times New Roman" w:hAnsi="Times New Roman" w:eastAsia="宋体"/>
          <w:b w:val="0"/>
          <w:i w:val="0"/>
          <w:sz w:val="21"/>
        </w:rPr>
        <w:t>菱形面积为对角线乘积的一半，即</w:t>
      </w:r>
    </w:p>
    <w:p>
      <w:pPr>
        <w:spacing w:before="0" w:after="80" w:line="300" w:lineRule="auto"/>
        <w:jc w:val="left"/>
      </w:pPr>
      <w:r>
        <w:rPr>
          <w:rFonts w:ascii="Times New Roman" w:hAnsi="Times New Roman" w:eastAsia="宋体"/>
          <w:b w:val="0"/>
          <w:i w:val="0"/>
          <w:sz w:val="21"/>
        </w:rPr>
        <w:t>1/2 · 2 · 3 = 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region is a rhombus centered at (6, -7/2). Setting 2y + 7 = 0 gives |3x - 18| ≤ 3, so x ∈ [5, 7], a horizontal diagonal of length 2.</w:t>
      </w:r>
    </w:p>
    <w:p>
      <w:pPr>
        <w:spacing w:before="0" w:after="80" w:line="300" w:lineRule="auto"/>
        <w:jc w:val="left"/>
      </w:pPr>
      <w:r>
        <w:rPr>
          <w:rFonts w:ascii="Times New Roman" w:hAnsi="Times New Roman" w:eastAsia="宋体"/>
          <w:b w:val="0"/>
          <w:i w:val="0"/>
          <w:color w:val="333333"/>
          <w:sz w:val="19"/>
        </w:rPr>
        <w:t>Setting 3x - 18 = 0 gives |2y + 7| ≤ 3, so y ∈ [-5, -2], a vertical diagonal of length 3.</w:t>
      </w:r>
    </w:p>
    <w:p>
      <w:pPr>
        <w:spacing w:before="0" w:after="80" w:line="300" w:lineRule="auto"/>
        <w:jc w:val="left"/>
      </w:pPr>
      <w:r>
        <w:rPr>
          <w:rFonts w:ascii="Times New Roman" w:hAnsi="Times New Roman" w:eastAsia="宋体"/>
          <w:b w:val="0"/>
          <w:i w:val="0"/>
          <w:color w:val="333333"/>
          <w:sz w:val="19"/>
        </w:rPr>
        <w:t>The area of the rhombus is half the product of its diagonals,</w:t>
      </w:r>
    </w:p>
    <w:p>
      <w:pPr>
        <w:spacing w:before="0" w:after="80" w:line="300" w:lineRule="auto"/>
        <w:jc w:val="left"/>
      </w:pPr>
      <w:r>
        <w:rPr>
          <w:rFonts w:ascii="Times New Roman" w:hAnsi="Times New Roman" w:eastAsia="宋体"/>
          <w:b w:val="0"/>
          <w:i w:val="0"/>
          <w:color w:val="333333"/>
          <w:sz w:val="19"/>
        </w:rPr>
        <w:t>1/2 · 2 · 3 = 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2008² 的个位数字为 4。因为 2008 是 4 的倍数，2²⁰⁰⁸ 的个位数字为 6。所以 k 的个位数字为 0，从而 k² 的个位数字也为零。</w:t>
      </w:r>
    </w:p>
    <w:p>
      <w:pPr>
        <w:spacing w:before="0" w:after="80" w:line="300" w:lineRule="auto"/>
        <w:jc w:val="left"/>
      </w:pPr>
      <w:r>
        <w:rPr>
          <w:rFonts w:ascii="Times New Roman" w:hAnsi="Times New Roman" w:eastAsia="宋体"/>
          <w:b w:val="0"/>
          <w:i w:val="0"/>
          <w:sz w:val="21"/>
        </w:rPr>
        <w:t>又 2008² 和 2²⁰⁰⁸ 都是 4 的倍数，故 k 是 4 的倍数，因此 2ᵏ 的个位数字为 6。</w:t>
      </w:r>
    </w:p>
    <w:p>
      <w:pPr>
        <w:spacing w:before="0" w:after="80" w:line="300" w:lineRule="auto"/>
        <w:jc w:val="left"/>
      </w:pPr>
      <w:r>
        <w:rPr>
          <w:rFonts w:ascii="Times New Roman" w:hAnsi="Times New Roman" w:eastAsia="宋体"/>
          <w:b w:val="0"/>
          <w:i w:val="0"/>
          <w:sz w:val="21"/>
        </w:rPr>
        <w:t>因此 k² + 2ᵏ 的个位数字为 0 + 6 = 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units digit of 2008² is 4. Since 2008 is a multiple of 4, the units digit of 2²⁰⁰⁸ is 6. Thus k has units digit 0, and so does k².</w:t>
      </w:r>
    </w:p>
    <w:p>
      <w:pPr>
        <w:spacing w:before="0" w:after="80" w:line="300" w:lineRule="auto"/>
        <w:jc w:val="left"/>
      </w:pPr>
      <w:r>
        <w:rPr>
          <w:rFonts w:ascii="Times New Roman" w:hAnsi="Times New Roman" w:eastAsia="宋体"/>
          <w:b w:val="0"/>
          <w:i w:val="0"/>
          <w:color w:val="333333"/>
          <w:sz w:val="19"/>
        </w:rPr>
        <w:t>Both 2008² and 2²⁰⁰⁸ are multiples of 4, so k is a multiple of 4. Therefore the units digit of 2ᵏ is 6.</w:t>
      </w:r>
    </w:p>
    <w:p>
      <w:pPr>
        <w:spacing w:before="0" w:after="80" w:line="300" w:lineRule="auto"/>
        <w:jc w:val="left"/>
      </w:pPr>
      <w:r>
        <w:rPr>
          <w:rFonts w:ascii="Times New Roman" w:hAnsi="Times New Roman" w:eastAsia="宋体"/>
          <w:b w:val="0"/>
          <w:i w:val="0"/>
          <w:color w:val="333333"/>
          <w:sz w:val="19"/>
        </w:rPr>
        <w:t>The units digit of k² + 2ᵏ is then 0 + 6 = 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16 题　答案 D</w:t>
      </w:r>
    </w:p>
    <w:p>
      <w:pPr>
        <w:spacing w:before="0" w:after="80" w:line="300" w:lineRule="auto"/>
        <w:jc w:val="left"/>
      </w:pPr>
      <w:r>
        <w:rPr>
          <w:rFonts w:ascii="Times New Roman" w:hAnsi="Times New Roman" w:eastAsia="宋体"/>
          <w:b w:val="0"/>
          <w:i w:val="0"/>
          <w:sz w:val="21"/>
        </w:rPr>
        <w:t>三项分别为 3log a + 7log b、5log a + 12log b 和 8log a + 15log b。令相邻两项之差相等，得</w:t>
      </w:r>
    </w:p>
    <w:p>
      <w:pPr>
        <w:spacing w:before="0" w:after="80" w:line="300" w:lineRule="auto"/>
        <w:jc w:val="left"/>
      </w:pPr>
      <w:r>
        <w:rPr>
          <w:rFonts w:ascii="Times New Roman" w:hAnsi="Times New Roman" w:eastAsia="宋体"/>
          <w:b w:val="0"/>
          <w:i w:val="0"/>
          <w:sz w:val="21"/>
        </w:rPr>
        <w:t>2log a + 5log b</w:t>
      </w:r>
    </w:p>
    <w:p>
      <w:pPr>
        <w:spacing w:before="0" w:after="80" w:line="300" w:lineRule="auto"/>
        <w:jc w:val="left"/>
      </w:pPr>
      <w:r>
        <w:rPr>
          <w:rFonts w:ascii="Times New Roman" w:hAnsi="Times New Roman" w:eastAsia="宋体"/>
          <w:b w:val="0"/>
          <w:i w:val="0"/>
          <w:sz w:val="21"/>
        </w:rPr>
        <w:t>= 3log a + 3log b</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log a = 2log b。</w:t>
      </w:r>
    </w:p>
    <w:p>
      <w:pPr>
        <w:spacing w:before="0" w:after="80" w:line="300" w:lineRule="auto"/>
        <w:jc w:val="left"/>
      </w:pPr>
      <w:r>
        <w:rPr>
          <w:rFonts w:ascii="Times New Roman" w:hAnsi="Times New Roman" w:eastAsia="宋体"/>
          <w:b w:val="0"/>
          <w:i w:val="0"/>
          <w:sz w:val="21"/>
        </w:rPr>
        <w:t>于是第一项为 (3 · 2 + 7)log b = 13log b，公差为 (2 · 2 + 5)log b = 9log b。</w:t>
      </w:r>
    </w:p>
    <w:p>
      <w:pPr>
        <w:spacing w:before="0" w:after="80" w:line="300" w:lineRule="auto"/>
        <w:jc w:val="left"/>
      </w:pPr>
      <w:r>
        <w:rPr>
          <w:rFonts w:ascii="Times New Roman" w:hAnsi="Times New Roman" w:eastAsia="宋体"/>
          <w:b w:val="0"/>
          <w:i w:val="0"/>
          <w:sz w:val="21"/>
        </w:rPr>
        <w:t>第 12 项为</w:t>
      </w:r>
    </w:p>
    <w:p>
      <w:pPr>
        <w:spacing w:before="0" w:after="80" w:line="300" w:lineRule="auto"/>
        <w:jc w:val="left"/>
      </w:pPr>
      <w:r>
        <w:rPr>
          <w:rFonts w:ascii="Times New Roman" w:hAnsi="Times New Roman" w:eastAsia="宋体"/>
          <w:b w:val="0"/>
          <w:i w:val="0"/>
          <w:sz w:val="21"/>
        </w:rPr>
        <w:t>(13 + 11 · 9)log b = 112log b</w:t>
      </w:r>
    </w:p>
    <w:p>
      <w:pPr>
        <w:spacing w:before="0" w:after="80" w:line="300" w:lineRule="auto"/>
        <w:jc w:val="left"/>
      </w:pPr>
      <w:r>
        <w:rPr>
          <w:rFonts w:ascii="Times New Roman" w:hAnsi="Times New Roman" w:eastAsia="宋体"/>
          <w:b w:val="0"/>
          <w:i w:val="0"/>
          <w:sz w:val="21"/>
        </w:rPr>
        <w:t>= log(b¹¹²)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n = 112。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three terms are 3log a + 7log b, 5log a + 12log b, and 8log a + 15log b. Setting the two consecutive differences equal,</w:t>
      </w:r>
    </w:p>
    <w:p>
      <w:pPr>
        <w:spacing w:before="0" w:after="80" w:line="300" w:lineRule="auto"/>
        <w:jc w:val="left"/>
      </w:pPr>
      <w:r>
        <w:rPr>
          <w:rFonts w:ascii="Times New Roman" w:hAnsi="Times New Roman" w:eastAsia="宋体"/>
          <w:b w:val="0"/>
          <w:i w:val="0"/>
          <w:color w:val="333333"/>
          <w:sz w:val="19"/>
        </w:rPr>
        <w:t>2log a + 5log b</w:t>
      </w:r>
    </w:p>
    <w:p>
      <w:pPr>
        <w:spacing w:before="0" w:after="80" w:line="300" w:lineRule="auto"/>
        <w:jc w:val="left"/>
      </w:pPr>
      <w:r>
        <w:rPr>
          <w:rFonts w:ascii="Times New Roman" w:hAnsi="Times New Roman" w:eastAsia="宋体"/>
          <w:b w:val="0"/>
          <w:i w:val="0"/>
          <w:color w:val="333333"/>
          <w:sz w:val="19"/>
        </w:rPr>
        <w:t>= 3log a + 3log b,</w:t>
      </w:r>
    </w:p>
    <w:p>
      <w:pPr>
        <w:spacing w:before="0" w:after="80" w:line="300" w:lineRule="auto"/>
        <w:jc w:val="left"/>
      </w:pPr>
      <w:r>
        <w:rPr>
          <w:rFonts w:ascii="Times New Roman" w:hAnsi="Times New Roman" w:eastAsia="宋体"/>
          <w:b w:val="0"/>
          <w:i w:val="0"/>
          <w:color w:val="333333"/>
          <w:sz w:val="19"/>
        </w:rPr>
        <w:t>so log a = 2log b.</w:t>
      </w:r>
    </w:p>
    <w:p>
      <w:pPr>
        <w:spacing w:before="0" w:after="80" w:line="300" w:lineRule="auto"/>
        <w:jc w:val="left"/>
      </w:pPr>
      <w:r>
        <w:rPr>
          <w:rFonts w:ascii="Times New Roman" w:hAnsi="Times New Roman" w:eastAsia="宋体"/>
          <w:b w:val="0"/>
          <w:i w:val="0"/>
          <w:color w:val="333333"/>
          <w:sz w:val="19"/>
        </w:rPr>
        <w:t>The first term is then (3 · 2 + 7)log b = 13log b, and the common difference is (2 · 2 + 5)log b = 9log b.</w:t>
      </w:r>
    </w:p>
    <w:p>
      <w:pPr>
        <w:spacing w:before="0" w:after="80" w:line="300" w:lineRule="auto"/>
        <w:jc w:val="left"/>
      </w:pPr>
      <w:r>
        <w:rPr>
          <w:rFonts w:ascii="Times New Roman" w:hAnsi="Times New Roman" w:eastAsia="宋体"/>
          <w:b w:val="0"/>
          <w:i w:val="0"/>
          <w:color w:val="333333"/>
          <w:sz w:val="19"/>
        </w:rPr>
        <w:t>The 12th term is</w:t>
      </w:r>
    </w:p>
    <w:p>
      <w:pPr>
        <w:spacing w:before="0" w:after="80" w:line="300" w:lineRule="auto"/>
        <w:jc w:val="left"/>
      </w:pPr>
      <w:r>
        <w:rPr>
          <w:rFonts w:ascii="Times New Roman" w:hAnsi="Times New Roman" w:eastAsia="宋体"/>
          <w:b w:val="0"/>
          <w:i w:val="0"/>
          <w:color w:val="333333"/>
          <w:sz w:val="19"/>
        </w:rPr>
        <w:t>(13 + 11 · 9)log b = 112log b</w:t>
      </w:r>
    </w:p>
    <w:p>
      <w:pPr>
        <w:spacing w:before="0" w:after="80" w:line="300" w:lineRule="auto"/>
        <w:jc w:val="left"/>
      </w:pPr>
      <w:r>
        <w:rPr>
          <w:rFonts w:ascii="Times New Roman" w:hAnsi="Times New Roman" w:eastAsia="宋体"/>
          <w:b w:val="0"/>
          <w:i w:val="0"/>
          <w:color w:val="333333"/>
          <w:sz w:val="19"/>
        </w:rPr>
        <w:t>= log(b¹¹²),</w:t>
      </w:r>
    </w:p>
    <w:p>
      <w:pPr>
        <w:spacing w:before="0" w:after="80" w:line="300" w:lineRule="auto"/>
        <w:jc w:val="left"/>
      </w:pPr>
      <w:r>
        <w:rPr>
          <w:rFonts w:ascii="Times New Roman" w:hAnsi="Times New Roman" w:eastAsia="宋体"/>
          <w:b w:val="0"/>
          <w:i w:val="0"/>
          <w:color w:val="333333"/>
          <w:sz w:val="19"/>
        </w:rPr>
        <w:t>so n = 112.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若 a₁ 为偶数，则 a₂ = a₁/2 &lt; a₁，条件失败。</w:t>
      </w:r>
    </w:p>
    <w:p>
      <w:pPr>
        <w:spacing w:before="0" w:after="80" w:line="300" w:lineRule="auto"/>
        <w:jc w:val="left"/>
      </w:pPr>
      <w:r>
        <w:rPr>
          <w:rFonts w:ascii="Times New Roman" w:hAnsi="Times New Roman" w:eastAsia="宋体"/>
          <w:b w:val="0"/>
          <w:i w:val="0"/>
          <w:sz w:val="21"/>
        </w:rPr>
        <w:t>若 a₁ ≡ 1 pmod 4，则 a₂ = 3a₁ + 1 是 4 的倍数，a₃ = (3a₁ + 1)/2，且 a₄ = (3a₁ + 1)/4 ≤ a₁，条件也失败。</w:t>
      </w:r>
    </w:p>
    <w:p>
      <w:pPr>
        <w:spacing w:before="0" w:after="80" w:line="300" w:lineRule="auto"/>
        <w:jc w:val="left"/>
      </w:pPr>
      <w:r>
        <w:rPr>
          <w:rFonts w:ascii="Times New Roman" w:hAnsi="Times New Roman" w:eastAsia="宋体"/>
          <w:b w:val="0"/>
          <w:i w:val="0"/>
          <w:sz w:val="21"/>
        </w:rPr>
        <w:t>若 a₁ ≡ 3 pmod 4，则 a₂ 为偶数但不是 4 的倍数，所以 a₃ = (3a₁ + 1)/2 &gt; a₁，且 a₃ 为奇数，a₄ = 3a₃ + 1 &gt; a₃ &gt; a₁。此时条件成立。</w:t>
      </w:r>
    </w:p>
    <w:p>
      <w:pPr>
        <w:spacing w:before="0" w:after="80" w:line="300" w:lineRule="auto"/>
        <w:jc w:val="left"/>
      </w:pPr>
      <w:r>
        <w:rPr>
          <w:rFonts w:ascii="Times New Roman" w:hAnsi="Times New Roman" w:eastAsia="宋体"/>
          <w:b w:val="0"/>
          <w:i w:val="0"/>
          <w:sz w:val="21"/>
        </w:rPr>
        <w:t>满足条件的 a₁ ≤ 2008 且 a₁ ≡ 3 pmod 4 的数恰有 2008/4 = 502 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a₁ is even, then a₂ = a₁/2 &lt; a₁, so the condition fails.</w:t>
      </w:r>
    </w:p>
    <w:p>
      <w:pPr>
        <w:spacing w:before="0" w:after="80" w:line="300" w:lineRule="auto"/>
        <w:jc w:val="left"/>
      </w:pPr>
      <w:r>
        <w:rPr>
          <w:rFonts w:ascii="Times New Roman" w:hAnsi="Times New Roman" w:eastAsia="宋体"/>
          <w:b w:val="0"/>
          <w:i w:val="0"/>
          <w:color w:val="333333"/>
          <w:sz w:val="19"/>
        </w:rPr>
        <w:t>If a₁ ≡ 1 pmod 4, then a₂ = 3a₁ + 1 is a multiple of 4, so a₃ = (3a₁ + 1)/2 and a₄ = (3a₁ + 1)/4 ≤ a₁, and again the condition fails.</w:t>
      </w:r>
    </w:p>
    <w:p>
      <w:pPr>
        <w:spacing w:before="0" w:after="80" w:line="300" w:lineRule="auto"/>
        <w:jc w:val="left"/>
      </w:pPr>
      <w:r>
        <w:rPr>
          <w:rFonts w:ascii="Times New Roman" w:hAnsi="Times New Roman" w:eastAsia="宋体"/>
          <w:b w:val="0"/>
          <w:i w:val="0"/>
          <w:color w:val="333333"/>
          <w:sz w:val="19"/>
        </w:rPr>
        <w:t>If a₁ ≡ 3 pmod 4, then a₂ is even but not a multiple of 4, so a₃ = (3a₁ + 1)/2 &gt; a₁, and a₃ is odd, giving a₄ = 3a₃ + 1 &gt; a₃ &gt; a₁. The condition holds.</w:t>
      </w:r>
    </w:p>
    <w:p>
      <w:pPr>
        <w:spacing w:before="0" w:after="80" w:line="300" w:lineRule="auto"/>
        <w:jc w:val="left"/>
      </w:pPr>
      <w:r>
        <w:rPr>
          <w:rFonts w:ascii="Times New Roman" w:hAnsi="Times New Roman" w:eastAsia="宋体"/>
          <w:b w:val="0"/>
          <w:i w:val="0"/>
          <w:color w:val="333333"/>
          <w:sz w:val="19"/>
        </w:rPr>
        <w:t>Exactly 2008/4 = 502 values of a₁ ≤ 2008 satisfy a₁ ≡ 3 pmod 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18 题　答案 C</w:t>
      </w:r>
    </w:p>
    <w:p>
      <w:pPr>
        <w:spacing w:before="0" w:after="80" w:line="300" w:lineRule="auto"/>
        <w:jc w:val="left"/>
      </w:pPr>
      <w:r>
        <w:rPr>
          <w:rFonts w:ascii="Times New Roman" w:hAnsi="Times New Roman" w:eastAsia="宋体"/>
          <w:b w:val="0"/>
          <w:i w:val="0"/>
          <w:sz w:val="21"/>
        </w:rPr>
        <w:t>设 A = (a, 0, 0)、B = (0, b, 0)、C = (0, 0, c)。于是</w:t>
      </w:r>
    </w:p>
    <w:p>
      <w:pPr>
        <w:spacing w:before="0" w:after="80" w:line="300" w:lineRule="auto"/>
        <w:jc w:val="left"/>
      </w:pPr>
      <w:r>
        <w:rPr>
          <w:rFonts w:ascii="Times New Roman" w:hAnsi="Times New Roman" w:eastAsia="宋体"/>
          <w:b w:val="0"/>
          <w:i w:val="0"/>
          <w:sz w:val="21"/>
        </w:rPr>
        <w:t>a² + b² = 25,</w:t>
      </w:r>
    </w:p>
    <w:p>
      <w:pPr>
        <w:spacing w:before="0" w:after="80" w:line="300" w:lineRule="auto"/>
        <w:jc w:val="left"/>
      </w:pPr>
      <w:r>
        <w:rPr>
          <w:rFonts w:ascii="Times New Roman" w:hAnsi="Times New Roman" w:eastAsia="宋体"/>
          <w:b w:val="0"/>
          <w:i w:val="0"/>
          <w:sz w:val="21"/>
        </w:rPr>
        <w:t>b² + c² = 36,</w:t>
      </w:r>
    </w:p>
    <w:p>
      <w:pPr>
        <w:spacing w:before="0" w:after="80" w:line="300" w:lineRule="auto"/>
        <w:jc w:val="left"/>
      </w:pPr>
      <w:r>
        <w:rPr>
          <w:rFonts w:ascii="Times New Roman" w:hAnsi="Times New Roman" w:eastAsia="宋体"/>
          <w:b w:val="0"/>
          <w:i w:val="0"/>
          <w:sz w:val="21"/>
        </w:rPr>
        <w:t>a² + c² = 49</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将三个边长方程相加得 a² + b² + c² = 55，所以 a² = 19，b² = 6，c² = 30。</w:t>
      </w:r>
    </w:p>
    <w:p>
      <w:pPr>
        <w:spacing w:before="0" w:after="80" w:line="300" w:lineRule="auto"/>
        <w:jc w:val="left"/>
      </w:pPr>
      <w:r>
        <w:rPr>
          <w:rFonts w:ascii="Times New Roman" w:hAnsi="Times New Roman" w:eastAsia="宋体"/>
          <w:b w:val="0"/>
          <w:i w:val="0"/>
          <w:sz w:val="21"/>
        </w:rPr>
        <w:t>体积为</w:t>
      </w:r>
    </w:p>
    <w:p>
      <w:pPr>
        <w:spacing w:before="0" w:after="80" w:line="300" w:lineRule="auto"/>
        <w:jc w:val="left"/>
      </w:pPr>
      <w:r>
        <w:rPr>
          <w:rFonts w:ascii="Times New Roman" w:hAnsi="Times New Roman" w:eastAsia="宋体"/>
          <w:b w:val="0"/>
          <w:i w:val="0"/>
          <w:sz w:val="21"/>
        </w:rPr>
        <w:t>1/6abc = 1/6√(19 · 6 · 30)</w:t>
      </w:r>
    </w:p>
    <w:p>
      <w:pPr>
        <w:spacing w:before="0" w:after="80" w:line="300" w:lineRule="auto"/>
        <w:jc w:val="left"/>
      </w:pPr>
      <w:r>
        <w:rPr>
          <w:rFonts w:ascii="Times New Roman" w:hAnsi="Times New Roman" w:eastAsia="宋体"/>
          <w:b w:val="0"/>
          <w:i w:val="0"/>
          <w:sz w:val="21"/>
        </w:rPr>
        <w:t>= 1/6√(3420)</w:t>
      </w:r>
    </w:p>
    <w:p>
      <w:pPr>
        <w:spacing w:before="0" w:after="80" w:line="300" w:lineRule="auto"/>
        <w:jc w:val="left"/>
      </w:pPr>
      <w:r>
        <w:rPr>
          <w:rFonts w:ascii="Times New Roman" w:hAnsi="Times New Roman" w:eastAsia="宋体"/>
          <w:b w:val="0"/>
          <w:i w:val="0"/>
          <w:sz w:val="21"/>
        </w:rPr>
        <w:t>= √(95)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 (a, 0, 0), B = (0, b, 0), C = (0, 0, c). Assigning the sides,</w:t>
      </w:r>
    </w:p>
    <w:p>
      <w:pPr>
        <w:spacing w:before="0" w:after="80" w:line="300" w:lineRule="auto"/>
        <w:jc w:val="left"/>
      </w:pPr>
      <w:r>
        <w:rPr>
          <w:rFonts w:ascii="Times New Roman" w:hAnsi="Times New Roman" w:eastAsia="宋体"/>
          <w:b w:val="0"/>
          <w:i w:val="0"/>
          <w:color w:val="333333"/>
          <w:sz w:val="19"/>
        </w:rPr>
        <w:t>a² + b² = 25,</w:t>
      </w:r>
    </w:p>
    <w:p>
      <w:pPr>
        <w:spacing w:before="0" w:after="80" w:line="300" w:lineRule="auto"/>
        <w:jc w:val="left"/>
      </w:pPr>
      <w:r>
        <w:rPr>
          <w:rFonts w:ascii="Times New Roman" w:hAnsi="Times New Roman" w:eastAsia="宋体"/>
          <w:b w:val="0"/>
          <w:i w:val="0"/>
          <w:color w:val="333333"/>
          <w:sz w:val="19"/>
        </w:rPr>
        <w:t>b² + c² = 36,</w:t>
      </w:r>
    </w:p>
    <w:p>
      <w:pPr>
        <w:spacing w:before="0" w:after="80" w:line="300" w:lineRule="auto"/>
        <w:jc w:val="left"/>
      </w:pPr>
      <w:r>
        <w:rPr>
          <w:rFonts w:ascii="Times New Roman" w:hAnsi="Times New Roman" w:eastAsia="宋体"/>
          <w:b w:val="0"/>
          <w:i w:val="0"/>
          <w:color w:val="333333"/>
          <w:sz w:val="19"/>
        </w:rPr>
        <w:t>a² + c² = 49.</w:t>
      </w:r>
    </w:p>
    <w:p>
      <w:pPr>
        <w:spacing w:before="0" w:after="80" w:line="300" w:lineRule="auto"/>
        <w:jc w:val="left"/>
      </w:pPr>
      <w:r>
        <w:rPr>
          <w:rFonts w:ascii="Times New Roman" w:hAnsi="Times New Roman" w:eastAsia="宋体"/>
          <w:b w:val="0"/>
          <w:i w:val="0"/>
          <w:color w:val="333333"/>
          <w:sz w:val="19"/>
        </w:rPr>
        <w:t>Adding gives a² + b² + c² = 55, so a² = 19, b² = 6, and c² = 30.</w:t>
      </w:r>
    </w:p>
    <w:p>
      <w:pPr>
        <w:spacing w:before="0" w:after="80" w:line="300" w:lineRule="auto"/>
        <w:jc w:val="left"/>
      </w:pPr>
      <w:r>
        <w:rPr>
          <w:rFonts w:ascii="Times New Roman" w:hAnsi="Times New Roman" w:eastAsia="宋体"/>
          <w:b w:val="0"/>
          <w:i w:val="0"/>
          <w:color w:val="333333"/>
          <w:sz w:val="19"/>
        </w:rPr>
        <w:t>The volume is</w:t>
      </w:r>
    </w:p>
    <w:p>
      <w:pPr>
        <w:spacing w:before="0" w:after="80" w:line="300" w:lineRule="auto"/>
        <w:jc w:val="left"/>
      </w:pPr>
      <w:r>
        <w:rPr>
          <w:rFonts w:ascii="Times New Roman" w:hAnsi="Times New Roman" w:eastAsia="宋体"/>
          <w:b w:val="0"/>
          <w:i w:val="0"/>
          <w:color w:val="333333"/>
          <w:sz w:val="19"/>
        </w:rPr>
        <w:t>1/6abc = 1/6√(19 · 6 · 30)</w:t>
      </w:r>
    </w:p>
    <w:p>
      <w:pPr>
        <w:spacing w:before="0" w:after="80" w:line="300" w:lineRule="auto"/>
        <w:jc w:val="left"/>
      </w:pPr>
      <w:r>
        <w:rPr>
          <w:rFonts w:ascii="Times New Roman" w:hAnsi="Times New Roman" w:eastAsia="宋体"/>
          <w:b w:val="0"/>
          <w:i w:val="0"/>
          <w:color w:val="333333"/>
          <w:sz w:val="19"/>
        </w:rPr>
        <w:t>= 1/6√(3420)</w:t>
      </w:r>
    </w:p>
    <w:p>
      <w:pPr>
        <w:spacing w:before="0" w:after="80" w:line="300" w:lineRule="auto"/>
        <w:jc w:val="left"/>
      </w:pPr>
      <w:r>
        <w:rPr>
          <w:rFonts w:ascii="Times New Roman" w:hAnsi="Times New Roman" w:eastAsia="宋体"/>
          <w:b w:val="0"/>
          <w:i w:val="0"/>
          <w:color w:val="333333"/>
          <w:sz w:val="19"/>
        </w:rPr>
        <w:t>= √(95).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19 题　答案 C</w:t>
      </w:r>
    </w:p>
    <w:p>
      <w:pPr>
        <w:spacing w:before="0" w:after="80" w:line="300" w:lineRule="auto"/>
        <w:jc w:val="left"/>
      </w:pPr>
      <w:r>
        <w:rPr>
          <w:rFonts w:ascii="Times New Roman" w:hAnsi="Times New Roman" w:eastAsia="宋体"/>
          <w:b w:val="0"/>
          <w:i w:val="0"/>
          <w:sz w:val="21"/>
        </w:rPr>
        <w:t>每项为 x^(a + b + c)，其中 0 ≤ a ≤ 27，0 ≤ b, c ≤ 14。要得到 x²⁸，必须有 a = 28 - b - c。</w:t>
      </w:r>
    </w:p>
    <w:p>
      <w:pPr>
        <w:spacing w:before="0" w:after="80" w:line="300" w:lineRule="auto"/>
        <w:jc w:val="left"/>
      </w:pPr>
      <w:r>
        <w:rPr>
          <w:rFonts w:ascii="Times New Roman" w:hAnsi="Times New Roman" w:eastAsia="宋体"/>
          <w:b w:val="0"/>
          <w:i w:val="0"/>
          <w:sz w:val="21"/>
        </w:rPr>
        <w:t>(b, c) 有 (14 + 1)² = 225 种选择。除了 (b, c) = (0, 0) 外，所需的 a = 28 - b - c 都在 [0, 27] 中。</w:t>
      </w:r>
    </w:p>
    <w:p>
      <w:pPr>
        <w:spacing w:before="0" w:after="80" w:line="300" w:lineRule="auto"/>
        <w:jc w:val="left"/>
      </w:pPr>
      <w:r>
        <w:rPr>
          <w:rFonts w:ascii="Times New Roman" w:hAnsi="Times New Roman" w:eastAsia="宋体"/>
          <w:b w:val="0"/>
          <w:i w:val="0"/>
          <w:sz w:val="21"/>
        </w:rPr>
        <w:t>因此 x²⁸ 的系数为 225 - 1 = 224。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term is x^(a + b + c) with 0 ≤ a ≤ 27 and 0 ≤ b, c ≤ 14. To get x²⁸ we need a = 28 - b - c.</w:t>
      </w:r>
    </w:p>
    <w:p>
      <w:pPr>
        <w:spacing w:before="0" w:after="80" w:line="300" w:lineRule="auto"/>
        <w:jc w:val="left"/>
      </w:pPr>
      <w:r>
        <w:rPr>
          <w:rFonts w:ascii="Times New Roman" w:hAnsi="Times New Roman" w:eastAsia="宋体"/>
          <w:b w:val="0"/>
          <w:i w:val="0"/>
          <w:color w:val="333333"/>
          <w:sz w:val="19"/>
        </w:rPr>
        <w:t>There are (14 + 1)² = 225 choices for (b, c). For every choice except (b, c) = (0, 0), the required a = 28 - b - c lies in [0, 27], giving a valid term.</w:t>
      </w:r>
    </w:p>
    <w:p>
      <w:pPr>
        <w:spacing w:before="0" w:after="80" w:line="300" w:lineRule="auto"/>
        <w:jc w:val="left"/>
      </w:pPr>
      <w:r>
        <w:rPr>
          <w:rFonts w:ascii="Times New Roman" w:hAnsi="Times New Roman" w:eastAsia="宋体"/>
          <w:b w:val="0"/>
          <w:i w:val="0"/>
          <w:color w:val="333333"/>
          <w:sz w:val="19"/>
        </w:rPr>
        <w:t>The coefficient of x²⁸ is therefore 225 - 1 = 224.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20 题　答案 E</w:t>
      </w:r>
    </w:p>
    <w:p>
      <w:pPr>
        <w:spacing w:before="0" w:after="80" w:line="300" w:lineRule="auto"/>
        <w:jc w:val="left"/>
      </w:pPr>
      <w:r>
        <w:rPr>
          <w:rFonts w:ascii="Times New Roman" w:hAnsi="Times New Roman" w:eastAsia="宋体"/>
          <w:b w:val="0"/>
          <w:i w:val="0"/>
          <w:sz w:val="21"/>
        </w:rPr>
        <w:t>由角平分线定理，AD:DB = CA:CB = 3:4，所以 AD = 15/7，BD = 20/7。两个小三角形 △ ADC 和 △ BCD 共用底边 CD，面积比为 3:4，面积分别为 18/7 和 24/7。</w:t>
      </w:r>
    </w:p>
    <w:p>
      <w:pPr>
        <w:spacing w:before="0" w:after="80" w:line="300" w:lineRule="auto"/>
        <w:jc w:val="left"/>
      </w:pPr>
      <w:r>
        <w:rPr>
          <w:rFonts w:ascii="Times New Roman" w:hAnsi="Times New Roman" w:eastAsia="宋体"/>
          <w:b w:val="0"/>
          <w:i w:val="0"/>
          <w:sz w:val="21"/>
        </w:rPr>
        <w:t>将 △ ABC 沿 CD 分割，该线段与两条直角边都成 45°，于是</w:t>
      </w:r>
    </w:p>
    <w:p>
      <w:pPr>
        <w:spacing w:before="0" w:after="80" w:line="300" w:lineRule="auto"/>
        <w:jc w:val="left"/>
      </w:pPr>
      <w:r>
        <w:rPr>
          <w:rFonts w:ascii="Times New Roman" w:hAnsi="Times New Roman" w:eastAsia="宋体"/>
          <w:b w:val="0"/>
          <w:i w:val="0"/>
          <w:sz w:val="21"/>
        </w:rPr>
        <w:t>(3 · CD)/(2√(2)) + (4 · CD)/(2√(2)) = 6，</w:t>
      </w:r>
    </w:p>
    <w:p>
      <w:pPr>
        <w:spacing w:before="0" w:after="80" w:line="300" w:lineRule="auto"/>
        <w:jc w:val="left"/>
      </w:pPr>
      <w:r>
        <w:rPr>
          <w:rFonts w:ascii="Times New Roman" w:hAnsi="Times New Roman" w:eastAsia="宋体"/>
          <w:b w:val="0"/>
          <w:i w:val="0"/>
          <w:sz w:val="21"/>
        </w:rPr>
        <w:t>所以 CD = (12√(2))/7。</w:t>
      </w:r>
    </w:p>
    <w:p>
      <w:pPr>
        <w:spacing w:before="0" w:after="80" w:line="300" w:lineRule="auto"/>
        <w:jc w:val="left"/>
      </w:pPr>
      <w:r>
        <w:rPr>
          <w:rFonts w:ascii="Times New Roman" w:hAnsi="Times New Roman" w:eastAsia="宋体"/>
          <w:b w:val="0"/>
          <w:i w:val="0"/>
          <w:sz w:val="21"/>
        </w:rPr>
        <w:t>两个三角形的半周长分别为</w:t>
      </w:r>
    </w:p>
    <w:p>
      <w:pPr>
        <w:spacing w:before="0" w:after="80" w:line="300" w:lineRule="auto"/>
        <w:jc w:val="left"/>
      </w:pPr>
      <w:r>
        <w:rPr>
          <w:rFonts w:ascii="Times New Roman" w:hAnsi="Times New Roman" w:eastAsia="宋体"/>
          <w:b w:val="0"/>
          <w:i w:val="0"/>
          <w:sz w:val="21"/>
        </w:rPr>
        <w:t>sₐ = 6/7(3 + √(2)),</w:t>
      </w:r>
    </w:p>
    <w:p>
      <w:pPr>
        <w:spacing w:before="0" w:after="80" w:line="300" w:lineRule="auto"/>
        <w:jc w:val="left"/>
      </w:pPr>
      <w:r>
        <w:rPr>
          <w:rFonts w:ascii="Times New Roman" w:hAnsi="Times New Roman" w:eastAsia="宋体"/>
          <w:b w:val="0"/>
          <w:i w:val="0"/>
          <w:sz w:val="21"/>
        </w:rPr>
        <w:t>s_(b) = 6/7(4 + √(2))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利用 r = 面积/s，可得</w:t>
      </w:r>
    </w:p>
    <w:p>
      <w:pPr>
        <w:spacing w:before="0" w:after="80" w:line="300" w:lineRule="auto"/>
        <w:jc w:val="left"/>
      </w:pPr>
      <w:r>
        <w:rPr>
          <w:rFonts w:ascii="Times New Roman" w:hAnsi="Times New Roman" w:eastAsia="宋体"/>
          <w:b w:val="0"/>
          <w:i w:val="0"/>
          <w:sz w:val="21"/>
        </w:rPr>
        <w:t>rₐ/(r_(b)) = ([ADC])/([BCD]) · (s_(b))/sₐ</w:t>
      </w:r>
    </w:p>
    <w:p>
      <w:pPr>
        <w:spacing w:before="0" w:after="80" w:line="300" w:lineRule="auto"/>
        <w:jc w:val="left"/>
      </w:pPr>
      <w:r>
        <w:rPr>
          <w:rFonts w:ascii="Times New Roman" w:hAnsi="Times New Roman" w:eastAsia="宋体"/>
          <w:b w:val="0"/>
          <w:i w:val="0"/>
          <w:sz w:val="21"/>
        </w:rPr>
        <w:t>= 3/4 · (4 + √(2))/(3 + √(2))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有理化得 (4 + √(2))/(3 + √(2)) = (10 - √(2))/7，因此</w:t>
      </w:r>
    </w:p>
    <w:p>
      <w:pPr>
        <w:spacing w:before="0" w:after="80" w:line="300" w:lineRule="auto"/>
        <w:jc w:val="left"/>
      </w:pPr>
      <w:r>
        <w:rPr>
          <w:rFonts w:ascii="Times New Roman" w:hAnsi="Times New Roman" w:eastAsia="宋体"/>
          <w:b w:val="0"/>
          <w:i w:val="0"/>
          <w:sz w:val="21"/>
        </w:rPr>
        <w:t>rₐ/(r_(b)) = 3/4 · (10 - √(2))/7</w:t>
      </w:r>
    </w:p>
    <w:p>
      <w:pPr>
        <w:spacing w:before="0" w:after="80" w:line="300" w:lineRule="auto"/>
        <w:jc w:val="left"/>
      </w:pPr>
      <w:r>
        <w:rPr>
          <w:rFonts w:ascii="Times New Roman" w:hAnsi="Times New Roman" w:eastAsia="宋体"/>
          <w:b w:val="0"/>
          <w:i w:val="0"/>
          <w:sz w:val="21"/>
        </w:rPr>
        <w:t>= 3/28(10 - √(2))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the Angle Bisector Theorem, AD:DB = CA:CB = 3:4, so AD = 15/7 and BD = 20/7. The areas of △ ADC and △ BCD share base CD, so they are in ratio 3:4, namely 18/7 and 24/7.</w:t>
      </w:r>
    </w:p>
    <w:p>
      <w:pPr>
        <w:spacing w:before="0" w:after="80" w:line="300" w:lineRule="auto"/>
        <w:jc w:val="left"/>
      </w:pPr>
      <w:r>
        <w:rPr>
          <w:rFonts w:ascii="Times New Roman" w:hAnsi="Times New Roman" w:eastAsia="宋体"/>
          <w:b w:val="0"/>
          <w:i w:val="0"/>
          <w:color w:val="333333"/>
          <w:sz w:val="19"/>
        </w:rPr>
        <w:t>Splitting △ ABC along CD, which meets each leg at 45°, gives</w:t>
      </w:r>
    </w:p>
    <w:p>
      <w:pPr>
        <w:spacing w:before="0" w:after="80" w:line="300" w:lineRule="auto"/>
        <w:jc w:val="left"/>
      </w:pPr>
      <w:r>
        <w:rPr>
          <w:rFonts w:ascii="Times New Roman" w:hAnsi="Times New Roman" w:eastAsia="宋体"/>
          <w:b w:val="0"/>
          <w:i w:val="0"/>
          <w:color w:val="333333"/>
          <w:sz w:val="19"/>
        </w:rPr>
        <w:t>(3 · CD)/(2√(2)) + (4 · CD)/(2√(2)) = 6,</w:t>
      </w:r>
    </w:p>
    <w:p>
      <w:pPr>
        <w:spacing w:before="0" w:after="80" w:line="300" w:lineRule="auto"/>
        <w:jc w:val="left"/>
      </w:pPr>
      <w:r>
        <w:rPr>
          <w:rFonts w:ascii="Times New Roman" w:hAnsi="Times New Roman" w:eastAsia="宋体"/>
          <w:b w:val="0"/>
          <w:i w:val="0"/>
          <w:color w:val="333333"/>
          <w:sz w:val="19"/>
        </w:rPr>
        <w:t>so CD = (12√(2))/7.</w:t>
      </w:r>
    </w:p>
    <w:p>
      <w:pPr>
        <w:spacing w:before="0" w:after="80" w:line="300" w:lineRule="auto"/>
        <w:jc w:val="left"/>
      </w:pPr>
      <w:r>
        <w:rPr>
          <w:rFonts w:ascii="Times New Roman" w:hAnsi="Times New Roman" w:eastAsia="宋体"/>
          <w:b w:val="0"/>
          <w:i w:val="0"/>
          <w:color w:val="333333"/>
          <w:sz w:val="19"/>
        </w:rPr>
        <w:t>The two semiperimeters are</w:t>
      </w:r>
    </w:p>
    <w:p>
      <w:pPr>
        <w:spacing w:before="0" w:after="80" w:line="300" w:lineRule="auto"/>
        <w:jc w:val="left"/>
      </w:pPr>
      <w:r>
        <w:rPr>
          <w:rFonts w:ascii="Times New Roman" w:hAnsi="Times New Roman" w:eastAsia="宋体"/>
          <w:b w:val="0"/>
          <w:i w:val="0"/>
          <w:color w:val="333333"/>
          <w:sz w:val="19"/>
        </w:rPr>
        <w:t>sₐ = 6/7(3 + √(2)),</w:t>
      </w:r>
    </w:p>
    <w:p>
      <w:pPr>
        <w:spacing w:before="0" w:after="80" w:line="300" w:lineRule="auto"/>
        <w:jc w:val="left"/>
      </w:pPr>
      <w:r>
        <w:rPr>
          <w:rFonts w:ascii="Times New Roman" w:hAnsi="Times New Roman" w:eastAsia="宋体"/>
          <w:b w:val="0"/>
          <w:i w:val="0"/>
          <w:color w:val="333333"/>
          <w:sz w:val="19"/>
        </w:rPr>
        <w:t>s_(b) = 6/7(4 + √(2)).</w:t>
      </w:r>
    </w:p>
    <w:p>
      <w:pPr>
        <w:spacing w:before="0" w:after="80" w:line="300" w:lineRule="auto"/>
        <w:jc w:val="left"/>
      </w:pPr>
      <w:r>
        <w:rPr>
          <w:rFonts w:ascii="Times New Roman" w:hAnsi="Times New Roman" w:eastAsia="宋体"/>
          <w:b w:val="0"/>
          <w:i w:val="0"/>
          <w:color w:val="333333"/>
          <w:sz w:val="19"/>
        </w:rPr>
        <w:t>Using r = area/s,</w:t>
      </w:r>
    </w:p>
    <w:p>
      <w:pPr>
        <w:spacing w:before="0" w:after="80" w:line="300" w:lineRule="auto"/>
        <w:jc w:val="left"/>
      </w:pPr>
      <w:r>
        <w:rPr>
          <w:rFonts w:ascii="Times New Roman" w:hAnsi="Times New Roman" w:eastAsia="宋体"/>
          <w:b w:val="0"/>
          <w:i w:val="0"/>
          <w:color w:val="333333"/>
          <w:sz w:val="19"/>
        </w:rPr>
        <w:t>rₐ/(r_(b)) = ([ADC])/([BCD]) · (s_(b))/sₐ</w:t>
      </w:r>
    </w:p>
    <w:p>
      <w:pPr>
        <w:spacing w:before="0" w:after="80" w:line="300" w:lineRule="auto"/>
        <w:jc w:val="left"/>
      </w:pPr>
      <w:r>
        <w:rPr>
          <w:rFonts w:ascii="Times New Roman" w:hAnsi="Times New Roman" w:eastAsia="宋体"/>
          <w:b w:val="0"/>
          <w:i w:val="0"/>
          <w:color w:val="333333"/>
          <w:sz w:val="19"/>
        </w:rPr>
        <w:t>= 3/4 · (4 + √(2))/(3 + √(2)),</w:t>
      </w:r>
    </w:p>
    <w:p>
      <w:pPr>
        <w:spacing w:before="0" w:after="80" w:line="300" w:lineRule="auto"/>
        <w:jc w:val="left"/>
      </w:pPr>
      <w:r>
        <w:rPr>
          <w:rFonts w:ascii="Times New Roman" w:hAnsi="Times New Roman" w:eastAsia="宋体"/>
          <w:b w:val="0"/>
          <w:i w:val="0"/>
          <w:color w:val="333333"/>
          <w:sz w:val="19"/>
        </w:rPr>
        <w:t>Rationalizing, (4 + √(2))/(3 + √(2)) = (10 - √(2))/7, so</w:t>
      </w:r>
    </w:p>
    <w:p>
      <w:pPr>
        <w:spacing w:before="0" w:after="80" w:line="300" w:lineRule="auto"/>
        <w:jc w:val="left"/>
      </w:pPr>
      <w:r>
        <w:rPr>
          <w:rFonts w:ascii="Times New Roman" w:hAnsi="Times New Roman" w:eastAsia="宋体"/>
          <w:b w:val="0"/>
          <w:i w:val="0"/>
          <w:color w:val="333333"/>
          <w:sz w:val="19"/>
        </w:rPr>
        <w:t>rₐ/(r_(b)) = 3/4 · (10 - √(2))/7</w:t>
      </w:r>
    </w:p>
    <w:p>
      <w:pPr>
        <w:spacing w:before="0" w:after="80" w:line="300" w:lineRule="auto"/>
        <w:jc w:val="left"/>
      </w:pPr>
      <w:r>
        <w:rPr>
          <w:rFonts w:ascii="Times New Roman" w:hAnsi="Times New Roman" w:eastAsia="宋体"/>
          <w:b w:val="0"/>
          <w:i w:val="0"/>
          <w:color w:val="333333"/>
          <w:sz w:val="19"/>
        </w:rPr>
        <w:t>= 3/28(10 - √(2)).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21 题　答案 D</w:t>
      </w:r>
    </w:p>
    <w:p>
      <w:pPr>
        <w:spacing w:before="0" w:after="80" w:line="300" w:lineRule="auto"/>
        <w:jc w:val="left"/>
      </w:pPr>
      <w:r>
        <w:rPr>
          <w:rFonts w:ascii="Times New Roman" w:hAnsi="Times New Roman" w:eastAsia="宋体"/>
          <w:b w:val="0"/>
          <w:i w:val="0"/>
          <w:sz w:val="21"/>
        </w:rPr>
        <w:t>称满足 a₁ + a₂ = a₄ + a₅ 的排列为平衡排列。把排列反向会交换两种严格不等的情形，所以尾重排列与头重排列的个数相同。</w:t>
      </w:r>
    </w:p>
    <w:p>
      <w:pPr>
        <w:spacing w:before="0" w:after="80" w:line="300" w:lineRule="auto"/>
        <w:jc w:val="left"/>
      </w:pPr>
      <w:r>
        <w:rPr>
          <w:rFonts w:ascii="Times New Roman" w:hAnsi="Times New Roman" w:eastAsia="宋体"/>
          <w:b w:val="0"/>
          <w:i w:val="0"/>
          <w:sz w:val="21"/>
        </w:rPr>
        <w:t>总和 1 + 2 + 3 + 4 + 5 = 15 是奇数，所以在平衡排列中 a₃ 必须是奇数，即 1, 3, 5 之一。对每种选择，剩下的四个数唯一地分成两组和相等的数对。</w:t>
      </w:r>
    </w:p>
    <w:p>
      <w:pPr>
        <w:spacing w:before="0" w:after="80" w:line="300" w:lineRule="auto"/>
        <w:jc w:val="left"/>
      </w:pPr>
      <w:r>
        <w:rPr>
          <w:rFonts w:ascii="Times New Roman" w:hAnsi="Times New Roman" w:eastAsia="宋体"/>
          <w:b w:val="0"/>
          <w:i w:val="0"/>
          <w:sz w:val="21"/>
        </w:rPr>
        <w:t>这四个数中任何一个都可以作 a₁（于是 a₂ 随之确定），剩下两个数中任何一个都可以作 a₄（于是 a₅ 随之确定），共得 3 · 4 · 2 = 24 个平衡排列。</w:t>
      </w:r>
    </w:p>
    <w:p>
      <w:pPr>
        <w:spacing w:before="0" w:after="80" w:line="300" w:lineRule="auto"/>
        <w:jc w:val="left"/>
      </w:pPr>
      <w:r>
        <w:rPr>
          <w:rFonts w:ascii="Times New Roman" w:hAnsi="Times New Roman" w:eastAsia="宋体"/>
          <w:b w:val="0"/>
          <w:i w:val="0"/>
          <w:sz w:val="21"/>
        </w:rPr>
        <w:t>非平衡排列有 120 - 24 = 96 个，两种严格不等情形各占一半，所以有 96/2 = 48 个尾重排列。</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Call a permutation balanced if a₁ + a₂ = a₄ + a₅. Reversing the entries swaps the two strict cases, so heavy-tailed and heavy-headed permutations are equally numerous.</w:t>
      </w:r>
    </w:p>
    <w:p>
      <w:pPr>
        <w:spacing w:before="0" w:after="80" w:line="300" w:lineRule="auto"/>
        <w:jc w:val="left"/>
      </w:pPr>
      <w:r>
        <w:rPr>
          <w:rFonts w:ascii="Times New Roman" w:hAnsi="Times New Roman" w:eastAsia="宋体"/>
          <w:b w:val="0"/>
          <w:i w:val="0"/>
          <w:color w:val="333333"/>
          <w:sz w:val="19"/>
        </w:rPr>
        <w:t>The total 1 + 2 + 3 + 4 + 5 = 15 is odd, so in a balanced permutation a₃ must be odd, one of 1, 3, 5. For each choice, the remaining four numbers split uniquely into two equal-sum pairs.</w:t>
      </w:r>
    </w:p>
    <w:p>
      <w:pPr>
        <w:spacing w:before="0" w:after="80" w:line="300" w:lineRule="auto"/>
        <w:jc w:val="left"/>
      </w:pPr>
      <w:r>
        <w:rPr>
          <w:rFonts w:ascii="Times New Roman" w:hAnsi="Times New Roman" w:eastAsia="宋体"/>
          <w:b w:val="0"/>
          <w:i w:val="0"/>
          <w:color w:val="333333"/>
          <w:sz w:val="19"/>
        </w:rPr>
        <w:t>Any of the four can be a₁ (fixing a₂), and either remaining number can be a₄ (fixing a₅), giving 3 · 4 · 2 = 24 balanced permutations.</w:t>
      </w:r>
    </w:p>
    <w:p>
      <w:pPr>
        <w:spacing w:before="0" w:after="80" w:line="300" w:lineRule="auto"/>
        <w:jc w:val="left"/>
      </w:pPr>
      <w:r>
        <w:rPr>
          <w:rFonts w:ascii="Times New Roman" w:hAnsi="Times New Roman" w:eastAsia="宋体"/>
          <w:b w:val="0"/>
          <w:i w:val="0"/>
          <w:color w:val="333333"/>
          <w:sz w:val="19"/>
        </w:rPr>
        <w:t>The other 120 - 24 = 96 permutations split evenly, so there are 96/2 = 48 heavy-tailed permutations.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22 题　答案 C</w:t>
      </w:r>
    </w:p>
    <w:p>
      <w:pPr>
        <w:spacing w:before="0" w:after="80" w:line="300" w:lineRule="auto"/>
        <w:jc w:val="left"/>
      </w:pPr>
      <w:r>
        <w:rPr>
          <w:rFonts w:ascii="Times New Roman" w:hAnsi="Times New Roman" w:eastAsia="宋体"/>
          <w:b w:val="0"/>
          <w:i w:val="0"/>
          <w:sz w:val="21"/>
        </w:rPr>
        <w:t>取一个餐垫，外侧两角为 P 和 Q，令 R 是圆桌边上与 P 直径相对的点。则 PR = 8 为直径，所以 △ PQR 在 Q 处为直角，且 PQ = x。</w:t>
      </w:r>
    </w:p>
    <w:p>
      <w:pPr>
        <w:spacing w:before="0" w:after="80" w:line="300" w:lineRule="auto"/>
        <w:jc w:val="left"/>
      </w:pPr>
      <w:r>
        <w:rPr>
          <w:rFonts w:ascii="Times New Roman" w:hAnsi="Times New Roman" w:eastAsia="宋体"/>
          <w:b w:val="0"/>
          <w:i w:val="0"/>
          <w:sz w:val="21"/>
        </w:rPr>
        <w:t>沿 QR 方向，相邻餐垫的内角形成两边长为 x、顶角为 120° 的等腰三角形，其底边为 √(3) x。因此 QR = √(3) x + 2。</w:t>
      </w:r>
    </w:p>
    <w:p>
      <w:pPr>
        <w:spacing w:before="0" w:after="80" w:line="300" w:lineRule="auto"/>
        <w:jc w:val="left"/>
      </w:pPr>
      <w:r>
        <w:rPr>
          <w:rFonts w:ascii="Times New Roman" w:hAnsi="Times New Roman" w:eastAsia="宋体"/>
          <w:b w:val="0"/>
          <w:i w:val="0"/>
          <w:sz w:val="21"/>
        </w:rPr>
        <w:t>勾股定理给出</w:t>
      </w:r>
    </w:p>
    <w:p>
      <w:pPr>
        <w:spacing w:before="0" w:after="80" w:line="300" w:lineRule="auto"/>
        <w:jc w:val="left"/>
      </w:pPr>
      <w:r>
        <w:rPr>
          <w:rFonts w:ascii="Times New Roman" w:hAnsi="Times New Roman" w:eastAsia="宋体"/>
          <w:b w:val="0"/>
          <w:i w:val="0"/>
          <w:sz w:val="21"/>
        </w:rPr>
        <w:t>x² + (√(3) x + 2)² = 64，</w:t>
      </w:r>
    </w:p>
    <w:p>
      <w:pPr>
        <w:spacing w:before="0" w:after="80" w:line="300" w:lineRule="auto"/>
        <w:jc w:val="left"/>
      </w:pPr>
      <w:r>
        <w:rPr>
          <w:rFonts w:ascii="Times New Roman" w:hAnsi="Times New Roman" w:eastAsia="宋体"/>
          <w:b w:val="0"/>
          <w:i w:val="0"/>
          <w:sz w:val="21"/>
        </w:rPr>
        <w:t>化简为 x² + √(3) x - 15 = 0。</w:t>
      </w:r>
    </w:p>
    <w:p>
      <w:pPr>
        <w:spacing w:before="0" w:after="80" w:line="300" w:lineRule="auto"/>
        <w:jc w:val="left"/>
      </w:pPr>
      <w:r>
        <w:rPr>
          <w:rFonts w:ascii="Times New Roman" w:hAnsi="Times New Roman" w:eastAsia="宋体"/>
          <w:b w:val="0"/>
          <w:i w:val="0"/>
          <w:sz w:val="21"/>
        </w:rPr>
        <w:t>取正根，</w:t>
      </w:r>
    </w:p>
    <w:p>
      <w:pPr>
        <w:spacing w:before="0" w:after="80" w:line="300" w:lineRule="auto"/>
        <w:jc w:val="left"/>
      </w:pPr>
      <w:r>
        <w:rPr>
          <w:rFonts w:ascii="Times New Roman" w:hAnsi="Times New Roman" w:eastAsia="宋体"/>
          <w:b w:val="0"/>
          <w:i w:val="0"/>
          <w:sz w:val="21"/>
        </w:rPr>
        <w:t>x = (-√(3) + √(63))/2 = (3√(7) - √(3))/2。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Take one mat with outer corners P and Q, and let R be the point of the table’s edge diametrically opposite P. Then PR = 8 is a diameter, so △ PQR has a right angle at Q, with PQ = x.</w:t>
      </w:r>
    </w:p>
    <w:p>
      <w:pPr>
        <w:spacing w:before="0" w:after="80" w:line="300" w:lineRule="auto"/>
        <w:jc w:val="left"/>
      </w:pPr>
      <w:r>
        <w:rPr>
          <w:rFonts w:ascii="Times New Roman" w:hAnsi="Times New Roman" w:eastAsia="宋体"/>
          <w:b w:val="0"/>
          <w:i w:val="0"/>
          <w:color w:val="333333"/>
          <w:sz w:val="19"/>
        </w:rPr>
        <w:t>Along QR, the inner corners of neighboring mats meet in an isosceles triangle with two sides of length x and vertex angle 120°, whose base is √(3) x. Hence QR = √(3) x + 2.</w:t>
      </w:r>
    </w:p>
    <w:p>
      <w:pPr>
        <w:spacing w:before="0" w:after="80" w:line="300" w:lineRule="auto"/>
        <w:jc w:val="left"/>
      </w:pPr>
      <w:r>
        <w:rPr>
          <w:rFonts w:ascii="Times New Roman" w:hAnsi="Times New Roman" w:eastAsia="宋体"/>
          <w:b w:val="0"/>
          <w:i w:val="0"/>
          <w:color w:val="333333"/>
          <w:sz w:val="19"/>
        </w:rPr>
        <w:t>The Pythagorean Theorem gives</w:t>
      </w:r>
    </w:p>
    <w:p>
      <w:pPr>
        <w:spacing w:before="0" w:after="80" w:line="300" w:lineRule="auto"/>
        <w:jc w:val="left"/>
      </w:pPr>
      <w:r>
        <w:rPr>
          <w:rFonts w:ascii="Times New Roman" w:hAnsi="Times New Roman" w:eastAsia="宋体"/>
          <w:b w:val="0"/>
          <w:i w:val="0"/>
          <w:color w:val="333333"/>
          <w:sz w:val="19"/>
        </w:rPr>
        <w:t>x² + (√(3) x + 2)² = 64,</w:t>
      </w:r>
    </w:p>
    <w:p>
      <w:pPr>
        <w:spacing w:before="0" w:after="80" w:line="300" w:lineRule="auto"/>
        <w:jc w:val="left"/>
      </w:pPr>
      <w:r>
        <w:rPr>
          <w:rFonts w:ascii="Times New Roman" w:hAnsi="Times New Roman" w:eastAsia="宋体"/>
          <w:b w:val="0"/>
          <w:i w:val="0"/>
          <w:color w:val="333333"/>
          <w:sz w:val="19"/>
        </w:rPr>
        <w:t>which simplifies to x² + √(3) x - 15 = 0.</w:t>
      </w:r>
    </w:p>
    <w:p>
      <w:pPr>
        <w:spacing w:before="0" w:after="80" w:line="300" w:lineRule="auto"/>
        <w:jc w:val="left"/>
      </w:pPr>
      <w:r>
        <w:rPr>
          <w:rFonts w:ascii="Times New Roman" w:hAnsi="Times New Roman" w:eastAsia="宋体"/>
          <w:b w:val="0"/>
          <w:i w:val="0"/>
          <w:color w:val="333333"/>
          <w:sz w:val="19"/>
        </w:rPr>
        <w:t>Taking the positive root,</w:t>
      </w:r>
    </w:p>
    <w:p>
      <w:pPr>
        <w:spacing w:before="0" w:after="80" w:line="300" w:lineRule="auto"/>
        <w:jc w:val="left"/>
      </w:pPr>
      <w:r>
        <w:rPr>
          <w:rFonts w:ascii="Times New Roman" w:hAnsi="Times New Roman" w:eastAsia="宋体"/>
          <w:b w:val="0"/>
          <w:i w:val="0"/>
          <w:color w:val="333333"/>
          <w:sz w:val="19"/>
        </w:rPr>
        <w:t>x = (-√(3) + √(63))/2 = (3√(7) - √(3))/2.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23 题　答案 D</w:t>
      </w:r>
    </w:p>
    <w:p>
      <w:pPr>
        <w:spacing w:before="0" w:after="80" w:line="300" w:lineRule="auto"/>
        <w:jc w:val="left"/>
      </w:pPr>
      <w:r>
        <w:rPr>
          <w:rFonts w:ascii="Times New Roman" w:hAnsi="Times New Roman" w:eastAsia="宋体"/>
          <w:b w:val="0"/>
          <w:i w:val="0"/>
          <w:sz w:val="21"/>
        </w:rPr>
        <w:t>两边加上 1 + i，左边变为</w:t>
      </w:r>
    </w:p>
    <w:p>
      <w:pPr>
        <w:spacing w:before="0" w:after="80" w:line="300" w:lineRule="auto"/>
        <w:jc w:val="left"/>
      </w:pPr>
      <w:r>
        <w:rPr>
          <w:rFonts w:ascii="Times New Roman" w:hAnsi="Times New Roman" w:eastAsia="宋体"/>
          <w:b w:val="0"/>
          <w:i w:val="0"/>
          <w:sz w:val="21"/>
        </w:rPr>
        <w:t>z⁴ + 4z³ i - 6z² - 4zi + 1</w:t>
      </w:r>
    </w:p>
    <w:p>
      <w:pPr>
        <w:spacing w:before="0" w:after="80" w:line="300" w:lineRule="auto"/>
        <w:jc w:val="left"/>
      </w:pPr>
      <w:r>
        <w:rPr>
          <w:rFonts w:ascii="Times New Roman" w:hAnsi="Times New Roman" w:eastAsia="宋体"/>
          <w:b w:val="0"/>
          <w:i w:val="0"/>
          <w:sz w:val="21"/>
        </w:rPr>
        <w:t>= (z + i)⁴</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(z + i)⁴ = 1 + i。</w:t>
      </w:r>
    </w:p>
    <w:p>
      <w:pPr>
        <w:spacing w:before="0" w:after="80" w:line="300" w:lineRule="auto"/>
        <w:jc w:val="left"/>
      </w:pPr>
      <w:r>
        <w:rPr>
          <w:rFonts w:ascii="Times New Roman" w:hAnsi="Times New Roman" w:eastAsia="宋体"/>
          <w:b w:val="0"/>
          <w:i w:val="0"/>
          <w:sz w:val="21"/>
        </w:rPr>
        <w:t>令 w = z + i。四个解等距分布在半径 |1 + i|^(1/4) = (2^(1/2))^(1/4) = 2^(1/8) 的圆上，形成正方形；减去 i 只会平移图形。</w:t>
      </w:r>
    </w:p>
    <w:p>
      <w:pPr>
        <w:spacing w:before="0" w:after="80" w:line="300" w:lineRule="auto"/>
        <w:jc w:val="left"/>
      </w:pPr>
      <w:r>
        <w:rPr>
          <w:rFonts w:ascii="Times New Roman" w:hAnsi="Times New Roman" w:eastAsia="宋体"/>
          <w:b w:val="0"/>
          <w:i w:val="0"/>
          <w:sz w:val="21"/>
        </w:rPr>
        <w:t>该正方形的外接圆半径为 2^(1/8)，所以对角线为 2 · 2^(1/8) = 2^(9/8)，边长为 (2^(9/8))/(√(2)) = 2^(5/8)。</w:t>
      </w:r>
    </w:p>
    <w:p>
      <w:pPr>
        <w:spacing w:before="0" w:after="80" w:line="300" w:lineRule="auto"/>
        <w:jc w:val="left"/>
      </w:pPr>
      <w:r>
        <w:rPr>
          <w:rFonts w:ascii="Times New Roman" w:hAnsi="Times New Roman" w:eastAsia="宋体"/>
          <w:b w:val="0"/>
          <w:i w:val="0"/>
          <w:sz w:val="21"/>
        </w:rPr>
        <w:t>面积为</w:t>
      </w:r>
    </w:p>
    <w:p>
      <w:pPr>
        <w:spacing w:before="0" w:after="80" w:line="300" w:lineRule="auto"/>
        <w:jc w:val="left"/>
      </w:pPr>
      <w:r>
        <w:rPr>
          <w:rFonts w:ascii="Times New Roman" w:hAnsi="Times New Roman" w:eastAsia="宋体"/>
          <w:b w:val="0"/>
          <w:i w:val="0"/>
          <w:sz w:val="21"/>
        </w:rPr>
        <w:t>(2^(5/8))² = 2^(5/4)。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Adding 1 + i to both sides, the left side becomes</w:t>
      </w:r>
    </w:p>
    <w:p>
      <w:pPr>
        <w:spacing w:before="0" w:after="80" w:line="300" w:lineRule="auto"/>
        <w:jc w:val="left"/>
      </w:pPr>
      <w:r>
        <w:rPr>
          <w:rFonts w:ascii="Times New Roman" w:hAnsi="Times New Roman" w:eastAsia="宋体"/>
          <w:b w:val="0"/>
          <w:i w:val="0"/>
          <w:color w:val="333333"/>
          <w:sz w:val="19"/>
        </w:rPr>
        <w:t>z⁴ + 4z³ i - 6z² - 4zi + 1</w:t>
      </w:r>
    </w:p>
    <w:p>
      <w:pPr>
        <w:spacing w:before="0" w:after="80" w:line="300" w:lineRule="auto"/>
        <w:jc w:val="left"/>
      </w:pPr>
      <w:r>
        <w:rPr>
          <w:rFonts w:ascii="Times New Roman" w:hAnsi="Times New Roman" w:eastAsia="宋体"/>
          <w:b w:val="0"/>
          <w:i w:val="0"/>
          <w:color w:val="333333"/>
          <w:sz w:val="19"/>
        </w:rPr>
        <w:t>= (z + i)⁴,</w:t>
      </w:r>
    </w:p>
    <w:p>
      <w:pPr>
        <w:spacing w:before="0" w:after="80" w:line="300" w:lineRule="auto"/>
        <w:jc w:val="left"/>
      </w:pPr>
      <w:r>
        <w:rPr>
          <w:rFonts w:ascii="Times New Roman" w:hAnsi="Times New Roman" w:eastAsia="宋体"/>
          <w:b w:val="0"/>
          <w:i w:val="0"/>
          <w:color w:val="333333"/>
          <w:sz w:val="19"/>
        </w:rPr>
        <w:t>so (z + i)⁴ = 1 + i.</w:t>
      </w:r>
    </w:p>
    <w:p>
      <w:pPr>
        <w:spacing w:before="0" w:after="80" w:line="300" w:lineRule="auto"/>
        <w:jc w:val="left"/>
      </w:pPr>
      <w:r>
        <w:rPr>
          <w:rFonts w:ascii="Times New Roman" w:hAnsi="Times New Roman" w:eastAsia="宋体"/>
          <w:b w:val="0"/>
          <w:i w:val="0"/>
          <w:color w:val="333333"/>
          <w:sz w:val="19"/>
        </w:rPr>
        <w:t>The four solutions for w = z + i are equally spaced on a circle of radius |1 + i|^(1/4) = (2^(1/2))^(1/4) = 2^(1/8), and they form a square. Subtracting i merely translates it.</w:t>
      </w:r>
    </w:p>
    <w:p>
      <w:pPr>
        <w:spacing w:before="0" w:after="80" w:line="300" w:lineRule="auto"/>
        <w:jc w:val="left"/>
      </w:pPr>
      <w:r>
        <w:rPr>
          <w:rFonts w:ascii="Times New Roman" w:hAnsi="Times New Roman" w:eastAsia="宋体"/>
          <w:b w:val="0"/>
          <w:i w:val="0"/>
          <w:color w:val="333333"/>
          <w:sz w:val="19"/>
        </w:rPr>
        <w:t>A square inscribed in a circle of radius 2^(1/8) has diagonal 2 · 2^(1/8) = 2^(9/8), so its side is (2^(9/8))/(√(2)) = 2^(5/8).</w:t>
      </w:r>
    </w:p>
    <w:p>
      <w:pPr>
        <w:spacing w:before="0" w:after="80" w:line="300" w:lineRule="auto"/>
        <w:jc w:val="left"/>
      </w:pPr>
      <w:r>
        <w:rPr>
          <w:rFonts w:ascii="Times New Roman" w:hAnsi="Times New Roman" w:eastAsia="宋体"/>
          <w:b w:val="0"/>
          <w:i w:val="0"/>
          <w:color w:val="333333"/>
          <w:sz w:val="19"/>
        </w:rPr>
        <w:t>The area is</w:t>
      </w:r>
    </w:p>
    <w:p>
      <w:pPr>
        <w:spacing w:before="0" w:after="80" w:line="300" w:lineRule="auto"/>
        <w:jc w:val="left"/>
      </w:pPr>
      <w:r>
        <w:rPr>
          <w:rFonts w:ascii="Times New Roman" w:hAnsi="Times New Roman" w:eastAsia="宋体"/>
          <w:b w:val="0"/>
          <w:i w:val="0"/>
          <w:color w:val="333333"/>
          <w:sz w:val="19"/>
        </w:rPr>
        <w:t>(2^(5/8))² = 2^(5/4).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24 题　答案 D</w:t>
      </w:r>
    </w:p>
    <w:p>
      <w:pPr>
        <w:spacing w:before="0" w:after="80" w:line="300" w:lineRule="auto"/>
        <w:jc w:val="left"/>
      </w:pPr>
      <w:r>
        <w:rPr>
          <w:rFonts w:ascii="Times New Roman" w:hAnsi="Times New Roman" w:eastAsia="宋体"/>
          <w:b w:val="0"/>
          <w:i w:val="0"/>
          <w:sz w:val="21"/>
        </w:rPr>
        <w:t>取 C = (0, 0)，B = (2, 2√(3))，使 ∠ C = 60° 且 BC = 4，令 A = (x, 0)，其中 x &gt; 0。则 D = (1, √(3)) 是 BC 的中点。</w:t>
      </w:r>
    </w:p>
    <w:p>
      <w:pPr>
        <w:spacing w:before="0" w:after="80" w:line="300" w:lineRule="auto"/>
        <w:jc w:val="left"/>
      </w:pPr>
      <w:r>
        <w:rPr>
          <w:rFonts w:ascii="Times New Roman" w:hAnsi="Times New Roman" w:eastAsia="宋体"/>
          <w:b w:val="0"/>
          <w:i w:val="0"/>
          <w:sz w:val="21"/>
        </w:rPr>
        <w:t>向量 overrightarrowAB = (2-x, 2√(3)) 和 overrightarrowAD = (1-x, √(3)) 的叉积的模为 √(3) x，点积为 x² - 3x + 8，后者恒为正。因此</w:t>
      </w:r>
    </w:p>
    <w:p>
      <w:pPr>
        <w:spacing w:before="0" w:after="80" w:line="300" w:lineRule="auto"/>
        <w:jc w:val="left"/>
      </w:pPr>
      <w:r>
        <w:rPr>
          <w:rFonts w:ascii="Times New Roman" w:hAnsi="Times New Roman" w:eastAsia="宋体"/>
          <w:b w:val="0"/>
          <w:i w:val="0"/>
          <w:sz w:val="21"/>
        </w:rPr>
        <w:t>tan(∠ BAD) = (√(3) x)/(x² - 3x + 8)。</w:t>
      </w:r>
    </w:p>
    <w:p>
      <w:pPr>
        <w:spacing w:before="0" w:after="80" w:line="300" w:lineRule="auto"/>
        <w:jc w:val="left"/>
      </w:pPr>
      <w:r>
        <w:rPr>
          <w:rFonts w:ascii="Times New Roman" w:hAnsi="Times New Roman" w:eastAsia="宋体"/>
          <w:b w:val="0"/>
          <w:i w:val="0"/>
          <w:sz w:val="21"/>
        </w:rPr>
        <w:t>导数的符号与 8-x² 相同，所以唯一的最大值在 x = 2√(2) 处取得。代入得</w:t>
      </w:r>
    </w:p>
    <w:p>
      <w:pPr>
        <w:spacing w:before="0" w:after="80" w:line="300" w:lineRule="auto"/>
        <w:jc w:val="left"/>
      </w:pPr>
      <w:r>
        <w:rPr>
          <w:rFonts w:ascii="Times New Roman" w:hAnsi="Times New Roman" w:eastAsia="宋体"/>
          <w:b w:val="0"/>
          <w:i w:val="0"/>
          <w:sz w:val="21"/>
        </w:rPr>
        <w:t>tan(∠ BAD) = (2√(6))/(16 - 6√(2))</w:t>
      </w:r>
    </w:p>
    <w:p>
      <w:pPr>
        <w:spacing w:before="0" w:after="80" w:line="300" w:lineRule="auto"/>
        <w:jc w:val="left"/>
      </w:pPr>
      <w:r>
        <w:rPr>
          <w:rFonts w:ascii="Times New Roman" w:hAnsi="Times New Roman" w:eastAsia="宋体"/>
          <w:b w:val="0"/>
          <w:i w:val="0"/>
          <w:sz w:val="21"/>
        </w:rPr>
        <w:t>= (√(6))/(8 - 3√(2))</w:t>
      </w:r>
    </w:p>
    <w:p>
      <w:pPr>
        <w:spacing w:before="0" w:after="80" w:line="300" w:lineRule="auto"/>
        <w:jc w:val="left"/>
      </w:pPr>
      <w:r>
        <w:rPr>
          <w:rFonts w:ascii="Times New Roman" w:hAnsi="Times New Roman" w:eastAsia="宋体"/>
          <w:b w:val="0"/>
          <w:i w:val="0"/>
          <w:sz w:val="21"/>
        </w:rPr>
        <w:t>= (√(3))/(4√(2) - 3)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Place C = (0, 0), B = (2, 2√(3)) so that ∠ C = 60° and BC = 4, and let A = (x, 0) with x &gt; 0. Then D = (1, √(3)) is the midpoint of BC.</w:t>
      </w:r>
    </w:p>
    <w:p>
      <w:pPr>
        <w:spacing w:before="0" w:after="80" w:line="300" w:lineRule="auto"/>
        <w:jc w:val="left"/>
      </w:pPr>
      <w:r>
        <w:rPr>
          <w:rFonts w:ascii="Times New Roman" w:hAnsi="Times New Roman" w:eastAsia="宋体"/>
          <w:b w:val="0"/>
          <w:i w:val="0"/>
          <w:color w:val="333333"/>
          <w:sz w:val="19"/>
        </w:rPr>
        <w:t>The vectors overrightarrowAB = (2-x, 2√(3)) and overrightarrowAD = (1-x, √(3)) have cross-product magnitude √(3) x and dot product x² - 3x + 8, which is always positive. Hence</w:t>
      </w:r>
    </w:p>
    <w:p>
      <w:pPr>
        <w:spacing w:before="0" w:after="80" w:line="300" w:lineRule="auto"/>
        <w:jc w:val="left"/>
      </w:pPr>
      <w:r>
        <w:rPr>
          <w:rFonts w:ascii="Times New Roman" w:hAnsi="Times New Roman" w:eastAsia="宋体"/>
          <w:b w:val="0"/>
          <w:i w:val="0"/>
          <w:color w:val="333333"/>
          <w:sz w:val="19"/>
        </w:rPr>
        <w:t>tan(∠ BAD) = (√(3) x)/(x² - 3x + 8).</w:t>
      </w:r>
    </w:p>
    <w:p>
      <w:pPr>
        <w:spacing w:before="0" w:after="80" w:line="300" w:lineRule="auto"/>
        <w:jc w:val="left"/>
      </w:pPr>
      <w:r>
        <w:rPr>
          <w:rFonts w:ascii="Times New Roman" w:hAnsi="Times New Roman" w:eastAsia="宋体"/>
          <w:b w:val="0"/>
          <w:i w:val="0"/>
          <w:color w:val="333333"/>
          <w:sz w:val="19"/>
        </w:rPr>
        <w:t>The derivative has the sign of 8-x², so the unique maximum occurs at x = 2√(2). Substituting,</w:t>
      </w:r>
    </w:p>
    <w:p>
      <w:pPr>
        <w:spacing w:before="0" w:after="80" w:line="300" w:lineRule="auto"/>
        <w:jc w:val="left"/>
      </w:pPr>
      <w:r>
        <w:rPr>
          <w:rFonts w:ascii="Times New Roman" w:hAnsi="Times New Roman" w:eastAsia="宋体"/>
          <w:b w:val="0"/>
          <w:i w:val="0"/>
          <w:color w:val="333333"/>
          <w:sz w:val="19"/>
        </w:rPr>
        <w:t>tan(∠ BAD) = (2√(6))/(16 - 6√(2))</w:t>
      </w:r>
    </w:p>
    <w:p>
      <w:pPr>
        <w:spacing w:before="0" w:after="80" w:line="300" w:lineRule="auto"/>
        <w:jc w:val="left"/>
      </w:pPr>
      <w:r>
        <w:rPr>
          <w:rFonts w:ascii="Times New Roman" w:hAnsi="Times New Roman" w:eastAsia="宋体"/>
          <w:b w:val="0"/>
          <w:i w:val="0"/>
          <w:color w:val="333333"/>
          <w:sz w:val="19"/>
        </w:rPr>
        <w:t>= (√(6))/(8 - 3√(2))</w:t>
      </w:r>
    </w:p>
    <w:p>
      <w:pPr>
        <w:spacing w:before="0" w:after="80" w:line="300" w:lineRule="auto"/>
        <w:jc w:val="left"/>
      </w:pPr>
      <w:r>
        <w:rPr>
          <w:rFonts w:ascii="Times New Roman" w:hAnsi="Times New Roman" w:eastAsia="宋体"/>
          <w:b w:val="0"/>
          <w:i w:val="0"/>
          <w:color w:val="333333"/>
          <w:sz w:val="19"/>
        </w:rPr>
        <w:t>= (√(3))/(4√(2) - 3).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25 题　答案 D</w:t>
      </w:r>
    </w:p>
    <w:p>
      <w:pPr>
        <w:spacing w:before="0" w:after="80" w:line="300" w:lineRule="auto"/>
        <w:jc w:val="left"/>
      </w:pPr>
      <w:r>
        <w:rPr>
          <w:rFonts w:ascii="Times New Roman" w:hAnsi="Times New Roman" w:eastAsia="宋体"/>
          <w:b w:val="0"/>
          <w:i w:val="0"/>
          <w:sz w:val="21"/>
        </w:rPr>
        <w:t>令 zₙ = aₙ + bₙ i，则</w:t>
      </w:r>
    </w:p>
    <w:p>
      <w:pPr>
        <w:spacing w:before="0" w:after="80" w:line="300" w:lineRule="auto"/>
        <w:jc w:val="left"/>
      </w:pPr>
      <w:r>
        <w:rPr>
          <w:rFonts w:ascii="Times New Roman" w:hAnsi="Times New Roman" w:eastAsia="宋体"/>
          <w:b w:val="0"/>
          <w:i w:val="0"/>
          <w:sz w:val="21"/>
        </w:rPr>
        <w:t>zₙ₊₁ = (√(3) aₙ - bₙ)</w:t>
      </w:r>
    </w:p>
    <w:p>
      <w:pPr>
        <w:spacing w:before="0" w:after="80" w:line="300" w:lineRule="auto"/>
        <w:jc w:val="left"/>
      </w:pPr>
      <w:r>
        <w:rPr>
          <w:rFonts w:ascii="Times New Roman" w:hAnsi="Times New Roman" w:eastAsia="宋体"/>
          <w:b w:val="0"/>
          <w:i w:val="0"/>
          <w:sz w:val="21"/>
        </w:rPr>
        <w:t>+ (√(3) bₙ + aₙ)i</w:t>
      </w:r>
    </w:p>
    <w:p>
      <w:pPr>
        <w:spacing w:before="0" w:after="80" w:line="300" w:lineRule="auto"/>
        <w:jc w:val="left"/>
      </w:pPr>
      <w:r>
        <w:rPr>
          <w:rFonts w:ascii="Times New Roman" w:hAnsi="Times New Roman" w:eastAsia="宋体"/>
          <w:b w:val="0"/>
          <w:i w:val="0"/>
          <w:sz w:val="21"/>
        </w:rPr>
        <w:t>= (aₙ + bₙ i)(√(3) + i)，</w:t>
      </w:r>
    </w:p>
    <w:p>
      <w:pPr>
        <w:spacing w:before="0" w:after="80" w:line="300" w:lineRule="auto"/>
        <w:jc w:val="left"/>
      </w:pPr>
      <w:r>
        <w:rPr>
          <w:rFonts w:ascii="Times New Roman" w:hAnsi="Times New Roman" w:eastAsia="宋体"/>
          <w:b w:val="0"/>
          <w:i w:val="0"/>
          <w:sz w:val="21"/>
        </w:rPr>
        <w:t>所以 zₙ₊₁ = zₙ(√(3) + i)，且 z₁₀₀ = z₁(√(3) + i)⁹⁹。</w:t>
      </w:r>
    </w:p>
    <w:p>
      <w:pPr>
        <w:spacing w:before="0" w:after="80" w:line="300" w:lineRule="auto"/>
        <w:jc w:val="left"/>
      </w:pPr>
      <w:r>
        <w:rPr>
          <w:rFonts w:ascii="Times New Roman" w:hAnsi="Times New Roman" w:eastAsia="宋体"/>
          <w:b w:val="0"/>
          <w:i w:val="0"/>
          <w:sz w:val="21"/>
        </w:rPr>
        <w:t>因为 √(3) + i = 2(cos 30° + isin 30°)，棣莫弗定理给出 (√(3) + i)⁹⁹ = 2⁹⁹(cos 2970° + isin 2970°)。而 2970° 与 90° 同终边，所以它等于 2⁹⁹ i。</w:t>
      </w:r>
    </w:p>
    <w:p>
      <w:pPr>
        <w:spacing w:before="0" w:after="80" w:line="300" w:lineRule="auto"/>
        <w:jc w:val="left"/>
      </w:pPr>
      <w:r>
        <w:rPr>
          <w:rFonts w:ascii="Times New Roman" w:hAnsi="Times New Roman" w:eastAsia="宋体"/>
          <w:b w:val="0"/>
          <w:i w:val="0"/>
          <w:sz w:val="21"/>
        </w:rPr>
        <w:t>于是 2 + 4i = z₁ · 2⁹⁹ i，所以</w:t>
      </w:r>
    </w:p>
    <w:p>
      <w:pPr>
        <w:spacing w:before="0" w:after="80" w:line="300" w:lineRule="auto"/>
        <w:jc w:val="left"/>
      </w:pPr>
      <w:r>
        <w:rPr>
          <w:rFonts w:ascii="Times New Roman" w:hAnsi="Times New Roman" w:eastAsia="宋体"/>
          <w:b w:val="0"/>
          <w:i w:val="0"/>
          <w:sz w:val="21"/>
        </w:rPr>
        <w:t>z₁ = (2 + 4i)/(2⁹⁹ i) = (4 - 2i)/2⁹⁹。</w:t>
      </w:r>
    </w:p>
    <w:p>
      <w:pPr>
        <w:spacing w:before="0" w:after="80" w:line="300" w:lineRule="auto"/>
        <w:jc w:val="left"/>
      </w:pPr>
      <w:r>
        <w:rPr>
          <w:rFonts w:ascii="Times New Roman" w:hAnsi="Times New Roman" w:eastAsia="宋体"/>
          <w:b w:val="0"/>
          <w:i w:val="0"/>
          <w:sz w:val="21"/>
        </w:rPr>
        <w:t>因此 a₁ = 4/2⁹⁹，b₁ = -2/2⁹⁹，所以</w:t>
      </w:r>
    </w:p>
    <w:p>
      <w:pPr>
        <w:spacing w:before="0" w:after="80" w:line="300" w:lineRule="auto"/>
        <w:jc w:val="left"/>
      </w:pPr>
      <w:r>
        <w:rPr>
          <w:rFonts w:ascii="Times New Roman" w:hAnsi="Times New Roman" w:eastAsia="宋体"/>
          <w:b w:val="0"/>
          <w:i w:val="0"/>
          <w:sz w:val="21"/>
        </w:rPr>
        <w:t>a₁ + b₁ = 2/2⁹⁹ = 1/2⁹⁸。</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zₙ = aₙ + bₙ i. Then</w:t>
      </w:r>
    </w:p>
    <w:p>
      <w:pPr>
        <w:spacing w:before="0" w:after="80" w:line="300" w:lineRule="auto"/>
        <w:jc w:val="left"/>
      </w:pPr>
      <w:r>
        <w:rPr>
          <w:rFonts w:ascii="Times New Roman" w:hAnsi="Times New Roman" w:eastAsia="宋体"/>
          <w:b w:val="0"/>
          <w:i w:val="0"/>
          <w:color w:val="333333"/>
          <w:sz w:val="19"/>
        </w:rPr>
        <w:t>zₙ₊₁ = (√(3) aₙ - bₙ)</w:t>
      </w:r>
    </w:p>
    <w:p>
      <w:pPr>
        <w:spacing w:before="0" w:after="80" w:line="300" w:lineRule="auto"/>
        <w:jc w:val="left"/>
      </w:pPr>
      <w:r>
        <w:rPr>
          <w:rFonts w:ascii="Times New Roman" w:hAnsi="Times New Roman" w:eastAsia="宋体"/>
          <w:b w:val="0"/>
          <w:i w:val="0"/>
          <w:color w:val="333333"/>
          <w:sz w:val="19"/>
        </w:rPr>
        <w:t>+ (√(3) bₙ + aₙ)i</w:t>
      </w:r>
    </w:p>
    <w:p>
      <w:pPr>
        <w:spacing w:before="0" w:after="80" w:line="300" w:lineRule="auto"/>
        <w:jc w:val="left"/>
      </w:pPr>
      <w:r>
        <w:rPr>
          <w:rFonts w:ascii="Times New Roman" w:hAnsi="Times New Roman" w:eastAsia="宋体"/>
          <w:b w:val="0"/>
          <w:i w:val="0"/>
          <w:color w:val="333333"/>
          <w:sz w:val="19"/>
        </w:rPr>
        <w:t>= (aₙ + bₙ i)(√(3) + i),</w:t>
      </w:r>
    </w:p>
    <w:p>
      <w:pPr>
        <w:spacing w:before="0" w:after="80" w:line="300" w:lineRule="auto"/>
        <w:jc w:val="left"/>
      </w:pPr>
      <w:r>
        <w:rPr>
          <w:rFonts w:ascii="Times New Roman" w:hAnsi="Times New Roman" w:eastAsia="宋体"/>
          <w:b w:val="0"/>
          <w:i w:val="0"/>
          <w:color w:val="333333"/>
          <w:sz w:val="19"/>
        </w:rPr>
        <w:t>so zₙ₊₁ = zₙ(√(3) + i) and z₁₀₀ = z₁(√(3) + i)⁹⁹.</w:t>
      </w:r>
    </w:p>
    <w:p>
      <w:pPr>
        <w:spacing w:before="0" w:after="80" w:line="300" w:lineRule="auto"/>
        <w:jc w:val="left"/>
      </w:pPr>
      <w:r>
        <w:rPr>
          <w:rFonts w:ascii="Times New Roman" w:hAnsi="Times New Roman" w:eastAsia="宋体"/>
          <w:b w:val="0"/>
          <w:i w:val="0"/>
          <w:color w:val="333333"/>
          <w:sz w:val="19"/>
        </w:rPr>
        <w:t>Since √(3) + i = 2(cos 30° + isin 30°), De Moivre’s theorem gives (√(3) + i)⁹⁹ = 2⁹⁹(cos 2970° + isin 2970°). As 2970° is coterminal with 90°, this equals 2⁹⁹ i.</w:t>
      </w:r>
    </w:p>
    <w:p>
      <w:pPr>
        <w:spacing w:before="0" w:after="80" w:line="300" w:lineRule="auto"/>
        <w:jc w:val="left"/>
      </w:pPr>
      <w:r>
        <w:rPr>
          <w:rFonts w:ascii="Times New Roman" w:hAnsi="Times New Roman" w:eastAsia="宋体"/>
          <w:b w:val="0"/>
          <w:i w:val="0"/>
          <w:color w:val="333333"/>
          <w:sz w:val="19"/>
        </w:rPr>
        <w:t>Thus 2 + 4i = z₁ · 2⁹⁹ i, so</w:t>
      </w:r>
    </w:p>
    <w:p>
      <w:pPr>
        <w:spacing w:before="0" w:after="80" w:line="300" w:lineRule="auto"/>
        <w:jc w:val="left"/>
      </w:pPr>
      <w:r>
        <w:rPr>
          <w:rFonts w:ascii="Times New Roman" w:hAnsi="Times New Roman" w:eastAsia="宋体"/>
          <w:b w:val="0"/>
          <w:i w:val="0"/>
          <w:color w:val="333333"/>
          <w:sz w:val="19"/>
        </w:rPr>
        <w:t>z₁ = (2 + 4i)/(2⁹⁹ i) = (4 - 2i)/2⁹⁹.</w:t>
      </w:r>
    </w:p>
    <w:p>
      <w:pPr>
        <w:spacing w:before="0" w:after="80" w:line="300" w:lineRule="auto"/>
        <w:jc w:val="left"/>
      </w:pPr>
      <w:r>
        <w:rPr>
          <w:rFonts w:ascii="Times New Roman" w:hAnsi="Times New Roman" w:eastAsia="宋体"/>
          <w:b w:val="0"/>
          <w:i w:val="0"/>
          <w:color w:val="333333"/>
          <w:sz w:val="19"/>
        </w:rPr>
        <w:t>Then a₁ = 4/2⁹⁹ and b₁ = -2/2⁹⁹, so</w:t>
      </w:r>
    </w:p>
    <w:p>
      <w:pPr>
        <w:spacing w:before="0" w:after="80" w:line="300" w:lineRule="auto"/>
        <w:jc w:val="left"/>
      </w:pPr>
      <w:r>
        <w:rPr>
          <w:rFonts w:ascii="Times New Roman" w:hAnsi="Times New Roman" w:eastAsia="宋体"/>
          <w:b w:val="0"/>
          <w:i w:val="0"/>
          <w:color w:val="333333"/>
          <w:sz w:val="19"/>
        </w:rPr>
        <w:t>a₁ + b₁ = 2/2⁹⁹ = 1/2⁹⁸.</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