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2007B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Isabella 的房子有 3 间卧室。每间卧室长 12 英尺、宽 10 英尺、高 8 英尺。Isabella 需要粉刷所有卧室的墙壁。每间卧室中门和窗占 60 平方英尺，这些部分不粉刷。需要粉刷多少平方英尺的墙壁？</w:t>
      </w:r>
    </w:p>
    <w:p>
      <w:pPr>
        <w:spacing w:before="0" w:after="120" w:line="300" w:lineRule="auto"/>
      </w:pPr>
      <w:r>
        <w:rPr>
          <w:rFonts w:ascii="Times New Roman" w:hAnsi="Times New Roman" w:eastAsia="宋体"/>
          <w:b w:val="0"/>
          <w:i w:val="0"/>
          <w:sz w:val="21"/>
        </w:rPr>
        <w:t>（A）678　　（B）768　　（C）786　　（D）867　　（E）876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Isabella’s house has 3 bedrooms. Each bedroom is 12 feet long, 10 feet wide, and 8 feet high. Isabella must paint the walls of all the bedrooms. Doorways and windows, which will not be painted, occupy 60 square feet in each bedroom. How many square feet of walls must be painted?</w:t>
      </w:r>
    </w:p>
    <w:p>
      <w:pPr>
        <w:spacing w:before="0" w:after="160" w:line="300" w:lineRule="auto"/>
      </w:pPr>
      <w:r>
        <w:rPr>
          <w:rFonts w:ascii="Times New Roman" w:hAnsi="Times New Roman" w:eastAsia="宋体"/>
          <w:b w:val="0"/>
          <w:i w:val="0"/>
          <w:color w:val="333333"/>
          <w:sz w:val="19"/>
        </w:rPr>
        <w:t>(A) 678　　(B) 768　　(C) 786　　(D) 867　　(E) 876</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一名大学生开小型车回家过周末，路程 120 英里，平均每加仑行驶 30 英里。返程时他开父母的 SUV，平均每加仑只能行驶 20 英里。往返全程平均每加仑行驶多少英里？</w:t>
      </w:r>
    </w:p>
    <w:p>
      <w:pPr>
        <w:spacing w:before="0" w:after="120" w:line="300" w:lineRule="auto"/>
      </w:pPr>
      <w:r>
        <w:rPr>
          <w:rFonts w:ascii="Times New Roman" w:hAnsi="Times New Roman" w:eastAsia="宋体"/>
          <w:b w:val="0"/>
          <w:i w:val="0"/>
          <w:sz w:val="21"/>
        </w:rPr>
        <w:t>（A）22　　（B）24　　（C）25　　（D）26　　（E）28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college student drove his compact car 120 miles home for the weekend and averaged 30 miles per gallon. On the return trip the student drove his parents’ SUV and averaged only 20 miles per gallon. What was the average gas mileage, in miles per gallon, for the round trip?</w:t>
      </w:r>
    </w:p>
    <w:p>
      <w:pPr>
        <w:spacing w:before="0" w:after="160" w:line="300" w:lineRule="auto"/>
      </w:pPr>
      <w:r>
        <w:rPr>
          <w:rFonts w:ascii="Times New Roman" w:hAnsi="Times New Roman" w:eastAsia="宋体"/>
          <w:b w:val="0"/>
          <w:i w:val="0"/>
          <w:color w:val="333333"/>
          <w:sz w:val="19"/>
        </w:rPr>
        <w:t>(A) 22　　(B) 24　　(C) 25　　(D) 26　　(E) 28</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点 O 是 △ ABC 外接圆的圆心，如图所示，∠ BOC=120°，∠ AOB=140°，求 ∠ ABC 的度数。</w:t>
      </w:r>
    </w:p>
    <w:p>
      <w:pPr>
        <w:spacing w:before="80" w:after="80"/>
        <w:jc w:val="center"/>
      </w:pPr>
      <w:r>
        <w:drawing>
          <wp:inline xmlns:a="http://schemas.openxmlformats.org/drawingml/2006/main" xmlns:pic="http://schemas.openxmlformats.org/drawingml/2006/picture">
            <wp:extent cx="2192468" cy="2337956"/>
            <wp:docPr id="1" name="Picture 1"/>
            <wp:cNvGraphicFramePr>
              <a:graphicFrameLocks noChangeAspect="1"/>
            </wp:cNvGraphicFramePr>
            <a:graphic>
              <a:graphicData uri="http://schemas.openxmlformats.org/drawingml/2006/picture">
                <pic:pic>
                  <pic:nvPicPr>
                    <pic:cNvPr id="0" name="q03-1@300dpi.png"/>
                    <pic:cNvPicPr/>
                  </pic:nvPicPr>
                  <pic:blipFill>
                    <a:blip r:embed="rId9"/>
                    <a:stretch>
                      <a:fillRect/>
                    </a:stretch>
                  </pic:blipFill>
                  <pic:spPr>
                    <a:xfrm>
                      <a:off x="0" y="0"/>
                      <a:ext cx="2192468" cy="2337956"/>
                    </a:xfrm>
                    <a:prstGeom prst="rect"/>
                  </pic:spPr>
                </pic:pic>
              </a:graphicData>
            </a:graphic>
          </wp:inline>
        </w:drawing>
      </w:r>
    </w:p>
    <w:p>
      <w:pPr>
        <w:spacing w:before="0" w:after="120" w:line="300" w:lineRule="auto"/>
      </w:pPr>
      <w:r>
        <w:rPr>
          <w:rFonts w:ascii="Times New Roman" w:hAnsi="Times New Roman" w:eastAsia="宋体"/>
          <w:b w:val="0"/>
          <w:i w:val="0"/>
          <w:sz w:val="21"/>
        </w:rPr>
        <w:t>（A）35　　（B）40　　（C）45　　（D）50　　（E）60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point O is the center of the circle circumscribed about △ ABC, with ∠ BOC=120° and ∠ AOB=140°, as shown. What is the degree measure of ∠ ABC?</w:t>
      </w:r>
    </w:p>
    <w:p>
      <w:pPr>
        <w:spacing w:before="80" w:after="80"/>
        <w:jc w:val="center"/>
      </w:pPr>
      <w:r>
        <w:drawing>
          <wp:inline xmlns:a="http://schemas.openxmlformats.org/drawingml/2006/main" xmlns:pic="http://schemas.openxmlformats.org/drawingml/2006/picture">
            <wp:extent cx="2192468" cy="2337956"/>
            <wp:docPr id="2" name="Picture 2"/>
            <wp:cNvGraphicFramePr>
              <a:graphicFrameLocks noChangeAspect="1"/>
            </wp:cNvGraphicFramePr>
            <a:graphic>
              <a:graphicData uri="http://schemas.openxmlformats.org/drawingml/2006/picture">
                <pic:pic>
                  <pic:nvPicPr>
                    <pic:cNvPr id="0" name="q03-1@300dpi.png"/>
                    <pic:cNvPicPr/>
                  </pic:nvPicPr>
                  <pic:blipFill>
                    <a:blip r:embed="rId9"/>
                    <a:stretch>
                      <a:fillRect/>
                    </a:stretch>
                  </pic:blipFill>
                  <pic:spPr>
                    <a:xfrm>
                      <a:off x="0" y="0"/>
                      <a:ext cx="2192468" cy="233795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35　　(B) 40　　(C) 45　　(D) 50　　(E) 60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在 Frank 水果市场，3 根香蕉价格等于 2 个苹果，6 个苹果价格等于 4 个橙子。多少个橙子的价格等于 18 根香蕉？</w:t>
      </w:r>
    </w:p>
    <w:p>
      <w:pPr>
        <w:spacing w:before="0" w:after="120" w:line="300" w:lineRule="auto"/>
      </w:pPr>
      <w:r>
        <w:rPr>
          <w:rFonts w:ascii="Times New Roman" w:hAnsi="Times New Roman" w:eastAsia="宋体"/>
          <w:b w:val="0"/>
          <w:i w:val="0"/>
          <w:sz w:val="21"/>
        </w:rPr>
        <w:t>（A）6　　（B）8　　（C）9　　（D）12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Frank’s Fruit Market, 3 bananas cost as much as 2 apples, and 6 apples cost as much as 4 oranges. How many oranges cost as much as 18 bananas?</w:t>
      </w:r>
    </w:p>
    <w:p>
      <w:pPr>
        <w:spacing w:before="0" w:after="160" w:line="300" w:lineRule="auto"/>
      </w:pPr>
      <w:r>
        <w:rPr>
          <w:rFonts w:ascii="Times New Roman" w:hAnsi="Times New Roman" w:eastAsia="宋体"/>
          <w:b w:val="0"/>
          <w:i w:val="0"/>
          <w:color w:val="333333"/>
          <w:sz w:val="19"/>
        </w:rPr>
        <w:t>(A) 6　　(B) 8　　(C) 9　　(D) 12　　(E) 18</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2007 年 AMC 12 的计分方式为：每答对一题得 6 分，答错得 0 分，空题得 1.5 分。Sarah 看过 25 道题后，决定尝试前 22 题，最后 3 题留空。为了至少得到 100 分，她在前 22 题中至少要答对多少题？</w:t>
      </w:r>
    </w:p>
    <w:p>
      <w:pPr>
        <w:spacing w:before="0" w:after="120" w:line="300" w:lineRule="auto"/>
      </w:pPr>
      <w:r>
        <w:rPr>
          <w:rFonts w:ascii="Times New Roman" w:hAnsi="Times New Roman" w:eastAsia="宋体"/>
          <w:b w:val="0"/>
          <w:i w:val="0"/>
          <w:sz w:val="21"/>
        </w:rPr>
        <w:t>（A）13　　（B）14　　（C）15　　（D）16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2007 AMC 12 contests will be scored by awarding 6 points for each correct response, 0 points for each incorrect response, and 1.5 points for each problem left unanswered. After looking over the 25 problems, Sarah has decided to attempt the first 22 and leave the last 3 unanswered. How many of the first 22 problems must she solve correctly in order to score at least 100 points?</w:t>
      </w:r>
    </w:p>
    <w:p>
      <w:pPr>
        <w:spacing w:before="0" w:after="160" w:line="300" w:lineRule="auto"/>
      </w:pPr>
      <w:r>
        <w:rPr>
          <w:rFonts w:ascii="Times New Roman" w:hAnsi="Times New Roman" w:eastAsia="宋体"/>
          <w:b w:val="0"/>
          <w:i w:val="0"/>
          <w:color w:val="333333"/>
          <w:sz w:val="19"/>
        </w:rPr>
        <w:t>(A) 13　　(B) 14　　(C) 15　　(D) 16　　(E) 17</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三角形 ABC 的边长为 AB=5、BC=6、AC=7。两只虫子同时从 A 出发，沿三角形边界以相同速度朝相反方向爬行。它们在点 D 相遇。求 BD。</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ABC has side lengths AB=5, BC=6, and AC=7. Two bugs start simultaneously from A and crawl along the sides of the triangle in opposite directions at the same speed. They meet at point D. What is BD?</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凸五边形 ABCDE 的所有边长相等，且 ∠ A=∠ B=90°。求 ∠ E 的度数。</w:t>
      </w:r>
    </w:p>
    <w:p>
      <w:pPr>
        <w:spacing w:before="0" w:after="120" w:line="300" w:lineRule="auto"/>
      </w:pPr>
      <w:r>
        <w:rPr>
          <w:rFonts w:ascii="Times New Roman" w:hAnsi="Times New Roman" w:eastAsia="宋体"/>
          <w:b w:val="0"/>
          <w:i w:val="0"/>
          <w:sz w:val="21"/>
        </w:rPr>
        <w:t>（A）90　　（B）108　　（C）120　　（D）144　　（E）150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All sides of the convex pentagon ABCDE are of equal length, and ∠ A=∠ B=90°. What is the degree measure of ∠ E?</w:t>
      </w:r>
    </w:p>
    <w:p>
      <w:pPr>
        <w:spacing w:before="0" w:after="160" w:line="300" w:lineRule="auto"/>
      </w:pPr>
      <w:r>
        <w:rPr>
          <w:rFonts w:ascii="Times New Roman" w:hAnsi="Times New Roman" w:eastAsia="宋体"/>
          <w:b w:val="0"/>
          <w:i w:val="0"/>
          <w:color w:val="333333"/>
          <w:sz w:val="19"/>
        </w:rPr>
        <w:t>(A) 90　　(B) 108　　(C) 120　　(D) 144　　(E) 150</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Tom 的年龄为 T 岁，也等于他三个孩子年龄之和。N 年前他的年龄是当时三个孩子年龄之和的两倍。求 T/N。</w:t>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Tom’s age is T years, which is also the sum of the ages of his three children. His age N years ago was twice the sum of their ages then. What is T/N?</w:t>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函数 f 对所有实数 x 都满足 f(3x-1)=x²+x+1。求 f(5)。</w:t>
      </w:r>
    </w:p>
    <w:p>
      <w:pPr>
        <w:spacing w:before="0" w:after="120" w:line="300" w:lineRule="auto"/>
      </w:pPr>
      <w:r>
        <w:rPr>
          <w:rFonts w:ascii="Times New Roman" w:hAnsi="Times New Roman" w:eastAsia="宋体"/>
          <w:b w:val="0"/>
          <w:i w:val="0"/>
          <w:sz w:val="21"/>
        </w:rPr>
        <w:t>（A）7　　（B）13　　（C）31　　（D）111　　（E）211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function f has the property that f(3x-1)=x²+x+1 for all real numbers x. What is f(5)?</w:t>
      </w:r>
    </w:p>
    <w:p>
      <w:pPr>
        <w:spacing w:before="0" w:after="160" w:line="300" w:lineRule="auto"/>
      </w:pPr>
      <w:r>
        <w:rPr>
          <w:rFonts w:ascii="Times New Roman" w:hAnsi="Times New Roman" w:eastAsia="宋体"/>
          <w:b w:val="0"/>
          <w:i w:val="0"/>
          <w:color w:val="333333"/>
          <w:sz w:val="19"/>
        </w:rPr>
        <w:t>(A) 7　　(B) 13　　(C) 31　　(D) 111　　(E) 211</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一些男孩和女孩洗车，为去中国的班级旅行筹款。起初，女生占全组的 40%。不久后两名女生离开，两名男生加入，此时女生占全组的 30%。起初组里有多少名女生？</w:t>
      </w:r>
    </w:p>
    <w:p>
      <w:pPr>
        <w:spacing w:before="0" w:after="120" w:line="300" w:lineRule="auto"/>
      </w:pPr>
      <w:r>
        <w:rPr>
          <w:rFonts w:ascii="Times New Roman" w:hAnsi="Times New Roman" w:eastAsia="宋体"/>
          <w:b w:val="0"/>
          <w:i w:val="0"/>
          <w:sz w:val="21"/>
        </w:rPr>
        <w:t>（A）4　　（B）6　　（C）8　　（D）10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Some boys and girls are having a car wash to raise money for a class trip to China. Initially 40% of the group are girls. Shortly thereafter two girls leave and two boys arrive, and then 30% of the group are girls. How many girls were initially in the group?</w:t>
      </w:r>
    </w:p>
    <w:p>
      <w:pPr>
        <w:spacing w:before="0" w:after="160" w:line="300" w:lineRule="auto"/>
      </w:pPr>
      <w:r>
        <w:rPr>
          <w:rFonts w:ascii="Times New Roman" w:hAnsi="Times New Roman" w:eastAsia="宋体"/>
          <w:b w:val="0"/>
          <w:i w:val="0"/>
          <w:color w:val="333333"/>
          <w:sz w:val="19"/>
        </w:rPr>
        <w:t>(A) 4　　(B) 6　　(C) 8　　(D) 10　　(E) 12</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四边形 ABCD 的角满足 ∠ A=2∠ B=3∠ C=4∠ D。将 ∠ A 的度数四舍五入到最接近的整数，结果是多少？</w:t>
      </w:r>
    </w:p>
    <w:p>
      <w:pPr>
        <w:spacing w:before="0" w:after="120" w:line="300" w:lineRule="auto"/>
      </w:pPr>
      <w:r>
        <w:rPr>
          <w:rFonts w:ascii="Times New Roman" w:hAnsi="Times New Roman" w:eastAsia="宋体"/>
          <w:b w:val="0"/>
          <w:i w:val="0"/>
          <w:sz w:val="21"/>
        </w:rPr>
        <w:t>（A）125　　（B）144　　（C）153　　（D）173　　（E）180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angles of quadrilateral ABCD satisfy ∠ A=2∠ B=3∠ C=4∠ D. What is the degree measure of ∠ A, rounded to the nearest whole number?</w:t>
      </w:r>
    </w:p>
    <w:p>
      <w:pPr>
        <w:spacing w:before="0" w:after="160" w:line="300" w:lineRule="auto"/>
      </w:pPr>
      <w:r>
        <w:rPr>
          <w:rFonts w:ascii="Times New Roman" w:hAnsi="Times New Roman" w:eastAsia="宋体"/>
          <w:b w:val="0"/>
          <w:i w:val="0"/>
          <w:color w:val="333333"/>
          <w:sz w:val="19"/>
        </w:rPr>
        <w:t>(A) 125　　(B) 144　　(C) 153　　(D) 173　　(E) 180</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一位老师给一个班考试，班上 10% 是三年级学生，90% 是四年级学生。全班平均分为 84。所有三年级学生得分相同，四年级学生平均分为 83。每个三年级学生得了多少分？</w:t>
      </w:r>
    </w:p>
    <w:p>
      <w:pPr>
        <w:spacing w:before="0" w:after="120" w:line="300" w:lineRule="auto"/>
      </w:pPr>
      <w:r>
        <w:rPr>
          <w:rFonts w:ascii="Times New Roman" w:hAnsi="Times New Roman" w:eastAsia="宋体"/>
          <w:b w:val="0"/>
          <w:i w:val="0"/>
          <w:sz w:val="21"/>
        </w:rPr>
        <w:t>（A）85　　（B）88　　（C）93　　（D）94　　（E）98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teacher gave a test to a class in which 10% of the students are juniors and 90% are seniors. The average score on the test was 84. The juniors all received the same score, and the average score of the seniors was 83. What score did each of the juniors receive on the test?</w:t>
      </w:r>
    </w:p>
    <w:p>
      <w:pPr>
        <w:spacing w:before="0" w:after="160" w:line="300" w:lineRule="auto"/>
      </w:pPr>
      <w:r>
        <w:rPr>
          <w:rFonts w:ascii="Times New Roman" w:hAnsi="Times New Roman" w:eastAsia="宋体"/>
          <w:b w:val="0"/>
          <w:i w:val="0"/>
          <w:color w:val="333333"/>
          <w:sz w:val="19"/>
        </w:rPr>
        <w:t>(A) 85　　(B) 88　　(C) 93　　(D) 94　　(E) 98</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一个交通灯不断重复以下周期：绿灯 30 秒，然后黄灯 3 秒，然后红灯 30 秒。Leah 随机选择一个三秒钟的时间段观察交通灯。在她观察期间灯变色的概率是多少？</w:t>
      </w:r>
    </w:p>
    <w:p>
      <w:pPr>
        <w:spacing w:before="0" w:after="120" w:line="300" w:lineRule="auto"/>
      </w:pPr>
      <w:r>
        <w:rPr>
          <w:rFonts w:ascii="Times New Roman" w:hAnsi="Times New Roman" w:eastAsia="宋体"/>
          <w:b w:val="0"/>
          <w:i w:val="0"/>
          <w:sz w:val="21"/>
        </w:rPr>
        <w:t>（A）1/63　　（B）1/21　　（C）1/10　　（D）1/7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traffic light runs repeatedly through the following cycle: green for 30 seconds, then yellow for 3 seconds, and then red for 30 seconds. Leah picks a random three-second time interval to watch the light. What is the probability that the color changes while she is watching?</w:t>
      </w:r>
    </w:p>
    <w:p>
      <w:pPr>
        <w:spacing w:before="0" w:after="160" w:line="300" w:lineRule="auto"/>
      </w:pPr>
      <w:r>
        <w:rPr>
          <w:rFonts w:ascii="Times New Roman" w:hAnsi="Times New Roman" w:eastAsia="宋体"/>
          <w:b w:val="0"/>
          <w:i w:val="0"/>
          <w:color w:val="333333"/>
          <w:sz w:val="19"/>
        </w:rPr>
        <w:t>(A) 1/63　　(B) 1/21　　(C) 1/10　　(D) 1/7　　(E) 1/3</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点 P 在等边 △ ABC 内。点 Q、R、S 分别是从 P 到 AB、BC、CA 的垂足。已知 PQ=1、PR=2、PS=3，求 AB。</w:t>
      </w:r>
    </w:p>
    <w:p>
      <w:pPr>
        <w:spacing w:before="0" w:after="120" w:line="300" w:lineRule="auto"/>
      </w:pPr>
      <w:r>
        <w:rPr>
          <w:rFonts w:ascii="Times New Roman" w:hAnsi="Times New Roman" w:eastAsia="宋体"/>
          <w:b w:val="0"/>
          <w:i w:val="0"/>
          <w:sz w:val="21"/>
        </w:rPr>
        <w:t>（A）4　　（B）3√(3)　　（C）6　　（D）4√(3)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 P is inside equilateral △ ABC. Points Q, R, and S are the feet of the perpendiculars from P to AB, BC, and CA, respectively. Given that PQ=1, PR=2, and PS=3, what is AB?</w:t>
      </w:r>
    </w:p>
    <w:p>
      <w:pPr>
        <w:spacing w:before="0" w:after="160" w:line="300" w:lineRule="auto"/>
      </w:pPr>
      <w:r>
        <w:rPr>
          <w:rFonts w:ascii="Times New Roman" w:hAnsi="Times New Roman" w:eastAsia="宋体"/>
          <w:b w:val="0"/>
          <w:i w:val="0"/>
          <w:color w:val="333333"/>
          <w:sz w:val="19"/>
        </w:rPr>
        <w:t>(A) 4　　(B) 3√(3)　　(C) 6　　(D) 4√(3)　　(E) 9</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等比级数 a+ar+ar²+⋯ 的和为 7，其中含 r 的奇次幂的项之和为 3。求 a+r。</w:t>
      </w:r>
    </w:p>
    <w:p>
      <w:pPr>
        <w:spacing w:before="0" w:after="120" w:line="300" w:lineRule="auto"/>
      </w:pPr>
      <w:r>
        <w:rPr>
          <w:rFonts w:ascii="Times New Roman" w:hAnsi="Times New Roman" w:eastAsia="宋体"/>
          <w:b w:val="0"/>
          <w:i w:val="0"/>
          <w:sz w:val="21"/>
        </w:rPr>
        <w:t>（A）4/3　　（B）12/7　　（C）3/2　　（D）7/3　　（E）5/2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geometric series a+ar+ar²+⋯ has a sum of 7, and the terms involving odd powers of r have a sum of 3. What is a+r?</w:t>
      </w:r>
    </w:p>
    <w:p>
      <w:pPr>
        <w:spacing w:before="0" w:after="160" w:line="300" w:lineRule="auto"/>
      </w:pPr>
      <w:r>
        <w:rPr>
          <w:rFonts w:ascii="Times New Roman" w:hAnsi="Times New Roman" w:eastAsia="宋体"/>
          <w:b w:val="0"/>
          <w:i w:val="0"/>
          <w:color w:val="333333"/>
          <w:sz w:val="19"/>
        </w:rPr>
        <w:t>(A) 4/3　　(B) 12/7　　(C) 3/2　　(D) 7/3　　(E) 5/2</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正四面体的每个面涂成红、白、蓝三色之一。若两个涂色的全等四面体可以通过旋转使外观完全相同，则认为这两种涂色不可区分。共有多少种可区分的涂色？</w:t>
      </w:r>
    </w:p>
    <w:p>
      <w:pPr>
        <w:spacing w:before="0" w:after="120" w:line="300" w:lineRule="auto"/>
      </w:pPr>
      <w:r>
        <w:rPr>
          <w:rFonts w:ascii="Times New Roman" w:hAnsi="Times New Roman" w:eastAsia="宋体"/>
          <w:b w:val="0"/>
          <w:i w:val="0"/>
          <w:sz w:val="21"/>
        </w:rPr>
        <w:t>（A）15　　（B）18　　（C）27　　（D）54　　（E）81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face of a regular tetrahedron is painted either red, white, or blue. Two colorings are considered indistinguishable if two congruent tetrahedra with those colorings can be rotated so that their appearances are identical. How many distinguishable colorings are possible?</w:t>
      </w:r>
    </w:p>
    <w:p>
      <w:pPr>
        <w:spacing w:before="0" w:after="160" w:line="300" w:lineRule="auto"/>
      </w:pPr>
      <w:r>
        <w:rPr>
          <w:rFonts w:ascii="Times New Roman" w:hAnsi="Times New Roman" w:eastAsia="宋体"/>
          <w:b w:val="0"/>
          <w:i w:val="0"/>
          <w:color w:val="333333"/>
          <w:sz w:val="19"/>
        </w:rPr>
        <w:t>(A) 15　　(B) 18　　(C) 27　　(D) 54　　(E) 81</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若 a 是非零整数，b 是正数，且 ab²=log₁₀b 则集合 {0,1,a,b,1/b} 的中位数是什么？</w:t>
      </w:r>
    </w:p>
    <w:p>
      <w:pPr>
        <w:spacing w:before="0" w:after="120" w:line="300" w:lineRule="auto"/>
      </w:pPr>
      <w:r>
        <w:rPr>
          <w:rFonts w:ascii="Times New Roman" w:hAnsi="Times New Roman" w:eastAsia="宋体"/>
          <w:b w:val="0"/>
          <w:i w:val="0"/>
          <w:sz w:val="21"/>
        </w:rPr>
        <w:t>（A）0　　（B）1　　（C）a　　（D）b　　（E）1/b</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is a nonzero integer and b is a positive number such that ab²=log₁₀b, what is the median of the set {0,1,a,b,1/b}?</w:t>
      </w:r>
    </w:p>
    <w:p>
      <w:pPr>
        <w:spacing w:before="0" w:after="160" w:line="300" w:lineRule="auto"/>
      </w:pPr>
      <w:r>
        <w:rPr>
          <w:rFonts w:ascii="Times New Roman" w:hAnsi="Times New Roman" w:eastAsia="宋体"/>
          <w:b w:val="0"/>
          <w:i w:val="0"/>
          <w:color w:val="333333"/>
          <w:sz w:val="19"/>
        </w:rPr>
        <w:t>(A) 0　　(B) 1　　(C) a　　(D) b　　(E) 1/b</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设 a、b、c 是数字，且 a≠0。三位整数 abc 位于某个正整数平方与下一个更大正整数平方之间三分之一处。整数 acb 位于同两个平方之间三分之二处。求 a+b+c。</w:t>
      </w:r>
    </w:p>
    <w:p>
      <w:pPr>
        <w:spacing w:before="0" w:after="120" w:line="300" w:lineRule="auto"/>
      </w:pPr>
      <w:r>
        <w:rPr>
          <w:rFonts w:ascii="Times New Roman" w:hAnsi="Times New Roman" w:eastAsia="宋体"/>
          <w:b w:val="0"/>
          <w:i w:val="0"/>
          <w:sz w:val="21"/>
        </w:rPr>
        <w:t>（A）10　　（B）13　　（C）16　　（D）18　　（E）21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 and c be digits with a≠0. The three-digit integer abc lies one third of the way from the square of a positive integer to the square of the next larger integer. The integer acb lies two thirds of the way between the same two squares. What is a+b+c?</w:t>
      </w:r>
    </w:p>
    <w:p>
      <w:pPr>
        <w:spacing w:before="0" w:after="160" w:line="300" w:lineRule="auto"/>
      </w:pPr>
      <w:r>
        <w:rPr>
          <w:rFonts w:ascii="Times New Roman" w:hAnsi="Times New Roman" w:eastAsia="宋体"/>
          <w:b w:val="0"/>
          <w:i w:val="0"/>
          <w:color w:val="333333"/>
          <w:sz w:val="19"/>
        </w:rPr>
        <w:t>(A) 10　　(B) 13　　(C) 16　　(D) 18　　(E) 21</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菱形 ABCD 的边长为 6。把 AB 与 DC 粘在一起，卷成体积为 6 的圆柱。求 sin(∠ ABC)。</w:t>
      </w:r>
    </w:p>
    <w:p>
      <w:pPr>
        <w:spacing w:before="0" w:after="120" w:line="300" w:lineRule="auto"/>
      </w:pPr>
      <w:r>
        <w:rPr>
          <w:rFonts w:ascii="Times New Roman" w:hAnsi="Times New Roman" w:eastAsia="宋体"/>
          <w:b w:val="0"/>
          <w:i w:val="0"/>
          <w:sz w:val="21"/>
        </w:rPr>
        <w:t>（A）π/9　　（B）1/2　　（C）π/6　　（D）π/4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Rhombus ABCD, with side length 6, is rolled to form a cylinder of volume 6 by taping AB to DC. What is sin(∠ ABC)?</w:t>
      </w:r>
    </w:p>
    <w:p>
      <w:pPr>
        <w:spacing w:before="0" w:after="160" w:line="300" w:lineRule="auto"/>
      </w:pPr>
      <w:r>
        <w:rPr>
          <w:rFonts w:ascii="Times New Roman" w:hAnsi="Times New Roman" w:eastAsia="宋体"/>
          <w:b w:val="0"/>
          <w:i w:val="0"/>
          <w:color w:val="333333"/>
          <w:sz w:val="19"/>
        </w:rPr>
        <w:t>(A) π/9　　(B) 1/2　　(C) π/6　　(D) π/4　　(E) (√(3))/2</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由直线 y=ax+c、y=ax+d、y=bx+c、y=bx+d 围成的平行四边形面积为 18。由直线 y=ax+c、y=ax-d、y=bx+c、y=bx-d 围成的平行四边形面积为 72。已知 a、b、c、d 为正整数，求 a+b+c+d 的最小可能值。</w:t>
      </w:r>
    </w:p>
    <w:p>
      <w:pPr>
        <w:spacing w:before="0" w:after="120" w:line="300" w:lineRule="auto"/>
      </w:pPr>
      <w:r>
        <w:rPr>
          <w:rFonts w:ascii="Times New Roman" w:hAnsi="Times New Roman" w:eastAsia="宋体"/>
          <w:b w:val="0"/>
          <w:i w:val="0"/>
          <w:sz w:val="21"/>
        </w:rPr>
        <w:t>（A）13　　（B）14　　（C）15　　（D）16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parallelogram bounded by the lines y=ax+c, y=ax+d, y=bx+c, and y=bx+d has area 18. The parallelogram bounded by the lines y=ax+c, y=ax-d, y=bx+c, and y=bx-d has area 72. Given that a, b, c, and d are positive integers, what is the smallest possible value of a+b+c+d?</w:t>
      </w:r>
    </w:p>
    <w:p>
      <w:pPr>
        <w:spacing w:before="0" w:after="160" w:line="300" w:lineRule="auto"/>
      </w:pPr>
      <w:r>
        <w:rPr>
          <w:rFonts w:ascii="Times New Roman" w:hAnsi="Times New Roman" w:eastAsia="宋体"/>
          <w:b w:val="0"/>
          <w:i w:val="0"/>
          <w:color w:val="333333"/>
          <w:sz w:val="19"/>
        </w:rPr>
        <w:t>(A) 13　　(B) 14　　(C) 15　　(D) 16　　(E) 17</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前 2007 个正整数都写成 3 进制。其中有多少个 3 进制表示是回文数？（回文数从前往后读与从后往前读相同。）</w:t>
      </w:r>
    </w:p>
    <w:p>
      <w:pPr>
        <w:spacing w:before="0" w:after="120" w:line="300" w:lineRule="auto"/>
      </w:pPr>
      <w:r>
        <w:rPr>
          <w:rFonts w:ascii="Times New Roman" w:hAnsi="Times New Roman" w:eastAsia="宋体"/>
          <w:b w:val="0"/>
          <w:i w:val="0"/>
          <w:sz w:val="21"/>
        </w:rPr>
        <w:t>（A）100　　（B）101　　（C）102　　（D）103　　（E）104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2007 positive integers are each written in base 3. How many of these base-3 representations are palindromes? (A palindrome is a number that reads the same forward and backward.)</w:t>
      </w:r>
    </w:p>
    <w:p>
      <w:pPr>
        <w:spacing w:before="0" w:after="160" w:line="300" w:lineRule="auto"/>
      </w:pPr>
      <w:r>
        <w:rPr>
          <w:rFonts w:ascii="Times New Roman" w:hAnsi="Times New Roman" w:eastAsia="宋体"/>
          <w:b w:val="0"/>
          <w:i w:val="0"/>
          <w:color w:val="333333"/>
          <w:sz w:val="19"/>
        </w:rPr>
        <w:t>(A) 100　　(B) 101　　(C) 102　　(D) 103　　(E) 104</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两个粒子沿等边 △ ABC 的边按方向</w:t>
      </w:r>
    </w:p>
    <w:p>
      <w:pPr>
        <w:spacing w:before="0" w:after="80" w:line="300" w:lineRule="auto"/>
        <w:jc w:val="left"/>
      </w:pPr>
      <w:r>
        <w:rPr>
          <w:rFonts w:ascii="Times New Roman" w:hAnsi="Times New Roman" w:eastAsia="宋体"/>
          <w:b w:val="0"/>
          <w:i w:val="0"/>
          <w:sz w:val="21"/>
        </w:rPr>
        <w:t>A→ B→ C→ A，</w:t>
      </w:r>
    </w:p>
    <w:p>
      <w:pPr>
        <w:spacing w:before="0" w:after="80" w:line="300" w:lineRule="auto"/>
        <w:jc w:val="left"/>
      </w:pPr>
      <w:r>
        <w:rPr>
          <w:rFonts w:ascii="Times New Roman" w:hAnsi="Times New Roman" w:eastAsia="宋体"/>
          <w:b w:val="0"/>
          <w:i w:val="0"/>
          <w:sz w:val="21"/>
        </w:rPr>
        <w:t>同时同速运动。一个从 A 出发，另一个从 BC 的中点出发。连接两个粒子的线段的中点所走路径围成区域 R。求 R 的面积与 △ ABC 面积之比。</w:t>
      </w:r>
    </w:p>
    <w:p>
      <w:pPr>
        <w:spacing w:before="0" w:after="120" w:line="300" w:lineRule="auto"/>
      </w:pPr>
      <w:r>
        <w:rPr>
          <w:rFonts w:ascii="Times New Roman" w:hAnsi="Times New Roman" w:eastAsia="宋体"/>
          <w:b w:val="0"/>
          <w:i w:val="0"/>
          <w:sz w:val="21"/>
        </w:rPr>
        <w:t>（A）1/16　　（B）1/12　　（C）1/9　　（D）1/6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particles move along the edges of equilateral △ ABC in the direction</w:t>
      </w:r>
    </w:p>
    <w:p>
      <w:pPr>
        <w:spacing w:before="0" w:after="80" w:line="300" w:lineRule="auto"/>
        <w:jc w:val="left"/>
      </w:pPr>
      <w:r>
        <w:rPr>
          <w:rFonts w:ascii="Times New Roman" w:hAnsi="Times New Roman" w:eastAsia="宋体"/>
          <w:b w:val="0"/>
          <w:i w:val="0"/>
          <w:color w:val="333333"/>
          <w:sz w:val="19"/>
        </w:rPr>
        <w:t>A→ B→ C→ A,</w:t>
      </w:r>
    </w:p>
    <w:p>
      <w:pPr>
        <w:spacing w:before="0" w:after="80" w:line="300" w:lineRule="auto"/>
        <w:jc w:val="left"/>
      </w:pPr>
      <w:r>
        <w:rPr>
          <w:rFonts w:ascii="Times New Roman" w:hAnsi="Times New Roman" w:eastAsia="宋体"/>
          <w:b w:val="0"/>
          <w:i w:val="0"/>
          <w:color w:val="333333"/>
          <w:sz w:val="19"/>
        </w:rPr>
        <w:t>starting simultaneously and moving at the same speed. One starts at A, and the other starts at the midpoint of BC. The midpoint of the line segment joining the two particles traces out a path that encloses a region R. What is the ratio of the area of R to the area of △ ABC?</w:t>
      </w:r>
    </w:p>
    <w:p>
      <w:pPr>
        <w:spacing w:before="0" w:after="160" w:line="300" w:lineRule="auto"/>
      </w:pPr>
      <w:r>
        <w:rPr>
          <w:rFonts w:ascii="Times New Roman" w:hAnsi="Times New Roman" w:eastAsia="宋体"/>
          <w:b w:val="0"/>
          <w:i w:val="0"/>
          <w:color w:val="333333"/>
          <w:sz w:val="19"/>
        </w:rPr>
        <w:t>(A) 1/16　　(B) 1/12　　(C) 1/9　　(D) 1/6　　(E) 1/4</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有多少个互不全等、直角边长为正整数的直角三角形，其面积的数值等于其周长的 3 倍？</w:t>
      </w:r>
    </w:p>
    <w:p>
      <w:pPr>
        <w:spacing w:before="0" w:after="120" w:line="300" w:lineRule="auto"/>
      </w:pPr>
      <w:r>
        <w:rPr>
          <w:rFonts w:ascii="Times New Roman" w:hAnsi="Times New Roman" w:eastAsia="宋体"/>
          <w:b w:val="0"/>
          <w:i w:val="0"/>
          <w:sz w:val="21"/>
        </w:rPr>
        <w:t>（A）6　　（B）7　　（C）8　　（D）10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non-congruent right triangles with positive integer leg lengths have areas that are numerically equal to 3 times their perimeters?</w:t>
      </w:r>
    </w:p>
    <w:p>
      <w:pPr>
        <w:spacing w:before="0" w:after="160" w:line="300" w:lineRule="auto"/>
      </w:pPr>
      <w:r>
        <w:rPr>
          <w:rFonts w:ascii="Times New Roman" w:hAnsi="Times New Roman" w:eastAsia="宋体"/>
          <w:b w:val="0"/>
          <w:i w:val="0"/>
          <w:color w:val="333333"/>
          <w:sz w:val="19"/>
        </w:rPr>
        <w:t>(A) 6　　(B) 7　　(C) 8　　(D) 10　　(E) 12</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有多少对正整数 (a,b) 满足 gcd(a,b)=1，并且</w:t>
      </w:r>
    </w:p>
    <w:p>
      <w:pPr>
        <w:spacing w:before="0" w:after="80" w:line="300" w:lineRule="auto"/>
        <w:jc w:val="left"/>
      </w:pPr>
      <w:r>
        <w:rPr>
          <w:rFonts w:ascii="Times New Roman" w:hAnsi="Times New Roman" w:eastAsia="宋体"/>
          <w:b w:val="0"/>
          <w:i w:val="0"/>
          <w:sz w:val="21"/>
        </w:rPr>
        <w:t>a/b+14b/9a</w:t>
      </w:r>
    </w:p>
    <w:p>
      <w:pPr>
        <w:spacing w:before="0" w:after="80" w:line="300" w:lineRule="auto"/>
        <w:jc w:val="left"/>
      </w:pPr>
      <w:r>
        <w:rPr>
          <w:rFonts w:ascii="Times New Roman" w:hAnsi="Times New Roman" w:eastAsia="宋体"/>
          <w:b w:val="0"/>
          <w:i w:val="0"/>
          <w:sz w:val="21"/>
        </w:rPr>
        <w:t>是整数？</w:t>
      </w:r>
    </w:p>
    <w:p>
      <w:pPr>
        <w:spacing w:before="0" w:after="120" w:line="300" w:lineRule="auto"/>
      </w:pPr>
      <w:r>
        <w:rPr>
          <w:rFonts w:ascii="Times New Roman" w:hAnsi="Times New Roman" w:eastAsia="宋体"/>
          <w:b w:val="0"/>
          <w:i w:val="0"/>
          <w:sz w:val="21"/>
        </w:rPr>
        <w:t>（A）4　　（B）6　　（C）9　　（D）12　　（E）无限多个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pairs of positive integers (a,b) are there such that gcd(a,b)=1 and</w:t>
      </w:r>
    </w:p>
    <w:p>
      <w:pPr>
        <w:spacing w:before="0" w:after="80" w:line="300" w:lineRule="auto"/>
        <w:jc w:val="left"/>
      </w:pPr>
      <w:r>
        <w:rPr>
          <w:rFonts w:ascii="Times New Roman" w:hAnsi="Times New Roman" w:eastAsia="宋体"/>
          <w:b w:val="0"/>
          <w:i w:val="0"/>
          <w:color w:val="333333"/>
          <w:sz w:val="19"/>
        </w:rPr>
        <w:t>a/b+14b/9a</w:t>
      </w:r>
    </w:p>
    <w:p>
      <w:pPr>
        <w:spacing w:before="0" w:after="80" w:line="300" w:lineRule="auto"/>
        <w:jc w:val="left"/>
      </w:pPr>
      <w:r>
        <w:rPr>
          <w:rFonts w:ascii="Times New Roman" w:hAnsi="Times New Roman" w:eastAsia="宋体"/>
          <w:b w:val="0"/>
          <w:i w:val="0"/>
          <w:color w:val="333333"/>
          <w:sz w:val="19"/>
        </w:rPr>
        <w:t>is an integer?</w:t>
      </w:r>
    </w:p>
    <w:p>
      <w:pPr>
        <w:spacing w:before="0" w:after="160" w:line="300" w:lineRule="auto"/>
      </w:pPr>
      <w:r>
        <w:rPr>
          <w:rFonts w:ascii="Times New Roman" w:hAnsi="Times New Roman" w:eastAsia="宋体"/>
          <w:b w:val="0"/>
          <w:i w:val="0"/>
          <w:color w:val="333333"/>
          <w:sz w:val="19"/>
        </w:rPr>
        <w:t>(A) 4　　(B) 6　　(C) 9　　(D) 12　　(E) infinitely many</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点 A、B、C、D、E 位于 3 维空间中，满足 AB=BC=CD =DE=EA=2，且 ∠ ABC=∠ CDE =∠ DEA=90°。△ ABC 所在平面平行于 DE。求 △ BDE 的面积。</w:t>
      </w:r>
    </w:p>
    <w:p>
      <w:pPr>
        <w:spacing w:before="0" w:after="120" w:line="300" w:lineRule="auto"/>
      </w:pPr>
      <w:r>
        <w:rPr>
          <w:rFonts w:ascii="Times New Roman" w:hAnsi="Times New Roman" w:eastAsia="宋体"/>
          <w:b w:val="0"/>
          <w:i w:val="0"/>
          <w:sz w:val="21"/>
        </w:rPr>
        <w:t>（A）√(2)　　（B）√(3)　　（C）2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A, B, C, D, and E are located in 3-dimensional space with AB=BC=CD =DE=EA=2 and ∠ ABC=∠ CDE =∠ DEA=90°. The plane of △ ABC is parallel to DE. What is the area of △ BDE?</w:t>
      </w:r>
    </w:p>
    <w:p>
      <w:pPr>
        <w:spacing w:before="0" w:after="160" w:line="300" w:lineRule="auto"/>
      </w:pPr>
      <w:r>
        <w:rPr>
          <w:rFonts w:ascii="Times New Roman" w:hAnsi="Times New Roman" w:eastAsia="宋体"/>
          <w:b w:val="0"/>
          <w:i w:val="0"/>
          <w:color w:val="333333"/>
          <w:sz w:val="19"/>
        </w:rPr>
        <w:t>(A) √(2)　　(B) √(3)　　(C) 2　　(D) √(5)　　(E) √(6)</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B　D　B　D　D　E　D　A</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D　C　D　D　E　A　D　C</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A　D　A　A　A　A　C</w:t>
      </w:r>
    </w:p>
    <w:p>
      <w:pPr>
        <w:spacing w:before="0" w:after="200" w:line="300" w:lineRule="auto"/>
      </w:pPr>
      <w:r>
        <w:rPr>
          <w:rFonts w:ascii="Times New Roman" w:hAnsi="Times New Roman" w:eastAsia="宋体"/>
          <w:b w:val="0"/>
          <w:i w:val="0"/>
          <w:color w:val="666666"/>
          <w:sz w:val="18"/>
        </w:rPr>
        <w:t>答案串：EBDBDDEDACDCDDEADCADAAAAC</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每间卧室地面周长为 2(12+10)=44 英尺。</w:t>
      </w:r>
    </w:p>
    <w:p>
      <w:pPr>
        <w:spacing w:before="0" w:after="80" w:line="300" w:lineRule="auto"/>
        <w:jc w:val="left"/>
      </w:pPr>
      <w:r>
        <w:rPr>
          <w:rFonts w:ascii="Times New Roman" w:hAnsi="Times New Roman" w:eastAsia="宋体"/>
          <w:b w:val="0"/>
          <w:i w:val="0"/>
          <w:sz w:val="21"/>
        </w:rPr>
        <w:t>所以一间卧室的墙面粉刷面积为 44·8-60=352-60=292 平方英尺。三间卧室共需粉刷 3·292=876 平方英尺。</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perimeter of each bedroom floor is 2(12+10)=44 feet.</w:t>
      </w:r>
    </w:p>
    <w:p>
      <w:pPr>
        <w:spacing w:before="0" w:after="80" w:line="300" w:lineRule="auto"/>
        <w:jc w:val="left"/>
      </w:pPr>
      <w:r>
        <w:rPr>
          <w:rFonts w:ascii="Times New Roman" w:hAnsi="Times New Roman" w:eastAsia="宋体"/>
          <w:b w:val="0"/>
          <w:i w:val="0"/>
          <w:color w:val="333333"/>
          <w:sz w:val="19"/>
        </w:rPr>
        <w:t>So the wall area in one bedroom is 44·8-60=352-60=292 square feet. Across all three bedrooms, Isabella paints 3·292=876 square feet.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去程用 120/30=4 加仑，返程用 120/20=6 加仑。</w:t>
      </w:r>
    </w:p>
    <w:p>
      <w:pPr>
        <w:spacing w:before="0" w:after="80" w:line="300" w:lineRule="auto"/>
        <w:jc w:val="left"/>
      </w:pPr>
      <w:r>
        <w:rPr>
          <w:rFonts w:ascii="Times New Roman" w:hAnsi="Times New Roman" w:eastAsia="宋体"/>
          <w:b w:val="0"/>
          <w:i w:val="0"/>
          <w:sz w:val="21"/>
        </w:rPr>
        <w:t>往返共 240 英里，用油 10 加仑，所以平均每加仑行驶的英里数为</w:t>
      </w:r>
    </w:p>
    <w:p>
      <w:pPr>
        <w:spacing w:before="0" w:after="80" w:line="300" w:lineRule="auto"/>
        <w:jc w:val="left"/>
      </w:pPr>
      <w:r>
        <w:rPr>
          <w:rFonts w:ascii="Times New Roman" w:hAnsi="Times New Roman" w:eastAsia="宋体"/>
          <w:b w:val="0"/>
          <w:i w:val="0"/>
          <w:sz w:val="21"/>
        </w:rPr>
        <w:t>240/10=24。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trip home uses 120/30=4 gallons, and the return trip uses 120/20=6 gallons.</w:t>
      </w:r>
    </w:p>
    <w:p>
      <w:pPr>
        <w:spacing w:before="0" w:after="80" w:line="300" w:lineRule="auto"/>
        <w:jc w:val="left"/>
      </w:pPr>
      <w:r>
        <w:rPr>
          <w:rFonts w:ascii="Times New Roman" w:hAnsi="Times New Roman" w:eastAsia="宋体"/>
          <w:b w:val="0"/>
          <w:i w:val="0"/>
          <w:color w:val="333333"/>
          <w:sz w:val="19"/>
        </w:rPr>
        <w:t>The round trip covers 240 miles on 10 gallons, so the average is</w:t>
      </w:r>
    </w:p>
    <w:p>
      <w:pPr>
        <w:spacing w:before="0" w:after="80" w:line="300" w:lineRule="auto"/>
        <w:jc w:val="left"/>
      </w:pPr>
      <w:r>
        <w:rPr>
          <w:rFonts w:ascii="Times New Roman" w:hAnsi="Times New Roman" w:eastAsia="宋体"/>
          <w:b w:val="0"/>
          <w:i w:val="0"/>
          <w:color w:val="333333"/>
          <w:sz w:val="19"/>
        </w:rPr>
        <w:t>240/10=24.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点 O 周围角和为 360°，所以</w:t>
      </w:r>
    </w:p>
    <w:p>
      <w:pPr>
        <w:spacing w:before="0" w:after="80" w:line="300" w:lineRule="auto"/>
        <w:jc w:val="left"/>
      </w:pPr>
      <w:r>
        <w:rPr>
          <w:rFonts w:ascii="Times New Roman" w:hAnsi="Times New Roman" w:eastAsia="宋体"/>
          <w:b w:val="0"/>
          <w:i w:val="0"/>
          <w:sz w:val="21"/>
        </w:rPr>
        <w:t>∠ AOC=360°-140°-120°</w:t>
      </w:r>
    </w:p>
    <w:p>
      <w:pPr>
        <w:spacing w:before="0" w:after="80" w:line="300" w:lineRule="auto"/>
        <w:jc w:val="left"/>
      </w:pPr>
      <w:r>
        <w:rPr>
          <w:rFonts w:ascii="Times New Roman" w:hAnsi="Times New Roman" w:eastAsia="宋体"/>
          <w:b w:val="0"/>
          <w:i w:val="0"/>
          <w:sz w:val="21"/>
        </w:rPr>
        <w:t>=100°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由圆周角定理，∠ ABC 与圆心角 ∠ AOC 截同一弧 AC，所以</w:t>
      </w:r>
    </w:p>
    <w:p>
      <w:pPr>
        <w:spacing w:before="0" w:after="80" w:line="300" w:lineRule="auto"/>
        <w:jc w:val="left"/>
      </w:pPr>
      <w:r>
        <w:rPr>
          <w:rFonts w:ascii="Times New Roman" w:hAnsi="Times New Roman" w:eastAsia="宋体"/>
          <w:b w:val="0"/>
          <w:i w:val="0"/>
          <w:sz w:val="21"/>
        </w:rPr>
        <w:t>∠ ABC=1/2∠ AOC=50°。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angles around O sum to 360°, so</w:t>
      </w:r>
    </w:p>
    <w:p>
      <w:pPr>
        <w:spacing w:before="0" w:after="80" w:line="300" w:lineRule="auto"/>
        <w:jc w:val="left"/>
      </w:pPr>
      <w:r>
        <w:rPr>
          <w:rFonts w:ascii="Times New Roman" w:hAnsi="Times New Roman" w:eastAsia="宋体"/>
          <w:b w:val="0"/>
          <w:i w:val="0"/>
          <w:color w:val="333333"/>
          <w:sz w:val="19"/>
        </w:rPr>
        <w:t>∠ AOC=360°-140°-120°</w:t>
      </w:r>
    </w:p>
    <w:p>
      <w:pPr>
        <w:spacing w:before="0" w:after="80" w:line="300" w:lineRule="auto"/>
        <w:jc w:val="left"/>
      </w:pPr>
      <w:r>
        <w:rPr>
          <w:rFonts w:ascii="Times New Roman" w:hAnsi="Times New Roman" w:eastAsia="宋体"/>
          <w:b w:val="0"/>
          <w:i w:val="0"/>
          <w:color w:val="333333"/>
          <w:sz w:val="19"/>
        </w:rPr>
        <w:t>=100°.</w:t>
      </w:r>
    </w:p>
    <w:p>
      <w:pPr>
        <w:spacing w:before="0" w:after="80" w:line="300" w:lineRule="auto"/>
        <w:jc w:val="left"/>
      </w:pPr>
      <w:r>
        <w:rPr>
          <w:rFonts w:ascii="Times New Roman" w:hAnsi="Times New Roman" w:eastAsia="宋体"/>
          <w:b w:val="0"/>
          <w:i w:val="0"/>
          <w:color w:val="333333"/>
          <w:sz w:val="19"/>
        </w:rPr>
        <w:t>By the inscribed angle theorem, ∠ ABC subtends the same arc AC as the central angle ∠ AOC, so</w:t>
      </w:r>
    </w:p>
    <w:p>
      <w:pPr>
        <w:spacing w:before="0" w:after="80" w:line="300" w:lineRule="auto"/>
        <w:jc w:val="left"/>
      </w:pPr>
      <w:r>
        <w:rPr>
          <w:rFonts w:ascii="Times New Roman" w:hAnsi="Times New Roman" w:eastAsia="宋体"/>
          <w:b w:val="0"/>
          <w:i w:val="0"/>
          <w:color w:val="333333"/>
          <w:sz w:val="19"/>
        </w:rPr>
        <w:t>∠ ABC=1/2∠ AOC=50°.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因为 3 根香蕉价格等于 2 个苹果，18 根香蕉价格等于 12 个苹果。</w:t>
      </w:r>
    </w:p>
    <w:p>
      <w:pPr>
        <w:spacing w:before="0" w:after="80" w:line="300" w:lineRule="auto"/>
        <w:jc w:val="left"/>
      </w:pPr>
      <w:r>
        <w:rPr>
          <w:rFonts w:ascii="Times New Roman" w:hAnsi="Times New Roman" w:eastAsia="宋体"/>
          <w:b w:val="0"/>
          <w:i w:val="0"/>
          <w:sz w:val="21"/>
        </w:rPr>
        <w:t>又因为 6 个苹果价格等于 4 个橙子，12 个苹果价格等于 8 个橙子，所以 18 根香蕉等价于 8 个橙子。</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3 bananas cost as much as 2 apples, 18 bananas cost as much as 12 apples.</w:t>
      </w:r>
    </w:p>
    <w:p>
      <w:pPr>
        <w:spacing w:before="0" w:after="80" w:line="300" w:lineRule="auto"/>
        <w:jc w:val="left"/>
      </w:pPr>
      <w:r>
        <w:rPr>
          <w:rFonts w:ascii="Times New Roman" w:hAnsi="Times New Roman" w:eastAsia="宋体"/>
          <w:b w:val="0"/>
          <w:i w:val="0"/>
          <w:color w:val="333333"/>
          <w:sz w:val="19"/>
        </w:rPr>
        <w:t>Since 6 apples cost as much as 4 oranges, 12 apples cost as much as 8 oranges. Therefore 18 bananas cost as much as 8 oranges.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三道空题给 3·1.5=4.5 分。</w:t>
      </w:r>
    </w:p>
    <w:p>
      <w:pPr>
        <w:spacing w:before="0" w:after="80" w:line="300" w:lineRule="auto"/>
        <w:jc w:val="left"/>
      </w:pPr>
      <w:r>
        <w:rPr>
          <w:rFonts w:ascii="Times New Roman" w:hAnsi="Times New Roman" w:eastAsia="宋体"/>
          <w:b w:val="0"/>
          <w:i w:val="0"/>
          <w:sz w:val="21"/>
        </w:rPr>
        <w:t>所以 Sarah 需要从答对题中得到至少 100-4.5=95.5 分。因为</w:t>
      </w:r>
    </w:p>
    <w:p>
      <w:pPr>
        <w:spacing w:before="0" w:after="80" w:line="300" w:lineRule="auto"/>
        <w:jc w:val="left"/>
      </w:pPr>
      <w:r>
        <w:rPr>
          <w:rFonts w:ascii="Times New Roman" w:hAnsi="Times New Roman" w:eastAsia="宋体"/>
          <w:b w:val="0"/>
          <w:i w:val="0"/>
          <w:sz w:val="21"/>
        </w:rPr>
        <w:t>15&lt;95.5/6&lt;16，</w:t>
      </w:r>
    </w:p>
    <w:p>
      <w:pPr>
        <w:spacing w:before="0" w:after="80" w:line="300" w:lineRule="auto"/>
        <w:jc w:val="left"/>
      </w:pPr>
      <w:r>
        <w:rPr>
          <w:rFonts w:ascii="Times New Roman" w:hAnsi="Times New Roman" w:eastAsia="宋体"/>
          <w:b w:val="0"/>
          <w:i w:val="0"/>
          <w:sz w:val="21"/>
        </w:rPr>
        <w:t>她至少要答对 16 题，此时得分为 16·6+4.5=100.5。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three unanswered problems give 3·1.5=4.5 points.</w:t>
      </w:r>
    </w:p>
    <w:p>
      <w:pPr>
        <w:spacing w:before="0" w:after="80" w:line="300" w:lineRule="auto"/>
        <w:jc w:val="left"/>
      </w:pPr>
      <w:r>
        <w:rPr>
          <w:rFonts w:ascii="Times New Roman" w:hAnsi="Times New Roman" w:eastAsia="宋体"/>
          <w:b w:val="0"/>
          <w:i w:val="0"/>
          <w:color w:val="333333"/>
          <w:sz w:val="19"/>
        </w:rPr>
        <w:t>So Sarah needs at least 100-4.5=95.5 points from correct answers. Since</w:t>
      </w:r>
    </w:p>
    <w:p>
      <w:pPr>
        <w:spacing w:before="0" w:after="80" w:line="300" w:lineRule="auto"/>
        <w:jc w:val="left"/>
      </w:pPr>
      <w:r>
        <w:rPr>
          <w:rFonts w:ascii="Times New Roman" w:hAnsi="Times New Roman" w:eastAsia="宋体"/>
          <w:b w:val="0"/>
          <w:i w:val="0"/>
          <w:color w:val="333333"/>
          <w:sz w:val="19"/>
        </w:rPr>
        <w:t>15&lt;95.5/6&lt;16,</w:t>
      </w:r>
    </w:p>
    <w:p>
      <w:pPr>
        <w:spacing w:before="0" w:after="80" w:line="300" w:lineRule="auto"/>
        <w:jc w:val="left"/>
      </w:pPr>
      <w:r>
        <w:rPr>
          <w:rFonts w:ascii="Times New Roman" w:hAnsi="Times New Roman" w:eastAsia="宋体"/>
          <w:b w:val="0"/>
          <w:i w:val="0"/>
          <w:color w:val="333333"/>
          <w:sz w:val="19"/>
        </w:rPr>
        <w:t>she must solve at least 16 problems correctly, which would give her 16·6+4.5=100.5 points.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周长为 5+6+7=18，因此每只虫子在相遇前走了 9 个长度单位。</w:t>
      </w:r>
    </w:p>
    <w:p>
      <w:pPr>
        <w:spacing w:before="0" w:after="80" w:line="300" w:lineRule="auto"/>
        <w:jc w:val="left"/>
      </w:pPr>
      <w:r>
        <w:rPr>
          <w:rFonts w:ascii="Times New Roman" w:hAnsi="Times New Roman" w:eastAsia="宋体"/>
          <w:b w:val="0"/>
          <w:i w:val="0"/>
          <w:sz w:val="21"/>
        </w:rPr>
        <w:t>沿 A→ B→ C 方向的虫子到达 D 时走了 AB+BD=9，该点在 BC 上，且 AB=5，所以 BD=4。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perimeter is 5+6+7=18, so each bug crawls 9 before they meet.</w:t>
      </w:r>
    </w:p>
    <w:p>
      <w:pPr>
        <w:spacing w:before="0" w:after="80" w:line="300" w:lineRule="auto"/>
        <w:jc w:val="left"/>
      </w:pPr>
      <w:r>
        <w:rPr>
          <w:rFonts w:ascii="Times New Roman" w:hAnsi="Times New Roman" w:eastAsia="宋体"/>
          <w:b w:val="0"/>
          <w:i w:val="0"/>
          <w:color w:val="333333"/>
          <w:sz w:val="19"/>
        </w:rPr>
        <w:t>The bug going A→ B→ C reaches D on side BC, having traveled AB+BD=9. Since AB=5, we get BD=4.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E</w:t>
      </w:r>
    </w:p>
    <w:p>
      <w:pPr>
        <w:spacing w:before="0" w:after="80" w:line="300" w:lineRule="auto"/>
        <w:jc w:val="left"/>
      </w:pPr>
      <w:r>
        <w:rPr>
          <w:rFonts w:ascii="Times New Roman" w:hAnsi="Times New Roman" w:eastAsia="宋体"/>
          <w:b w:val="0"/>
          <w:i w:val="0"/>
          <w:sz w:val="21"/>
        </w:rPr>
        <w:t>因为 AB=BC=EA 且 ∠ A=∠ B=90°，四边形 ABCE 是正方形，所以 ∠ AEC=90°，且 EC 等于公共边长。</w:t>
      </w:r>
    </w:p>
    <w:p>
      <w:pPr>
        <w:spacing w:before="0" w:after="80" w:line="300" w:lineRule="auto"/>
        <w:jc w:val="left"/>
      </w:pPr>
      <w:r>
        <w:rPr>
          <w:rFonts w:ascii="Times New Roman" w:hAnsi="Times New Roman" w:eastAsia="宋体"/>
          <w:b w:val="0"/>
          <w:i w:val="0"/>
          <w:sz w:val="21"/>
        </w:rPr>
        <w:t>又 CD=DE=EC，所以 △ CDE 是等边三角形，∠ CED=60°。因此</w:t>
      </w:r>
    </w:p>
    <w:p>
      <w:pPr>
        <w:spacing w:before="0" w:after="80" w:line="300" w:lineRule="auto"/>
        <w:jc w:val="left"/>
      </w:pPr>
      <w:r>
        <w:rPr>
          <w:rFonts w:ascii="Times New Roman" w:hAnsi="Times New Roman" w:eastAsia="宋体"/>
          <w:b w:val="0"/>
          <w:i w:val="0"/>
          <w:sz w:val="21"/>
        </w:rPr>
        <w:t>∠ E=∠ AEC+∠ CED</w:t>
      </w:r>
    </w:p>
    <w:p>
      <w:pPr>
        <w:spacing w:before="0" w:after="80" w:line="300" w:lineRule="auto"/>
        <w:jc w:val="left"/>
      </w:pPr>
      <w:r>
        <w:rPr>
          <w:rFonts w:ascii="Times New Roman" w:hAnsi="Times New Roman" w:eastAsia="宋体"/>
          <w:b w:val="0"/>
          <w:i w:val="0"/>
          <w:sz w:val="21"/>
        </w:rPr>
        <w:t>=90°+60°</w:t>
      </w:r>
    </w:p>
    <w:p>
      <w:pPr>
        <w:spacing w:before="0" w:after="80" w:line="300" w:lineRule="auto"/>
        <w:jc w:val="left"/>
      </w:pPr>
      <w:r>
        <w:rPr>
          <w:rFonts w:ascii="Times New Roman" w:hAnsi="Times New Roman" w:eastAsia="宋体"/>
          <w:b w:val="0"/>
          <w:i w:val="0"/>
          <w:sz w:val="21"/>
        </w:rPr>
        <w:t>=150°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AB=BC=EA and ∠ A=∠ B=90°, quadrilateral ABCE is a square, so ∠ AEC=90° and EC equals the common side length.</w:t>
      </w:r>
    </w:p>
    <w:p>
      <w:pPr>
        <w:spacing w:before="0" w:after="80" w:line="300" w:lineRule="auto"/>
        <w:jc w:val="left"/>
      </w:pPr>
      <w:r>
        <w:rPr>
          <w:rFonts w:ascii="Times New Roman" w:hAnsi="Times New Roman" w:eastAsia="宋体"/>
          <w:b w:val="0"/>
          <w:i w:val="0"/>
          <w:color w:val="333333"/>
          <w:sz w:val="19"/>
        </w:rPr>
        <w:t>Then CD=DE=EC, so △ CDE is equilateral and ∠ CED=60°. Therefore</w:t>
      </w:r>
    </w:p>
    <w:p>
      <w:pPr>
        <w:spacing w:before="0" w:after="80" w:line="300" w:lineRule="auto"/>
        <w:jc w:val="left"/>
      </w:pPr>
      <w:r>
        <w:rPr>
          <w:rFonts w:ascii="Times New Roman" w:hAnsi="Times New Roman" w:eastAsia="宋体"/>
          <w:b w:val="0"/>
          <w:i w:val="0"/>
          <w:color w:val="333333"/>
          <w:sz w:val="19"/>
        </w:rPr>
        <w:t>∠ E=∠ AEC+∠ CED</w:t>
      </w:r>
    </w:p>
    <w:p>
      <w:pPr>
        <w:spacing w:before="0" w:after="80" w:line="300" w:lineRule="auto"/>
        <w:jc w:val="left"/>
      </w:pPr>
      <w:r>
        <w:rPr>
          <w:rFonts w:ascii="Times New Roman" w:hAnsi="Times New Roman" w:eastAsia="宋体"/>
          <w:b w:val="0"/>
          <w:i w:val="0"/>
          <w:color w:val="333333"/>
          <w:sz w:val="19"/>
        </w:rPr>
        <w:t>=90°+60°</w:t>
      </w:r>
    </w:p>
    <w:p>
      <w:pPr>
        <w:spacing w:before="0" w:after="80" w:line="300" w:lineRule="auto"/>
        <w:jc w:val="left"/>
      </w:pPr>
      <w:r>
        <w:rPr>
          <w:rFonts w:ascii="Times New Roman" w:hAnsi="Times New Roman" w:eastAsia="宋体"/>
          <w:b w:val="0"/>
          <w:i w:val="0"/>
          <w:color w:val="333333"/>
          <w:sz w:val="19"/>
        </w:rPr>
        <w:t>=150°.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N 年前 Tom 年龄为 T-N。三个孩子每人少 N 岁，所以他们当时总年龄为 T-3N。</w:t>
      </w:r>
    </w:p>
    <w:p>
      <w:pPr>
        <w:spacing w:before="0" w:after="80" w:line="300" w:lineRule="auto"/>
        <w:jc w:val="left"/>
      </w:pPr>
      <w:r>
        <w:rPr>
          <w:rFonts w:ascii="Times New Roman" w:hAnsi="Times New Roman" w:eastAsia="宋体"/>
          <w:b w:val="0"/>
          <w:i w:val="0"/>
          <w:sz w:val="21"/>
        </w:rPr>
        <w:t>条件给出</w:t>
      </w:r>
    </w:p>
    <w:p>
      <w:pPr>
        <w:spacing w:before="0" w:after="80" w:line="300" w:lineRule="auto"/>
        <w:jc w:val="left"/>
      </w:pPr>
      <w:r>
        <w:rPr>
          <w:rFonts w:ascii="Times New Roman" w:hAnsi="Times New Roman" w:eastAsia="宋体"/>
          <w:b w:val="0"/>
          <w:i w:val="0"/>
          <w:sz w:val="21"/>
        </w:rPr>
        <w:t>T-N=2(T-3N)，</w:t>
      </w:r>
    </w:p>
    <w:p>
      <w:pPr>
        <w:spacing w:before="0" w:after="80" w:line="300" w:lineRule="auto"/>
        <w:jc w:val="left"/>
      </w:pPr>
      <w:r>
        <w:rPr>
          <w:rFonts w:ascii="Times New Roman" w:hAnsi="Times New Roman" w:eastAsia="宋体"/>
          <w:b w:val="0"/>
          <w:i w:val="0"/>
          <w:sz w:val="21"/>
        </w:rPr>
        <w:t>因而 5N=T，所以 T/N=5。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Tom’s age N years ago was T-N. His three children were each N years younger, so their ages then totaled T-3N.</w:t>
      </w:r>
    </w:p>
    <w:p>
      <w:pPr>
        <w:spacing w:before="0" w:after="80" w:line="300" w:lineRule="auto"/>
        <w:jc w:val="left"/>
      </w:pPr>
      <w:r>
        <w:rPr>
          <w:rFonts w:ascii="Times New Roman" w:hAnsi="Times New Roman" w:eastAsia="宋体"/>
          <w:b w:val="0"/>
          <w:i w:val="0"/>
          <w:color w:val="333333"/>
          <w:sz w:val="19"/>
        </w:rPr>
        <w:t>The condition gives</w:t>
      </w:r>
    </w:p>
    <w:p>
      <w:pPr>
        <w:spacing w:before="0" w:after="80" w:line="300" w:lineRule="auto"/>
        <w:jc w:val="left"/>
      </w:pPr>
      <w:r>
        <w:rPr>
          <w:rFonts w:ascii="Times New Roman" w:hAnsi="Times New Roman" w:eastAsia="宋体"/>
          <w:b w:val="0"/>
          <w:i w:val="0"/>
          <w:color w:val="333333"/>
          <w:sz w:val="19"/>
        </w:rPr>
        <w:t>T-N=2(T-3N),</w:t>
      </w:r>
    </w:p>
    <w:p>
      <w:pPr>
        <w:spacing w:before="0" w:after="80" w:line="300" w:lineRule="auto"/>
        <w:jc w:val="left"/>
      </w:pPr>
      <w:r>
        <w:rPr>
          <w:rFonts w:ascii="Times New Roman" w:hAnsi="Times New Roman" w:eastAsia="宋体"/>
          <w:b w:val="0"/>
          <w:i w:val="0"/>
          <w:color w:val="333333"/>
          <w:sz w:val="19"/>
        </w:rPr>
        <w:t>so 5N=T and T/N=5.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A</w:t>
      </w:r>
    </w:p>
    <w:p>
      <w:pPr>
        <w:spacing w:before="0" w:after="80" w:line="300" w:lineRule="auto"/>
        <w:jc w:val="left"/>
      </w:pPr>
      <w:r>
        <w:rPr>
          <w:rFonts w:ascii="Times New Roman" w:hAnsi="Times New Roman" w:eastAsia="宋体"/>
          <w:b w:val="0"/>
          <w:i w:val="0"/>
          <w:sz w:val="21"/>
        </w:rPr>
        <w:t>令 3x-1=5，得 x=2。</w:t>
      </w:r>
    </w:p>
    <w:p>
      <w:pPr>
        <w:spacing w:before="0" w:after="80" w:line="300" w:lineRule="auto"/>
        <w:jc w:val="left"/>
      </w:pPr>
      <w:r>
        <w:rPr>
          <w:rFonts w:ascii="Times New Roman" w:hAnsi="Times New Roman" w:eastAsia="宋体"/>
          <w:b w:val="0"/>
          <w:i w:val="0"/>
          <w:sz w:val="21"/>
        </w:rPr>
        <w:t>于是</w:t>
      </w:r>
    </w:p>
    <w:p>
      <w:pPr>
        <w:spacing w:before="0" w:after="80" w:line="300" w:lineRule="auto"/>
        <w:jc w:val="left"/>
      </w:pPr>
      <w:r>
        <w:rPr>
          <w:rFonts w:ascii="Times New Roman" w:hAnsi="Times New Roman" w:eastAsia="宋体"/>
          <w:b w:val="0"/>
          <w:i w:val="0"/>
          <w:sz w:val="21"/>
        </w:rPr>
        <w:t>f(5)=2²+2+1=7。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Setting 3x-1=5 gives x=2.</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f(5)=2²+2+1=7.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两名女生离开、两名男生加入，总人数不变，女生比例从 40% 降到 30%。</w:t>
      </w:r>
    </w:p>
    <w:p>
      <w:pPr>
        <w:spacing w:before="0" w:after="80" w:line="300" w:lineRule="auto"/>
        <w:jc w:val="left"/>
      </w:pPr>
      <w:r>
        <w:rPr>
          <w:rFonts w:ascii="Times New Roman" w:hAnsi="Times New Roman" w:eastAsia="宋体"/>
          <w:b w:val="0"/>
          <w:i w:val="0"/>
          <w:sz w:val="21"/>
        </w:rPr>
        <w:t>下降的 10% 就对应这两名女生，所以全组有 20 人，起初女生人数为 20 的 40%，即 8 人。</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two girls leave while two boys arrive, the total group size is unchanged. The drop from 40% to 30% girls corresponds to the two girls who left.</w:t>
      </w:r>
    </w:p>
    <w:p>
      <w:pPr>
        <w:spacing w:before="0" w:after="80" w:line="300" w:lineRule="auto"/>
        <w:jc w:val="left"/>
      </w:pPr>
      <w:r>
        <w:rPr>
          <w:rFonts w:ascii="Times New Roman" w:hAnsi="Times New Roman" w:eastAsia="宋体"/>
          <w:b w:val="0"/>
          <w:i w:val="0"/>
          <w:color w:val="333333"/>
          <w:sz w:val="19"/>
        </w:rPr>
        <w:t>So those two girls are 10% of the group, meaning the group has 20 people. The initial number of girls was 40% of 20, or 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令 x=∠ A，则 ∠ B=x/2、∠ C=x/3、∠ D=x/4。</w:t>
      </w:r>
    </w:p>
    <w:p>
      <w:pPr>
        <w:spacing w:before="0" w:after="80" w:line="300" w:lineRule="auto"/>
        <w:jc w:val="left"/>
      </w:pPr>
      <w:r>
        <w:rPr>
          <w:rFonts w:ascii="Times New Roman" w:hAnsi="Times New Roman" w:eastAsia="宋体"/>
          <w:b w:val="0"/>
          <w:i w:val="0"/>
          <w:sz w:val="21"/>
        </w:rPr>
        <w:t>角和给出</w:t>
      </w:r>
    </w:p>
    <w:p>
      <w:pPr>
        <w:spacing w:before="0" w:after="80" w:line="300" w:lineRule="auto"/>
        <w:jc w:val="left"/>
      </w:pPr>
      <w:r>
        <w:rPr>
          <w:rFonts w:ascii="Times New Roman" w:hAnsi="Times New Roman" w:eastAsia="宋体"/>
          <w:b w:val="0"/>
          <w:i w:val="0"/>
          <w:sz w:val="21"/>
        </w:rPr>
        <w:t>x+x/2+x/3+x/4=25x/12=360，</w:t>
      </w:r>
    </w:p>
    <w:p>
      <w:pPr>
        <w:spacing w:before="0" w:after="80" w:line="300" w:lineRule="auto"/>
        <w:jc w:val="left"/>
      </w:pPr>
      <w:r>
        <w:rPr>
          <w:rFonts w:ascii="Times New Roman" w:hAnsi="Times New Roman" w:eastAsia="宋体"/>
          <w:b w:val="0"/>
          <w:i w:val="0"/>
          <w:sz w:val="21"/>
        </w:rPr>
        <w:t>所以 x=(12·360)/25=172.8≈173。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A. Then ∠ B=x/2, ∠ C=x/3, and ∠ D=x/4.</w:t>
      </w:r>
    </w:p>
    <w:p>
      <w:pPr>
        <w:spacing w:before="0" w:after="80" w:line="300" w:lineRule="auto"/>
        <w:jc w:val="left"/>
      </w:pPr>
      <w:r>
        <w:rPr>
          <w:rFonts w:ascii="Times New Roman" w:hAnsi="Times New Roman" w:eastAsia="宋体"/>
          <w:b w:val="0"/>
          <w:i w:val="0"/>
          <w:color w:val="333333"/>
          <w:sz w:val="19"/>
        </w:rPr>
        <w:t>The angle sum gives</w:t>
      </w:r>
    </w:p>
    <w:p>
      <w:pPr>
        <w:spacing w:before="0" w:after="80" w:line="300" w:lineRule="auto"/>
        <w:jc w:val="left"/>
      </w:pPr>
      <w:r>
        <w:rPr>
          <w:rFonts w:ascii="Times New Roman" w:hAnsi="Times New Roman" w:eastAsia="宋体"/>
          <w:b w:val="0"/>
          <w:i w:val="0"/>
          <w:color w:val="333333"/>
          <w:sz w:val="19"/>
        </w:rPr>
        <w:t>x+x/2+x/3+x/4=25x/12=360,</w:t>
      </w:r>
    </w:p>
    <w:p>
      <w:pPr>
        <w:spacing w:before="0" w:after="80" w:line="300" w:lineRule="auto"/>
        <w:jc w:val="left"/>
      </w:pPr>
      <w:r>
        <w:rPr>
          <w:rFonts w:ascii="Times New Roman" w:hAnsi="Times New Roman" w:eastAsia="宋体"/>
          <w:b w:val="0"/>
          <w:i w:val="0"/>
          <w:color w:val="333333"/>
          <w:sz w:val="19"/>
        </w:rPr>
        <w:t>so x=(12·360)/25=172.8≈173.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取班上有 10 名学生，则有 1 名三年级和 9 名四年级。</w:t>
      </w:r>
    </w:p>
    <w:p>
      <w:pPr>
        <w:spacing w:before="0" w:after="80" w:line="300" w:lineRule="auto"/>
        <w:jc w:val="left"/>
      </w:pPr>
      <w:r>
        <w:rPr>
          <w:rFonts w:ascii="Times New Roman" w:hAnsi="Times New Roman" w:eastAsia="宋体"/>
          <w:b w:val="0"/>
          <w:i w:val="0"/>
          <w:sz w:val="21"/>
        </w:rPr>
        <w:t>全班总分为 10·84=840，四年级学生贡献 9·83=747。所以那名三年级学生的得分为</w:t>
      </w:r>
    </w:p>
    <w:p>
      <w:pPr>
        <w:spacing w:before="0" w:after="80" w:line="300" w:lineRule="auto"/>
        <w:jc w:val="left"/>
      </w:pPr>
      <w:r>
        <w:rPr>
          <w:rFonts w:ascii="Times New Roman" w:hAnsi="Times New Roman" w:eastAsia="宋体"/>
          <w:b w:val="0"/>
          <w:i w:val="0"/>
          <w:sz w:val="21"/>
        </w:rPr>
        <w:t>840-747=93。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Take a class of 10 students, so there is 1 junior and 9 seniors.</w:t>
      </w:r>
    </w:p>
    <w:p>
      <w:pPr>
        <w:spacing w:before="0" w:after="80" w:line="300" w:lineRule="auto"/>
        <w:jc w:val="left"/>
      </w:pPr>
      <w:r>
        <w:rPr>
          <w:rFonts w:ascii="Times New Roman" w:hAnsi="Times New Roman" w:eastAsia="宋体"/>
          <w:b w:val="0"/>
          <w:i w:val="0"/>
          <w:color w:val="333333"/>
          <w:sz w:val="19"/>
        </w:rPr>
        <w:t>The total of all scores is 10·84=840, and the seniors contribute 9·83=747. So the junior scored</w:t>
      </w:r>
    </w:p>
    <w:p>
      <w:pPr>
        <w:spacing w:before="0" w:after="80" w:line="300" w:lineRule="auto"/>
        <w:jc w:val="left"/>
      </w:pPr>
      <w:r>
        <w:rPr>
          <w:rFonts w:ascii="Times New Roman" w:hAnsi="Times New Roman" w:eastAsia="宋体"/>
          <w:b w:val="0"/>
          <w:i w:val="0"/>
          <w:color w:val="333333"/>
          <w:sz w:val="19"/>
        </w:rPr>
        <w:t>840-747=93.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周期长为 30+3+30=63 秒，每周期有三次变色。</w:t>
      </w:r>
    </w:p>
    <w:p>
      <w:pPr>
        <w:spacing w:before="0" w:after="80" w:line="300" w:lineRule="auto"/>
        <w:jc w:val="left"/>
      </w:pPr>
      <w:r>
        <w:rPr>
          <w:rFonts w:ascii="Times New Roman" w:hAnsi="Times New Roman" w:eastAsia="宋体"/>
          <w:b w:val="0"/>
          <w:i w:val="0"/>
          <w:sz w:val="21"/>
        </w:rPr>
        <w:t>Leah 看到变色当且仅当她的三秒观察区间在某次变色前的 3 秒内开始。共有 3·3=9 秒的有利开始时间，在 63 秒周期中概率为</w:t>
      </w:r>
    </w:p>
    <w:p>
      <w:pPr>
        <w:spacing w:before="0" w:after="80" w:line="300" w:lineRule="auto"/>
        <w:jc w:val="left"/>
      </w:pPr>
      <w:r>
        <w:rPr>
          <w:rFonts w:ascii="Times New Roman" w:hAnsi="Times New Roman" w:eastAsia="宋体"/>
          <w:b w:val="0"/>
          <w:i w:val="0"/>
          <w:sz w:val="21"/>
        </w:rPr>
        <w:t>9/63=1/7。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cycle length is 30+3+30=63 seconds, with three color changes per cycle.</w:t>
      </w:r>
    </w:p>
    <w:p>
      <w:pPr>
        <w:spacing w:before="0" w:after="80" w:line="300" w:lineRule="auto"/>
        <w:jc w:val="left"/>
      </w:pPr>
      <w:r>
        <w:rPr>
          <w:rFonts w:ascii="Times New Roman" w:hAnsi="Times New Roman" w:eastAsia="宋体"/>
          <w:b w:val="0"/>
          <w:i w:val="0"/>
          <w:color w:val="333333"/>
          <w:sz w:val="19"/>
        </w:rPr>
        <w:t>Leah sees a change exactly when her three-second interval starts within the 3 seconds before a switch. That gives 3·3=9 favorable seconds out of 63, a probability of</w:t>
      </w:r>
    </w:p>
    <w:p>
      <w:pPr>
        <w:spacing w:before="0" w:after="80" w:line="300" w:lineRule="auto"/>
        <w:jc w:val="left"/>
      </w:pPr>
      <w:r>
        <w:rPr>
          <w:rFonts w:ascii="Times New Roman" w:hAnsi="Times New Roman" w:eastAsia="宋体"/>
          <w:b w:val="0"/>
          <w:i w:val="0"/>
          <w:color w:val="333333"/>
          <w:sz w:val="19"/>
        </w:rPr>
        <w:t>9/63=1/7.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设 s=AB。连接 P 与各顶点，把三角形分成 △ PAB、△ PBC、△ PCA，它们的面积分别为 s/2、s、3s/2。</w:t>
      </w:r>
    </w:p>
    <w:p>
      <w:pPr>
        <w:spacing w:before="0" w:after="80" w:line="300" w:lineRule="auto"/>
        <w:jc w:val="left"/>
      </w:pPr>
      <w:r>
        <w:rPr>
          <w:rFonts w:ascii="Times New Roman" w:hAnsi="Times New Roman" w:eastAsia="宋体"/>
          <w:b w:val="0"/>
          <w:i w:val="0"/>
          <w:sz w:val="21"/>
        </w:rPr>
        <w:t>这些面积总和为 3s，必须等于等边三角形面积 (√(3))/4s²。因此</w:t>
      </w:r>
    </w:p>
    <w:p>
      <w:pPr>
        <w:spacing w:before="0" w:after="80" w:line="300" w:lineRule="auto"/>
        <w:jc w:val="left"/>
      </w:pPr>
      <w:r>
        <w:rPr>
          <w:rFonts w:ascii="Times New Roman" w:hAnsi="Times New Roman" w:eastAsia="宋体"/>
          <w:b w:val="0"/>
          <w:i w:val="0"/>
          <w:sz w:val="21"/>
        </w:rPr>
        <w:t>3s=(√(3))/4s²，</w:t>
      </w:r>
    </w:p>
    <w:p>
      <w:pPr>
        <w:spacing w:before="0" w:after="80" w:line="300" w:lineRule="auto"/>
        <w:jc w:val="left"/>
      </w:pPr>
      <w:r>
        <w:rPr>
          <w:rFonts w:ascii="Times New Roman" w:hAnsi="Times New Roman" w:eastAsia="宋体"/>
          <w:b w:val="0"/>
          <w:i w:val="0"/>
          <w:sz w:val="21"/>
        </w:rPr>
        <w:t>得 s=12/(√(3))=4√(3)。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s=AB. Joining P to the vertices splits the triangle into △ PAB, △ PBC, and △ PCA, with areas s/2, s, and 3s/2.</w:t>
      </w:r>
    </w:p>
    <w:p>
      <w:pPr>
        <w:spacing w:before="0" w:after="80" w:line="300" w:lineRule="auto"/>
        <w:jc w:val="left"/>
      </w:pPr>
      <w:r>
        <w:rPr>
          <w:rFonts w:ascii="Times New Roman" w:hAnsi="Times New Roman" w:eastAsia="宋体"/>
          <w:b w:val="0"/>
          <w:i w:val="0"/>
          <w:color w:val="333333"/>
          <w:sz w:val="19"/>
        </w:rPr>
        <w:t>Their total is 3s, which must equal the area (√(3))/4s² of the equilateral triangle. So</w:t>
      </w:r>
    </w:p>
    <w:p>
      <w:pPr>
        <w:spacing w:before="0" w:after="80" w:line="300" w:lineRule="auto"/>
        <w:jc w:val="left"/>
      </w:pPr>
      <w:r>
        <w:rPr>
          <w:rFonts w:ascii="Times New Roman" w:hAnsi="Times New Roman" w:eastAsia="宋体"/>
          <w:b w:val="0"/>
          <w:i w:val="0"/>
          <w:color w:val="333333"/>
          <w:sz w:val="19"/>
        </w:rPr>
        <w:t>3s=(√(3))/4s²,</w:t>
      </w:r>
    </w:p>
    <w:p>
      <w:pPr>
        <w:spacing w:before="0" w:after="80" w:line="300" w:lineRule="auto"/>
        <w:jc w:val="left"/>
      </w:pPr>
      <w:r>
        <w:rPr>
          <w:rFonts w:ascii="Times New Roman" w:hAnsi="Times New Roman" w:eastAsia="宋体"/>
          <w:b w:val="0"/>
          <w:i w:val="0"/>
          <w:color w:val="333333"/>
          <w:sz w:val="19"/>
        </w:rPr>
        <w:t>giving s=12/(√(3))=4√(3).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E</w:t>
      </w:r>
    </w:p>
    <w:p>
      <w:pPr>
        <w:spacing w:before="0" w:after="80" w:line="300" w:lineRule="auto"/>
        <w:jc w:val="left"/>
      </w:pPr>
      <w:r>
        <w:rPr>
          <w:rFonts w:ascii="Times New Roman" w:hAnsi="Times New Roman" w:eastAsia="宋体"/>
          <w:b w:val="0"/>
          <w:i w:val="0"/>
          <w:sz w:val="21"/>
        </w:rPr>
        <w:t>奇次幂项为 ar+ar³+⋯ =r(a+ar²+⋯)，即偶次幂项之和的 r 倍。偶次幂项之和为 7-3=4。</w:t>
      </w:r>
    </w:p>
    <w:p>
      <w:pPr>
        <w:spacing w:before="0" w:after="80" w:line="300" w:lineRule="auto"/>
        <w:jc w:val="left"/>
      </w:pPr>
      <w:r>
        <w:rPr>
          <w:rFonts w:ascii="Times New Roman" w:hAnsi="Times New Roman" w:eastAsia="宋体"/>
          <w:b w:val="0"/>
          <w:i w:val="0"/>
          <w:sz w:val="21"/>
        </w:rPr>
        <w:t>因此 3=4r，得 r=3/4。又 a=7(1-r)=7/4，</w:t>
      </w:r>
    </w:p>
    <w:p>
      <w:pPr>
        <w:spacing w:before="0" w:after="80" w:line="300" w:lineRule="auto"/>
        <w:jc w:val="left"/>
      </w:pPr>
      <w:r>
        <w:rPr>
          <w:rFonts w:ascii="Times New Roman" w:hAnsi="Times New Roman" w:eastAsia="宋体"/>
          <w:b w:val="0"/>
          <w:i w:val="0"/>
          <w:sz w:val="21"/>
        </w:rPr>
        <w:t>a+r=7/4+3/4=5/2。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odd-power terms are ar+ar³+⋯ =r(a+ar²+⋯), that is, r times the even-power terms. The even-power terms sum to 7-3=4.</w:t>
      </w:r>
    </w:p>
    <w:p>
      <w:pPr>
        <w:spacing w:before="0" w:after="80" w:line="300" w:lineRule="auto"/>
        <w:jc w:val="left"/>
      </w:pPr>
      <w:r>
        <w:rPr>
          <w:rFonts w:ascii="Times New Roman" w:hAnsi="Times New Roman" w:eastAsia="宋体"/>
          <w:b w:val="0"/>
          <w:i w:val="0"/>
          <w:color w:val="333333"/>
          <w:sz w:val="19"/>
        </w:rPr>
        <w:t>So 3=4r, giving r=3/4. Then a=7(1-r)=7/4, and</w:t>
      </w:r>
    </w:p>
    <w:p>
      <w:pPr>
        <w:spacing w:before="0" w:after="80" w:line="300" w:lineRule="auto"/>
        <w:jc w:val="left"/>
      </w:pPr>
      <w:r>
        <w:rPr>
          <w:rFonts w:ascii="Times New Roman" w:hAnsi="Times New Roman" w:eastAsia="宋体"/>
          <w:b w:val="0"/>
          <w:i w:val="0"/>
          <w:color w:val="333333"/>
          <w:sz w:val="19"/>
        </w:rPr>
        <w:t>a+r=7/4+3/4=5/2.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A</w:t>
      </w:r>
    </w:p>
    <w:p>
      <w:pPr>
        <w:spacing w:before="0" w:after="80" w:line="300" w:lineRule="auto"/>
        <w:jc w:val="left"/>
      </w:pPr>
      <w:r>
        <w:rPr>
          <w:rFonts w:ascii="Times New Roman" w:hAnsi="Times New Roman" w:eastAsia="宋体"/>
          <w:b w:val="0"/>
          <w:i w:val="0"/>
          <w:sz w:val="21"/>
        </w:rPr>
        <w:t>四面体旋转群有 12 个元素：恒等、8 个绕顶点-对面轴的 3 阶旋转，以及 3 个绕对边中点轴的 2 阶旋转。</w:t>
      </w:r>
    </w:p>
    <w:p>
      <w:pPr>
        <w:spacing w:before="0" w:after="80" w:line="300" w:lineRule="auto"/>
        <w:jc w:val="left"/>
      </w:pPr>
      <w:r>
        <w:rPr>
          <w:rFonts w:ascii="Times New Roman" w:hAnsi="Times New Roman" w:eastAsia="宋体"/>
          <w:b w:val="0"/>
          <w:i w:val="0"/>
          <w:sz w:val="21"/>
        </w:rPr>
        <w:t>恒等固定全部 3⁴=81 种涂色。每个顶点旋转固定一个面并轮换另外三个面，所以固定 3²=9 种涂色；同样地，每个边旋转交换两对面，也固定 3²=9 种。</w:t>
      </w:r>
    </w:p>
    <w:p>
      <w:pPr>
        <w:spacing w:before="0" w:after="80" w:line="300" w:lineRule="auto"/>
        <w:jc w:val="left"/>
      </w:pPr>
      <w:r>
        <w:rPr>
          <w:rFonts w:ascii="Times New Roman" w:hAnsi="Times New Roman" w:eastAsia="宋体"/>
          <w:b w:val="0"/>
          <w:i w:val="0"/>
          <w:sz w:val="21"/>
        </w:rPr>
        <w:t>由 Burnside 引理，可区分涂色数为</w:t>
      </w:r>
    </w:p>
    <w:p>
      <w:pPr>
        <w:spacing w:before="0" w:after="80" w:line="300" w:lineRule="auto"/>
        <w:jc w:val="left"/>
      </w:pPr>
      <w:r>
        <w:rPr>
          <w:rFonts w:ascii="Times New Roman" w:hAnsi="Times New Roman" w:eastAsia="宋体"/>
          <w:b w:val="0"/>
          <w:i w:val="0"/>
          <w:sz w:val="21"/>
        </w:rPr>
        <w:t>(81+8·9+3·9)/12=180/12=15。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rotation group of the tetrahedron has 12 elements: the identity, 8 rotations of order 3 about a vertex-face axis, and 3 rotations of order 2 about an edge-midpoint axis.</w:t>
      </w:r>
    </w:p>
    <w:p>
      <w:pPr>
        <w:spacing w:before="0" w:after="80" w:line="300" w:lineRule="auto"/>
        <w:jc w:val="left"/>
      </w:pPr>
      <w:r>
        <w:rPr>
          <w:rFonts w:ascii="Times New Roman" w:hAnsi="Times New Roman" w:eastAsia="宋体"/>
          <w:b w:val="0"/>
          <w:i w:val="0"/>
          <w:color w:val="333333"/>
          <w:sz w:val="19"/>
        </w:rPr>
        <w:t>The identity fixes all 3⁴=81 colorings. Each vertex rotation fixes one face and cycles the other three, so it fixes 3²=9 colorings; likewise each edge rotation swaps two pairs of faces and fixes 3²=9.</w:t>
      </w:r>
    </w:p>
    <w:p>
      <w:pPr>
        <w:spacing w:before="0" w:after="80" w:line="300" w:lineRule="auto"/>
        <w:jc w:val="left"/>
      </w:pPr>
      <w:r>
        <w:rPr>
          <w:rFonts w:ascii="Times New Roman" w:hAnsi="Times New Roman" w:eastAsia="宋体"/>
          <w:b w:val="0"/>
          <w:i w:val="0"/>
          <w:color w:val="333333"/>
          <w:sz w:val="19"/>
        </w:rPr>
        <w:t>By Burnside’s lemma the number of distinguishable colorings is</w:t>
      </w:r>
    </w:p>
    <w:p>
      <w:pPr>
        <w:spacing w:before="0" w:after="80" w:line="300" w:lineRule="auto"/>
        <w:jc w:val="left"/>
      </w:pPr>
      <w:r>
        <w:rPr>
          <w:rFonts w:ascii="Times New Roman" w:hAnsi="Times New Roman" w:eastAsia="宋体"/>
          <w:b w:val="0"/>
          <w:i w:val="0"/>
          <w:color w:val="333333"/>
          <w:sz w:val="19"/>
        </w:rPr>
        <w:t>(81+8·9+3·9)/12=180/12=15.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对所有 b&gt;0 都有 b&lt;10ᵇ，所以 log₁₀b&lt; b。若 b=1，则 a=0，不符合条件。若 b&gt;1，则 0&lt;log₁₀b/b²&lt;1，因此 a 不可能是非零整数。</w:t>
      </w:r>
    </w:p>
    <w:p>
      <w:pPr>
        <w:spacing w:before="0" w:after="80" w:line="300" w:lineRule="auto"/>
        <w:jc w:val="left"/>
      </w:pPr>
      <w:r>
        <w:rPr>
          <w:rFonts w:ascii="Times New Roman" w:hAnsi="Times New Roman" w:eastAsia="宋体"/>
          <w:b w:val="0"/>
          <w:i w:val="0"/>
          <w:sz w:val="21"/>
        </w:rPr>
        <w:t>所以 0&lt; b&lt;1，从而 log₁₀b&lt;0，且 a=log₁₀b/b²&lt;0。排序为 a&lt;0&lt; b&lt;1&lt;1/b，所以中位数是 b。</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b&gt;0, we have b&lt;10ᵇ, hence log₁₀b&lt; b. If b=1, then a=0. If b&gt;1, then 0&lt;log₁₀b/b²&lt;1, so a could not be an integer.</w:t>
      </w:r>
    </w:p>
    <w:p>
      <w:pPr>
        <w:spacing w:before="0" w:after="80" w:line="300" w:lineRule="auto"/>
        <w:jc w:val="left"/>
      </w:pPr>
      <w:r>
        <w:rPr>
          <w:rFonts w:ascii="Times New Roman" w:hAnsi="Times New Roman" w:eastAsia="宋体"/>
          <w:b w:val="0"/>
          <w:i w:val="0"/>
          <w:color w:val="333333"/>
          <w:sz w:val="19"/>
        </w:rPr>
        <w:t>Hence 0&lt; b&lt;1, so log₁₀b&lt;0 and a=log₁₀b/b²&lt;0. Thus a&lt;0&lt; b&lt;1&lt;1/b, and the middle value of the sorted set is b.</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设较小平方数为 N²，较大平方数为 (N+1)²，两者间隔为 2N+1。则</w:t>
      </w:r>
    </w:p>
    <w:p>
      <w:pPr>
        <w:spacing w:before="0" w:after="80" w:line="300" w:lineRule="auto"/>
        <w:jc w:val="left"/>
      </w:pPr>
      <w:r>
        <w:rPr>
          <w:rFonts w:ascii="Times New Roman" w:hAnsi="Times New Roman" w:eastAsia="宋体"/>
          <w:b w:val="0"/>
          <w:i w:val="0"/>
          <w:sz w:val="21"/>
        </w:rPr>
        <w:t>abc=N²+2N+1/3，</w:t>
      </w:r>
    </w:p>
    <w:p>
      <w:pPr>
        <w:spacing w:before="0" w:after="80" w:line="300" w:lineRule="auto"/>
        <w:jc w:val="left"/>
      </w:pPr>
      <w:r>
        <w:rPr>
          <w:rFonts w:ascii="Times New Roman" w:hAnsi="Times New Roman" w:eastAsia="宋体"/>
          <w:b w:val="0"/>
          <w:i w:val="0"/>
          <w:sz w:val="21"/>
        </w:rPr>
        <w:t>acb=N²+(2(2N+1))/3。</w:t>
      </w:r>
    </w:p>
    <w:p>
      <w:pPr>
        <w:spacing w:before="0" w:after="80" w:line="300" w:lineRule="auto"/>
        <w:jc w:val="left"/>
      </w:pPr>
      <w:r>
        <w:rPr>
          <w:rFonts w:ascii="Times New Roman" w:hAnsi="Times New Roman" w:eastAsia="宋体"/>
          <w:b w:val="0"/>
          <w:i w:val="0"/>
          <w:sz w:val="21"/>
        </w:rPr>
        <w:t>两式相减，acb-abc=9(c-b) =2N+1/3，所以 27(c-b)=2N+1。因为 acb 在区间中位置更靠后，所以 c-b 为正；又因为右边是奇数，所以 c-b 是奇数。若 c-b≥3，则 N≥40，且 N² 不再是三位数。</w:t>
      </w:r>
    </w:p>
    <w:p>
      <w:pPr>
        <w:spacing w:before="0" w:after="80" w:line="300" w:lineRule="auto"/>
        <w:jc w:val="left"/>
      </w:pPr>
      <w:r>
        <w:rPr>
          <w:rFonts w:ascii="Times New Roman" w:hAnsi="Times New Roman" w:eastAsia="宋体"/>
          <w:b w:val="0"/>
          <w:i w:val="0"/>
          <w:sz w:val="21"/>
        </w:rPr>
        <w:t>因此 c-b=1，得到 N=13。从 13²=169 到 14²=196 的三分之一与三分之二处分别为 178 和 187，所以 a+b+c=1+7+8=16。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smaller square be N², so the larger is (N+1)² and the gap is 2N+1. Then</w:t>
      </w:r>
    </w:p>
    <w:p>
      <w:pPr>
        <w:spacing w:before="0" w:after="80" w:line="300" w:lineRule="auto"/>
        <w:jc w:val="left"/>
      </w:pPr>
      <w:r>
        <w:rPr>
          <w:rFonts w:ascii="Times New Roman" w:hAnsi="Times New Roman" w:eastAsia="宋体"/>
          <w:b w:val="0"/>
          <w:i w:val="0"/>
          <w:color w:val="333333"/>
          <w:sz w:val="19"/>
        </w:rPr>
        <w:t>abc=N²+2N+1/3,</w:t>
      </w:r>
    </w:p>
    <w:p>
      <w:pPr>
        <w:spacing w:before="0" w:after="80" w:line="300" w:lineRule="auto"/>
        <w:jc w:val="left"/>
      </w:pPr>
      <w:r>
        <w:rPr>
          <w:rFonts w:ascii="Times New Roman" w:hAnsi="Times New Roman" w:eastAsia="宋体"/>
          <w:b w:val="0"/>
          <w:i w:val="0"/>
          <w:color w:val="333333"/>
          <w:sz w:val="19"/>
        </w:rPr>
        <w:t>acb=N²+(2(2N+1))/3.</w:t>
      </w:r>
    </w:p>
    <w:p>
      <w:pPr>
        <w:spacing w:before="0" w:after="80" w:line="300" w:lineRule="auto"/>
        <w:jc w:val="left"/>
      </w:pPr>
      <w:r>
        <w:rPr>
          <w:rFonts w:ascii="Times New Roman" w:hAnsi="Times New Roman" w:eastAsia="宋体"/>
          <w:b w:val="0"/>
          <w:i w:val="0"/>
          <w:color w:val="333333"/>
          <w:sz w:val="19"/>
        </w:rPr>
        <w:t>Subtracting, acb-abc=9(c-b) =2N+1/3, so 27(c-b)=2N+1. Since acb is farther along the interval, c-b is positive; and because the right side is odd, c-b is odd. If c-b≥3, then N≥40 and N² is not three digits.</w:t>
      </w:r>
    </w:p>
    <w:p>
      <w:pPr>
        <w:spacing w:before="0" w:after="80" w:line="300" w:lineRule="auto"/>
        <w:jc w:val="left"/>
      </w:pPr>
      <w:r>
        <w:rPr>
          <w:rFonts w:ascii="Times New Roman" w:hAnsi="Times New Roman" w:eastAsia="宋体"/>
          <w:b w:val="0"/>
          <w:i w:val="0"/>
          <w:color w:val="333333"/>
          <w:sz w:val="19"/>
        </w:rPr>
        <w:t>So c-b=1, giving N=13. The points one third and two thirds of the way from 13²=169 to 14²=196 are 178 and 187, so a+b+c=1+7+8=16.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A</w:t>
      </w:r>
    </w:p>
    <w:p>
      <w:pPr>
        <w:spacing w:before="0" w:after="80" w:line="300" w:lineRule="auto"/>
        <w:jc w:val="left"/>
      </w:pPr>
      <w:r>
        <w:rPr>
          <w:rFonts w:ascii="Times New Roman" w:hAnsi="Times New Roman" w:eastAsia="宋体"/>
          <w:b w:val="0"/>
          <w:i w:val="0"/>
          <w:sz w:val="21"/>
        </w:rPr>
        <w:t>令 θ=∠ ABC。底面圆周长为 6，所以半径为 6/2π=3/π。圆柱高为菱形的高 6sinθ。</w:t>
      </w:r>
    </w:p>
    <w:p>
      <w:pPr>
        <w:spacing w:before="0" w:after="80" w:line="300" w:lineRule="auto"/>
        <w:jc w:val="left"/>
      </w:pPr>
      <w:r>
        <w:rPr>
          <w:rFonts w:ascii="Times New Roman" w:hAnsi="Times New Roman" w:eastAsia="宋体"/>
          <w:b w:val="0"/>
          <w:i w:val="0"/>
          <w:sz w:val="21"/>
        </w:rPr>
        <w:t>体积为</w:t>
      </w:r>
    </w:p>
    <w:p>
      <w:pPr>
        <w:spacing w:before="0" w:after="80" w:line="300" w:lineRule="auto"/>
        <w:jc w:val="left"/>
      </w:pPr>
      <w:r>
        <w:rPr>
          <w:rFonts w:ascii="Times New Roman" w:hAnsi="Times New Roman" w:eastAsia="宋体"/>
          <w:b w:val="0"/>
          <w:i w:val="0"/>
          <w:sz w:val="21"/>
        </w:rPr>
        <w:t>π(3/π)²(6sinθ)=54/πsinθ=6，</w:t>
      </w:r>
    </w:p>
    <w:p>
      <w:pPr>
        <w:spacing w:before="0" w:after="80" w:line="300" w:lineRule="auto"/>
        <w:jc w:val="left"/>
      </w:pPr>
      <w:r>
        <w:rPr>
          <w:rFonts w:ascii="Times New Roman" w:hAnsi="Times New Roman" w:eastAsia="宋体"/>
          <w:b w:val="0"/>
          <w:i w:val="0"/>
          <w:sz w:val="21"/>
        </w:rPr>
        <w:t>所以 sinθ=π/9。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θ=∠ ABC. The base circle has circumference 6, so its radius is 6/2π=3/π. The height of the cylinder is the rhombus altitude 6sinθ.</w:t>
      </w:r>
    </w:p>
    <w:p>
      <w:pPr>
        <w:spacing w:before="0" w:after="80" w:line="300" w:lineRule="auto"/>
        <w:jc w:val="left"/>
      </w:pPr>
      <w:r>
        <w:rPr>
          <w:rFonts w:ascii="Times New Roman" w:hAnsi="Times New Roman" w:eastAsia="宋体"/>
          <w:b w:val="0"/>
          <w:i w:val="0"/>
          <w:color w:val="333333"/>
          <w:sz w:val="19"/>
        </w:rPr>
        <w:t>The volume is</w:t>
      </w:r>
    </w:p>
    <w:p>
      <w:pPr>
        <w:spacing w:before="0" w:after="80" w:line="300" w:lineRule="auto"/>
        <w:jc w:val="left"/>
      </w:pPr>
      <w:r>
        <w:rPr>
          <w:rFonts w:ascii="Times New Roman" w:hAnsi="Times New Roman" w:eastAsia="宋体"/>
          <w:b w:val="0"/>
          <w:i w:val="0"/>
          <w:color w:val="333333"/>
          <w:sz w:val="19"/>
        </w:rPr>
        <w:t>π(3/π)²(6sinθ)=54/πsinθ=6,</w:t>
      </w:r>
    </w:p>
    <w:p>
      <w:pPr>
        <w:spacing w:before="0" w:after="80" w:line="300" w:lineRule="auto"/>
        <w:jc w:val="left"/>
      </w:pPr>
      <w:r>
        <w:rPr>
          <w:rFonts w:ascii="Times New Roman" w:hAnsi="Times New Roman" w:eastAsia="宋体"/>
          <w:b w:val="0"/>
          <w:i w:val="0"/>
          <w:color w:val="333333"/>
          <w:sz w:val="19"/>
        </w:rPr>
        <w:t>so sinθ=π/9.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第一个平行四边形有两个顶点在 (0,c) 和 (0,d)，另外两个顶点的 x-坐标为 ±c-d/b-a。因此第一个平行四边形面积为 ((c-d)²)/(|b-a|)=18，第二个为 ((c+d)²)/(|b-a|)=72。</w:t>
      </w:r>
    </w:p>
    <w:p>
      <w:pPr>
        <w:spacing w:before="0" w:after="80" w:line="300" w:lineRule="auto"/>
        <w:jc w:val="left"/>
      </w:pPr>
      <w:r>
        <w:rPr>
          <w:rFonts w:ascii="Times New Roman" w:hAnsi="Times New Roman" w:eastAsia="宋体"/>
          <w:b w:val="0"/>
          <w:i w:val="0"/>
          <w:sz w:val="21"/>
        </w:rPr>
        <w:t>于是 (c-d)²=18|b-a|，(c+d)²=72|b-a|。两式相减得 4cd=54|b-a|，即 2cd=27|b-a|。</w:t>
      </w:r>
    </w:p>
    <w:p>
      <w:pPr>
        <w:spacing w:before="0" w:after="80" w:line="300" w:lineRule="auto"/>
        <w:jc w:val="left"/>
      </w:pPr>
      <w:r>
        <w:rPr>
          <w:rFonts w:ascii="Times New Roman" w:hAnsi="Times New Roman" w:eastAsia="宋体"/>
          <w:b w:val="0"/>
          <w:i w:val="0"/>
          <w:sz w:val="21"/>
        </w:rPr>
        <w:t>因此 |b-a| 是偶数，取 {a,b}={1,3} 时 a+b 最小；又 cd 是 27 的倍数，取 {c,d}={3,9} 时 c+d 最小。这些取值满足全部条件，于是 a+b+c+d=1+3+3+9 =16。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vertices of the first parallelogram lie at (0,c) and (0,d), and the other two have x-coordinates ±c-d/b-a. Its area works out to ((c-d)²)/(|b-a|)=18. The same computation for the second gives ((c+d)²)/(|b-a|)=72.</w:t>
      </w:r>
    </w:p>
    <w:p>
      <w:pPr>
        <w:spacing w:before="0" w:after="80" w:line="300" w:lineRule="auto"/>
        <w:jc w:val="left"/>
      </w:pPr>
      <w:r>
        <w:rPr>
          <w:rFonts w:ascii="Times New Roman" w:hAnsi="Times New Roman" w:eastAsia="宋体"/>
          <w:b w:val="0"/>
          <w:i w:val="0"/>
          <w:color w:val="333333"/>
          <w:sz w:val="19"/>
        </w:rPr>
        <w:t>So (c-d)²=18|b-a| and (c+d)²=72|b-a|. Subtracting, 4cd=54|b-a|, i.e. 2cd=27|b-a|.</w:t>
      </w:r>
    </w:p>
    <w:p>
      <w:pPr>
        <w:spacing w:before="0" w:after="80" w:line="300" w:lineRule="auto"/>
        <w:jc w:val="left"/>
      </w:pPr>
      <w:r>
        <w:rPr>
          <w:rFonts w:ascii="Times New Roman" w:hAnsi="Times New Roman" w:eastAsia="宋体"/>
          <w:b w:val="0"/>
          <w:i w:val="0"/>
          <w:color w:val="333333"/>
          <w:sz w:val="19"/>
        </w:rPr>
        <w:t>Thus |b-a| is even, so a+b is smallest with {a,b}={1,3}; and cd is a multiple of 27, so c+d is smallest with {c,d}={3,9}. These satisfy all conditions, giving a+b+c+d=1+3+3+9 =16.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A</w:t>
      </w:r>
    </w:p>
    <w:p>
      <w:pPr>
        <w:spacing w:before="0" w:after="80" w:line="300" w:lineRule="auto"/>
        <w:jc w:val="left"/>
      </w:pPr>
      <w:r>
        <w:rPr>
          <w:rFonts w:ascii="Times New Roman" w:hAnsi="Times New Roman" w:eastAsia="宋体"/>
          <w:b w:val="0"/>
          <w:i w:val="0"/>
          <w:sz w:val="21"/>
        </w:rPr>
        <w:t>回文数由前半部分决定。按 3 进制位数计数，长度 1 或 2 的有 2 个，长度 3 或 4 的有 6 个，长度 5 或 6 的有 18 个，长度 7 的有 54 个。</w:t>
      </w:r>
    </w:p>
    <w:p>
      <w:pPr>
        <w:spacing w:before="0" w:after="80" w:line="300" w:lineRule="auto"/>
        <w:jc w:val="left"/>
      </w:pPr>
      <w:r>
        <w:rPr>
          <w:rFonts w:ascii="Times New Roman" w:hAnsi="Times New Roman" w:eastAsia="宋体"/>
          <w:b w:val="0"/>
          <w:i w:val="0"/>
          <w:sz w:val="21"/>
        </w:rPr>
        <w:t>最多七位的总数为 2+2+6+6+18+18 +54=106。在 7 位数中，因为 2007=2202100₃，超过它的 7 位回文数为 2210122、2211122、2212122、2220222、2221222、2222222，共有 6 个。</w:t>
      </w:r>
    </w:p>
    <w:p>
      <w:pPr>
        <w:spacing w:before="0" w:after="80" w:line="300" w:lineRule="auto"/>
        <w:jc w:val="left"/>
      </w:pPr>
      <w:r>
        <w:rPr>
          <w:rFonts w:ascii="Times New Roman" w:hAnsi="Times New Roman" w:eastAsia="宋体"/>
          <w:b w:val="0"/>
          <w:i w:val="0"/>
          <w:sz w:val="21"/>
        </w:rPr>
        <w:t>因此答案为 106-6=100。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palindrome is fixed by its first half. Counting base-3 palindromes by length gives 2 of length 1 or 2, 6 of length 3 or 4, 18 of length 5 or 6, and 54 of length 7.</w:t>
      </w:r>
    </w:p>
    <w:p>
      <w:pPr>
        <w:spacing w:before="0" w:after="80" w:line="300" w:lineRule="auto"/>
        <w:jc w:val="left"/>
      </w:pPr>
      <w:r>
        <w:rPr>
          <w:rFonts w:ascii="Times New Roman" w:hAnsi="Times New Roman" w:eastAsia="宋体"/>
          <w:b w:val="0"/>
          <w:i w:val="0"/>
          <w:color w:val="333333"/>
          <w:sz w:val="19"/>
        </w:rPr>
        <w:t>That totals 2+2+6+6+18+18 +54=106 palindromes with at most 7 digits. Since 2007=2202100₃, the 7-digit palindromes larger than it are 2210122, 2211122, 2212122, 2220222, 2221222, and 2222222, which is 6 of them.</w:t>
      </w:r>
    </w:p>
    <w:p>
      <w:pPr>
        <w:spacing w:before="0" w:after="80" w:line="300" w:lineRule="auto"/>
        <w:jc w:val="left"/>
      </w:pPr>
      <w:r>
        <w:rPr>
          <w:rFonts w:ascii="Times New Roman" w:hAnsi="Times New Roman" w:eastAsia="宋体"/>
          <w:b w:val="0"/>
          <w:i w:val="0"/>
          <w:color w:val="333333"/>
          <w:sz w:val="19"/>
        </w:rPr>
        <w:t>Therefore the count is 106-6=100.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A</w:t>
      </w:r>
    </w:p>
    <w:p>
      <w:pPr>
        <w:spacing w:before="0" w:after="80" w:line="300" w:lineRule="auto"/>
        <w:jc w:val="left"/>
      </w:pPr>
      <w:r>
        <w:rPr>
          <w:rFonts w:ascii="Times New Roman" w:hAnsi="Times New Roman" w:eastAsia="宋体"/>
          <w:b w:val="0"/>
          <w:i w:val="0"/>
          <w:sz w:val="21"/>
        </w:rPr>
        <w:t>设 D,E,F 分别为 BC,CA,AB 的中点，设 X,Y,Z 分别为 AD,BE,CF 的中点。追踪一个始终位于两个粒子正中间的第三点：当两个粒子位于 A,D 时，它位于 X；当它们位于 F,C 时，它位于 Z；当它们位于 B,E 时，它位于 Y。</w:t>
      </w:r>
    </w:p>
    <w:p>
      <w:pPr>
        <w:spacing w:before="0" w:after="80" w:line="300" w:lineRule="auto"/>
        <w:jc w:val="left"/>
      </w:pPr>
      <w:r>
        <w:rPr>
          <w:rFonts w:ascii="Times New Roman" w:hAnsi="Times New Roman" w:eastAsia="宋体"/>
          <w:b w:val="0"/>
          <w:i w:val="0"/>
          <w:sz w:val="21"/>
        </w:rPr>
        <w:t>在这些时刻之间，两个粒子的位置都线性变化，所以它们的中点依次描出线段 XZ,ZY,YX。因此围成的轨迹是等边三角形 XYZ，由对称性，它与 △ ABC 有同一个中心 O。因为 Z 是中线 CF 的中点，</w:t>
      </w:r>
    </w:p>
    <w:p>
      <w:pPr>
        <w:spacing w:before="0" w:after="80" w:line="300" w:lineRule="auto"/>
        <w:jc w:val="left"/>
      </w:pPr>
      <w:r>
        <w:rPr>
          <w:rFonts w:ascii="Times New Roman" w:hAnsi="Times New Roman" w:eastAsia="宋体"/>
          <w:b w:val="0"/>
          <w:i w:val="0"/>
          <w:sz w:val="21"/>
        </w:rPr>
        <w:t>OZ=OC-ZC</w:t>
      </w:r>
    </w:p>
    <w:p>
      <w:pPr>
        <w:spacing w:before="0" w:after="80" w:line="300" w:lineRule="auto"/>
        <w:jc w:val="left"/>
      </w:pPr>
      <w:r>
        <w:rPr>
          <w:rFonts w:ascii="Times New Roman" w:hAnsi="Times New Roman" w:eastAsia="宋体"/>
          <w:b w:val="0"/>
          <w:i w:val="0"/>
          <w:sz w:val="21"/>
        </w:rPr>
        <w:t>=2/3 CF-1/2 CF</w:t>
      </w:r>
    </w:p>
    <w:p>
      <w:pPr>
        <w:spacing w:before="0" w:after="80" w:line="300" w:lineRule="auto"/>
        <w:jc w:val="left"/>
      </w:pPr>
      <w:r>
        <w:rPr>
          <w:rFonts w:ascii="Times New Roman" w:hAnsi="Times New Roman" w:eastAsia="宋体"/>
          <w:b w:val="0"/>
          <w:i w:val="0"/>
          <w:sz w:val="21"/>
        </w:rPr>
        <w:t>=1/6 CF</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而 OC=2/3 CF。</w:t>
      </w:r>
    </w:p>
    <w:p>
      <w:pPr>
        <w:spacing w:before="0" w:after="80" w:line="300" w:lineRule="auto"/>
        <w:jc w:val="left"/>
      </w:pPr>
      <w:r>
        <w:rPr>
          <w:rFonts w:ascii="Times New Roman" w:hAnsi="Times New Roman" w:eastAsia="宋体"/>
          <w:b w:val="0"/>
          <w:i w:val="0"/>
          <w:sz w:val="21"/>
        </w:rPr>
        <w:t>所以外接圆半径之比为 OZ/OC=1/4，面积之比为 (1/4)²=1/16。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D,E,F be the midpoints of BC,CA,AB, respectively, and let X,Y,Z be the midpoints of AD,BE,CF, respectively. Track a third point halfway between the two particles. It is at X when the particles are at A,D; at Z when they are at F,C; and at Y when they are at B,E.</w:t>
      </w:r>
    </w:p>
    <w:p>
      <w:pPr>
        <w:spacing w:before="0" w:after="80" w:line="300" w:lineRule="auto"/>
        <w:jc w:val="left"/>
      </w:pPr>
      <w:r>
        <w:rPr>
          <w:rFonts w:ascii="Times New Roman" w:hAnsi="Times New Roman" w:eastAsia="宋体"/>
          <w:b w:val="0"/>
          <w:i w:val="0"/>
          <w:color w:val="333333"/>
          <w:sz w:val="19"/>
        </w:rPr>
        <w:t>Between these instants both particle positions vary linearly, so their midpoint traces the segments XZ,ZY,YX. Thus the enclosed path is the equilateral triangle XYZ, which by symmetry shares the center O of △ ABC. Because Z is the midpoint of the median CF,</w:t>
      </w:r>
    </w:p>
    <w:p>
      <w:pPr>
        <w:spacing w:before="0" w:after="80" w:line="300" w:lineRule="auto"/>
        <w:jc w:val="left"/>
      </w:pPr>
      <w:r>
        <w:rPr>
          <w:rFonts w:ascii="Times New Roman" w:hAnsi="Times New Roman" w:eastAsia="宋体"/>
          <w:b w:val="0"/>
          <w:i w:val="0"/>
          <w:color w:val="333333"/>
          <w:sz w:val="19"/>
        </w:rPr>
        <w:t>OZ=OC-ZC</w:t>
      </w:r>
    </w:p>
    <w:p>
      <w:pPr>
        <w:spacing w:before="0" w:after="80" w:line="300" w:lineRule="auto"/>
        <w:jc w:val="left"/>
      </w:pPr>
      <w:r>
        <w:rPr>
          <w:rFonts w:ascii="Times New Roman" w:hAnsi="Times New Roman" w:eastAsia="宋体"/>
          <w:b w:val="0"/>
          <w:i w:val="0"/>
          <w:color w:val="333333"/>
          <w:sz w:val="19"/>
        </w:rPr>
        <w:t>=2/3 CF-1/2 CF</w:t>
      </w:r>
    </w:p>
    <w:p>
      <w:pPr>
        <w:spacing w:before="0" w:after="80" w:line="300" w:lineRule="auto"/>
        <w:jc w:val="left"/>
      </w:pPr>
      <w:r>
        <w:rPr>
          <w:rFonts w:ascii="Times New Roman" w:hAnsi="Times New Roman" w:eastAsia="宋体"/>
          <w:b w:val="0"/>
          <w:i w:val="0"/>
          <w:color w:val="333333"/>
          <w:sz w:val="19"/>
        </w:rPr>
        <w:t>=1/6 CF,</w:t>
      </w:r>
    </w:p>
    <w:p>
      <w:pPr>
        <w:spacing w:before="0" w:after="80" w:line="300" w:lineRule="auto"/>
        <w:jc w:val="left"/>
      </w:pPr>
      <w:r>
        <w:rPr>
          <w:rFonts w:ascii="Times New Roman" w:hAnsi="Times New Roman" w:eastAsia="宋体"/>
          <w:b w:val="0"/>
          <w:i w:val="0"/>
          <w:color w:val="333333"/>
          <w:sz w:val="19"/>
        </w:rPr>
        <w:t>while OC=2/3 CF.</w:t>
      </w:r>
    </w:p>
    <w:p>
      <w:pPr>
        <w:spacing w:before="0" w:after="80" w:line="300" w:lineRule="auto"/>
        <w:jc w:val="left"/>
      </w:pPr>
      <w:r>
        <w:rPr>
          <w:rFonts w:ascii="Times New Roman" w:hAnsi="Times New Roman" w:eastAsia="宋体"/>
          <w:b w:val="0"/>
          <w:i w:val="0"/>
          <w:color w:val="333333"/>
          <w:sz w:val="19"/>
        </w:rPr>
        <w:t>So the ratio of circumradii is OZ/OC=1/4, and the area ratio is (1/4)²=1/16.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A</w:t>
      </w:r>
    </w:p>
    <w:p>
      <w:pPr>
        <w:spacing w:before="0" w:after="80" w:line="300" w:lineRule="auto"/>
        <w:jc w:val="left"/>
      </w:pPr>
      <w:r>
        <w:rPr>
          <w:rFonts w:ascii="Times New Roman" w:hAnsi="Times New Roman" w:eastAsia="宋体"/>
          <w:b w:val="0"/>
          <w:i w:val="0"/>
          <w:sz w:val="21"/>
        </w:rPr>
        <w:t>设直角边为 a≤ b。条件为 1/2 ab=3(a+b+√(a²+b²))，所以</w:t>
      </w:r>
    </w:p>
    <w:p>
      <w:pPr>
        <w:spacing w:before="0" w:after="80" w:line="300" w:lineRule="auto"/>
        <w:jc w:val="left"/>
      </w:pPr>
      <w:r>
        <w:rPr>
          <w:rFonts w:ascii="Times New Roman" w:hAnsi="Times New Roman" w:eastAsia="宋体"/>
          <w:b w:val="0"/>
          <w:i w:val="0"/>
          <w:sz w:val="21"/>
        </w:rPr>
        <w:t>ab-6a-6b=6√(a²+b²)。</w:t>
      </w:r>
    </w:p>
    <w:p>
      <w:pPr>
        <w:spacing w:before="0" w:after="80" w:line="300" w:lineRule="auto"/>
        <w:jc w:val="left"/>
      </w:pPr>
      <w:r>
        <w:rPr>
          <w:rFonts w:ascii="Times New Roman" w:hAnsi="Times New Roman" w:eastAsia="宋体"/>
          <w:b w:val="0"/>
          <w:i w:val="0"/>
          <w:sz w:val="21"/>
        </w:rPr>
        <w:t>平方并化简得到 ab(ab-12a-12b+72)=0，所以 (a-12)(b-12)=72。正整数解为 (a,b)=(3,4)，(13,84)，(14,48)，(15,36)，(16,30)，(18,24)，(20,21)。</w:t>
      </w:r>
    </w:p>
    <w:p>
      <w:pPr>
        <w:spacing w:before="0" w:after="80" w:line="300" w:lineRule="auto"/>
        <w:jc w:val="left"/>
      </w:pPr>
      <w:r>
        <w:rPr>
          <w:rFonts w:ascii="Times New Roman" w:hAnsi="Times New Roman" w:eastAsia="宋体"/>
          <w:b w:val="0"/>
          <w:i w:val="0"/>
          <w:sz w:val="21"/>
        </w:rPr>
        <w:t>其中 (3,4) 是伪解：它的面积为 6，而它的周长为 12，周长的三倍是 36。所以恰有 6 个三角形。</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legs be a≤ b. The condition is 1/2 ab=3(a+b+√(a²+b²)), so</w:t>
      </w:r>
    </w:p>
    <w:p>
      <w:pPr>
        <w:spacing w:before="0" w:after="80" w:line="300" w:lineRule="auto"/>
        <w:jc w:val="left"/>
      </w:pPr>
      <w:r>
        <w:rPr>
          <w:rFonts w:ascii="Times New Roman" w:hAnsi="Times New Roman" w:eastAsia="宋体"/>
          <w:b w:val="0"/>
          <w:i w:val="0"/>
          <w:color w:val="333333"/>
          <w:sz w:val="19"/>
        </w:rPr>
        <w:t>ab-6a-6b=6√(a²+b²).</w:t>
      </w:r>
    </w:p>
    <w:p>
      <w:pPr>
        <w:spacing w:before="0" w:after="80" w:line="300" w:lineRule="auto"/>
        <w:jc w:val="left"/>
      </w:pPr>
      <w:r>
        <w:rPr>
          <w:rFonts w:ascii="Times New Roman" w:hAnsi="Times New Roman" w:eastAsia="宋体"/>
          <w:b w:val="0"/>
          <w:i w:val="0"/>
          <w:color w:val="333333"/>
          <w:sz w:val="19"/>
        </w:rPr>
        <w:t>Squaring and simplifying gives ab(ab-12a-12b+72)=0, hence (a-12)(b-12)=72. The positive integer solutions are (a,b)=(3,4), (13,84), (14,48), (15,36), (16,30), (18,24), (20,21).</w:t>
      </w:r>
    </w:p>
    <w:p>
      <w:pPr>
        <w:spacing w:before="0" w:after="80" w:line="300" w:lineRule="auto"/>
        <w:jc w:val="left"/>
      </w:pPr>
      <w:r>
        <w:rPr>
          <w:rFonts w:ascii="Times New Roman" w:hAnsi="Times New Roman" w:eastAsia="宋体"/>
          <w:b w:val="0"/>
          <w:i w:val="0"/>
          <w:color w:val="333333"/>
          <w:sz w:val="19"/>
        </w:rPr>
        <w:t>The pair (3,4) is extraneous: its area is 6, while its perimeter is 12 and three times that is 36. So exactly 6 triangles work.</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A</w:t>
      </w:r>
    </w:p>
    <w:p>
      <w:pPr>
        <w:spacing w:before="0" w:after="80" w:line="300" w:lineRule="auto"/>
        <w:jc w:val="left"/>
      </w:pPr>
      <w:r>
        <w:rPr>
          <w:rFonts w:ascii="Times New Roman" w:hAnsi="Times New Roman" w:eastAsia="宋体"/>
          <w:b w:val="0"/>
          <w:i w:val="0"/>
          <w:sz w:val="21"/>
        </w:rPr>
        <w:t>设表达式等于整数 k。乘以 b 并减去 a，得 14b²/9a=bk-a 为整数。由于 gcd(a,b)=1，可得 14 是 a 的倍数。另一方面，乘以 9a 并减去 14b，得 9a²/b=9ak-14b，所以 9 是 b 的倍数。</w:t>
      </w:r>
    </w:p>
    <w:p>
      <w:pPr>
        <w:spacing w:before="0" w:after="80" w:line="300" w:lineRule="auto"/>
        <w:jc w:val="left"/>
      </w:pPr>
      <w:r>
        <w:rPr>
          <w:rFonts w:ascii="Times New Roman" w:hAnsi="Times New Roman" w:eastAsia="宋体"/>
          <w:b w:val="0"/>
          <w:i w:val="0"/>
          <w:sz w:val="21"/>
        </w:rPr>
        <w:t>因此 a∈{1,2,7,14}，b∈{1,3,9}。检验互质候选，表达式为整数的只有 (a,b)=(1,3)，(2,3)，(7,3)，(14,3)。</w:t>
      </w:r>
    </w:p>
    <w:p>
      <w:pPr>
        <w:spacing w:before="0" w:after="80" w:line="300" w:lineRule="auto"/>
        <w:jc w:val="left"/>
      </w:pPr>
      <w:r>
        <w:rPr>
          <w:rFonts w:ascii="Times New Roman" w:hAnsi="Times New Roman" w:eastAsia="宋体"/>
          <w:b w:val="0"/>
          <w:i w:val="0"/>
          <w:sz w:val="21"/>
        </w:rPr>
        <w:t>所以共有 4 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k be the integer value of the original expression. Multiplying by b and subtracting a gives 14b²/9a=bk-a, an integer. Since gcd(a,b)=1, it follows that 14 is divisible by a. Multiplying instead by 9a and subtracting 14b gives 9a²/b=9ak-14b, so 9 is divisible by b.</w:t>
      </w:r>
    </w:p>
    <w:p>
      <w:pPr>
        <w:spacing w:before="0" w:after="80" w:line="300" w:lineRule="auto"/>
        <w:jc w:val="left"/>
      </w:pPr>
      <w:r>
        <w:rPr>
          <w:rFonts w:ascii="Times New Roman" w:hAnsi="Times New Roman" w:eastAsia="宋体"/>
          <w:b w:val="0"/>
          <w:i w:val="0"/>
          <w:color w:val="333333"/>
          <w:sz w:val="19"/>
        </w:rPr>
        <w:t>Thus a∈{1,2,7,14} and b∈{1,3,9}. Checking the coprime candidates, the expression is an integer only for (a,b)=(1,3), (2,3), (7,3), (14,3).</w:t>
      </w:r>
    </w:p>
    <w:p>
      <w:pPr>
        <w:spacing w:before="0" w:after="80" w:line="300" w:lineRule="auto"/>
        <w:jc w:val="left"/>
      </w:pPr>
      <w:r>
        <w:rPr>
          <w:rFonts w:ascii="Times New Roman" w:hAnsi="Times New Roman" w:eastAsia="宋体"/>
          <w:b w:val="0"/>
          <w:i w:val="0"/>
          <w:color w:val="333333"/>
          <w:sz w:val="19"/>
        </w:rPr>
        <w:t>So there are 4 such pairs.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C</w:t>
      </w:r>
    </w:p>
    <w:p>
      <w:pPr>
        <w:spacing w:before="0" w:after="80" w:line="300" w:lineRule="auto"/>
        <w:jc w:val="left"/>
      </w:pPr>
      <w:r>
        <w:rPr>
          <w:rFonts w:ascii="Times New Roman" w:hAnsi="Times New Roman" w:eastAsia="宋体"/>
          <w:b w:val="0"/>
          <w:i w:val="0"/>
          <w:sz w:val="21"/>
        </w:rPr>
        <w:t>取 D=(-1,0,0)、E=(1,0,0)，令 △ ABC 在平面 z=k&gt;0 中。由于 ∠ CDE 和 ∠ DEA 为直角，A 和 C 分别位于以 E 和 D 为圆心、半径为 2 的圆上；这两个圆所在的平面分别为 x=1 和 x=-1。因此 A=(1,y₁,k), C=(-1,y₂,k)，其中 yⱼ=±√(4-k²)。</w:t>
      </w:r>
    </w:p>
    <w:p>
      <w:pPr>
        <w:spacing w:before="0" w:after="80" w:line="300" w:lineRule="auto"/>
        <w:jc w:val="left"/>
      </w:pPr>
      <w:r>
        <w:rPr>
          <w:rFonts w:ascii="Times New Roman" w:hAnsi="Times New Roman" w:eastAsia="宋体"/>
          <w:b w:val="0"/>
          <w:i w:val="0"/>
          <w:sz w:val="21"/>
        </w:rPr>
        <w:t>因为 ∠ ABC=90°，所以 AC=2√(2)，这迫使 y₁=-y₂。取 y₁=1，y₂=-1，得 k=√(3)，于是 A=(1,1,√(3))，C=(-1,-1,√(3))，而 B 为 (1,-1,√(3)) 或 (-1,1,√(3))。</w:t>
      </w:r>
    </w:p>
    <w:p>
      <w:pPr>
        <w:spacing w:before="0" w:after="80" w:line="300" w:lineRule="auto"/>
        <w:jc w:val="left"/>
      </w:pPr>
      <w:r>
        <w:rPr>
          <w:rFonts w:ascii="Times New Roman" w:hAnsi="Times New Roman" w:eastAsia="宋体"/>
          <w:b w:val="0"/>
          <w:i w:val="0"/>
          <w:sz w:val="21"/>
        </w:rPr>
        <w:t>第一种情况下 BE=2 且 BE⊥ DE；第二种情况下 BD=2 且 BD⊥ DE。无论哪种，△ BDE 的两条垂直边长度分别为 2 和 2，面积为 1/2(2)(2)=2。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 D=(-1,0,0) and E=(1,0,0), and let △ ABC lie in the plane z=k&gt;0. Because ∠ CDE and ∠ DEA are right angles, A and C lie on radius-2 circles centered at E and D in the planes x=1 and x=-1, so A=(1,y₁,k), C=(-1,y₂,k) with yⱼ=±√(4-k²).</w:t>
      </w:r>
    </w:p>
    <w:p>
      <w:pPr>
        <w:spacing w:before="0" w:after="80" w:line="300" w:lineRule="auto"/>
        <w:jc w:val="left"/>
      </w:pPr>
      <w:r>
        <w:rPr>
          <w:rFonts w:ascii="Times New Roman" w:hAnsi="Times New Roman" w:eastAsia="宋体"/>
          <w:b w:val="0"/>
          <w:i w:val="0"/>
          <w:color w:val="333333"/>
          <w:sz w:val="19"/>
        </w:rPr>
        <w:t>Since ∠ ABC=90°, AC=2√(2), which forces y₁=-y₂. Taking y₁=1, y₂=-1, gives k=√(3), so A=(1,1,√(3)), C=(-1,-1,√(3)), and B is (1,-1,√(3)) or (-1,1,√(3)).</w:t>
      </w:r>
    </w:p>
    <w:p>
      <w:pPr>
        <w:spacing w:before="0" w:after="80" w:line="300" w:lineRule="auto"/>
        <w:jc w:val="left"/>
      </w:pPr>
      <w:r>
        <w:rPr>
          <w:rFonts w:ascii="Times New Roman" w:hAnsi="Times New Roman" w:eastAsia="宋体"/>
          <w:b w:val="0"/>
          <w:i w:val="0"/>
          <w:color w:val="333333"/>
          <w:sz w:val="19"/>
        </w:rPr>
        <w:t>In the first case BE=2 with BE⊥ DE; in the second BD=2 with BD⊥ DE. Either way △ BDE has legs 2 and 2, so its area is 1/2(2)(2)=2.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