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2007A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一张演出票的全价是 $20。Susan 用一张优惠券买了 4 张票，优惠券给她 25% 的折扣。Pam 用一张优惠券买了 5 张票，优惠券给她 30% 的折扣。Pam 比 Susan 多付了多少美元？</w:t>
      </w:r>
    </w:p>
    <w:p>
      <w:pPr>
        <w:spacing w:before="0" w:after="120" w:line="300" w:lineRule="auto"/>
      </w:pPr>
      <w:r>
        <w:rPr>
          <w:rFonts w:ascii="Times New Roman" w:hAnsi="Times New Roman" w:eastAsia="宋体"/>
          <w:b w:val="0"/>
          <w:i w:val="0"/>
          <w:sz w:val="21"/>
        </w:rPr>
        <w:t>（A）2　　（B）5　　（C）10　　（D）15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ticket to a show costs $20 at full price. Susan buys 4 tickets using a coupon that gives her a 25% discount. Pam buys 5 tickets using a coupon that gives her a 30% discount. How many more dollars does Pam pay than Susan?</w:t>
      </w:r>
    </w:p>
    <w:p>
      <w:pPr>
        <w:spacing w:before="0" w:after="160" w:line="300" w:lineRule="auto"/>
      </w:pPr>
      <w:r>
        <w:rPr>
          <w:rFonts w:ascii="Times New Roman" w:hAnsi="Times New Roman" w:eastAsia="宋体"/>
          <w:b w:val="0"/>
          <w:i w:val="0"/>
          <w:color w:val="333333"/>
          <w:sz w:val="19"/>
        </w:rPr>
        <w:t>(A) 2　　(B) 5　　(C) 10　　(D) 15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一个水族箱的长方形底面为 100 厘米乘 40 厘米，高为 50 厘米。箱中水面高度为 40 厘米。把一块底面为 40 厘米乘 20 厘米、高为 10 厘米的长方体砖放入水族箱。水面会上升多少厘米？</w:t>
      </w:r>
    </w:p>
    <w:p>
      <w:pPr>
        <w:spacing w:before="0" w:after="120" w:line="300" w:lineRule="auto"/>
      </w:pPr>
      <w:r>
        <w:rPr>
          <w:rFonts w:ascii="Times New Roman" w:hAnsi="Times New Roman" w:eastAsia="宋体"/>
          <w:b w:val="0"/>
          <w:i w:val="0"/>
          <w:sz w:val="21"/>
        </w:rPr>
        <w:t>（A）0.5　　（B）1　　（C）1.5　　（D）2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aquarium has a rectangular base that measures 100 cm by 40 cm and has a height of 50 cm. It is filled with water to a height of 40 cm. A brick with a rectangular base that measures 40 cm by 20 cm and a height of 10 cm is placed in the aquarium. By how many centimeters does the water rise?</w:t>
      </w:r>
    </w:p>
    <w:p>
      <w:pPr>
        <w:spacing w:before="0" w:after="160" w:line="300" w:lineRule="auto"/>
      </w:pPr>
      <w:r>
        <w:rPr>
          <w:rFonts w:ascii="Times New Roman" w:hAnsi="Times New Roman" w:eastAsia="宋体"/>
          <w:b w:val="0"/>
          <w:i w:val="0"/>
          <w:color w:val="333333"/>
          <w:sz w:val="19"/>
        </w:rPr>
        <w:t>(A) 0.5　　(B) 1　　(C) 1.5　　(D) 2　　(E) 2.5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两个连续奇整数中，较大的一个是较小的一个的三倍。它们的和是多少？</w:t>
      </w:r>
    </w:p>
    <w:p>
      <w:pPr>
        <w:spacing w:before="0" w:after="120" w:line="300" w:lineRule="auto"/>
      </w:pPr>
      <w:r>
        <w:rPr>
          <w:rFonts w:ascii="Times New Roman" w:hAnsi="Times New Roman" w:eastAsia="宋体"/>
          <w:b w:val="0"/>
          <w:i w:val="0"/>
          <w:sz w:val="21"/>
        </w:rPr>
        <w:t>（A）4　　（B）8　　（C）12　　（D）16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larger of two consecutive odd integers is three times the smaller. What is their sum?</w:t>
      </w:r>
    </w:p>
    <w:p>
      <w:pPr>
        <w:spacing w:before="0" w:after="160" w:line="300" w:lineRule="auto"/>
      </w:pPr>
      <w:r>
        <w:rPr>
          <w:rFonts w:ascii="Times New Roman" w:hAnsi="Times New Roman" w:eastAsia="宋体"/>
          <w:b w:val="0"/>
          <w:i w:val="0"/>
          <w:color w:val="333333"/>
          <w:sz w:val="19"/>
        </w:rPr>
        <w:t>(A) 4　　(B) 8　　(C) 12　　(D) 16　　(E) 20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Kate 以 16 英里每小时的速度骑自行车 30 分钟，然后以 4 英里每小时的速度步行 90 分钟。她全程的平均速度是多少英里每小时？</w:t>
      </w:r>
    </w:p>
    <w:p>
      <w:pPr>
        <w:spacing w:before="0" w:after="120" w:line="300" w:lineRule="auto"/>
      </w:pPr>
      <w:r>
        <w:rPr>
          <w:rFonts w:ascii="Times New Roman" w:hAnsi="Times New Roman" w:eastAsia="宋体"/>
          <w:b w:val="0"/>
          <w:i w:val="0"/>
          <w:sz w:val="21"/>
        </w:rPr>
        <w:t>（A）7　　（B）9　　（C）10　　（D）12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Kate rode her bicycle for 30 minutes at a speed of 16 mph, then walked for 90 minutes at a speed of 4 mph. What was her overall average speed in miles per hour?</w:t>
      </w:r>
    </w:p>
    <w:p>
      <w:pPr>
        <w:spacing w:before="0" w:after="160" w:line="300" w:lineRule="auto"/>
      </w:pPr>
      <w:r>
        <w:rPr>
          <w:rFonts w:ascii="Times New Roman" w:hAnsi="Times New Roman" w:eastAsia="宋体"/>
          <w:b w:val="0"/>
          <w:i w:val="0"/>
          <w:color w:val="333333"/>
          <w:sz w:val="19"/>
        </w:rPr>
        <w:t>(A) 7　　(B) 9　　(C) 10　　(D) 12　　(E) 14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去年 John Q. Public 先生得到了一笔遗产。他为这笔遗产缴纳了 20% 的联邦税，并对剩余的钱缴纳了 10% 的州税。他两项税共缴纳 $10,500。这笔遗产是多少美元？</w:t>
      </w:r>
    </w:p>
    <w:p>
      <w:pPr>
        <w:spacing w:before="0" w:after="120" w:line="300" w:lineRule="auto"/>
      </w:pPr>
      <w:r>
        <w:rPr>
          <w:rFonts w:ascii="Times New Roman" w:hAnsi="Times New Roman" w:eastAsia="宋体"/>
          <w:b w:val="0"/>
          <w:i w:val="0"/>
          <w:sz w:val="21"/>
        </w:rPr>
        <w:t>（A）30,000　　（B）32,500　　（C）35,000　　（D）37,500　　（E）40,000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year Mr. John Q. Public received an inheritance. He paid 20% in federal taxes on the inheritance, and paid 10% of what he had left in state taxes. He paid a total of $10,500 for both taxes. How many dollars was the inheritance?</w:t>
      </w:r>
    </w:p>
    <w:p>
      <w:pPr>
        <w:spacing w:before="0" w:after="160" w:line="300" w:lineRule="auto"/>
      </w:pPr>
      <w:r>
        <w:rPr>
          <w:rFonts w:ascii="Times New Roman" w:hAnsi="Times New Roman" w:eastAsia="宋体"/>
          <w:b w:val="0"/>
          <w:i w:val="0"/>
          <w:color w:val="333333"/>
          <w:sz w:val="19"/>
        </w:rPr>
        <w:t>(A) 30,000　　(B) 32,500　　(C) 35,000　　(D) 37,500　　(E) 40,000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三角形 ABC 和 ADC 都是等腰三角形，其中 AB=BC 且 AD=DC。点 D 在 △ ABC 内部，∠ ABC=40°，且 ∠ ADC=140°。求 ∠ BAD 的度数。</w:t>
      </w:r>
    </w:p>
    <w:p>
      <w:pPr>
        <w:spacing w:before="0" w:after="120" w:line="300" w:lineRule="auto"/>
      </w:pPr>
      <w:r>
        <w:rPr>
          <w:rFonts w:ascii="Times New Roman" w:hAnsi="Times New Roman" w:eastAsia="宋体"/>
          <w:b w:val="0"/>
          <w:i w:val="0"/>
          <w:sz w:val="21"/>
        </w:rPr>
        <w:t>（A）20　　（B）30　　（C）40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ABC and ADC are isosceles with AB=BC and AD=DC. Point D is inside △ ABC, ∠ ABC=40°, and ∠ ADC=140°. What is the degree measure of ∠ BAD?</w:t>
      </w:r>
    </w:p>
    <w:p>
      <w:pPr>
        <w:spacing w:before="0" w:after="160" w:line="300" w:lineRule="auto"/>
      </w:pPr>
      <w:r>
        <w:rPr>
          <w:rFonts w:ascii="Times New Roman" w:hAnsi="Times New Roman" w:eastAsia="宋体"/>
          <w:b w:val="0"/>
          <w:i w:val="0"/>
          <w:color w:val="333333"/>
          <w:sz w:val="19"/>
        </w:rPr>
        <w:t>(A) 20　　(B) 30　　(C) 40　　(D) 50　　(E) 60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设 a、b、c、d 和 e 是一个等差数列中的连续五项，并且 a+b+c+d+e=30。下列哪一项能够确定？</w:t>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d, and e be five consecutive terms in an arithmetic sequence, and suppose that a+b+c+d+e=30. Which of the following can be found?</w:t>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在钟面上画一个星形多边形：从每个数字向顺时针数第五个数字画一条弦。也就是说，画从 12 到 5、从 5 到 10、从 10 到 3 的弦，依此类推，最后回到 12。这个星形多边形每个顶点处的角是多少度？</w:t>
      </w:r>
    </w:p>
    <w:p>
      <w:pPr>
        <w:spacing w:before="0" w:after="120" w:line="300" w:lineRule="auto"/>
      </w:pPr>
      <w:r>
        <w:rPr>
          <w:rFonts w:ascii="Times New Roman" w:hAnsi="Times New Roman" w:eastAsia="宋体"/>
          <w:b w:val="0"/>
          <w:i w:val="0"/>
          <w:sz w:val="21"/>
        </w:rPr>
        <w:t>（A）20　　（B）24　　（C）30　　（D）36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star-polygon is drawn on a clock face by drawing a chord from each number to the fifth number counted clockwise from that number. That is, chords are drawn from 12 to 5, from 5 to 10, from 10 to 3, and so on, ending back at 12. What is the degree measure of the angle at each vertex in the star-polygon?</w:t>
      </w:r>
    </w:p>
    <w:p>
      <w:pPr>
        <w:spacing w:before="0" w:after="160" w:line="300" w:lineRule="auto"/>
      </w:pPr>
      <w:r>
        <w:rPr>
          <w:rFonts w:ascii="Times New Roman" w:hAnsi="Times New Roman" w:eastAsia="宋体"/>
          <w:b w:val="0"/>
          <w:i w:val="0"/>
          <w:color w:val="333333"/>
          <w:sz w:val="19"/>
        </w:rPr>
        <w:t>(A) 20　　(B) 24　　(C) 30　　(D) 36　　(E) 60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Yan 位于家和体育场之间的某处。要去体育场，他可以直接步行到体育场；或者先步行回家，再骑自行车去体育场。他骑车的速度是步行速度的 7 倍，并且两种选择所需时间相同。Yan 到家的距离与到体育场的距离之比是多少？</w:t>
      </w:r>
    </w:p>
    <w:p>
      <w:pPr>
        <w:spacing w:before="0" w:after="120" w:line="300" w:lineRule="auto"/>
      </w:pPr>
      <w:r>
        <w:rPr>
          <w:rFonts w:ascii="Times New Roman" w:hAnsi="Times New Roman" w:eastAsia="宋体"/>
          <w:b w:val="0"/>
          <w:i w:val="0"/>
          <w:sz w:val="21"/>
        </w:rPr>
        <w:t>（A）2/3　　（B）3/4　　（C）4/5　　（D）5/6　　（E）6/7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Yan is somewhere between his home and the stadium. To get to the stadium he can walk directly to the stadium, or else he can walk home and then ride his bicycle to the stadium. He rides 7 times as fast as he walks, and both choices require the same amount of time. What is the ratio of Yan’s distance from his home to his distance from the stadium?</w:t>
      </w:r>
    </w:p>
    <w:p>
      <w:pPr>
        <w:spacing w:before="0" w:after="160" w:line="300" w:lineRule="auto"/>
      </w:pPr>
      <w:r>
        <w:rPr>
          <w:rFonts w:ascii="Times New Roman" w:hAnsi="Times New Roman" w:eastAsia="宋体"/>
          <w:b w:val="0"/>
          <w:i w:val="0"/>
          <w:color w:val="333333"/>
          <w:sz w:val="19"/>
        </w:rPr>
        <w:t>(A) 2/3　　(B) 3/4　　(C) 4/5　　(D) 5/6　　(E) 6/7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一个边长比为 3:4:5 的三角形内接于半径为 3 的圆。这个三角形的面积是多少？</w:t>
      </w:r>
    </w:p>
    <w:p>
      <w:pPr>
        <w:spacing w:before="0" w:after="120" w:line="300" w:lineRule="auto"/>
      </w:pPr>
      <w:r>
        <w:rPr>
          <w:rFonts w:ascii="Times New Roman" w:hAnsi="Times New Roman" w:eastAsia="宋体"/>
          <w:b w:val="0"/>
          <w:i w:val="0"/>
          <w:sz w:val="21"/>
        </w:rPr>
        <w:t>（A）8.64　　（B）12　　（C）5π　　（D）17.28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with side lengths in the ratio 3:4:5 is inscribed in a circle of radius 3. What is the area of the triangle?</w:t>
      </w:r>
    </w:p>
    <w:p>
      <w:pPr>
        <w:spacing w:before="0" w:after="160" w:line="300" w:lineRule="auto"/>
      </w:pPr>
      <w:r>
        <w:rPr>
          <w:rFonts w:ascii="Times New Roman" w:hAnsi="Times New Roman" w:eastAsia="宋体"/>
          <w:b w:val="0"/>
          <w:i w:val="0"/>
          <w:color w:val="333333"/>
          <w:sz w:val="19"/>
        </w:rPr>
        <w:t>(A) 8.64　　(B) 12　　(C) 5π　　(D) 17.28　　(E) 18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由三位整数构成的有限数列具有如下性质：每一项的十位数字和个位数字分别是下一项的百位数字和十位数字，而最后一项的十位数字和个位数字分别是第一项的百位数字和十位数字。例如，这样的数列可以从 247、475 和 756 开始，并以 824 结束。设 S 为数列中所有项的和。总是整除 S 的最大质数是多少？</w:t>
      </w:r>
    </w:p>
    <w:p>
      <w:pPr>
        <w:spacing w:before="0" w:after="120" w:line="300" w:lineRule="auto"/>
      </w:pPr>
      <w:r>
        <w:rPr>
          <w:rFonts w:ascii="Times New Roman" w:hAnsi="Times New Roman" w:eastAsia="宋体"/>
          <w:b w:val="0"/>
          <w:i w:val="0"/>
          <w:sz w:val="21"/>
        </w:rPr>
        <w:t>（A）3　　（B）7　　（C）13　　（D）37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finite sequence of three-digit integers has the property that the tens and units digits of each term are, respectively, the hundreds and tens digits of the next term, and the tens and units digits of the last term are, respectively, the hundreds and tens digits of the first term. For example, such a sequence might begin with terms 247, 475, and 756 and end with the term 824. Let S be the sum of all the terms in the sequence. What is the largest prime number that always divides S?</w:t>
      </w:r>
    </w:p>
    <w:p>
      <w:pPr>
        <w:spacing w:before="0" w:after="160" w:line="300" w:lineRule="auto"/>
      </w:pPr>
      <w:r>
        <w:rPr>
          <w:rFonts w:ascii="Times New Roman" w:hAnsi="Times New Roman" w:eastAsia="宋体"/>
          <w:b w:val="0"/>
          <w:i w:val="0"/>
          <w:color w:val="333333"/>
          <w:sz w:val="19"/>
        </w:rPr>
        <w:t>(A) 3　　(B) 7　　(C) 13　　(D) 37　　(E) 43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整数 a、b、c 和 d 从 0 到 2007（含端点）中独立随机选取，不要求互不相同。ad-bc 为偶数的概率是多少？</w:t>
      </w:r>
    </w:p>
    <w:p>
      <w:pPr>
        <w:spacing w:before="0" w:after="120" w:line="300" w:lineRule="auto"/>
      </w:pPr>
      <w:r>
        <w:rPr>
          <w:rFonts w:ascii="Times New Roman" w:hAnsi="Times New Roman" w:eastAsia="宋体"/>
          <w:b w:val="0"/>
          <w:i w:val="0"/>
          <w:sz w:val="21"/>
        </w:rPr>
        <w:t>（A）3/8　　（B）7/16　　（C）1/2　　（D）9/16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Integers a, b, c, and d, not necessarily distinct, are chosen independently and at random from 0 to 2007, inclusive. What is the probability that ad-bc is even?</w:t>
      </w:r>
    </w:p>
    <w:p>
      <w:pPr>
        <w:spacing w:before="0" w:after="160" w:line="300" w:lineRule="auto"/>
      </w:pPr>
      <w:r>
        <w:rPr>
          <w:rFonts w:ascii="Times New Roman" w:hAnsi="Times New Roman" w:eastAsia="宋体"/>
          <w:b w:val="0"/>
          <w:i w:val="0"/>
          <w:color w:val="333333"/>
          <w:sz w:val="19"/>
        </w:rPr>
        <w:t>(A) 3/8　　(B) 7/16　　(C) 1/2　　(D) 9/16　　(E) 5/8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一块奶酪位于坐标平面上的 (12,10)。一只老鼠在 (4,-2)，并沿直线 y=-5x+18 向上跑。在点 (a,b) 处，老鼠开始离奶酪越来越远，而不是越来越近。求 a+b？</w:t>
      </w:r>
    </w:p>
    <w:p>
      <w:pPr>
        <w:spacing w:before="0" w:after="120" w:line="300" w:lineRule="auto"/>
      </w:pPr>
      <w:r>
        <w:rPr>
          <w:rFonts w:ascii="Times New Roman" w:hAnsi="Times New Roman" w:eastAsia="宋体"/>
          <w:b w:val="0"/>
          <w:i w:val="0"/>
          <w:sz w:val="21"/>
        </w:rPr>
        <w:t>（A）6　　（B）10　　（C）14　　（D）18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piece of cheese is located at (12,10) in a coordinate plane. A mouse is at (4,-2) and is running up the line y=-5x+18. At the point (a,b) the mouse starts getting farther from the cheese rather than closer to it. What is a+b?</w:t>
      </w:r>
    </w:p>
    <w:p>
      <w:pPr>
        <w:spacing w:before="0" w:after="160" w:line="300" w:lineRule="auto"/>
      </w:pPr>
      <w:r>
        <w:rPr>
          <w:rFonts w:ascii="Times New Roman" w:hAnsi="Times New Roman" w:eastAsia="宋体"/>
          <w:b w:val="0"/>
          <w:i w:val="0"/>
          <w:color w:val="333333"/>
          <w:sz w:val="19"/>
        </w:rPr>
        <w:t>(A) 6　　(B) 10　　(C) 14　　(D) 18　　(E) 22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a，b，c，d，和 e 为互不相同的整数，且</w:t>
      </w:r>
    </w:p>
    <w:p>
      <w:pPr>
        <w:spacing w:before="0" w:after="80" w:line="300" w:lineRule="auto"/>
        <w:jc w:val="left"/>
      </w:pPr>
      <w:r>
        <w:rPr>
          <w:rFonts w:ascii="Times New Roman" w:hAnsi="Times New Roman" w:eastAsia="宋体"/>
          <w:b w:val="0"/>
          <w:i w:val="0"/>
          <w:sz w:val="21"/>
        </w:rPr>
        <w:t>(6-a)(6-b)(6-c)</w:t>
      </w:r>
    </w:p>
    <w:p>
      <w:pPr>
        <w:spacing w:before="0" w:after="80" w:line="300" w:lineRule="auto"/>
        <w:jc w:val="left"/>
      </w:pPr>
      <w:r>
        <w:rPr>
          <w:rFonts w:ascii="Times New Roman" w:hAnsi="Times New Roman" w:eastAsia="宋体"/>
          <w:b w:val="0"/>
          <w:i w:val="0"/>
          <w:sz w:val="21"/>
        </w:rPr>
        <w:t>·(6-d)(6-e)</w:t>
      </w:r>
    </w:p>
    <w:p>
      <w:pPr>
        <w:spacing w:before="0" w:after="80" w:line="300" w:lineRule="auto"/>
        <w:jc w:val="left"/>
      </w:pPr>
      <w:r>
        <w:rPr>
          <w:rFonts w:ascii="Times New Roman" w:hAnsi="Times New Roman" w:eastAsia="宋体"/>
          <w:b w:val="0"/>
          <w:i w:val="0"/>
          <w:sz w:val="21"/>
        </w:rPr>
        <w:t>=45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求 a+b+c+d+e？</w:t>
      </w:r>
    </w:p>
    <w:p>
      <w:pPr>
        <w:spacing w:before="0" w:after="120" w:line="300" w:lineRule="auto"/>
      </w:pPr>
      <w:r>
        <w:rPr>
          <w:rFonts w:ascii="Times New Roman" w:hAnsi="Times New Roman" w:eastAsia="宋体"/>
          <w:b w:val="0"/>
          <w:i w:val="0"/>
          <w:sz w:val="21"/>
        </w:rPr>
        <w:t>（A）5　　（B）17　　（C）25　　（D）27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d, and e be distinct integers such that</w:t>
      </w:r>
    </w:p>
    <w:p>
      <w:pPr>
        <w:spacing w:before="0" w:after="80" w:line="300" w:lineRule="auto"/>
        <w:jc w:val="left"/>
      </w:pPr>
      <w:r>
        <w:rPr>
          <w:rFonts w:ascii="Times New Roman" w:hAnsi="Times New Roman" w:eastAsia="宋体"/>
          <w:b w:val="0"/>
          <w:i w:val="0"/>
          <w:color w:val="333333"/>
          <w:sz w:val="19"/>
        </w:rPr>
        <w:t>(6-a)(6-b)(6-c)</w:t>
      </w:r>
    </w:p>
    <w:p>
      <w:pPr>
        <w:spacing w:before="0" w:after="80" w:line="300" w:lineRule="auto"/>
        <w:jc w:val="left"/>
      </w:pPr>
      <w:r>
        <w:rPr>
          <w:rFonts w:ascii="Times New Roman" w:hAnsi="Times New Roman" w:eastAsia="宋体"/>
          <w:b w:val="0"/>
          <w:i w:val="0"/>
          <w:color w:val="333333"/>
          <w:sz w:val="19"/>
        </w:rPr>
        <w:t>·(6-d)(6-e)</w:t>
      </w:r>
    </w:p>
    <w:p>
      <w:pPr>
        <w:spacing w:before="0" w:after="80" w:line="300" w:lineRule="auto"/>
        <w:jc w:val="left"/>
      </w:pPr>
      <w:r>
        <w:rPr>
          <w:rFonts w:ascii="Times New Roman" w:hAnsi="Times New Roman" w:eastAsia="宋体"/>
          <w:b w:val="0"/>
          <w:i w:val="0"/>
          <w:color w:val="333333"/>
          <w:sz w:val="19"/>
        </w:rPr>
        <w:t>=45.</w:t>
      </w:r>
    </w:p>
    <w:p>
      <w:pPr>
        <w:spacing w:before="0" w:after="80" w:line="300" w:lineRule="auto"/>
        <w:jc w:val="left"/>
      </w:pPr>
      <w:r>
        <w:rPr>
          <w:rFonts w:ascii="Times New Roman" w:hAnsi="Times New Roman" w:eastAsia="宋体"/>
          <w:b w:val="0"/>
          <w:i w:val="0"/>
          <w:color w:val="333333"/>
          <w:sz w:val="19"/>
        </w:rPr>
        <w:t>What is a+b+c+d+e?</w:t>
      </w:r>
    </w:p>
    <w:p>
      <w:pPr>
        <w:spacing w:before="0" w:after="160" w:line="300" w:lineRule="auto"/>
      </w:pPr>
      <w:r>
        <w:rPr>
          <w:rFonts w:ascii="Times New Roman" w:hAnsi="Times New Roman" w:eastAsia="宋体"/>
          <w:b w:val="0"/>
          <w:i w:val="0"/>
          <w:color w:val="333333"/>
          <w:sz w:val="19"/>
        </w:rPr>
        <w:t>(A) 5　　(B) 17　　(C) 25　　(D) 27　　(E) 30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集合 {3,6,9,10} 增加第五个元素 n，且 n 不等于原来的四个数。新集合的中位数等于它的平均数。这个新元素所有可能值之和是多少？</w:t>
      </w:r>
    </w:p>
    <w:p>
      <w:pPr>
        <w:spacing w:before="0" w:after="120" w:line="300" w:lineRule="auto"/>
      </w:pPr>
      <w:r>
        <w:rPr>
          <w:rFonts w:ascii="Times New Roman" w:hAnsi="Times New Roman" w:eastAsia="宋体"/>
          <w:b w:val="0"/>
          <w:i w:val="0"/>
          <w:sz w:val="21"/>
        </w:rPr>
        <w:t>（A）7　　（B）9　　（C）19　　（D）24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{3,6,9,10} is augmented by a fifth element n, not equal to any of the other four. The median of the resulting set is equal to its mean. What is the sum of all possible values of n?</w:t>
      </w:r>
    </w:p>
    <w:p>
      <w:pPr>
        <w:spacing w:before="0" w:after="160" w:line="300" w:lineRule="auto"/>
      </w:pPr>
      <w:r>
        <w:rPr>
          <w:rFonts w:ascii="Times New Roman" w:hAnsi="Times New Roman" w:eastAsia="宋体"/>
          <w:b w:val="0"/>
          <w:i w:val="0"/>
          <w:color w:val="333333"/>
          <w:sz w:val="19"/>
        </w:rPr>
        <w:t>(A) 7　　(B) 9　　(C) 19　　(D) 24　　(E) 26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有多少个三位数由三个互不相同的数字组成，并且其中一个数字是另外两个数字的平均数？</w:t>
      </w:r>
    </w:p>
    <w:p>
      <w:pPr>
        <w:spacing w:before="0" w:after="120" w:line="300" w:lineRule="auto"/>
      </w:pPr>
      <w:r>
        <w:rPr>
          <w:rFonts w:ascii="Times New Roman" w:hAnsi="Times New Roman" w:eastAsia="宋体"/>
          <w:b w:val="0"/>
          <w:i w:val="0"/>
          <w:sz w:val="21"/>
        </w:rPr>
        <w:t>（A）96　　（B）104　　（C）112　　（D）120　　（E）256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three-digit numbers are composed of three distinct digits such that one digit is the average of the other two?</w:t>
      </w:r>
    </w:p>
    <w:p>
      <w:pPr>
        <w:spacing w:before="0" w:after="160" w:line="300" w:lineRule="auto"/>
      </w:pPr>
      <w:r>
        <w:rPr>
          <w:rFonts w:ascii="Times New Roman" w:hAnsi="Times New Roman" w:eastAsia="宋体"/>
          <w:b w:val="0"/>
          <w:i w:val="0"/>
          <w:color w:val="333333"/>
          <w:sz w:val="19"/>
        </w:rPr>
        <w:t>(A) 96　　(B) 104　　(C) 112　　(D) 120　　(E) 256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已知 sin a+sin b=√(5/3) 且 cos a+cos b=1。求 cos(a-b)？</w:t>
      </w:r>
    </w:p>
    <w:p>
      <w:pPr>
        <w:spacing w:before="0" w:after="120" w:line="300" w:lineRule="auto"/>
      </w:pPr>
      <w:r>
        <w:rPr>
          <w:rFonts w:ascii="Times New Roman" w:hAnsi="Times New Roman" w:eastAsia="宋体"/>
          <w:b w:val="0"/>
          <w:i w:val="0"/>
          <w:sz w:val="21"/>
        </w:rPr>
        <w:t>（A）√(5/3)-1　　（B）1/3　　（C）1/2　　（D）2/3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sin a+sin b=√(5/3) and cos a+cos b=1. What is cos(a-b)?</w:t>
      </w:r>
    </w:p>
    <w:p>
      <w:pPr>
        <w:spacing w:before="0" w:after="160" w:line="300" w:lineRule="auto"/>
      </w:pPr>
      <w:r>
        <w:rPr>
          <w:rFonts w:ascii="Times New Roman" w:hAnsi="Times New Roman" w:eastAsia="宋体"/>
          <w:b w:val="0"/>
          <w:i w:val="0"/>
          <w:color w:val="333333"/>
          <w:sz w:val="19"/>
        </w:rPr>
        <w:t>(A) √(5/3)-1　　(B) 1/3　　(C) 1/2　　(D) 2/3　　(E) 1</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多项式 f(x)=x⁴+ax³+bx²+cx+d 的系数为实数，且 f(2i)=f(2+i)=0。求 a+b+c+d？</w:t>
      </w:r>
    </w:p>
    <w:p>
      <w:pPr>
        <w:spacing w:before="0" w:after="120" w:line="300" w:lineRule="auto"/>
      </w:pPr>
      <w:r>
        <w:rPr>
          <w:rFonts w:ascii="Times New Roman" w:hAnsi="Times New Roman" w:eastAsia="宋体"/>
          <w:b w:val="0"/>
          <w:i w:val="0"/>
          <w:sz w:val="21"/>
        </w:rPr>
        <w:t>（A）0　　（B）1　　（C）4　　（D）9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f(x)=x⁴+ax³+bx²+cx+d has real coefficients, and f(2i)=f(2+i)=0. What is a+b+c+d?</w:t>
      </w:r>
    </w:p>
    <w:p>
      <w:pPr>
        <w:spacing w:before="0" w:after="160" w:line="300" w:lineRule="auto"/>
      </w:pPr>
      <w:r>
        <w:rPr>
          <w:rFonts w:ascii="Times New Roman" w:hAnsi="Times New Roman" w:eastAsia="宋体"/>
          <w:b w:val="0"/>
          <w:i w:val="0"/>
          <w:color w:val="333333"/>
          <w:sz w:val="19"/>
        </w:rPr>
        <w:t>(A) 0　　(B) 1　　(C) 4　　(D) 9　　(E) 16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三角形 ABC 和 ADE 的面积分别为 2007 和 7002，其中 B=(0,0)、C=(223,0)、D=(680,380)，且 E=(689,389)。点 A 所有可能的 x 坐标之和是多少？</w:t>
      </w:r>
    </w:p>
    <w:p>
      <w:pPr>
        <w:spacing w:before="0" w:after="120" w:line="300" w:lineRule="auto"/>
      </w:pPr>
      <w:r>
        <w:rPr>
          <w:rFonts w:ascii="Times New Roman" w:hAnsi="Times New Roman" w:eastAsia="宋体"/>
          <w:b w:val="0"/>
          <w:i w:val="0"/>
          <w:sz w:val="21"/>
        </w:rPr>
        <w:t>（A）282　　（B）300　　（C）600　　（D）900　　（E）1200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ABC and ADE have areas 2007 and 7002, respectively, with B=(0,0), C=(223,0), D=(680,380), and E=(689,389). What is the sum of all possible x-coordinates of A?</w:t>
      </w:r>
    </w:p>
    <w:p>
      <w:pPr>
        <w:spacing w:before="0" w:after="160" w:line="300" w:lineRule="auto"/>
      </w:pPr>
      <w:r>
        <w:rPr>
          <w:rFonts w:ascii="Times New Roman" w:hAnsi="Times New Roman" w:eastAsia="宋体"/>
          <w:b w:val="0"/>
          <w:i w:val="0"/>
          <w:color w:val="333333"/>
          <w:sz w:val="19"/>
        </w:rPr>
        <w:t>(A) 282　　(B) 300　　(C) 600　　(D) 900　　(E) 1200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把一个单位立方体的各个角切去，使六个面都变成正八边形。被切去的四面体总体积是多少？</w:t>
      </w:r>
    </w:p>
    <w:p>
      <w:pPr>
        <w:spacing w:before="0" w:after="120" w:line="300" w:lineRule="auto"/>
      </w:pPr>
      <w:r>
        <w:rPr>
          <w:rFonts w:ascii="Times New Roman" w:hAnsi="Times New Roman" w:eastAsia="宋体"/>
          <w:b w:val="0"/>
          <w:i w:val="0"/>
          <w:sz w:val="21"/>
        </w:rPr>
        <w:t>（A）(5√(2)-7)/3　　（B）(10-7√(2))/3　　（C）(3-2√(2))/3　　（D）(8√(2)-11)/3　　（E）(6-4√(2))/3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Corners are sliced off a unit cube so that the six faces each become regular octagons. What is the total volume of the removed tetrahedra?</w:t>
      </w:r>
    </w:p>
    <w:p>
      <w:pPr>
        <w:spacing w:before="0" w:after="160" w:line="300" w:lineRule="auto"/>
      </w:pPr>
      <w:r>
        <w:rPr>
          <w:rFonts w:ascii="Times New Roman" w:hAnsi="Times New Roman" w:eastAsia="宋体"/>
          <w:b w:val="0"/>
          <w:i w:val="0"/>
          <w:color w:val="333333"/>
          <w:sz w:val="19"/>
        </w:rPr>
        <w:t>(A) (5√(2)-7)/3　　(B) (10-7√(2))/3　　(C) (3-2√(2))/3　　(D) (8√(2)-11)/3　　(E) (6-4√(2))/3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函数 f(x)=ax²+bx+c 的零点之和、零点之积以及系数之和都相等。它们的公共值还必须等于下列哪一项？</w:t>
      </w:r>
    </w:p>
    <w:p>
      <w:pPr>
        <w:spacing w:before="0" w:after="120" w:line="300" w:lineRule="auto"/>
      </w:pPr>
      <w:r>
        <w:rPr>
          <w:rFonts w:ascii="Times New Roman" w:hAnsi="Times New Roman" w:eastAsia="宋体"/>
          <w:b w:val="0"/>
          <w:i w:val="0"/>
          <w:sz w:val="21"/>
        </w:rPr>
        <w:t>（A）x² 的系数　　（B）x 的系数　　（C）图像 y=f(x) 的 y 截距　　（D）图像 y=f(x) 的一个 x 截距　　（E）图像 y=f(x) 的 x 截距的平均数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zeros, the product of the zeros, and the sum of the coefficients of the function f(x)=ax²+bx+c are equal. Their common value must also be which of the following?</w:t>
      </w:r>
    </w:p>
    <w:p>
      <w:pPr>
        <w:spacing w:before="0" w:after="160" w:line="300" w:lineRule="auto"/>
      </w:pPr>
      <w:r>
        <w:rPr>
          <w:rFonts w:ascii="Times New Roman" w:hAnsi="Times New Roman" w:eastAsia="宋体"/>
          <w:b w:val="0"/>
          <w:i w:val="0"/>
          <w:color w:val="333333"/>
          <w:sz w:val="19"/>
        </w:rPr>
        <w:t>(A) the coefficient of x²　　(B) the coefficient of x　　(C) the y-intercept of the graph of y=f(x)　　(D) one of the x-intercepts of the graph of y=f(x)　　(E) the mean of the x-intercepts of the graph of</w:t>
        <w:br/>
        <w:t>y=f(x)</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对每个正整数 n，设 S(n) 表示 n 的各位数字之和。有多少个 n 满足 n+S(n)+S(S(n))=2007？</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let S(n) denote the sum of the digits of n. For how many values of n is n+S(n)+S(S(n))=2007?</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正方形 ABCD 的面积为 36，且 AB 平行于 x 轴。顶点 A、B 和 C 分别在 y=logₐ x、y=2logₐ x 和 y=3logₐ x 的图像上。求 a？</w:t>
      </w:r>
    </w:p>
    <w:p>
      <w:pPr>
        <w:spacing w:before="0" w:after="120" w:line="300" w:lineRule="auto"/>
      </w:pPr>
      <w:r>
        <w:rPr>
          <w:rFonts w:ascii="Times New Roman" w:hAnsi="Times New Roman" w:eastAsia="宋体"/>
          <w:b w:val="0"/>
          <w:i w:val="0"/>
          <w:sz w:val="21"/>
        </w:rPr>
        <w:t>（A）⁶√(3)　　（B）√(3)　　（C）³√(6)　　（D）√(6)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area 36, and AB is parallel to the x-axis. Vertices A, B, and C are on the graphs of y=logₐ x, y=2logₐ x, and y=3logₐ x, respectively. What is a?</w:t>
      </w:r>
    </w:p>
    <w:p>
      <w:pPr>
        <w:spacing w:before="0" w:after="160" w:line="300" w:lineRule="auto"/>
      </w:pPr>
      <w:r>
        <w:rPr>
          <w:rFonts w:ascii="Times New Roman" w:hAnsi="Times New Roman" w:eastAsia="宋体"/>
          <w:b w:val="0"/>
          <w:i w:val="0"/>
          <w:color w:val="333333"/>
          <w:sz w:val="19"/>
        </w:rPr>
        <w:t>(A) ⁶√(3)　　(B) √(3)　　(C) ³√(6)　　(D) √(6)　　(E) 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对每个整数 n&gt; 1，设 F(n) 为方程 sin x=sin nx 在区间 [0,π] 上的解的个数。求 Σₙ₌₂²⁰⁰⁷F(n)？</w:t>
      </w:r>
    </w:p>
    <w:p>
      <w:pPr>
        <w:spacing w:before="0" w:after="120" w:line="300" w:lineRule="auto"/>
      </w:pPr>
      <w:r>
        <w:rPr>
          <w:rFonts w:ascii="Times New Roman" w:hAnsi="Times New Roman" w:eastAsia="宋体"/>
          <w:b w:val="0"/>
          <w:i w:val="0"/>
          <w:sz w:val="21"/>
        </w:rPr>
        <w:t>（A）2,014,524　　（B）2,015,028　　（C）2,015,033　　（D）2,016,532　　（E）2,017,033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integer n&gt; 1, let F(n) be the number of solutions of the equation sin x=sin nx on the interval [0,π]. What is Σₙ₌₂²⁰⁰⁷F(n)?</w:t>
      </w:r>
    </w:p>
    <w:p>
      <w:pPr>
        <w:spacing w:before="0" w:after="160" w:line="300" w:lineRule="auto"/>
      </w:pPr>
      <w:r>
        <w:rPr>
          <w:rFonts w:ascii="Times New Roman" w:hAnsi="Times New Roman" w:eastAsia="宋体"/>
          <w:b w:val="0"/>
          <w:i w:val="0"/>
          <w:color w:val="333333"/>
          <w:sz w:val="19"/>
        </w:rPr>
        <w:t>(A) 2,014,524　　(B) 2,015,028　　(C) 2,015,033　　(D) 2,016,532　　(E) 2,017,033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如果一个整数集合在任意三个连续整数中至多包含一个整数，就称它为</w:t>
      </w:r>
      <w:r>
        <w:rPr>
          <w:rFonts w:ascii="Times New Roman" w:hAnsi="Times New Roman" w:eastAsia="宋体"/>
          <w:b w:val="0"/>
          <w:i/>
          <w:sz w:val="21"/>
        </w:rPr>
        <w:t>稀疏</w:t>
      </w:r>
      <w:r>
        <w:rPr>
          <w:rFonts w:ascii="Times New Roman" w:hAnsi="Times New Roman" w:eastAsia="宋体"/>
          <w:b w:val="0"/>
          <w:i w:val="0"/>
          <w:sz w:val="21"/>
        </w:rPr>
        <w:t>集合。集合 {1,2,3,…,12} 有多少个子集（包括空集）是稀疏集合？</w:t>
      </w:r>
    </w:p>
    <w:p>
      <w:pPr>
        <w:spacing w:before="0" w:after="120" w:line="300" w:lineRule="auto"/>
      </w:pPr>
      <w:r>
        <w:rPr>
          <w:rFonts w:ascii="Times New Roman" w:hAnsi="Times New Roman" w:eastAsia="宋体"/>
          <w:b w:val="0"/>
          <w:i w:val="0"/>
          <w:sz w:val="21"/>
        </w:rPr>
        <w:t>（A）121　　（B）123　　（C）125　　（D）127　　（E）129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set of integers</w:t>
      </w:r>
      <w:r>
        <w:rPr>
          <w:rFonts w:ascii="Times New Roman" w:hAnsi="Times New Roman" w:eastAsia="宋体"/>
          <w:b w:val="0"/>
          <w:i/>
          <w:color w:val="333333"/>
          <w:sz w:val="19"/>
        </w:rPr>
        <w:t>spacy</w:t>
      </w:r>
      <w:r>
        <w:rPr>
          <w:rFonts w:ascii="Times New Roman" w:hAnsi="Times New Roman" w:eastAsia="宋体"/>
          <w:b w:val="0"/>
          <w:i w:val="0"/>
          <w:color w:val="333333"/>
          <w:sz w:val="19"/>
        </w:rPr>
        <w:t>if it contains no more than one out of any three consecutive integers. How many subsets of {1,2,3,…,12}, including the empty set, are spacy?</w:t>
      </w:r>
    </w:p>
    <w:p>
      <w:pPr>
        <w:spacing w:before="0" w:after="160" w:line="300" w:lineRule="auto"/>
      </w:pPr>
      <w:r>
        <w:rPr>
          <w:rFonts w:ascii="Times New Roman" w:hAnsi="Times New Roman" w:eastAsia="宋体"/>
          <w:b w:val="0"/>
          <w:i w:val="0"/>
          <w:color w:val="333333"/>
          <w:sz w:val="19"/>
        </w:rPr>
        <w:t>(A) 121　　(B) 123　　(C) 125　　(D) 127　　(E) 129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A　A　D　D　C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D　E　B　C　E　C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B　A　D　A　D　E</w:t>
      </w:r>
    </w:p>
    <w:p>
      <w:pPr>
        <w:spacing w:before="0" w:after="200" w:line="300" w:lineRule="auto"/>
      </w:pPr>
      <w:r>
        <w:rPr>
          <w:rFonts w:ascii="Times New Roman" w:hAnsi="Times New Roman" w:eastAsia="宋体"/>
          <w:b w:val="0"/>
          <w:i w:val="0"/>
          <w:color w:val="666666"/>
          <w:sz w:val="18"/>
        </w:rPr>
        <w:t>答案串：CDAADDCCBADEBCECBDEBADADE</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Susan 支付 (4)(0.75)(20)=60 美元。</w:t>
      </w:r>
    </w:p>
    <w:p>
      <w:pPr>
        <w:spacing w:before="0" w:after="80" w:line="300" w:lineRule="auto"/>
        <w:jc w:val="left"/>
      </w:pPr>
      <w:r>
        <w:rPr>
          <w:rFonts w:ascii="Times New Roman" w:hAnsi="Times New Roman" w:eastAsia="宋体"/>
          <w:b w:val="0"/>
          <w:i w:val="0"/>
          <w:sz w:val="21"/>
        </w:rPr>
        <w:t>Pam 支付 (5)(0.70)(20)=70 美元。</w:t>
      </w:r>
    </w:p>
    <w:p>
      <w:pPr>
        <w:spacing w:before="0" w:after="80" w:line="300" w:lineRule="auto"/>
        <w:jc w:val="left"/>
      </w:pPr>
      <w:r>
        <w:rPr>
          <w:rFonts w:ascii="Times New Roman" w:hAnsi="Times New Roman" w:eastAsia="宋体"/>
          <w:b w:val="0"/>
          <w:i w:val="0"/>
          <w:sz w:val="21"/>
        </w:rPr>
        <w:t>所以 Pam 比 Susan 多付 70-60=10 美元。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Susan pays (4)(0.75)(20)=60 dollars.</w:t>
      </w:r>
    </w:p>
    <w:p>
      <w:pPr>
        <w:spacing w:before="0" w:after="80" w:line="300" w:lineRule="auto"/>
        <w:jc w:val="left"/>
      </w:pPr>
      <w:r>
        <w:rPr>
          <w:rFonts w:ascii="Times New Roman" w:hAnsi="Times New Roman" w:eastAsia="宋体"/>
          <w:b w:val="0"/>
          <w:i w:val="0"/>
          <w:color w:val="333333"/>
          <w:sz w:val="19"/>
        </w:rPr>
        <w:t>Pam pays (5)(0.70)(20)=70 dollars.</w:t>
      </w:r>
    </w:p>
    <w:p>
      <w:pPr>
        <w:spacing w:before="0" w:after="80" w:line="300" w:lineRule="auto"/>
        <w:jc w:val="left"/>
      </w:pPr>
      <w:r>
        <w:rPr>
          <w:rFonts w:ascii="Times New Roman" w:hAnsi="Times New Roman" w:eastAsia="宋体"/>
          <w:b w:val="0"/>
          <w:i w:val="0"/>
          <w:color w:val="333333"/>
          <w:sz w:val="19"/>
        </w:rPr>
        <w:t>So Pam pays 70-60=10 more dollars than Susan.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砖的体积是 40· 20· 10=8000 立方厘米。</w:t>
      </w:r>
    </w:p>
    <w:p>
      <w:pPr>
        <w:spacing w:before="0" w:after="80" w:line="300" w:lineRule="auto"/>
        <w:jc w:val="left"/>
      </w:pPr>
      <w:r>
        <w:rPr>
          <w:rFonts w:ascii="Times New Roman" w:hAnsi="Times New Roman" w:eastAsia="宋体"/>
          <w:b w:val="0"/>
          <w:i w:val="0"/>
          <w:sz w:val="21"/>
        </w:rPr>
        <w:t>如果水面上升 h 厘米，增加的水体积是 100· 40· h=4000h 立方厘米。</w:t>
      </w:r>
    </w:p>
    <w:p>
      <w:pPr>
        <w:spacing w:before="0" w:after="80" w:line="300" w:lineRule="auto"/>
        <w:jc w:val="left"/>
      </w:pPr>
      <w:r>
        <w:rPr>
          <w:rFonts w:ascii="Times New Roman" w:hAnsi="Times New Roman" w:eastAsia="宋体"/>
          <w:b w:val="0"/>
          <w:i w:val="0"/>
          <w:sz w:val="21"/>
        </w:rPr>
        <w:t>令它等于砖的体积，得 8000=4000h，所以 h=2。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brick has a volume of 40· 20· 10=8000 cubic centimeters.</w:t>
      </w:r>
    </w:p>
    <w:p>
      <w:pPr>
        <w:spacing w:before="0" w:after="80" w:line="300" w:lineRule="auto"/>
        <w:jc w:val="left"/>
      </w:pPr>
      <w:r>
        <w:rPr>
          <w:rFonts w:ascii="Times New Roman" w:hAnsi="Times New Roman" w:eastAsia="宋体"/>
          <w:b w:val="0"/>
          <w:i w:val="0"/>
          <w:color w:val="333333"/>
          <w:sz w:val="19"/>
        </w:rPr>
        <w:t>If the water rises by h centimeters, the added volume is 100· 40· h=4000h cubic centimeters.</w:t>
      </w:r>
    </w:p>
    <w:p>
      <w:pPr>
        <w:spacing w:before="0" w:after="80" w:line="300" w:lineRule="auto"/>
        <w:jc w:val="left"/>
      </w:pPr>
      <w:r>
        <w:rPr>
          <w:rFonts w:ascii="Times New Roman" w:hAnsi="Times New Roman" w:eastAsia="宋体"/>
          <w:b w:val="0"/>
          <w:i w:val="0"/>
          <w:color w:val="333333"/>
          <w:sz w:val="19"/>
        </w:rPr>
        <w:t>Setting this equal to the brick’s volume gives 8000=4000h, so h=2.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设较小的整数为 x。那么较大的整数为 x+2。</w:t>
      </w:r>
    </w:p>
    <w:p>
      <w:pPr>
        <w:spacing w:before="0" w:after="80" w:line="300" w:lineRule="auto"/>
        <w:jc w:val="left"/>
      </w:pPr>
      <w:r>
        <w:rPr>
          <w:rFonts w:ascii="Times New Roman" w:hAnsi="Times New Roman" w:eastAsia="宋体"/>
          <w:b w:val="0"/>
          <w:i w:val="0"/>
          <w:sz w:val="21"/>
        </w:rPr>
        <w:t>于是 x+2=3x，得 x=1。</w:t>
      </w:r>
    </w:p>
    <w:p>
      <w:pPr>
        <w:spacing w:before="0" w:after="80" w:line="300" w:lineRule="auto"/>
        <w:jc w:val="left"/>
      </w:pPr>
      <w:r>
        <w:rPr>
          <w:rFonts w:ascii="Times New Roman" w:hAnsi="Times New Roman" w:eastAsia="宋体"/>
          <w:b w:val="0"/>
          <w:i w:val="0"/>
          <w:sz w:val="21"/>
        </w:rPr>
        <w:t>两个整数是 1 和 3，它们的和是 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smaller integer be x. Then the larger is x+2.</w:t>
      </w:r>
    </w:p>
    <w:p>
      <w:pPr>
        <w:spacing w:before="0" w:after="80" w:line="300" w:lineRule="auto"/>
        <w:jc w:val="left"/>
      </w:pPr>
      <w:r>
        <w:rPr>
          <w:rFonts w:ascii="Times New Roman" w:hAnsi="Times New Roman" w:eastAsia="宋体"/>
          <w:b w:val="0"/>
          <w:i w:val="0"/>
          <w:color w:val="333333"/>
          <w:sz w:val="19"/>
        </w:rPr>
        <w:t>So x+2=3x, which gives x=1.</w:t>
      </w:r>
    </w:p>
    <w:p>
      <w:pPr>
        <w:spacing w:before="0" w:after="80" w:line="300" w:lineRule="auto"/>
        <w:jc w:val="left"/>
      </w:pPr>
      <w:r>
        <w:rPr>
          <w:rFonts w:ascii="Times New Roman" w:hAnsi="Times New Roman" w:eastAsia="宋体"/>
          <w:b w:val="0"/>
          <w:i w:val="0"/>
          <w:color w:val="333333"/>
          <w:sz w:val="19"/>
        </w:rPr>
        <w:t>The two integers are 1 and 3, and their sum is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Kate 以每小时 16 英里的速度骑了 1/2 小时，行进了 8 英里。</w:t>
      </w:r>
    </w:p>
    <w:p>
      <w:pPr>
        <w:spacing w:before="0" w:after="80" w:line="300" w:lineRule="auto"/>
        <w:jc w:val="left"/>
      </w:pPr>
      <w:r>
        <w:rPr>
          <w:rFonts w:ascii="Times New Roman" w:hAnsi="Times New Roman" w:eastAsia="宋体"/>
          <w:b w:val="0"/>
          <w:i w:val="0"/>
          <w:sz w:val="21"/>
        </w:rPr>
        <w:t>她以每小时 4 英里的速度走了 3/2 小时，行进了 6 英里。</w:t>
      </w:r>
    </w:p>
    <w:p>
      <w:pPr>
        <w:spacing w:before="0" w:after="80" w:line="300" w:lineRule="auto"/>
        <w:jc w:val="left"/>
      </w:pPr>
      <w:r>
        <w:rPr>
          <w:rFonts w:ascii="Times New Roman" w:hAnsi="Times New Roman" w:eastAsia="宋体"/>
          <w:b w:val="0"/>
          <w:i w:val="0"/>
          <w:sz w:val="21"/>
        </w:rPr>
        <w:t>她在 2 小时内共行进 14 英里，所以平均速度是每小时 7 英里。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Kate rode for 1/2 hour at 16 mph, covering 8 miles.</w:t>
      </w:r>
    </w:p>
    <w:p>
      <w:pPr>
        <w:spacing w:before="0" w:after="80" w:line="300" w:lineRule="auto"/>
        <w:jc w:val="left"/>
      </w:pPr>
      <w:r>
        <w:rPr>
          <w:rFonts w:ascii="Times New Roman" w:hAnsi="Times New Roman" w:eastAsia="宋体"/>
          <w:b w:val="0"/>
          <w:i w:val="0"/>
          <w:color w:val="333333"/>
          <w:sz w:val="19"/>
        </w:rPr>
        <w:t>She walked for 3/2 hours at 4 mph, covering 6 miles.</w:t>
      </w:r>
    </w:p>
    <w:p>
      <w:pPr>
        <w:spacing w:before="0" w:after="80" w:line="300" w:lineRule="auto"/>
        <w:jc w:val="left"/>
      </w:pPr>
      <w:r>
        <w:rPr>
          <w:rFonts w:ascii="Times New Roman" w:hAnsi="Times New Roman" w:eastAsia="宋体"/>
          <w:b w:val="0"/>
          <w:i w:val="0"/>
          <w:color w:val="333333"/>
          <w:sz w:val="19"/>
        </w:rPr>
        <w:t>She covered 14 miles in 2 hours, so her average speed was 7 mph.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缴纳联邦税后，Public 先生保留遗产的 80%。</w:t>
      </w:r>
    </w:p>
    <w:p>
      <w:pPr>
        <w:spacing w:before="0" w:after="80" w:line="300" w:lineRule="auto"/>
        <w:jc w:val="left"/>
      </w:pPr>
      <w:r>
        <w:rPr>
          <w:rFonts w:ascii="Times New Roman" w:hAnsi="Times New Roman" w:eastAsia="宋体"/>
          <w:b w:val="0"/>
          <w:i w:val="0"/>
          <w:sz w:val="21"/>
        </w:rPr>
        <w:t>他为这部分缴纳 10% 的州税，也就是遗产的 8%。</w:t>
      </w:r>
    </w:p>
    <w:p>
      <w:pPr>
        <w:spacing w:before="0" w:after="80" w:line="300" w:lineRule="auto"/>
        <w:jc w:val="left"/>
      </w:pPr>
      <w:r>
        <w:rPr>
          <w:rFonts w:ascii="Times New Roman" w:hAnsi="Times New Roman" w:eastAsia="宋体"/>
          <w:b w:val="0"/>
          <w:i w:val="0"/>
          <w:sz w:val="21"/>
        </w:rPr>
        <w:t>总税额是遗产的 20%+8%=28%，所以遗产为 ($10,500)/0.28=$37,500。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federal taxes, Mr. Public keeps 80% of his inheritance.</w:t>
      </w:r>
    </w:p>
    <w:p>
      <w:pPr>
        <w:spacing w:before="0" w:after="80" w:line="300" w:lineRule="auto"/>
        <w:jc w:val="left"/>
      </w:pPr>
      <w:r>
        <w:rPr>
          <w:rFonts w:ascii="Times New Roman" w:hAnsi="Times New Roman" w:eastAsia="宋体"/>
          <w:b w:val="0"/>
          <w:i w:val="0"/>
          <w:color w:val="333333"/>
          <w:sz w:val="19"/>
        </w:rPr>
        <w:t>He pays 10% of that in state taxes, which is 8% of the inheritance.</w:t>
      </w:r>
    </w:p>
    <w:p>
      <w:pPr>
        <w:spacing w:before="0" w:after="80" w:line="300" w:lineRule="auto"/>
        <w:jc w:val="left"/>
      </w:pPr>
      <w:r>
        <w:rPr>
          <w:rFonts w:ascii="Times New Roman" w:hAnsi="Times New Roman" w:eastAsia="宋体"/>
          <w:b w:val="0"/>
          <w:i w:val="0"/>
          <w:color w:val="333333"/>
          <w:sz w:val="19"/>
        </w:rPr>
        <w:t>His total tax is 20%+8%=28% of the inheritance, so the inheritance is ($10,500)/0.28=$37,500.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80" w:after="80"/>
        <w:jc w:val="center"/>
      </w:pPr>
      <w:r>
        <w:drawing>
          <wp:inline xmlns:a="http://schemas.openxmlformats.org/drawingml/2006/main" xmlns:pic="http://schemas.openxmlformats.org/drawingml/2006/picture">
            <wp:extent cx="845048" cy="1055675"/>
            <wp:docPr id="1" name="Picture 1"/>
            <wp:cNvGraphicFramePr>
              <a:graphicFrameLocks noChangeAspect="1"/>
            </wp:cNvGraphicFramePr>
            <a:graphic>
              <a:graphicData uri="http://schemas.openxmlformats.org/drawingml/2006/picture">
                <pic:pic>
                  <pic:nvPicPr>
                    <pic:cNvPr id="0" name="q06-sol-1@300dpi.png"/>
                    <pic:cNvPicPr/>
                  </pic:nvPicPr>
                  <pic:blipFill>
                    <a:blip r:embed="rId9"/>
                    <a:stretch>
                      <a:fillRect/>
                    </a:stretch>
                  </pic:blipFill>
                  <pic:spPr>
                    <a:xfrm>
                      <a:off x="0" y="0"/>
                      <a:ext cx="845048" cy="1055675"/>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 △ ABC 是等腰三角形，∠ BAC=1/2(180°-∠ ABC) =70°。</w:t>
      </w:r>
    </w:p>
    <w:p>
      <w:pPr>
        <w:spacing w:before="0" w:after="80" w:line="300" w:lineRule="auto"/>
        <w:jc w:val="left"/>
      </w:pPr>
      <w:r>
        <w:rPr>
          <w:rFonts w:ascii="Times New Roman" w:hAnsi="Times New Roman" w:eastAsia="宋体"/>
          <w:b w:val="0"/>
          <w:i w:val="0"/>
          <w:sz w:val="21"/>
        </w:rPr>
        <w:t>因为 △ ADC 是等腰三角形，∠ DAC=1/2(180°-∠ ADC) =20°。</w:t>
      </w:r>
    </w:p>
    <w:p>
      <w:pPr>
        <w:spacing w:before="0" w:after="80" w:line="300" w:lineRule="auto"/>
        <w:jc w:val="left"/>
      </w:pPr>
      <w:r>
        <w:rPr>
          <w:rFonts w:ascii="Times New Roman" w:hAnsi="Times New Roman" w:eastAsia="宋体"/>
          <w:b w:val="0"/>
          <w:i w:val="0"/>
          <w:sz w:val="21"/>
        </w:rPr>
        <w:t>因此 ∠ BAD=∠ BAC-∠ DAC =70°-20° =50°。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845048" cy="1055675"/>
            <wp:docPr id="2" name="Picture 2"/>
            <wp:cNvGraphicFramePr>
              <a:graphicFrameLocks noChangeAspect="1"/>
            </wp:cNvGraphicFramePr>
            <a:graphic>
              <a:graphicData uri="http://schemas.openxmlformats.org/drawingml/2006/picture">
                <pic:pic>
                  <pic:nvPicPr>
                    <pic:cNvPr id="0" name="q06-sol-1@300dpi.png"/>
                    <pic:cNvPicPr/>
                  </pic:nvPicPr>
                  <pic:blipFill>
                    <a:blip r:embed="rId9"/>
                    <a:stretch>
                      <a:fillRect/>
                    </a:stretch>
                  </pic:blipFill>
                  <pic:spPr>
                    <a:xfrm>
                      <a:off x="0" y="0"/>
                      <a:ext cx="845048" cy="105567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Since △ ABC is isosceles, ∠ BAC=1/2(180°-∠ ABC) =70°.</w:t>
      </w:r>
    </w:p>
    <w:p>
      <w:pPr>
        <w:spacing w:before="0" w:after="80" w:line="300" w:lineRule="auto"/>
        <w:jc w:val="left"/>
      </w:pPr>
      <w:r>
        <w:rPr>
          <w:rFonts w:ascii="Times New Roman" w:hAnsi="Times New Roman" w:eastAsia="宋体"/>
          <w:b w:val="0"/>
          <w:i w:val="0"/>
          <w:color w:val="333333"/>
          <w:sz w:val="19"/>
        </w:rPr>
        <w:t>Since △ ADC is isosceles, ∠ DAC=1/2(180°-∠ ADC) =20°.</w:t>
      </w:r>
    </w:p>
    <w:p>
      <w:pPr>
        <w:spacing w:before="0" w:after="80" w:line="300" w:lineRule="auto"/>
        <w:jc w:val="left"/>
      </w:pPr>
      <w:r>
        <w:rPr>
          <w:rFonts w:ascii="Times New Roman" w:hAnsi="Times New Roman" w:eastAsia="宋体"/>
          <w:b w:val="0"/>
          <w:i w:val="0"/>
          <w:color w:val="333333"/>
          <w:sz w:val="19"/>
        </w:rPr>
        <w:t>Therefore ∠ BAD=∠ BAC-∠ DAC =70°-20° =50°.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设 D 为公差。那么 a=c-2D，b=c-D，d=c+D，且 e=c+2D，所以</w:t>
      </w:r>
    </w:p>
    <w:p>
      <w:pPr>
        <w:spacing w:before="0" w:after="80" w:line="300" w:lineRule="auto"/>
        <w:jc w:val="left"/>
      </w:pPr>
      <w:r>
        <w:rPr>
          <w:rFonts w:ascii="Times New Roman" w:hAnsi="Times New Roman" w:eastAsia="宋体"/>
          <w:b w:val="0"/>
          <w:i w:val="0"/>
          <w:sz w:val="21"/>
        </w:rPr>
        <w:t>a+b+c+d+e=5c。</w:t>
      </w:r>
    </w:p>
    <w:p>
      <w:pPr>
        <w:spacing w:before="0" w:after="80" w:line="300" w:lineRule="auto"/>
        <w:jc w:val="left"/>
      </w:pPr>
      <w:r>
        <w:rPr>
          <w:rFonts w:ascii="Times New Roman" w:hAnsi="Times New Roman" w:eastAsia="宋体"/>
          <w:b w:val="0"/>
          <w:i w:val="0"/>
          <w:sz w:val="21"/>
        </w:rPr>
        <w:t>因此 5c=30，得 c=6。</w:t>
      </w:r>
    </w:p>
    <w:p>
      <w:pPr>
        <w:spacing w:before="0" w:after="80" w:line="300" w:lineRule="auto"/>
        <w:jc w:val="left"/>
      </w:pPr>
      <w:r>
        <w:rPr>
          <w:rFonts w:ascii="Times New Roman" w:hAnsi="Times New Roman" w:eastAsia="宋体"/>
          <w:b w:val="0"/>
          <w:i w:val="0"/>
          <w:sz w:val="21"/>
        </w:rPr>
        <w:t>其他项不能确定：数列 4,5,6,7,8 和 10,8,6,4,2 都满足条件，但除中间项外其余各项不同。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the common difference. Then a=c-2D, b=c-D, d=c+D, and e=c+2D, so</w:t>
      </w:r>
    </w:p>
    <w:p>
      <w:pPr>
        <w:spacing w:before="0" w:after="80" w:line="300" w:lineRule="auto"/>
        <w:jc w:val="left"/>
      </w:pPr>
      <w:r>
        <w:rPr>
          <w:rFonts w:ascii="Times New Roman" w:hAnsi="Times New Roman" w:eastAsia="宋体"/>
          <w:b w:val="0"/>
          <w:i w:val="0"/>
          <w:color w:val="333333"/>
          <w:sz w:val="19"/>
        </w:rPr>
        <w:t>a+b+c+d+e=5c.</w:t>
      </w:r>
    </w:p>
    <w:p>
      <w:pPr>
        <w:spacing w:before="0" w:after="80" w:line="300" w:lineRule="auto"/>
        <w:jc w:val="left"/>
      </w:pPr>
      <w:r>
        <w:rPr>
          <w:rFonts w:ascii="Times New Roman" w:hAnsi="Times New Roman" w:eastAsia="宋体"/>
          <w:b w:val="0"/>
          <w:i w:val="0"/>
          <w:color w:val="333333"/>
          <w:sz w:val="19"/>
        </w:rPr>
        <w:t>Thus 5c=30, giving c=6.</w:t>
      </w:r>
    </w:p>
    <w:p>
      <w:pPr>
        <w:spacing w:before="0" w:after="80" w:line="300" w:lineRule="auto"/>
        <w:jc w:val="left"/>
      </w:pPr>
      <w:r>
        <w:rPr>
          <w:rFonts w:ascii="Times New Roman" w:hAnsi="Times New Roman" w:eastAsia="宋体"/>
          <w:b w:val="0"/>
          <w:i w:val="0"/>
          <w:color w:val="333333"/>
          <w:sz w:val="19"/>
        </w:rPr>
        <w:t>The other terms cannot be determined: the sequences 4,5,6,7,8 and 10,8,6,4,2 both satisfy the conditions but differ in every term except the middle one.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考虑在数字 5 处相交的两条弦。它们分别连到 12 和 10，因此它们所对的弧从 10 到 12。</w:t>
      </w:r>
    </w:p>
    <w:p>
      <w:pPr>
        <w:spacing w:before="0" w:after="80" w:line="300" w:lineRule="auto"/>
        <w:jc w:val="left"/>
      </w:pPr>
      <w:r>
        <w:rPr>
          <w:rFonts w:ascii="Times New Roman" w:hAnsi="Times New Roman" w:eastAsia="宋体"/>
          <w:b w:val="0"/>
          <w:i w:val="0"/>
          <w:sz w:val="21"/>
        </w:rPr>
        <w:t>这段弧跨过十二个小时刻度中的两个，所以其度数为 2/12· 360°=60°。</w:t>
      </w:r>
    </w:p>
    <w:p>
      <w:pPr>
        <w:spacing w:before="0" w:after="80" w:line="300" w:lineRule="auto"/>
        <w:jc w:val="left"/>
      </w:pPr>
      <w:r>
        <w:rPr>
          <w:rFonts w:ascii="Times New Roman" w:hAnsi="Times New Roman" w:eastAsia="宋体"/>
          <w:b w:val="0"/>
          <w:i w:val="0"/>
          <w:sz w:val="21"/>
        </w:rPr>
        <w:t>根据圆周角定理，顶点角等于所对弧的一半，即 1/2· 60°=30°。由对称性，每个顶点角都是 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two chords meeting at the number 5. They run to 12 and to 10, so the arc they subtend extends from 10 to 12.</w:t>
      </w:r>
    </w:p>
    <w:p>
      <w:pPr>
        <w:spacing w:before="0" w:after="80" w:line="300" w:lineRule="auto"/>
        <w:jc w:val="left"/>
      </w:pPr>
      <w:r>
        <w:rPr>
          <w:rFonts w:ascii="Times New Roman" w:hAnsi="Times New Roman" w:eastAsia="宋体"/>
          <w:b w:val="0"/>
          <w:i w:val="0"/>
          <w:color w:val="333333"/>
          <w:sz w:val="19"/>
        </w:rPr>
        <w:t>That arc spans two of the twelve hour-marks, so its measure is 2/12· 360°=60°.</w:t>
      </w:r>
    </w:p>
    <w:p>
      <w:pPr>
        <w:spacing w:before="0" w:after="80" w:line="300" w:lineRule="auto"/>
        <w:jc w:val="left"/>
      </w:pPr>
      <w:r>
        <w:rPr>
          <w:rFonts w:ascii="Times New Roman" w:hAnsi="Times New Roman" w:eastAsia="宋体"/>
          <w:b w:val="0"/>
          <w:i w:val="0"/>
          <w:color w:val="333333"/>
          <w:sz w:val="19"/>
        </w:rPr>
        <w:t>By the Inscribed Angle Theorem, the vertex angle is half the arc, or 1/2· 60°=30°. By symmetry every vertex angle equals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 w 为步行速度，x 和 y 分别为 Yan 到家和到体育场的距离。</w:t>
      </w:r>
    </w:p>
    <w:p>
      <w:pPr>
        <w:spacing w:before="0" w:after="80" w:line="300" w:lineRule="auto"/>
        <w:jc w:val="left"/>
      </w:pPr>
      <w:r>
        <w:rPr>
          <w:rFonts w:ascii="Times New Roman" w:hAnsi="Times New Roman" w:eastAsia="宋体"/>
          <w:b w:val="0"/>
          <w:i w:val="0"/>
          <w:sz w:val="21"/>
        </w:rPr>
        <w:t>步行到体育场需要 y/w。先走回家再骑车需要 x/w+x+y/7w=8x+y/7w。</w:t>
      </w:r>
    </w:p>
    <w:p>
      <w:pPr>
        <w:spacing w:before="0" w:after="80" w:line="300" w:lineRule="auto"/>
        <w:jc w:val="left"/>
      </w:pPr>
      <w:r>
        <w:rPr>
          <w:rFonts w:ascii="Times New Roman" w:hAnsi="Times New Roman" w:eastAsia="宋体"/>
          <w:b w:val="0"/>
          <w:i w:val="0"/>
          <w:sz w:val="21"/>
        </w:rPr>
        <w:t>令两者相等，得 7y=8x+y，所以 8x=6y，x/y=3/4。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w be the walking speed and let x and y be Yan’s distances from home and from the stadium.</w:t>
      </w:r>
    </w:p>
    <w:p>
      <w:pPr>
        <w:spacing w:before="0" w:after="80" w:line="300" w:lineRule="auto"/>
        <w:jc w:val="left"/>
      </w:pPr>
      <w:r>
        <w:rPr>
          <w:rFonts w:ascii="Times New Roman" w:hAnsi="Times New Roman" w:eastAsia="宋体"/>
          <w:b w:val="0"/>
          <w:i w:val="0"/>
          <w:color w:val="333333"/>
          <w:sz w:val="19"/>
        </w:rPr>
        <w:t>Walking to the stadium takes y/w. Walking home then biking takes x/w+x+y/7w=8x+y/7w.</w:t>
      </w:r>
    </w:p>
    <w:p>
      <w:pPr>
        <w:spacing w:before="0" w:after="80" w:line="300" w:lineRule="auto"/>
        <w:jc w:val="left"/>
      </w:pPr>
      <w:r>
        <w:rPr>
          <w:rFonts w:ascii="Times New Roman" w:hAnsi="Times New Roman" w:eastAsia="宋体"/>
          <w:b w:val="0"/>
          <w:i w:val="0"/>
          <w:color w:val="333333"/>
          <w:sz w:val="19"/>
        </w:rPr>
        <w:t>Setting these equal gives 7y=8x+y, so 8x=6y and x/y=3/4.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设三边为 3x、4x 和 5x。该三角形是直角三角形，所以斜边是直径。</w:t>
      </w:r>
    </w:p>
    <w:p>
      <w:pPr>
        <w:spacing w:before="0" w:after="80" w:line="300" w:lineRule="auto"/>
        <w:jc w:val="left"/>
      </w:pPr>
      <w:r>
        <w:rPr>
          <w:rFonts w:ascii="Times New Roman" w:hAnsi="Times New Roman" w:eastAsia="宋体"/>
          <w:b w:val="0"/>
          <w:i w:val="0"/>
          <w:sz w:val="21"/>
        </w:rPr>
        <w:t>因此 5x=2· 3=6，得 x=6/5。</w:t>
      </w:r>
    </w:p>
    <w:p>
      <w:pPr>
        <w:spacing w:before="0" w:after="80" w:line="300" w:lineRule="auto"/>
        <w:jc w:val="left"/>
      </w:pPr>
      <w:r>
        <w:rPr>
          <w:rFonts w:ascii="Times New Roman" w:hAnsi="Times New Roman" w:eastAsia="宋体"/>
          <w:b w:val="0"/>
          <w:i w:val="0"/>
          <w:sz w:val="21"/>
        </w:rPr>
        <w:t>面积为 1/2· 3x· 4x=6x² =6·36/25 =216/25=8.64。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sides be 3x, 4x, and 5x. The triangle is right, so its hypotenuse is a diameter.</w:t>
      </w:r>
    </w:p>
    <w:p>
      <w:pPr>
        <w:spacing w:before="0" w:after="80" w:line="300" w:lineRule="auto"/>
        <w:jc w:val="left"/>
      </w:pPr>
      <w:r>
        <w:rPr>
          <w:rFonts w:ascii="Times New Roman" w:hAnsi="Times New Roman" w:eastAsia="宋体"/>
          <w:b w:val="0"/>
          <w:i w:val="0"/>
          <w:color w:val="333333"/>
          <w:sz w:val="19"/>
        </w:rPr>
        <w:t>Thus 5x=2· 3=6, giving x=6/5.</w:t>
      </w:r>
    </w:p>
    <w:p>
      <w:pPr>
        <w:spacing w:before="0" w:after="80" w:line="300" w:lineRule="auto"/>
        <w:jc w:val="left"/>
      </w:pPr>
      <w:r>
        <w:rPr>
          <w:rFonts w:ascii="Times New Roman" w:hAnsi="Times New Roman" w:eastAsia="宋体"/>
          <w:b w:val="0"/>
          <w:i w:val="0"/>
          <w:color w:val="333333"/>
          <w:sz w:val="19"/>
        </w:rPr>
        <w:t>The area is 1/2· 3x· 4x=6x² =6·36/25 =216/25=8.64.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由于循环性质，每个出现的数字在百位、十位和个位上出现的次数相同。</w:t>
      </w:r>
    </w:p>
    <w:p>
      <w:pPr>
        <w:spacing w:before="0" w:after="80" w:line="300" w:lineRule="auto"/>
        <w:jc w:val="left"/>
      </w:pPr>
      <w:r>
        <w:rPr>
          <w:rFonts w:ascii="Times New Roman" w:hAnsi="Times New Roman" w:eastAsia="宋体"/>
          <w:b w:val="0"/>
          <w:i w:val="0"/>
          <w:sz w:val="21"/>
        </w:rPr>
        <w:t>设所有项个位数字之和为 k，则 S=100k+10k+k=111k =3· 37· k。</w:t>
      </w:r>
    </w:p>
    <w:p>
      <w:pPr>
        <w:spacing w:before="0" w:after="80" w:line="300" w:lineRule="auto"/>
        <w:jc w:val="left"/>
      </w:pPr>
      <w:r>
        <w:rPr>
          <w:rFonts w:ascii="Times New Roman" w:hAnsi="Times New Roman" w:eastAsia="宋体"/>
          <w:b w:val="0"/>
          <w:i w:val="0"/>
          <w:sz w:val="21"/>
        </w:rPr>
        <w:t>所以 S 总能被 37 整除。它不一定能被更大的数整除：数列 123,231,312 给出 S=666=2· 3²· 37。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of the cycling property, each digit that appears is used the same number of times in the hundreds, tens, and units places.</w:t>
      </w:r>
    </w:p>
    <w:p>
      <w:pPr>
        <w:spacing w:before="0" w:after="80" w:line="300" w:lineRule="auto"/>
        <w:jc w:val="left"/>
      </w:pPr>
      <w:r>
        <w:rPr>
          <w:rFonts w:ascii="Times New Roman" w:hAnsi="Times New Roman" w:eastAsia="宋体"/>
          <w:b w:val="0"/>
          <w:i w:val="0"/>
          <w:color w:val="333333"/>
          <w:sz w:val="19"/>
        </w:rPr>
        <w:t>Let k be the sum of the units digits over all terms. Then S=100k+10k+k=111k =3· 37· k.</w:t>
      </w:r>
    </w:p>
    <w:p>
      <w:pPr>
        <w:spacing w:before="0" w:after="80" w:line="300" w:lineRule="auto"/>
        <w:jc w:val="left"/>
      </w:pPr>
      <w:r>
        <w:rPr>
          <w:rFonts w:ascii="Times New Roman" w:hAnsi="Times New Roman" w:eastAsia="宋体"/>
          <w:b w:val="0"/>
          <w:i w:val="0"/>
          <w:color w:val="333333"/>
          <w:sz w:val="19"/>
        </w:rPr>
        <w:t>So S is always divisible by 37. It need not be divisible by anything larger: the sequence 123,231,312 gives S=666=2· 3²· 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从 0 到 2007 的整数中恰好有一半是奇数。</w:t>
      </w:r>
    </w:p>
    <w:p>
      <w:pPr>
        <w:spacing w:before="0" w:after="80" w:line="300" w:lineRule="auto"/>
        <w:jc w:val="left"/>
      </w:pPr>
      <w:r>
        <w:rPr>
          <w:rFonts w:ascii="Times New Roman" w:hAnsi="Times New Roman" w:eastAsia="宋体"/>
          <w:b w:val="0"/>
          <w:i w:val="0"/>
          <w:sz w:val="21"/>
        </w:rPr>
        <w:t>乘积 ad 只有在两个因数都是奇数时才是奇数，概率为 1/2·1/2=1/4，因此为偶数的概率为 3/4。bc 也同理。</w:t>
      </w:r>
    </w:p>
    <w:p>
      <w:pPr>
        <w:spacing w:before="0" w:after="80" w:line="300" w:lineRule="auto"/>
        <w:jc w:val="left"/>
      </w:pPr>
      <w:r>
        <w:rPr>
          <w:rFonts w:ascii="Times New Roman" w:hAnsi="Times New Roman" w:eastAsia="宋体"/>
          <w:b w:val="0"/>
          <w:i w:val="0"/>
          <w:sz w:val="21"/>
        </w:rPr>
        <w:t>因此 ad-bc 在两个乘积都为奇数或都为偶数时为偶数：</w:t>
      </w:r>
    </w:p>
    <w:p>
      <w:pPr>
        <w:spacing w:before="0" w:after="80" w:line="300" w:lineRule="auto"/>
        <w:jc w:val="left"/>
      </w:pPr>
      <w:r>
        <w:rPr>
          <w:rFonts w:ascii="Times New Roman" w:hAnsi="Times New Roman" w:eastAsia="宋体"/>
          <w:b w:val="0"/>
          <w:i w:val="0"/>
          <w:sz w:val="21"/>
        </w:rPr>
        <w:t>1/4·1/4+3/4·3/4=10/16=5/8。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Exactly half of the integers from 0 to 2007 are odd.</w:t>
      </w:r>
    </w:p>
    <w:p>
      <w:pPr>
        <w:spacing w:before="0" w:after="80" w:line="300" w:lineRule="auto"/>
        <w:jc w:val="left"/>
      </w:pPr>
      <w:r>
        <w:rPr>
          <w:rFonts w:ascii="Times New Roman" w:hAnsi="Times New Roman" w:eastAsia="宋体"/>
          <w:b w:val="0"/>
          <w:i w:val="0"/>
          <w:color w:val="333333"/>
          <w:sz w:val="19"/>
        </w:rPr>
        <w:t>A product ad is odd only when both factors are odd, with probability 1/2·1/2=1/4, and even with probability 3/4. The same holds for bc.</w:t>
      </w:r>
    </w:p>
    <w:p>
      <w:pPr>
        <w:spacing w:before="0" w:after="80" w:line="300" w:lineRule="auto"/>
        <w:jc w:val="left"/>
      </w:pPr>
      <w:r>
        <w:rPr>
          <w:rFonts w:ascii="Times New Roman" w:hAnsi="Times New Roman" w:eastAsia="宋体"/>
          <w:b w:val="0"/>
          <w:i w:val="0"/>
          <w:color w:val="333333"/>
          <w:sz w:val="19"/>
        </w:rPr>
        <w:t>Then ad-bc is even when both products are odd or both are even:</w:t>
      </w:r>
    </w:p>
    <w:p>
      <w:pPr>
        <w:spacing w:before="0" w:after="80" w:line="300" w:lineRule="auto"/>
        <w:jc w:val="left"/>
      </w:pPr>
      <w:r>
        <w:rPr>
          <w:rFonts w:ascii="Times New Roman" w:hAnsi="Times New Roman" w:eastAsia="宋体"/>
          <w:b w:val="0"/>
          <w:i w:val="0"/>
          <w:color w:val="333333"/>
          <w:sz w:val="19"/>
        </w:rPr>
        <w:t>1/4·1/4+3/4·3/4=10/16=5/8.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老鼠在从 (12,10) 到该直线的垂足处最接近奶酪。</w:t>
      </w:r>
    </w:p>
    <w:p>
      <w:pPr>
        <w:spacing w:before="0" w:after="80" w:line="300" w:lineRule="auto"/>
        <w:jc w:val="left"/>
      </w:pPr>
      <w:r>
        <w:rPr>
          <w:rFonts w:ascii="Times New Roman" w:hAnsi="Times New Roman" w:eastAsia="宋体"/>
          <w:b w:val="0"/>
          <w:i w:val="0"/>
          <w:sz w:val="21"/>
        </w:rPr>
        <w:t>这条垂线斜率为 1/5，所以方程为 y=10+1/5(x-12)=1/5 x+38/5。</w:t>
      </w:r>
    </w:p>
    <w:p>
      <w:pPr>
        <w:spacing w:before="0" w:after="80" w:line="300" w:lineRule="auto"/>
        <w:jc w:val="left"/>
      </w:pPr>
      <w:r>
        <w:rPr>
          <w:rFonts w:ascii="Times New Roman" w:hAnsi="Times New Roman" w:eastAsia="宋体"/>
          <w:b w:val="0"/>
          <w:i w:val="0"/>
          <w:sz w:val="21"/>
        </w:rPr>
        <w:t>令 1/5 x+38/5=-5x+18，得 x=2 且 y=8。因此 (a,b)=(2,8)，a+b=10。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mouse is closest to the cheese at the foot of the perpendicular from (12,10) to the line.</w:t>
      </w:r>
    </w:p>
    <w:p>
      <w:pPr>
        <w:spacing w:before="0" w:after="80" w:line="300" w:lineRule="auto"/>
        <w:jc w:val="left"/>
      </w:pPr>
      <w:r>
        <w:rPr>
          <w:rFonts w:ascii="Times New Roman" w:hAnsi="Times New Roman" w:eastAsia="宋体"/>
          <w:b w:val="0"/>
          <w:i w:val="0"/>
          <w:color w:val="333333"/>
          <w:sz w:val="19"/>
        </w:rPr>
        <w:t>This perpendicular has slope 1/5, so its equation is y=10+1/5(x-12)=1/5 x+38/5.</w:t>
      </w:r>
    </w:p>
    <w:p>
      <w:pPr>
        <w:spacing w:before="0" w:after="80" w:line="300" w:lineRule="auto"/>
        <w:jc w:val="left"/>
      </w:pPr>
      <w:r>
        <w:rPr>
          <w:rFonts w:ascii="Times New Roman" w:hAnsi="Times New Roman" w:eastAsia="宋体"/>
          <w:b w:val="0"/>
          <w:i w:val="0"/>
          <w:color w:val="333333"/>
          <w:sz w:val="19"/>
        </w:rPr>
        <w:t>Setting 1/5 x+38/5=-5x+18 gives x=2 and y=8. Thus (a,b)=(2,8) and a+b=10.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五个因数是乘积为 45 的互不相同的非零整数，因此每个因数都是 45 的正因数或负因数。检验 ±1,±3,±5,±9,±15,±45，只有五元集合 {-3,-1,1,3,5} 的乘积为 45。</w:t>
      </w:r>
    </w:p>
    <w:p>
      <w:pPr>
        <w:spacing w:before="0" w:after="80" w:line="300" w:lineRule="auto"/>
        <w:jc w:val="left"/>
      </w:pPr>
      <w:r>
        <w:rPr>
          <w:rFonts w:ascii="Times New Roman" w:hAnsi="Times New Roman" w:eastAsia="宋体"/>
          <w:b w:val="0"/>
          <w:i w:val="0"/>
          <w:sz w:val="21"/>
        </w:rPr>
        <w:t>那么 a,b,c,d,e 按某种顺序为 9,7,5,3,1，它们的和是 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factors are distinct nonzero integers with product 45, so each is a positive or negative divisor of 45. Checking ±1,±3,±5,±9,±15,±45, only the five-element set {-3,-1,1,3,5} has product 45.</w:t>
      </w:r>
    </w:p>
    <w:p>
      <w:pPr>
        <w:spacing w:before="0" w:after="80" w:line="300" w:lineRule="auto"/>
        <w:jc w:val="left"/>
      </w:pPr>
      <w:r>
        <w:rPr>
          <w:rFonts w:ascii="Times New Roman" w:hAnsi="Times New Roman" w:eastAsia="宋体"/>
          <w:b w:val="0"/>
          <w:i w:val="0"/>
          <w:color w:val="333333"/>
          <w:sz w:val="19"/>
        </w:rPr>
        <w:t>Then a,b,c,d,e are 9,7,5,3,1 in some order, and their sum is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平均数是 28+n/5。</w:t>
      </w:r>
    </w:p>
    <w:p>
      <w:pPr>
        <w:spacing w:before="0" w:after="80" w:line="300" w:lineRule="auto"/>
        <w:jc w:val="left"/>
      </w:pPr>
      <w:r>
        <w:rPr>
          <w:rFonts w:ascii="Times New Roman" w:hAnsi="Times New Roman" w:eastAsia="宋体"/>
          <w:b w:val="0"/>
          <w:i w:val="0"/>
          <w:sz w:val="21"/>
        </w:rPr>
        <w:t>如果 n&lt; 6，中位数是 6，所以 28+n=30，n=2。</w:t>
      </w:r>
    </w:p>
    <w:p>
      <w:pPr>
        <w:spacing w:before="0" w:after="80" w:line="300" w:lineRule="auto"/>
        <w:jc w:val="left"/>
      </w:pPr>
      <w:r>
        <w:rPr>
          <w:rFonts w:ascii="Times New Roman" w:hAnsi="Times New Roman" w:eastAsia="宋体"/>
          <w:b w:val="0"/>
          <w:i w:val="0"/>
          <w:sz w:val="21"/>
        </w:rPr>
        <w:t>如果 6&lt; n&lt; 9，中位数是 n，所以 28+n=5n，n=7。</w:t>
      </w:r>
    </w:p>
    <w:p>
      <w:pPr>
        <w:spacing w:before="0" w:after="80" w:line="300" w:lineRule="auto"/>
        <w:jc w:val="left"/>
      </w:pPr>
      <w:r>
        <w:rPr>
          <w:rFonts w:ascii="Times New Roman" w:hAnsi="Times New Roman" w:eastAsia="宋体"/>
          <w:b w:val="0"/>
          <w:i w:val="0"/>
          <w:sz w:val="21"/>
        </w:rPr>
        <w:t>如果 n&gt; 9，中位数是 9，所以 28+n=45，n=17。</w:t>
      </w:r>
    </w:p>
    <w:p>
      <w:pPr>
        <w:spacing w:before="0" w:after="80" w:line="300" w:lineRule="auto"/>
        <w:jc w:val="left"/>
      </w:pPr>
      <w:r>
        <w:rPr>
          <w:rFonts w:ascii="Times New Roman" w:hAnsi="Times New Roman" w:eastAsia="宋体"/>
          <w:b w:val="0"/>
          <w:i w:val="0"/>
          <w:sz w:val="21"/>
        </w:rPr>
        <w:t>所有可能值之和为 2+7+17=26。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is 28+n/5.</w:t>
      </w:r>
    </w:p>
    <w:p>
      <w:pPr>
        <w:spacing w:before="0" w:after="80" w:line="300" w:lineRule="auto"/>
        <w:jc w:val="left"/>
      </w:pPr>
      <w:r>
        <w:rPr>
          <w:rFonts w:ascii="Times New Roman" w:hAnsi="Times New Roman" w:eastAsia="宋体"/>
          <w:b w:val="0"/>
          <w:i w:val="0"/>
          <w:color w:val="333333"/>
          <w:sz w:val="19"/>
        </w:rPr>
        <w:t>If n&lt; 6, the median is 6, so 28+n=30 and n=2.</w:t>
      </w:r>
    </w:p>
    <w:p>
      <w:pPr>
        <w:spacing w:before="0" w:after="80" w:line="300" w:lineRule="auto"/>
        <w:jc w:val="left"/>
      </w:pPr>
      <w:r>
        <w:rPr>
          <w:rFonts w:ascii="Times New Roman" w:hAnsi="Times New Roman" w:eastAsia="宋体"/>
          <w:b w:val="0"/>
          <w:i w:val="0"/>
          <w:color w:val="333333"/>
          <w:sz w:val="19"/>
        </w:rPr>
        <w:t>If 6&lt; n&lt; 9, the median is n, so 28+n=5n and n=7.</w:t>
      </w:r>
    </w:p>
    <w:p>
      <w:pPr>
        <w:spacing w:before="0" w:after="80" w:line="300" w:lineRule="auto"/>
        <w:jc w:val="left"/>
      </w:pPr>
      <w:r>
        <w:rPr>
          <w:rFonts w:ascii="Times New Roman" w:hAnsi="Times New Roman" w:eastAsia="宋体"/>
          <w:b w:val="0"/>
          <w:i w:val="0"/>
          <w:color w:val="333333"/>
          <w:sz w:val="19"/>
        </w:rPr>
        <w:t>If n&gt; 9, the median is 9, so 28+n=45 and n=17.</w:t>
      </w:r>
    </w:p>
    <w:p>
      <w:pPr>
        <w:spacing w:before="0" w:after="80" w:line="300" w:lineRule="auto"/>
        <w:jc w:val="left"/>
      </w:pPr>
      <w:r>
        <w:rPr>
          <w:rFonts w:ascii="Times New Roman" w:hAnsi="Times New Roman" w:eastAsia="宋体"/>
          <w:b w:val="0"/>
          <w:i w:val="0"/>
          <w:color w:val="333333"/>
          <w:sz w:val="19"/>
        </w:rPr>
        <w:t>The sum of all possible values is 2+7+17=26.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三个互不相同的数字构成一个递增等差数列。按公差计数：公差为 1 有 8 组，公差为 2 有 6 组，公差为 3 有 4 组，公差为 4 有 2 组，共 20 组。</w:t>
      </w:r>
    </w:p>
    <w:p>
      <w:pPr>
        <w:spacing w:before="0" w:after="80" w:line="300" w:lineRule="auto"/>
        <w:jc w:val="left"/>
      </w:pPr>
      <w:r>
        <w:rPr>
          <w:rFonts w:ascii="Times New Roman" w:hAnsi="Times New Roman" w:eastAsia="宋体"/>
          <w:b w:val="0"/>
          <w:i w:val="0"/>
          <w:sz w:val="21"/>
        </w:rPr>
        <w:t>其中 4 组含有 0（即 {0,1,2}，{0,2,4}，{0,3,6}，{0,4,8}）；每组产生 2· 2!=4 个有效三位数，因为 0 不能放在首位。</w:t>
      </w:r>
    </w:p>
    <w:p>
      <w:pPr>
        <w:spacing w:before="0" w:after="80" w:line="300" w:lineRule="auto"/>
        <w:jc w:val="left"/>
      </w:pPr>
      <w:r>
        <w:rPr>
          <w:rFonts w:ascii="Times New Roman" w:hAnsi="Times New Roman" w:eastAsia="宋体"/>
          <w:b w:val="0"/>
          <w:i w:val="0"/>
          <w:sz w:val="21"/>
        </w:rPr>
        <w:t>另外 16 组各产生 3!=6 个数。总数为 4· 4+16· 6=112。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distinct digits form an increasing arithmetic progression. Counting by common difference: 8 with difference 1, 6 with difference 2, 4 with difference 3, and 2 with difference 4, for 20 sets.</w:t>
      </w:r>
    </w:p>
    <w:p>
      <w:pPr>
        <w:spacing w:before="0" w:after="80" w:line="300" w:lineRule="auto"/>
        <w:jc w:val="left"/>
      </w:pPr>
      <w:r>
        <w:rPr>
          <w:rFonts w:ascii="Times New Roman" w:hAnsi="Times New Roman" w:eastAsia="宋体"/>
          <w:b w:val="0"/>
          <w:i w:val="0"/>
          <w:color w:val="333333"/>
          <w:sz w:val="19"/>
        </w:rPr>
        <w:t>Of these, 4 sets contain 0 (namely {0,1,2}, {0,2,4}, {0,3,6}, {0,4,8}); each yields 2· 2!=4 valid numbers since 0 cannot lead.</w:t>
      </w:r>
    </w:p>
    <w:p>
      <w:pPr>
        <w:spacing w:before="0" w:after="80" w:line="300" w:lineRule="auto"/>
        <w:jc w:val="left"/>
      </w:pPr>
      <w:r>
        <w:rPr>
          <w:rFonts w:ascii="Times New Roman" w:hAnsi="Times New Roman" w:eastAsia="宋体"/>
          <w:b w:val="0"/>
          <w:i w:val="0"/>
          <w:color w:val="333333"/>
          <w:sz w:val="19"/>
        </w:rPr>
        <w:t>The other 16 sets each yield 3!=6 numbers. The total is 4· 4+16· 6=112.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将两个等式平方，得 sin² a+2sin asin b+sin² b=5/3 和 cos² a+2cos acos b +cos² b=1。</w:t>
      </w:r>
    </w:p>
    <w:p>
      <w:pPr>
        <w:spacing w:before="0" w:after="80" w:line="300" w:lineRule="auto"/>
        <w:jc w:val="left"/>
      </w:pPr>
      <w:r>
        <w:rPr>
          <w:rFonts w:ascii="Times New Roman" w:hAnsi="Times New Roman" w:eastAsia="宋体"/>
          <w:b w:val="0"/>
          <w:i w:val="0"/>
          <w:sz w:val="21"/>
        </w:rPr>
        <w:t>相加并两次使用 sin²θ+cos²θ=1，得</w:t>
      </w:r>
    </w:p>
    <w:p>
      <w:pPr>
        <w:spacing w:before="0" w:after="80" w:line="300" w:lineRule="auto"/>
        <w:jc w:val="left"/>
      </w:pPr>
      <w:r>
        <w:rPr>
          <w:rFonts w:ascii="Times New Roman" w:hAnsi="Times New Roman" w:eastAsia="宋体"/>
          <w:b w:val="0"/>
          <w:i w:val="0"/>
          <w:sz w:val="21"/>
        </w:rPr>
        <w:t>2+2(sin asin b+cos acos b)</w:t>
      </w:r>
    </w:p>
    <w:p>
      <w:pPr>
        <w:spacing w:before="0" w:after="80" w:line="300" w:lineRule="auto"/>
        <w:jc w:val="left"/>
      </w:pPr>
      <w:r>
        <w:rPr>
          <w:rFonts w:ascii="Times New Roman" w:hAnsi="Times New Roman" w:eastAsia="宋体"/>
          <w:b w:val="0"/>
          <w:i w:val="0"/>
          <w:sz w:val="21"/>
        </w:rPr>
        <w:t>=8/3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cos(a-b)=sin asin b +cos acos b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Squaring both equations gives sin² a+2sin asin b+sin² b=5/3 and cos² a+2cos acos b +cos² b=1.</w:t>
      </w:r>
    </w:p>
    <w:p>
      <w:pPr>
        <w:spacing w:before="0" w:after="80" w:line="300" w:lineRule="auto"/>
        <w:jc w:val="left"/>
      </w:pPr>
      <w:r>
        <w:rPr>
          <w:rFonts w:ascii="Times New Roman" w:hAnsi="Times New Roman" w:eastAsia="宋体"/>
          <w:b w:val="0"/>
          <w:i w:val="0"/>
          <w:color w:val="333333"/>
          <w:sz w:val="19"/>
        </w:rPr>
        <w:t>Adding and using sin²θ+cos²θ=1 twice,</w:t>
      </w:r>
    </w:p>
    <w:p>
      <w:pPr>
        <w:spacing w:before="0" w:after="80" w:line="300" w:lineRule="auto"/>
        <w:jc w:val="left"/>
      </w:pPr>
      <w:r>
        <w:rPr>
          <w:rFonts w:ascii="Times New Roman" w:hAnsi="Times New Roman" w:eastAsia="宋体"/>
          <w:b w:val="0"/>
          <w:i w:val="0"/>
          <w:color w:val="333333"/>
          <w:sz w:val="19"/>
        </w:rPr>
        <w:t>2+2(sin asin b+cos acos b)</w:t>
      </w:r>
    </w:p>
    <w:p>
      <w:pPr>
        <w:spacing w:before="0" w:after="80" w:line="300" w:lineRule="auto"/>
        <w:jc w:val="left"/>
      </w:pPr>
      <w:r>
        <w:rPr>
          <w:rFonts w:ascii="Times New Roman" w:hAnsi="Times New Roman" w:eastAsia="宋体"/>
          <w:b w:val="0"/>
          <w:i w:val="0"/>
          <w:color w:val="333333"/>
          <w:sz w:val="19"/>
        </w:rPr>
        <w:t>=8/3.</w:t>
      </w:r>
    </w:p>
    <w:p>
      <w:pPr>
        <w:spacing w:before="0" w:after="80" w:line="300" w:lineRule="auto"/>
        <w:jc w:val="left"/>
      </w:pPr>
      <w:r>
        <w:rPr>
          <w:rFonts w:ascii="Times New Roman" w:hAnsi="Times New Roman" w:eastAsia="宋体"/>
          <w:b w:val="0"/>
          <w:i w:val="0"/>
          <w:color w:val="333333"/>
          <w:sz w:val="19"/>
        </w:rPr>
        <w:t>So cos(a-b)=sin asin b +cos acos b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因为 f 的系数为实数，所以共轭数 -2i 和 2-i 也是根。因此</w:t>
      </w:r>
    </w:p>
    <w:p>
      <w:pPr>
        <w:spacing w:before="0" w:after="80" w:line="300" w:lineRule="auto"/>
        <w:jc w:val="left"/>
      </w:pPr>
      <w:r>
        <w:rPr>
          <w:rFonts w:ascii="Times New Roman" w:hAnsi="Times New Roman" w:eastAsia="宋体"/>
          <w:b w:val="0"/>
          <w:i w:val="0"/>
          <w:sz w:val="21"/>
        </w:rPr>
        <w:t>f(x) = (x²+4)(x²-4x+5)</w:t>
      </w:r>
    </w:p>
    <w:p>
      <w:pPr>
        <w:spacing w:before="0" w:after="80" w:line="300" w:lineRule="auto"/>
        <w:jc w:val="left"/>
      </w:pPr>
      <w:r>
        <w:rPr>
          <w:rFonts w:ascii="Times New Roman" w:hAnsi="Times New Roman" w:eastAsia="宋体"/>
          <w:b w:val="0"/>
          <w:i w:val="0"/>
          <w:sz w:val="21"/>
        </w:rPr>
        <w:t>= x⁴-4x³+9x²</w:t>
      </w:r>
    </w:p>
    <w:p>
      <w:pPr>
        <w:spacing w:before="0" w:after="80" w:line="300" w:lineRule="auto"/>
        <w:jc w:val="left"/>
      </w:pPr>
      <w:r>
        <w:rPr>
          <w:rFonts w:ascii="Times New Roman" w:hAnsi="Times New Roman" w:eastAsia="宋体"/>
          <w:b w:val="0"/>
          <w:i w:val="0"/>
          <w:sz w:val="21"/>
        </w:rPr>
        <w:t>-16x+20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a+b+c+d=-4+9 -16+20 =9。等价地，a+b+c+d=f(1)-1 =(1+4)(1+1)-1 =9。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 has real coefficients, the conjugates -2i and 2-i are also roots. Thus</w:t>
      </w:r>
    </w:p>
    <w:p>
      <w:pPr>
        <w:spacing w:before="0" w:after="80" w:line="300" w:lineRule="auto"/>
        <w:jc w:val="left"/>
      </w:pPr>
      <w:r>
        <w:rPr>
          <w:rFonts w:ascii="Times New Roman" w:hAnsi="Times New Roman" w:eastAsia="宋体"/>
          <w:b w:val="0"/>
          <w:i w:val="0"/>
          <w:color w:val="333333"/>
          <w:sz w:val="19"/>
        </w:rPr>
        <w:t>f(x) = (x²+4)(x²-4x+5)</w:t>
      </w:r>
    </w:p>
    <w:p>
      <w:pPr>
        <w:spacing w:before="0" w:after="80" w:line="300" w:lineRule="auto"/>
        <w:jc w:val="left"/>
      </w:pPr>
      <w:r>
        <w:rPr>
          <w:rFonts w:ascii="Times New Roman" w:hAnsi="Times New Roman" w:eastAsia="宋体"/>
          <w:b w:val="0"/>
          <w:i w:val="0"/>
          <w:color w:val="333333"/>
          <w:sz w:val="19"/>
        </w:rPr>
        <w:t>= x⁴-4x³+9x²</w:t>
      </w:r>
    </w:p>
    <w:p>
      <w:pPr>
        <w:spacing w:before="0" w:after="80" w:line="300" w:lineRule="auto"/>
        <w:jc w:val="left"/>
      </w:pPr>
      <w:r>
        <w:rPr>
          <w:rFonts w:ascii="Times New Roman" w:hAnsi="Times New Roman" w:eastAsia="宋体"/>
          <w:b w:val="0"/>
          <w:i w:val="0"/>
          <w:color w:val="333333"/>
          <w:sz w:val="19"/>
        </w:rPr>
        <w:t>-16x+20.</w:t>
      </w:r>
    </w:p>
    <w:p>
      <w:pPr>
        <w:spacing w:before="0" w:after="80" w:line="300" w:lineRule="auto"/>
        <w:jc w:val="left"/>
      </w:pPr>
      <w:r>
        <w:rPr>
          <w:rFonts w:ascii="Times New Roman" w:hAnsi="Times New Roman" w:eastAsia="宋体"/>
          <w:b w:val="0"/>
          <w:i w:val="0"/>
          <w:color w:val="333333"/>
          <w:sz w:val="19"/>
        </w:rPr>
        <w:t>Then a+b+c+d=-4+9 -16+20 =9. Equivalently, a+b+c+d=f(1)-1 =(1+4)(1+1)-1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 ABC 中从 A 出发的高 h 满足 2007=1/2· 223· h，所以 h=18。因此 A 在 y=18 或 y=-18 上。</w:t>
      </w:r>
    </w:p>
    <w:p>
      <w:pPr>
        <w:spacing w:before="0" w:after="80" w:line="300" w:lineRule="auto"/>
        <w:jc w:val="left"/>
      </w:pPr>
      <w:r>
        <w:rPr>
          <w:rFonts w:ascii="Times New Roman" w:hAnsi="Times New Roman" w:eastAsia="宋体"/>
          <w:b w:val="0"/>
          <w:i w:val="0"/>
          <w:sz w:val="21"/>
        </w:rPr>
        <w:t>直线 DE 的方程为 x-y-300=0。△ ADE 的面积条件同样把 A 限制在两条与 DE 平行的直线之一上。</w:t>
      </w:r>
    </w:p>
    <w:p>
      <w:pPr>
        <w:spacing w:before="0" w:after="80" w:line="300" w:lineRule="auto"/>
        <w:jc w:val="left"/>
      </w:pPr>
      <w:r>
        <w:rPr>
          <w:rFonts w:ascii="Times New Roman" w:hAnsi="Times New Roman" w:eastAsia="宋体"/>
          <w:b w:val="0"/>
          <w:i w:val="0"/>
          <w:sz w:val="21"/>
        </w:rPr>
        <w:t>A 的四个可能位置是一个平行四边形的顶点，其中心是 y=0 与直线 DE 的交点，即 (300,0)。因此四个 x 坐标之和为 4· 300=1200。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altitude h from A in △ ABC satisfies 2007=1/2· 223· h, so h=18. Thus A lies on y=18 or y=-18.</w:t>
      </w:r>
    </w:p>
    <w:p>
      <w:pPr>
        <w:spacing w:before="0" w:after="80" w:line="300" w:lineRule="auto"/>
        <w:jc w:val="left"/>
      </w:pPr>
      <w:r>
        <w:rPr>
          <w:rFonts w:ascii="Times New Roman" w:hAnsi="Times New Roman" w:eastAsia="宋体"/>
          <w:b w:val="0"/>
          <w:i w:val="0"/>
          <w:color w:val="333333"/>
          <w:sz w:val="19"/>
        </w:rPr>
        <w:t>Line DE has equation x-y-300=0. The condition on △ ADE similarly places A on one of two lines parallel to DE.</w:t>
      </w:r>
    </w:p>
    <w:p>
      <w:pPr>
        <w:spacing w:before="0" w:after="80" w:line="300" w:lineRule="auto"/>
        <w:jc w:val="left"/>
      </w:pPr>
      <w:r>
        <w:rPr>
          <w:rFonts w:ascii="Times New Roman" w:hAnsi="Times New Roman" w:eastAsia="宋体"/>
          <w:b w:val="0"/>
          <w:i w:val="0"/>
          <w:color w:val="333333"/>
          <w:sz w:val="19"/>
        </w:rPr>
        <w:t>The four possible positions of A are the vertices of a parallelogram whose center is the intersection of y=0 with line DE, namely (300,0). Hence the sum of the four x-coordinates is 4· 300=1200.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切角会从每条棱的两端各去掉长度 x。每个八边形的边长为 x√(2)，且棱长满足 1=2x+x√(2)，所以</w:t>
      </w:r>
    </w:p>
    <w:p>
      <w:pPr>
        <w:spacing w:before="0" w:after="80" w:line="300" w:lineRule="auto"/>
        <w:jc w:val="left"/>
      </w:pPr>
      <w:r>
        <w:rPr>
          <w:rFonts w:ascii="Times New Roman" w:hAnsi="Times New Roman" w:eastAsia="宋体"/>
          <w:b w:val="0"/>
          <w:i w:val="0"/>
          <w:sz w:val="21"/>
        </w:rPr>
        <w:t>x=1/(2+√(2))=(2-√(2))/2。</w:t>
      </w:r>
    </w:p>
    <w:p>
      <w:pPr>
        <w:spacing w:before="0" w:after="80" w:line="300" w:lineRule="auto"/>
        <w:jc w:val="left"/>
      </w:pPr>
      <w:r>
        <w:rPr>
          <w:rFonts w:ascii="Times New Roman" w:hAnsi="Times New Roman" w:eastAsia="宋体"/>
          <w:b w:val="0"/>
          <w:i w:val="0"/>
          <w:sz w:val="21"/>
        </w:rPr>
        <w:t>每个被切去的角都是三条互相垂直的棱长为 x 的四面体，体积为 1/6 x³。共有 8 个角，所以总体积为</w:t>
      </w:r>
    </w:p>
    <w:p>
      <w:pPr>
        <w:spacing w:before="0" w:after="80" w:line="300" w:lineRule="auto"/>
        <w:jc w:val="left"/>
      </w:pPr>
      <w:r>
        <w:rPr>
          <w:rFonts w:ascii="Times New Roman" w:hAnsi="Times New Roman" w:eastAsia="宋体"/>
          <w:b w:val="0"/>
          <w:i w:val="0"/>
          <w:sz w:val="21"/>
        </w:rPr>
        <w:t>8·1/6 x³</w:t>
      </w:r>
    </w:p>
    <w:p>
      <w:pPr>
        <w:spacing w:before="0" w:after="80" w:line="300" w:lineRule="auto"/>
        <w:jc w:val="left"/>
      </w:pPr>
      <w:r>
        <w:rPr>
          <w:rFonts w:ascii="Times New Roman" w:hAnsi="Times New Roman" w:eastAsia="宋体"/>
          <w:b w:val="0"/>
          <w:i w:val="0"/>
          <w:sz w:val="21"/>
        </w:rPr>
        <w:t>=4/3((2-√(2))/2)³</w:t>
      </w:r>
    </w:p>
    <w:p>
      <w:pPr>
        <w:spacing w:before="0" w:after="80" w:line="300" w:lineRule="auto"/>
        <w:jc w:val="left"/>
      </w:pPr>
      <w:r>
        <w:rPr>
          <w:rFonts w:ascii="Times New Roman" w:hAnsi="Times New Roman" w:eastAsia="宋体"/>
          <w:b w:val="0"/>
          <w:i w:val="0"/>
          <w:sz w:val="21"/>
        </w:rPr>
        <w:t>=(10-7√(2))/3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Slicing removes two equal segments of length x from each edge. Each octagon then has side length x√(2), and the edge satisfies 1=2x+x√(2), so</w:t>
      </w:r>
    </w:p>
    <w:p>
      <w:pPr>
        <w:spacing w:before="0" w:after="80" w:line="300" w:lineRule="auto"/>
        <w:jc w:val="left"/>
      </w:pPr>
      <w:r>
        <w:rPr>
          <w:rFonts w:ascii="Times New Roman" w:hAnsi="Times New Roman" w:eastAsia="宋体"/>
          <w:b w:val="0"/>
          <w:i w:val="0"/>
          <w:color w:val="333333"/>
          <w:sz w:val="19"/>
        </w:rPr>
        <w:t>x=1/(2+√(2))=(2-√(2))/2.</w:t>
      </w:r>
    </w:p>
    <w:p>
      <w:pPr>
        <w:spacing w:before="0" w:after="80" w:line="300" w:lineRule="auto"/>
        <w:jc w:val="left"/>
      </w:pPr>
      <w:r>
        <w:rPr>
          <w:rFonts w:ascii="Times New Roman" w:hAnsi="Times New Roman" w:eastAsia="宋体"/>
          <w:b w:val="0"/>
          <w:i w:val="0"/>
          <w:color w:val="333333"/>
          <w:sz w:val="19"/>
        </w:rPr>
        <w:t>Each removed corner is a tetrahedron with three mutually perpendicular legs of length x, so its volume is 1/6 x³. There are 8 corners, giving total volume</w:t>
      </w:r>
    </w:p>
    <w:p>
      <w:pPr>
        <w:spacing w:before="0" w:after="80" w:line="300" w:lineRule="auto"/>
        <w:jc w:val="left"/>
      </w:pPr>
      <w:r>
        <w:rPr>
          <w:rFonts w:ascii="Times New Roman" w:hAnsi="Times New Roman" w:eastAsia="宋体"/>
          <w:b w:val="0"/>
          <w:i w:val="0"/>
          <w:color w:val="333333"/>
          <w:sz w:val="19"/>
        </w:rPr>
        <w:t>8·1/6 x³</w:t>
      </w:r>
    </w:p>
    <w:p>
      <w:pPr>
        <w:spacing w:before="0" w:after="80" w:line="300" w:lineRule="auto"/>
        <w:jc w:val="left"/>
      </w:pPr>
      <w:r>
        <w:rPr>
          <w:rFonts w:ascii="Times New Roman" w:hAnsi="Times New Roman" w:eastAsia="宋体"/>
          <w:b w:val="0"/>
          <w:i w:val="0"/>
          <w:color w:val="333333"/>
          <w:sz w:val="19"/>
        </w:rPr>
        <w:t>=4/3((2-√(2))/2)³</w:t>
      </w:r>
    </w:p>
    <w:p>
      <w:pPr>
        <w:spacing w:before="0" w:after="80" w:line="300" w:lineRule="auto"/>
        <w:jc w:val="left"/>
      </w:pPr>
      <w:r>
        <w:rPr>
          <w:rFonts w:ascii="Times New Roman" w:hAnsi="Times New Roman" w:eastAsia="宋体"/>
          <w:b w:val="0"/>
          <w:i w:val="0"/>
          <w:color w:val="333333"/>
          <w:sz w:val="19"/>
        </w:rPr>
        <w:t>=(10-7√(2))/3.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零点之积为 c/a，零点之和为 -b/a。令它们相等，得 c=-b。</w:t>
      </w:r>
    </w:p>
    <w:p>
      <w:pPr>
        <w:spacing w:before="0" w:after="80" w:line="300" w:lineRule="auto"/>
        <w:jc w:val="left"/>
      </w:pPr>
      <w:r>
        <w:rPr>
          <w:rFonts w:ascii="Times New Roman" w:hAnsi="Times New Roman" w:eastAsia="宋体"/>
          <w:b w:val="0"/>
          <w:i w:val="0"/>
          <w:sz w:val="21"/>
        </w:rPr>
        <w:t>于是系数之和为 a+b+c=a，这就是 x² 的系数。</w:t>
      </w:r>
    </w:p>
    <w:p>
      <w:pPr>
        <w:spacing w:before="0" w:after="80" w:line="300" w:lineRule="auto"/>
        <w:jc w:val="left"/>
      </w:pPr>
      <w:r>
        <w:rPr>
          <w:rFonts w:ascii="Times New Roman" w:hAnsi="Times New Roman" w:eastAsia="宋体"/>
          <w:b w:val="0"/>
          <w:i w:val="0"/>
          <w:sz w:val="21"/>
        </w:rPr>
        <w:t>其他选项一般不成立：例如 f(x)=-2x²-4x+4 的公共值为 -2，但 x 的系数是 -4，y 截距是 4，x 截距是 -1±√(3)，它们的平均数是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the zeros is c/a and the sum of the zeros is -b/a. Equating them gives c=-b.</w:t>
      </w:r>
    </w:p>
    <w:p>
      <w:pPr>
        <w:spacing w:before="0" w:after="80" w:line="300" w:lineRule="auto"/>
        <w:jc w:val="left"/>
      </w:pPr>
      <w:r>
        <w:rPr>
          <w:rFonts w:ascii="Times New Roman" w:hAnsi="Times New Roman" w:eastAsia="宋体"/>
          <w:b w:val="0"/>
          <w:i w:val="0"/>
          <w:color w:val="333333"/>
          <w:sz w:val="19"/>
        </w:rPr>
        <w:t>Then the sum of the coefficients is a+b+c=a, which is the coefficient of x².</w:t>
      </w:r>
    </w:p>
    <w:p>
      <w:pPr>
        <w:spacing w:before="0" w:after="80" w:line="300" w:lineRule="auto"/>
        <w:jc w:val="left"/>
      </w:pPr>
      <w:r>
        <w:rPr>
          <w:rFonts w:ascii="Times New Roman" w:hAnsi="Times New Roman" w:eastAsia="宋体"/>
          <w:b w:val="0"/>
          <w:i w:val="0"/>
          <w:color w:val="333333"/>
          <w:sz w:val="19"/>
        </w:rPr>
        <w:t>The other choices fail in general: for f(x)=-2x²-4x+4 the common value is -2, but the coefficient of x is -4, the y-intercept is 4, the x-intercepts are -1±√(3), and their mean is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对 n≤ 2007 有 S(n)≤ S(1999)=28，进而 S(S(n))≤ S(28)=10。所以任何解都满足 n≥ 2007-28-10=1969。</w:t>
      </w:r>
    </w:p>
    <w:p>
      <w:pPr>
        <w:spacing w:before="0" w:after="80" w:line="300" w:lineRule="auto"/>
        <w:jc w:val="left"/>
      </w:pPr>
      <w:r>
        <w:rPr>
          <w:rFonts w:ascii="Times New Roman" w:hAnsi="Times New Roman" w:eastAsia="宋体"/>
          <w:b w:val="0"/>
          <w:i w:val="0"/>
          <w:sz w:val="21"/>
        </w:rPr>
        <w:t>又因为 n、S(n) 和 S(S(n)) 模 9 同余，而 2007 是 9 的倍数，所以三者都必须是 3 的倍数。</w:t>
      </w:r>
    </w:p>
    <w:p>
      <w:pPr>
        <w:spacing w:before="0" w:after="80" w:line="300" w:lineRule="auto"/>
        <w:jc w:val="left"/>
      </w:pPr>
      <w:r>
        <w:rPr>
          <w:rFonts w:ascii="Times New Roman" w:hAnsi="Times New Roman" w:eastAsia="宋体"/>
          <w:b w:val="0"/>
          <w:i w:val="0"/>
          <w:sz w:val="21"/>
        </w:rPr>
        <w:t>检查 1969 到 2007 之间的 3 的倍数（许多数会因 n+S(n) 已超过 2007 而被排除），剩下 1977,1980,1983 和 2001。共有 4 个值。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 2007, S(n)≤ S(1999)=28, and then S(S(n))≤ S(28)=10. So any solution has n≥ 2007-28-10=1969.</w:t>
      </w:r>
    </w:p>
    <w:p>
      <w:pPr>
        <w:spacing w:before="0" w:after="80" w:line="300" w:lineRule="auto"/>
        <w:jc w:val="left"/>
      </w:pPr>
      <w:r>
        <w:rPr>
          <w:rFonts w:ascii="Times New Roman" w:hAnsi="Times New Roman" w:eastAsia="宋体"/>
          <w:b w:val="0"/>
          <w:i w:val="0"/>
          <w:color w:val="333333"/>
          <w:sz w:val="19"/>
        </w:rPr>
        <w:t>Also n, S(n), and S(S(n)) are congruent modulo 9, and 2007 is a multiple of 9, so all three must be multiples of 3.</w:t>
      </w:r>
    </w:p>
    <w:p>
      <w:pPr>
        <w:spacing w:before="0" w:after="80" w:line="300" w:lineRule="auto"/>
        <w:jc w:val="left"/>
      </w:pPr>
      <w:r>
        <w:rPr>
          <w:rFonts w:ascii="Times New Roman" w:hAnsi="Times New Roman" w:eastAsia="宋体"/>
          <w:b w:val="0"/>
          <w:i w:val="0"/>
          <w:color w:val="333333"/>
          <w:sz w:val="19"/>
        </w:rPr>
        <w:t>Checking the multiples of 3 between 1969 and 2007 (many are eliminated because n+S(n) already exceeds 2007) leaves 1977,1980,1983, and 2001. That is 4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设 A=(p,logₐ p) 且 B=(q,2logₐ q)。因为 AB 水平，logₐ p=2logₐ q=logₐ q²，所以 p=q²。</w:t>
      </w:r>
    </w:p>
    <w:p>
      <w:pPr>
        <w:spacing w:before="0" w:after="80" w:line="300" w:lineRule="auto"/>
        <w:jc w:val="left"/>
      </w:pPr>
      <w:r>
        <w:rPr>
          <w:rFonts w:ascii="Times New Roman" w:hAnsi="Times New Roman" w:eastAsia="宋体"/>
          <w:b w:val="0"/>
          <w:i w:val="0"/>
          <w:sz w:val="21"/>
        </w:rPr>
        <w:t>边长为 6=|p-q|=|q²-q|，其唯一正解是 q=3。</w:t>
      </w:r>
    </w:p>
    <w:p>
      <w:pPr>
        <w:spacing w:before="0" w:after="80" w:line="300" w:lineRule="auto"/>
        <w:jc w:val="left"/>
      </w:pPr>
      <w:r>
        <w:rPr>
          <w:rFonts w:ascii="Times New Roman" w:hAnsi="Times New Roman" w:eastAsia="宋体"/>
          <w:b w:val="0"/>
          <w:i w:val="0"/>
          <w:sz w:val="21"/>
        </w:rPr>
        <w:t>因为 C=(q,3logₐ q)，竖直边给出 BC=6=logₐ q=logₐ 3。因此 a⁶=3，所以 a=⁶√(3)。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A=(p,logₐ p) and B=(q,2logₐ q). Since AB is horizontal, logₐ p=2logₐ q=logₐ q², so p=q².</w:t>
      </w:r>
    </w:p>
    <w:p>
      <w:pPr>
        <w:spacing w:before="0" w:after="80" w:line="300" w:lineRule="auto"/>
        <w:jc w:val="left"/>
      </w:pPr>
      <w:r>
        <w:rPr>
          <w:rFonts w:ascii="Times New Roman" w:hAnsi="Times New Roman" w:eastAsia="宋体"/>
          <w:b w:val="0"/>
          <w:i w:val="0"/>
          <w:color w:val="333333"/>
          <w:sz w:val="19"/>
        </w:rPr>
        <w:t>The side length is 6=|p-q|=|q²-q|, whose only positive solution is q=3.</w:t>
      </w:r>
    </w:p>
    <w:p>
      <w:pPr>
        <w:spacing w:before="0" w:after="80" w:line="300" w:lineRule="auto"/>
        <w:jc w:val="left"/>
      </w:pPr>
      <w:r>
        <w:rPr>
          <w:rFonts w:ascii="Times New Roman" w:hAnsi="Times New Roman" w:eastAsia="宋体"/>
          <w:b w:val="0"/>
          <w:i w:val="0"/>
          <w:color w:val="333333"/>
          <w:sz w:val="19"/>
        </w:rPr>
        <w:t>Since C=(q,3logₐ q), the vertical side gives BC=6=logₐ q=logₐ 3. Thus a⁶=3, so a=⁶√(3).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在每个 sin nx≥ 0 的区间内，sin x 和 sin nx 的图像相交两次，除非它们在那里共享值 1，此时只相交一次。数出这些波峰并加上端点 (π,0)，可得到以下结论。</w:t>
      </w:r>
    </w:p>
    <w:p>
      <w:pPr>
        <w:spacing w:before="0" w:after="80" w:line="300" w:lineRule="auto"/>
        <w:jc w:val="left"/>
      </w:pPr>
      <w:r>
        <w:rPr>
          <w:rFonts w:ascii="Times New Roman" w:hAnsi="Times New Roman" w:eastAsia="宋体"/>
          <w:b w:val="0"/>
          <w:i w:val="0"/>
          <w:sz w:val="21"/>
        </w:rPr>
        <w:t>当 n 为偶数或 n≡ 3pmod 4 时，F(n)=n+1；当 n≡ 1pmod 4 时， F(n)=n。</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Σₙ₌₂²⁰⁰⁷F(n)</w:t>
      </w:r>
    </w:p>
    <w:p>
      <w:pPr>
        <w:spacing w:before="0" w:after="80" w:line="300" w:lineRule="auto"/>
        <w:jc w:val="left"/>
      </w:pPr>
      <w:r>
        <w:rPr>
          <w:rFonts w:ascii="Times New Roman" w:hAnsi="Times New Roman" w:eastAsia="宋体"/>
          <w:b w:val="0"/>
          <w:i w:val="0"/>
          <w:sz w:val="21"/>
        </w:rPr>
        <w:t>=Σₙ₌₂²⁰⁰⁷(n+1)</w:t>
      </w:r>
    </w:p>
    <w:p>
      <w:pPr>
        <w:spacing w:before="0" w:after="80" w:line="300" w:lineRule="auto"/>
        <w:jc w:val="left"/>
      </w:pPr>
      <w:r>
        <w:rPr>
          <w:rFonts w:ascii="Times New Roman" w:hAnsi="Times New Roman" w:eastAsia="宋体"/>
          <w:b w:val="0"/>
          <w:i w:val="0"/>
          <w:sz w:val="21"/>
        </w:rPr>
        <w:t>-#{n≡ 1pmod 4}。</w:t>
      </w:r>
    </w:p>
    <w:p>
      <w:pPr>
        <w:spacing w:before="0" w:after="80" w:line="300" w:lineRule="auto"/>
        <w:jc w:val="left"/>
      </w:pPr>
      <w:r>
        <w:rPr>
          <w:rFonts w:ascii="Times New Roman" w:hAnsi="Times New Roman" w:eastAsia="宋体"/>
          <w:b w:val="0"/>
          <w:i w:val="0"/>
          <w:sz w:val="21"/>
        </w:rPr>
        <w:t>第一个和为 2,017,033，该范围内有 501 个 n≡ 1pmod 4，所以结果为 2,017,033-501=2,016,532。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each interval where sin nx≥ 0, the graphs of sin x and sin nx meet twice, unless they share the value 1 there, in which case they meet once. Counting the humps and the endpoint at (π,0) gives</w:t>
      </w:r>
    </w:p>
    <w:p>
      <w:pPr>
        <w:spacing w:before="0" w:after="80" w:line="300" w:lineRule="auto"/>
        <w:jc w:val="left"/>
      </w:pPr>
      <w:r>
        <w:rPr>
          <w:rFonts w:ascii="Times New Roman" w:hAnsi="Times New Roman" w:eastAsia="宋体"/>
          <w:b w:val="0"/>
          <w:i w:val="0"/>
          <w:color w:val="333333"/>
          <w:sz w:val="19"/>
        </w:rPr>
        <w:t>F(n)=n+1 when n is even or n≡ 3pmod 4, and F(n)=n when n≡ 1pmod 4.</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Σₙ₌₂²⁰⁰⁷F(n)</w:t>
      </w:r>
    </w:p>
    <w:p>
      <w:pPr>
        <w:spacing w:before="0" w:after="80" w:line="300" w:lineRule="auto"/>
        <w:jc w:val="left"/>
      </w:pPr>
      <w:r>
        <w:rPr>
          <w:rFonts w:ascii="Times New Roman" w:hAnsi="Times New Roman" w:eastAsia="宋体"/>
          <w:b w:val="0"/>
          <w:i w:val="0"/>
          <w:color w:val="333333"/>
          <w:sz w:val="19"/>
        </w:rPr>
        <w:t>=Σₙ₌₂²⁰⁰⁷(n+1)</w:t>
      </w:r>
    </w:p>
    <w:p>
      <w:pPr>
        <w:spacing w:before="0" w:after="80" w:line="300" w:lineRule="auto"/>
        <w:jc w:val="left"/>
      </w:pPr>
      <w:r>
        <w:rPr>
          <w:rFonts w:ascii="Times New Roman" w:hAnsi="Times New Roman" w:eastAsia="宋体"/>
          <w:b w:val="0"/>
          <w:i w:val="0"/>
          <w:color w:val="333333"/>
          <w:sz w:val="19"/>
        </w:rPr>
        <w:t>-#{n≡ 1pmod 4}.</w:t>
      </w:r>
    </w:p>
    <w:p>
      <w:pPr>
        <w:spacing w:before="0" w:after="80" w:line="300" w:lineRule="auto"/>
        <w:jc w:val="left"/>
      </w:pPr>
      <w:r>
        <w:rPr>
          <w:rFonts w:ascii="Times New Roman" w:hAnsi="Times New Roman" w:eastAsia="宋体"/>
          <w:b w:val="0"/>
          <w:i w:val="0"/>
          <w:color w:val="333333"/>
          <w:sz w:val="19"/>
        </w:rPr>
        <w:t>The first sum is 2,017,033, and there are 501 values n≡ 1pmod 4 in the range, giving 2,017,033-501=2,016,532.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设 cₙ 为 {1,…,n} 的稀疏子集个数。一个稀疏子集要么不包含 n（有 cₙ₋₁ 种），要么包含 n，此时它不能包含 n-1 和 n-2（有 cₙ₋₃ 种）。</w:t>
      </w:r>
    </w:p>
    <w:p>
      <w:pPr>
        <w:spacing w:before="0" w:after="80" w:line="300" w:lineRule="auto"/>
        <w:jc w:val="left"/>
      </w:pPr>
      <w:r>
        <w:rPr>
          <w:rFonts w:ascii="Times New Roman" w:hAnsi="Times New Roman" w:eastAsia="宋体"/>
          <w:b w:val="0"/>
          <w:i w:val="0"/>
          <w:sz w:val="21"/>
        </w:rPr>
        <w:t>因此 cₙ=cₙ₋₁+cₙ₋₃，且 c₁=2，c₂=3，c₃=4。</w:t>
      </w:r>
    </w:p>
    <w:p>
      <w:pPr>
        <w:spacing w:before="0" w:after="80" w:line="300" w:lineRule="auto"/>
        <w:jc w:val="left"/>
      </w:pPr>
      <w:r>
        <w:rPr>
          <w:rFonts w:ascii="Times New Roman" w:hAnsi="Times New Roman" w:eastAsia="宋体"/>
          <w:b w:val="0"/>
          <w:i w:val="0"/>
          <w:sz w:val="21"/>
        </w:rPr>
        <w:t>这个数列继续为 6,9,13,19,28,41,60,88,129，所以 c₁₂=129。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cₙ be the number of spacy subsets of {1,…,n}. A spacy subset either omits n (there are cₙ₋₁ of these) or contains n, in which case it omits n-1 and n-2 (there are cₙ₋₃ of these).</w:t>
      </w:r>
    </w:p>
    <w:p>
      <w:pPr>
        <w:spacing w:before="0" w:after="80" w:line="300" w:lineRule="auto"/>
        <w:jc w:val="left"/>
      </w:pPr>
      <w:r>
        <w:rPr>
          <w:rFonts w:ascii="Times New Roman" w:hAnsi="Times New Roman" w:eastAsia="宋体"/>
          <w:b w:val="0"/>
          <w:i w:val="0"/>
          <w:color w:val="333333"/>
          <w:sz w:val="19"/>
        </w:rPr>
        <w:t>Hence cₙ=cₙ₋₁+cₙ₋₃, with c₁=2, c₂=3, c₃=4.</w:t>
      </w:r>
    </w:p>
    <w:p>
      <w:pPr>
        <w:spacing w:before="0" w:after="80" w:line="300" w:lineRule="auto"/>
        <w:jc w:val="left"/>
      </w:pPr>
      <w:r>
        <w:rPr>
          <w:rFonts w:ascii="Times New Roman" w:hAnsi="Times New Roman" w:eastAsia="宋体"/>
          <w:b w:val="0"/>
          <w:i w:val="0"/>
          <w:color w:val="333333"/>
          <w:sz w:val="19"/>
        </w:rPr>
        <w:t>The sequence continues 6,9,13,19,28,41,60,88,129, so c₁₂=129.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