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2006B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(-1)¹ + (-1)² + ⋯ + (-1)²⁰⁰⁶？</w:t>
      </w:r>
    </w:p>
    <w:p>
      <w:pPr>
        <w:spacing w:before="0" w:after="120" w:line="300" w:lineRule="auto"/>
      </w:pPr>
      <w:r>
        <w:rPr>
          <w:rFonts w:ascii="Times New Roman" w:hAnsi="Times New Roman" w:eastAsia="宋体"/>
          <w:b w:val="0"/>
          <w:i w:val="0"/>
          <w:sz w:val="21"/>
        </w:rPr>
        <w:t>（A）-2006　　（B）-1　　（C）0　　（D）1　　（E）2006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w:t>
      </w:r>
    </w:p>
    <w:p>
      <w:pPr>
        <w:spacing w:before="0" w:after="80" w:line="300" w:lineRule="auto"/>
        <w:jc w:val="left"/>
      </w:pPr>
      <w:r>
        <w:rPr>
          <w:rFonts w:ascii="Times New Roman" w:hAnsi="Times New Roman" w:eastAsia="宋体"/>
          <w:b w:val="0"/>
          <w:i w:val="0"/>
          <w:color w:val="333333"/>
          <w:sz w:val="19"/>
        </w:rPr>
        <w:t>(-1)¹ + (-1)² + ⋯ + (-1)²⁰⁰⁶?</w:t>
      </w:r>
    </w:p>
    <w:p>
      <w:pPr>
        <w:spacing w:before="0" w:after="160" w:line="300" w:lineRule="auto"/>
      </w:pPr>
      <w:r>
        <w:rPr>
          <w:rFonts w:ascii="Times New Roman" w:hAnsi="Times New Roman" w:eastAsia="宋体"/>
          <w:b w:val="0"/>
          <w:i w:val="0"/>
          <w:color w:val="333333"/>
          <w:sz w:val="19"/>
        </w:rPr>
        <w:t>(A) -2006　　(B) -1　　(C) 0　　(D) 1　　(E) 2006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对实数 x 和 y，定义</w:t>
      </w:r>
    </w:p>
    <w:p>
      <w:pPr>
        <w:spacing w:before="0" w:after="80" w:line="300" w:lineRule="auto"/>
        <w:jc w:val="left"/>
      </w:pPr>
      <w:r>
        <w:rPr>
          <w:rFonts w:ascii="Times New Roman" w:hAnsi="Times New Roman" w:eastAsia="宋体"/>
          <w:b w:val="0"/>
          <w:i w:val="0"/>
          <w:sz w:val="21"/>
        </w:rPr>
        <w:t>x spadesuit y = (x + y)(x - y)。</w:t>
      </w:r>
    </w:p>
    <w:p>
      <w:pPr>
        <w:spacing w:before="0" w:after="80" w:line="300" w:lineRule="auto"/>
        <w:jc w:val="left"/>
      </w:pPr>
      <w:r>
        <w:rPr>
          <w:rFonts w:ascii="Times New Roman" w:hAnsi="Times New Roman" w:eastAsia="宋体"/>
          <w:b w:val="0"/>
          <w:i w:val="0"/>
          <w:sz w:val="21"/>
        </w:rPr>
        <w:t>求 3 spadesuit (4 spadesuit 5)。</w:t>
      </w:r>
    </w:p>
    <w:p>
      <w:pPr>
        <w:spacing w:before="0" w:after="120" w:line="300" w:lineRule="auto"/>
      </w:pPr>
      <w:r>
        <w:rPr>
          <w:rFonts w:ascii="Times New Roman" w:hAnsi="Times New Roman" w:eastAsia="宋体"/>
          <w:b w:val="0"/>
          <w:i w:val="0"/>
          <w:sz w:val="21"/>
        </w:rPr>
        <w:t>（A）-72　　（B）-27　　（C）-24　　（D）24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real numbers x and y, define</w:t>
      </w:r>
    </w:p>
    <w:p>
      <w:pPr>
        <w:spacing w:before="0" w:after="80" w:line="300" w:lineRule="auto"/>
        <w:jc w:val="left"/>
      </w:pPr>
      <w:r>
        <w:rPr>
          <w:rFonts w:ascii="Times New Roman" w:hAnsi="Times New Roman" w:eastAsia="宋体"/>
          <w:b w:val="0"/>
          <w:i w:val="0"/>
          <w:color w:val="333333"/>
          <w:sz w:val="19"/>
        </w:rPr>
        <w:t>x spadesuit y = (x + y)(x - y).</w:t>
      </w:r>
    </w:p>
    <w:p>
      <w:pPr>
        <w:spacing w:before="0" w:after="80" w:line="300" w:lineRule="auto"/>
        <w:jc w:val="left"/>
      </w:pPr>
      <w:r>
        <w:rPr>
          <w:rFonts w:ascii="Times New Roman" w:hAnsi="Times New Roman" w:eastAsia="宋体"/>
          <w:b w:val="0"/>
          <w:i w:val="0"/>
          <w:color w:val="333333"/>
          <w:sz w:val="19"/>
        </w:rPr>
        <w:t>What is 3 spadesuit (4 spadesuit 5)?</w:t>
      </w:r>
    </w:p>
    <w:p>
      <w:pPr>
        <w:spacing w:before="0" w:after="160" w:line="300" w:lineRule="auto"/>
      </w:pPr>
      <w:r>
        <w:rPr>
          <w:rFonts w:ascii="Times New Roman" w:hAnsi="Times New Roman" w:eastAsia="宋体"/>
          <w:b w:val="0"/>
          <w:i w:val="0"/>
          <w:color w:val="333333"/>
          <w:sz w:val="19"/>
        </w:rPr>
        <w:t>(A) -72　　(B) -27　　(C) -24　　(D) 24　　(E) 72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Cougars 队和 Panthers 队进行了一场橄榄球比赛。两队总共得了 34 分，Cougars 队以 14 分的优势获胜。Panthers 队得了多少分？</w:t>
      </w:r>
    </w:p>
    <w:p>
      <w:pPr>
        <w:spacing w:before="0" w:after="120" w:line="300" w:lineRule="auto"/>
      </w:pPr>
      <w:r>
        <w:rPr>
          <w:rFonts w:ascii="Times New Roman" w:hAnsi="Times New Roman" w:eastAsia="宋体"/>
          <w:b w:val="0"/>
          <w:i w:val="0"/>
          <w:sz w:val="21"/>
        </w:rPr>
        <w:t>（A）10　　（B）14　　（C）17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football game was played between two teams, the Cougars and the Panthers. The two teams scored a total of 34 points, and the Cougars won by a margin of 14 points. How many points did the Panthers score?</w:t>
      </w:r>
    </w:p>
    <w:p>
      <w:pPr>
        <w:spacing w:before="0" w:after="160" w:line="300" w:lineRule="auto"/>
      </w:pPr>
      <w:r>
        <w:rPr>
          <w:rFonts w:ascii="Times New Roman" w:hAnsi="Times New Roman" w:eastAsia="宋体"/>
          <w:b w:val="0"/>
          <w:i w:val="0"/>
          <w:color w:val="333333"/>
          <w:sz w:val="19"/>
        </w:rPr>
        <w:t>(A) 10　　(B) 14　　(C) 17　　(D) 20　　(E) 24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Mary 准备在杂货店为五件商品付款。这些商品的价格分别为 $7.99，$4.99，$2.99，$1.99，和 $0.99。Mary 将用一张二十美元的纸币付款。她收到的找零约占 $20.00 的百分之几？</w:t>
      </w:r>
    </w:p>
    <w:p>
      <w:pPr>
        <w:spacing w:before="0" w:after="120" w:line="300" w:lineRule="auto"/>
      </w:pPr>
      <w:r>
        <w:rPr>
          <w:rFonts w:ascii="Times New Roman" w:hAnsi="Times New Roman" w:eastAsia="宋体"/>
          <w:b w:val="0"/>
          <w:i w:val="0"/>
          <w:sz w:val="21"/>
        </w:rPr>
        <w:t>（A）5　　（B）10　　（C）15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 is about to pay for five items at the grocery store. The prices of the items are $7.99, $4.99, $2.99, $1.99, and $0.99. Mary will pay with a twenty-dollar bill. Which of the following is closest to the percentage of the $20.00 that she will receive in change?</w:t>
      </w:r>
    </w:p>
    <w:p>
      <w:pPr>
        <w:spacing w:before="0" w:after="160" w:line="300" w:lineRule="auto"/>
      </w:pPr>
      <w:r>
        <w:rPr>
          <w:rFonts w:ascii="Times New Roman" w:hAnsi="Times New Roman" w:eastAsia="宋体"/>
          <w:b w:val="0"/>
          <w:i w:val="0"/>
          <w:color w:val="333333"/>
          <w:sz w:val="19"/>
        </w:rPr>
        <w:t>(A) 5　　(B) 10　　(C) 15　　(D) 20　　(E) 25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John 以每小时 3 英里的速度向东走，Bob 也向东走，但速度为每小时 5 英里。如果 Bob 现在在 John 以西 1 英里处，Bob 需要多少分钟才能追上 John？</w:t>
      </w:r>
    </w:p>
    <w:p>
      <w:pPr>
        <w:spacing w:before="0" w:after="120" w:line="300" w:lineRule="auto"/>
      </w:pPr>
      <w:r>
        <w:rPr>
          <w:rFonts w:ascii="Times New Roman" w:hAnsi="Times New Roman" w:eastAsia="宋体"/>
          <w:b w:val="0"/>
          <w:i w:val="0"/>
          <w:sz w:val="21"/>
        </w:rPr>
        <w:t>（A）30　　（B）50　　（C）60　　（D）90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John is walking east at a speed of 3 miles per hour, while Bob is also walking east, but at a speed of 5 miles per hour. If Bob is now 1 mile west of John, how many minutes will it take for Bob to catch up to John?</w:t>
      </w:r>
    </w:p>
    <w:p>
      <w:pPr>
        <w:spacing w:before="0" w:after="160" w:line="300" w:lineRule="auto"/>
      </w:pPr>
      <w:r>
        <w:rPr>
          <w:rFonts w:ascii="Times New Roman" w:hAnsi="Times New Roman" w:eastAsia="宋体"/>
          <w:b w:val="0"/>
          <w:i w:val="0"/>
          <w:color w:val="333333"/>
          <w:sz w:val="19"/>
        </w:rPr>
        <w:t>(A) 30　　(B) 50　　(C) 60　　(D) 90　　(E) 120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Francesca 用 100 克柠檬汁、100 克糖和 400 克水制作柠檬水。100 克柠檬汁含有 25 卡路里，100 克糖含有 386 卡路里。水不含卡路里。每 200 克这种柠檬水含有多少卡路里？</w:t>
      </w:r>
    </w:p>
    <w:p>
      <w:pPr>
        <w:spacing w:before="0" w:after="120" w:line="300" w:lineRule="auto"/>
      </w:pPr>
      <w:r>
        <w:rPr>
          <w:rFonts w:ascii="Times New Roman" w:hAnsi="Times New Roman" w:eastAsia="宋体"/>
          <w:b w:val="0"/>
          <w:i w:val="0"/>
          <w:sz w:val="21"/>
        </w:rPr>
        <w:t>（A）129　　（B）137　　（C）174　　（D）223　　（E）411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Francesca uses 100 grams of lemon juice, 100 grams of sugar, and 400 grams of water to make lemonade. There are 25 calories in 100 grams of lemon juice and 386 calories in 100 grams of sugar. Water contains no calories. How many calories are in 200 grams of her lemonade?</w:t>
      </w:r>
    </w:p>
    <w:p>
      <w:pPr>
        <w:spacing w:before="0" w:after="160" w:line="300" w:lineRule="auto"/>
      </w:pPr>
      <w:r>
        <w:rPr>
          <w:rFonts w:ascii="Times New Roman" w:hAnsi="Times New Roman" w:eastAsia="宋体"/>
          <w:b w:val="0"/>
          <w:i w:val="0"/>
          <w:color w:val="333333"/>
          <w:sz w:val="19"/>
        </w:rPr>
        <w:t>(A) 129　　(B) 137　　(C) 174　　(D) 223　　(E) 411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Lopez 先生和 Lopez 太太有两个孩子。他们上家庭汽车时，两个人坐在前排，另外两个人坐在后排。Lopez 先生或 Lopez 太太必须坐在驾驶座。共有多少种座位安排？</w:t>
      </w:r>
    </w:p>
    <w:p>
      <w:pPr>
        <w:spacing w:before="0" w:after="120" w:line="300" w:lineRule="auto"/>
      </w:pPr>
      <w:r>
        <w:rPr>
          <w:rFonts w:ascii="Times New Roman" w:hAnsi="Times New Roman" w:eastAsia="宋体"/>
          <w:b w:val="0"/>
          <w:i w:val="0"/>
          <w:sz w:val="21"/>
        </w:rPr>
        <w:t>（A）4　　（B）12　　（C）16　　（D）24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and Mrs. Lopez have two children. When they get into their family car, two people sit in the front, and the other two sit in the back. Either Mr. Lopez or Mrs. Lopez must sit in the driver’s seat. How many seating arrangements are possible?</w:t>
      </w:r>
    </w:p>
    <w:p>
      <w:pPr>
        <w:spacing w:before="0" w:after="160" w:line="300" w:lineRule="auto"/>
      </w:pPr>
      <w:r>
        <w:rPr>
          <w:rFonts w:ascii="Times New Roman" w:hAnsi="Times New Roman" w:eastAsia="宋体"/>
          <w:b w:val="0"/>
          <w:i w:val="0"/>
          <w:color w:val="333333"/>
          <w:sz w:val="19"/>
        </w:rPr>
        <w:t>(A) 4　　(B) 12　　(C) 16　　(D) 24　　(E) 48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直线</w:t>
      </w:r>
    </w:p>
    <w:p>
      <w:pPr>
        <w:spacing w:before="0" w:after="80" w:line="300" w:lineRule="auto"/>
        <w:jc w:val="left"/>
      </w:pPr>
      <w:r>
        <w:rPr>
          <w:rFonts w:ascii="Times New Roman" w:hAnsi="Times New Roman" w:eastAsia="宋体"/>
          <w:b w:val="0"/>
          <w:i w:val="0"/>
          <w:sz w:val="21"/>
        </w:rPr>
        <w:t>x = 1/4 y + a, y = 1/4 x + b</w:t>
      </w:r>
    </w:p>
    <w:p>
      <w:pPr>
        <w:spacing w:before="0" w:after="80" w:line="300" w:lineRule="auto"/>
        <w:jc w:val="left"/>
      </w:pPr>
      <w:r>
        <w:rPr>
          <w:rFonts w:ascii="Times New Roman" w:hAnsi="Times New Roman" w:eastAsia="宋体"/>
          <w:b w:val="0"/>
          <w:i w:val="0"/>
          <w:sz w:val="21"/>
        </w:rPr>
        <w:t>相交于点 (1, 2)。求 a + b。</w:t>
      </w:r>
    </w:p>
    <w:p>
      <w:pPr>
        <w:spacing w:before="0" w:after="120" w:line="300" w:lineRule="auto"/>
      </w:pPr>
      <w:r>
        <w:rPr>
          <w:rFonts w:ascii="Times New Roman" w:hAnsi="Times New Roman" w:eastAsia="宋体"/>
          <w:b w:val="0"/>
          <w:i w:val="0"/>
          <w:sz w:val="21"/>
        </w:rPr>
        <w:t>（A）0　　（B）3/4　　（C）1　　（D）2　　（E）9/4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lines</w:t>
      </w:r>
    </w:p>
    <w:p>
      <w:pPr>
        <w:spacing w:before="0" w:after="80" w:line="300" w:lineRule="auto"/>
        <w:jc w:val="left"/>
      </w:pPr>
      <w:r>
        <w:rPr>
          <w:rFonts w:ascii="Times New Roman" w:hAnsi="Times New Roman" w:eastAsia="宋体"/>
          <w:b w:val="0"/>
          <w:i w:val="0"/>
          <w:color w:val="333333"/>
          <w:sz w:val="19"/>
        </w:rPr>
        <w:t>x = 1/4 y + a, y = 1/4 x + b</w:t>
      </w:r>
    </w:p>
    <w:p>
      <w:pPr>
        <w:spacing w:before="0" w:after="80" w:line="300" w:lineRule="auto"/>
        <w:jc w:val="left"/>
      </w:pPr>
      <w:r>
        <w:rPr>
          <w:rFonts w:ascii="Times New Roman" w:hAnsi="Times New Roman" w:eastAsia="宋体"/>
          <w:b w:val="0"/>
          <w:i w:val="0"/>
          <w:color w:val="333333"/>
          <w:sz w:val="19"/>
        </w:rPr>
        <w:t>intersect at the point (1, 2). What is a + b?</w:t>
      </w:r>
    </w:p>
    <w:p>
      <w:pPr>
        <w:spacing w:before="0" w:after="160" w:line="300" w:lineRule="auto"/>
      </w:pPr>
      <w:r>
        <w:rPr>
          <w:rFonts w:ascii="Times New Roman" w:hAnsi="Times New Roman" w:eastAsia="宋体"/>
          <w:b w:val="0"/>
          <w:i w:val="0"/>
          <w:color w:val="333333"/>
          <w:sz w:val="19"/>
        </w:rPr>
        <w:t>(A) 0　　(B) 3/4　　(C) 1　　(D) 2　　(E) 9/4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有多少个三位偶数满足：从左到右读，它们的各位数字严格递增？</w:t>
      </w:r>
    </w:p>
    <w:p>
      <w:pPr>
        <w:spacing w:before="0" w:after="120" w:line="300" w:lineRule="auto"/>
      </w:pPr>
      <w:r>
        <w:rPr>
          <w:rFonts w:ascii="Times New Roman" w:hAnsi="Times New Roman" w:eastAsia="宋体"/>
          <w:b w:val="0"/>
          <w:i w:val="0"/>
          <w:sz w:val="21"/>
        </w:rPr>
        <w:t>（A）21　　（B）34　　（C）51　　（D）72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even three-digit integers have the property that their digits, read left to right, are in strictly increasing order?</w:t>
      </w:r>
    </w:p>
    <w:p>
      <w:pPr>
        <w:spacing w:before="0" w:after="160" w:line="300" w:lineRule="auto"/>
      </w:pPr>
      <w:r>
        <w:rPr>
          <w:rFonts w:ascii="Times New Roman" w:hAnsi="Times New Roman" w:eastAsia="宋体"/>
          <w:b w:val="0"/>
          <w:i w:val="0"/>
          <w:color w:val="333333"/>
          <w:sz w:val="19"/>
        </w:rPr>
        <w:t>(A) 21　　(B) 34　　(C) 51　　(D) 72　　(E) 150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一个三角形的边长都是整数，其中一条边是第二条边的三倍，第三条边长为 15。这个三角形的最大可能周长是多少？</w:t>
      </w:r>
    </w:p>
    <w:p>
      <w:pPr>
        <w:spacing w:before="0" w:after="120" w:line="300" w:lineRule="auto"/>
      </w:pPr>
      <w:r>
        <w:rPr>
          <w:rFonts w:ascii="Times New Roman" w:hAnsi="Times New Roman" w:eastAsia="宋体"/>
          <w:b w:val="0"/>
          <w:i w:val="0"/>
          <w:sz w:val="21"/>
        </w:rPr>
        <w:t>（A）43　　（B）44　　（C）45　　（D）46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triangle with integer side lengths, one side is three times as long as a second side, and the length of the third side is 15. What is the greatest possible perimeter of the triangle?</w:t>
      </w:r>
    </w:p>
    <w:p>
      <w:pPr>
        <w:spacing w:before="0" w:after="160" w:line="300" w:lineRule="auto"/>
      </w:pPr>
      <w:r>
        <w:rPr>
          <w:rFonts w:ascii="Times New Roman" w:hAnsi="Times New Roman" w:eastAsia="宋体"/>
          <w:b w:val="0"/>
          <w:i w:val="0"/>
          <w:color w:val="333333"/>
          <w:sz w:val="19"/>
        </w:rPr>
        <w:t>(A) 43　　(B) 44　　(C) 45　　(D) 46　　(E) 47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Joe 和 JoAnn 各自在 16 盎司杯中买了 12 盎司咖啡。Joe 喝掉 2 盎司咖啡后加入 2 盎司奶油。JoAnn 先加入 2 盎司奶油，充分搅拌后再喝掉 2 盎司。最后 Joe 的咖啡中奶油量与 JoAnn 的咖啡中奶油量之比是多少？</w:t>
      </w:r>
    </w:p>
    <w:p>
      <w:pPr>
        <w:spacing w:before="0" w:after="120" w:line="300" w:lineRule="auto"/>
      </w:pPr>
      <w:r>
        <w:rPr>
          <w:rFonts w:ascii="Times New Roman" w:hAnsi="Times New Roman" w:eastAsia="宋体"/>
          <w:b w:val="0"/>
          <w:i w:val="0"/>
          <w:sz w:val="21"/>
        </w:rPr>
        <w:t>（A）6/7　　（B）13/14　　（C）1　　（D）14/13　　（E）7/6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 and JoAnn each bought 12 ounces of coffee in a 16-ounce cup. Joe drank 2 ounces of his coffee and then added 2 ounces of cream. JoAnn added 2 ounces of cream, stirred the coffee well, and then drank 2 ounces. What is the resulting ratio of the amount of cream in Joe’s coffee to that in JoAnn’s coffee?</w:t>
      </w:r>
    </w:p>
    <w:p>
      <w:pPr>
        <w:spacing w:before="0" w:after="160" w:line="300" w:lineRule="auto"/>
      </w:pPr>
      <w:r>
        <w:rPr>
          <w:rFonts w:ascii="Times New Roman" w:hAnsi="Times New Roman" w:eastAsia="宋体"/>
          <w:b w:val="0"/>
          <w:i w:val="0"/>
          <w:color w:val="333333"/>
          <w:sz w:val="19"/>
        </w:rPr>
        <w:t>(A) 6/7　　(B) 13/14　　(C) 1　　(D) 14/13　　(E) 7/6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抛物线 y = ax² + bx + c 的顶点为 (p, p)，且 y 轴截距为 (0, -p)，其中 p ≠ 0。求 b。</w:t>
      </w:r>
    </w:p>
    <w:p>
      <w:pPr>
        <w:spacing w:before="0" w:after="120" w:line="300" w:lineRule="auto"/>
      </w:pPr>
      <w:r>
        <w:rPr>
          <w:rFonts w:ascii="Times New Roman" w:hAnsi="Times New Roman" w:eastAsia="宋体"/>
          <w:b w:val="0"/>
          <w:i w:val="0"/>
          <w:sz w:val="21"/>
        </w:rPr>
        <w:t>（A）-p　　（B）0　　（C）2　　（D）4　　（E）p</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parabola y = ax² + bx + c has vertex (p, p) and y-intercept (0, -p), where p ≠ 0. What is b?</w:t>
      </w:r>
    </w:p>
    <w:p>
      <w:pPr>
        <w:spacing w:before="0" w:after="160" w:line="300" w:lineRule="auto"/>
      </w:pPr>
      <w:r>
        <w:rPr>
          <w:rFonts w:ascii="Times New Roman" w:hAnsi="Times New Roman" w:eastAsia="宋体"/>
          <w:b w:val="0"/>
          <w:i w:val="0"/>
          <w:color w:val="333333"/>
          <w:sz w:val="19"/>
        </w:rPr>
        <w:t>(A) -p　　(B) 0　　(C) 2　　(D) 4　　(E) p</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菱形 ABCD 与菱形 BFDE 相似。菱形 ABCD 的面积为 24，且 ∠ BAD = 60°。菱形 BFDE 的面积是多少？</w:t>
      </w:r>
    </w:p>
    <w:p>
      <w:pPr>
        <w:spacing w:before="80" w:after="80"/>
        <w:jc w:val="center"/>
      </w:pPr>
      <w:r>
        <w:drawing>
          <wp:inline xmlns:a="http://schemas.openxmlformats.org/drawingml/2006/main" xmlns:pic="http://schemas.openxmlformats.org/drawingml/2006/picture">
            <wp:extent cx="1115489" cy="707939"/>
            <wp:docPr id="1" name="Picture 1"/>
            <wp:cNvGraphicFramePr>
              <a:graphicFrameLocks noChangeAspect="1"/>
            </wp:cNvGraphicFramePr>
            <a:graphic>
              <a:graphicData uri="http://schemas.openxmlformats.org/drawingml/2006/picture">
                <pic:pic>
                  <pic:nvPicPr>
                    <pic:cNvPr id="0" name="q13-1@300dpi.png"/>
                    <pic:cNvPicPr/>
                  </pic:nvPicPr>
                  <pic:blipFill>
                    <a:blip r:embed="rId9"/>
                    <a:stretch>
                      <a:fillRect/>
                    </a:stretch>
                  </pic:blipFill>
                  <pic:spPr>
                    <a:xfrm>
                      <a:off x="0" y="0"/>
                      <a:ext cx="1115489" cy="707939"/>
                    </a:xfrm>
                    <a:prstGeom prst="rect"/>
                  </pic:spPr>
                </pic:pic>
              </a:graphicData>
            </a:graphic>
          </wp:inline>
        </w:drawing>
      </w:r>
    </w:p>
    <w:p>
      <w:pPr>
        <w:spacing w:before="0" w:after="120" w:line="300" w:lineRule="auto"/>
      </w:pPr>
      <w:r>
        <w:rPr>
          <w:rFonts w:ascii="Times New Roman" w:hAnsi="Times New Roman" w:eastAsia="宋体"/>
          <w:b w:val="0"/>
          <w:i w:val="0"/>
          <w:sz w:val="21"/>
        </w:rPr>
        <w:t>（A）6　　（B）4√(3)　　（C）8　　（D）9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Rhombus ABCD is similar to rhombus BFDE. The area of rhombus ABCD is 24, and ∠ BAD = 60°. What is the area of rhombus BFDE?</w:t>
      </w:r>
    </w:p>
    <w:p>
      <w:pPr>
        <w:spacing w:before="80" w:after="80"/>
        <w:jc w:val="center"/>
      </w:pPr>
      <w:r>
        <w:drawing>
          <wp:inline xmlns:a="http://schemas.openxmlformats.org/drawingml/2006/main" xmlns:pic="http://schemas.openxmlformats.org/drawingml/2006/picture">
            <wp:extent cx="1115489" cy="707939"/>
            <wp:docPr id="2" name="Picture 2"/>
            <wp:cNvGraphicFramePr>
              <a:graphicFrameLocks noChangeAspect="1"/>
            </wp:cNvGraphicFramePr>
            <a:graphic>
              <a:graphicData uri="http://schemas.openxmlformats.org/drawingml/2006/picture">
                <pic:pic>
                  <pic:nvPicPr>
                    <pic:cNvPr id="0" name="q13-1@300dpi.png"/>
                    <pic:cNvPicPr/>
                  </pic:nvPicPr>
                  <pic:blipFill>
                    <a:blip r:embed="rId9"/>
                    <a:stretch>
                      <a:fillRect/>
                    </a:stretch>
                  </pic:blipFill>
                  <pic:spPr>
                    <a:xfrm>
                      <a:off x="0" y="0"/>
                      <a:ext cx="1115489" cy="70793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4√(3)　　(C) 8　　(D) 9　　(E) 6√(3)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Elmo 为筹款活动制作 N 个三明治。每个三明治使用 B 团花生酱，每团 4¢；以及 J 团果酱，每团 5¢。制作所有三明治所用花生酱和果酱的成本为 $2.53。假设 B、J 和 N 都是正整数，且 N &gt; 1。Elmo 制作这些三明治所用果酱的成本是多少？</w:t>
      </w:r>
    </w:p>
    <w:p>
      <w:pPr>
        <w:spacing w:before="0" w:after="120" w:line="300" w:lineRule="auto"/>
      </w:pPr>
      <w:r>
        <w:rPr>
          <w:rFonts w:ascii="Times New Roman" w:hAnsi="Times New Roman" w:eastAsia="宋体"/>
          <w:b w:val="0"/>
          <w:i w:val="0"/>
          <w:sz w:val="21"/>
        </w:rPr>
        <w:t>（A）$1.05　　（B）$1.25　　（C）$1.45　　（D）$1.65　　（E）$1.85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Elmo makes N sandwiches for a fundraiser. For each sandwich he uses B globs of peanut butter at 4¢ per glob and J blobs of jam at 5¢ per blob. The cost of the peanut butter and jam to make all the sandwiches is $2.53. Assume that B, J, and N are positive integers with N &gt; 1. What is the cost of the jam Elmo uses to make the sandwiches?</w:t>
      </w:r>
    </w:p>
    <w:p>
      <w:pPr>
        <w:spacing w:before="0" w:after="160" w:line="300" w:lineRule="auto"/>
      </w:pPr>
      <w:r>
        <w:rPr>
          <w:rFonts w:ascii="Times New Roman" w:hAnsi="Times New Roman" w:eastAsia="宋体"/>
          <w:b w:val="0"/>
          <w:i w:val="0"/>
          <w:color w:val="333333"/>
          <w:sz w:val="19"/>
        </w:rPr>
        <w:t>(A) $1.05　　(B) $1.25　　(C) $1.45　　(D) $1.65　　(E) $1.85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圆心为 O 和 P 的两个圆半径分别为 2 和 4，并且外切。点 A 和 B 在圆心为 O 的圆上，点 C 和 D 在圆心为 P 的圆上，使得 AD 和 BC 是两个圆的公外切线。六边形 AOBCPD 的面积是多少？</w:t>
      </w:r>
    </w:p>
    <w:p>
      <w:pPr>
        <w:spacing w:before="80" w:after="80"/>
        <w:jc w:val="center"/>
      </w:pPr>
      <w:r>
        <w:drawing>
          <wp:inline xmlns:a="http://schemas.openxmlformats.org/drawingml/2006/main" xmlns:pic="http://schemas.openxmlformats.org/drawingml/2006/picture">
            <wp:extent cx="923683" cy="725697"/>
            <wp:docPr id="3" name="Picture 3"/>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923683" cy="725697"/>
                    </a:xfrm>
                    <a:prstGeom prst="rect"/>
                  </pic:spPr>
                </pic:pic>
              </a:graphicData>
            </a:graphic>
          </wp:inline>
        </w:drawing>
      </w:r>
    </w:p>
    <w:p>
      <w:pPr>
        <w:spacing w:before="0" w:after="120" w:line="300" w:lineRule="auto"/>
      </w:pPr>
      <w:r>
        <w:rPr>
          <w:rFonts w:ascii="Times New Roman" w:hAnsi="Times New Roman" w:eastAsia="宋体"/>
          <w:b w:val="0"/>
          <w:i w:val="0"/>
          <w:sz w:val="21"/>
        </w:rPr>
        <w:t>（A）18√(3)　　（B）24√(2)　　（C）36　　（D）24√(3)　　（E）32√(2)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with centers O and P have radii 2 and 4, respectively, and are externally tangent. Points A and B are on the circle centered at O, and points C and D are on the circle centered at P, such that AD and BC are common external tangents to the circles. What is the area of hexagon AOBCPD?</w:t>
      </w:r>
    </w:p>
    <w:p>
      <w:pPr>
        <w:spacing w:before="80" w:after="80"/>
        <w:jc w:val="center"/>
      </w:pPr>
      <w:r>
        <w:drawing>
          <wp:inline xmlns:a="http://schemas.openxmlformats.org/drawingml/2006/main" xmlns:pic="http://schemas.openxmlformats.org/drawingml/2006/picture">
            <wp:extent cx="923683" cy="725697"/>
            <wp:docPr id="4" name="Picture 4"/>
            <wp:cNvGraphicFramePr>
              <a:graphicFrameLocks noChangeAspect="1"/>
            </wp:cNvGraphicFramePr>
            <a:graphic>
              <a:graphicData uri="http://schemas.openxmlformats.org/drawingml/2006/picture">
                <pic:pic>
                  <pic:nvPicPr>
                    <pic:cNvPr id="0" name="q15-1@300dpi.png"/>
                    <pic:cNvPicPr/>
                  </pic:nvPicPr>
                  <pic:blipFill>
                    <a:blip r:embed="rId10"/>
                    <a:stretch>
                      <a:fillRect/>
                    </a:stretch>
                  </pic:blipFill>
                  <pic:spPr>
                    <a:xfrm>
                      <a:off x="0" y="0"/>
                      <a:ext cx="923683" cy="72569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18√(3)　　(B) 24√(2)　　(C) 36　　(D) 24√(3)　　(E) 32√(2)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正六边形 ABCDEF 的顶点 A 和 C 分别为 (0, 0) 和 (7, 1)。它的面积是多少？</w:t>
      </w:r>
    </w:p>
    <w:p>
      <w:pPr>
        <w:spacing w:before="0" w:after="120" w:line="300" w:lineRule="auto"/>
      </w:pPr>
      <w:r>
        <w:rPr>
          <w:rFonts w:ascii="Times New Roman" w:hAnsi="Times New Roman" w:eastAsia="宋体"/>
          <w:b w:val="0"/>
          <w:i w:val="0"/>
          <w:sz w:val="21"/>
        </w:rPr>
        <w:t>（A）20√(3)　　（B）22√(3)　　（C）25√(3)　　（D）27√(3)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Regular hexagon ABCDEF has vertices A and C at (0, 0) and (7, 1), respectively. What is its area?</w:t>
      </w:r>
    </w:p>
    <w:p>
      <w:pPr>
        <w:spacing w:before="0" w:after="160" w:line="300" w:lineRule="auto"/>
      </w:pPr>
      <w:r>
        <w:rPr>
          <w:rFonts w:ascii="Times New Roman" w:hAnsi="Times New Roman" w:eastAsia="宋体"/>
          <w:b w:val="0"/>
          <w:i w:val="0"/>
          <w:color w:val="333333"/>
          <w:sz w:val="19"/>
        </w:rPr>
        <w:t>(A) 20√(3)　　(B) 22√(3)　　(C) 25√(3)　　(D) 27√(3)　　(E) 50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有一对特殊的骰子，每个骰子掷出 1，2，3，4，5 和 6 的概率之比为 1: 2: 3: 4: 5: 6。掷这两个骰子，总和为 7 的概率是多少？</w:t>
      </w:r>
    </w:p>
    <w:p>
      <w:pPr>
        <w:spacing w:before="0" w:after="120" w:line="300" w:lineRule="auto"/>
      </w:pPr>
      <w:r>
        <w:rPr>
          <w:rFonts w:ascii="Times New Roman" w:hAnsi="Times New Roman" w:eastAsia="宋体"/>
          <w:b w:val="0"/>
          <w:i w:val="0"/>
          <w:sz w:val="21"/>
        </w:rPr>
        <w:t>（A）4/63　　（B）1/8　　（C）8/63　　（D）1/6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particular peculiar pair of dice, the probabilities of rolling 1, 2, 3, 4, 5, and 6 on each die are in the ratio 1: 2: 3: 4: 5: 6. What is the probability of rolling a total of 7 on the two dice?</w:t>
      </w:r>
    </w:p>
    <w:p>
      <w:pPr>
        <w:spacing w:before="0" w:after="160" w:line="300" w:lineRule="auto"/>
      </w:pPr>
      <w:r>
        <w:rPr>
          <w:rFonts w:ascii="Times New Roman" w:hAnsi="Times New Roman" w:eastAsia="宋体"/>
          <w:b w:val="0"/>
          <w:i w:val="0"/>
          <w:color w:val="333333"/>
          <w:sz w:val="19"/>
        </w:rPr>
        <w:t>(A) 4/63　　(B) 1/8　　(C) 8/63　　(D) 1/6　　(E) 2/7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平面上的一个物体从一个格点移动到另一个格点。每一步，物体可以向右、向左、向上或向下移动一个单位。如果物体从原点出发，走一条十步路径，那么终点可能有多少个不同的位置？</w:t>
      </w:r>
    </w:p>
    <w:p>
      <w:pPr>
        <w:spacing w:before="0" w:after="120" w:line="300" w:lineRule="auto"/>
      </w:pPr>
      <w:r>
        <w:rPr>
          <w:rFonts w:ascii="Times New Roman" w:hAnsi="Times New Roman" w:eastAsia="宋体"/>
          <w:b w:val="0"/>
          <w:i w:val="0"/>
          <w:sz w:val="21"/>
        </w:rPr>
        <w:t>（A）120　　（B）121　　（C）221　　（D）230　　（E）231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object in the plane moves from one lattice point to another. At each step, the object may move one unit to the right, one unit to the left, one unit up, or one unit down. If the object starts at the origin and takes a ten-step path, how many different points could be the final point?</w:t>
      </w:r>
    </w:p>
    <w:p>
      <w:pPr>
        <w:spacing w:before="0" w:after="160" w:line="300" w:lineRule="auto"/>
      </w:pPr>
      <w:r>
        <w:rPr>
          <w:rFonts w:ascii="Times New Roman" w:hAnsi="Times New Roman" w:eastAsia="宋体"/>
          <w:b w:val="0"/>
          <w:i w:val="0"/>
          <w:color w:val="333333"/>
          <w:sz w:val="19"/>
        </w:rPr>
        <w:t>(A) 120　　(B) 121　　(C) 221　　(D) 230　　(E) 231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Jones 先生有八个年龄各不相同的孩子。在一次家庭旅行中，他最大的孩子 9 岁，看到一块车牌上的 4 位数，其中两个数字各出现两次。她喊道：“看，爸爸！那个数能被我们每个孩子的年龄整除！” Jones 先生回答：“没错，而且最后两位数字刚好是我的年龄。”下列哪一个不是 Jones 先生某个孩子的年龄？</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Jones has eight children of different ages. On a family trip his oldest child, who is 9, spots a license plate with a 4-digit number in which each of two digits appears two times. “Look, daddy!” she exclaims. “That number is evenly divisible by the age of each of us kids!” “That’s right,” replies Mr. Jones, “and the last two digits just happen to be my age.” Which of the following is</w:t>
      </w:r>
      <w:r>
        <w:rPr>
          <w:rFonts w:ascii="Times New Roman" w:hAnsi="Times New Roman" w:eastAsia="宋体"/>
          <w:b w:val="0"/>
          <w:i/>
          <w:color w:val="333333"/>
          <w:sz w:val="19"/>
        </w:rPr>
        <w:t>not</w:t>
      </w:r>
      <w:r>
        <w:rPr>
          <w:rFonts w:ascii="Times New Roman" w:hAnsi="Times New Roman" w:eastAsia="宋体"/>
          <w:b w:val="0"/>
          <w:i w:val="0"/>
          <w:color w:val="333333"/>
          <w:sz w:val="19"/>
        </w:rPr>
        <w:t>the age of one of Mr. Jones’s children?</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从区间 (0, 1) 中随机选取 x。满足</w:t>
      </w:r>
    </w:p>
    <w:p>
      <w:pPr>
        <w:spacing w:before="0" w:after="80" w:line="300" w:lineRule="auto"/>
        <w:jc w:val="left"/>
      </w:pPr>
      <w:r>
        <w:rPr>
          <w:rFonts w:ascii="Times New Roman" w:hAnsi="Times New Roman" w:eastAsia="宋体"/>
          <w:b w:val="0"/>
          <w:i w:val="0"/>
          <w:sz w:val="21"/>
        </w:rPr>
        <w:t>⌊ log₁₀ 4x ⌋ - ⌊ log₁₀ x ⌋ = 0</w:t>
      </w:r>
    </w:p>
    <w:p>
      <w:pPr>
        <w:spacing w:before="0" w:after="80" w:line="300" w:lineRule="auto"/>
        <w:jc w:val="left"/>
      </w:pPr>
      <w:r>
        <w:rPr>
          <w:rFonts w:ascii="Times New Roman" w:hAnsi="Times New Roman" w:eastAsia="宋体"/>
          <w:b w:val="0"/>
          <w:i w:val="0"/>
          <w:sz w:val="21"/>
        </w:rPr>
        <w:t>的概率是多少？这里 ⌊ x ⌋ 表示小于或等于 x 的最大整数。</w:t>
      </w:r>
    </w:p>
    <w:p>
      <w:pPr>
        <w:spacing w:before="0" w:after="120" w:line="300" w:lineRule="auto"/>
      </w:pPr>
      <w:r>
        <w:rPr>
          <w:rFonts w:ascii="Times New Roman" w:hAnsi="Times New Roman" w:eastAsia="宋体"/>
          <w:b w:val="0"/>
          <w:i w:val="0"/>
          <w:sz w:val="21"/>
        </w:rPr>
        <w:t>（A）1/8　　（B）3/20　　（C）1/6　　（D）1/5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chosen at random from the interval (0, 1). What is the probability that</w:t>
      </w:r>
    </w:p>
    <w:p>
      <w:pPr>
        <w:spacing w:before="0" w:after="80" w:line="300" w:lineRule="auto"/>
        <w:jc w:val="left"/>
      </w:pPr>
      <w:r>
        <w:rPr>
          <w:rFonts w:ascii="Times New Roman" w:hAnsi="Times New Roman" w:eastAsia="宋体"/>
          <w:b w:val="0"/>
          <w:i w:val="0"/>
          <w:color w:val="333333"/>
          <w:sz w:val="19"/>
        </w:rPr>
        <w:t>⌊ log₁₀ 4x ⌋ - ⌊ log₁₀ x ⌋ = 0?</w:t>
      </w:r>
    </w:p>
    <w:p>
      <w:pPr>
        <w:spacing w:before="0" w:after="80" w:line="300" w:lineRule="auto"/>
        <w:jc w:val="left"/>
      </w:pPr>
      <w:r>
        <w:rPr>
          <w:rFonts w:ascii="Times New Roman" w:hAnsi="Times New Roman" w:eastAsia="宋体"/>
          <w:b w:val="0"/>
          <w:i w:val="0"/>
          <w:color w:val="333333"/>
          <w:sz w:val="19"/>
        </w:rPr>
        <w:t>Here ⌊ x ⌋ denotes the greatest integer that is less than or equal to x.</w:t>
      </w:r>
    </w:p>
    <w:p>
      <w:pPr>
        <w:spacing w:before="0" w:after="160" w:line="300" w:lineRule="auto"/>
      </w:pPr>
      <w:r>
        <w:rPr>
          <w:rFonts w:ascii="Times New Roman" w:hAnsi="Times New Roman" w:eastAsia="宋体"/>
          <w:b w:val="0"/>
          <w:i w:val="0"/>
          <w:color w:val="333333"/>
          <w:sz w:val="19"/>
        </w:rPr>
        <w:t>(A) 1/8　　(B) 3/20　　(C) 1/6　　(D) 1/5　　(E) 1/4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矩形 ABCD 的面积为 2006。一个面积为 2006π 的椭圆经过 A 和 C，焦点在 B 和 D。这个矩形的周长是多少？（椭圆面积为 π ab，其中 2a 和 2b 是两条轴的长度。）</w:t>
      </w:r>
    </w:p>
    <w:p>
      <w:pPr>
        <w:spacing w:before="0" w:after="120" w:line="300" w:lineRule="auto"/>
      </w:pPr>
      <w:r>
        <w:rPr>
          <w:rFonts w:ascii="Times New Roman" w:hAnsi="Times New Roman" w:eastAsia="宋体"/>
          <w:b w:val="0"/>
          <w:i w:val="0"/>
          <w:sz w:val="21"/>
        </w:rPr>
        <w:t>（A）(16√(2006))/π　　（B）1003/4　　（C）8√(1003)　　（D）6√(2006)　　（E）(32√(1003))/π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has area 2006. An ellipse with area 2006π passes through A and C and has foci at B and D. What is the perimeter of the rectangle? (The area of an ellipse is π ab, where 2a and 2b are the lengths of its axes.)</w:t>
      </w:r>
    </w:p>
    <w:p>
      <w:pPr>
        <w:spacing w:before="0" w:after="160" w:line="300" w:lineRule="auto"/>
      </w:pPr>
      <w:r>
        <w:rPr>
          <w:rFonts w:ascii="Times New Roman" w:hAnsi="Times New Roman" w:eastAsia="宋体"/>
          <w:b w:val="0"/>
          <w:i w:val="0"/>
          <w:color w:val="333333"/>
          <w:sz w:val="19"/>
        </w:rPr>
        <w:t>(A) (16√(2006))/π　　(B) 1003/4　　(C) 8√(1003)　　(D) 6√(2006)　　(E) (32√(1003))/π</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a、b、c 为正整数，且 a + b + c = 2006，并且 a! b! c! = m · 10ⁿ，其中 m 和 n 为整数，且 m 不能被 10 整除。n 的最小可能值是多少？</w:t>
      </w:r>
    </w:p>
    <w:p>
      <w:pPr>
        <w:spacing w:before="0" w:after="120" w:line="300" w:lineRule="auto"/>
      </w:pPr>
      <w:r>
        <w:rPr>
          <w:rFonts w:ascii="Times New Roman" w:hAnsi="Times New Roman" w:eastAsia="宋体"/>
          <w:b w:val="0"/>
          <w:i w:val="0"/>
          <w:sz w:val="21"/>
        </w:rPr>
        <w:t>（A）489　　（B）492　　（C）495　　（D）498　　（E）501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b, and c are positive integers with a + b + c = 2006, and a! b! c! = m · 10ⁿ, where m and n are integers and m is not divisible by 10. What is the smallest possible value of n?</w:t>
      </w:r>
    </w:p>
    <w:p>
      <w:pPr>
        <w:spacing w:before="0" w:after="160" w:line="300" w:lineRule="auto"/>
      </w:pPr>
      <w:r>
        <w:rPr>
          <w:rFonts w:ascii="Times New Roman" w:hAnsi="Times New Roman" w:eastAsia="宋体"/>
          <w:b w:val="0"/>
          <w:i w:val="0"/>
          <w:color w:val="333333"/>
          <w:sz w:val="19"/>
        </w:rPr>
        <w:t>(A) 489　　(B) 492　　(C) 495　　(D) 498　　(E) 501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等腰 △ ABC 在 C 处为直角。点 P 在 △ ABC 内部，且 PA = 11、PB = 7、PC = 6。直角边 AC 和 BC 的长度为 s = √(a + b√(2))，其中 a 和 b 为正整数。求 a + b。</w:t>
      </w:r>
    </w:p>
    <w:p>
      <w:pPr>
        <w:spacing w:before="80" w:after="80"/>
        <w:jc w:val="center"/>
      </w:pPr>
      <w:r>
        <w:drawing>
          <wp:inline xmlns:a="http://schemas.openxmlformats.org/drawingml/2006/main" xmlns:pic="http://schemas.openxmlformats.org/drawingml/2006/picture">
            <wp:extent cx="683834" cy="642623"/>
            <wp:docPr id="5" name="Picture 5"/>
            <wp:cNvGraphicFramePr>
              <a:graphicFrameLocks noChangeAspect="1"/>
            </wp:cNvGraphicFramePr>
            <a:graphic>
              <a:graphicData uri="http://schemas.openxmlformats.org/drawingml/2006/picture">
                <pic:pic>
                  <pic:nvPicPr>
                    <pic:cNvPr id="0" name="q23-1@300dpi.png"/>
                    <pic:cNvPicPr/>
                  </pic:nvPicPr>
                  <pic:blipFill>
                    <a:blip r:embed="rId11"/>
                    <a:stretch>
                      <a:fillRect/>
                    </a:stretch>
                  </pic:blipFill>
                  <pic:spPr>
                    <a:xfrm>
                      <a:off x="0" y="0"/>
                      <a:ext cx="683834" cy="642623"/>
                    </a:xfrm>
                    <a:prstGeom prst="rect"/>
                  </pic:spPr>
                </pic:pic>
              </a:graphicData>
            </a:graphic>
          </wp:inline>
        </w:drawing>
      </w:r>
    </w:p>
    <w:p>
      <w:pPr>
        <w:spacing w:before="0" w:after="120" w:line="300" w:lineRule="auto"/>
      </w:pPr>
      <w:r>
        <w:rPr>
          <w:rFonts w:ascii="Times New Roman" w:hAnsi="Times New Roman" w:eastAsia="宋体"/>
          <w:b w:val="0"/>
          <w:i w:val="0"/>
          <w:sz w:val="21"/>
        </w:rPr>
        <w:t>（A）85　　（B）91　　（C）108　　（D）121　　（E）127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Isosceles △ ABC has a right angle at C. Point P is inside △ ABC, such that PA = 11, PB = 7, and PC = 6. Legs AC and BC have length s = √(a + b√(2)), where a and b are positive integers. What is a + b?</w:t>
      </w:r>
    </w:p>
    <w:p>
      <w:pPr>
        <w:spacing w:before="80" w:after="80"/>
        <w:jc w:val="center"/>
      </w:pPr>
      <w:r>
        <w:drawing>
          <wp:inline xmlns:a="http://schemas.openxmlformats.org/drawingml/2006/main" xmlns:pic="http://schemas.openxmlformats.org/drawingml/2006/picture">
            <wp:extent cx="683834" cy="642623"/>
            <wp:docPr id="6" name="Picture 6"/>
            <wp:cNvGraphicFramePr>
              <a:graphicFrameLocks noChangeAspect="1"/>
            </wp:cNvGraphicFramePr>
            <a:graphic>
              <a:graphicData uri="http://schemas.openxmlformats.org/drawingml/2006/picture">
                <pic:pic>
                  <pic:nvPicPr>
                    <pic:cNvPr id="0" name="q23-1@300dpi.png"/>
                    <pic:cNvPicPr/>
                  </pic:nvPicPr>
                  <pic:blipFill>
                    <a:blip r:embed="rId11"/>
                    <a:stretch>
                      <a:fillRect/>
                    </a:stretch>
                  </pic:blipFill>
                  <pic:spPr>
                    <a:xfrm>
                      <a:off x="0" y="0"/>
                      <a:ext cx="683834" cy="64262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85　　(B) 91　　(C) 108　　(D) 121　　(E) 127</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S 为坐标平面中所有满足 0 ≤ x ≤ π/2 且 0 ≤ y ≤ π/2 的点 (x, y) 的集合。S 中满足下式的子集的面积是多少</w:t>
      </w:r>
    </w:p>
    <w:p>
      <w:pPr>
        <w:spacing w:before="0" w:after="80" w:line="300" w:lineRule="auto"/>
        <w:jc w:val="left"/>
      </w:pPr>
      <w:r>
        <w:rPr>
          <w:rFonts w:ascii="Times New Roman" w:hAnsi="Times New Roman" w:eastAsia="宋体"/>
          <w:b w:val="0"/>
          <w:i w:val="0"/>
          <w:sz w:val="21"/>
        </w:rPr>
        <w:t>sin² x - sin x sin y + sin² y ≤ 3/4？</w:t>
      </w:r>
    </w:p>
    <w:p>
      <w:pPr>
        <w:spacing w:before="0" w:after="120" w:line="300" w:lineRule="auto"/>
      </w:pPr>
      <w:r>
        <w:rPr>
          <w:rFonts w:ascii="Times New Roman" w:hAnsi="Times New Roman" w:eastAsia="宋体"/>
          <w:b w:val="0"/>
          <w:i w:val="0"/>
          <w:sz w:val="21"/>
        </w:rPr>
        <w:t>（A）π²/9　　（B）π²/8　　（C）π²/6　　（D）3π²/16　　（E）2π²/9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all points (x, y) in the coordinate plane such that 0 ≤ x ≤ π/2 and 0 ≤ y ≤ π/2. What is the area of the subset of S for which</w:t>
      </w:r>
    </w:p>
    <w:p>
      <w:pPr>
        <w:spacing w:before="0" w:after="80" w:line="300" w:lineRule="auto"/>
        <w:jc w:val="left"/>
      </w:pPr>
      <w:r>
        <w:rPr>
          <w:rFonts w:ascii="Times New Roman" w:hAnsi="Times New Roman" w:eastAsia="宋体"/>
          <w:b w:val="0"/>
          <w:i w:val="0"/>
          <w:color w:val="333333"/>
          <w:sz w:val="19"/>
        </w:rPr>
        <w:t>sin² x - sin x sin y + sin² y ≤ 3/4?</w:t>
      </w:r>
    </w:p>
    <w:p>
      <w:pPr>
        <w:spacing w:before="0" w:after="160" w:line="300" w:lineRule="auto"/>
      </w:pPr>
      <w:r>
        <w:rPr>
          <w:rFonts w:ascii="Times New Roman" w:hAnsi="Times New Roman" w:eastAsia="宋体"/>
          <w:b w:val="0"/>
          <w:i w:val="0"/>
          <w:color w:val="333333"/>
          <w:sz w:val="19"/>
        </w:rPr>
        <w:t>(A) π²/9　　(B) π²/8　　(C) π²/6　　(D) 3π²/16　　(E) 2π²/9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非负整数序列 a₁，a₂，… 由规则 aₙ₊₂ = |aₙ₊₁ - aₙ|（n ≥ 1）定义。若 a₁ = 999、a₂ &lt; 999，且 a₂₀₀₆ = 1，那么 a₂ 可能有多少个不同的值？</w:t>
      </w:r>
    </w:p>
    <w:p>
      <w:pPr>
        <w:spacing w:before="0" w:after="120" w:line="300" w:lineRule="auto"/>
      </w:pPr>
      <w:r>
        <w:rPr>
          <w:rFonts w:ascii="Times New Roman" w:hAnsi="Times New Roman" w:eastAsia="宋体"/>
          <w:b w:val="0"/>
          <w:i w:val="0"/>
          <w:sz w:val="21"/>
        </w:rPr>
        <w:t>（A）165　　（B）324　　（C）495　　（D）499　　（E）660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a₁, a₂, … of non-negative integers is defined by the rule aₙ₊₂ = |aₙ₊₁ - aₙ| for n ≥ 1. If a₁ = 999, a₂ &lt; 999, and a₂₀₀₆ = 1, how many different values of a₂ are possible?</w:t>
      </w:r>
    </w:p>
    <w:p>
      <w:pPr>
        <w:spacing w:before="0" w:after="160" w:line="300" w:lineRule="auto"/>
      </w:pPr>
      <w:r>
        <w:rPr>
          <w:rFonts w:ascii="Times New Roman" w:hAnsi="Times New Roman" w:eastAsia="宋体"/>
          <w:b w:val="0"/>
          <w:i w:val="0"/>
          <w:color w:val="333333"/>
          <w:sz w:val="19"/>
        </w:rPr>
        <w:t>(A) 165　　(B) 324　　(C) 495　　(D) 499　　(E) 660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A　A　A　B　B　E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E　D　C　D　B　C　C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C　C　B　E　C　B</w:t>
      </w:r>
    </w:p>
    <w:p>
      <w:pPr>
        <w:spacing w:before="0" w:after="200" w:line="300" w:lineRule="auto"/>
      </w:pPr>
      <w:r>
        <w:rPr>
          <w:rFonts w:ascii="Times New Roman" w:hAnsi="Times New Roman" w:eastAsia="宋体"/>
          <w:b w:val="0"/>
          <w:i w:val="0"/>
          <w:color w:val="666666"/>
          <w:sz w:val="18"/>
        </w:rPr>
        <w:t>答案串：CAAAABBEBAEDCDBCCBBCCBECB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因为奇数 k 时 (-1)ᵏ = -1，偶数 k 时 (-1)ᵏ = 1，各项交替为 -1, 1, -1, 1, …。</w:t>
      </w:r>
    </w:p>
    <w:p>
      <w:pPr>
        <w:spacing w:before="0" w:after="80" w:line="300" w:lineRule="auto"/>
        <w:jc w:val="left"/>
      </w:pPr>
      <w:r>
        <w:rPr>
          <w:rFonts w:ascii="Times New Roman" w:hAnsi="Times New Roman" w:eastAsia="宋体"/>
          <w:b w:val="0"/>
          <w:i w:val="0"/>
          <w:sz w:val="21"/>
        </w:rPr>
        <w:t>共有 2006 项，可分成 1003 对，每对都是 (-1) + 1 = 0。总和为 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(-1)ᵏ = -1 for odd k and (-1)ᵏ = 1 for even k, the terms alternate -1, 1, -1, 1, …</w:t>
      </w:r>
    </w:p>
    <w:p>
      <w:pPr>
        <w:spacing w:before="0" w:after="80" w:line="300" w:lineRule="auto"/>
        <w:jc w:val="left"/>
      </w:pPr>
      <w:r>
        <w:rPr>
          <w:rFonts w:ascii="Times New Roman" w:hAnsi="Times New Roman" w:eastAsia="宋体"/>
          <w:b w:val="0"/>
          <w:i w:val="0"/>
          <w:color w:val="333333"/>
          <w:sz w:val="19"/>
        </w:rPr>
        <w:t>There are 2006 terms, forming 1003 pairs, each equal to (-1) + 1 = 0. The total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因为 x spadesuit y = x² - y²，里面的值为 4 spadesuit 5 = 16 - 25 = -9。</w:t>
      </w:r>
    </w:p>
    <w:p>
      <w:pPr>
        <w:spacing w:before="0" w:after="80" w:line="300" w:lineRule="auto"/>
        <w:jc w:val="left"/>
      </w:pPr>
      <w:r>
        <w:rPr>
          <w:rFonts w:ascii="Times New Roman" w:hAnsi="Times New Roman" w:eastAsia="宋体"/>
          <w:b w:val="0"/>
          <w:i w:val="0"/>
          <w:sz w:val="21"/>
        </w:rPr>
        <w:t>于是 3 spadesuit (-9) = 3² - (-9)² = 9 - 81 = -72。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 spadesuit y = x² - y², the inner value is 4 spadesuit 5 = 16 - 25 = -9.</w:t>
      </w:r>
    </w:p>
    <w:p>
      <w:pPr>
        <w:spacing w:before="0" w:after="80" w:line="300" w:lineRule="auto"/>
        <w:jc w:val="left"/>
      </w:pPr>
      <w:r>
        <w:rPr>
          <w:rFonts w:ascii="Times New Roman" w:hAnsi="Times New Roman" w:eastAsia="宋体"/>
          <w:b w:val="0"/>
          <w:i w:val="0"/>
          <w:color w:val="333333"/>
          <w:sz w:val="19"/>
        </w:rPr>
        <w:t>Then 3 spadesuit (-9) = 3² - (-9)² = 9 - 81 =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设 Cougars 和 Panthers 的得分分别为 c 和 p，则 c + p = 34，且 c - p = 14。</w:t>
      </w:r>
    </w:p>
    <w:p>
      <w:pPr>
        <w:spacing w:before="0" w:after="80" w:line="300" w:lineRule="auto"/>
        <w:jc w:val="left"/>
      </w:pPr>
      <w:r>
        <w:rPr>
          <w:rFonts w:ascii="Times New Roman" w:hAnsi="Times New Roman" w:eastAsia="宋体"/>
          <w:b w:val="0"/>
          <w:i w:val="0"/>
          <w:sz w:val="21"/>
        </w:rPr>
        <w:t>相减得 2p = 20，所以 p =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 and p be the Cougars’ and Panthers’ scores. Then c + p = 34 and c - p = 14.</w:t>
      </w:r>
    </w:p>
    <w:p>
      <w:pPr>
        <w:spacing w:before="0" w:after="80" w:line="300" w:lineRule="auto"/>
        <w:jc w:val="left"/>
      </w:pPr>
      <w:r>
        <w:rPr>
          <w:rFonts w:ascii="Times New Roman" w:hAnsi="Times New Roman" w:eastAsia="宋体"/>
          <w:b w:val="0"/>
          <w:i w:val="0"/>
          <w:color w:val="333333"/>
          <w:sz w:val="19"/>
        </w:rPr>
        <w:t>Subtracting gives 2p = 20, so p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商品价格总计 $18.95，所以找零为 $1.05。它占 $20.00 的百分比为</w:t>
      </w:r>
    </w:p>
    <w:p>
      <w:pPr>
        <w:spacing w:before="0" w:after="80" w:line="300" w:lineRule="auto"/>
        <w:jc w:val="left"/>
      </w:pPr>
      <w:r>
        <w:rPr>
          <w:rFonts w:ascii="Times New Roman" w:hAnsi="Times New Roman" w:eastAsia="宋体"/>
          <w:b w:val="0"/>
          <w:i w:val="0"/>
          <w:sz w:val="21"/>
        </w:rPr>
        <w:t>1.05/20·100% = 5.25%。</w:t>
      </w:r>
    </w:p>
    <w:p>
      <w:pPr>
        <w:spacing w:before="0" w:after="80" w:line="300" w:lineRule="auto"/>
        <w:jc w:val="left"/>
      </w:pPr>
      <w:r>
        <w:rPr>
          <w:rFonts w:ascii="Times New Roman" w:hAnsi="Times New Roman" w:eastAsia="宋体"/>
          <w:b w:val="0"/>
          <w:i w:val="0"/>
          <w:sz w:val="21"/>
        </w:rPr>
        <w:t>最接近的选项是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prices total $18.95, so the change is $1.05. As a percentage of $20.00, this is</w:t>
      </w:r>
    </w:p>
    <w:p>
      <w:pPr>
        <w:spacing w:before="0" w:after="80" w:line="300" w:lineRule="auto"/>
        <w:jc w:val="left"/>
      </w:pPr>
      <w:r>
        <w:rPr>
          <w:rFonts w:ascii="Times New Roman" w:hAnsi="Times New Roman" w:eastAsia="宋体"/>
          <w:b w:val="0"/>
          <w:i w:val="0"/>
          <w:color w:val="333333"/>
          <w:sz w:val="19"/>
        </w:rPr>
        <w:t>1.05/20·100% = 5.25%.</w:t>
      </w:r>
    </w:p>
    <w:p>
      <w:pPr>
        <w:spacing w:before="0" w:after="80" w:line="300" w:lineRule="auto"/>
        <w:jc w:val="left"/>
      </w:pPr>
      <w:r>
        <w:rPr>
          <w:rFonts w:ascii="Times New Roman" w:hAnsi="Times New Roman" w:eastAsia="宋体"/>
          <w:b w:val="0"/>
          <w:i w:val="0"/>
          <w:color w:val="333333"/>
          <w:sz w:val="19"/>
        </w:rPr>
        <w:t>The closest listed percentage is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Bob 以每小时 5 - 3 = 2 英里的相对速度缩短距离。追平 1 英里的差距需要</w:t>
      </w:r>
    </w:p>
    <w:p>
      <w:pPr>
        <w:spacing w:before="0" w:after="80" w:line="300" w:lineRule="auto"/>
        <w:jc w:val="left"/>
      </w:pPr>
      <w:r>
        <w:rPr>
          <w:rFonts w:ascii="Times New Roman" w:hAnsi="Times New Roman" w:eastAsia="宋体"/>
          <w:b w:val="0"/>
          <w:i w:val="0"/>
          <w:sz w:val="21"/>
        </w:rPr>
        <w:t>1/2</w:t>
      </w:r>
    </w:p>
    <w:p>
      <w:pPr>
        <w:spacing w:before="0" w:after="80" w:line="300" w:lineRule="auto"/>
        <w:jc w:val="left"/>
      </w:pPr>
      <w:r>
        <w:rPr>
          <w:rFonts w:ascii="Times New Roman" w:hAnsi="Times New Roman" w:eastAsia="宋体"/>
          <w:b w:val="0"/>
          <w:i w:val="0"/>
          <w:sz w:val="21"/>
        </w:rPr>
        <w:t>小时，也就是 30 分钟。</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Bob closes the gap at a relative speed of 5 - 3 = 2 miles per hour. To cover the 1-mile gap takes</w:t>
      </w:r>
    </w:p>
    <w:p>
      <w:pPr>
        <w:spacing w:before="0" w:after="80" w:line="300" w:lineRule="auto"/>
        <w:jc w:val="left"/>
      </w:pPr>
      <w:r>
        <w:rPr>
          <w:rFonts w:ascii="Times New Roman" w:hAnsi="Times New Roman" w:eastAsia="宋体"/>
          <w:b w:val="0"/>
          <w:i w:val="0"/>
          <w:color w:val="333333"/>
          <w:sz w:val="19"/>
        </w:rPr>
        <w:t>1/2</w:t>
      </w:r>
    </w:p>
    <w:p>
      <w:pPr>
        <w:spacing w:before="0" w:after="80" w:line="300" w:lineRule="auto"/>
        <w:jc w:val="left"/>
      </w:pPr>
      <w:r>
        <w:rPr>
          <w:rFonts w:ascii="Times New Roman" w:hAnsi="Times New Roman" w:eastAsia="宋体"/>
          <w:b w:val="0"/>
          <w:i w:val="0"/>
          <w:color w:val="333333"/>
          <w:sz w:val="19"/>
        </w:rPr>
        <w:t>hour, or 30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整批柠檬水重 100 + 100 + 400 = 600 克，含有 25 + 386 = 411 卡路里。</w:t>
      </w:r>
    </w:p>
    <w:p>
      <w:pPr>
        <w:spacing w:before="0" w:after="80" w:line="300" w:lineRule="auto"/>
        <w:jc w:val="left"/>
      </w:pPr>
      <w:r>
        <w:rPr>
          <w:rFonts w:ascii="Times New Roman" w:hAnsi="Times New Roman" w:eastAsia="宋体"/>
          <w:b w:val="0"/>
          <w:i w:val="0"/>
          <w:sz w:val="21"/>
        </w:rPr>
        <w:t>因为 200 克是整批的三分之一，所以它含有</w:t>
      </w:r>
    </w:p>
    <w:p>
      <w:pPr>
        <w:spacing w:before="0" w:after="80" w:line="300" w:lineRule="auto"/>
        <w:jc w:val="left"/>
      </w:pPr>
      <w:r>
        <w:rPr>
          <w:rFonts w:ascii="Times New Roman" w:hAnsi="Times New Roman" w:eastAsia="宋体"/>
          <w:b w:val="0"/>
          <w:i w:val="0"/>
          <w:sz w:val="21"/>
        </w:rPr>
        <w:t>411/3 = 137</w:t>
      </w:r>
    </w:p>
    <w:p>
      <w:pPr>
        <w:spacing w:before="0" w:after="80" w:line="300" w:lineRule="auto"/>
        <w:jc w:val="left"/>
      </w:pPr>
      <w:r>
        <w:rPr>
          <w:rFonts w:ascii="Times New Roman" w:hAnsi="Times New Roman" w:eastAsia="宋体"/>
          <w:b w:val="0"/>
          <w:i w:val="0"/>
          <w:sz w:val="21"/>
        </w:rPr>
        <w:t>卡路里。</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full batch weighs 100 + 100 + 400 = 600 grams and contains 25 + 386 = 411 calories.</w:t>
      </w:r>
    </w:p>
    <w:p>
      <w:pPr>
        <w:spacing w:before="0" w:after="80" w:line="300" w:lineRule="auto"/>
        <w:jc w:val="left"/>
      </w:pPr>
      <w:r>
        <w:rPr>
          <w:rFonts w:ascii="Times New Roman" w:hAnsi="Times New Roman" w:eastAsia="宋体"/>
          <w:b w:val="0"/>
          <w:i w:val="0"/>
          <w:color w:val="333333"/>
          <w:sz w:val="19"/>
        </w:rPr>
        <w:t>Since 200 grams is one third of the batch, it has</w:t>
      </w:r>
    </w:p>
    <w:p>
      <w:pPr>
        <w:spacing w:before="0" w:after="80" w:line="300" w:lineRule="auto"/>
        <w:jc w:val="left"/>
      </w:pPr>
      <w:r>
        <w:rPr>
          <w:rFonts w:ascii="Times New Roman" w:hAnsi="Times New Roman" w:eastAsia="宋体"/>
          <w:b w:val="0"/>
          <w:i w:val="0"/>
          <w:color w:val="333333"/>
          <w:sz w:val="19"/>
        </w:rPr>
        <w:t>411/3 = 137</w:t>
      </w:r>
    </w:p>
    <w:p>
      <w:pPr>
        <w:spacing w:before="0" w:after="80" w:line="300" w:lineRule="auto"/>
        <w:jc w:val="left"/>
      </w:pPr>
      <w:r>
        <w:rPr>
          <w:rFonts w:ascii="Times New Roman" w:hAnsi="Times New Roman" w:eastAsia="宋体"/>
          <w:b w:val="0"/>
          <w:i w:val="0"/>
          <w:color w:val="333333"/>
          <w:sz w:val="19"/>
        </w:rPr>
        <w:t>calories.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驾驶员是两位父母之一：有 2 种选择。</w:t>
      </w:r>
    </w:p>
    <w:p>
      <w:pPr>
        <w:spacing w:before="0" w:after="80" w:line="300" w:lineRule="auto"/>
        <w:jc w:val="left"/>
      </w:pPr>
      <w:r>
        <w:rPr>
          <w:rFonts w:ascii="Times New Roman" w:hAnsi="Times New Roman" w:eastAsia="宋体"/>
          <w:b w:val="0"/>
          <w:i w:val="0"/>
          <w:sz w:val="21"/>
        </w:rPr>
        <w:t>剩下的 3 人中任意一人可以坐副驾驶座，最后 2 人坐后排，有 2 种顺序。</w:t>
      </w:r>
    </w:p>
    <w:p>
      <w:pPr>
        <w:spacing w:before="0" w:after="80" w:line="300" w:lineRule="auto"/>
        <w:jc w:val="left"/>
      </w:pPr>
      <w:r>
        <w:rPr>
          <w:rFonts w:ascii="Times New Roman" w:hAnsi="Times New Roman" w:eastAsia="宋体"/>
          <w:b w:val="0"/>
          <w:i w:val="0"/>
          <w:sz w:val="21"/>
        </w:rPr>
        <w:t>总数为 2 · 3 · 2 = 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driver is one of the two parents: 2 choices.</w:t>
      </w:r>
    </w:p>
    <w:p>
      <w:pPr>
        <w:spacing w:before="0" w:after="80" w:line="300" w:lineRule="auto"/>
        <w:jc w:val="left"/>
      </w:pPr>
      <w:r>
        <w:rPr>
          <w:rFonts w:ascii="Times New Roman" w:hAnsi="Times New Roman" w:eastAsia="宋体"/>
          <w:b w:val="0"/>
          <w:i w:val="0"/>
          <w:color w:val="333333"/>
          <w:sz w:val="19"/>
        </w:rPr>
        <w:t>Any of the remaining 3 people can sit in the front passenger seat, and the last 2 people fill the back in 2 orders.</w:t>
      </w:r>
    </w:p>
    <w:p>
      <w:pPr>
        <w:spacing w:before="0" w:after="80" w:line="300" w:lineRule="auto"/>
        <w:jc w:val="left"/>
      </w:pPr>
      <w:r>
        <w:rPr>
          <w:rFonts w:ascii="Times New Roman" w:hAnsi="Times New Roman" w:eastAsia="宋体"/>
          <w:b w:val="0"/>
          <w:i w:val="0"/>
          <w:color w:val="333333"/>
          <w:sz w:val="19"/>
        </w:rPr>
        <w:t>The total is 2 · 3 · 2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代入 (1, 2)，得到</w:t>
      </w:r>
    </w:p>
    <w:p>
      <w:pPr>
        <w:spacing w:before="0" w:after="80" w:line="300" w:lineRule="auto"/>
        <w:jc w:val="left"/>
      </w:pPr>
      <w:r>
        <w:rPr>
          <w:rFonts w:ascii="Times New Roman" w:hAnsi="Times New Roman" w:eastAsia="宋体"/>
          <w:b w:val="0"/>
          <w:i w:val="0"/>
          <w:sz w:val="21"/>
        </w:rPr>
        <w:t>1 = 2/4 + a ⇒ a = 1/2，</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2 = 1/4 + b ⇒ b = 7/4。</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 + b = 1/2 + 7/4 = 9/4。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(1, 2) gives</w:t>
      </w:r>
    </w:p>
    <w:p>
      <w:pPr>
        <w:spacing w:before="0" w:after="80" w:line="300" w:lineRule="auto"/>
        <w:jc w:val="left"/>
      </w:pPr>
      <w:r>
        <w:rPr>
          <w:rFonts w:ascii="Times New Roman" w:hAnsi="Times New Roman" w:eastAsia="宋体"/>
          <w:b w:val="0"/>
          <w:i w:val="0"/>
          <w:color w:val="333333"/>
          <w:sz w:val="19"/>
        </w:rPr>
        <w:t>1 = 2/4 + a ⇒ a = 1/2,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2 = 1/4 + b ⇒ b = 7/4.</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 + b = 1/2 + 7/4 = 9/4.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设三个数字为 a &lt; b &lt; c，且 c 为偶数。因为 a ≥ 1，没有数字为零，并且 c ≠ 2（没有两个更小的非零数字可选）。</w:t>
      </w:r>
    </w:p>
    <w:p>
      <w:pPr>
        <w:spacing w:before="0" w:after="80" w:line="300" w:lineRule="auto"/>
        <w:jc w:val="left"/>
      </w:pPr>
      <w:r>
        <w:rPr>
          <w:rFonts w:ascii="Times New Roman" w:hAnsi="Times New Roman" w:eastAsia="宋体"/>
          <w:b w:val="0"/>
          <w:i w:val="0"/>
          <w:sz w:val="21"/>
        </w:rPr>
        <w:t>一旦个位数字 c 固定，任意两个小于它的不同数字都能按递增顺序唯一排列。因此每个 c 的计数是 C(c-1, 2)。</w:t>
      </w:r>
    </w:p>
    <w:p>
      <w:pPr>
        <w:spacing w:before="0" w:after="80" w:line="300" w:lineRule="auto"/>
        <w:jc w:val="left"/>
      </w:pPr>
      <w:r>
        <w:rPr>
          <w:rFonts w:ascii="Times New Roman" w:hAnsi="Times New Roman" w:eastAsia="宋体"/>
          <w:b w:val="0"/>
          <w:i w:val="0"/>
          <w:sz w:val="21"/>
        </w:rPr>
        <w:t>对 c = 4, 6, 8 分别计数，得到</w:t>
      </w:r>
    </w:p>
    <w:p>
      <w:pPr>
        <w:spacing w:before="0" w:after="80" w:line="300" w:lineRule="auto"/>
        <w:jc w:val="left"/>
      </w:pPr>
      <w:r>
        <w:rPr>
          <w:rFonts w:ascii="Times New Roman" w:hAnsi="Times New Roman" w:eastAsia="宋体"/>
          <w:b w:val="0"/>
          <w:i w:val="0"/>
          <w:sz w:val="21"/>
        </w:rPr>
        <w:t>C(3, 2) + C(5, 2)</w:t>
      </w:r>
    </w:p>
    <w:p>
      <w:pPr>
        <w:spacing w:before="0" w:after="80" w:line="300" w:lineRule="auto"/>
        <w:jc w:val="left"/>
      </w:pPr>
      <w:r>
        <w:rPr>
          <w:rFonts w:ascii="Times New Roman" w:hAnsi="Times New Roman" w:eastAsia="宋体"/>
          <w:b w:val="0"/>
          <w:i w:val="0"/>
          <w:sz w:val="21"/>
        </w:rPr>
        <w:t>+ C(7, 2) = 3 + 10 + 21</w:t>
      </w:r>
    </w:p>
    <w:p>
      <w:pPr>
        <w:spacing w:before="0" w:after="80" w:line="300" w:lineRule="auto"/>
        <w:jc w:val="left"/>
      </w:pPr>
      <w:r>
        <w:rPr>
          <w:rFonts w:ascii="Times New Roman" w:hAnsi="Times New Roman" w:eastAsia="宋体"/>
          <w:b w:val="0"/>
          <w:i w:val="0"/>
          <w:sz w:val="21"/>
        </w:rPr>
        <w:t>= 34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digits be a &lt; b &lt; c with c even. Since a ≥ 1, no digit is zero, and c ≠ 2 (there is no room for two smaller nonzero digits).</w:t>
      </w:r>
    </w:p>
    <w:p>
      <w:pPr>
        <w:spacing w:before="0" w:after="80" w:line="300" w:lineRule="auto"/>
        <w:jc w:val="left"/>
      </w:pPr>
      <w:r>
        <w:rPr>
          <w:rFonts w:ascii="Times New Roman" w:hAnsi="Times New Roman" w:eastAsia="宋体"/>
          <w:b w:val="0"/>
          <w:i w:val="0"/>
          <w:color w:val="333333"/>
          <w:sz w:val="19"/>
        </w:rPr>
        <w:t>Once the units digit c is fixed, any two distinct digits below it can be arranged in increasing order in exactly one way. So the count for each c is C(c-1, 2).</w:t>
      </w:r>
    </w:p>
    <w:p>
      <w:pPr>
        <w:spacing w:before="0" w:after="80" w:line="300" w:lineRule="auto"/>
        <w:jc w:val="left"/>
      </w:pPr>
      <w:r>
        <w:rPr>
          <w:rFonts w:ascii="Times New Roman" w:hAnsi="Times New Roman" w:eastAsia="宋体"/>
          <w:b w:val="0"/>
          <w:i w:val="0"/>
          <w:color w:val="333333"/>
          <w:sz w:val="19"/>
        </w:rPr>
        <w:t>For c = 4, 6, 8 this gives</w:t>
      </w:r>
    </w:p>
    <w:p>
      <w:pPr>
        <w:spacing w:before="0" w:after="80" w:line="300" w:lineRule="auto"/>
        <w:jc w:val="left"/>
      </w:pPr>
      <w:r>
        <w:rPr>
          <w:rFonts w:ascii="Times New Roman" w:hAnsi="Times New Roman" w:eastAsia="宋体"/>
          <w:b w:val="0"/>
          <w:i w:val="0"/>
          <w:color w:val="333333"/>
          <w:sz w:val="19"/>
        </w:rPr>
        <w:t>C(3, 2) + C(5, 2)</w:t>
      </w:r>
    </w:p>
    <w:p>
      <w:pPr>
        <w:spacing w:before="0" w:after="80" w:line="300" w:lineRule="auto"/>
        <w:jc w:val="left"/>
      </w:pPr>
      <w:r>
        <w:rPr>
          <w:rFonts w:ascii="Times New Roman" w:hAnsi="Times New Roman" w:eastAsia="宋体"/>
          <w:b w:val="0"/>
          <w:i w:val="0"/>
          <w:color w:val="333333"/>
          <w:sz w:val="19"/>
        </w:rPr>
        <w:t>+ C(7, 2) = 3 + 10 + 21</w:t>
      </w:r>
    </w:p>
    <w:p>
      <w:pPr>
        <w:spacing w:before="0" w:after="80" w:line="300" w:lineRule="auto"/>
        <w:jc w:val="left"/>
      </w:pPr>
      <w:r>
        <w:rPr>
          <w:rFonts w:ascii="Times New Roman" w:hAnsi="Times New Roman" w:eastAsia="宋体"/>
          <w:b w:val="0"/>
          <w:i w:val="0"/>
          <w:color w:val="333333"/>
          <w:sz w:val="19"/>
        </w:rPr>
        <w:t>= 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设三边为 x、3x 和 15。三角形不等式要求 x + 3x &gt; 15，所以 x ≥ 4；且 x + 15 &gt; 3x，所以 x ≤ 7。</w:t>
      </w:r>
    </w:p>
    <w:p>
      <w:pPr>
        <w:spacing w:before="0" w:after="80" w:line="300" w:lineRule="auto"/>
        <w:jc w:val="left"/>
      </w:pPr>
      <w:r>
        <w:rPr>
          <w:rFonts w:ascii="Times New Roman" w:hAnsi="Times New Roman" w:eastAsia="宋体"/>
          <w:b w:val="0"/>
          <w:i w:val="0"/>
          <w:sz w:val="21"/>
        </w:rPr>
        <w:t>周长 4x + 15 在 x = 7 时最大，得到 7 + 21 + 15 = 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sides be x, 3x, and 15. The triangle inequality requires x + 3x &gt; 15, so x ≥ 4, and x + 15 &gt; 3x, so x ≤ 7.</w:t>
      </w:r>
    </w:p>
    <w:p>
      <w:pPr>
        <w:spacing w:before="0" w:after="80" w:line="300" w:lineRule="auto"/>
        <w:jc w:val="left"/>
      </w:pPr>
      <w:r>
        <w:rPr>
          <w:rFonts w:ascii="Times New Roman" w:hAnsi="Times New Roman" w:eastAsia="宋体"/>
          <w:b w:val="0"/>
          <w:i w:val="0"/>
          <w:color w:val="333333"/>
          <w:sz w:val="19"/>
        </w:rPr>
        <w:t>The perimeter 4x + 15 is largest when x = 7, giving 7 + 21 + 15 = 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Joe 最后加入奶油，所以杯中保留了全部 2 盎司奶油。</w:t>
      </w:r>
    </w:p>
    <w:p>
      <w:pPr>
        <w:spacing w:before="0" w:after="80" w:line="300" w:lineRule="auto"/>
        <w:jc w:val="left"/>
      </w:pPr>
      <w:r>
        <w:rPr>
          <w:rFonts w:ascii="Times New Roman" w:hAnsi="Times New Roman" w:eastAsia="宋体"/>
          <w:b w:val="0"/>
          <w:i w:val="0"/>
          <w:sz w:val="21"/>
        </w:rPr>
        <w:t>JoAnn 的杯中有 14 盎司混合物，其中含 2 盎司奶油。喝掉 2 盎司会按比例移走 2/14 的所有成分，剩下的奶油为</w:t>
      </w:r>
    </w:p>
    <w:p>
      <w:pPr>
        <w:spacing w:before="0" w:after="80" w:line="300" w:lineRule="auto"/>
        <w:jc w:val="left"/>
      </w:pPr>
      <w:r>
        <w:rPr>
          <w:rFonts w:ascii="Times New Roman" w:hAnsi="Times New Roman" w:eastAsia="宋体"/>
          <w:b w:val="0"/>
          <w:i w:val="0"/>
          <w:sz w:val="21"/>
        </w:rPr>
        <w:t>2 · 12/14 = 12/7</w:t>
      </w:r>
    </w:p>
    <w:p>
      <w:pPr>
        <w:spacing w:before="0" w:after="80" w:line="300" w:lineRule="auto"/>
        <w:jc w:val="left"/>
      </w:pPr>
      <w:r>
        <w:rPr>
          <w:rFonts w:ascii="Times New Roman" w:hAnsi="Times New Roman" w:eastAsia="宋体"/>
          <w:b w:val="0"/>
          <w:i w:val="0"/>
          <w:sz w:val="21"/>
        </w:rPr>
        <w:t>盎司。</w:t>
      </w:r>
    </w:p>
    <w:p>
      <w:pPr>
        <w:spacing w:before="0" w:after="80" w:line="300" w:lineRule="auto"/>
        <w:jc w:val="left"/>
      </w:pPr>
      <w:r>
        <w:rPr>
          <w:rFonts w:ascii="Times New Roman" w:hAnsi="Times New Roman" w:eastAsia="宋体"/>
          <w:b w:val="0"/>
          <w:i w:val="0"/>
          <w:sz w:val="21"/>
        </w:rPr>
        <w:t>比值为</w:t>
      </w:r>
    </w:p>
    <w:p>
      <w:pPr>
        <w:spacing w:before="0" w:after="80" w:line="300" w:lineRule="auto"/>
        <w:jc w:val="left"/>
      </w:pPr>
      <w:r>
        <w:rPr>
          <w:rFonts w:ascii="Times New Roman" w:hAnsi="Times New Roman" w:eastAsia="宋体"/>
          <w:b w:val="0"/>
          <w:i w:val="0"/>
          <w:sz w:val="21"/>
        </w:rPr>
        <w:t>2/(12/7) = 14/12 = 7/6。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Joe adds the cream last, so his cup holds all 2 ounces of cream.</w:t>
      </w:r>
    </w:p>
    <w:p>
      <w:pPr>
        <w:spacing w:before="0" w:after="80" w:line="300" w:lineRule="auto"/>
        <w:jc w:val="left"/>
      </w:pPr>
      <w:r>
        <w:rPr>
          <w:rFonts w:ascii="Times New Roman" w:hAnsi="Times New Roman" w:eastAsia="宋体"/>
          <w:b w:val="0"/>
          <w:i w:val="0"/>
          <w:color w:val="333333"/>
          <w:sz w:val="19"/>
        </w:rPr>
        <w:t>JoAnn’s cup has 14 ounces of mixture containing 2 ounces of cream. Drinking 2 ounces removes a fraction 2/14 of everything, leaving</w:t>
      </w:r>
    </w:p>
    <w:p>
      <w:pPr>
        <w:spacing w:before="0" w:after="80" w:line="300" w:lineRule="auto"/>
        <w:jc w:val="left"/>
      </w:pPr>
      <w:r>
        <w:rPr>
          <w:rFonts w:ascii="Times New Roman" w:hAnsi="Times New Roman" w:eastAsia="宋体"/>
          <w:b w:val="0"/>
          <w:i w:val="0"/>
          <w:color w:val="333333"/>
          <w:sz w:val="19"/>
        </w:rPr>
        <w:t>2 · 12/14 = 12/7</w:t>
      </w:r>
    </w:p>
    <w:p>
      <w:pPr>
        <w:spacing w:before="0" w:after="80" w:line="300" w:lineRule="auto"/>
        <w:jc w:val="left"/>
      </w:pPr>
      <w:r>
        <w:rPr>
          <w:rFonts w:ascii="Times New Roman" w:hAnsi="Times New Roman" w:eastAsia="宋体"/>
          <w:b w:val="0"/>
          <w:i w:val="0"/>
          <w:color w:val="333333"/>
          <w:sz w:val="19"/>
        </w:rPr>
        <w:t>ounces of cream.</w:t>
      </w:r>
    </w:p>
    <w:p>
      <w:pPr>
        <w:spacing w:before="0" w:after="80" w:line="300" w:lineRule="auto"/>
        <w:jc w:val="left"/>
      </w:pPr>
      <w:r>
        <w:rPr>
          <w:rFonts w:ascii="Times New Roman" w:hAnsi="Times New Roman" w:eastAsia="宋体"/>
          <w:b w:val="0"/>
          <w:i w:val="0"/>
          <w:color w:val="333333"/>
          <w:sz w:val="19"/>
        </w:rPr>
        <w:t>The ratio is</w:t>
      </w:r>
    </w:p>
    <w:p>
      <w:pPr>
        <w:spacing w:before="0" w:after="80" w:line="300" w:lineRule="auto"/>
        <w:jc w:val="left"/>
      </w:pPr>
      <w:r>
        <w:rPr>
          <w:rFonts w:ascii="Times New Roman" w:hAnsi="Times New Roman" w:eastAsia="宋体"/>
          <w:b w:val="0"/>
          <w:i w:val="0"/>
          <w:color w:val="333333"/>
          <w:sz w:val="19"/>
        </w:rPr>
        <w:t>2/(12/7) = 14/12 = 7/6.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顶点式为 y = a(x - p)² + p。</w:t>
      </w:r>
    </w:p>
    <w:p>
      <w:pPr>
        <w:spacing w:before="0" w:after="80" w:line="300" w:lineRule="auto"/>
        <w:jc w:val="left"/>
      </w:pPr>
      <w:r>
        <w:rPr>
          <w:rFonts w:ascii="Times New Roman" w:hAnsi="Times New Roman" w:eastAsia="宋体"/>
          <w:b w:val="0"/>
          <w:i w:val="0"/>
          <w:sz w:val="21"/>
        </w:rPr>
        <w:t>当 x = 0 时，y = ap² + p = -p，所以 ap² = -2p，且 a = -2/p。</w:t>
      </w:r>
    </w:p>
    <w:p>
      <w:pPr>
        <w:spacing w:before="0" w:after="80" w:line="300" w:lineRule="auto"/>
        <w:jc w:val="left"/>
      </w:pPr>
      <w:r>
        <w:rPr>
          <w:rFonts w:ascii="Times New Roman" w:hAnsi="Times New Roman" w:eastAsia="宋体"/>
          <w:b w:val="0"/>
          <w:i w:val="0"/>
          <w:sz w:val="21"/>
        </w:rPr>
        <w:t>展开得 y = a x² - 2ap x + ap² + p，所以 b = -2ap = -2(-2/p)p = 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vertex form is y = a(x - p)² + p.</w:t>
      </w:r>
    </w:p>
    <w:p>
      <w:pPr>
        <w:spacing w:before="0" w:after="80" w:line="300" w:lineRule="auto"/>
        <w:jc w:val="left"/>
      </w:pPr>
      <w:r>
        <w:rPr>
          <w:rFonts w:ascii="Times New Roman" w:hAnsi="Times New Roman" w:eastAsia="宋体"/>
          <w:b w:val="0"/>
          <w:i w:val="0"/>
          <w:color w:val="333333"/>
          <w:sz w:val="19"/>
        </w:rPr>
        <w:t>At x = 0, y = ap² + p = -p, so ap² = -2p and a = -2/p.</w:t>
      </w:r>
    </w:p>
    <w:p>
      <w:pPr>
        <w:spacing w:before="0" w:after="80" w:line="300" w:lineRule="auto"/>
        <w:jc w:val="left"/>
      </w:pPr>
      <w:r>
        <w:rPr>
          <w:rFonts w:ascii="Times New Roman" w:hAnsi="Times New Roman" w:eastAsia="宋体"/>
          <w:b w:val="0"/>
          <w:i w:val="0"/>
          <w:color w:val="333333"/>
          <w:sz w:val="19"/>
        </w:rPr>
        <w:t>Expanding, y = a x² - 2ap x + ap² + p, so b = -2ap = -2(-2/p)p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设菱形 ABCD 的两条对角线交于 O。它们互相垂直平分；又因为 ∠ BAD=60°，所以三角形 ABO 是 30°–60°–90° 三角形。因此两条半对角线满足 AO=√(3) BO。</w:t>
      </w:r>
    </w:p>
    <w:p>
      <w:pPr>
        <w:spacing w:before="0" w:after="80" w:line="300" w:lineRule="auto"/>
        <w:jc w:val="left"/>
      </w:pPr>
      <w:r>
        <w:rPr>
          <w:rFonts w:ascii="Times New Roman" w:hAnsi="Times New Roman" w:eastAsia="宋体"/>
          <w:b w:val="0"/>
          <w:i w:val="0"/>
          <w:sz w:val="21"/>
        </w:rPr>
        <w:t>线段 BD 是 ABCD 的短对角线，也是相似菱形 BFDE 的长对角线。因此小菱形与大菱形的长度之比为 BD/AC=BO/AO=1/(√(3))。面积按这个比的平方缩放，所以 BFDE 的面积为 24·1/3=8。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diagonals of ABCD meet at O. They bisect each other at right angles, and since ∠ BAD=60°, triangle ABO is a 30°–60°–90° triangle. Hence the half-diagonals satisfy AO=√(3) BO.</w:t>
      </w:r>
    </w:p>
    <w:p>
      <w:pPr>
        <w:spacing w:before="0" w:after="80" w:line="300" w:lineRule="auto"/>
        <w:jc w:val="left"/>
      </w:pPr>
      <w:r>
        <w:rPr>
          <w:rFonts w:ascii="Times New Roman" w:hAnsi="Times New Roman" w:eastAsia="宋体"/>
          <w:b w:val="0"/>
          <w:i w:val="0"/>
          <w:color w:val="333333"/>
          <w:sz w:val="19"/>
        </w:rPr>
        <w:t>The segment BD is the short diagonal of ABCD and the long diagonal of the similar rhombus BFDE. Thus the smaller-to-larger length ratio is BD/AC=BO/AO=1/(√(3)). Areas scale by the square of this ratio, so the area of BFDE is 24·1/3=8.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以美分计，总成本为 N(4B + 5J) = 253 = 11 · 23。因为 N &gt; 1，N 的可能值为 11、23 或 253。</w:t>
      </w:r>
    </w:p>
    <w:p>
      <w:pPr>
        <w:spacing w:before="0" w:after="80" w:line="300" w:lineRule="auto"/>
        <w:jc w:val="left"/>
      </w:pPr>
      <w:r>
        <w:rPr>
          <w:rFonts w:ascii="Times New Roman" w:hAnsi="Times New Roman" w:eastAsia="宋体"/>
          <w:b w:val="0"/>
          <w:i w:val="0"/>
          <w:sz w:val="21"/>
        </w:rPr>
        <w:t>若 N = 253 则 4B + 5J = 1；若 N = 23 则 4B + 5J = 11；二者都没有正整数解。</w:t>
      </w:r>
    </w:p>
    <w:p>
      <w:pPr>
        <w:spacing w:before="0" w:after="80" w:line="300" w:lineRule="auto"/>
        <w:jc w:val="left"/>
      </w:pPr>
      <w:r>
        <w:rPr>
          <w:rFonts w:ascii="Times New Roman" w:hAnsi="Times New Roman" w:eastAsia="宋体"/>
          <w:b w:val="0"/>
          <w:i w:val="0"/>
          <w:sz w:val="21"/>
        </w:rPr>
        <w:t>所以 N = 11，且 4B + 5J = 23，唯一的正整数解为 B = 2、J = 3。</w:t>
      </w:r>
    </w:p>
    <w:p>
      <w:pPr>
        <w:spacing w:before="0" w:after="80" w:line="300" w:lineRule="auto"/>
        <w:jc w:val="left"/>
      </w:pPr>
      <w:r>
        <w:rPr>
          <w:rFonts w:ascii="Times New Roman" w:hAnsi="Times New Roman" w:eastAsia="宋体"/>
          <w:b w:val="0"/>
          <w:i w:val="0"/>
          <w:sz w:val="21"/>
        </w:rPr>
        <w:t>果酱成本为 N · J · 5¢ = 11 · 3 · 5 = 165 美分，即 $1.65。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cost in cents is N(4B + 5J) = 253 = 11 · 23. Since N &gt; 1, the value of N is 11, 23, or 253.</w:t>
      </w:r>
    </w:p>
    <w:p>
      <w:pPr>
        <w:spacing w:before="0" w:after="80" w:line="300" w:lineRule="auto"/>
        <w:jc w:val="left"/>
      </w:pPr>
      <w:r>
        <w:rPr>
          <w:rFonts w:ascii="Times New Roman" w:hAnsi="Times New Roman" w:eastAsia="宋体"/>
          <w:b w:val="0"/>
          <w:i w:val="0"/>
          <w:color w:val="333333"/>
          <w:sz w:val="19"/>
        </w:rPr>
        <w:t>If N = 253 then 4B + 5J = 1, and if N = 23 then 4B + 5J = 11; neither has a positive integer solution.</w:t>
      </w:r>
    </w:p>
    <w:p>
      <w:pPr>
        <w:spacing w:before="0" w:after="80" w:line="300" w:lineRule="auto"/>
        <w:jc w:val="left"/>
      </w:pPr>
      <w:r>
        <w:rPr>
          <w:rFonts w:ascii="Times New Roman" w:hAnsi="Times New Roman" w:eastAsia="宋体"/>
          <w:b w:val="0"/>
          <w:i w:val="0"/>
          <w:color w:val="333333"/>
          <w:sz w:val="19"/>
        </w:rPr>
        <w:t>So N = 11 and 4B + 5J = 23, whose only positive solution is B = 2, J = 3.</w:t>
      </w:r>
    </w:p>
    <w:p>
      <w:pPr>
        <w:spacing w:before="0" w:after="80" w:line="300" w:lineRule="auto"/>
        <w:jc w:val="left"/>
      </w:pPr>
      <w:r>
        <w:rPr>
          <w:rFonts w:ascii="Times New Roman" w:hAnsi="Times New Roman" w:eastAsia="宋体"/>
          <w:b w:val="0"/>
          <w:i w:val="0"/>
          <w:color w:val="333333"/>
          <w:sz w:val="19"/>
        </w:rPr>
        <w:t>The jam costs N · J · 5¢ = 11 · 3 · 5 = 165 cents, or $1.65.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两圆外切，所以 OP = 2 + 4 = 6。在四边形 AOPD 中，OA = 2 和 PD = 4 都垂直于切线 AD，因此它是直角梯形。</w:t>
      </w:r>
    </w:p>
    <w:p>
      <w:pPr>
        <w:spacing w:before="0" w:after="80" w:line="300" w:lineRule="auto"/>
        <w:jc w:val="left"/>
      </w:pPr>
      <w:r>
        <w:rPr>
          <w:rFonts w:ascii="Times New Roman" w:hAnsi="Times New Roman" w:eastAsia="宋体"/>
          <w:b w:val="0"/>
          <w:i w:val="0"/>
          <w:sz w:val="21"/>
        </w:rPr>
        <w:t>过 O 作平行于 AD 的直线，可形成一个直角三角形，斜边为 OP = 6，一条直角边为 PD - OA = 2，所以 AD = √(6² - 2²) = √(32) = 4√(2)。</w:t>
      </w:r>
    </w:p>
    <w:p>
      <w:pPr>
        <w:spacing w:before="0" w:after="80" w:line="300" w:lineRule="auto"/>
        <w:jc w:val="left"/>
      </w:pPr>
      <w:r>
        <w:rPr>
          <w:rFonts w:ascii="Times New Roman" w:hAnsi="Times New Roman" w:eastAsia="宋体"/>
          <w:b w:val="0"/>
          <w:i w:val="0"/>
          <w:sz w:val="21"/>
        </w:rPr>
        <w:t>梯形 AOPD 的面积为</w:t>
      </w:r>
    </w:p>
    <w:p>
      <w:pPr>
        <w:spacing w:before="0" w:after="80" w:line="300" w:lineRule="auto"/>
        <w:jc w:val="left"/>
      </w:pPr>
      <w:r>
        <w:rPr>
          <w:rFonts w:ascii="Times New Roman" w:hAnsi="Times New Roman" w:eastAsia="宋体"/>
          <w:b w:val="0"/>
          <w:i w:val="0"/>
          <w:sz w:val="21"/>
        </w:rPr>
        <w:t>1/2(2 + 4)(4√(2)) = 12√(2)。</w:t>
      </w:r>
    </w:p>
    <w:p>
      <w:pPr>
        <w:spacing w:before="0" w:after="80" w:line="300" w:lineRule="auto"/>
        <w:jc w:val="left"/>
      </w:pPr>
      <w:r>
        <w:rPr>
          <w:rFonts w:ascii="Times New Roman" w:hAnsi="Times New Roman" w:eastAsia="宋体"/>
          <w:b w:val="0"/>
          <w:i w:val="0"/>
          <w:sz w:val="21"/>
        </w:rPr>
        <w:t>由对称性，六边形 AOBCPD 由两个这样的梯形组成，所以面积为 2 · 12√(2) = 24√(2)。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circles are externally tangent, so OP = 2 + 4 = 6. In quadrilateral AOPD, both OA = 2 and PD = 4 are perpendicular to the tangent line AD, making it a right trapezoid.</w:t>
      </w:r>
    </w:p>
    <w:p>
      <w:pPr>
        <w:spacing w:before="0" w:after="80" w:line="300" w:lineRule="auto"/>
        <w:jc w:val="left"/>
      </w:pPr>
      <w:r>
        <w:rPr>
          <w:rFonts w:ascii="Times New Roman" w:hAnsi="Times New Roman" w:eastAsia="宋体"/>
          <w:b w:val="0"/>
          <w:i w:val="0"/>
          <w:color w:val="333333"/>
          <w:sz w:val="19"/>
        </w:rPr>
        <w:t>Drawing the line through O parallel to AD creates a right triangle with hypotenuse OP = 6 and one leg PD - OA = 2, so AD = √(6² - 2²) = √(32) = 4√(2).</w:t>
      </w:r>
    </w:p>
    <w:p>
      <w:pPr>
        <w:spacing w:before="0" w:after="80" w:line="300" w:lineRule="auto"/>
        <w:jc w:val="left"/>
      </w:pPr>
      <w:r>
        <w:rPr>
          <w:rFonts w:ascii="Times New Roman" w:hAnsi="Times New Roman" w:eastAsia="宋体"/>
          <w:b w:val="0"/>
          <w:i w:val="0"/>
          <w:color w:val="333333"/>
          <w:sz w:val="19"/>
        </w:rPr>
        <w:t>The trapezoid AOPD has area</w:t>
      </w:r>
    </w:p>
    <w:p>
      <w:pPr>
        <w:spacing w:before="0" w:after="80" w:line="300" w:lineRule="auto"/>
        <w:jc w:val="left"/>
      </w:pPr>
      <w:r>
        <w:rPr>
          <w:rFonts w:ascii="Times New Roman" w:hAnsi="Times New Roman" w:eastAsia="宋体"/>
          <w:b w:val="0"/>
          <w:i w:val="0"/>
          <w:color w:val="333333"/>
          <w:sz w:val="19"/>
        </w:rPr>
        <w:t>1/2(2 + 4)(4√(2)) = 12√(2).</w:t>
      </w:r>
    </w:p>
    <w:p>
      <w:pPr>
        <w:spacing w:before="0" w:after="80" w:line="300" w:lineRule="auto"/>
        <w:jc w:val="left"/>
      </w:pPr>
      <w:r>
        <w:rPr>
          <w:rFonts w:ascii="Times New Roman" w:hAnsi="Times New Roman" w:eastAsia="宋体"/>
          <w:b w:val="0"/>
          <w:i w:val="0"/>
          <w:color w:val="333333"/>
          <w:sz w:val="19"/>
        </w:rPr>
        <w:t>By symmetry the hexagon AOBCPD is made of two such trapezoids, so its area is 2 · 12√(2) = 24√(2).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距离 AC = √(7² + 1²) = √(50)。正六边形边长为 s 时，相隔两个顶点的距离为 s√(3)，所以 s² · 3 = 50，即 s² = 50/3。</w:t>
      </w:r>
    </w:p>
    <w:p>
      <w:pPr>
        <w:spacing w:before="0" w:after="80" w:line="300" w:lineRule="auto"/>
        <w:jc w:val="left"/>
      </w:pPr>
      <w:r>
        <w:rPr>
          <w:rFonts w:ascii="Times New Roman" w:hAnsi="Times New Roman" w:eastAsia="宋体"/>
          <w:b w:val="0"/>
          <w:i w:val="0"/>
          <w:sz w:val="21"/>
        </w:rPr>
        <w:t>六边形面积为</w:t>
      </w:r>
    </w:p>
    <w:p>
      <w:pPr>
        <w:spacing w:before="0" w:after="80" w:line="300" w:lineRule="auto"/>
        <w:jc w:val="left"/>
      </w:pPr>
      <w:r>
        <w:rPr>
          <w:rFonts w:ascii="Times New Roman" w:hAnsi="Times New Roman" w:eastAsia="宋体"/>
          <w:b w:val="0"/>
          <w:i w:val="0"/>
          <w:sz w:val="21"/>
        </w:rPr>
        <w:t>(3√(3))/2s² = (3√(3))/2 · 50/3 = 25√(3)。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is AC = √(7² + 1²) = √(50). In a regular hexagon with side s, the distance between vertices two apart is s√(3), so s² · 3 = 50, giving s² = 50/3.</w:t>
      </w:r>
    </w:p>
    <w:p>
      <w:pPr>
        <w:spacing w:before="0" w:after="80" w:line="300" w:lineRule="auto"/>
        <w:jc w:val="left"/>
      </w:pPr>
      <w:r>
        <w:rPr>
          <w:rFonts w:ascii="Times New Roman" w:hAnsi="Times New Roman" w:eastAsia="宋体"/>
          <w:b w:val="0"/>
          <w:i w:val="0"/>
          <w:color w:val="333333"/>
          <w:sz w:val="19"/>
        </w:rPr>
        <w:t>The hexagon’s area is</w:t>
      </w:r>
    </w:p>
    <w:p>
      <w:pPr>
        <w:spacing w:before="0" w:after="80" w:line="300" w:lineRule="auto"/>
        <w:jc w:val="left"/>
      </w:pPr>
      <w:r>
        <w:rPr>
          <w:rFonts w:ascii="Times New Roman" w:hAnsi="Times New Roman" w:eastAsia="宋体"/>
          <w:b w:val="0"/>
          <w:i w:val="0"/>
          <w:color w:val="333333"/>
          <w:sz w:val="19"/>
        </w:rPr>
        <w:t>(3√(3))/2s² = (3√(3))/2 · 50/3 = 25√(3).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因为权重之和为 21，掷出 k 的概率为 k/21。</w:t>
      </w:r>
    </w:p>
    <w:p>
      <w:pPr>
        <w:spacing w:before="0" w:after="80" w:line="300" w:lineRule="auto"/>
        <w:jc w:val="left"/>
      </w:pPr>
      <w:r>
        <w:rPr>
          <w:rFonts w:ascii="Times New Roman" w:hAnsi="Times New Roman" w:eastAsia="宋体"/>
          <w:b w:val="0"/>
          <w:i w:val="0"/>
          <w:sz w:val="21"/>
        </w:rPr>
        <w:t>总和为 7 来自 (1,6), (2,5), …, (6,1)，所以概率为</w:t>
      </w:r>
    </w:p>
    <w:p>
      <w:pPr>
        <w:spacing w:before="0" w:after="80" w:line="300" w:lineRule="auto"/>
        <w:jc w:val="left"/>
      </w:pPr>
      <w:r>
        <w:rPr>
          <w:rFonts w:ascii="Times New Roman" w:hAnsi="Times New Roman" w:eastAsia="宋体"/>
          <w:b w:val="0"/>
          <w:i w:val="0"/>
          <w:sz w:val="21"/>
        </w:rPr>
        <w:t>scriptsize (1 · 6 + 2 · 5 + 3 · 4 + 4 · 3 + 5 · 2 + 6 · 1)/21²</w:t>
      </w:r>
    </w:p>
    <w:p>
      <w:pPr>
        <w:spacing w:before="0" w:after="80" w:line="300" w:lineRule="auto"/>
        <w:jc w:val="left"/>
      </w:pPr>
      <w:r>
        <w:rPr>
          <w:rFonts w:ascii="Times New Roman" w:hAnsi="Times New Roman" w:eastAsia="宋体"/>
          <w:b w:val="0"/>
          <w:i w:val="0"/>
          <w:sz w:val="21"/>
        </w:rPr>
        <w:t>= 56/441 = 8/63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weights sum to 21, the probability of rolling k is k/21.</w:t>
      </w:r>
    </w:p>
    <w:p>
      <w:pPr>
        <w:spacing w:before="0" w:after="80" w:line="300" w:lineRule="auto"/>
        <w:jc w:val="left"/>
      </w:pPr>
      <w:r>
        <w:rPr>
          <w:rFonts w:ascii="Times New Roman" w:hAnsi="Times New Roman" w:eastAsia="宋体"/>
          <w:b w:val="0"/>
          <w:i w:val="0"/>
          <w:color w:val="333333"/>
          <w:sz w:val="19"/>
        </w:rPr>
        <w:t>A total of 7 comes from (1,6), (2,5), …, (6,1), so the probability is</w:t>
      </w:r>
    </w:p>
    <w:p>
      <w:pPr>
        <w:spacing w:before="0" w:after="80" w:line="300" w:lineRule="auto"/>
        <w:jc w:val="left"/>
      </w:pPr>
      <w:r>
        <w:rPr>
          <w:rFonts w:ascii="Times New Roman" w:hAnsi="Times New Roman" w:eastAsia="宋体"/>
          <w:b w:val="0"/>
          <w:i w:val="0"/>
          <w:color w:val="333333"/>
          <w:sz w:val="19"/>
        </w:rPr>
        <w:t>scriptsize (1 · 6 + 2 · 5 + 3 · 4 + 4 · 3 + 5 · 2 + 6 · 1)/21²</w:t>
      </w:r>
    </w:p>
    <w:p>
      <w:pPr>
        <w:spacing w:before="0" w:after="80" w:line="300" w:lineRule="auto"/>
        <w:jc w:val="left"/>
      </w:pPr>
      <w:r>
        <w:rPr>
          <w:rFonts w:ascii="Times New Roman" w:hAnsi="Times New Roman" w:eastAsia="宋体"/>
          <w:b w:val="0"/>
          <w:i w:val="0"/>
          <w:color w:val="333333"/>
          <w:sz w:val="19"/>
        </w:rPr>
        <w:t>= 56/441 = 8/63.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每一步都会使坐标和改变 1，所以 10 步后终点 (a, b) 满足 a + b 为偶数，且 |a| + |b| ≤ 10。任何这样的点都可到达：先走 |a| + |b| 步到达它，再用剩下的偶数步往返。</w:t>
      </w:r>
    </w:p>
    <w:p>
      <w:pPr>
        <w:spacing w:before="0" w:after="80" w:line="300" w:lineRule="auto"/>
        <w:jc w:val="left"/>
      </w:pPr>
      <w:r>
        <w:rPr>
          <w:rFonts w:ascii="Times New Roman" w:hAnsi="Times New Roman" w:eastAsia="宋体"/>
          <w:b w:val="0"/>
          <w:i w:val="0"/>
          <w:sz w:val="21"/>
        </w:rPr>
        <w:t>可到达的点落在直线 a + b = 2k 上，其中 -5 ≤ k ≤ 5。每条这样的直线与该菱形恰有 11 个格点。</w:t>
      </w:r>
    </w:p>
    <w:p>
      <w:pPr>
        <w:spacing w:before="0" w:after="80" w:line="300" w:lineRule="auto"/>
        <w:jc w:val="left"/>
      </w:pPr>
      <w:r>
        <w:rPr>
          <w:rFonts w:ascii="Times New Roman" w:hAnsi="Times New Roman" w:eastAsia="宋体"/>
          <w:b w:val="0"/>
          <w:i w:val="0"/>
          <w:sz w:val="21"/>
        </w:rPr>
        <w:t>共有 11 条直线，每条 11 个点，因此共有 121 个点。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step changes the coordinate sum by 1, so after 10 steps the endpoint (a, b) has a + b even, and |a| + |b| ≤ 10. Any such point is reachable: walk |a| + |b| steps to it, then use the remaining even number of steps going out and back.</w:t>
      </w:r>
    </w:p>
    <w:p>
      <w:pPr>
        <w:spacing w:before="0" w:after="80" w:line="300" w:lineRule="auto"/>
        <w:jc w:val="left"/>
      </w:pPr>
      <w:r>
        <w:rPr>
          <w:rFonts w:ascii="Times New Roman" w:hAnsi="Times New Roman" w:eastAsia="宋体"/>
          <w:b w:val="0"/>
          <w:i w:val="0"/>
          <w:color w:val="333333"/>
          <w:sz w:val="19"/>
        </w:rPr>
        <w:t>The reachable points lie on the lines a + b = 2k for -5 ≤ k ≤ 5. Each such line meets the diamond in exactly 11 lattice points.</w:t>
      </w:r>
    </w:p>
    <w:p>
      <w:pPr>
        <w:spacing w:before="0" w:after="80" w:line="300" w:lineRule="auto"/>
        <w:jc w:val="left"/>
      </w:pPr>
      <w:r>
        <w:rPr>
          <w:rFonts w:ascii="Times New Roman" w:hAnsi="Times New Roman" w:eastAsia="宋体"/>
          <w:b w:val="0"/>
          <w:i w:val="0"/>
          <w:color w:val="333333"/>
          <w:sz w:val="19"/>
        </w:rPr>
        <w:t>With 11 lines and 11 points each, there are 121 points.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这个数的形式为 aabb，abab，或 baab。能被 9 整除说明 2(a + b) 是 9 的倍数，所以 a + b = 9。</w:t>
      </w:r>
    </w:p>
    <w:p>
      <w:pPr>
        <w:spacing w:before="0" w:after="80" w:line="300" w:lineRule="auto"/>
        <w:jc w:val="left"/>
      </w:pPr>
      <w:r>
        <w:rPr>
          <w:rFonts w:ascii="Times New Roman" w:hAnsi="Times New Roman" w:eastAsia="宋体"/>
          <w:b w:val="0"/>
          <w:i w:val="0"/>
          <w:sz w:val="21"/>
        </w:rPr>
        <w:t>八个不同年龄是从 1 到 9 的九个整数中的八个，所以年龄 4 和 8 中至少出现一个。因此这个数能被 4 整除。可能性变为 1188, 2772, 3636，5544, 6336, 7272, 9900。</w:t>
      </w:r>
    </w:p>
    <w:p>
      <w:pPr>
        <w:spacing w:before="0" w:after="80" w:line="300" w:lineRule="auto"/>
        <w:jc w:val="left"/>
      </w:pPr>
      <w:r>
        <w:rPr>
          <w:rFonts w:ascii="Times New Roman" w:hAnsi="Times New Roman" w:eastAsia="宋体"/>
          <w:b w:val="0"/>
          <w:i w:val="0"/>
          <w:sz w:val="21"/>
        </w:rPr>
        <w:t>因为末两位是 Jones 先生的年龄，9900 不可能，其余数也都不是 5 的倍数。所以孩子们的年龄不能包含 5。事实上，5544 能被 1, 2, 3, 4, 6, 7, 8, 9 整除。</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has the form aabb, abab, or baab. Divisibility by 9 means 2(a + b) is a multiple of 9, so a + b = 9.</w:t>
      </w:r>
    </w:p>
    <w:p>
      <w:pPr>
        <w:spacing w:before="0" w:after="80" w:line="300" w:lineRule="auto"/>
        <w:jc w:val="left"/>
      </w:pPr>
      <w:r>
        <w:rPr>
          <w:rFonts w:ascii="Times New Roman" w:hAnsi="Times New Roman" w:eastAsia="宋体"/>
          <w:b w:val="0"/>
          <w:i w:val="0"/>
          <w:color w:val="333333"/>
          <w:sz w:val="19"/>
        </w:rPr>
        <w:t>The eight distinct ages are eight of the nine integers from 1 through 9, so at least one of ages 4 and 8 occurs. Therefore the number is divisible by 4. The possibilities become 1188, 2772, 3636, 5544, 6336, 7272, 9900.</w:t>
      </w:r>
    </w:p>
    <w:p>
      <w:pPr>
        <w:spacing w:before="0" w:after="80" w:line="300" w:lineRule="auto"/>
        <w:jc w:val="left"/>
      </w:pPr>
      <w:r>
        <w:rPr>
          <w:rFonts w:ascii="Times New Roman" w:hAnsi="Times New Roman" w:eastAsia="宋体"/>
          <w:b w:val="0"/>
          <w:i w:val="0"/>
          <w:color w:val="333333"/>
          <w:sz w:val="19"/>
        </w:rPr>
        <w:t>Since the last two digits are Mr. Jones’s age, 9900 is impossible, and none of the others is a multiple of 5. So the children’s ages cannot include 5. Indeed 5544 is divisible by 1, 2, 3, 4, 6, 7, 8,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方程表示 ⌊ log₁₀ x ⌋ = ⌊ log₁₀ 4x ⌋，也就是 x 和 4x 位于同一区间 [10ⁿ, 10ⁿ⁺¹)。</w:t>
      </w:r>
    </w:p>
    <w:p>
      <w:pPr>
        <w:spacing w:before="0" w:after="80" w:line="300" w:lineRule="auto"/>
        <w:jc w:val="left"/>
      </w:pPr>
      <w:r>
        <w:rPr>
          <w:rFonts w:ascii="Times New Roman" w:hAnsi="Times New Roman" w:eastAsia="宋体"/>
          <w:b w:val="0"/>
          <w:i w:val="0"/>
          <w:sz w:val="21"/>
        </w:rPr>
        <w:t>这恰好在 10ⁿ ≤ x 且 4x &lt; 10ⁿ⁺¹ 时成立，即 10ⁿ ≤ x &lt; (10ⁿ⁺¹)/4。</w:t>
      </w:r>
    </w:p>
    <w:p>
      <w:pPr>
        <w:spacing w:before="0" w:after="80" w:line="300" w:lineRule="auto"/>
        <w:jc w:val="left"/>
      </w:pPr>
      <w:r>
        <w:rPr>
          <w:rFonts w:ascii="Times New Roman" w:hAnsi="Times New Roman" w:eastAsia="宋体"/>
          <w:b w:val="0"/>
          <w:i w:val="0"/>
          <w:sz w:val="21"/>
        </w:rPr>
        <w:t>在 [10ⁿ, 10ⁿ⁺¹) 内，有利部分所占比例为</w:t>
      </w:r>
    </w:p>
    <w:p>
      <w:pPr>
        <w:spacing w:before="0" w:after="80" w:line="300" w:lineRule="auto"/>
        <w:jc w:val="left"/>
      </w:pPr>
      <w:r>
        <w:rPr>
          <w:rFonts w:ascii="Times New Roman" w:hAnsi="Times New Roman" w:eastAsia="宋体"/>
          <w:b w:val="0"/>
          <w:i w:val="0"/>
          <w:sz w:val="21"/>
        </w:rPr>
        <w:t>((10ⁿ⁺¹)/4 - 10ⁿ)/(10ⁿ⁺¹ - 10ⁿ)</w:t>
      </w:r>
    </w:p>
    <w:p>
      <w:pPr>
        <w:spacing w:before="0" w:after="80" w:line="300" w:lineRule="auto"/>
        <w:jc w:val="left"/>
      </w:pPr>
      <w:r>
        <w:rPr>
          <w:rFonts w:ascii="Times New Roman" w:hAnsi="Times New Roman" w:eastAsia="宋体"/>
          <w:b w:val="0"/>
          <w:i w:val="0"/>
          <w:sz w:val="21"/>
        </w:rPr>
        <w:t>= (10/4 - 1)/(10 - 1) = 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因为这个比例在每个这样的区间上都相同，所以总概率为 1/6。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says ⌊ log₁₀ x ⌋ = ⌊ log₁₀ 4x ⌋, i.e. x and 4x lie in the same interval [10ⁿ, 10ⁿ⁺¹).</w:t>
      </w:r>
    </w:p>
    <w:p>
      <w:pPr>
        <w:spacing w:before="0" w:after="80" w:line="300" w:lineRule="auto"/>
        <w:jc w:val="left"/>
      </w:pPr>
      <w:r>
        <w:rPr>
          <w:rFonts w:ascii="Times New Roman" w:hAnsi="Times New Roman" w:eastAsia="宋体"/>
          <w:b w:val="0"/>
          <w:i w:val="0"/>
          <w:color w:val="333333"/>
          <w:sz w:val="19"/>
        </w:rPr>
        <w:t>This holds exactly when 10ⁿ ≤ x and 4x &lt; 10ⁿ⁺¹, that is 10ⁿ ≤ x &lt; (10ⁿ⁺¹)/4.</w:t>
      </w:r>
    </w:p>
    <w:p>
      <w:pPr>
        <w:spacing w:before="0" w:after="80" w:line="300" w:lineRule="auto"/>
        <w:jc w:val="left"/>
      </w:pPr>
      <w:r>
        <w:rPr>
          <w:rFonts w:ascii="Times New Roman" w:hAnsi="Times New Roman" w:eastAsia="宋体"/>
          <w:b w:val="0"/>
          <w:i w:val="0"/>
          <w:color w:val="333333"/>
          <w:sz w:val="19"/>
        </w:rPr>
        <w:t>Within [10ⁿ, 10ⁿ⁺¹), the favorable fraction is</w:t>
      </w:r>
    </w:p>
    <w:p>
      <w:pPr>
        <w:spacing w:before="0" w:after="80" w:line="300" w:lineRule="auto"/>
        <w:jc w:val="left"/>
      </w:pPr>
      <w:r>
        <w:rPr>
          <w:rFonts w:ascii="Times New Roman" w:hAnsi="Times New Roman" w:eastAsia="宋体"/>
          <w:b w:val="0"/>
          <w:i w:val="0"/>
          <w:color w:val="333333"/>
          <w:sz w:val="19"/>
        </w:rPr>
        <w:t>((10ⁿ⁺¹)/4 - 10ⁿ)/(10ⁿ⁺¹ - 10ⁿ)</w:t>
      </w:r>
    </w:p>
    <w:p>
      <w:pPr>
        <w:spacing w:before="0" w:after="80" w:line="300" w:lineRule="auto"/>
        <w:jc w:val="left"/>
      </w:pPr>
      <w:r>
        <w:rPr>
          <w:rFonts w:ascii="Times New Roman" w:hAnsi="Times New Roman" w:eastAsia="宋体"/>
          <w:b w:val="0"/>
          <w:i w:val="0"/>
          <w:color w:val="333333"/>
          <w:sz w:val="19"/>
        </w:rPr>
        <w:t>= (10/4 - 1)/(10 - 1) = 1/6.</w:t>
      </w:r>
    </w:p>
    <w:p>
      <w:pPr>
        <w:spacing w:before="0" w:after="80" w:line="300" w:lineRule="auto"/>
        <w:jc w:val="left"/>
      </w:pPr>
      <w:r>
        <w:rPr>
          <w:rFonts w:ascii="Times New Roman" w:hAnsi="Times New Roman" w:eastAsia="宋体"/>
          <w:b w:val="0"/>
          <w:i w:val="0"/>
          <w:color w:val="333333"/>
          <w:sz w:val="19"/>
        </w:rPr>
        <w:t>Since this fraction is the same on every such interval, the overall probability is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设矩形边长为 x 和 y。点 A 在以 B 和 D 为焦点的椭圆上，所以 x + y = AB + AD = 2a。两个焦点之间的距离是矩形对角线，所以 √(x² + y²) = 2√(a² - b²)。</w:t>
      </w:r>
    </w:p>
    <w:p>
      <w:pPr>
        <w:spacing w:before="0" w:after="80" w:line="300" w:lineRule="auto"/>
        <w:jc w:val="left"/>
      </w:pPr>
      <w:r>
        <w:rPr>
          <w:rFonts w:ascii="Times New Roman" w:hAnsi="Times New Roman" w:eastAsia="宋体"/>
          <w:b w:val="0"/>
          <w:i w:val="0"/>
          <w:sz w:val="21"/>
        </w:rPr>
        <w:t>因此 2xy = (x + y)² - (x² + y²) = 4a² - (4a² - 4b²) = 4b²，所以 xy = 2b²。由矩形面积可得 2b² = 2006，从而 b² = 1003。</w:t>
      </w:r>
    </w:p>
    <w:p>
      <w:pPr>
        <w:spacing w:before="0" w:after="80" w:line="300" w:lineRule="auto"/>
        <w:jc w:val="left"/>
      </w:pPr>
      <w:r>
        <w:rPr>
          <w:rFonts w:ascii="Times New Roman" w:hAnsi="Times New Roman" w:eastAsia="宋体"/>
          <w:b w:val="0"/>
          <w:i w:val="0"/>
          <w:sz w:val="21"/>
        </w:rPr>
        <w:t>椭圆面积给出 π ab = 2006π，所以 ab = 2006，且 a = 2006/(√(1003)) = 2√(1003)。</w:t>
      </w:r>
    </w:p>
    <w:p>
      <w:pPr>
        <w:spacing w:before="0" w:after="80" w:line="300" w:lineRule="auto"/>
        <w:jc w:val="left"/>
      </w:pPr>
      <w:r>
        <w:rPr>
          <w:rFonts w:ascii="Times New Roman" w:hAnsi="Times New Roman" w:eastAsia="宋体"/>
          <w:b w:val="0"/>
          <w:i w:val="0"/>
          <w:sz w:val="21"/>
        </w:rPr>
        <w:t>矩形周长为 2(x + y) = 4a = 8√(1003)。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rectangle’s sides be x and y. Point A is on the ellipse with foci B and D, so x + y = AB + AD = 2a. The distance between the foci is the diagonal, so √(x² + y²) = 2√(a² - b²).</w:t>
      </w:r>
    </w:p>
    <w:p>
      <w:pPr>
        <w:spacing w:before="0" w:after="80" w:line="300" w:lineRule="auto"/>
        <w:jc w:val="left"/>
      </w:pPr>
      <w:r>
        <w:rPr>
          <w:rFonts w:ascii="Times New Roman" w:hAnsi="Times New Roman" w:eastAsia="宋体"/>
          <w:b w:val="0"/>
          <w:i w:val="0"/>
          <w:color w:val="333333"/>
          <w:sz w:val="19"/>
        </w:rPr>
        <w:t>Then 2xy = (x + y)² - (x² + y²) = 4a² - (4a² - 4b²) = 4b², so xy = 2b². The area gives 2b² = 2006, hence b² = 1003.</w:t>
      </w:r>
    </w:p>
    <w:p>
      <w:pPr>
        <w:spacing w:before="0" w:after="80" w:line="300" w:lineRule="auto"/>
        <w:jc w:val="left"/>
      </w:pPr>
      <w:r>
        <w:rPr>
          <w:rFonts w:ascii="Times New Roman" w:hAnsi="Times New Roman" w:eastAsia="宋体"/>
          <w:b w:val="0"/>
          <w:i w:val="0"/>
          <w:color w:val="333333"/>
          <w:sz w:val="19"/>
        </w:rPr>
        <w:t>The ellipse area gives π ab = 2006π, so ab = 2006 and a = 2006/(√(1003)) = 2√(1003).</w:t>
      </w:r>
    </w:p>
    <w:p>
      <w:pPr>
        <w:spacing w:before="0" w:after="80" w:line="300" w:lineRule="auto"/>
        <w:jc w:val="left"/>
      </w:pPr>
      <w:r>
        <w:rPr>
          <w:rFonts w:ascii="Times New Roman" w:hAnsi="Times New Roman" w:eastAsia="宋体"/>
          <w:b w:val="0"/>
          <w:i w:val="0"/>
          <w:color w:val="333333"/>
          <w:sz w:val="19"/>
        </w:rPr>
        <w:t>The perimeter is 2(x + y) = 4a = 8√(1003).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因子 2 比因子 5 充足，所以 n 等于 a! b! c! 中因子 5 的个数，即</w:t>
      </w:r>
    </w:p>
    <w:p>
      <w:pPr>
        <w:spacing w:before="0" w:after="80" w:line="300" w:lineRule="auto"/>
        <w:jc w:val="left"/>
      </w:pPr>
      <w:r>
        <w:rPr>
          <w:rFonts w:ascii="Times New Roman" w:hAnsi="Times New Roman" w:eastAsia="宋体"/>
          <w:b w:val="0"/>
          <w:i w:val="0"/>
          <w:sz w:val="21"/>
        </w:rPr>
        <w:t>n = Σ_(k ≥ 1)(⌊ a/5ᵏ⌋ + ⌊ b/5ᵏ⌋ + ⌊ c/5ᵏ⌋)。</w:t>
      </w:r>
    </w:p>
    <w:p>
      <w:pPr>
        <w:spacing w:before="0" w:after="80" w:line="300" w:lineRule="auto"/>
        <w:jc w:val="left"/>
      </w:pPr>
      <w:r>
        <w:rPr>
          <w:rFonts w:ascii="Times New Roman" w:hAnsi="Times New Roman" w:eastAsia="宋体"/>
          <w:b w:val="0"/>
          <w:i w:val="0"/>
          <w:sz w:val="21"/>
        </w:rPr>
        <w:t>对每个 k，⌊ a/5ᵏ ⌋ + ⌊ b/5ᵏ ⌋ + ⌊ c/5ᵏ ⌋ ≥ ⌊ 2006/5ᵏ ⌋ - 2。对 k = 1, 2, 3, 4 求和（因为 2006 &lt; 5⁵），得到</w:t>
      </w:r>
    </w:p>
    <w:p>
      <w:pPr>
        <w:spacing w:before="0" w:after="80" w:line="300" w:lineRule="auto"/>
        <w:jc w:val="left"/>
      </w:pPr>
      <w:r>
        <w:rPr>
          <w:rFonts w:ascii="Times New Roman" w:hAnsi="Times New Roman" w:eastAsia="宋体"/>
          <w:b w:val="0"/>
          <w:i w:val="0"/>
          <w:sz w:val="21"/>
        </w:rPr>
        <w:t>n ≥ (401 + 80 + 16 + 3)</w:t>
      </w:r>
    </w:p>
    <w:p>
      <w:pPr>
        <w:spacing w:before="0" w:after="80" w:line="300" w:lineRule="auto"/>
        <w:jc w:val="left"/>
      </w:pPr>
      <w:r>
        <w:rPr>
          <w:rFonts w:ascii="Times New Roman" w:hAnsi="Times New Roman" w:eastAsia="宋体"/>
          <w:b w:val="0"/>
          <w:i w:val="0"/>
          <w:sz w:val="21"/>
        </w:rPr>
        <w:t>- 4 · 2 = 492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等号可以达到，例如取 a = b = 624、c = 758。所以最小值为 492。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factors of 2 are more plentiful than factors of 5, n equals the number of factors of 5 in a! b! c!, namely</w:t>
      </w:r>
    </w:p>
    <w:p>
      <w:pPr>
        <w:spacing w:before="0" w:after="80" w:line="300" w:lineRule="auto"/>
        <w:jc w:val="left"/>
      </w:pPr>
      <w:r>
        <w:rPr>
          <w:rFonts w:ascii="Times New Roman" w:hAnsi="Times New Roman" w:eastAsia="宋体"/>
          <w:b w:val="0"/>
          <w:i w:val="0"/>
          <w:color w:val="333333"/>
          <w:sz w:val="19"/>
        </w:rPr>
        <w:t>n = Σ_(k ≥ 1)(⌊ a/5ᵏ⌋ + ⌊ b/5ᵏ⌋ + ⌊ c/5ᵏ⌋).</w:t>
      </w:r>
    </w:p>
    <w:p>
      <w:pPr>
        <w:spacing w:before="0" w:after="80" w:line="300" w:lineRule="auto"/>
        <w:jc w:val="left"/>
      </w:pPr>
      <w:r>
        <w:rPr>
          <w:rFonts w:ascii="Times New Roman" w:hAnsi="Times New Roman" w:eastAsia="宋体"/>
          <w:b w:val="0"/>
          <w:i w:val="0"/>
          <w:color w:val="333333"/>
          <w:sz w:val="19"/>
        </w:rPr>
        <w:t>For each k, ⌊ a/5ᵏ ⌋ + ⌊ b/5ᵏ ⌋ + ⌊ c/5ᵏ ⌋ ≥ ⌊ 2006/5ᵏ ⌋ - 2. Summing over k = 1, 2, 3, 4 (as 2006 &lt; 5⁵) gives</w:t>
      </w:r>
    </w:p>
    <w:p>
      <w:pPr>
        <w:spacing w:before="0" w:after="80" w:line="300" w:lineRule="auto"/>
        <w:jc w:val="left"/>
      </w:pPr>
      <w:r>
        <w:rPr>
          <w:rFonts w:ascii="Times New Roman" w:hAnsi="Times New Roman" w:eastAsia="宋体"/>
          <w:b w:val="0"/>
          <w:i w:val="0"/>
          <w:color w:val="333333"/>
          <w:sz w:val="19"/>
        </w:rPr>
        <w:t>n ≥ (401 + 80 + 16 + 3)</w:t>
      </w:r>
    </w:p>
    <w:p>
      <w:pPr>
        <w:spacing w:before="0" w:after="80" w:line="300" w:lineRule="auto"/>
        <w:jc w:val="left"/>
      </w:pPr>
      <w:r>
        <w:rPr>
          <w:rFonts w:ascii="Times New Roman" w:hAnsi="Times New Roman" w:eastAsia="宋体"/>
          <w:b w:val="0"/>
          <w:i w:val="0"/>
          <w:color w:val="333333"/>
          <w:sz w:val="19"/>
        </w:rPr>
        <w:t>- 4 · 2 = 492.</w:t>
      </w:r>
    </w:p>
    <w:p>
      <w:pPr>
        <w:spacing w:before="0" w:after="80" w:line="300" w:lineRule="auto"/>
        <w:jc w:val="left"/>
      </w:pPr>
      <w:r>
        <w:rPr>
          <w:rFonts w:ascii="Times New Roman" w:hAnsi="Times New Roman" w:eastAsia="宋体"/>
          <w:b w:val="0"/>
          <w:i w:val="0"/>
          <w:color w:val="333333"/>
          <w:sz w:val="19"/>
        </w:rPr>
        <w:t>Equality is attainable, for example with a = b = 624 and c = 758. So the minimum is 492.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将 △ ABC 绕 C 旋转 90°，使 A 映到 B，P 映到 P'。则 CP' = CP = 6，且 ∠ PCP' = 90°，所以 △ PCP' 是等腰直角三角形，PP' = 6√(2)。</w:t>
      </w:r>
    </w:p>
    <w:p>
      <w:pPr>
        <w:spacing w:before="0" w:after="80" w:line="300" w:lineRule="auto"/>
        <w:jc w:val="left"/>
      </w:pPr>
      <w:r>
        <w:rPr>
          <w:rFonts w:ascii="Times New Roman" w:hAnsi="Times New Roman" w:eastAsia="宋体"/>
          <w:b w:val="0"/>
          <w:i w:val="0"/>
          <w:sz w:val="21"/>
        </w:rPr>
        <w:t>另外 BP' = AP = 11。因为 (6√(2))² + 7² = 72 + 49 = 121 = 11²，三角形 BPP' 在 P 处为直角。因此 ∠ BPC = ∠ BPP' + ∠ P'PC = 90° + 45° = 135°。</w:t>
      </w:r>
    </w:p>
    <w:p>
      <w:pPr>
        <w:spacing w:before="0" w:after="80" w:line="300" w:lineRule="auto"/>
        <w:jc w:val="left"/>
      </w:pPr>
      <w:r>
        <w:rPr>
          <w:rFonts w:ascii="Times New Roman" w:hAnsi="Times New Roman" w:eastAsia="宋体"/>
          <w:b w:val="0"/>
          <w:i w:val="0"/>
          <w:sz w:val="21"/>
        </w:rPr>
        <w:t>在 △ BPC 中使用余弦定理：</w:t>
      </w:r>
    </w:p>
    <w:p>
      <w:pPr>
        <w:spacing w:before="0" w:after="80" w:line="300" w:lineRule="auto"/>
        <w:jc w:val="left"/>
      </w:pPr>
      <w:r>
        <w:rPr>
          <w:rFonts w:ascii="Times New Roman" w:hAnsi="Times New Roman" w:eastAsia="宋体"/>
          <w:b w:val="0"/>
          <w:i w:val="0"/>
          <w:sz w:val="21"/>
        </w:rPr>
        <w:t>BC² = 6² + 7²</w:t>
      </w:r>
    </w:p>
    <w:p>
      <w:pPr>
        <w:spacing w:before="0" w:after="80" w:line="300" w:lineRule="auto"/>
        <w:jc w:val="left"/>
      </w:pPr>
      <w:r>
        <w:rPr>
          <w:rFonts w:ascii="Times New Roman" w:hAnsi="Times New Roman" w:eastAsia="宋体"/>
          <w:b w:val="0"/>
          <w:i w:val="0"/>
          <w:sz w:val="21"/>
        </w:rPr>
        <w:t>- 2 · 6 · 7 cos 135°</w:t>
      </w:r>
    </w:p>
    <w:p>
      <w:pPr>
        <w:spacing w:before="0" w:after="80" w:line="300" w:lineRule="auto"/>
        <w:jc w:val="left"/>
      </w:pPr>
      <w:r>
        <w:rPr>
          <w:rFonts w:ascii="Times New Roman" w:hAnsi="Times New Roman" w:eastAsia="宋体"/>
          <w:b w:val="0"/>
          <w:i w:val="0"/>
          <w:sz w:val="21"/>
        </w:rPr>
        <w:t>= 85 + 42√(2)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s² = 85 + 42√(2)，得到 a = 85、b = 42，因此 a + b = 127。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Rotate △ ABC by 90° about C, sending A to B and P to P'. Then CP' = CP = 6 and ∠ PCP' = 90°, so △ PCP' is an isosceles right triangle with PP' = 6√(2).</w:t>
      </w:r>
    </w:p>
    <w:p>
      <w:pPr>
        <w:spacing w:before="0" w:after="80" w:line="300" w:lineRule="auto"/>
        <w:jc w:val="left"/>
      </w:pPr>
      <w:r>
        <w:rPr>
          <w:rFonts w:ascii="Times New Roman" w:hAnsi="Times New Roman" w:eastAsia="宋体"/>
          <w:b w:val="0"/>
          <w:i w:val="0"/>
          <w:color w:val="333333"/>
          <w:sz w:val="19"/>
        </w:rPr>
        <w:t>Also BP' = AP = 11. Since (6√(2))² + 7² = 72 + 49 = 121 = 11², triangle BPP' has a right angle at P. Hence ∠ BPC = ∠ BPP' + ∠ P'PC = 90° + 45° = 135°.</w:t>
      </w:r>
    </w:p>
    <w:p>
      <w:pPr>
        <w:spacing w:before="0" w:after="80" w:line="300" w:lineRule="auto"/>
        <w:jc w:val="left"/>
      </w:pPr>
      <w:r>
        <w:rPr>
          <w:rFonts w:ascii="Times New Roman" w:hAnsi="Times New Roman" w:eastAsia="宋体"/>
          <w:b w:val="0"/>
          <w:i w:val="0"/>
          <w:color w:val="333333"/>
          <w:sz w:val="19"/>
        </w:rPr>
        <w:t>By the Law of Cosines in △ BPC,</w:t>
      </w:r>
    </w:p>
    <w:p>
      <w:pPr>
        <w:spacing w:before="0" w:after="80" w:line="300" w:lineRule="auto"/>
        <w:jc w:val="left"/>
      </w:pPr>
      <w:r>
        <w:rPr>
          <w:rFonts w:ascii="Times New Roman" w:hAnsi="Times New Roman" w:eastAsia="宋体"/>
          <w:b w:val="0"/>
          <w:i w:val="0"/>
          <w:color w:val="333333"/>
          <w:sz w:val="19"/>
        </w:rPr>
        <w:t>BC² = 6² + 7²</w:t>
      </w:r>
    </w:p>
    <w:p>
      <w:pPr>
        <w:spacing w:before="0" w:after="80" w:line="300" w:lineRule="auto"/>
        <w:jc w:val="left"/>
      </w:pPr>
      <w:r>
        <w:rPr>
          <w:rFonts w:ascii="Times New Roman" w:hAnsi="Times New Roman" w:eastAsia="宋体"/>
          <w:b w:val="0"/>
          <w:i w:val="0"/>
          <w:color w:val="333333"/>
          <w:sz w:val="19"/>
        </w:rPr>
        <w:t>- 2 · 6 · 7 cos 135°</w:t>
      </w:r>
    </w:p>
    <w:p>
      <w:pPr>
        <w:spacing w:before="0" w:after="80" w:line="300" w:lineRule="auto"/>
        <w:jc w:val="left"/>
      </w:pPr>
      <w:r>
        <w:rPr>
          <w:rFonts w:ascii="Times New Roman" w:hAnsi="Times New Roman" w:eastAsia="宋体"/>
          <w:b w:val="0"/>
          <w:i w:val="0"/>
          <w:color w:val="333333"/>
          <w:sz w:val="19"/>
        </w:rPr>
        <w:t>= 85 + 42√(2).</w:t>
      </w:r>
    </w:p>
    <w:p>
      <w:pPr>
        <w:spacing w:before="0" w:after="80" w:line="300" w:lineRule="auto"/>
        <w:jc w:val="left"/>
      </w:pPr>
      <w:r>
        <w:rPr>
          <w:rFonts w:ascii="Times New Roman" w:hAnsi="Times New Roman" w:eastAsia="宋体"/>
          <w:b w:val="0"/>
          <w:i w:val="0"/>
          <w:color w:val="333333"/>
          <w:sz w:val="19"/>
        </w:rPr>
        <w:t>So s² = 85 + 42√(2), giving a = 85, b = 42, and a + b = 127.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固定 y，把 sin² x - sin x sin y + sin² y = 3/4 看作关于 sin x 的二次方程：</w:t>
      </w:r>
    </w:p>
    <w:p>
      <w:pPr>
        <w:spacing w:before="0" w:after="80" w:line="300" w:lineRule="auto"/>
        <w:jc w:val="left"/>
      </w:pPr>
      <w:r>
        <w:rPr>
          <w:rFonts w:ascii="Times New Roman" w:hAnsi="Times New Roman" w:eastAsia="宋体"/>
          <w:b w:val="0"/>
          <w:i w:val="0"/>
          <w:sz w:val="21"/>
        </w:rPr>
        <w:t>sin x = 1/2sin y</w:t>
      </w:r>
    </w:p>
    <w:p>
      <w:pPr>
        <w:spacing w:before="0" w:after="80" w:line="300" w:lineRule="auto"/>
        <w:jc w:val="left"/>
      </w:pPr>
      <w:r>
        <w:rPr>
          <w:rFonts w:ascii="Times New Roman" w:hAnsi="Times New Roman" w:eastAsia="宋体"/>
          <w:b w:val="0"/>
          <w:i w:val="0"/>
          <w:sz w:val="21"/>
        </w:rPr>
        <w:t>± (√(3))/2cos y</w:t>
      </w:r>
    </w:p>
    <w:p>
      <w:pPr>
        <w:spacing w:before="0" w:after="80" w:line="300" w:lineRule="auto"/>
        <w:jc w:val="left"/>
      </w:pPr>
      <w:r>
        <w:rPr>
          <w:rFonts w:ascii="Times New Roman" w:hAnsi="Times New Roman" w:eastAsia="宋体"/>
          <w:b w:val="0"/>
          <w:i w:val="0"/>
          <w:sz w:val="21"/>
        </w:rPr>
        <w:t>= sin(y ± π/3)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 S 内，sin x = sin(y - π/3) 给出直线 x = y - π/3；而 sin x = sin(y + π/3) 在 y ≤ π/6 时给出 x = y + π/3，在 y ≥ π/6 时给出 x = -y + 2π/3。</w:t>
      </w:r>
    </w:p>
    <w:p>
      <w:pPr>
        <w:spacing w:before="0" w:after="80" w:line="300" w:lineRule="auto"/>
        <w:jc w:val="left"/>
      </w:pPr>
      <w:r>
        <w:rPr>
          <w:rFonts w:ascii="Times New Roman" w:hAnsi="Times New Roman" w:eastAsia="宋体"/>
          <w:b w:val="0"/>
          <w:i w:val="0"/>
          <w:sz w:val="21"/>
        </w:rPr>
        <w:t>这些直线把 S 分成若干区域；检验角点可知不等式只在中间带状区域成立。其面积为</w:t>
      </w:r>
    </w:p>
    <w:p>
      <w:pPr>
        <w:spacing w:before="0" w:after="80" w:line="300" w:lineRule="auto"/>
        <w:jc w:val="left"/>
      </w:pPr>
      <w:r>
        <w:rPr>
          <w:rFonts w:ascii="Times New Roman" w:hAnsi="Times New Roman" w:eastAsia="宋体"/>
          <w:b w:val="0"/>
          <w:i w:val="0"/>
          <w:sz w:val="21"/>
        </w:rPr>
        <w:t>(π/2)² - 1/2(π/3)²</w:t>
      </w:r>
    </w:p>
    <w:p>
      <w:pPr>
        <w:spacing w:before="0" w:after="80" w:line="300" w:lineRule="auto"/>
        <w:jc w:val="left"/>
      </w:pPr>
      <w:r>
        <w:rPr>
          <w:rFonts w:ascii="Times New Roman" w:hAnsi="Times New Roman" w:eastAsia="宋体"/>
          <w:b w:val="0"/>
          <w:i w:val="0"/>
          <w:sz w:val="21"/>
        </w:rPr>
        <w:t>- 2 · 1/2(π/6)²</w:t>
      </w:r>
    </w:p>
    <w:p>
      <w:pPr>
        <w:spacing w:before="0" w:after="80" w:line="300" w:lineRule="auto"/>
        <w:jc w:val="left"/>
      </w:pPr>
      <w:r>
        <w:rPr>
          <w:rFonts w:ascii="Times New Roman" w:hAnsi="Times New Roman" w:eastAsia="宋体"/>
          <w:b w:val="0"/>
          <w:i w:val="0"/>
          <w:sz w:val="21"/>
        </w:rPr>
        <w:t>= π²/6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Fixing y, solve sin² x - sin x sin y + sin² y = 3/4 as a quadratic in sin x:</w:t>
      </w:r>
    </w:p>
    <w:p>
      <w:pPr>
        <w:spacing w:before="0" w:after="80" w:line="300" w:lineRule="auto"/>
        <w:jc w:val="left"/>
      </w:pPr>
      <w:r>
        <w:rPr>
          <w:rFonts w:ascii="Times New Roman" w:hAnsi="Times New Roman" w:eastAsia="宋体"/>
          <w:b w:val="0"/>
          <w:i w:val="0"/>
          <w:color w:val="333333"/>
          <w:sz w:val="19"/>
        </w:rPr>
        <w:t>sin x = 1/2sin y</w:t>
      </w:r>
    </w:p>
    <w:p>
      <w:pPr>
        <w:spacing w:before="0" w:after="80" w:line="300" w:lineRule="auto"/>
        <w:jc w:val="left"/>
      </w:pPr>
      <w:r>
        <w:rPr>
          <w:rFonts w:ascii="Times New Roman" w:hAnsi="Times New Roman" w:eastAsia="宋体"/>
          <w:b w:val="0"/>
          <w:i w:val="0"/>
          <w:color w:val="333333"/>
          <w:sz w:val="19"/>
        </w:rPr>
        <w:t>± (√(3))/2cos y</w:t>
      </w:r>
    </w:p>
    <w:p>
      <w:pPr>
        <w:spacing w:before="0" w:after="80" w:line="300" w:lineRule="auto"/>
        <w:jc w:val="left"/>
      </w:pPr>
      <w:r>
        <w:rPr>
          <w:rFonts w:ascii="Times New Roman" w:hAnsi="Times New Roman" w:eastAsia="宋体"/>
          <w:b w:val="0"/>
          <w:i w:val="0"/>
          <w:color w:val="333333"/>
          <w:sz w:val="19"/>
        </w:rPr>
        <w:t>= sin(y ± π/3).</w:t>
      </w:r>
    </w:p>
    <w:p>
      <w:pPr>
        <w:spacing w:before="0" w:after="80" w:line="300" w:lineRule="auto"/>
        <w:jc w:val="left"/>
      </w:pPr>
      <w:r>
        <w:rPr>
          <w:rFonts w:ascii="Times New Roman" w:hAnsi="Times New Roman" w:eastAsia="宋体"/>
          <w:b w:val="0"/>
          <w:i w:val="0"/>
          <w:color w:val="333333"/>
          <w:sz w:val="19"/>
        </w:rPr>
        <w:t>Within S, sin x = sin(y - π/3) gives the line x = y - π/3, while sin x = sin(y + π/3) gives x = y + π/3 for y ≤ π/6 and x = -y + 2π/3 for y ≥ π/6.</w:t>
      </w:r>
    </w:p>
    <w:p>
      <w:pPr>
        <w:spacing w:before="0" w:after="80" w:line="300" w:lineRule="auto"/>
        <w:jc w:val="left"/>
      </w:pPr>
      <w:r>
        <w:rPr>
          <w:rFonts w:ascii="Times New Roman" w:hAnsi="Times New Roman" w:eastAsia="宋体"/>
          <w:b w:val="0"/>
          <w:i w:val="0"/>
          <w:color w:val="333333"/>
          <w:sz w:val="19"/>
        </w:rPr>
        <w:t>These lines split S into regions; testing the corners shows the inequality holds only in the middle band. Its area is</w:t>
      </w:r>
    </w:p>
    <w:p>
      <w:pPr>
        <w:spacing w:before="0" w:after="80" w:line="300" w:lineRule="auto"/>
        <w:jc w:val="left"/>
      </w:pPr>
      <w:r>
        <w:rPr>
          <w:rFonts w:ascii="Times New Roman" w:hAnsi="Times New Roman" w:eastAsia="宋体"/>
          <w:b w:val="0"/>
          <w:i w:val="0"/>
          <w:color w:val="333333"/>
          <w:sz w:val="19"/>
        </w:rPr>
        <w:t>(π/2)² - 1/2(π/3)²</w:t>
      </w:r>
    </w:p>
    <w:p>
      <w:pPr>
        <w:spacing w:before="0" w:after="80" w:line="300" w:lineRule="auto"/>
        <w:jc w:val="left"/>
      </w:pPr>
      <w:r>
        <w:rPr>
          <w:rFonts w:ascii="Times New Roman" w:hAnsi="Times New Roman" w:eastAsia="宋体"/>
          <w:b w:val="0"/>
          <w:i w:val="0"/>
          <w:color w:val="333333"/>
          <w:sz w:val="19"/>
        </w:rPr>
        <w:t>- 2 · 1/2(π/6)²</w:t>
      </w:r>
    </w:p>
    <w:p>
      <w:pPr>
        <w:spacing w:before="0" w:after="80" w:line="300" w:lineRule="auto"/>
        <w:jc w:val="left"/>
      </w:pPr>
      <w:r>
        <w:rPr>
          <w:rFonts w:ascii="Times New Roman" w:hAnsi="Times New Roman" w:eastAsia="宋体"/>
          <w:b w:val="0"/>
          <w:i w:val="0"/>
          <w:color w:val="333333"/>
          <w:sz w:val="19"/>
        </w:rPr>
        <w:t>= π²/6.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递推规则给出 aₙ ≡ aₙ₊₃ pmod 2，所以 a₂ 与 a₂₀₀₆ = 1 的奇偶性相同，因此 a₂ 是奇数。</w:t>
      </w:r>
    </w:p>
    <w:p>
      <w:pPr>
        <w:spacing w:before="0" w:after="80" w:line="300" w:lineRule="auto"/>
        <w:jc w:val="left"/>
      </w:pPr>
      <w:r>
        <w:rPr>
          <w:rFonts w:ascii="Times New Roman" w:hAnsi="Times New Roman" w:eastAsia="宋体"/>
          <w:b w:val="0"/>
          <w:i w:val="0"/>
          <w:sz w:val="21"/>
        </w:rPr>
        <w:t>每一项都是 gcd(a₁, a₂) 的倍数，而 a₂₀₀₆ = 1 迫使 gcd(999, a₂) = 1。因为 999 = 3³ · 37，所以 a₂ 不能被 3 或 37 整除。</w:t>
      </w:r>
    </w:p>
    <w:p>
      <w:pPr>
        <w:spacing w:before="0" w:after="80" w:line="300" w:lineRule="auto"/>
        <w:jc w:val="left"/>
      </w:pPr>
      <w:r>
        <w:rPr>
          <w:rFonts w:ascii="Times New Roman" w:hAnsi="Times New Roman" w:eastAsia="宋体"/>
          <w:b w:val="0"/>
          <w:i w:val="0"/>
          <w:sz w:val="21"/>
        </w:rPr>
        <w:t>区间 [1, 998] 中有 499 个奇数；去掉 166 个 3 的倍数和 13 个 37 的倍数，再加回 4 个 111 的倍数，得到</w:t>
      </w:r>
    </w:p>
    <w:p>
      <w:pPr>
        <w:spacing w:before="0" w:after="80" w:line="300" w:lineRule="auto"/>
        <w:jc w:val="left"/>
      </w:pPr>
      <w:r>
        <w:rPr>
          <w:rFonts w:ascii="Times New Roman" w:hAnsi="Times New Roman" w:eastAsia="宋体"/>
          <w:b w:val="0"/>
          <w:i w:val="0"/>
          <w:sz w:val="21"/>
        </w:rPr>
        <w:t>499 - 166 - 13 + 4 = 324。</w:t>
      </w:r>
    </w:p>
    <w:p>
      <w:pPr>
        <w:spacing w:before="0" w:after="80" w:line="300" w:lineRule="auto"/>
        <w:jc w:val="left"/>
      </w:pPr>
      <w:r>
        <w:rPr>
          <w:rFonts w:ascii="Times New Roman" w:hAnsi="Times New Roman" w:eastAsia="宋体"/>
          <w:b w:val="0"/>
          <w:i w:val="0"/>
          <w:sz w:val="21"/>
        </w:rPr>
        <w:t>每个这样的 a₂ 都可行。对连续正项 u,v，更新 (u,v)mapsto(v,|v-u|) 至多每两步就会减小两者的最大值。因为初始两项都不超过 999，所以某个 a_(N)=0 会在 N≤1999 时出现。</w:t>
      </w:r>
    </w:p>
    <w:p>
      <w:pPr>
        <w:spacing w:before="0" w:after="80" w:line="300" w:lineRule="auto"/>
        <w:jc w:val="left"/>
      </w:pPr>
      <w:r>
        <w:rPr>
          <w:rFonts w:ascii="Times New Roman" w:hAnsi="Times New Roman" w:eastAsia="宋体"/>
          <w:b w:val="0"/>
          <w:i w:val="0"/>
          <w:sz w:val="21"/>
        </w:rPr>
        <w:t>每对连续项的最大公因数不变，所以零之前的两个相等项都等于 gcd(999,a₂)=1。此后序列循环经过 1,1,0。最后，2006≡2pmod3，所以 a₂₀₀₆ 与 a₂ 同为奇数；在这个循环中，它必定为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rule gives aₙ ≡ aₙ₊₃ pmod 2, so a₂ has the same parity as a₂₀₀₆ = 1; thus a₂ is odd.</w:t>
      </w:r>
    </w:p>
    <w:p>
      <w:pPr>
        <w:spacing w:before="0" w:after="80" w:line="300" w:lineRule="auto"/>
        <w:jc w:val="left"/>
      </w:pPr>
      <w:r>
        <w:rPr>
          <w:rFonts w:ascii="Times New Roman" w:hAnsi="Times New Roman" w:eastAsia="宋体"/>
          <w:b w:val="0"/>
          <w:i w:val="0"/>
          <w:color w:val="333333"/>
          <w:sz w:val="19"/>
        </w:rPr>
        <w:t>Every term is a multiple of gcd(a₁, a₂), and a₂₀₀₆ = 1 forces gcd(999, a₂) = 1. Since 999 = 3³ · 37, we need a₂ not divisible by 3 or 37.</w:t>
      </w:r>
    </w:p>
    <w:p>
      <w:pPr>
        <w:spacing w:before="0" w:after="80" w:line="300" w:lineRule="auto"/>
        <w:jc w:val="left"/>
      </w:pPr>
      <w:r>
        <w:rPr>
          <w:rFonts w:ascii="Times New Roman" w:hAnsi="Times New Roman" w:eastAsia="宋体"/>
          <w:b w:val="0"/>
          <w:i w:val="0"/>
          <w:color w:val="333333"/>
          <w:sz w:val="19"/>
        </w:rPr>
        <w:t>Among the odd integers in [1, 998] there are 499; removing the 166 multiples of 3 and 13 multiples of 37, then adding back the 4 multiples of 111, leaves</w:t>
      </w:r>
    </w:p>
    <w:p>
      <w:pPr>
        <w:spacing w:before="0" w:after="80" w:line="300" w:lineRule="auto"/>
        <w:jc w:val="left"/>
      </w:pPr>
      <w:r>
        <w:rPr>
          <w:rFonts w:ascii="Times New Roman" w:hAnsi="Times New Roman" w:eastAsia="宋体"/>
          <w:b w:val="0"/>
          <w:i w:val="0"/>
          <w:color w:val="333333"/>
          <w:sz w:val="19"/>
        </w:rPr>
        <w:t>499 - 166 - 13 + 4 = 324.</w:t>
      </w:r>
    </w:p>
    <w:p>
      <w:pPr>
        <w:spacing w:before="0" w:after="80" w:line="300" w:lineRule="auto"/>
        <w:jc w:val="left"/>
      </w:pPr>
      <w:r>
        <w:rPr>
          <w:rFonts w:ascii="Times New Roman" w:hAnsi="Times New Roman" w:eastAsia="宋体"/>
          <w:b w:val="0"/>
          <w:i w:val="0"/>
          <w:color w:val="333333"/>
          <w:sz w:val="19"/>
        </w:rPr>
        <w:t>Each such a₂ works. For consecutive positive terms u,v, the update (u,v)mapsto(v,|v-u|) reduces their maximum within at most two steps. Since both initial terms are at most 999, some a_(N)=0 occurs by N≤1999.</w:t>
      </w:r>
    </w:p>
    <w:p>
      <w:pPr>
        <w:spacing w:before="0" w:after="80" w:line="300" w:lineRule="auto"/>
        <w:jc w:val="left"/>
      </w:pPr>
      <w:r>
        <w:rPr>
          <w:rFonts w:ascii="Times New Roman" w:hAnsi="Times New Roman" w:eastAsia="宋体"/>
          <w:b w:val="0"/>
          <w:i w:val="0"/>
          <w:color w:val="333333"/>
          <w:sz w:val="19"/>
        </w:rPr>
        <w:t>The gcd of each consecutive pair is invariant, so the equal terms immediately before that zero both equal gcd(999,a₂)=1. The sequence then cycles through 1,1,0. Finally, 2006≡2pmod3, so a₂₀₀₆ has the same odd parity as a₂; in this cycle it must therefore be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