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2006A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Joe 的快餐店里，三明治每个 $3，汽水每杯 $2。买 5 个三明治和 8 杯汽水一共要多少美元？</w:t>
      </w:r>
    </w:p>
    <w:p>
      <w:pPr>
        <w:spacing w:before="0" w:after="120" w:line="300" w:lineRule="auto"/>
      </w:pPr>
      <w:r>
        <w:rPr>
          <w:rFonts w:ascii="Times New Roman" w:hAnsi="Times New Roman" w:eastAsia="宋体"/>
          <w:b w:val="0"/>
          <w:i w:val="0"/>
          <w:sz w:val="21"/>
        </w:rPr>
        <w:t>（A）31　　（B）32　　（C）33　　（D）34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Sandwiches at Joe’s Fast Food cost $3 each and sodas cost $2 each. How many dollars will it cost to purchase 5 sandwiches and 8 sodas?</w:t>
      </w:r>
    </w:p>
    <w:p>
      <w:pPr>
        <w:spacing w:before="0" w:after="160" w:line="300" w:lineRule="auto"/>
      </w:pPr>
      <w:r>
        <w:rPr>
          <w:rFonts w:ascii="Times New Roman" w:hAnsi="Times New Roman" w:eastAsia="宋体"/>
          <w:b w:val="0"/>
          <w:i w:val="0"/>
          <w:color w:val="333333"/>
          <w:sz w:val="19"/>
        </w:rPr>
        <w:t>(A) 31　　(B) 32　　(C) 33　　(D) 34　　(E) 35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定义 x otimes y = x³ - y。求 h otimes (h otimes h)。</w:t>
      </w:r>
    </w:p>
    <w:p>
      <w:pPr>
        <w:spacing w:before="0" w:after="120" w:line="300" w:lineRule="auto"/>
      </w:pPr>
      <w:r>
        <w:rPr>
          <w:rFonts w:ascii="Times New Roman" w:hAnsi="Times New Roman" w:eastAsia="宋体"/>
          <w:b w:val="0"/>
          <w:i w:val="0"/>
          <w:sz w:val="21"/>
        </w:rPr>
        <w:t>（A）-h　　（B）0　　（C）h　　（D）2h　　（E）h³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x otimes y = x³ - y. What is h otimes (h otimes h)?</w:t>
      </w:r>
    </w:p>
    <w:p>
      <w:pPr>
        <w:spacing w:before="0" w:after="160" w:line="300" w:lineRule="auto"/>
      </w:pPr>
      <w:r>
        <w:rPr>
          <w:rFonts w:ascii="Times New Roman" w:hAnsi="Times New Roman" w:eastAsia="宋体"/>
          <w:b w:val="0"/>
          <w:i w:val="0"/>
          <w:color w:val="333333"/>
          <w:sz w:val="19"/>
        </w:rPr>
        <w:t>(A) -h　　(B) 0　　(C) h　　(D) 2h　　(E) h³</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Mary 的年龄与 Alice 的年龄之比是 3: 5。Alice 30 岁。Mary 多少岁？</w:t>
      </w:r>
    </w:p>
    <w:p>
      <w:pPr>
        <w:spacing w:before="0" w:after="120" w:line="300" w:lineRule="auto"/>
      </w:pPr>
      <w:r>
        <w:rPr>
          <w:rFonts w:ascii="Times New Roman" w:hAnsi="Times New Roman" w:eastAsia="宋体"/>
          <w:b w:val="0"/>
          <w:i w:val="0"/>
          <w:sz w:val="21"/>
        </w:rPr>
        <w:t>（A）15　　（B）18　　（C）20　　（D）24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Mary’s age to Alice’s age is 3: 5. Alice is 30 years old. How old is Mary?</w:t>
      </w:r>
    </w:p>
    <w:p>
      <w:pPr>
        <w:spacing w:before="0" w:after="160" w:line="300" w:lineRule="auto"/>
      </w:pPr>
      <w:r>
        <w:rPr>
          <w:rFonts w:ascii="Times New Roman" w:hAnsi="Times New Roman" w:eastAsia="宋体"/>
          <w:b w:val="0"/>
          <w:i w:val="0"/>
          <w:color w:val="333333"/>
          <w:sz w:val="19"/>
        </w:rPr>
        <w:t>(A) 15　　(B) 18　　(C) 20　　(D) 24　　(E) 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一块电子表用 AM 和 PM 显示小时与分钟。显示中各数字之和最大可能是多少？</w:t>
      </w:r>
    </w:p>
    <w:p>
      <w:pPr>
        <w:spacing w:before="0" w:after="120" w:line="300" w:lineRule="auto"/>
      </w:pPr>
      <w:r>
        <w:rPr>
          <w:rFonts w:ascii="Times New Roman" w:hAnsi="Times New Roman" w:eastAsia="宋体"/>
          <w:b w:val="0"/>
          <w:i w:val="0"/>
          <w:sz w:val="21"/>
        </w:rPr>
        <w:t>（A）17　　（B）19　　（C）21　　（D）22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digital watch displays hours and minutes with AM and PM. What is the largest possible sum of the digits in the display?</w:t>
      </w:r>
    </w:p>
    <w:p>
      <w:pPr>
        <w:spacing w:before="0" w:after="160" w:line="300" w:lineRule="auto"/>
      </w:pPr>
      <w:r>
        <w:rPr>
          <w:rFonts w:ascii="Times New Roman" w:hAnsi="Times New Roman" w:eastAsia="宋体"/>
          <w:b w:val="0"/>
          <w:i w:val="0"/>
          <w:color w:val="333333"/>
          <w:sz w:val="19"/>
        </w:rPr>
        <w:t>(A) 17　　(B) 19　　(C) 21　　(D) 22　　(E) 23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Doug 和 Dave 分一张有 8 片等大披萨。Doug 想要原味披萨，但 Dave 想要半张披萨加凤尾鱼。原味披萨价格为 $8，半张加凤尾鱼需要额外 $2。Dave 吃了所有凤尾鱼披萨片和一片原味披萨。Doug 吃了剩下的部分。两人各自支付自己吃掉的部分。Dave 比 Doug 多付多少美元？</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Doug and Dave shared a pizza with 8 equally-sized slices. Doug wanted a plain pizza, but Dave wanted anchovies on half of the pizza. The cost of a plain pizza was $8, and there was an additional cost of $2 for putting anchovies on one half. Dave ate all the slices of anchovy pizza and one plain slice. Doug ate the remainder. Each then paid for what he had eaten. How many more dollars did Dave pay than Doug?</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如图，8 × 18 的矩形 ABCD 被切成两个全等的六边形，使这两个六边形可以无重叠地重新拼成一个正方形。y 是多少？</w:t>
      </w:r>
    </w:p>
    <w:p>
      <w:pPr>
        <w:spacing w:before="80" w:after="80"/>
        <w:jc w:val="center"/>
      </w:pPr>
      <w:r>
        <w:drawing>
          <wp:inline xmlns:a="http://schemas.openxmlformats.org/drawingml/2006/main" xmlns:pic="http://schemas.openxmlformats.org/drawingml/2006/picture">
            <wp:extent cx="1130803" cy="544888"/>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130803" cy="544888"/>
                    </a:xfrm>
                    <a:prstGeom prst="rect"/>
                  </pic:spPr>
                </pic:pic>
              </a:graphicData>
            </a:graphic>
          </wp:inline>
        </w:drawing>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8 × 18 rectangle ABCD is cut into two congruent hexagons, as shown, in such a way that the two hexagons can be repositioned without overlap to form a square. What is y?</w:t>
      </w:r>
    </w:p>
    <w:p>
      <w:pPr>
        <w:spacing w:before="80" w:after="80"/>
        <w:jc w:val="center"/>
      </w:pPr>
      <w:r>
        <w:drawing>
          <wp:inline xmlns:a="http://schemas.openxmlformats.org/drawingml/2006/main" xmlns:pic="http://schemas.openxmlformats.org/drawingml/2006/picture">
            <wp:extent cx="1130803" cy="544888"/>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130803" cy="54488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Mary 比 Sally 大 20%，Sally 比 Danielle 小 40%。她们年龄之和是 23.2 岁。Mary 下一个生日时多少岁？</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is 20% older than Sally, and Sally is 40% younger than Danielle. The sum of their ages is 23.2 years. How old will Mary be on her next birthday?</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有多少组两个或更多连续正整数的和为 15？</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sets of two or more consecutive positive integers have a sum of 15?</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Oscar 用 $1.00 买了 13 支铅笔和 3 块橡皮。一支铅笔比一块橡皮贵，且每件物品的价格都是整数美分。一支铅笔和一块橡皮的总价是多少美分？</w:t>
      </w:r>
    </w:p>
    <w:p>
      <w:pPr>
        <w:spacing w:before="0" w:after="120" w:line="300" w:lineRule="auto"/>
      </w:pPr>
      <w:r>
        <w:rPr>
          <w:rFonts w:ascii="Times New Roman" w:hAnsi="Times New Roman" w:eastAsia="宋体"/>
          <w:b w:val="0"/>
          <w:i w:val="0"/>
          <w:sz w:val="21"/>
        </w:rPr>
        <w:t>（A）10　　（B）12　　（C）15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Oscar buys 13 pencils and 3 erasers for $1.00. A pencil costs more than an eraser, and both items cost a whole number of cents. What is the total cost, in cents, of one pencil and one eraser?</w:t>
      </w:r>
    </w:p>
    <w:p>
      <w:pPr>
        <w:spacing w:before="0" w:after="160" w:line="300" w:lineRule="auto"/>
      </w:pPr>
      <w:r>
        <w:rPr>
          <w:rFonts w:ascii="Times New Roman" w:hAnsi="Times New Roman" w:eastAsia="宋体"/>
          <w:b w:val="0"/>
          <w:i w:val="0"/>
          <w:color w:val="333333"/>
          <w:sz w:val="19"/>
        </w:rPr>
        <w:t>(A) 10　　(B) 12　　(C) 15　　(D) 18　　(E) 20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有多少个实数 x 使得 √(120 - √(x)) 是整数？</w:t>
      </w:r>
    </w:p>
    <w:p>
      <w:pPr>
        <w:spacing w:before="0" w:after="120" w:line="300" w:lineRule="auto"/>
      </w:pPr>
      <w:r>
        <w:rPr>
          <w:rFonts w:ascii="Times New Roman" w:hAnsi="Times New Roman" w:eastAsia="宋体"/>
          <w:b w:val="0"/>
          <w:i w:val="0"/>
          <w:sz w:val="21"/>
        </w:rPr>
        <w:t>（A）3　　（B）6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real values of x is √(120 - √(x)) an integer?</w:t>
      </w:r>
    </w:p>
    <w:p>
      <w:pPr>
        <w:spacing w:before="0" w:after="160" w:line="300" w:lineRule="auto"/>
      </w:pPr>
      <w:r>
        <w:rPr>
          <w:rFonts w:ascii="Times New Roman" w:hAnsi="Times New Roman" w:eastAsia="宋体"/>
          <w:b w:val="0"/>
          <w:i w:val="0"/>
          <w:color w:val="333333"/>
          <w:sz w:val="19"/>
        </w:rPr>
        <w:t>(A) 3　　(B) 6　　(C) 9　　(D) 10　　(E) 11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下列哪一项描述方程 (x + y)² = x² + y² 的图形？</w:t>
      </w:r>
    </w:p>
    <w:p>
      <w:pPr>
        <w:spacing w:before="0" w:after="120" w:line="300" w:lineRule="auto"/>
      </w:pPr>
      <w:r>
        <w:rPr>
          <w:rFonts w:ascii="Times New Roman" w:hAnsi="Times New Roman" w:eastAsia="宋体"/>
          <w:b w:val="0"/>
          <w:i w:val="0"/>
          <w:sz w:val="21"/>
        </w:rPr>
        <w:t>（A）空集　　（B）一个点　　（C）两条直线　　（D）一个圆　　（E）整个平面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describes the graph of the equation (x + y)² = x² + y²?</w:t>
      </w:r>
    </w:p>
    <w:p>
      <w:pPr>
        <w:spacing w:before="0" w:after="160" w:line="300" w:lineRule="auto"/>
      </w:pPr>
      <w:r>
        <w:rPr>
          <w:rFonts w:ascii="Times New Roman" w:hAnsi="Times New Roman" w:eastAsia="宋体"/>
          <w:b w:val="0"/>
          <w:i w:val="0"/>
          <w:color w:val="333333"/>
          <w:sz w:val="19"/>
        </w:rPr>
        <w:t>(A) the empty set　　(B) one point　　(C) two lines　　(D) a circle　　(E) the entire plane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若干个相扣的环，每个厚 1 cm，挂在一个钉子上。最上面的环外径为 20 cm。其余每个环的外径都比上方的环小 1 cm。最下面的环外径为 3 cm。从最上面环的顶部到最下面环的底部的距离是多少 cm？</w:t>
      </w:r>
    </w:p>
    <w:p>
      <w:pPr>
        <w:spacing w:before="80" w:after="80"/>
        <w:jc w:val="center"/>
      </w:pPr>
      <w:r>
        <w:drawing>
          <wp:inline xmlns:a="http://schemas.openxmlformats.org/drawingml/2006/main" xmlns:pic="http://schemas.openxmlformats.org/drawingml/2006/picture">
            <wp:extent cx="960401" cy="1021270"/>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960401" cy="1021270"/>
                    </a:xfrm>
                    <a:prstGeom prst="rect"/>
                  </pic:spPr>
                </pic:pic>
              </a:graphicData>
            </a:graphic>
          </wp:inline>
        </w:drawing>
      </w:r>
    </w:p>
    <w:p>
      <w:pPr>
        <w:spacing w:before="0" w:after="120" w:line="300" w:lineRule="auto"/>
      </w:pPr>
      <w:r>
        <w:rPr>
          <w:rFonts w:ascii="Times New Roman" w:hAnsi="Times New Roman" w:eastAsia="宋体"/>
          <w:b w:val="0"/>
          <w:i w:val="0"/>
          <w:sz w:val="21"/>
        </w:rPr>
        <w:t>（A）171　　（B）173　　（C）182　　（D）188　　（E）210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of linked rings, each 1 cm thick, are hanging on a peg. The top ring has an outside diameter of 20 cm. The outside diameter of each of the other rings is 1 cm less than that of the ring above it. The bottom ring has an outside diameter of 3 cm. What is the distance, in cm, from the top of the top ring to the bottom of the bottom ring?</w:t>
      </w:r>
    </w:p>
    <w:p>
      <w:pPr>
        <w:spacing w:before="80" w:after="80"/>
        <w:jc w:val="center"/>
      </w:pPr>
      <w:r>
        <w:drawing>
          <wp:inline xmlns:a="http://schemas.openxmlformats.org/drawingml/2006/main" xmlns:pic="http://schemas.openxmlformats.org/drawingml/2006/picture">
            <wp:extent cx="960401" cy="1021270"/>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960401" cy="10212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171　　(B) 173　　(C) 182　　(D) 188　　(E) 210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如图，一个边长为 3、4、5 的直角三角形，其三个顶点是三个两两外切圆的圆心。这些圆的面积之和是多少？</w:t>
      </w:r>
    </w:p>
    <w:p>
      <w:pPr>
        <w:spacing w:before="80" w:after="80"/>
        <w:jc w:val="center"/>
      </w:pPr>
      <w:r>
        <w:drawing>
          <wp:inline xmlns:a="http://schemas.openxmlformats.org/drawingml/2006/main" xmlns:pic="http://schemas.openxmlformats.org/drawingml/2006/picture">
            <wp:extent cx="1069164" cy="686551"/>
            <wp:docPr id="5" name="Picture 5"/>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1069164" cy="686551"/>
                    </a:xfrm>
                    <a:prstGeom prst="rect"/>
                  </pic:spPr>
                </pic:pic>
              </a:graphicData>
            </a:graphic>
          </wp:inline>
        </w:drawing>
      </w:r>
    </w:p>
    <w:p>
      <w:pPr>
        <w:spacing w:before="0" w:after="120" w:line="300" w:lineRule="auto"/>
      </w:pPr>
      <w:r>
        <w:rPr>
          <w:rFonts w:ascii="Times New Roman" w:hAnsi="Times New Roman" w:eastAsia="宋体"/>
          <w:b w:val="0"/>
          <w:i w:val="0"/>
          <w:sz w:val="21"/>
        </w:rPr>
        <w:t>（A）12π　　（B）25π/2　　（C）13π　　（D）27π/2　　（E）14π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of a 3–4–5 right triangle are the centers of three mutually externally tangent circles, as shown. What is the sum of the areas of these circles?</w:t>
      </w:r>
    </w:p>
    <w:p>
      <w:pPr>
        <w:spacing w:before="80" w:after="80"/>
        <w:jc w:val="center"/>
      </w:pPr>
      <w:r>
        <w:drawing>
          <wp:inline xmlns:a="http://schemas.openxmlformats.org/drawingml/2006/main" xmlns:pic="http://schemas.openxmlformats.org/drawingml/2006/picture">
            <wp:extent cx="1069164" cy="686551"/>
            <wp:docPr id="6" name="Picture 6"/>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1069164" cy="6865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12π　　(B) 25π/2　　(C) 13π　　(D) 27π/2　　(E) 14π</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两位农民约定猪价值 $300，山羊价值 $210。当一位农民欠另一位钱时，他用猪或山羊偿债，并可根据需要以山羊或猪的形式找零。（例如，一笔 $390 的债可以用两头猪支付，并收到一只山羊作找零。）能用这种方式结清的最小正债务金额是多少？</w:t>
      </w:r>
    </w:p>
    <w:p>
      <w:pPr>
        <w:spacing w:before="0" w:after="120" w:line="300" w:lineRule="auto"/>
      </w:pPr>
      <w:r>
        <w:rPr>
          <w:rFonts w:ascii="Times New Roman" w:hAnsi="Times New Roman" w:eastAsia="宋体"/>
          <w:b w:val="0"/>
          <w:i w:val="0"/>
          <w:sz w:val="21"/>
        </w:rPr>
        <w:t>（A）$5　　（B）$10　　（C）$30　　（D）$90　　（E）$210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farmers agree that pigs are worth $300 and that goats are worth $210. When one farmer owes the other money, he pays the debt in pigs or goats, with “change” received in the form of goats or pigs as necessary. (For example, a $390 debt could be paid with two pigs, with one goat received in change.) What is the amount of the smallest positive debt that can be resolved in this way?</w:t>
      </w:r>
    </w:p>
    <w:p>
      <w:pPr>
        <w:spacing w:before="0" w:after="160" w:line="300" w:lineRule="auto"/>
      </w:pPr>
      <w:r>
        <w:rPr>
          <w:rFonts w:ascii="Times New Roman" w:hAnsi="Times New Roman" w:eastAsia="宋体"/>
          <w:b w:val="0"/>
          <w:i w:val="0"/>
          <w:color w:val="333333"/>
          <w:sz w:val="19"/>
        </w:rPr>
        <w:t>(A) $5　　(B) $10　　(C) $30　　(D) $90　　(E) $210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已知 cos x = 0 且 cos(x + z) = 1/2。z 的最小正值是多少？</w:t>
      </w:r>
    </w:p>
    <w:p>
      <w:pPr>
        <w:spacing w:before="0" w:after="120" w:line="300" w:lineRule="auto"/>
      </w:pPr>
      <w:r>
        <w:rPr>
          <w:rFonts w:ascii="Times New Roman" w:hAnsi="Times New Roman" w:eastAsia="宋体"/>
          <w:b w:val="0"/>
          <w:i w:val="0"/>
          <w:sz w:val="21"/>
        </w:rPr>
        <w:t>（A）π/6　　（B）π/3　　（C）π/2　　（D）5π/6　　（E）7π/6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cos x = 0 and cos(x + z) = 1/2. What is the smallest possible positive value of z?</w:t>
      </w:r>
    </w:p>
    <w:p>
      <w:pPr>
        <w:spacing w:before="0" w:after="160" w:line="300" w:lineRule="auto"/>
      </w:pPr>
      <w:r>
        <w:rPr>
          <w:rFonts w:ascii="Times New Roman" w:hAnsi="Times New Roman" w:eastAsia="宋体"/>
          <w:b w:val="0"/>
          <w:i w:val="0"/>
          <w:color w:val="333333"/>
          <w:sz w:val="19"/>
        </w:rPr>
        <w:t>(A) π/6　　(B) π/3　　(C) π/2　　(D) 5π/6　　(E) 7π/6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圆心为 A 和 B 的两个圆半径分别为 3 和 8，一条公共内切线分别与两个圆交于 C 和 D，直线 AB 与 CD 交于 E，且 AE = 5。CD 是多少？</w:t>
      </w:r>
    </w:p>
    <w:p>
      <w:pPr>
        <w:spacing w:before="80" w:after="80"/>
        <w:jc w:val="center"/>
      </w:pPr>
      <w:r>
        <w:drawing>
          <wp:inline xmlns:a="http://schemas.openxmlformats.org/drawingml/2006/main" xmlns:pic="http://schemas.openxmlformats.org/drawingml/2006/picture">
            <wp:extent cx="1431533" cy="803616"/>
            <wp:docPr id="7" name="Picture 7"/>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431533" cy="803616"/>
                    </a:xfrm>
                    <a:prstGeom prst="rect"/>
                  </pic:spPr>
                </pic:pic>
              </a:graphicData>
            </a:graphic>
          </wp:inline>
        </w:drawing>
      </w:r>
    </w:p>
    <w:p>
      <w:pPr>
        <w:spacing w:before="0" w:after="120" w:line="300" w:lineRule="auto"/>
      </w:pPr>
      <w:r>
        <w:rPr>
          <w:rFonts w:ascii="Times New Roman" w:hAnsi="Times New Roman" w:eastAsia="宋体"/>
          <w:b w:val="0"/>
          <w:i w:val="0"/>
          <w:sz w:val="21"/>
        </w:rPr>
        <w:t>（A）13　　（B）44/3　　（C）√(221)　　（D）√(255)　　（E）55/3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A and B have radii 3 and 8, respectively. A common internal tangent intersects the circles at C and D, respectively. Lines AB and CD intersect at E, and AE = 5. What is CD?</w:t>
      </w:r>
    </w:p>
    <w:p>
      <w:pPr>
        <w:spacing w:before="80" w:after="80"/>
        <w:jc w:val="center"/>
      </w:pPr>
      <w:r>
        <w:drawing>
          <wp:inline xmlns:a="http://schemas.openxmlformats.org/drawingml/2006/main" xmlns:pic="http://schemas.openxmlformats.org/drawingml/2006/picture">
            <wp:extent cx="1431533" cy="803616"/>
            <wp:docPr id="8" name="Picture 8"/>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431533" cy="80361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44/3　　(C) √(221)　　(D) √(255)　　(E) 55/3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正方形 ABCD 的边长为 s，以 E 为圆心的圆半径为 r，且 r 与 s 都是有理数。该圆经过 D，且 D 在 BE 上。点 F 在圆上，并且与 A 在 BE 的同侧。线段 AF 与圆相切，且 AF = √(9 + 5√(2))。r/s 是多少？</w:t>
      </w:r>
    </w:p>
    <w:p>
      <w:pPr>
        <w:spacing w:before="80" w:after="80"/>
        <w:jc w:val="center"/>
      </w:pPr>
      <w:r>
        <w:drawing>
          <wp:inline xmlns:a="http://schemas.openxmlformats.org/drawingml/2006/main" xmlns:pic="http://schemas.openxmlformats.org/drawingml/2006/picture">
            <wp:extent cx="1116612" cy="1159673"/>
            <wp:docPr id="9" name="Picture 9"/>
            <wp:cNvGraphicFramePr>
              <a:graphicFrameLocks noChangeAspect="1"/>
            </wp:cNvGraphicFramePr>
            <a:graphic>
              <a:graphicData uri="http://schemas.openxmlformats.org/drawingml/2006/picture">
                <pic:pic>
                  <pic:nvPicPr>
                    <pic:cNvPr id="0" name="q17-1@300dpi.png"/>
                    <pic:cNvPicPr/>
                  </pic:nvPicPr>
                  <pic:blipFill>
                    <a:blip r:embed="rId13"/>
                    <a:stretch>
                      <a:fillRect/>
                    </a:stretch>
                  </pic:blipFill>
                  <pic:spPr>
                    <a:xfrm>
                      <a:off x="0" y="0"/>
                      <a:ext cx="1116612" cy="1159673"/>
                    </a:xfrm>
                    <a:prstGeom prst="rect"/>
                  </pic:spPr>
                </pic:pic>
              </a:graphicData>
            </a:graphic>
          </wp:inline>
        </w:drawing>
      </w:r>
    </w:p>
    <w:p>
      <w:pPr>
        <w:spacing w:before="0" w:after="120" w:line="300" w:lineRule="auto"/>
      </w:pPr>
      <w:r>
        <w:rPr>
          <w:rFonts w:ascii="Times New Roman" w:hAnsi="Times New Roman" w:eastAsia="宋体"/>
          <w:b w:val="0"/>
          <w:i w:val="0"/>
          <w:sz w:val="21"/>
        </w:rPr>
        <w:t>（A）1/2　　（B）5/9　　（C）3/5　　（D）5/3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 length s, a circle centered at E has radius r, and r and s are both rational. The circle passes through D, and D lies on BE. Point F lies on the circle, on the same side of BE as A. Segment AF is tangent to the circle, and AF = √(9 + 5√(2)). What is r/s?</w:t>
      </w:r>
    </w:p>
    <w:p>
      <w:pPr>
        <w:spacing w:before="80" w:after="80"/>
        <w:jc w:val="center"/>
      </w:pPr>
      <w:r>
        <w:drawing>
          <wp:inline xmlns:a="http://schemas.openxmlformats.org/drawingml/2006/main" xmlns:pic="http://schemas.openxmlformats.org/drawingml/2006/picture">
            <wp:extent cx="1116612" cy="1159673"/>
            <wp:docPr id="10" name="Picture 10"/>
            <wp:cNvGraphicFramePr>
              <a:graphicFrameLocks noChangeAspect="1"/>
            </wp:cNvGraphicFramePr>
            <a:graphic>
              <a:graphicData uri="http://schemas.openxmlformats.org/drawingml/2006/picture">
                <pic:pic>
                  <pic:nvPicPr>
                    <pic:cNvPr id="0" name="q17-1@300dpi.png"/>
                    <pic:cNvPicPr/>
                  </pic:nvPicPr>
                  <pic:blipFill>
                    <a:blip r:embed="rId13"/>
                    <a:stretch>
                      <a:fillRect/>
                    </a:stretch>
                  </pic:blipFill>
                  <pic:spPr>
                    <a:xfrm>
                      <a:off x="0" y="0"/>
                      <a:ext cx="1116612" cy="115967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5/9　　(C) 3/5　　(D) 5/3　　(E) 9/5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函数 f 具有如下性质：对其定义域中的每个实数 x，1/x 也在其定义域中，并且</w:t>
      </w:r>
    </w:p>
    <w:p>
      <w:pPr>
        <w:spacing w:before="0" w:after="80" w:line="300" w:lineRule="auto"/>
        <w:jc w:val="left"/>
      </w:pPr>
      <w:r>
        <w:rPr>
          <w:rFonts w:ascii="Times New Roman" w:hAnsi="Times New Roman" w:eastAsia="宋体"/>
          <w:b w:val="0"/>
          <w:i w:val="0"/>
          <w:sz w:val="21"/>
        </w:rPr>
        <w:t>f(x) + f(1/x) = x。</w:t>
      </w:r>
    </w:p>
    <w:p>
      <w:pPr>
        <w:spacing w:before="0" w:after="80" w:line="300" w:lineRule="auto"/>
        <w:jc w:val="left"/>
      </w:pPr>
      <w:r>
        <w:rPr>
          <w:rFonts w:ascii="Times New Roman" w:hAnsi="Times New Roman" w:eastAsia="宋体"/>
          <w:b w:val="0"/>
          <w:i w:val="0"/>
          <w:sz w:val="21"/>
        </w:rPr>
        <w:t>那么 f 的定义域中可能包含的最大实数集合是什么？</w:t>
      </w:r>
    </w:p>
    <w:p>
      <w:pPr>
        <w:spacing w:before="0" w:after="120" w:line="300" w:lineRule="auto"/>
      </w:pPr>
      <w:r>
        <w:rPr>
          <w:rFonts w:ascii="Times New Roman" w:hAnsi="Times New Roman" w:eastAsia="宋体"/>
          <w:b w:val="0"/>
          <w:i w:val="0"/>
          <w:sz w:val="21"/>
        </w:rPr>
        <w:t>（A）{x | x ≠ 0}　　（B）{x | x &lt; 0}　　（C）{x | x &gt; 0}　　（D）{x | x ≠ -1, x ≠ 0, x ≠ 1}　　（E）{-1,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f has the property that for each real number x in its domain, 1/x is also in its domain and</w:t>
      </w:r>
    </w:p>
    <w:p>
      <w:pPr>
        <w:spacing w:before="0" w:after="80" w:line="300" w:lineRule="auto"/>
        <w:jc w:val="left"/>
      </w:pPr>
      <w:r>
        <w:rPr>
          <w:rFonts w:ascii="Times New Roman" w:hAnsi="Times New Roman" w:eastAsia="宋体"/>
          <w:b w:val="0"/>
          <w:i w:val="0"/>
          <w:color w:val="333333"/>
          <w:sz w:val="19"/>
        </w:rPr>
        <w:t>f(x) + f(1/x) = x.</w:t>
      </w:r>
    </w:p>
    <w:p>
      <w:pPr>
        <w:spacing w:before="0" w:after="80" w:line="300" w:lineRule="auto"/>
        <w:jc w:val="left"/>
      </w:pPr>
      <w:r>
        <w:rPr>
          <w:rFonts w:ascii="Times New Roman" w:hAnsi="Times New Roman" w:eastAsia="宋体"/>
          <w:b w:val="0"/>
          <w:i w:val="0"/>
          <w:color w:val="333333"/>
          <w:sz w:val="19"/>
        </w:rPr>
        <w:t>What is the largest set of real numbers that can be in the domain of f?</w:t>
      </w:r>
    </w:p>
    <w:p>
      <w:pPr>
        <w:spacing w:before="0" w:after="160" w:line="300" w:lineRule="auto"/>
      </w:pPr>
      <w:r>
        <w:rPr>
          <w:rFonts w:ascii="Times New Roman" w:hAnsi="Times New Roman" w:eastAsia="宋体"/>
          <w:b w:val="0"/>
          <w:i w:val="0"/>
          <w:color w:val="333333"/>
          <w:sz w:val="19"/>
        </w:rPr>
        <w:t>(A) {x | x ≠ 0}　　(B) {x | x &lt; 0}　　(C) {x | x &gt; 0}　　(D) {x | x ≠ -1, x ≠ 0, x ≠ 1}　　(E) {-1, 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圆心为 (2, 4) 和 (14, 9) 的两个圆半径分别为 4 和 9，两圆的一条公共外切线方程可写为 y = mx + b，其中 m &gt; 0。b 是多少？</w:t>
      </w:r>
    </w:p>
    <w:p>
      <w:pPr>
        <w:spacing w:before="80" w:after="80"/>
        <w:jc w:val="center"/>
      </w:pPr>
      <w:r>
        <w:drawing>
          <wp:inline xmlns:a="http://schemas.openxmlformats.org/drawingml/2006/main" xmlns:pic="http://schemas.openxmlformats.org/drawingml/2006/picture">
            <wp:extent cx="1590247" cy="1455758"/>
            <wp:docPr id="11" name="Picture 11"/>
            <wp:cNvGraphicFramePr>
              <a:graphicFrameLocks noChangeAspect="1"/>
            </wp:cNvGraphicFramePr>
            <a:graphic>
              <a:graphicData uri="http://schemas.openxmlformats.org/drawingml/2006/picture">
                <pic:pic>
                  <pic:nvPicPr>
                    <pic:cNvPr id="0" name="q19-1@300dpi.png"/>
                    <pic:cNvPicPr/>
                  </pic:nvPicPr>
                  <pic:blipFill>
                    <a:blip r:embed="rId14"/>
                    <a:stretch>
                      <a:fillRect/>
                    </a:stretch>
                  </pic:blipFill>
                  <pic:spPr>
                    <a:xfrm>
                      <a:off x="0" y="0"/>
                      <a:ext cx="1590247" cy="1455758"/>
                    </a:xfrm>
                    <a:prstGeom prst="rect"/>
                  </pic:spPr>
                </pic:pic>
              </a:graphicData>
            </a:graphic>
          </wp:inline>
        </w:drawing>
      </w:r>
    </w:p>
    <w:p>
      <w:pPr>
        <w:spacing w:before="0" w:after="120" w:line="300" w:lineRule="auto"/>
      </w:pPr>
      <w:r>
        <w:rPr>
          <w:rFonts w:ascii="Times New Roman" w:hAnsi="Times New Roman" w:eastAsia="宋体"/>
          <w:b w:val="0"/>
          <w:i w:val="0"/>
          <w:sz w:val="21"/>
        </w:rPr>
        <w:t>（A）908/119　　（B）909/119　　（C）130/17　　（D）911/119　　（E）912/119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(2, 4) and (14, 9) have radii 4 and 9, respectively. The equation of a common external tangent to the circles can be written in the form y = mx + b with m &gt; 0. What is b?</w:t>
      </w:r>
    </w:p>
    <w:p>
      <w:pPr>
        <w:spacing w:before="80" w:after="80"/>
        <w:jc w:val="center"/>
      </w:pPr>
      <w:r>
        <w:drawing>
          <wp:inline xmlns:a="http://schemas.openxmlformats.org/drawingml/2006/main" xmlns:pic="http://schemas.openxmlformats.org/drawingml/2006/picture">
            <wp:extent cx="1590247" cy="1455758"/>
            <wp:docPr id="12" name="Picture 12"/>
            <wp:cNvGraphicFramePr>
              <a:graphicFrameLocks noChangeAspect="1"/>
            </wp:cNvGraphicFramePr>
            <a:graphic>
              <a:graphicData uri="http://schemas.openxmlformats.org/drawingml/2006/picture">
                <pic:pic>
                  <pic:nvPicPr>
                    <pic:cNvPr id="0" name="q19-1@300dpi.png"/>
                    <pic:cNvPicPr/>
                  </pic:nvPicPr>
                  <pic:blipFill>
                    <a:blip r:embed="rId14"/>
                    <a:stretch>
                      <a:fillRect/>
                    </a:stretch>
                  </pic:blipFill>
                  <pic:spPr>
                    <a:xfrm>
                      <a:off x="0" y="0"/>
                      <a:ext cx="1590247" cy="145575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908/119　　(B) 909/119　　(C) 130/17　　(D) 911/119　　(E) 912/119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只虫子从立方体的一个顶点出发，并按如下规则沿立方体的棱移动。在每个顶点，这只虫子会从该顶点发出的三条棱中选择一条前进。每条棱被选中的概率相等，且所有选择相互独立。七次移动后，这只虫子恰好访问每个顶点一次的概率是多少？</w:t>
      </w:r>
    </w:p>
    <w:p>
      <w:pPr>
        <w:spacing w:before="0" w:after="120" w:line="300" w:lineRule="auto"/>
      </w:pPr>
      <w:r>
        <w:rPr>
          <w:rFonts w:ascii="Times New Roman" w:hAnsi="Times New Roman" w:eastAsia="宋体"/>
          <w:b w:val="0"/>
          <w:i w:val="0"/>
          <w:sz w:val="21"/>
        </w:rPr>
        <w:t>（A）1/2187　　（B）1/729　　（C）2/243　　（D）1/81　　（E）5/243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starts at one vertex of a cube and moves along the edges of the cube according to the following rule. At each vertex the bug will choose to travel along one of the three edges emanating from that vertex. Each edge has equal probability of being chosen, and all choices are independent. What is the probability that after seven moves the bug will have visited every vertex exactly once?</w:t>
      </w:r>
    </w:p>
    <w:p>
      <w:pPr>
        <w:spacing w:before="0" w:after="160" w:line="300" w:lineRule="auto"/>
      </w:pPr>
      <w:r>
        <w:rPr>
          <w:rFonts w:ascii="Times New Roman" w:hAnsi="Times New Roman" w:eastAsia="宋体"/>
          <w:b w:val="0"/>
          <w:i w:val="0"/>
          <w:color w:val="333333"/>
          <w:sz w:val="19"/>
        </w:rPr>
        <w:t>(A) 1/2187　　(B) 1/729　　(C) 2/243　　(D) 1/81　　(E) 5/243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tiny S₁ = {(x, y) | log₁₀(1 + x² + y²) ≤ 1 + log₁₀(x + y)}</w:t>
      </w:r>
    </w:p>
    <w:p>
      <w:pPr>
        <w:spacing w:before="0" w:after="80" w:line="300" w:lineRule="auto"/>
        <w:jc w:val="left"/>
      </w:pPr>
      <w:r>
        <w:rPr>
          <w:rFonts w:ascii="Times New Roman" w:hAnsi="Times New Roman" w:eastAsia="宋体"/>
          <w:b w:val="0"/>
          <w:i w:val="0"/>
          <w:sz w:val="21"/>
        </w:rPr>
        <w:t>并且</w:t>
      </w:r>
    </w:p>
    <w:p>
      <w:pPr>
        <w:spacing w:before="0" w:after="80" w:line="300" w:lineRule="auto"/>
        <w:jc w:val="left"/>
      </w:pPr>
      <w:r>
        <w:rPr>
          <w:rFonts w:ascii="Times New Roman" w:hAnsi="Times New Roman" w:eastAsia="宋体"/>
          <w:b w:val="0"/>
          <w:i w:val="0"/>
          <w:sz w:val="21"/>
        </w:rPr>
        <w:t>tiny S₂ = {(x, y) | log₁₀(2 + x² + y²) ≤ 2 + log₁₀(x + y)}。</w:t>
      </w:r>
    </w:p>
    <w:p>
      <w:pPr>
        <w:spacing w:before="0" w:after="80" w:line="300" w:lineRule="auto"/>
        <w:jc w:val="left"/>
      </w:pPr>
      <w:r>
        <w:rPr>
          <w:rFonts w:ascii="Times New Roman" w:hAnsi="Times New Roman" w:eastAsia="宋体"/>
          <w:b w:val="0"/>
          <w:i w:val="0"/>
          <w:sz w:val="21"/>
        </w:rPr>
        <w:t>S₂ 的面积与 S₁ 的面积之比是多少？</w:t>
      </w:r>
    </w:p>
    <w:p>
      <w:pPr>
        <w:spacing w:before="0" w:after="120" w:line="300" w:lineRule="auto"/>
      </w:pPr>
      <w:r>
        <w:rPr>
          <w:rFonts w:ascii="Times New Roman" w:hAnsi="Times New Roman" w:eastAsia="宋体"/>
          <w:b w:val="0"/>
          <w:i w:val="0"/>
          <w:sz w:val="21"/>
        </w:rPr>
        <w:t>（A）98　　（B）99　　（C）100　　（D）101　　（E）102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tiny S₁ = {(x, y) | log₁₀(1 + x² + y²) ≤ 1 + log₁₀(x + y)}</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tiny S₂ = {(x, y) | log₁₀(2 + x² + y²) ≤ 2 + log₁₀(x + y)}.</w:t>
      </w:r>
    </w:p>
    <w:p>
      <w:pPr>
        <w:spacing w:before="0" w:after="80" w:line="300" w:lineRule="auto"/>
        <w:jc w:val="left"/>
      </w:pPr>
      <w:r>
        <w:rPr>
          <w:rFonts w:ascii="Times New Roman" w:hAnsi="Times New Roman" w:eastAsia="宋体"/>
          <w:b w:val="0"/>
          <w:i w:val="0"/>
          <w:color w:val="333333"/>
          <w:sz w:val="19"/>
        </w:rPr>
        <w:t>What is the ratio of the area of S₂ to the area of S₁?</w:t>
      </w:r>
    </w:p>
    <w:p>
      <w:pPr>
        <w:spacing w:before="0" w:after="160" w:line="300" w:lineRule="auto"/>
      </w:pPr>
      <w:r>
        <w:rPr>
          <w:rFonts w:ascii="Times New Roman" w:hAnsi="Times New Roman" w:eastAsia="宋体"/>
          <w:b w:val="0"/>
          <w:i w:val="0"/>
          <w:color w:val="333333"/>
          <w:sz w:val="19"/>
        </w:rPr>
        <w:t>(A) 98　　(B) 99　　(C) 100　　(D) 101　　(E) 102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一个半径为 r 的圆与边长为 2 的正六边形同心，并且在正六边形外。若从圆上随机选一点，能看到正六边形的三个完整边的概率为 1/2。r 是多少？</w:t>
      </w:r>
    </w:p>
    <w:p>
      <w:pPr>
        <w:spacing w:before="0" w:after="120" w:line="300" w:lineRule="auto"/>
      </w:pPr>
      <w:r>
        <w:rPr>
          <w:rFonts w:ascii="Times New Roman" w:hAnsi="Times New Roman" w:eastAsia="宋体"/>
          <w:b w:val="0"/>
          <w:i w:val="0"/>
          <w:sz w:val="21"/>
        </w:rPr>
        <w:t>（A）2√(2) + 2√(3)　　（B）3√(3) + √(2)　　（C）2√(6) + √(3)　　（D）3√(2) + √(6)　　（E）6√(2) -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r is concentric with and outside a regular hexagon of side length 2. The probability that three entire sides of the hexagon are visible from a randomly chosen point on the circle is 1/2. What is r?</w:t>
      </w:r>
    </w:p>
    <w:p>
      <w:pPr>
        <w:spacing w:before="0" w:after="160" w:line="300" w:lineRule="auto"/>
      </w:pPr>
      <w:r>
        <w:rPr>
          <w:rFonts w:ascii="Times New Roman" w:hAnsi="Times New Roman" w:eastAsia="宋体"/>
          <w:b w:val="0"/>
          <w:i w:val="0"/>
          <w:color w:val="333333"/>
          <w:sz w:val="19"/>
        </w:rPr>
        <w:t>(A) 2√(2) + 2√(3)　　(B) 3√(3) + √(2)　　(C) 2√(6) + √(3)　　(D) 3√(2) + √(6)　　(E) 6√(2) - √(3)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给定一个由 n 个实数组成的有限序列 S = (a₁, a₂, …, aₙ)，令 A(S) 为由 n - 1 个实数组成的序列</w:t>
      </w:r>
    </w:p>
    <w:p>
      <w:pPr>
        <w:spacing w:before="0" w:after="80" w:line="300" w:lineRule="auto"/>
        <w:jc w:val="left"/>
      </w:pPr>
      <w:r>
        <w:rPr>
          <w:rFonts w:ascii="Times New Roman" w:hAnsi="Times New Roman" w:eastAsia="宋体"/>
          <w:b w:val="0"/>
          <w:i w:val="0"/>
          <w:sz w:val="21"/>
        </w:rPr>
        <w:t>small ((a₁ + a₂)/2, (a₂ + a₃)/2, …, (aₙ₋₁ + aₙ)/2)</w:t>
      </w:r>
    </w:p>
    <w:p>
      <w:pPr>
        <w:spacing w:before="0" w:after="80" w:line="300" w:lineRule="auto"/>
        <w:jc w:val="left"/>
      </w:pPr>
      <w:r>
        <w:rPr>
          <w:rFonts w:ascii="Times New Roman" w:hAnsi="Times New Roman" w:eastAsia="宋体"/>
          <w:b w:val="0"/>
          <w:i w:val="0"/>
          <w:sz w:val="21"/>
        </w:rPr>
        <w:t>定义 A¹(S) = A(S)，并且对每个满足 2 ≤ m ≤ n - 1 的整数 m，定义 Aᵐ(S) = A(Aᵐ⁻¹(S))。已知 x &gt; 0，且令 S = (1, x, x², …, x¹⁰⁰)。若 A¹⁰⁰(S) = (1/2⁵⁰)，那么 x 是多少？</w:t>
      </w:r>
    </w:p>
    <w:p>
      <w:pPr>
        <w:spacing w:before="0" w:after="120" w:line="300" w:lineRule="auto"/>
      </w:pPr>
      <w:r>
        <w:rPr>
          <w:rFonts w:ascii="Times New Roman" w:hAnsi="Times New Roman" w:eastAsia="宋体"/>
          <w:b w:val="0"/>
          <w:i w:val="0"/>
          <w:sz w:val="21"/>
        </w:rPr>
        <w:t>（A）1 - (√(2))/2　　（B）√(2) - 1　　（C）1/2　　（D）2 - √(2)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finite sequence S = (a₁, a₂, …, aₙ) of n real numbers, let A(S) be the sequence</w:t>
      </w:r>
    </w:p>
    <w:p>
      <w:pPr>
        <w:spacing w:before="0" w:after="80" w:line="300" w:lineRule="auto"/>
        <w:jc w:val="left"/>
      </w:pPr>
      <w:r>
        <w:rPr>
          <w:rFonts w:ascii="Times New Roman" w:hAnsi="Times New Roman" w:eastAsia="宋体"/>
          <w:b w:val="0"/>
          <w:i w:val="0"/>
          <w:color w:val="333333"/>
          <w:sz w:val="19"/>
        </w:rPr>
        <w:t>small ((a₁ + a₂)/2, (a₂ + a₃)/2, …, (aₙ₋₁ + aₙ)/2)</w:t>
      </w:r>
    </w:p>
    <w:p>
      <w:pPr>
        <w:spacing w:before="0" w:after="80" w:line="300" w:lineRule="auto"/>
        <w:jc w:val="left"/>
      </w:pPr>
      <w:r>
        <w:rPr>
          <w:rFonts w:ascii="Times New Roman" w:hAnsi="Times New Roman" w:eastAsia="宋体"/>
          <w:b w:val="0"/>
          <w:i w:val="0"/>
          <w:color w:val="333333"/>
          <w:sz w:val="19"/>
        </w:rPr>
        <w:t>of n - 1 real numbers. Define A¹(S) = A(S) and, for each integer m, 2 ≤ m ≤ n - 1, define Aᵐ(S) = A(Aᵐ⁻¹(S)). Suppose x &gt; 0, and let S = (1, x, x², …, x¹⁰⁰). If A¹⁰⁰(S) = (1/2⁵⁰), then what is x?</w:t>
      </w:r>
    </w:p>
    <w:p>
      <w:pPr>
        <w:spacing w:before="0" w:after="160" w:line="300" w:lineRule="auto"/>
      </w:pPr>
      <w:r>
        <w:rPr>
          <w:rFonts w:ascii="Times New Roman" w:hAnsi="Times New Roman" w:eastAsia="宋体"/>
          <w:b w:val="0"/>
          <w:i w:val="0"/>
          <w:color w:val="333333"/>
          <w:sz w:val="19"/>
        </w:rPr>
        <w:t>(A) 1 - (√(2))/2　　(B) √(2) - 1　　(C) 1/2　　(D) 2 - √(2)　　(E) (√(2))/2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表达式</w:t>
      </w:r>
    </w:p>
    <w:p>
      <w:pPr>
        <w:spacing w:before="0" w:after="80" w:line="300" w:lineRule="auto"/>
        <w:jc w:val="left"/>
      </w:pPr>
      <w:r>
        <w:rPr>
          <w:rFonts w:ascii="Times New Roman" w:hAnsi="Times New Roman" w:eastAsia="宋体"/>
          <w:b w:val="0"/>
          <w:i w:val="0"/>
          <w:sz w:val="21"/>
        </w:rPr>
        <w:t>(x + y + z)²⁰⁰⁶ + (x - y - z)²⁰⁰⁶</w:t>
      </w:r>
    </w:p>
    <w:p>
      <w:pPr>
        <w:spacing w:before="0" w:after="80" w:line="300" w:lineRule="auto"/>
        <w:jc w:val="left"/>
      </w:pPr>
      <w:r>
        <w:rPr>
          <w:rFonts w:ascii="Times New Roman" w:hAnsi="Times New Roman" w:eastAsia="宋体"/>
          <w:b w:val="0"/>
          <w:i w:val="0"/>
          <w:sz w:val="21"/>
        </w:rPr>
        <w:t>展开并合并同类项后，化简后的表达式中有多少项？</w:t>
      </w:r>
    </w:p>
    <w:p>
      <w:pPr>
        <w:spacing w:before="0" w:after="120" w:line="300" w:lineRule="auto"/>
      </w:pPr>
      <w:r>
        <w:rPr>
          <w:rFonts w:ascii="Times New Roman" w:hAnsi="Times New Roman" w:eastAsia="宋体"/>
          <w:b w:val="0"/>
          <w:i w:val="0"/>
          <w:sz w:val="21"/>
        </w:rPr>
        <w:t>（A）6018　　（B）671,676　　（C）1,007,514　　（D）1,008,016　　（E）2,015,028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w:t>
      </w:r>
    </w:p>
    <w:p>
      <w:pPr>
        <w:spacing w:before="0" w:after="80" w:line="300" w:lineRule="auto"/>
        <w:jc w:val="left"/>
      </w:pPr>
      <w:r>
        <w:rPr>
          <w:rFonts w:ascii="Times New Roman" w:hAnsi="Times New Roman" w:eastAsia="宋体"/>
          <w:b w:val="0"/>
          <w:i w:val="0"/>
          <w:color w:val="333333"/>
          <w:sz w:val="19"/>
        </w:rPr>
        <w:t>(x + y + z)²⁰⁰⁶ + (x - y - z)²⁰⁰⁶</w:t>
      </w:r>
    </w:p>
    <w:p>
      <w:pPr>
        <w:spacing w:before="0" w:after="80" w:line="300" w:lineRule="auto"/>
        <w:jc w:val="left"/>
      </w:pPr>
      <w:r>
        <w:rPr>
          <w:rFonts w:ascii="Times New Roman" w:hAnsi="Times New Roman" w:eastAsia="宋体"/>
          <w:b w:val="0"/>
          <w:i w:val="0"/>
          <w:color w:val="333333"/>
          <w:sz w:val="19"/>
        </w:rPr>
        <w:t>is simplified by expanding it and combining like terms. How many terms are in the simplified expression?</w:t>
      </w:r>
    </w:p>
    <w:p>
      <w:pPr>
        <w:spacing w:before="0" w:after="160" w:line="300" w:lineRule="auto"/>
      </w:pPr>
      <w:r>
        <w:rPr>
          <w:rFonts w:ascii="Times New Roman" w:hAnsi="Times New Roman" w:eastAsia="宋体"/>
          <w:b w:val="0"/>
          <w:i w:val="0"/>
          <w:color w:val="333333"/>
          <w:sz w:val="19"/>
        </w:rPr>
        <w:t>(A) 6018　　(B) 671,676　　(C) 1,007,514　　(D) 1,008,016　　(E) 2,015,028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{1, 2, 3, …, 15} 有多少个非空子集 S 满足以下两个性质？</w:t>
      </w:r>
    </w:p>
    <w:p>
      <w:pPr>
        <w:spacing w:before="0" w:after="80" w:line="300" w:lineRule="auto"/>
        <w:jc w:val="left"/>
      </w:pPr>
      <w:r>
        <w:rPr>
          <w:rFonts w:ascii="Times New Roman" w:hAnsi="Times New Roman" w:eastAsia="宋体"/>
          <w:b w:val="0"/>
          <w:i w:val="0"/>
          <w:sz w:val="21"/>
        </w:rPr>
        <w:t>(1) S 中没有两个连续整数。</w:t>
      </w:r>
    </w:p>
    <w:p>
      <w:pPr>
        <w:spacing w:before="0" w:after="80" w:line="300" w:lineRule="auto"/>
        <w:jc w:val="left"/>
      </w:pPr>
      <w:r>
        <w:rPr>
          <w:rFonts w:ascii="Times New Roman" w:hAnsi="Times New Roman" w:eastAsia="宋体"/>
          <w:b w:val="0"/>
          <w:i w:val="0"/>
          <w:sz w:val="21"/>
        </w:rPr>
        <w:t>(2) 若 S 含有 k 个元素，则 S 不含任何小于 k 的数。</w:t>
      </w:r>
    </w:p>
    <w:p>
      <w:pPr>
        <w:spacing w:before="0" w:after="120" w:line="300" w:lineRule="auto"/>
      </w:pPr>
      <w:r>
        <w:rPr>
          <w:rFonts w:ascii="Times New Roman" w:hAnsi="Times New Roman" w:eastAsia="宋体"/>
          <w:b w:val="0"/>
          <w:i w:val="0"/>
          <w:sz w:val="21"/>
        </w:rPr>
        <w:t>（A）277　　（B）311　　（C）376　　（D）377　　（E）405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non-empty subsets S of {1, 2, 3, …, 15} have the following two properties?</w:t>
      </w:r>
    </w:p>
    <w:p>
      <w:pPr>
        <w:spacing w:before="0" w:after="80" w:line="300" w:lineRule="auto"/>
        <w:jc w:val="left"/>
      </w:pPr>
      <w:r>
        <w:rPr>
          <w:rFonts w:ascii="Times New Roman" w:hAnsi="Times New Roman" w:eastAsia="宋体"/>
          <w:b w:val="0"/>
          <w:i w:val="0"/>
          <w:color w:val="333333"/>
          <w:sz w:val="19"/>
        </w:rPr>
        <w:t>(1) No two consecutive integers belong to S.</w:t>
      </w:r>
    </w:p>
    <w:p>
      <w:pPr>
        <w:spacing w:before="0" w:after="80" w:line="300" w:lineRule="auto"/>
        <w:jc w:val="left"/>
      </w:pPr>
      <w:r>
        <w:rPr>
          <w:rFonts w:ascii="Times New Roman" w:hAnsi="Times New Roman" w:eastAsia="宋体"/>
          <w:b w:val="0"/>
          <w:i w:val="0"/>
          <w:color w:val="333333"/>
          <w:sz w:val="19"/>
        </w:rPr>
        <w:t>(2) If S contains k elements, then S contains no number less than k.</w:t>
      </w:r>
    </w:p>
    <w:p>
      <w:pPr>
        <w:spacing w:before="0" w:after="160" w:line="300" w:lineRule="auto"/>
      </w:pPr>
      <w:r>
        <w:rPr>
          <w:rFonts w:ascii="Times New Roman" w:hAnsi="Times New Roman" w:eastAsia="宋体"/>
          <w:b w:val="0"/>
          <w:i w:val="0"/>
          <w:color w:val="333333"/>
          <w:sz w:val="19"/>
        </w:rPr>
        <w:t>(A) 277　　(B) 311　　(C) 376　　(D) 377　　(E) 405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C　B　E　D　A　B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B　E　C　A　B　B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C　E　D　B　D　E</w:t>
      </w:r>
    </w:p>
    <w:p>
      <w:pPr>
        <w:spacing w:before="0" w:after="200" w:line="300" w:lineRule="auto"/>
      </w:pPr>
      <w:r>
        <w:rPr>
          <w:rFonts w:ascii="Times New Roman" w:hAnsi="Times New Roman" w:eastAsia="宋体"/>
          <w:b w:val="0"/>
          <w:i w:val="0"/>
          <w:color w:val="666666"/>
          <w:sz w:val="18"/>
        </w:rPr>
        <w:t>答案串：ACBEDABCAECBECABBEECEDBDE</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五个三明治花费 5· 3 = 15 美元，八杯汽水花费 8· 2 = 16 美元。一共花费 15 + 16 = 31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sandwiches cost 5· 3 = 15 dollars and eight sodas cost 8· 2 = 16 dollars. Together they cost 15 + 16 = 31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根据定义，h otimes h = h³ - h。因此</w:t>
      </w:r>
    </w:p>
    <w:p>
      <w:pPr>
        <w:spacing w:before="0" w:after="80" w:line="300" w:lineRule="auto"/>
        <w:jc w:val="left"/>
      </w:pPr>
      <w:r>
        <w:rPr>
          <w:rFonts w:ascii="Times New Roman" w:hAnsi="Times New Roman" w:eastAsia="宋体"/>
          <w:b w:val="0"/>
          <w:i w:val="0"/>
          <w:sz w:val="21"/>
        </w:rPr>
        <w:t>h otimes (h³ - h)</w:t>
      </w:r>
    </w:p>
    <w:p>
      <w:pPr>
        <w:spacing w:before="0" w:after="80" w:line="300" w:lineRule="auto"/>
        <w:jc w:val="left"/>
      </w:pPr>
      <w:r>
        <w:rPr>
          <w:rFonts w:ascii="Times New Roman" w:hAnsi="Times New Roman" w:eastAsia="宋体"/>
          <w:b w:val="0"/>
          <w:i w:val="0"/>
          <w:sz w:val="21"/>
        </w:rPr>
        <w:t>= h³ - (h³ - h)</w:t>
      </w:r>
    </w:p>
    <w:p>
      <w:pPr>
        <w:spacing w:before="0" w:after="80" w:line="300" w:lineRule="auto"/>
        <w:jc w:val="left"/>
      </w:pPr>
      <w:r>
        <w:rPr>
          <w:rFonts w:ascii="Times New Roman" w:hAnsi="Times New Roman" w:eastAsia="宋体"/>
          <w:b w:val="0"/>
          <w:i w:val="0"/>
          <w:sz w:val="21"/>
        </w:rPr>
        <w:t>= h</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definition, h otimes h = h³ - h. Then</w:t>
      </w:r>
    </w:p>
    <w:p>
      <w:pPr>
        <w:spacing w:before="0" w:after="80" w:line="300" w:lineRule="auto"/>
        <w:jc w:val="left"/>
      </w:pPr>
      <w:r>
        <w:rPr>
          <w:rFonts w:ascii="Times New Roman" w:hAnsi="Times New Roman" w:eastAsia="宋体"/>
          <w:b w:val="0"/>
          <w:i w:val="0"/>
          <w:color w:val="333333"/>
          <w:sz w:val="19"/>
        </w:rPr>
        <w:t>h otimes (h³ - h)</w:t>
      </w:r>
    </w:p>
    <w:p>
      <w:pPr>
        <w:spacing w:before="0" w:after="80" w:line="300" w:lineRule="auto"/>
        <w:jc w:val="left"/>
      </w:pPr>
      <w:r>
        <w:rPr>
          <w:rFonts w:ascii="Times New Roman" w:hAnsi="Times New Roman" w:eastAsia="宋体"/>
          <w:b w:val="0"/>
          <w:i w:val="0"/>
          <w:color w:val="333333"/>
          <w:sz w:val="19"/>
        </w:rPr>
        <w:t>= h³ - (h³ - h)</w:t>
      </w:r>
    </w:p>
    <w:p>
      <w:pPr>
        <w:spacing w:before="0" w:after="80" w:line="300" w:lineRule="auto"/>
        <w:jc w:val="left"/>
      </w:pPr>
      <w:r>
        <w:rPr>
          <w:rFonts w:ascii="Times New Roman" w:hAnsi="Times New Roman" w:eastAsia="宋体"/>
          <w:b w:val="0"/>
          <w:i w:val="0"/>
          <w:color w:val="333333"/>
          <w:sz w:val="19"/>
        </w:rPr>
        <w:t>= 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Mary 的年龄是 Alice 年龄的 3/5，所以 Mary 是 3/5· 30 = 18 岁。</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Mary’s age is 3/5 of Alice’s, so Mary is 3/5· 30 = 18 years old.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分钟的两个数字和最多为 5 + 9 = 14，出现在 59 分。小时方面，单个数字 9 的数字和为 9，比任何两位数小时都大；(10, 11, 12 的数字和最多只有 1 + 2 = 3)。</w:t>
      </w:r>
    </w:p>
    <w:p>
      <w:pPr>
        <w:spacing w:before="0" w:after="80" w:line="300" w:lineRule="auto"/>
        <w:jc w:val="left"/>
      </w:pPr>
      <w:r>
        <w:rPr>
          <w:rFonts w:ascii="Times New Roman" w:hAnsi="Times New Roman" w:eastAsia="宋体"/>
          <w:b w:val="0"/>
          <w:i w:val="0"/>
          <w:sz w:val="21"/>
        </w:rPr>
        <w:t>最大总和为 14 + 9 = 23，出现在 9:59。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minutes digits sum to at most 5 + 9 = 14, at 59 minutes past the hour. For the hour, a single digit 9 gives digit sum 9, which beats any two-digit hour (10, 11, 12 give at most 1 + 2 = 3).</w:t>
      </w:r>
    </w:p>
    <w:p>
      <w:pPr>
        <w:spacing w:before="0" w:after="80" w:line="300" w:lineRule="auto"/>
        <w:jc w:val="left"/>
      </w:pPr>
      <w:r>
        <w:rPr>
          <w:rFonts w:ascii="Times New Roman" w:hAnsi="Times New Roman" w:eastAsia="宋体"/>
          <w:b w:val="0"/>
          <w:i w:val="0"/>
          <w:color w:val="333333"/>
          <w:sz w:val="19"/>
        </w:rPr>
        <w:t>The largest total is 14 + 9 = 23, occurring at 9:59.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每片原味披萨花费 $1。$2 的凤尾鱼费用分摊到 4 片凤尾鱼披萨上，每片多 $0.50，所以每片凤尾鱼披萨花费 $1.50。</w:t>
      </w:r>
    </w:p>
    <w:p>
      <w:pPr>
        <w:spacing w:before="0" w:after="80" w:line="300" w:lineRule="auto"/>
        <w:jc w:val="left"/>
      </w:pPr>
      <w:r>
        <w:rPr>
          <w:rFonts w:ascii="Times New Roman" w:hAnsi="Times New Roman" w:eastAsia="宋体"/>
          <w:b w:val="0"/>
          <w:i w:val="0"/>
          <w:sz w:val="21"/>
        </w:rPr>
        <w:t>Dave 吃了 4 片凤尾鱼披萨和 1 片原味披萨：4· 1.5 + 1 = $7。Doug 吃了剩下的 3 片原味披萨：$3。Dave 多付 7 - 3 =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plain slice costs $1. The $2 anchovy charge is spread over the 4 anchovy slices, adding $0.50 each, so an anchovy slice costs $1.50.</w:t>
      </w:r>
    </w:p>
    <w:p>
      <w:pPr>
        <w:spacing w:before="0" w:after="80" w:line="300" w:lineRule="auto"/>
        <w:jc w:val="left"/>
      </w:pPr>
      <w:r>
        <w:rPr>
          <w:rFonts w:ascii="Times New Roman" w:hAnsi="Times New Roman" w:eastAsia="宋体"/>
          <w:b w:val="0"/>
          <w:i w:val="0"/>
          <w:color w:val="333333"/>
          <w:sz w:val="19"/>
        </w:rPr>
        <w:t>Dave ate 4 anchovy slices and 1 plain slice: 4· 1.5 + 1 = $7. Doug ate the 3 remaining plain slices: $3. Dave paid 7 - 3 = $4 more.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两个六边形组成一个面积为 8 · 18 = 144 的正方形，所以正方形边长为 12。</w:t>
      </w:r>
    </w:p>
    <w:p>
      <w:pPr>
        <w:spacing w:before="0" w:after="80" w:line="300" w:lineRule="auto"/>
        <w:jc w:val="left"/>
      </w:pPr>
      <w:r>
        <w:rPr>
          <w:rFonts w:ascii="Times New Roman" w:hAnsi="Times New Roman" w:eastAsia="宋体"/>
          <w:b w:val="0"/>
          <w:i w:val="0"/>
          <w:sz w:val="21"/>
        </w:rPr>
        <w:t>阶梯形切线把宽分成三个长度为 y 的相等水平部分，它们合起来跨过整个宽度：y + y + y = 18，所以 y = 6。（两个竖直台阶各上升 12 - 8 = 4，形成正方形多出的高度。）</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hexagons form a square of area 8 · 18 = 144, so the square has side 12.</w:t>
      </w:r>
    </w:p>
    <w:p>
      <w:pPr>
        <w:spacing w:before="0" w:after="80" w:line="300" w:lineRule="auto"/>
        <w:jc w:val="left"/>
      </w:pPr>
      <w:r>
        <w:rPr>
          <w:rFonts w:ascii="Times New Roman" w:hAnsi="Times New Roman" w:eastAsia="宋体"/>
          <w:b w:val="0"/>
          <w:i w:val="0"/>
          <w:color w:val="333333"/>
          <w:sz w:val="19"/>
        </w:rPr>
        <w:t>The staircase cut splits the width into three equal horizontal pieces of length y, which together span the full width: y + y + y = 18, so y = 6. (The two vertical steps each rise 12 - 8 = 4, building the extra height of the square.)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 Danielle 为 x 岁。那么 Sally 为 0.6x，Mary 为 1.2(0.6x) = 0.72x。</w:t>
      </w:r>
    </w:p>
    <w:p>
      <w:pPr>
        <w:spacing w:before="0" w:after="80" w:line="300" w:lineRule="auto"/>
        <w:jc w:val="left"/>
      </w:pPr>
      <w:r>
        <w:rPr>
          <w:rFonts w:ascii="Times New Roman" w:hAnsi="Times New Roman" w:eastAsia="宋体"/>
          <w:b w:val="0"/>
          <w:i w:val="0"/>
          <w:sz w:val="21"/>
        </w:rPr>
        <w:t>由 x + 0.6x + 0.72x = 2.32x = 23.2，得 x = 10。所以 Mary 现在 0.72(10) = 7.2 岁，下一个生日时她将满 8 岁。</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Danielle be x years old. Then Sally is 0.6x and Mary is 1.2(0.6x) = 0.72x.</w:t>
      </w:r>
    </w:p>
    <w:p>
      <w:pPr>
        <w:spacing w:before="0" w:after="80" w:line="300" w:lineRule="auto"/>
        <w:jc w:val="left"/>
      </w:pPr>
      <w:r>
        <w:rPr>
          <w:rFonts w:ascii="Times New Roman" w:hAnsi="Times New Roman" w:eastAsia="宋体"/>
          <w:b w:val="0"/>
          <w:i w:val="0"/>
          <w:color w:val="333333"/>
          <w:sz w:val="19"/>
        </w:rPr>
        <w:t>The sum x + 0.6x + 0.72x = 2.32x = 23.2 gives x = 10. So Mary is 0.72(10) = 7.2 years old, and on her next birthday she will be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n 个连续整数的和等于 n 乘以它们的中位数。和为 15：n = 2 给出 7 + 8，n = 3 给出 4 + 5 + 6，n = 5 给出 1 + 2 + 3 + 4 + 5。</w:t>
      </w:r>
    </w:p>
    <w:p>
      <w:pPr>
        <w:spacing w:before="0" w:after="80" w:line="300" w:lineRule="auto"/>
        <w:jc w:val="left"/>
      </w:pPr>
      <w:r>
        <w:rPr>
          <w:rFonts w:ascii="Times New Roman" w:hAnsi="Times New Roman" w:eastAsia="宋体"/>
          <w:b w:val="0"/>
          <w:i w:val="0"/>
          <w:sz w:val="21"/>
        </w:rPr>
        <w:t>四个连续整数的和为偶数，而超过五项时已经超过 1 + 2 + 3 + 4 + 5 = 15。所以共有 3 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n consecutive integers equals n times their median. For a sum of 15: n = 2 gives 7 + 8, n = 3 gives 4 + 5 + 6, and n = 5 gives 1 + 2 + 3 + 4 + 5.</w:t>
      </w:r>
    </w:p>
    <w:p>
      <w:pPr>
        <w:spacing w:before="0" w:after="80" w:line="300" w:lineRule="auto"/>
        <w:jc w:val="left"/>
      </w:pPr>
      <w:r>
        <w:rPr>
          <w:rFonts w:ascii="Times New Roman" w:hAnsi="Times New Roman" w:eastAsia="宋体"/>
          <w:b w:val="0"/>
          <w:i w:val="0"/>
          <w:color w:val="333333"/>
          <w:sz w:val="19"/>
        </w:rPr>
        <w:t>A run of four consecutive integers sums to an even number, and more than five terms already exceed 1 + 2 + 3 + 4 + 5 = 15. So there are 3 sets.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设 p 为一支铅笔的价格，s 为一支铅笔加一块橡皮的总价，单位为美分。那么</w:t>
      </w:r>
    </w:p>
    <w:p>
      <w:pPr>
        <w:spacing w:before="0" w:after="80" w:line="300" w:lineRule="auto"/>
        <w:jc w:val="left"/>
      </w:pPr>
      <w:r>
        <w:rPr>
          <w:rFonts w:ascii="Times New Roman" w:hAnsi="Times New Roman" w:eastAsia="宋体"/>
          <w:b w:val="0"/>
          <w:i w:val="0"/>
          <w:sz w:val="21"/>
        </w:rPr>
        <w:t>13p + 3e = 3s + 10p = 100，</w:t>
      </w:r>
    </w:p>
    <w:p>
      <w:pPr>
        <w:spacing w:before="0" w:after="80" w:line="300" w:lineRule="auto"/>
        <w:jc w:val="left"/>
      </w:pPr>
      <w:r>
        <w:rPr>
          <w:rFonts w:ascii="Times New Roman" w:hAnsi="Times New Roman" w:eastAsia="宋体"/>
          <w:b w:val="0"/>
          <w:i w:val="0"/>
          <w:sz w:val="21"/>
        </w:rPr>
        <w:t>所以 3s 是 10 的倍数且小于 100。因此 s ∈ {10, 20, 30}，对应的 p = 7, 4, 1。</w:t>
      </w:r>
    </w:p>
    <w:p>
      <w:pPr>
        <w:spacing w:before="0" w:after="80" w:line="300" w:lineRule="auto"/>
        <w:jc w:val="left"/>
      </w:pPr>
      <w:r>
        <w:rPr>
          <w:rFonts w:ascii="Times New Roman" w:hAnsi="Times New Roman" w:eastAsia="宋体"/>
          <w:b w:val="0"/>
          <w:i w:val="0"/>
          <w:sz w:val="21"/>
        </w:rPr>
        <w:t>因为铅笔比橡皮贵，p &gt; s/2，只有 s = 10 满足（铅笔 7 美分，橡皮 3 美分）。所以一支铅笔和一块橡皮共 10 美分。</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a pencil’s cost and s the cost of one pencil plus one eraser, in cents. Then</w:t>
      </w:r>
    </w:p>
    <w:p>
      <w:pPr>
        <w:spacing w:before="0" w:after="80" w:line="300" w:lineRule="auto"/>
        <w:jc w:val="left"/>
      </w:pPr>
      <w:r>
        <w:rPr>
          <w:rFonts w:ascii="Times New Roman" w:hAnsi="Times New Roman" w:eastAsia="宋体"/>
          <w:b w:val="0"/>
          <w:i w:val="0"/>
          <w:color w:val="333333"/>
          <w:sz w:val="19"/>
        </w:rPr>
        <w:t>13p + 3e = 3s + 10p = 100,</w:t>
      </w:r>
    </w:p>
    <w:p>
      <w:pPr>
        <w:spacing w:before="0" w:after="80" w:line="300" w:lineRule="auto"/>
        <w:jc w:val="left"/>
      </w:pPr>
      <w:r>
        <w:rPr>
          <w:rFonts w:ascii="Times New Roman" w:hAnsi="Times New Roman" w:eastAsia="宋体"/>
          <w:b w:val="0"/>
          <w:i w:val="0"/>
          <w:color w:val="333333"/>
          <w:sz w:val="19"/>
        </w:rPr>
        <w:t>so 3s is a multiple of 10 less than 100. Hence s ∈ {10, 20, 30}, with p = 7, 4, 1 respectively.</w:t>
      </w:r>
    </w:p>
    <w:p>
      <w:pPr>
        <w:spacing w:before="0" w:after="80" w:line="300" w:lineRule="auto"/>
        <w:jc w:val="left"/>
      </w:pPr>
      <w:r>
        <w:rPr>
          <w:rFonts w:ascii="Times New Roman" w:hAnsi="Times New Roman" w:eastAsia="宋体"/>
          <w:b w:val="0"/>
          <w:i w:val="0"/>
          <w:color w:val="333333"/>
          <w:sz w:val="19"/>
        </w:rPr>
        <w:t>Since a pencil costs more than an eraser, p &gt; s/2, which holds only for s = 10 (pencil 7, eraser 3). So one pencil and one eraser cost 10 cents.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令 k = √(120 - √(x)) 为整数。那么 k ≥ 0，且 k² = 120 - √(x) ≤ 120，所以 0 ≤ k ≤ 10。</w:t>
      </w:r>
    </w:p>
    <w:p>
      <w:pPr>
        <w:spacing w:before="0" w:after="80" w:line="300" w:lineRule="auto"/>
        <w:jc w:val="left"/>
      </w:pPr>
      <w:r>
        <w:rPr>
          <w:rFonts w:ascii="Times New Roman" w:hAnsi="Times New Roman" w:eastAsia="宋体"/>
          <w:b w:val="0"/>
          <w:i w:val="0"/>
          <w:sz w:val="21"/>
        </w:rPr>
        <w:t>每个这样的 k 都给出 √(x) = 120 - k² ≥ 0，因而给出不同的 x = (120 - k²)²。共有 11 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 √(120 - √(x)) be an integer. Then k ≥ 0 and k² = 120 - √(x) ≤ 120, so 0 ≤ k ≤ 10.</w:t>
      </w:r>
    </w:p>
    <w:p>
      <w:pPr>
        <w:spacing w:before="0" w:after="80" w:line="300" w:lineRule="auto"/>
        <w:jc w:val="left"/>
      </w:pPr>
      <w:r>
        <w:rPr>
          <w:rFonts w:ascii="Times New Roman" w:hAnsi="Times New Roman" w:eastAsia="宋体"/>
          <w:b w:val="0"/>
          <w:i w:val="0"/>
          <w:color w:val="333333"/>
          <w:sz w:val="19"/>
        </w:rPr>
        <w:t>Each such k gives √(x) = 120 - k² ≥ 0, hence a distinct value x = (120 - k²)². That is 11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展开得 x² + 2xy + y² = x² + y²，所以 2xy = 0，即 xy = 0。</w:t>
      </w:r>
    </w:p>
    <w:p>
      <w:pPr>
        <w:spacing w:before="0" w:after="80" w:line="300" w:lineRule="auto"/>
        <w:jc w:val="left"/>
      </w:pPr>
      <w:r>
        <w:rPr>
          <w:rFonts w:ascii="Times New Roman" w:hAnsi="Times New Roman" w:eastAsia="宋体"/>
          <w:b w:val="0"/>
          <w:i w:val="0"/>
          <w:sz w:val="21"/>
        </w:rPr>
        <w:t>这是两条坐标轴的并集，也就是一对直线。</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x² + 2xy + y² = x² + y², so 2xy = 0, i.e. xy = 0.</w:t>
      </w:r>
    </w:p>
    <w:p>
      <w:pPr>
        <w:spacing w:before="0" w:after="80" w:line="300" w:lineRule="auto"/>
        <w:jc w:val="left"/>
      </w:pPr>
      <w:r>
        <w:rPr>
          <w:rFonts w:ascii="Times New Roman" w:hAnsi="Times New Roman" w:eastAsia="宋体"/>
          <w:b w:val="0"/>
          <w:i w:val="0"/>
          <w:color w:val="333333"/>
          <w:sz w:val="19"/>
        </w:rPr>
        <w:t>This is the union of the two coordinate axes, a pair of lines.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最上面的环跨越 20 cm。下面每个环与上方的环重叠 2 cm（两倍的 1-cm 厚度），所以它增加的长度为外径减 2。</w:t>
      </w:r>
    </w:p>
    <w:p>
      <w:pPr>
        <w:spacing w:before="0" w:after="80" w:line="300" w:lineRule="auto"/>
        <w:jc w:val="left"/>
      </w:pPr>
      <w:r>
        <w:rPr>
          <w:rFonts w:ascii="Times New Roman" w:hAnsi="Times New Roman" w:eastAsia="宋体"/>
          <w:b w:val="0"/>
          <w:i w:val="0"/>
          <w:sz w:val="21"/>
        </w:rPr>
        <w:t>下面各环外径为 19, 18, …, 3，贡献 17, 16, …, 1。因此总距离为</w:t>
      </w:r>
    </w:p>
    <w:p>
      <w:pPr>
        <w:spacing w:before="0" w:after="80" w:line="300" w:lineRule="auto"/>
        <w:jc w:val="left"/>
      </w:pPr>
      <w:r>
        <w:rPr>
          <w:rFonts w:ascii="Times New Roman" w:hAnsi="Times New Roman" w:eastAsia="宋体"/>
          <w:b w:val="0"/>
          <w:i w:val="0"/>
          <w:sz w:val="21"/>
        </w:rPr>
        <w:t>20 + (17 + 16 + ⋯ + 1)</w:t>
      </w:r>
    </w:p>
    <w:p>
      <w:pPr>
        <w:spacing w:before="0" w:after="80" w:line="300" w:lineRule="auto"/>
        <w:jc w:val="left"/>
      </w:pPr>
      <w:r>
        <w:rPr>
          <w:rFonts w:ascii="Times New Roman" w:hAnsi="Times New Roman" w:eastAsia="宋体"/>
          <w:b w:val="0"/>
          <w:i w:val="0"/>
          <w:sz w:val="21"/>
        </w:rPr>
        <w:t>= 20 + (17 · 18)/2</w:t>
      </w:r>
    </w:p>
    <w:p>
      <w:pPr>
        <w:spacing w:before="0" w:after="80" w:line="300" w:lineRule="auto"/>
        <w:jc w:val="left"/>
      </w:pPr>
      <w:r>
        <w:rPr>
          <w:rFonts w:ascii="Times New Roman" w:hAnsi="Times New Roman" w:eastAsia="宋体"/>
          <w:b w:val="0"/>
          <w:i w:val="0"/>
          <w:sz w:val="21"/>
        </w:rPr>
        <w:t>= 20 + 153</w:t>
      </w:r>
    </w:p>
    <w:p>
      <w:pPr>
        <w:spacing w:before="0" w:after="80" w:line="300" w:lineRule="auto"/>
        <w:jc w:val="left"/>
      </w:pPr>
      <w:r>
        <w:rPr>
          <w:rFonts w:ascii="Times New Roman" w:hAnsi="Times New Roman" w:eastAsia="宋体"/>
          <w:b w:val="0"/>
          <w:i w:val="0"/>
          <w:sz w:val="21"/>
        </w:rPr>
        <w:t>= 173 cm</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top ring spans 20 cm. Each ring below overlaps the ring above by 2 cm (twice the 1-cm thickness), so it adds its outside diameter minus 2.</w:t>
      </w:r>
    </w:p>
    <w:p>
      <w:pPr>
        <w:spacing w:before="0" w:after="80" w:line="300" w:lineRule="auto"/>
        <w:jc w:val="left"/>
      </w:pPr>
      <w:r>
        <w:rPr>
          <w:rFonts w:ascii="Times New Roman" w:hAnsi="Times New Roman" w:eastAsia="宋体"/>
          <w:b w:val="0"/>
          <w:i w:val="0"/>
          <w:color w:val="333333"/>
          <w:sz w:val="19"/>
        </w:rPr>
        <w:t>The lower rings have outside diameters 19, 18, …, 3, contributing 17, 16, …, 1. Thus the total distance is</w:t>
      </w:r>
    </w:p>
    <w:p>
      <w:pPr>
        <w:spacing w:before="0" w:after="80" w:line="300" w:lineRule="auto"/>
        <w:jc w:val="left"/>
      </w:pPr>
      <w:r>
        <w:rPr>
          <w:rFonts w:ascii="Times New Roman" w:hAnsi="Times New Roman" w:eastAsia="宋体"/>
          <w:b w:val="0"/>
          <w:i w:val="0"/>
          <w:color w:val="333333"/>
          <w:sz w:val="19"/>
        </w:rPr>
        <w:t>20 + (17 + 16 + ⋯ + 1)</w:t>
      </w:r>
    </w:p>
    <w:p>
      <w:pPr>
        <w:spacing w:before="0" w:after="80" w:line="300" w:lineRule="auto"/>
        <w:jc w:val="left"/>
      </w:pPr>
      <w:r>
        <w:rPr>
          <w:rFonts w:ascii="Times New Roman" w:hAnsi="Times New Roman" w:eastAsia="宋体"/>
          <w:b w:val="0"/>
          <w:i w:val="0"/>
          <w:color w:val="333333"/>
          <w:sz w:val="19"/>
        </w:rPr>
        <w:t>= 20 + (17 · 18)/2</w:t>
      </w:r>
    </w:p>
    <w:p>
      <w:pPr>
        <w:spacing w:before="0" w:after="80" w:line="300" w:lineRule="auto"/>
        <w:jc w:val="left"/>
      </w:pPr>
      <w:r>
        <w:rPr>
          <w:rFonts w:ascii="Times New Roman" w:hAnsi="Times New Roman" w:eastAsia="宋体"/>
          <w:b w:val="0"/>
          <w:i w:val="0"/>
          <w:color w:val="333333"/>
          <w:sz w:val="19"/>
        </w:rPr>
        <w:t>= 20 + 153</w:t>
      </w:r>
    </w:p>
    <w:p>
      <w:pPr>
        <w:spacing w:before="0" w:after="80" w:line="300" w:lineRule="auto"/>
        <w:jc w:val="left"/>
      </w:pPr>
      <w:r>
        <w:rPr>
          <w:rFonts w:ascii="Times New Roman" w:hAnsi="Times New Roman" w:eastAsia="宋体"/>
          <w:b w:val="0"/>
          <w:i w:val="0"/>
          <w:color w:val="333333"/>
          <w:sz w:val="19"/>
        </w:rPr>
        <w:t>= 173 cm.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若 r, s, t 是三个顶点处圆的半径，则 r + s = 3, r + t = 4, s + t = 5。三式相加得 r + s + t = 6，所以 r = 1, s = 2, t = 3。</w:t>
      </w:r>
    </w:p>
    <w:p>
      <w:pPr>
        <w:spacing w:before="0" w:after="80" w:line="300" w:lineRule="auto"/>
        <w:jc w:val="left"/>
      </w:pPr>
      <w:r>
        <w:rPr>
          <w:rFonts w:ascii="Times New Roman" w:hAnsi="Times New Roman" w:eastAsia="宋体"/>
          <w:b w:val="0"/>
          <w:i w:val="0"/>
          <w:sz w:val="21"/>
        </w:rPr>
        <w:t>面积之和为 π(1² + 2² + 3²) = 14π。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s, t are the radii at the vertices, then r + s = 3, r + t = 4, s + t = 5. Adding all three gives r + s + t = 6, so r = 1, s = 2, t = 3.</w:t>
      </w:r>
    </w:p>
    <w:p>
      <w:pPr>
        <w:spacing w:before="0" w:after="80" w:line="300" w:lineRule="auto"/>
        <w:jc w:val="left"/>
      </w:pPr>
      <w:r>
        <w:rPr>
          <w:rFonts w:ascii="Times New Roman" w:hAnsi="Times New Roman" w:eastAsia="宋体"/>
          <w:b w:val="0"/>
          <w:i w:val="0"/>
          <w:color w:val="333333"/>
          <w:sz w:val="19"/>
        </w:rPr>
        <w:t>The sum of the areas is π(1² + 2² + 3²) = 14π.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债务 D 能结清当且仅当 D = 300p + 210g = 30(10p + 7g)，其中 p, g 为整数。因此 D 是 gcd(300, 210) = 30 的倍数，所以没有更小的正债务可行。</w:t>
      </w:r>
    </w:p>
    <w:p>
      <w:pPr>
        <w:spacing w:before="0" w:after="80" w:line="300" w:lineRule="auto"/>
        <w:jc w:val="left"/>
      </w:pPr>
      <w:r>
        <w:rPr>
          <w:rFonts w:ascii="Times New Roman" w:hAnsi="Times New Roman" w:eastAsia="宋体"/>
          <w:b w:val="0"/>
          <w:i w:val="0"/>
          <w:sz w:val="21"/>
        </w:rPr>
        <w:t>$30 的债务可以做到，因为 30 = 300(-2) + 210(3)，即给出 3 只山羊并收到 2 头猪作为找零。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debt D is resolvable if and only if D = 300p + 210g = 30(10p + 7g) for integers p, g. Thus D is a multiple of gcd(300, 210) = 30, so no smaller positive debt works.</w:t>
      </w:r>
    </w:p>
    <w:p>
      <w:pPr>
        <w:spacing w:before="0" w:after="80" w:line="300" w:lineRule="auto"/>
        <w:jc w:val="left"/>
      </w:pPr>
      <w:r>
        <w:rPr>
          <w:rFonts w:ascii="Times New Roman" w:hAnsi="Times New Roman" w:eastAsia="宋体"/>
          <w:b w:val="0"/>
          <w:i w:val="0"/>
          <w:color w:val="333333"/>
          <w:sz w:val="19"/>
        </w:rPr>
        <w:t>A debt of $30 is achievable since 30 = 300(-2) + 210(3), i.e. give 3 goats and receive 2 pigs in change.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因为 cos x = 0，所以 x = π/2 + kπ。又因为 cos(x + z) = 1/2，所以 x + z = 2nπ ± π/3。</w:t>
      </w:r>
    </w:p>
    <w:p>
      <w:pPr>
        <w:spacing w:before="0" w:after="80" w:line="300" w:lineRule="auto"/>
        <w:jc w:val="left"/>
      </w:pPr>
      <w:r>
        <w:rPr>
          <w:rFonts w:ascii="Times New Roman" w:hAnsi="Times New Roman" w:eastAsia="宋体"/>
          <w:b w:val="0"/>
          <w:i w:val="0"/>
          <w:sz w:val="21"/>
        </w:rPr>
        <w:t>在单位圆上，π/2 的奇数倍与同余于 ±π/3 的角之间，最小正角距离为 π/6。取 x = -π/2 和 x + z = -π/3，可达到此值，此时 z = -π/3 + π/2 = π/6。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cos x = 0, we have x = π/2 + kπ. Since cos(x + z) = 1/2, we have x + z = 2nπ ± π/3.</w:t>
      </w:r>
    </w:p>
    <w:p>
      <w:pPr>
        <w:spacing w:before="0" w:after="80" w:line="300" w:lineRule="auto"/>
        <w:jc w:val="left"/>
      </w:pPr>
      <w:r>
        <w:rPr>
          <w:rFonts w:ascii="Times New Roman" w:hAnsi="Times New Roman" w:eastAsia="宋体"/>
          <w:b w:val="0"/>
          <w:i w:val="0"/>
          <w:color w:val="333333"/>
          <w:sz w:val="19"/>
        </w:rPr>
        <w:t>On the unit circle, the smallest positive angular separation between an odd multiple of π/2 and an angle congruent to ±π/3 is π/6. It is attained by taking x = -π/2 and x + z = -π/3, which gives z = -π/3 + π/2 = π/6.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半径满足 AC ⊥ CD 和 BD ⊥ CD。由勾股定理，CE = √(5² - 3²) = 4。</w:t>
      </w:r>
    </w:p>
    <w:p>
      <w:pPr>
        <w:spacing w:before="0" w:after="80" w:line="300" w:lineRule="auto"/>
        <w:jc w:val="left"/>
      </w:pPr>
      <w:r>
        <w:rPr>
          <w:rFonts w:ascii="Times New Roman" w:hAnsi="Times New Roman" w:eastAsia="宋体"/>
          <w:b w:val="0"/>
          <w:i w:val="0"/>
          <w:sz w:val="21"/>
        </w:rPr>
        <w:t>因为 △ ACE ∼ △ BDE，得 DE/CE = BD/AC = 8/3，所以 DE = 4 · 8/3 = 32/3。因此</w:t>
      </w:r>
    </w:p>
    <w:p>
      <w:pPr>
        <w:spacing w:before="0" w:after="80" w:line="300" w:lineRule="auto"/>
        <w:jc w:val="left"/>
      </w:pPr>
      <w:r>
        <w:rPr>
          <w:rFonts w:ascii="Times New Roman" w:hAnsi="Times New Roman" w:eastAsia="宋体"/>
          <w:b w:val="0"/>
          <w:i w:val="0"/>
          <w:sz w:val="21"/>
        </w:rPr>
        <w:t>CD = CE + DE</w:t>
      </w:r>
    </w:p>
    <w:p>
      <w:pPr>
        <w:spacing w:before="0" w:after="80" w:line="300" w:lineRule="auto"/>
        <w:jc w:val="left"/>
      </w:pPr>
      <w:r>
        <w:rPr>
          <w:rFonts w:ascii="Times New Roman" w:hAnsi="Times New Roman" w:eastAsia="宋体"/>
          <w:b w:val="0"/>
          <w:i w:val="0"/>
          <w:sz w:val="21"/>
        </w:rPr>
        <w:t>= 4 + 32/3</w:t>
      </w:r>
    </w:p>
    <w:p>
      <w:pPr>
        <w:spacing w:before="0" w:after="80" w:line="300" w:lineRule="auto"/>
        <w:jc w:val="left"/>
      </w:pPr>
      <w:r>
        <w:rPr>
          <w:rFonts w:ascii="Times New Roman" w:hAnsi="Times New Roman" w:eastAsia="宋体"/>
          <w:b w:val="0"/>
          <w:i w:val="0"/>
          <w:sz w:val="21"/>
        </w:rPr>
        <w:t>= 44/3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radii satisfy AC ⊥ CD and BD ⊥ CD. By the Pythagorean theorem, CE = √(5² - 3²) = 4.</w:t>
      </w:r>
    </w:p>
    <w:p>
      <w:pPr>
        <w:spacing w:before="0" w:after="80" w:line="300" w:lineRule="auto"/>
        <w:jc w:val="left"/>
      </w:pPr>
      <w:r>
        <w:rPr>
          <w:rFonts w:ascii="Times New Roman" w:hAnsi="Times New Roman" w:eastAsia="宋体"/>
          <w:b w:val="0"/>
          <w:i w:val="0"/>
          <w:color w:val="333333"/>
          <w:sz w:val="19"/>
        </w:rPr>
        <w:t>Since △ ACE ∼ △ BDE, we get DE/CE = BD/AC = 8/3, so DE = 4 · 8/3 = 32/3. Then</w:t>
      </w:r>
    </w:p>
    <w:p>
      <w:pPr>
        <w:spacing w:before="0" w:after="80" w:line="300" w:lineRule="auto"/>
        <w:jc w:val="left"/>
      </w:pPr>
      <w:r>
        <w:rPr>
          <w:rFonts w:ascii="Times New Roman" w:hAnsi="Times New Roman" w:eastAsia="宋体"/>
          <w:b w:val="0"/>
          <w:i w:val="0"/>
          <w:color w:val="333333"/>
          <w:sz w:val="19"/>
        </w:rPr>
        <w:t>CD = CE + DE</w:t>
      </w:r>
    </w:p>
    <w:p>
      <w:pPr>
        <w:spacing w:before="0" w:after="80" w:line="300" w:lineRule="auto"/>
        <w:jc w:val="left"/>
      </w:pPr>
      <w:r>
        <w:rPr>
          <w:rFonts w:ascii="Times New Roman" w:hAnsi="Times New Roman" w:eastAsia="宋体"/>
          <w:b w:val="0"/>
          <w:i w:val="0"/>
          <w:color w:val="333333"/>
          <w:sz w:val="19"/>
        </w:rPr>
        <w:t>= 4 + 32/3</w:t>
      </w:r>
    </w:p>
    <w:p>
      <w:pPr>
        <w:spacing w:before="0" w:after="80" w:line="300" w:lineRule="auto"/>
        <w:jc w:val="left"/>
      </w:pPr>
      <w:r>
        <w:rPr>
          <w:rFonts w:ascii="Times New Roman" w:hAnsi="Times New Roman" w:eastAsia="宋体"/>
          <w:b w:val="0"/>
          <w:i w:val="0"/>
          <w:color w:val="333333"/>
          <w:sz w:val="19"/>
        </w:rPr>
        <w:t>= 44/3.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 B = (0, 0)，C = (s, 0)，A = (0, s)，D = (s, s)，因此 E = (s + r/(√(2)), s + r/(√(2))) 在射线 BD 上。</w:t>
      </w:r>
    </w:p>
    <w:p>
      <w:pPr>
        <w:spacing w:before="0" w:after="80" w:line="300" w:lineRule="auto"/>
        <w:jc w:val="left"/>
      </w:pPr>
      <w:r>
        <w:rPr>
          <w:rFonts w:ascii="Times New Roman" w:hAnsi="Times New Roman" w:eastAsia="宋体"/>
          <w:b w:val="0"/>
          <w:i w:val="0"/>
          <w:sz w:val="21"/>
        </w:rPr>
        <w:t>因为 AF 是圆的切线，AF² = AE² - r²。计算 AE² 并化简，得到 9 + 5√(2) = s² + rs√(2)。</w:t>
      </w:r>
    </w:p>
    <w:p>
      <w:pPr>
        <w:spacing w:before="0" w:after="80" w:line="300" w:lineRule="auto"/>
        <w:jc w:val="left"/>
      </w:pPr>
      <w:r>
        <w:rPr>
          <w:rFonts w:ascii="Times New Roman" w:hAnsi="Times New Roman" w:eastAsia="宋体"/>
          <w:b w:val="0"/>
          <w:i w:val="0"/>
          <w:sz w:val="21"/>
        </w:rPr>
        <w:t>因为 r 和 s 都是有理数，有理部分和无理部分分别相等：s² = 9，rs = 5。因此 s = 3, r = 5/3，所以 r/s = 5/9。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B = (0, 0), C = (s, 0), A = (0, s), D = (s, s), so that E = (s + r/(√(2)), s + r/(√(2))) lies on ray BD.</w:t>
      </w:r>
    </w:p>
    <w:p>
      <w:pPr>
        <w:spacing w:before="0" w:after="80" w:line="300" w:lineRule="auto"/>
        <w:jc w:val="left"/>
      </w:pPr>
      <w:r>
        <w:rPr>
          <w:rFonts w:ascii="Times New Roman" w:hAnsi="Times New Roman" w:eastAsia="宋体"/>
          <w:b w:val="0"/>
          <w:i w:val="0"/>
          <w:color w:val="333333"/>
          <w:sz w:val="19"/>
        </w:rPr>
        <w:t>Since AF is tangent to the circle, AF² = AE² - r². Computing AE² and simplifying gives 9 + 5√(2) = s² + rs√(2).</w:t>
      </w:r>
    </w:p>
    <w:p>
      <w:pPr>
        <w:spacing w:before="0" w:after="80" w:line="300" w:lineRule="auto"/>
        <w:jc w:val="left"/>
      </w:pPr>
      <w:r>
        <w:rPr>
          <w:rFonts w:ascii="Times New Roman" w:hAnsi="Times New Roman" w:eastAsia="宋体"/>
          <w:b w:val="0"/>
          <w:i w:val="0"/>
          <w:color w:val="333333"/>
          <w:sz w:val="19"/>
        </w:rPr>
        <w:t>Because r and s are rational, the rational and irrational parts match: s² = 9 and rs = 5. Thus s = 3, r = 5/3, and r/s = 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用 1/x 替换 x 得 f(1/x) + f(x) = 1/x。与 f(x) + f(1/x) = x 合在一起，就要求 x = 1/x，所以 x = ± 1。</w:t>
      </w:r>
    </w:p>
    <w:p>
      <w:pPr>
        <w:spacing w:before="0" w:after="80" w:line="300" w:lineRule="auto"/>
        <w:jc w:val="left"/>
      </w:pPr>
      <w:r>
        <w:rPr>
          <w:rFonts w:ascii="Times New Roman" w:hAnsi="Times New Roman" w:eastAsia="宋体"/>
          <w:b w:val="0"/>
          <w:i w:val="0"/>
          <w:sz w:val="21"/>
        </w:rPr>
        <w:t>这两个值都一致，其中 f(1) = 1/2，f(-1) = -1/2。因此最大可能定义域为 {-1,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Replacing x by 1/x gives f(1/x) + f(x) = 1/x. Together with f(x) + f(1/x) = x, this requires x = 1/x, so x = ± 1.</w:t>
      </w:r>
    </w:p>
    <w:p>
      <w:pPr>
        <w:spacing w:before="0" w:after="80" w:line="300" w:lineRule="auto"/>
        <w:jc w:val="left"/>
      </w:pPr>
      <w:r>
        <w:rPr>
          <w:rFonts w:ascii="Times New Roman" w:hAnsi="Times New Roman" w:eastAsia="宋体"/>
          <w:b w:val="0"/>
          <w:i w:val="0"/>
          <w:color w:val="333333"/>
          <w:sz w:val="19"/>
        </w:rPr>
        <w:t>Both values are consistent, with f(1) = 1/2 and f(-1) = -1/2. So the largest possible domain is {-1,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每个圆的半径等于其圆心的 y-坐标，所以两圆都与 x-轴相切，这条直线就是一条公共外切线。两条外切线交于圆心连线与 x-轴的交点。</w:t>
      </w:r>
    </w:p>
    <w:p>
      <w:pPr>
        <w:spacing w:before="0" w:after="80" w:line="300" w:lineRule="auto"/>
        <w:jc w:val="left"/>
      </w:pPr>
      <w:r>
        <w:rPr>
          <w:rFonts w:ascii="Times New Roman" w:hAnsi="Times New Roman" w:eastAsia="宋体"/>
          <w:b w:val="0"/>
          <w:i w:val="0"/>
          <w:sz w:val="21"/>
        </w:rPr>
        <w:t>该直线斜率为 (9 - 4)/(14 - 2) = 5/12 = tanθ，且过 (2, 4)， 与 x-轴交于 (-38/5, 0)。</w:t>
      </w:r>
    </w:p>
    <w:p>
      <w:pPr>
        <w:spacing w:before="0" w:after="80" w:line="300" w:lineRule="auto"/>
        <w:jc w:val="left"/>
      </w:pPr>
      <w:r>
        <w:rPr>
          <w:rFonts w:ascii="Times New Roman" w:hAnsi="Times New Roman" w:eastAsia="宋体"/>
          <w:b w:val="0"/>
          <w:i w:val="0"/>
          <w:sz w:val="21"/>
        </w:rPr>
        <w:t>另一条切线与 x-轴所成的角为 2θ，所以其斜率为</w:t>
      </w:r>
    </w:p>
    <w:p>
      <w:pPr>
        <w:spacing w:before="0" w:after="80" w:line="300" w:lineRule="auto"/>
        <w:jc w:val="left"/>
      </w:pPr>
      <w:r>
        <w:rPr>
          <w:rFonts w:ascii="Times New Roman" w:hAnsi="Times New Roman" w:eastAsia="宋体"/>
          <w:b w:val="0"/>
          <w:i w:val="0"/>
          <w:sz w:val="21"/>
        </w:rPr>
        <w:t>tan 2θ = (2 · 5/12)/(1 - (5/12)²) = 120/119。</w:t>
      </w:r>
    </w:p>
    <w:p>
      <w:pPr>
        <w:spacing w:before="0" w:after="80" w:line="300" w:lineRule="auto"/>
        <w:jc w:val="left"/>
      </w:pPr>
      <w:r>
        <w:rPr>
          <w:rFonts w:ascii="Times New Roman" w:hAnsi="Times New Roman" w:eastAsia="宋体"/>
          <w:b w:val="0"/>
          <w:i w:val="0"/>
          <w:sz w:val="21"/>
        </w:rPr>
        <w:t>因此 b = 120/119 · 38/5 = 912/119。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circle’s radius equals its center’s y-coordinate, so both are tangent to the x-axis, which is a common external tangent. The two external tangents meet at the x-intercept of the line through the centers.</w:t>
      </w:r>
    </w:p>
    <w:p>
      <w:pPr>
        <w:spacing w:before="0" w:after="80" w:line="300" w:lineRule="auto"/>
        <w:jc w:val="left"/>
      </w:pPr>
      <w:r>
        <w:rPr>
          <w:rFonts w:ascii="Times New Roman" w:hAnsi="Times New Roman" w:eastAsia="宋体"/>
          <w:b w:val="0"/>
          <w:i w:val="0"/>
          <w:color w:val="333333"/>
          <w:sz w:val="19"/>
        </w:rPr>
        <w:t>That line has slope (9 - 4)/(14 - 2) = 5/12 = tanθ and passes through (2, 4), meeting the x-axis at (-38/5, 0).</w:t>
      </w:r>
    </w:p>
    <w:p>
      <w:pPr>
        <w:spacing w:before="0" w:after="80" w:line="300" w:lineRule="auto"/>
        <w:jc w:val="left"/>
      </w:pPr>
      <w:r>
        <w:rPr>
          <w:rFonts w:ascii="Times New Roman" w:hAnsi="Times New Roman" w:eastAsia="宋体"/>
          <w:b w:val="0"/>
          <w:i w:val="0"/>
          <w:color w:val="333333"/>
          <w:sz w:val="19"/>
        </w:rPr>
        <w:t>The other tangent makes angle 2θ with the x-axis, so its slope is</w:t>
      </w:r>
    </w:p>
    <w:p>
      <w:pPr>
        <w:spacing w:before="0" w:after="80" w:line="300" w:lineRule="auto"/>
        <w:jc w:val="left"/>
      </w:pPr>
      <w:r>
        <w:rPr>
          <w:rFonts w:ascii="Times New Roman" w:hAnsi="Times New Roman" w:eastAsia="宋体"/>
          <w:b w:val="0"/>
          <w:i w:val="0"/>
          <w:color w:val="333333"/>
          <w:sz w:val="19"/>
        </w:rPr>
        <w:t>tan 2θ = (2 · 5/12)/(1 - (5/12)²) = 120/119.</w:t>
      </w:r>
    </w:p>
    <w:p>
      <w:pPr>
        <w:spacing w:before="0" w:after="80" w:line="300" w:lineRule="auto"/>
        <w:jc w:val="left"/>
      </w:pPr>
      <w:r>
        <w:rPr>
          <w:rFonts w:ascii="Times New Roman" w:hAnsi="Times New Roman" w:eastAsia="宋体"/>
          <w:b w:val="0"/>
          <w:i w:val="0"/>
          <w:color w:val="333333"/>
          <w:sz w:val="19"/>
        </w:rPr>
        <w:t>Then b = 120/119 · 38/5 = 912/119.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从起点出发共有 3⁷ 条等可能的 7-步路径。考虑一条访问全部 8 个顶点的路径：第一步有 3 种选择，第二步有 2 种选择。</w:t>
      </w:r>
    </w:p>
    <w:p>
      <w:pPr>
        <w:spacing w:before="0" w:after="80" w:line="300" w:lineRule="auto"/>
        <w:jc w:val="left"/>
      </w:pPr>
      <w:r>
        <w:rPr>
          <w:rFonts w:ascii="Times New Roman" w:hAnsi="Times New Roman" w:eastAsia="宋体"/>
          <w:b w:val="0"/>
          <w:i w:val="0"/>
          <w:sz w:val="21"/>
        </w:rPr>
        <w:t>用三位二进制串给立方体的顶点编号。由对称性，固定前两步之后，可设前三个顶点依次为 000,001,011。逐个分支检验可知，恰好只有以下三种走完全程的方式：</w:t>
      </w:r>
    </w:p>
    <w:p>
      <w:pPr>
        <w:spacing w:before="0" w:after="80" w:line="300" w:lineRule="auto"/>
        <w:jc w:val="left"/>
      </w:pPr>
      <w:r>
        <w:rPr>
          <w:rFonts w:ascii="Times New Roman" w:hAnsi="Times New Roman" w:eastAsia="宋体"/>
          <w:b w:val="0"/>
          <w:i w:val="0"/>
          <w:sz w:val="21"/>
        </w:rPr>
        <w:t>010,110,111,101,100,</w:t>
      </w:r>
    </w:p>
    <w:p>
      <w:pPr>
        <w:spacing w:before="0" w:after="80" w:line="300" w:lineRule="auto"/>
        <w:jc w:val="left"/>
      </w:pPr>
      <w:r>
        <w:rPr>
          <w:rFonts w:ascii="Times New Roman" w:hAnsi="Times New Roman" w:eastAsia="宋体"/>
          <w:b w:val="0"/>
          <w:i w:val="0"/>
          <w:sz w:val="21"/>
        </w:rPr>
        <w:t>010,110,100,101,111,</w:t>
      </w:r>
    </w:p>
    <w:p>
      <w:pPr>
        <w:spacing w:before="0" w:after="80" w:line="300" w:lineRule="auto"/>
        <w:jc w:val="left"/>
      </w:pPr>
      <w:r>
        <w:rPr>
          <w:rFonts w:ascii="Times New Roman" w:hAnsi="Times New Roman" w:eastAsia="宋体"/>
          <w:b w:val="0"/>
          <w:i w:val="0"/>
          <w:sz w:val="21"/>
        </w:rPr>
        <w:t>111,101,100,110,010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因此这样的路径共有 3 · 2 · 3 = 18 条。</w:t>
      </w:r>
    </w:p>
    <w:p>
      <w:pPr>
        <w:spacing w:before="0" w:after="80" w:line="300" w:lineRule="auto"/>
        <w:jc w:val="left"/>
      </w:pPr>
      <w:r>
        <w:rPr>
          <w:rFonts w:ascii="Times New Roman" w:hAnsi="Times New Roman" w:eastAsia="宋体"/>
          <w:b w:val="0"/>
          <w:i w:val="0"/>
          <w:sz w:val="21"/>
        </w:rPr>
        <w:t>概率为 18/3⁷ = 18/2187 = 2/243。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start there are 3⁷ equally likely 7-move walks. For a walk visiting all 8 vertices, there are 3 choices for the first move and 2 for the second, since it cannot return to the starting vertex.</w:t>
      </w:r>
    </w:p>
    <w:p>
      <w:pPr>
        <w:spacing w:before="0" w:after="80" w:line="300" w:lineRule="auto"/>
        <w:jc w:val="left"/>
      </w:pPr>
      <w:r>
        <w:rPr>
          <w:rFonts w:ascii="Times New Roman" w:hAnsi="Times New Roman" w:eastAsia="宋体"/>
          <w:b w:val="0"/>
          <w:i w:val="0"/>
          <w:color w:val="333333"/>
          <w:sz w:val="19"/>
        </w:rPr>
        <w:t>Label cube vertices by three-bit strings. By symmetry, after fixing those first two moves we may take the first three vertices to be 000,001,011. A branch check gives exactly these three completions:</w:t>
      </w:r>
    </w:p>
    <w:p>
      <w:pPr>
        <w:spacing w:before="0" w:after="80" w:line="300" w:lineRule="auto"/>
        <w:jc w:val="left"/>
      </w:pPr>
      <w:r>
        <w:rPr>
          <w:rFonts w:ascii="Times New Roman" w:hAnsi="Times New Roman" w:eastAsia="宋体"/>
          <w:b w:val="0"/>
          <w:i w:val="0"/>
          <w:color w:val="333333"/>
          <w:sz w:val="19"/>
        </w:rPr>
        <w:t>010,110,111,101,100,</w:t>
      </w:r>
    </w:p>
    <w:p>
      <w:pPr>
        <w:spacing w:before="0" w:after="80" w:line="300" w:lineRule="auto"/>
        <w:jc w:val="left"/>
      </w:pPr>
      <w:r>
        <w:rPr>
          <w:rFonts w:ascii="Times New Roman" w:hAnsi="Times New Roman" w:eastAsia="宋体"/>
          <w:b w:val="0"/>
          <w:i w:val="0"/>
          <w:color w:val="333333"/>
          <w:sz w:val="19"/>
        </w:rPr>
        <w:t>010,110,100,101,111,</w:t>
      </w:r>
    </w:p>
    <w:p>
      <w:pPr>
        <w:spacing w:before="0" w:after="80" w:line="300" w:lineRule="auto"/>
        <w:jc w:val="left"/>
      </w:pPr>
      <w:r>
        <w:rPr>
          <w:rFonts w:ascii="Times New Roman" w:hAnsi="Times New Roman" w:eastAsia="宋体"/>
          <w:b w:val="0"/>
          <w:i w:val="0"/>
          <w:color w:val="333333"/>
          <w:sz w:val="19"/>
        </w:rPr>
        <w:t>111,101,100,110,010.</w:t>
      </w:r>
    </w:p>
    <w:p>
      <w:pPr>
        <w:spacing w:before="0" w:after="80" w:line="300" w:lineRule="auto"/>
        <w:jc w:val="left"/>
      </w:pPr>
      <w:r>
        <w:rPr>
          <w:rFonts w:ascii="Times New Roman" w:hAnsi="Times New Roman" w:eastAsia="宋体"/>
          <w:b w:val="0"/>
          <w:i w:val="0"/>
          <w:color w:val="333333"/>
          <w:sz w:val="19"/>
        </w:rPr>
        <w:t>Thus there are 3 · 2 · 3 = 18 such walks.</w:t>
      </w:r>
    </w:p>
    <w:p>
      <w:pPr>
        <w:spacing w:before="0" w:after="80" w:line="300" w:lineRule="auto"/>
        <w:jc w:val="left"/>
      </w:pPr>
      <w:r>
        <w:rPr>
          <w:rFonts w:ascii="Times New Roman" w:hAnsi="Times New Roman" w:eastAsia="宋体"/>
          <w:b w:val="0"/>
          <w:i w:val="0"/>
          <w:color w:val="333333"/>
          <w:sz w:val="19"/>
        </w:rPr>
        <w:t>The probability is 18/3⁷ = 18/2187 = 2/243.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对 j = 1, 2，条件变为 j + x² + y² ≤ 10^(j)(x + y)，即</w:t>
      </w:r>
    </w:p>
    <w:p>
      <w:pPr>
        <w:spacing w:before="0" w:after="80" w:line="300" w:lineRule="auto"/>
        <w:jc w:val="left"/>
      </w:pPr>
      <w:r>
        <w:rPr>
          <w:rFonts w:ascii="Times New Roman" w:hAnsi="Times New Roman" w:eastAsia="宋体"/>
          <w:b w:val="0"/>
          <w:i w:val="0"/>
          <w:sz w:val="21"/>
        </w:rPr>
        <w:t>(x - (10^(j))/2)²</w:t>
      </w:r>
    </w:p>
    <w:p>
      <w:pPr>
        <w:spacing w:before="0" w:after="80" w:line="300" w:lineRule="auto"/>
        <w:jc w:val="left"/>
      </w:pPr>
      <w:r>
        <w:rPr>
          <w:rFonts w:ascii="Times New Roman" w:hAnsi="Times New Roman" w:eastAsia="宋体"/>
          <w:b w:val="0"/>
          <w:i w:val="0"/>
          <w:sz w:val="21"/>
        </w:rPr>
        <w:t>+ (y - (10^(j))/2)²</w:t>
      </w:r>
    </w:p>
    <w:p>
      <w:pPr>
        <w:spacing w:before="0" w:after="80" w:line="300" w:lineRule="auto"/>
        <w:jc w:val="left"/>
      </w:pPr>
      <w:r>
        <w:rPr>
          <w:rFonts w:ascii="Times New Roman" w:hAnsi="Times New Roman" w:eastAsia="宋体"/>
          <w:b w:val="0"/>
          <w:i w:val="0"/>
          <w:sz w:val="21"/>
        </w:rPr>
        <w:t>≤ (10^(2j))/2 - j</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这是两个圆盘，S₁ 的半径平方为 100/2 - 1 = 49，S₂ 的半径平方为 10000/2 - 2 = 4998。</w:t>
      </w:r>
    </w:p>
    <w:p>
      <w:pPr>
        <w:spacing w:before="0" w:after="80" w:line="300" w:lineRule="auto"/>
        <w:jc w:val="left"/>
      </w:pPr>
      <w:r>
        <w:rPr>
          <w:rFonts w:ascii="Times New Roman" w:hAnsi="Times New Roman" w:eastAsia="宋体"/>
          <w:b w:val="0"/>
          <w:i w:val="0"/>
          <w:sz w:val="21"/>
        </w:rPr>
        <w:t>对数要求 x+y&gt;0。对每个圆盘，其圆心到直线 x+y=0 的距离平方为 (10^(2j))/2，比半径平方恰好多 j。所以两个圆盘都完全位于 x+y&gt;0 内，改写不等式时没有加入额外点。面积之比为 4998/49 = 102。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j = 1, 2, the condition becomes j + x² + y² ≤ 10^(j)(x + y), i.e.</w:t>
      </w:r>
    </w:p>
    <w:p>
      <w:pPr>
        <w:spacing w:before="0" w:after="80" w:line="300" w:lineRule="auto"/>
        <w:jc w:val="left"/>
      </w:pPr>
      <w:r>
        <w:rPr>
          <w:rFonts w:ascii="Times New Roman" w:hAnsi="Times New Roman" w:eastAsia="宋体"/>
          <w:b w:val="0"/>
          <w:i w:val="0"/>
          <w:color w:val="333333"/>
          <w:sz w:val="19"/>
        </w:rPr>
        <w:t>(x - (10^(j))/2)²</w:t>
      </w:r>
    </w:p>
    <w:p>
      <w:pPr>
        <w:spacing w:before="0" w:after="80" w:line="300" w:lineRule="auto"/>
        <w:jc w:val="left"/>
      </w:pPr>
      <w:r>
        <w:rPr>
          <w:rFonts w:ascii="Times New Roman" w:hAnsi="Times New Roman" w:eastAsia="宋体"/>
          <w:b w:val="0"/>
          <w:i w:val="0"/>
          <w:color w:val="333333"/>
          <w:sz w:val="19"/>
        </w:rPr>
        <w:t>+ (y - (10^(j))/2)²</w:t>
      </w:r>
    </w:p>
    <w:p>
      <w:pPr>
        <w:spacing w:before="0" w:after="80" w:line="300" w:lineRule="auto"/>
        <w:jc w:val="left"/>
      </w:pPr>
      <w:r>
        <w:rPr>
          <w:rFonts w:ascii="Times New Roman" w:hAnsi="Times New Roman" w:eastAsia="宋体"/>
          <w:b w:val="0"/>
          <w:i w:val="0"/>
          <w:color w:val="333333"/>
          <w:sz w:val="19"/>
        </w:rPr>
        <w:t>≤ (10^(2j))/2 - j.</w:t>
      </w:r>
    </w:p>
    <w:p>
      <w:pPr>
        <w:spacing w:before="0" w:after="80" w:line="300" w:lineRule="auto"/>
        <w:jc w:val="left"/>
      </w:pPr>
      <w:r>
        <w:rPr>
          <w:rFonts w:ascii="Times New Roman" w:hAnsi="Times New Roman" w:eastAsia="宋体"/>
          <w:b w:val="0"/>
          <w:i w:val="0"/>
          <w:color w:val="333333"/>
          <w:sz w:val="19"/>
        </w:rPr>
        <w:t>These are disks with squared radii 100/2 - 1 = 49 for S₁ and 10000/2 - 2 = 4998 for S₂.</w:t>
      </w:r>
    </w:p>
    <w:p>
      <w:pPr>
        <w:spacing w:before="0" w:after="80" w:line="300" w:lineRule="auto"/>
        <w:jc w:val="left"/>
      </w:pPr>
      <w:r>
        <w:rPr>
          <w:rFonts w:ascii="Times New Roman" w:hAnsi="Times New Roman" w:eastAsia="宋体"/>
          <w:b w:val="0"/>
          <w:i w:val="0"/>
          <w:color w:val="333333"/>
          <w:sz w:val="19"/>
        </w:rPr>
        <w:t>The logarithms require x+y&gt;0. For each disk, the squared distance from its center to the line x+y=0 is (10^(2j))/2, which is j more than the squared radius. Hence both disks lie entirely in x+y&gt;0, so no points were added when the inequalities were rewritten. The area ratio is 4998/49 = 102.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把正六边形放在圆的中心。每个顶点都对应一段圆弧，从该弧上只能完整看到在此顶点相交的两条边。这六段全等圆弧组成补事件，其概率为 1/2，所以每段弧的度数为 30°。</w:t>
      </w:r>
    </w:p>
    <w:p>
      <w:pPr>
        <w:spacing w:before="0" w:after="80" w:line="300" w:lineRule="auto"/>
        <w:jc w:val="left"/>
      </w:pPr>
      <w:r>
        <w:rPr>
          <w:rFonts w:ascii="Times New Roman" w:hAnsi="Times New Roman" w:eastAsia="宋体"/>
          <w:b w:val="0"/>
          <w:i w:val="0"/>
          <w:sz w:val="21"/>
        </w:rPr>
        <w:t>取以圆心 O 到顶点 A 的射线为中心的那段弧，并设 P 为它的上端点。则 ∠ POA = 15°，而在 P 处第三条边刚好开始可见，所以 P 位于该边所在的直线上。这条直线到 O 的距离为边心距 √(3)。</w:t>
      </w:r>
    </w:p>
    <w:p>
      <w:pPr>
        <w:spacing w:before="0" w:after="80" w:line="300" w:lineRule="auto"/>
        <w:jc w:val="left"/>
      </w:pPr>
      <w:r>
        <w:rPr>
          <w:rFonts w:ascii="Times New Roman" w:hAnsi="Times New Roman" w:eastAsia="宋体"/>
          <w:b w:val="0"/>
          <w:i w:val="0"/>
          <w:sz w:val="21"/>
        </w:rPr>
        <w:t>因此 √(3) = rsin 15° = r · (√(6) - √(2))/4，所以</w:t>
      </w:r>
    </w:p>
    <w:p>
      <w:pPr>
        <w:spacing w:before="0" w:after="80" w:line="300" w:lineRule="auto"/>
        <w:jc w:val="left"/>
      </w:pPr>
      <w:r>
        <w:rPr>
          <w:rFonts w:ascii="Times New Roman" w:hAnsi="Times New Roman" w:eastAsia="宋体"/>
          <w:b w:val="0"/>
          <w:i w:val="0"/>
          <w:sz w:val="21"/>
        </w:rPr>
        <w:t>r = (4√(3))/(√(6) - √(2)) = 3√(2)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hexagon at the center of the circle. Corresponding to each vertex is an arc from which only the two sides meeting there are entirely visible. These six congruent arcs make up the complementary probability 1/2, so each arc measures 30°.</w:t>
      </w:r>
    </w:p>
    <w:p>
      <w:pPr>
        <w:spacing w:before="0" w:after="80" w:line="300" w:lineRule="auto"/>
        <w:jc w:val="left"/>
      </w:pPr>
      <w:r>
        <w:rPr>
          <w:rFonts w:ascii="Times New Roman" w:hAnsi="Times New Roman" w:eastAsia="宋体"/>
          <w:b w:val="0"/>
          <w:i w:val="0"/>
          <w:color w:val="333333"/>
          <w:sz w:val="19"/>
        </w:rPr>
        <w:t>Take the arc centered on the ray from the center O through a vertex A, and let P be its upper endpoint. Then ∠ POA = 15°, and at P a third side is just becoming visible, so P lies on that side’s supporting line. Its distance from O is the apothem √(3).</w:t>
      </w:r>
    </w:p>
    <w:p>
      <w:pPr>
        <w:spacing w:before="0" w:after="80" w:line="300" w:lineRule="auto"/>
        <w:jc w:val="left"/>
      </w:pPr>
      <w:r>
        <w:rPr>
          <w:rFonts w:ascii="Times New Roman" w:hAnsi="Times New Roman" w:eastAsia="宋体"/>
          <w:b w:val="0"/>
          <w:i w:val="0"/>
          <w:color w:val="333333"/>
          <w:sz w:val="19"/>
        </w:rPr>
        <w:t>Hence √(3) = rsin 15° = r · (√(6) - √(2))/4, giving</w:t>
      </w:r>
    </w:p>
    <w:p>
      <w:pPr>
        <w:spacing w:before="0" w:after="80" w:line="300" w:lineRule="auto"/>
        <w:jc w:val="left"/>
      </w:pPr>
      <w:r>
        <w:rPr>
          <w:rFonts w:ascii="Times New Roman" w:hAnsi="Times New Roman" w:eastAsia="宋体"/>
          <w:b w:val="0"/>
          <w:i w:val="0"/>
          <w:color w:val="333333"/>
          <w:sz w:val="19"/>
        </w:rPr>
        <w:t>r = (4√(3))/(√(6) - √(2)) = 3√(2)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每次应用 A 都是在平均相邻项，所以 100 步后剩下的唯一一项为</w:t>
      </w:r>
    </w:p>
    <w:p>
      <w:pPr>
        <w:spacing w:before="0" w:after="80" w:line="300" w:lineRule="auto"/>
        <w:jc w:val="left"/>
      </w:pPr>
      <w:r>
        <w:rPr>
          <w:rFonts w:ascii="Times New Roman" w:hAnsi="Times New Roman" w:eastAsia="宋体"/>
          <w:b w:val="0"/>
          <w:i w:val="0"/>
          <w:sz w:val="21"/>
        </w:rPr>
        <w:t>1/2¹⁰⁰ Σₘ₌₀¹⁰⁰ C(100, m) xᵐ</w:t>
      </w:r>
    </w:p>
    <w:p>
      <w:pPr>
        <w:spacing w:before="0" w:after="80" w:line="300" w:lineRule="auto"/>
        <w:jc w:val="left"/>
      </w:pPr>
      <w:r>
        <w:rPr>
          <w:rFonts w:ascii="Times New Roman" w:hAnsi="Times New Roman" w:eastAsia="宋体"/>
          <w:b w:val="0"/>
          <w:i w:val="0"/>
          <w:sz w:val="21"/>
        </w:rPr>
        <w:t>= ((1 + x)¹⁰⁰)/2¹⁰⁰</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将其设为 1/2⁵⁰，得 (1 + x)¹⁰⁰ = 2⁵⁰，所以 1 + x = 2^(1/2) = √(2)。因为 x &gt; 0，得 x = √(2) - 1。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application of A averages adjacent terms, so after 100 steps the single remaining term is</w:t>
      </w:r>
    </w:p>
    <w:p>
      <w:pPr>
        <w:spacing w:before="0" w:after="80" w:line="300" w:lineRule="auto"/>
        <w:jc w:val="left"/>
      </w:pPr>
      <w:r>
        <w:rPr>
          <w:rFonts w:ascii="Times New Roman" w:hAnsi="Times New Roman" w:eastAsia="宋体"/>
          <w:b w:val="0"/>
          <w:i w:val="0"/>
          <w:color w:val="333333"/>
          <w:sz w:val="19"/>
        </w:rPr>
        <w:t>1/2¹⁰⁰ Σₘ₌₀¹⁰⁰ C(100, m) xᵐ</w:t>
      </w:r>
    </w:p>
    <w:p>
      <w:pPr>
        <w:spacing w:before="0" w:after="80" w:line="300" w:lineRule="auto"/>
        <w:jc w:val="left"/>
      </w:pPr>
      <w:r>
        <w:rPr>
          <w:rFonts w:ascii="Times New Roman" w:hAnsi="Times New Roman" w:eastAsia="宋体"/>
          <w:b w:val="0"/>
          <w:i w:val="0"/>
          <w:color w:val="333333"/>
          <w:sz w:val="19"/>
        </w:rPr>
        <w:t>= ((1 + x)¹⁰⁰)/2¹⁰⁰.</w:t>
      </w:r>
    </w:p>
    <w:p>
      <w:pPr>
        <w:spacing w:before="0" w:after="80" w:line="300" w:lineRule="auto"/>
        <w:jc w:val="left"/>
      </w:pPr>
      <w:r>
        <w:rPr>
          <w:rFonts w:ascii="Times New Roman" w:hAnsi="Times New Roman" w:eastAsia="宋体"/>
          <w:b w:val="0"/>
          <w:i w:val="0"/>
          <w:color w:val="333333"/>
          <w:sz w:val="19"/>
        </w:rPr>
        <w:t>Setting this equal to 1/2⁵⁰ gives (1 + x)¹⁰⁰ = 2⁵⁰, so 1 + x = 2^(1/2) = √(2). Since x &gt; 0, we get x = √(2)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单项式 xᵃ yᵇ zᶜ 只有在 a 为偶数时保留，因为 a 为奇数的项会在两个展开式之间抵消。</w:t>
      </w:r>
    </w:p>
    <w:p>
      <w:pPr>
        <w:spacing w:before="0" w:after="80" w:line="300" w:lineRule="auto"/>
        <w:jc w:val="left"/>
      </w:pPr>
      <w:r>
        <w:rPr>
          <w:rFonts w:ascii="Times New Roman" w:hAnsi="Times New Roman" w:eastAsia="宋体"/>
          <w:b w:val="0"/>
          <w:i w:val="0"/>
          <w:sz w:val="21"/>
        </w:rPr>
        <w:t>对每个满足 0 ≤ a ≤ 2006 的偶数 a，指数 b 有 2007 - a 个取值，而 c = 2006 - a - b 随后确定。对所有偶数 a 求和：</w:t>
      </w:r>
    </w:p>
    <w:p>
      <w:pPr>
        <w:spacing w:before="0" w:after="80" w:line="300" w:lineRule="auto"/>
        <w:jc w:val="left"/>
      </w:pPr>
      <w:r>
        <w:rPr>
          <w:rFonts w:ascii="Times New Roman" w:hAnsi="Times New Roman" w:eastAsia="宋体"/>
          <w:b w:val="0"/>
          <w:i w:val="0"/>
          <w:sz w:val="21"/>
        </w:rPr>
        <w:t>(2007 - 0) + (2007 - 2)</w:t>
      </w:r>
    </w:p>
    <w:p>
      <w:pPr>
        <w:spacing w:before="0" w:after="80" w:line="300" w:lineRule="auto"/>
        <w:jc w:val="left"/>
      </w:pPr>
      <w:r>
        <w:rPr>
          <w:rFonts w:ascii="Times New Roman" w:hAnsi="Times New Roman" w:eastAsia="宋体"/>
          <w:b w:val="0"/>
          <w:i w:val="0"/>
          <w:sz w:val="21"/>
        </w:rPr>
        <w:t>+ ⋯ + (2007 - 2006)</w:t>
      </w:r>
    </w:p>
    <w:p>
      <w:pPr>
        <w:spacing w:before="0" w:after="80" w:line="300" w:lineRule="auto"/>
        <w:jc w:val="left"/>
      </w:pPr>
      <w:r>
        <w:rPr>
          <w:rFonts w:ascii="Times New Roman" w:hAnsi="Times New Roman" w:eastAsia="宋体"/>
          <w:b w:val="0"/>
          <w:i w:val="0"/>
          <w:sz w:val="21"/>
        </w:rPr>
        <w:t>= 2007 + 2005 + ⋯ + 1，</w:t>
      </w:r>
    </w:p>
    <w:p>
      <w:pPr>
        <w:spacing w:before="0" w:after="80" w:line="300" w:lineRule="auto"/>
        <w:jc w:val="left"/>
      </w:pPr>
      <w:r>
        <w:rPr>
          <w:rFonts w:ascii="Times New Roman" w:hAnsi="Times New Roman" w:eastAsia="宋体"/>
          <w:b w:val="0"/>
          <w:i w:val="0"/>
          <w:sz w:val="21"/>
        </w:rPr>
        <w:t>这是前 1004 个正奇数之和，等于 1004² = 1,008,016。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term xᵃ yᵇ zᶜ survives only when a is even, since terms with odd a cancel between the two expansions.</w:t>
      </w:r>
    </w:p>
    <w:p>
      <w:pPr>
        <w:spacing w:before="0" w:after="80" w:line="300" w:lineRule="auto"/>
        <w:jc w:val="left"/>
      </w:pPr>
      <w:r>
        <w:rPr>
          <w:rFonts w:ascii="Times New Roman" w:hAnsi="Times New Roman" w:eastAsia="宋体"/>
          <w:b w:val="0"/>
          <w:i w:val="0"/>
          <w:color w:val="333333"/>
          <w:sz w:val="19"/>
        </w:rPr>
        <w:t>For each even a with 0 ≤ a ≤ 2006, the exponent b ranges over 2007 - a values and c = 2006 - a - b is then determined. Summing over even a:</w:t>
      </w:r>
    </w:p>
    <w:p>
      <w:pPr>
        <w:spacing w:before="0" w:after="80" w:line="300" w:lineRule="auto"/>
        <w:jc w:val="left"/>
      </w:pPr>
      <w:r>
        <w:rPr>
          <w:rFonts w:ascii="Times New Roman" w:hAnsi="Times New Roman" w:eastAsia="宋体"/>
          <w:b w:val="0"/>
          <w:i w:val="0"/>
          <w:color w:val="333333"/>
          <w:sz w:val="19"/>
        </w:rPr>
        <w:t>(2007 - 0) + (2007 - 2)</w:t>
      </w:r>
    </w:p>
    <w:p>
      <w:pPr>
        <w:spacing w:before="0" w:after="80" w:line="300" w:lineRule="auto"/>
        <w:jc w:val="left"/>
      </w:pPr>
      <w:r>
        <w:rPr>
          <w:rFonts w:ascii="Times New Roman" w:hAnsi="Times New Roman" w:eastAsia="宋体"/>
          <w:b w:val="0"/>
          <w:i w:val="0"/>
          <w:color w:val="333333"/>
          <w:sz w:val="19"/>
        </w:rPr>
        <w:t>+ ⋯ + (2007 - 2006)</w:t>
      </w:r>
    </w:p>
    <w:p>
      <w:pPr>
        <w:spacing w:before="0" w:after="80" w:line="300" w:lineRule="auto"/>
        <w:jc w:val="left"/>
      </w:pPr>
      <w:r>
        <w:rPr>
          <w:rFonts w:ascii="Times New Roman" w:hAnsi="Times New Roman" w:eastAsia="宋体"/>
          <w:b w:val="0"/>
          <w:i w:val="0"/>
          <w:color w:val="333333"/>
          <w:sz w:val="19"/>
        </w:rPr>
        <w:t>= 2007 + 2005 + ⋯ + 1,</w:t>
      </w:r>
    </w:p>
    <w:p>
      <w:pPr>
        <w:spacing w:before="0" w:after="80" w:line="300" w:lineRule="auto"/>
        <w:jc w:val="left"/>
      </w:pPr>
      <w:r>
        <w:rPr>
          <w:rFonts w:ascii="Times New Roman" w:hAnsi="Times New Roman" w:eastAsia="宋体"/>
          <w:b w:val="0"/>
          <w:i w:val="0"/>
          <w:color w:val="333333"/>
          <w:sz w:val="19"/>
        </w:rPr>
        <w:t>the sum of the first 1004 odd positive integers, which is 1004² = 1,008,016.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由性质 (2)，一个有效的 k-元素集合是 {k, k+1, …, 15} 的一个 k-子集，且没有两个连续元素。</w:t>
      </w:r>
    </w:p>
    <w:p>
      <w:pPr>
        <w:spacing w:before="0" w:after="80" w:line="300" w:lineRule="auto"/>
        <w:jc w:val="left"/>
      </w:pPr>
      <w:r>
        <w:rPr>
          <w:rFonts w:ascii="Times New Roman" w:hAnsi="Times New Roman" w:eastAsia="宋体"/>
          <w:b w:val="0"/>
          <w:i w:val="0"/>
          <w:sz w:val="21"/>
        </w:rPr>
        <w:t>将被选元素之间的间隔压缩后，这些集合与一个 (17 - 2k)-元素集合的 k-子集一一对应，数量为 C(17 - 2k, k)。只有 k ≤ 5 时该数非零，所以总数为</w:t>
      </w:r>
    </w:p>
    <w:p>
      <w:pPr>
        <w:spacing w:before="0" w:after="80" w:line="300" w:lineRule="auto"/>
        <w:jc w:val="left"/>
      </w:pPr>
      <w:r>
        <w:rPr>
          <w:rFonts w:ascii="Times New Roman" w:hAnsi="Times New Roman" w:eastAsia="宋体"/>
          <w:b w:val="0"/>
          <w:i w:val="0"/>
          <w:sz w:val="21"/>
        </w:rPr>
        <w:t>C(15, 1) + C(13, 2)</w:t>
      </w:r>
    </w:p>
    <w:p>
      <w:pPr>
        <w:spacing w:before="0" w:after="80" w:line="300" w:lineRule="auto"/>
        <w:jc w:val="left"/>
      </w:pPr>
      <w:r>
        <w:rPr>
          <w:rFonts w:ascii="Times New Roman" w:hAnsi="Times New Roman" w:eastAsia="宋体"/>
          <w:b w:val="0"/>
          <w:i w:val="0"/>
          <w:sz w:val="21"/>
        </w:rPr>
        <w:t>+ C(11, 3) + C(9, 4)</w:t>
      </w:r>
    </w:p>
    <w:p>
      <w:pPr>
        <w:spacing w:before="0" w:after="80" w:line="300" w:lineRule="auto"/>
        <w:jc w:val="left"/>
      </w:pPr>
      <w:r>
        <w:rPr>
          <w:rFonts w:ascii="Times New Roman" w:hAnsi="Times New Roman" w:eastAsia="宋体"/>
          <w:b w:val="0"/>
          <w:i w:val="0"/>
          <w:sz w:val="21"/>
        </w:rPr>
        <w:t>+ C(7, 5)</w:t>
      </w:r>
    </w:p>
    <w:p>
      <w:pPr>
        <w:spacing w:before="0" w:after="80" w:line="300" w:lineRule="auto"/>
        <w:jc w:val="left"/>
      </w:pPr>
      <w:r>
        <w:rPr>
          <w:rFonts w:ascii="Times New Roman" w:hAnsi="Times New Roman" w:eastAsia="宋体"/>
          <w:b w:val="0"/>
          <w:i w:val="0"/>
          <w:sz w:val="21"/>
        </w:rPr>
        <w:t>= 15 + 78 + 165 + 126 + 21</w:t>
      </w:r>
    </w:p>
    <w:p>
      <w:pPr>
        <w:spacing w:before="0" w:after="80" w:line="300" w:lineRule="auto"/>
        <w:jc w:val="left"/>
      </w:pPr>
      <w:r>
        <w:rPr>
          <w:rFonts w:ascii="Times New Roman" w:hAnsi="Times New Roman" w:eastAsia="宋体"/>
          <w:b w:val="0"/>
          <w:i w:val="0"/>
          <w:sz w:val="21"/>
        </w:rPr>
        <w:t>= 405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property (2), a valid k-element set is a k-subset of {k, k+1, …, 15} with no two consecutive elements.</w:t>
      </w:r>
    </w:p>
    <w:p>
      <w:pPr>
        <w:spacing w:before="0" w:after="80" w:line="300" w:lineRule="auto"/>
        <w:jc w:val="left"/>
      </w:pPr>
      <w:r>
        <w:rPr>
          <w:rFonts w:ascii="Times New Roman" w:hAnsi="Times New Roman" w:eastAsia="宋体"/>
          <w:b w:val="0"/>
          <w:i w:val="0"/>
          <w:color w:val="333333"/>
          <w:sz w:val="19"/>
        </w:rPr>
        <w:t>Collapsing the gaps between chosen elements, these correspond bijectively to k-subsets of a (17 - 2k)-element set, counted by C(17 - 2k, k). This is nonzero only for k ≤ 5, so the total is</w:t>
      </w:r>
    </w:p>
    <w:p>
      <w:pPr>
        <w:spacing w:before="0" w:after="80" w:line="300" w:lineRule="auto"/>
        <w:jc w:val="left"/>
      </w:pPr>
      <w:r>
        <w:rPr>
          <w:rFonts w:ascii="Times New Roman" w:hAnsi="Times New Roman" w:eastAsia="宋体"/>
          <w:b w:val="0"/>
          <w:i w:val="0"/>
          <w:color w:val="333333"/>
          <w:sz w:val="19"/>
        </w:rPr>
        <w:t>C(15, 1) + C(13, 2)</w:t>
      </w:r>
    </w:p>
    <w:p>
      <w:pPr>
        <w:spacing w:before="0" w:after="80" w:line="300" w:lineRule="auto"/>
        <w:jc w:val="left"/>
      </w:pPr>
      <w:r>
        <w:rPr>
          <w:rFonts w:ascii="Times New Roman" w:hAnsi="Times New Roman" w:eastAsia="宋体"/>
          <w:b w:val="0"/>
          <w:i w:val="0"/>
          <w:color w:val="333333"/>
          <w:sz w:val="19"/>
        </w:rPr>
        <w:t>+ C(11, 3) + C(9, 4)</w:t>
      </w:r>
    </w:p>
    <w:p>
      <w:pPr>
        <w:spacing w:before="0" w:after="80" w:line="300" w:lineRule="auto"/>
        <w:jc w:val="left"/>
      </w:pPr>
      <w:r>
        <w:rPr>
          <w:rFonts w:ascii="Times New Roman" w:hAnsi="Times New Roman" w:eastAsia="宋体"/>
          <w:b w:val="0"/>
          <w:i w:val="0"/>
          <w:color w:val="333333"/>
          <w:sz w:val="19"/>
        </w:rPr>
        <w:t>+ C(7, 5)</w:t>
      </w:r>
    </w:p>
    <w:p>
      <w:pPr>
        <w:spacing w:before="0" w:after="80" w:line="300" w:lineRule="auto"/>
        <w:jc w:val="left"/>
      </w:pPr>
      <w:r>
        <w:rPr>
          <w:rFonts w:ascii="Times New Roman" w:hAnsi="Times New Roman" w:eastAsia="宋体"/>
          <w:b w:val="0"/>
          <w:i w:val="0"/>
          <w:color w:val="333333"/>
          <w:sz w:val="19"/>
        </w:rPr>
        <w:t>= 15 + 78 + 165 + 126 + 21</w:t>
      </w:r>
    </w:p>
    <w:p>
      <w:pPr>
        <w:spacing w:before="0" w:after="80" w:line="300" w:lineRule="auto"/>
        <w:jc w:val="left"/>
      </w:pPr>
      <w:r>
        <w:rPr>
          <w:rFonts w:ascii="Times New Roman" w:hAnsi="Times New Roman" w:eastAsia="宋体"/>
          <w:b w:val="0"/>
          <w:i w:val="0"/>
          <w:color w:val="333333"/>
          <w:sz w:val="19"/>
        </w:rPr>
        <w:t>= 405.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