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2005B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一个童子军小队以每五条 $2 的价格买入 1000 条糖果棒。他们再以每两条 $1 的价格全部卖出。他们的利润是多少美元？</w:t>
      </w:r>
    </w:p>
    <w:p>
      <w:pPr>
        <w:spacing w:before="0" w:after="120" w:line="300" w:lineRule="auto"/>
      </w:pPr>
      <w:r>
        <w:rPr>
          <w:rFonts w:ascii="Times New Roman" w:hAnsi="Times New Roman" w:eastAsia="宋体"/>
          <w:b w:val="0"/>
          <w:i w:val="0"/>
          <w:sz w:val="21"/>
        </w:rPr>
        <w:t>（A）100　　（B）200　　（C）300　　（D）400　　（E）500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scout troop buys 1000 candy bars at a price of five for $2. They sell all the candy bars at a price of two for $1. What was their profit, in dollars?</w:t>
      </w:r>
    </w:p>
    <w:p>
      <w:pPr>
        <w:spacing w:before="0" w:after="160" w:line="300" w:lineRule="auto"/>
      </w:pPr>
      <w:r>
        <w:rPr>
          <w:rFonts w:ascii="Times New Roman" w:hAnsi="Times New Roman" w:eastAsia="宋体"/>
          <w:b w:val="0"/>
          <w:i w:val="0"/>
          <w:color w:val="333333"/>
          <w:sz w:val="19"/>
        </w:rPr>
        <w:t>(A) 100　　(B) 200　　(C) 300　　(D) 400　　(E) 500</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正数 x 满足：x% 的 x 等于 4。x 是多少？</w:t>
      </w:r>
    </w:p>
    <w:p>
      <w:pPr>
        <w:spacing w:before="0" w:after="120" w:line="300" w:lineRule="auto"/>
      </w:pPr>
      <w:r>
        <w:rPr>
          <w:rFonts w:ascii="Times New Roman" w:hAnsi="Times New Roman" w:eastAsia="宋体"/>
          <w:b w:val="0"/>
          <w:i w:val="0"/>
          <w:sz w:val="21"/>
        </w:rPr>
        <w:t>（A）2　　（B）4　　（C）10　　（D）20　　（E）40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positive number x has the property that x% of x is 4. What is x?</w:t>
      </w:r>
    </w:p>
    <w:p>
      <w:pPr>
        <w:spacing w:before="0" w:after="160" w:line="300" w:lineRule="auto"/>
      </w:pPr>
      <w:r>
        <w:rPr>
          <w:rFonts w:ascii="Times New Roman" w:hAnsi="Times New Roman" w:eastAsia="宋体"/>
          <w:b w:val="0"/>
          <w:i w:val="0"/>
          <w:color w:val="333333"/>
          <w:sz w:val="19"/>
        </w:rPr>
        <w:t>(A) 2　　(B) 4　　(C) 10　　(D) 20　　(E) 40</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Brianna 用周末工作赚来的部分钱购买若干张同价 CD。她用自己钱的五分之一买了全部 CD 的三分之一。买完全部 CD 后，她还剩下自己钱的几分之几？</w:t>
      </w:r>
    </w:p>
    <w:p>
      <w:pPr>
        <w:spacing w:before="0" w:after="120" w:line="300" w:lineRule="auto"/>
      </w:pPr>
      <w:r>
        <w:rPr>
          <w:rFonts w:ascii="Times New Roman" w:hAnsi="Times New Roman" w:eastAsia="宋体"/>
          <w:b w:val="0"/>
          <w:i w:val="0"/>
          <w:sz w:val="21"/>
        </w:rPr>
        <w:t>（A）1/5　　（B）1/3　　（C）2/5　　（D）2/3　　（E）4/5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Brianna is using part of the money she earned on her weekend job to buy several equally-priced CDs. She used one fifth of her money to buy one third of the CDs. What fraction of her money will she have left after she buys all the CDs?</w:t>
      </w:r>
    </w:p>
    <w:p>
      <w:pPr>
        <w:spacing w:before="0" w:after="160" w:line="300" w:lineRule="auto"/>
      </w:pPr>
      <w:r>
        <w:rPr>
          <w:rFonts w:ascii="Times New Roman" w:hAnsi="Times New Roman" w:eastAsia="宋体"/>
          <w:b w:val="0"/>
          <w:i w:val="0"/>
          <w:color w:val="333333"/>
          <w:sz w:val="19"/>
        </w:rPr>
        <w:t>(A) 1/5　　(B) 1/3　　(C) 2/5　　(D) 2/3　　(E) 4/5</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学年开始时，Lisa 的目标是在全年 50 次小测中至少 80% 得 A。前 30 次小测中她有 22 次得 A。若要达成目标，剩下的小测中她最多有多少次可以低于 A？</w:t>
      </w:r>
    </w:p>
    <w:p>
      <w:pPr>
        <w:spacing w:before="0" w:after="120" w:line="300" w:lineRule="auto"/>
      </w:pPr>
      <w:r>
        <w:rPr>
          <w:rFonts w:ascii="Times New Roman" w:hAnsi="Times New Roman" w:eastAsia="宋体"/>
          <w:b w:val="0"/>
          <w:i w:val="0"/>
          <w:sz w:val="21"/>
        </w:rPr>
        <w:t>（A）1　　（B）2　　（C）3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At the beginning of the school year, Lisa’s goal was to earn an A on at least 80% of her 50 quizzes for the year. She earned an A on 22 of the first 30 quizzes. If she is to achieve her goal, on at most how many of the remaining quizzes can she earn a grade lower than an A?</w:t>
      </w:r>
    </w:p>
    <w:p>
      <w:pPr>
        <w:spacing w:before="0" w:after="160" w:line="300" w:lineRule="auto"/>
      </w:pPr>
      <w:r>
        <w:rPr>
          <w:rFonts w:ascii="Times New Roman" w:hAnsi="Times New Roman" w:eastAsia="宋体"/>
          <w:b w:val="0"/>
          <w:i w:val="0"/>
          <w:color w:val="333333"/>
          <w:sz w:val="19"/>
        </w:rPr>
        <w:t>(A) 1　　(B) 2　　(C) 3　　(D) 4　　(E) 5</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一个 8 英尺乘 10 英尺的地面铺满 1 英尺乘 1 英尺的正方形瓷砖。每块瓷砖的图案由四个白色四分之一圆组成，每个圆半径为 1/2 英尺，圆心在瓷砖的四个角。瓷砖剩余部分为阴影。地面上阴影部分共有多少平方英尺？</w:t>
      </w:r>
    </w:p>
    <w:p>
      <w:pPr>
        <w:spacing w:before="80" w:after="80"/>
        <w:jc w:val="center"/>
      </w:pPr>
      <w:r>
        <w:drawing>
          <wp:inline xmlns:a="http://schemas.openxmlformats.org/drawingml/2006/main" xmlns:pic="http://schemas.openxmlformats.org/drawingml/2006/picture">
            <wp:extent cx="1452700" cy="1452700"/>
            <wp:docPr id="1" name="Picture 1"/>
            <wp:cNvGraphicFramePr>
              <a:graphicFrameLocks noChangeAspect="1"/>
            </wp:cNvGraphicFramePr>
            <a:graphic>
              <a:graphicData uri="http://schemas.openxmlformats.org/drawingml/2006/picture">
                <pic:pic>
                  <pic:nvPicPr>
                    <pic:cNvPr id="0" name="q05-1@300dpi.png"/>
                    <pic:cNvPicPr/>
                  </pic:nvPicPr>
                  <pic:blipFill>
                    <a:blip r:embed="rId9"/>
                    <a:stretch>
                      <a:fillRect/>
                    </a:stretch>
                  </pic:blipFill>
                  <pic:spPr>
                    <a:xfrm>
                      <a:off x="0" y="0"/>
                      <a:ext cx="1452700" cy="1452700"/>
                    </a:xfrm>
                    <a:prstGeom prst="rect"/>
                  </pic:spPr>
                </pic:pic>
              </a:graphicData>
            </a:graphic>
          </wp:inline>
        </w:drawing>
      </w:r>
    </w:p>
    <w:p>
      <w:pPr>
        <w:spacing w:before="0" w:after="120" w:line="300" w:lineRule="auto"/>
      </w:pPr>
      <w:r>
        <w:rPr>
          <w:rFonts w:ascii="Times New Roman" w:hAnsi="Times New Roman" w:eastAsia="宋体"/>
          <w:b w:val="0"/>
          <w:i w:val="0"/>
          <w:sz w:val="21"/>
        </w:rPr>
        <w:t>（A）80 - 20π　　（B）60 - 10π　　（C）80 - 10π　　（D）60 + 10π　　（E）80 + 10π</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 8-foot by 10-foot floor is tiled with square tiles of size 1 foot by 1 foot. Each tile has a pattern consisting of four white quarter circles of radius 1/2 foot centered at each corner of the tile. The remaining portion of the tile is shaded. How many square feet of the floor are shaded?</w:t>
      </w:r>
    </w:p>
    <w:p>
      <w:pPr>
        <w:spacing w:before="80" w:after="80"/>
        <w:jc w:val="center"/>
      </w:pPr>
      <w:r>
        <w:drawing>
          <wp:inline xmlns:a="http://schemas.openxmlformats.org/drawingml/2006/main" xmlns:pic="http://schemas.openxmlformats.org/drawingml/2006/picture">
            <wp:extent cx="1452700" cy="1452700"/>
            <wp:docPr id="2" name="Picture 2"/>
            <wp:cNvGraphicFramePr>
              <a:graphicFrameLocks noChangeAspect="1"/>
            </wp:cNvGraphicFramePr>
            <a:graphic>
              <a:graphicData uri="http://schemas.openxmlformats.org/drawingml/2006/picture">
                <pic:pic>
                  <pic:nvPicPr>
                    <pic:cNvPr id="0" name="q05-1@300dpi.png"/>
                    <pic:cNvPicPr/>
                  </pic:nvPicPr>
                  <pic:blipFill>
                    <a:blip r:embed="rId9"/>
                    <a:stretch>
                      <a:fillRect/>
                    </a:stretch>
                  </pic:blipFill>
                  <pic:spPr>
                    <a:xfrm>
                      <a:off x="0" y="0"/>
                      <a:ext cx="1452700" cy="145270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80 - 20π　　(B) 60 - 10π　　(C) 80 - 10π　　(D) 60 + 10π　　(E) 80 + 10π</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在 △ ABC 中，AC = BC = 7，AB = 2。设 D 是直线 AB 上一点，B 在 A 与 D 之间，且 CD = 8。BD 是多少？</w:t>
      </w:r>
    </w:p>
    <w:p>
      <w:pPr>
        <w:spacing w:before="0" w:after="120" w:line="300" w:lineRule="auto"/>
      </w:pPr>
      <w:r>
        <w:rPr>
          <w:rFonts w:ascii="Times New Roman" w:hAnsi="Times New Roman" w:eastAsia="宋体"/>
          <w:b w:val="0"/>
          <w:i w:val="0"/>
          <w:sz w:val="21"/>
        </w:rPr>
        <w:t>（A）3　　（B）2√(3)　　（C）4　　（D）5　　（E）4√(2)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 ABC, we have AC = BC = 7 and AB = 2. Suppose that D is a point on line AB such that B lies between A and D and CD = 8. What is BD?</w:t>
      </w:r>
    </w:p>
    <w:p>
      <w:pPr>
        <w:spacing w:before="0" w:after="160" w:line="300" w:lineRule="auto"/>
      </w:pPr>
      <w:r>
        <w:rPr>
          <w:rFonts w:ascii="Times New Roman" w:hAnsi="Times New Roman" w:eastAsia="宋体"/>
          <w:b w:val="0"/>
          <w:i w:val="0"/>
          <w:color w:val="333333"/>
          <w:sz w:val="19"/>
        </w:rPr>
        <w:t>(A) 3　　(B) 2√(3)　　(C) 4　　(D) 5　　(E) 4√(2)</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图形 |3x| + |4y| = 12 围成的面积是多少？</w:t>
      </w:r>
    </w:p>
    <w:p>
      <w:pPr>
        <w:spacing w:before="0" w:after="120" w:line="300" w:lineRule="auto"/>
      </w:pPr>
      <w:r>
        <w:rPr>
          <w:rFonts w:ascii="Times New Roman" w:hAnsi="Times New Roman" w:eastAsia="宋体"/>
          <w:b w:val="0"/>
          <w:i w:val="0"/>
          <w:sz w:val="21"/>
        </w:rPr>
        <w:t>（A）6　　（B）12　　（C）16　　（D）24　　（E）25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area enclosed by the graph of |3x| + |4y| = 12?</w:t>
      </w:r>
    </w:p>
    <w:p>
      <w:pPr>
        <w:spacing w:before="0" w:after="160" w:line="300" w:lineRule="auto"/>
      </w:pPr>
      <w:r>
        <w:rPr>
          <w:rFonts w:ascii="Times New Roman" w:hAnsi="Times New Roman" w:eastAsia="宋体"/>
          <w:b w:val="0"/>
          <w:i w:val="0"/>
          <w:color w:val="333333"/>
          <w:sz w:val="19"/>
        </w:rPr>
        <w:t>(A) 6　　(B) 12　　(C) 16　　(D) 24　　(E) 25</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对多少个 a 的值，直线 y = x + a 经过抛物线 y = x² + a² 的顶点？</w:t>
      </w:r>
    </w:p>
    <w:p>
      <w:pPr>
        <w:spacing w:before="0" w:after="120" w:line="300" w:lineRule="auto"/>
      </w:pPr>
      <w:r>
        <w:rPr>
          <w:rFonts w:ascii="Times New Roman" w:hAnsi="Times New Roman" w:eastAsia="宋体"/>
          <w:b w:val="0"/>
          <w:i w:val="0"/>
          <w:sz w:val="21"/>
        </w:rPr>
        <w:t>（A）0　　（B）1　　（C）2　　（D）10　　（E）无限多个</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how many values of a is it true that the line y = x + a passes through the vertex of the parabola y = x² + a²?</w:t>
      </w:r>
    </w:p>
    <w:p>
      <w:pPr>
        <w:spacing w:before="0" w:after="160" w:line="300" w:lineRule="auto"/>
      </w:pPr>
      <w:r>
        <w:rPr>
          <w:rFonts w:ascii="Times New Roman" w:hAnsi="Times New Roman" w:eastAsia="宋体"/>
          <w:b w:val="0"/>
          <w:i w:val="0"/>
          <w:color w:val="333333"/>
          <w:sz w:val="19"/>
        </w:rPr>
        <w:t>(A) 0　　(B) 1　　(C) 2　　(D) 10　　(E) infinitely many</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某次数学考试中，10% 的学生得 70 分，25% 得 80 分，20% 得 85 分，15% 得 90 分，其余学生得 95 分。该考试平均分与中位数之差是多少？</w:t>
      </w:r>
    </w:p>
    <w:p>
      <w:pPr>
        <w:spacing w:before="0" w:after="120" w:line="300" w:lineRule="auto"/>
      </w:pPr>
      <w:r>
        <w:rPr>
          <w:rFonts w:ascii="Times New Roman" w:hAnsi="Times New Roman" w:eastAsia="宋体"/>
          <w:b w:val="0"/>
          <w:i w:val="0"/>
          <w:sz w:val="21"/>
        </w:rPr>
        <w:t>（A）0　　（B）1　　（C）2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 a certain math exam, 10% of the students got 70 points, 25% got 80 points, 20% got 85 points, 15% got 90 points, and the rest got 95 points. What is the difference between the mean and the median score on this exam?</w:t>
      </w:r>
    </w:p>
    <w:p>
      <w:pPr>
        <w:spacing w:before="0" w:after="160" w:line="300" w:lineRule="auto"/>
      </w:pPr>
      <w:r>
        <w:rPr>
          <w:rFonts w:ascii="Times New Roman" w:hAnsi="Times New Roman" w:eastAsia="宋体"/>
          <w:b w:val="0"/>
          <w:i w:val="0"/>
          <w:color w:val="333333"/>
          <w:sz w:val="19"/>
        </w:rPr>
        <w:t>(A) 0　　(B) 1　　(C) 2　　(D) 4　　(E) 5</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一个数列的第一项是 2005。每一项之后的下一项等于前一项各位数字的立方和。该数列的第 2005 项是多少？</w:t>
      </w:r>
    </w:p>
    <w:p>
      <w:pPr>
        <w:spacing w:before="0" w:after="120" w:line="300" w:lineRule="auto"/>
      </w:pPr>
      <w:r>
        <w:rPr>
          <w:rFonts w:ascii="Times New Roman" w:hAnsi="Times New Roman" w:eastAsia="宋体"/>
          <w:b w:val="0"/>
          <w:i w:val="0"/>
          <w:sz w:val="21"/>
        </w:rPr>
        <w:t>（A）29　　（B）55　　（C）85　　（D）133　　（E）250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first term of a sequence is 2005. Each succeeding term is the sum of the cubes of the digits of the previous term. What is the 2005th term of the sequence?</w:t>
      </w:r>
    </w:p>
    <w:p>
      <w:pPr>
        <w:spacing w:before="0" w:after="160" w:line="300" w:lineRule="auto"/>
      </w:pPr>
      <w:r>
        <w:rPr>
          <w:rFonts w:ascii="Times New Roman" w:hAnsi="Times New Roman" w:eastAsia="宋体"/>
          <w:b w:val="0"/>
          <w:i w:val="0"/>
          <w:color w:val="333333"/>
          <w:sz w:val="19"/>
        </w:rPr>
        <w:t>(A) 29　　(B) 55　　(C) 85　　(D) 133　　(E) 250</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一个信封中有八张纸币：2 张一元、2 张五元、2 张十元、2 张二十元。不放回地随机抽出两张。它们面值和至少为 $20 的概率是多少？</w:t>
      </w:r>
    </w:p>
    <w:p>
      <w:pPr>
        <w:spacing w:before="0" w:after="120" w:line="300" w:lineRule="auto"/>
      </w:pPr>
      <w:r>
        <w:rPr>
          <w:rFonts w:ascii="Times New Roman" w:hAnsi="Times New Roman" w:eastAsia="宋体"/>
          <w:b w:val="0"/>
          <w:i w:val="0"/>
          <w:sz w:val="21"/>
        </w:rPr>
        <w:t>（A）1/4　　（B）2/7　　（C）3/7　　（D）1/2　　（E）2/3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 envelope contains eight bills: 2 ones, 2 fives, 2 tens, and 2 twenties. Two bills are drawn at random without replacement. What is the probability that their sum is $20 or more?</w:t>
      </w:r>
    </w:p>
    <w:p>
      <w:pPr>
        <w:spacing w:before="0" w:after="160" w:line="300" w:lineRule="auto"/>
      </w:pPr>
      <w:r>
        <w:rPr>
          <w:rFonts w:ascii="Times New Roman" w:hAnsi="Times New Roman" w:eastAsia="宋体"/>
          <w:b w:val="0"/>
          <w:i w:val="0"/>
          <w:color w:val="333333"/>
          <w:sz w:val="19"/>
        </w:rPr>
        <w:t>(A) 1/4　　(B) 2/7　　(C) 3/7　　(D) 1/2　　(E) 2/3</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二次方程 x² + mx + n = 0 的根是 x² + px + m = 0 的根的两倍，且 m，n，p 都不为零。n/p 是多少？</w:t>
      </w:r>
    </w:p>
    <w:p>
      <w:pPr>
        <w:spacing w:before="0" w:after="120" w:line="300" w:lineRule="auto"/>
      </w:pPr>
      <w:r>
        <w:rPr>
          <w:rFonts w:ascii="Times New Roman" w:hAnsi="Times New Roman" w:eastAsia="宋体"/>
          <w:b w:val="0"/>
          <w:i w:val="0"/>
          <w:sz w:val="21"/>
        </w:rPr>
        <w:t>（A）1　　（B）2　　（C）4　　（D）8　　（E）16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quadratic equation x² + mx + n = 0 has roots that are twice those of x² + px + m = 0, and none of m, n, and p is zero. What is the value of n/p?</w:t>
      </w:r>
    </w:p>
    <w:p>
      <w:pPr>
        <w:spacing w:before="0" w:after="160" w:line="300" w:lineRule="auto"/>
      </w:pPr>
      <w:r>
        <w:rPr>
          <w:rFonts w:ascii="Times New Roman" w:hAnsi="Times New Roman" w:eastAsia="宋体"/>
          <w:b w:val="0"/>
          <w:i w:val="0"/>
          <w:color w:val="333333"/>
          <w:sz w:val="19"/>
        </w:rPr>
        <w:t>(A) 1　　(B) 2　　(C) 4　　(D) 8　　(E) 16</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已知 4^(x₁) = 5、5^(x₂) = 6、6^(x₃) = 7，…，127^(x₁₂₄) = 128。x₁ x₂ ⋯ x₁₂₄ 是多少？</w:t>
      </w:r>
    </w:p>
    <w:p>
      <w:pPr>
        <w:spacing w:before="0" w:after="120" w:line="300" w:lineRule="auto"/>
      </w:pPr>
      <w:r>
        <w:rPr>
          <w:rFonts w:ascii="Times New Roman" w:hAnsi="Times New Roman" w:eastAsia="宋体"/>
          <w:b w:val="0"/>
          <w:i w:val="0"/>
          <w:sz w:val="21"/>
        </w:rPr>
        <w:t>（A）2　　（B）5/2　　（C）3　　（D）7/2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that 4^(x₁) = 5, 5^(x₂) = 6, 6^(x₃) = 7, …, 127^(x₁₂₄) = 128. What is x₁ x₂ ⋯ x₁₂₄?</w:t>
      </w:r>
    </w:p>
    <w:p>
      <w:pPr>
        <w:spacing w:before="0" w:after="160" w:line="300" w:lineRule="auto"/>
      </w:pPr>
      <w:r>
        <w:rPr>
          <w:rFonts w:ascii="Times New Roman" w:hAnsi="Times New Roman" w:eastAsia="宋体"/>
          <w:b w:val="0"/>
          <w:i w:val="0"/>
          <w:color w:val="333333"/>
          <w:sz w:val="19"/>
        </w:rPr>
        <w:t>(A) 2　　(B) 5/2　　(C) 3　　(D) 7/2　　(E) 4</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一个圆的圆心为 (0, k)，其中 k &gt; 6。该圆与直线 y = x、y = -x 和 y = 6 都相切。该圆的半径是多少？</w:t>
      </w:r>
    </w:p>
    <w:p>
      <w:pPr>
        <w:spacing w:before="0" w:after="120" w:line="300" w:lineRule="auto"/>
      </w:pPr>
      <w:r>
        <w:rPr>
          <w:rFonts w:ascii="Times New Roman" w:hAnsi="Times New Roman" w:eastAsia="宋体"/>
          <w:b w:val="0"/>
          <w:i w:val="0"/>
          <w:sz w:val="21"/>
        </w:rPr>
        <w:t>（A）6√(2) - 6　　（B）6　　（C）6√(2)　　（D）12　　（E）6 + 6√(2)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circle having center (0, k), with k &gt; 6, is tangent to the lines y = x, y = -x and y = 6. What is the radius of this circle?</w:t>
      </w:r>
    </w:p>
    <w:p>
      <w:pPr>
        <w:spacing w:before="0" w:after="160" w:line="300" w:lineRule="auto"/>
      </w:pPr>
      <w:r>
        <w:rPr>
          <w:rFonts w:ascii="Times New Roman" w:hAnsi="Times New Roman" w:eastAsia="宋体"/>
          <w:b w:val="0"/>
          <w:i w:val="0"/>
          <w:color w:val="333333"/>
          <w:sz w:val="19"/>
        </w:rPr>
        <w:t>(A) 6√(2) - 6　　(B) 6　　(C) 6√(2)　　(D) 12　　(E) 6 + 6√(2)</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四个两位数的和是 221。这八个数字中没有 0，且互不相同。下列哪一个数字没有出现在这八个数字中？</w:t>
      </w:r>
    </w:p>
    <w:p>
      <w:pPr>
        <w:spacing w:before="0" w:after="120" w:line="300" w:lineRule="auto"/>
      </w:pPr>
      <w:r>
        <w:rPr>
          <w:rFonts w:ascii="Times New Roman" w:hAnsi="Times New Roman" w:eastAsia="宋体"/>
          <w:b w:val="0"/>
          <w:i w:val="0"/>
          <w:sz w:val="21"/>
        </w:rPr>
        <w:t>（A）1　　（B）2　　（C）3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of four two-digit numbers is 221. None of the eight digits is 0 and no two of them are the same. Which of the following is not included among the eight digits?</w:t>
      </w:r>
    </w:p>
    <w:p>
      <w:pPr>
        <w:spacing w:before="0" w:after="160" w:line="300" w:lineRule="auto"/>
      </w:pPr>
      <w:r>
        <w:rPr>
          <w:rFonts w:ascii="Times New Roman" w:hAnsi="Times New Roman" w:eastAsia="宋体"/>
          <w:b w:val="0"/>
          <w:i w:val="0"/>
          <w:color w:val="333333"/>
          <w:sz w:val="19"/>
        </w:rPr>
        <w:t>(A) 1　　(B) 2　　(C) 3　　(D) 4　　(E) 5</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八个半径为 1 的球，每个八分体中一个，都与坐标平面相切。以原点为球心、能包含这八个球的最小球的半径是多少？</w:t>
      </w:r>
    </w:p>
    <w:p>
      <w:pPr>
        <w:spacing w:before="0" w:after="120" w:line="300" w:lineRule="auto"/>
      </w:pPr>
      <w:r>
        <w:rPr>
          <w:rFonts w:ascii="Times New Roman" w:hAnsi="Times New Roman" w:eastAsia="宋体"/>
          <w:b w:val="0"/>
          <w:i w:val="0"/>
          <w:sz w:val="21"/>
        </w:rPr>
        <w:t>（A）√(2)　　（B）√(3)　　（C）1 + √(2)　　（D）1 + √(3)　　（E）3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Eight spheres of radius 1, one per octant, are each tangent to the coordinate planes. What is the radius of the smallest sphere, centered at the origin, that contains these eight spheres?</w:t>
      </w:r>
    </w:p>
    <w:p>
      <w:pPr>
        <w:spacing w:before="0" w:after="160" w:line="300" w:lineRule="auto"/>
      </w:pPr>
      <w:r>
        <w:rPr>
          <w:rFonts w:ascii="Times New Roman" w:hAnsi="Times New Roman" w:eastAsia="宋体"/>
          <w:b w:val="0"/>
          <w:i w:val="0"/>
          <w:color w:val="333333"/>
          <w:sz w:val="19"/>
        </w:rPr>
        <w:t>(A) √(2)　　(B) √(3)　　(C) 1 + √(2)　　(D) 1 + √(3)　　(E) 3</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有多少个有理数四元组 (a, b, c, d) 满足</w:t>
      </w:r>
    </w:p>
    <w:p>
      <w:pPr>
        <w:spacing w:before="0" w:after="80" w:line="300" w:lineRule="auto"/>
        <w:jc w:val="left"/>
      </w:pPr>
      <w:r>
        <w:rPr>
          <w:rFonts w:ascii="Times New Roman" w:hAnsi="Times New Roman" w:eastAsia="宋体"/>
          <w:b w:val="0"/>
          <w:i w:val="0"/>
          <w:sz w:val="21"/>
        </w:rPr>
        <w:t>alog₁₀ 2 + blog₁₀ 3</w:t>
      </w:r>
    </w:p>
    <w:p>
      <w:pPr>
        <w:spacing w:before="0" w:after="80" w:line="300" w:lineRule="auto"/>
        <w:jc w:val="left"/>
      </w:pPr>
      <w:r>
        <w:rPr>
          <w:rFonts w:ascii="Times New Roman" w:hAnsi="Times New Roman" w:eastAsia="宋体"/>
          <w:b w:val="0"/>
          <w:i w:val="0"/>
          <w:sz w:val="21"/>
        </w:rPr>
        <w:t>+ clog₁₀ 5 + dlog₁₀ 7 = 2005</w:t>
      </w:r>
    </w:p>
    <w:p>
      <w:pPr>
        <w:spacing w:before="0" w:after="80" w:line="300" w:lineRule="auto"/>
        <w:jc w:val="left"/>
      </w:pPr>
      <w:r>
        <w:rPr>
          <w:rFonts w:ascii="Times New Roman" w:hAnsi="Times New Roman" w:eastAsia="宋体"/>
          <w:b w:val="0"/>
          <w:i w:val="0"/>
          <w:sz w:val="21"/>
        </w:rPr>
        <w:t>？</w:t>
      </w:r>
    </w:p>
    <w:p>
      <w:pPr>
        <w:spacing w:before="0" w:after="120" w:line="300" w:lineRule="auto"/>
      </w:pPr>
      <w:r>
        <w:rPr>
          <w:rFonts w:ascii="Times New Roman" w:hAnsi="Times New Roman" w:eastAsia="宋体"/>
          <w:b w:val="0"/>
          <w:i w:val="0"/>
          <w:sz w:val="21"/>
        </w:rPr>
        <w:t>（A）0　　（B）1　　（C）17　　（D）2004　　（E）无限多个</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distinct four-tuples (a, b, c, d) of rational numbers are there with</w:t>
      </w:r>
    </w:p>
    <w:p>
      <w:pPr>
        <w:spacing w:before="0" w:after="80" w:line="300" w:lineRule="auto"/>
        <w:jc w:val="left"/>
      </w:pPr>
      <w:r>
        <w:rPr>
          <w:rFonts w:ascii="Times New Roman" w:hAnsi="Times New Roman" w:eastAsia="宋体"/>
          <w:b w:val="0"/>
          <w:i w:val="0"/>
          <w:color w:val="333333"/>
          <w:sz w:val="19"/>
        </w:rPr>
        <w:t>alog₁₀ 2 + blog₁₀ 3</w:t>
      </w:r>
    </w:p>
    <w:p>
      <w:pPr>
        <w:spacing w:before="0" w:after="80" w:line="300" w:lineRule="auto"/>
        <w:jc w:val="left"/>
      </w:pPr>
      <w:r>
        <w:rPr>
          <w:rFonts w:ascii="Times New Roman" w:hAnsi="Times New Roman" w:eastAsia="宋体"/>
          <w:b w:val="0"/>
          <w:i w:val="0"/>
          <w:color w:val="333333"/>
          <w:sz w:val="19"/>
        </w:rPr>
        <w:t>+ clog₁₀ 5 + dlog₁₀ 7 = 2005?</w:t>
      </w:r>
    </w:p>
    <w:p>
      <w:pPr>
        <w:spacing w:before="0" w:after="160" w:line="300" w:lineRule="auto"/>
      </w:pPr>
      <w:r>
        <w:rPr>
          <w:rFonts w:ascii="Times New Roman" w:hAnsi="Times New Roman" w:eastAsia="宋体"/>
          <w:b w:val="0"/>
          <w:i w:val="0"/>
          <w:color w:val="333333"/>
          <w:sz w:val="19"/>
        </w:rPr>
        <w:t>(A) 0　　(B) 1　　(C) 17　　(D) 2004　　(E) infinitely many</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设 A(2, 2) 和 B(7, 7) 是平面上的点。令 R 为第一象限中所有点 C 组成的区域，使得 △ ABC 是锐角三角形。区域 R 的面积最接近哪个整数？</w:t>
      </w:r>
    </w:p>
    <w:p>
      <w:pPr>
        <w:spacing w:before="0" w:after="120" w:line="300" w:lineRule="auto"/>
      </w:pPr>
      <w:r>
        <w:rPr>
          <w:rFonts w:ascii="Times New Roman" w:hAnsi="Times New Roman" w:eastAsia="宋体"/>
          <w:b w:val="0"/>
          <w:i w:val="0"/>
          <w:sz w:val="21"/>
        </w:rPr>
        <w:t>（A）25　　（B）39　　（C）51　　（D）60　　（E）80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A(2, 2) and B(7, 7) be points in the plane. Define R as the region in the first quadrant consisting of those points C such that △ ABC is an acute triangle. What is the closest integer to the area of the region R?</w:t>
      </w:r>
    </w:p>
    <w:p>
      <w:pPr>
        <w:spacing w:before="0" w:after="160" w:line="300" w:lineRule="auto"/>
      </w:pPr>
      <w:r>
        <w:rPr>
          <w:rFonts w:ascii="Times New Roman" w:hAnsi="Times New Roman" w:eastAsia="宋体"/>
          <w:b w:val="0"/>
          <w:i w:val="0"/>
          <w:color w:val="333333"/>
          <w:sz w:val="19"/>
        </w:rPr>
        <w:t>(A) 25　　(B) 39　　(C) 51　　(D) 60　　(E) 80</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设 x 和 y 为两位整数，且 y 是把 x 的数字反过来得到的。整数 x 和 y 满足 x² - y² = m²，其中 m 为正整数。x + y + m 是多少？</w:t>
      </w:r>
    </w:p>
    <w:p>
      <w:pPr>
        <w:spacing w:before="0" w:after="120" w:line="300" w:lineRule="auto"/>
      </w:pPr>
      <w:r>
        <w:rPr>
          <w:rFonts w:ascii="Times New Roman" w:hAnsi="Times New Roman" w:eastAsia="宋体"/>
          <w:b w:val="0"/>
          <w:i w:val="0"/>
          <w:sz w:val="21"/>
        </w:rPr>
        <w:t>（A）88　　（B）112　　（C）116　　（D）144　　（E）154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 and y be two-digit integers such that y is obtained by reversing the digits of x. The integers x and y satisfy x² - y² = m² for some positive integer m. What is x + y + m?</w:t>
      </w:r>
    </w:p>
    <w:p>
      <w:pPr>
        <w:spacing w:before="0" w:after="160" w:line="300" w:lineRule="auto"/>
      </w:pPr>
      <w:r>
        <w:rPr>
          <w:rFonts w:ascii="Times New Roman" w:hAnsi="Times New Roman" w:eastAsia="宋体"/>
          <w:b w:val="0"/>
          <w:i w:val="0"/>
          <w:color w:val="333333"/>
          <w:sz w:val="19"/>
        </w:rPr>
        <w:t>(A) 88　　(B) 112　　(C) 116　　(D) 144　　(E) 154</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设 a、b、c、d、e、f、g 和 h 是下面集合中互不相同的元素：</w:t>
      </w:r>
    </w:p>
    <w:p>
      <w:pPr>
        <w:spacing w:before="0" w:after="80" w:line="300" w:lineRule="auto"/>
        <w:jc w:val="left"/>
      </w:pPr>
      <w:r>
        <w:rPr>
          <w:rFonts w:ascii="Times New Roman" w:hAnsi="Times New Roman" w:eastAsia="宋体"/>
          <w:b w:val="0"/>
          <w:i w:val="0"/>
          <w:sz w:val="21"/>
        </w:rPr>
        <w:t>{-7, -5, -3, -2, 2, 4, 6, 13}。</w:t>
      </w:r>
    </w:p>
    <w:p>
      <w:pPr>
        <w:spacing w:before="0" w:after="80" w:line="300" w:lineRule="auto"/>
        <w:jc w:val="left"/>
      </w:pPr>
      <w:r>
        <w:rPr>
          <w:rFonts w:ascii="Times New Roman" w:hAnsi="Times New Roman" w:eastAsia="宋体"/>
          <w:b w:val="0"/>
          <w:i w:val="0"/>
          <w:sz w:val="21"/>
        </w:rPr>
        <w:t>下式的最小可能值是多少</w:t>
      </w:r>
    </w:p>
    <w:p>
      <w:pPr>
        <w:spacing w:before="0" w:after="80" w:line="300" w:lineRule="auto"/>
        <w:jc w:val="left"/>
      </w:pPr>
      <w:r>
        <w:rPr>
          <w:rFonts w:ascii="Times New Roman" w:hAnsi="Times New Roman" w:eastAsia="宋体"/>
          <w:b w:val="0"/>
          <w:i w:val="0"/>
          <w:sz w:val="21"/>
        </w:rPr>
        <w:t>(a + b + c + d)²</w:t>
      </w:r>
    </w:p>
    <w:p>
      <w:pPr>
        <w:spacing w:before="0" w:after="80" w:line="300" w:lineRule="auto"/>
        <w:jc w:val="left"/>
      </w:pPr>
      <w:r>
        <w:rPr>
          <w:rFonts w:ascii="Times New Roman" w:hAnsi="Times New Roman" w:eastAsia="宋体"/>
          <w:b w:val="0"/>
          <w:i w:val="0"/>
          <w:sz w:val="21"/>
        </w:rPr>
        <w:t>+ (e + f + g + h)²</w:t>
      </w:r>
    </w:p>
    <w:p>
      <w:pPr>
        <w:spacing w:before="0" w:after="80" w:line="300" w:lineRule="auto"/>
        <w:jc w:val="left"/>
      </w:pPr>
      <w:r>
        <w:rPr>
          <w:rFonts w:ascii="Times New Roman" w:hAnsi="Times New Roman" w:eastAsia="宋体"/>
          <w:b w:val="0"/>
          <w:i w:val="0"/>
          <w:sz w:val="21"/>
        </w:rPr>
        <w:t>？</w:t>
      </w:r>
    </w:p>
    <w:p>
      <w:pPr>
        <w:spacing w:before="0" w:after="120" w:line="300" w:lineRule="auto"/>
      </w:pPr>
      <w:r>
        <w:rPr>
          <w:rFonts w:ascii="Times New Roman" w:hAnsi="Times New Roman" w:eastAsia="宋体"/>
          <w:b w:val="0"/>
          <w:i w:val="0"/>
          <w:sz w:val="21"/>
        </w:rPr>
        <w:t>（A）30　　（B）32　　（C）34　　（D）40　　（E）50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 b, c, d, e, f, g and h be distinct elements in the set</w:t>
      </w:r>
    </w:p>
    <w:p>
      <w:pPr>
        <w:spacing w:before="0" w:after="80" w:line="300" w:lineRule="auto"/>
        <w:jc w:val="left"/>
      </w:pPr>
      <w:r>
        <w:rPr>
          <w:rFonts w:ascii="Times New Roman" w:hAnsi="Times New Roman" w:eastAsia="宋体"/>
          <w:b w:val="0"/>
          <w:i w:val="0"/>
          <w:color w:val="333333"/>
          <w:sz w:val="19"/>
        </w:rPr>
        <w:t>{-7, -5, -3, -2, 2, 4, 6, 13}.</w:t>
      </w:r>
    </w:p>
    <w:p>
      <w:pPr>
        <w:spacing w:before="0" w:after="80" w:line="300" w:lineRule="auto"/>
        <w:jc w:val="left"/>
      </w:pPr>
      <w:r>
        <w:rPr>
          <w:rFonts w:ascii="Times New Roman" w:hAnsi="Times New Roman" w:eastAsia="宋体"/>
          <w:b w:val="0"/>
          <w:i w:val="0"/>
          <w:color w:val="333333"/>
          <w:sz w:val="19"/>
        </w:rPr>
        <w:t>What is the minimum possible value of</w:t>
      </w:r>
    </w:p>
    <w:p>
      <w:pPr>
        <w:spacing w:before="0" w:after="80" w:line="300" w:lineRule="auto"/>
        <w:jc w:val="left"/>
      </w:pPr>
      <w:r>
        <w:rPr>
          <w:rFonts w:ascii="Times New Roman" w:hAnsi="Times New Roman" w:eastAsia="宋体"/>
          <w:b w:val="0"/>
          <w:i w:val="0"/>
          <w:color w:val="333333"/>
          <w:sz w:val="19"/>
        </w:rPr>
        <w:t>(a + b + c + d)²</w:t>
      </w:r>
    </w:p>
    <w:p>
      <w:pPr>
        <w:spacing w:before="0" w:after="80" w:line="300" w:lineRule="auto"/>
        <w:jc w:val="left"/>
      </w:pPr>
      <w:r>
        <w:rPr>
          <w:rFonts w:ascii="Times New Roman" w:hAnsi="Times New Roman" w:eastAsia="宋体"/>
          <w:b w:val="0"/>
          <w:i w:val="0"/>
          <w:color w:val="333333"/>
          <w:sz w:val="19"/>
        </w:rPr>
        <w:t>+ (e + f + g + h)²?</w:t>
      </w:r>
    </w:p>
    <w:p>
      <w:pPr>
        <w:spacing w:before="0" w:after="160" w:line="300" w:lineRule="auto"/>
      </w:pPr>
      <w:r>
        <w:rPr>
          <w:rFonts w:ascii="Times New Roman" w:hAnsi="Times New Roman" w:eastAsia="宋体"/>
          <w:b w:val="0"/>
          <w:i w:val="0"/>
          <w:color w:val="333333"/>
          <w:sz w:val="19"/>
        </w:rPr>
        <w:t>(A) 30　　(B) 32　　(C) 34　　(D) 40　　(E) 50</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正整数 n 有 60 个因数，且 7n 有 80 个因数。使 7ᵏ 整除 n 的最大整数 k 是多少？</w:t>
      </w:r>
    </w:p>
    <w:p>
      <w:pPr>
        <w:spacing w:before="0" w:after="120" w:line="300" w:lineRule="auto"/>
      </w:pPr>
      <w:r>
        <w:rPr>
          <w:rFonts w:ascii="Times New Roman" w:hAnsi="Times New Roman" w:eastAsia="宋体"/>
          <w:b w:val="0"/>
          <w:i w:val="0"/>
          <w:sz w:val="21"/>
        </w:rPr>
        <w:t>（A）0　　（B）1　　（C）2　　（D）3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positive integer n has 60 divisors and 7n has 80 divisors. What is the greatest integer k such that 7ᵏ divides n?</w:t>
      </w:r>
    </w:p>
    <w:p>
      <w:pPr>
        <w:spacing w:before="0" w:after="160" w:line="300" w:lineRule="auto"/>
      </w:pPr>
      <w:r>
        <w:rPr>
          <w:rFonts w:ascii="Times New Roman" w:hAnsi="Times New Roman" w:eastAsia="宋体"/>
          <w:b w:val="0"/>
          <w:i w:val="0"/>
          <w:color w:val="333333"/>
          <w:sz w:val="19"/>
        </w:rPr>
        <w:t>(A) 0　　(B) 1　　(C) 2　　(D) 3　　(E) 4</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复数列 z₀，z₁，z₂，… 由</w:t>
      </w:r>
    </w:p>
    <w:p>
      <w:pPr>
        <w:spacing w:before="0" w:after="80" w:line="300" w:lineRule="auto"/>
        <w:jc w:val="left"/>
      </w:pPr>
      <w:r>
        <w:rPr>
          <w:rFonts w:ascii="Times New Roman" w:hAnsi="Times New Roman" w:eastAsia="宋体"/>
          <w:b w:val="0"/>
          <w:i w:val="0"/>
          <w:sz w:val="21"/>
        </w:rPr>
        <w:t>zₙ₊₁ = (i zₙ)/zₙ，</w:t>
      </w:r>
    </w:p>
    <w:p>
      <w:pPr>
        <w:spacing w:before="0" w:after="80" w:line="300" w:lineRule="auto"/>
        <w:jc w:val="left"/>
      </w:pPr>
      <w:r>
        <w:rPr>
          <w:rFonts w:ascii="Times New Roman" w:hAnsi="Times New Roman" w:eastAsia="宋体"/>
          <w:b w:val="0"/>
          <w:i w:val="0"/>
          <w:sz w:val="21"/>
        </w:rPr>
        <w:t>定义，其中 zₙ 是 zₙ 的共轭，且 i² = -1。若 |z₀| = 1 且 z₂₀₀₅ = 1，则 z₀ 有多少个可能值？</w:t>
      </w:r>
    </w:p>
    <w:p>
      <w:pPr>
        <w:spacing w:before="0" w:after="120" w:line="300" w:lineRule="auto"/>
      </w:pPr>
      <w:r>
        <w:rPr>
          <w:rFonts w:ascii="Times New Roman" w:hAnsi="Times New Roman" w:eastAsia="宋体"/>
          <w:b w:val="0"/>
          <w:i w:val="0"/>
          <w:sz w:val="21"/>
        </w:rPr>
        <w:t>（A）1　　（B）2　　（C）4　　（D）2005　　（E）2²⁰⁰⁵</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sequence of complex numbers z₀, z₁, z₂, … is defined by the rule</w:t>
      </w:r>
    </w:p>
    <w:p>
      <w:pPr>
        <w:spacing w:before="0" w:after="80" w:line="300" w:lineRule="auto"/>
        <w:jc w:val="left"/>
      </w:pPr>
      <w:r>
        <w:rPr>
          <w:rFonts w:ascii="Times New Roman" w:hAnsi="Times New Roman" w:eastAsia="宋体"/>
          <w:b w:val="0"/>
          <w:i w:val="0"/>
          <w:color w:val="333333"/>
          <w:sz w:val="19"/>
        </w:rPr>
        <w:t>zₙ₊₁ = (i zₙ)/zₙ,</w:t>
      </w:r>
    </w:p>
    <w:p>
      <w:pPr>
        <w:spacing w:before="0" w:after="80" w:line="300" w:lineRule="auto"/>
        <w:jc w:val="left"/>
      </w:pPr>
      <w:r>
        <w:rPr>
          <w:rFonts w:ascii="Times New Roman" w:hAnsi="Times New Roman" w:eastAsia="宋体"/>
          <w:b w:val="0"/>
          <w:i w:val="0"/>
          <w:color w:val="333333"/>
          <w:sz w:val="19"/>
        </w:rPr>
        <w:t>where zₙ is the complex conjugate of zₙ and i² = -1. Suppose that |z₀| = 1 and z₂₀₀₅ = 1. How many possible values are there for z₀?</w:t>
      </w:r>
    </w:p>
    <w:p>
      <w:pPr>
        <w:spacing w:before="0" w:after="160" w:line="300" w:lineRule="auto"/>
      </w:pPr>
      <w:r>
        <w:rPr>
          <w:rFonts w:ascii="Times New Roman" w:hAnsi="Times New Roman" w:eastAsia="宋体"/>
          <w:b w:val="0"/>
          <w:i w:val="0"/>
          <w:color w:val="333333"/>
          <w:sz w:val="19"/>
        </w:rPr>
        <w:t>(A) 1　　(B) 2　　(C) 4　　(D) 2005　　(E) 2²⁰⁰⁵</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设 S 为所有满足</w:t>
      </w:r>
    </w:p>
    <w:p>
      <w:pPr>
        <w:spacing w:before="0" w:after="80" w:line="300" w:lineRule="auto"/>
        <w:jc w:val="left"/>
      </w:pPr>
      <w:r>
        <w:rPr>
          <w:rFonts w:ascii="Times New Roman" w:hAnsi="Times New Roman" w:eastAsia="宋体"/>
          <w:b w:val="0"/>
          <w:i w:val="0"/>
          <w:sz w:val="21"/>
        </w:rPr>
        <w:t>log₁₀(x + y) = z</w:t>
      </w:r>
    </w:p>
    <w:p>
      <w:pPr>
        <w:spacing w:before="0" w:after="80" w:line="300" w:lineRule="auto"/>
        <w:jc w:val="left"/>
      </w:pPr>
      <w:r>
        <w:rPr>
          <w:rFonts w:ascii="Times New Roman" w:hAnsi="Times New Roman" w:eastAsia="宋体"/>
          <w:b w:val="0"/>
          <w:i w:val="0"/>
          <w:sz w:val="21"/>
        </w:rPr>
        <w:t>和</w:t>
      </w:r>
    </w:p>
    <w:p>
      <w:pPr>
        <w:spacing w:before="0" w:after="80" w:line="300" w:lineRule="auto"/>
        <w:jc w:val="left"/>
      </w:pPr>
      <w:r>
        <w:rPr>
          <w:rFonts w:ascii="Times New Roman" w:hAnsi="Times New Roman" w:eastAsia="宋体"/>
          <w:b w:val="0"/>
          <w:i w:val="0"/>
          <w:sz w:val="21"/>
        </w:rPr>
        <w:t>log₁₀(x² + y²) = z + 1。</w:t>
      </w:r>
    </w:p>
    <w:p>
      <w:pPr>
        <w:spacing w:before="0" w:after="80" w:line="300" w:lineRule="auto"/>
        <w:jc w:val="left"/>
      </w:pPr>
      <w:r>
        <w:rPr>
          <w:rFonts w:ascii="Times New Roman" w:hAnsi="Times New Roman" w:eastAsia="宋体"/>
          <w:b w:val="0"/>
          <w:i w:val="0"/>
          <w:sz w:val="21"/>
        </w:rPr>
        <w:t>的实数有序三元组 (x, y, z) 的集合。存在实数 a 和 b，使得对 S 中所有 (x, y, z)，都有 x³ + y³ = a · 10^(3z) + b · 10^(2z)。a + b 的值是多少？</w:t>
      </w:r>
    </w:p>
    <w:p>
      <w:pPr>
        <w:spacing w:before="0" w:after="120" w:line="300" w:lineRule="auto"/>
      </w:pPr>
      <w:r>
        <w:rPr>
          <w:rFonts w:ascii="Times New Roman" w:hAnsi="Times New Roman" w:eastAsia="宋体"/>
          <w:b w:val="0"/>
          <w:i w:val="0"/>
          <w:sz w:val="21"/>
        </w:rPr>
        <w:t>（A）15/2　　（B）29/2　　（C）15　　（D）39/2　　（E）24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S be the set of ordered triples (x, y, z) of real numbers for which</w:t>
      </w:r>
    </w:p>
    <w:p>
      <w:pPr>
        <w:spacing w:before="0" w:after="80" w:line="300" w:lineRule="auto"/>
        <w:jc w:val="left"/>
      </w:pPr>
      <w:r>
        <w:rPr>
          <w:rFonts w:ascii="Times New Roman" w:hAnsi="Times New Roman" w:eastAsia="宋体"/>
          <w:b w:val="0"/>
          <w:i w:val="0"/>
          <w:color w:val="333333"/>
          <w:sz w:val="19"/>
        </w:rPr>
        <w:t>log₁₀(x + y) = z</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log₁₀(x² + y²) = z + 1.</w:t>
      </w:r>
    </w:p>
    <w:p>
      <w:pPr>
        <w:spacing w:before="0" w:after="80" w:line="300" w:lineRule="auto"/>
        <w:jc w:val="left"/>
      </w:pPr>
      <w:r>
        <w:rPr>
          <w:rFonts w:ascii="Times New Roman" w:hAnsi="Times New Roman" w:eastAsia="宋体"/>
          <w:b w:val="0"/>
          <w:i w:val="0"/>
          <w:color w:val="333333"/>
          <w:sz w:val="19"/>
        </w:rPr>
        <w:t>There are real numbers a and b such that for all ordered triples (x, y, z) in S we have x³ + y³ = a · 10^(3z) + b · 10^(2z). What is the value of a + b?</w:t>
      </w:r>
    </w:p>
    <w:p>
      <w:pPr>
        <w:spacing w:before="0" w:after="160" w:line="300" w:lineRule="auto"/>
      </w:pPr>
      <w:r>
        <w:rPr>
          <w:rFonts w:ascii="Times New Roman" w:hAnsi="Times New Roman" w:eastAsia="宋体"/>
          <w:b w:val="0"/>
          <w:i w:val="0"/>
          <w:color w:val="333333"/>
          <w:sz w:val="19"/>
        </w:rPr>
        <w:t>(A) 15/2　　(B) 29/2　　(C) 15　　(D) 39/2　　(E) 24</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一个等边三角形的三个顶点都在抛物线 y = x² 上，且其中一条边的斜率为 2。三个顶点的 x-坐标之和为 m/n，其中 m、n 是互质正整数。m + n 的值是多少？</w:t>
      </w:r>
    </w:p>
    <w:p>
      <w:pPr>
        <w:spacing w:before="0" w:after="120" w:line="300" w:lineRule="auto"/>
      </w:pPr>
      <w:r>
        <w:rPr>
          <w:rFonts w:ascii="Times New Roman" w:hAnsi="Times New Roman" w:eastAsia="宋体"/>
          <w:b w:val="0"/>
          <w:i w:val="0"/>
          <w:sz w:val="21"/>
        </w:rPr>
        <w:t>（A）14　　（B）15　　（C）16　　（D）17　　（E）18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All three vertices of an equilateral triangle are on the parabola y = x², and one of its sides has a slope of 2. The x-coordinates of the three vertices have a sum of m/n, where m and n are relatively prime positive integers. What is the value of m + n?</w:t>
      </w:r>
    </w:p>
    <w:p>
      <w:pPr>
        <w:spacing w:before="0" w:after="160" w:line="300" w:lineRule="auto"/>
      </w:pPr>
      <w:r>
        <w:rPr>
          <w:rFonts w:ascii="Times New Roman" w:hAnsi="Times New Roman" w:eastAsia="宋体"/>
          <w:b w:val="0"/>
          <w:i w:val="0"/>
          <w:color w:val="333333"/>
          <w:sz w:val="19"/>
        </w:rPr>
        <w:t>(A) 14　　(B) 15　　(C) 16　　(D) 17　　(E) 18</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六只蚂蚁同时站在一个正八面体的六个顶点上，每个顶点一只。它们同时且独立地从所在顶点移动到四个相邻顶点之一，每个选择概率相同。没有两只蚂蚁到达同一顶点的概率是多少？</w:t>
      </w:r>
    </w:p>
    <w:p>
      <w:pPr>
        <w:spacing w:before="0" w:after="120" w:line="300" w:lineRule="auto"/>
      </w:pPr>
      <w:r>
        <w:rPr>
          <w:rFonts w:ascii="Times New Roman" w:hAnsi="Times New Roman" w:eastAsia="宋体"/>
          <w:b w:val="0"/>
          <w:i w:val="0"/>
          <w:sz w:val="21"/>
        </w:rPr>
        <w:t>（A）5/256　　（B）21/1024　　（C）11/512　　（D）23/1024　　（E）3/128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Six ants simultaneously stand on the six vertices of a regular octahedron, with each ant at a different vertex. Simultaneously and independently, each ant moves from its vertex to one of the four adjacent vertices, each with equal probability. What is the probability that no two ants arrive at the same vertex?</w:t>
      </w:r>
    </w:p>
    <w:p>
      <w:pPr>
        <w:spacing w:before="0" w:after="160" w:line="300" w:lineRule="auto"/>
      </w:pPr>
      <w:r>
        <w:rPr>
          <w:rFonts w:ascii="Times New Roman" w:hAnsi="Times New Roman" w:eastAsia="宋体"/>
          <w:b w:val="0"/>
          <w:i w:val="0"/>
          <w:color w:val="333333"/>
          <w:sz w:val="19"/>
        </w:rPr>
        <w:t>(A) 5/256　　(B) 21/1024　　(C) 11/512　　(D) 23/1024　　(E) 3/128</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A　D　C　B　A　A　D　C　B</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E　D　D　D　E　D　D　B　C</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E　C　C　E　B　A　A</w:t>
      </w:r>
    </w:p>
    <w:p>
      <w:pPr>
        <w:spacing w:before="0" w:after="200" w:line="300" w:lineRule="auto"/>
      </w:pPr>
      <w:r>
        <w:rPr>
          <w:rFonts w:ascii="Times New Roman" w:hAnsi="Times New Roman" w:eastAsia="宋体"/>
          <w:b w:val="0"/>
          <w:i w:val="0"/>
          <w:color w:val="666666"/>
          <w:sz w:val="18"/>
        </w:rPr>
        <w:t>答案串：ADCBAADCBEDDDEDDBCECCEBAA</w:t>
      </w:r>
    </w:p>
    <w:p>
      <w:pPr>
        <w:spacing w:before="200" w:after="80" w:line="300" w:lineRule="auto"/>
      </w:pPr>
      <w:r>
        <w:rPr>
          <w:rFonts w:ascii="Times New Roman" w:hAnsi="Times New Roman" w:eastAsia="宋体"/>
          <w:b/>
          <w:i w:val="0"/>
          <w:sz w:val="23"/>
        </w:rPr>
        <w:t>第 1 题　答案 A</w:t>
      </w:r>
    </w:p>
    <w:p>
      <w:pPr>
        <w:spacing w:before="0" w:after="80" w:line="300" w:lineRule="auto"/>
        <w:jc w:val="left"/>
      </w:pPr>
      <w:r>
        <w:rPr>
          <w:rFonts w:ascii="Times New Roman" w:hAnsi="Times New Roman" w:eastAsia="宋体"/>
          <w:b w:val="0"/>
          <w:i w:val="0"/>
          <w:sz w:val="21"/>
        </w:rPr>
        <w:t>小队买入 1000 ÷ 5 = 200 组五条装糖果棒，成本为 200 · 2 = 400 美元。</w:t>
      </w:r>
    </w:p>
    <w:p>
      <w:pPr>
        <w:spacing w:before="0" w:after="80" w:line="300" w:lineRule="auto"/>
        <w:jc w:val="left"/>
      </w:pPr>
      <w:r>
        <w:rPr>
          <w:rFonts w:ascii="Times New Roman" w:hAnsi="Times New Roman" w:eastAsia="宋体"/>
          <w:b w:val="0"/>
          <w:i w:val="0"/>
          <w:sz w:val="21"/>
        </w:rPr>
        <w:t>他们卖出 1000 ÷ 2 = 500 对糖果棒，收入为 500 · 1 = 500 美元。</w:t>
      </w:r>
    </w:p>
    <w:p>
      <w:pPr>
        <w:spacing w:before="0" w:after="80" w:line="300" w:lineRule="auto"/>
        <w:jc w:val="left"/>
      </w:pPr>
      <w:r>
        <w:rPr>
          <w:rFonts w:ascii="Times New Roman" w:hAnsi="Times New Roman" w:eastAsia="宋体"/>
          <w:b w:val="0"/>
          <w:i w:val="0"/>
          <w:sz w:val="21"/>
        </w:rPr>
        <w:t>利润为 500 - 400 = 100 美元。</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troop buys 1000 ÷ 5 = 200 groups of five bars, costing 200 · 2 = 400 dollars.</w:t>
      </w:r>
    </w:p>
    <w:p>
      <w:pPr>
        <w:spacing w:before="0" w:after="80" w:line="300" w:lineRule="auto"/>
        <w:jc w:val="left"/>
      </w:pPr>
      <w:r>
        <w:rPr>
          <w:rFonts w:ascii="Times New Roman" w:hAnsi="Times New Roman" w:eastAsia="宋体"/>
          <w:b w:val="0"/>
          <w:i w:val="0"/>
          <w:color w:val="333333"/>
          <w:sz w:val="19"/>
        </w:rPr>
        <w:t>They sell 1000 ÷ 2 = 500 pairs of bars, earning 500 · 1 = 500 dollars.</w:t>
      </w:r>
    </w:p>
    <w:p>
      <w:pPr>
        <w:spacing w:before="0" w:after="80" w:line="300" w:lineRule="auto"/>
        <w:jc w:val="left"/>
      </w:pPr>
      <w:r>
        <w:rPr>
          <w:rFonts w:ascii="Times New Roman" w:hAnsi="Times New Roman" w:eastAsia="宋体"/>
          <w:b w:val="0"/>
          <w:i w:val="0"/>
          <w:color w:val="333333"/>
          <w:sz w:val="19"/>
        </w:rPr>
        <w:t>The profit is 500 - 400 = 100 dollars.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D</w:t>
      </w:r>
    </w:p>
    <w:p>
      <w:pPr>
        <w:spacing w:before="0" w:after="80" w:line="300" w:lineRule="auto"/>
        <w:jc w:val="left"/>
      </w:pPr>
      <w:r>
        <w:rPr>
          <w:rFonts w:ascii="Times New Roman" w:hAnsi="Times New Roman" w:eastAsia="宋体"/>
          <w:b w:val="0"/>
          <w:i w:val="0"/>
          <w:sz w:val="21"/>
        </w:rPr>
        <w:t>题意可化为</w:t>
      </w:r>
    </w:p>
    <w:p>
      <w:pPr>
        <w:spacing w:before="0" w:after="80" w:line="300" w:lineRule="auto"/>
        <w:jc w:val="left"/>
      </w:pPr>
      <w:r>
        <w:rPr>
          <w:rFonts w:ascii="Times New Roman" w:hAnsi="Times New Roman" w:eastAsia="宋体"/>
          <w:b w:val="0"/>
          <w:i w:val="0"/>
          <w:sz w:val="21"/>
        </w:rPr>
        <w:t>x/100· x = 4，</w:t>
      </w:r>
    </w:p>
    <w:p>
      <w:pPr>
        <w:spacing w:before="0" w:after="80" w:line="300" w:lineRule="auto"/>
        <w:jc w:val="left"/>
      </w:pPr>
      <w:r>
        <w:rPr>
          <w:rFonts w:ascii="Times New Roman" w:hAnsi="Times New Roman" w:eastAsia="宋体"/>
          <w:b w:val="0"/>
          <w:i w:val="0"/>
          <w:sz w:val="21"/>
        </w:rPr>
        <w:t>所以 x² = 400。</w:t>
      </w:r>
    </w:p>
    <w:p>
      <w:pPr>
        <w:spacing w:before="0" w:after="80" w:line="300" w:lineRule="auto"/>
        <w:jc w:val="left"/>
      </w:pPr>
      <w:r>
        <w:rPr>
          <w:rFonts w:ascii="Times New Roman" w:hAnsi="Times New Roman" w:eastAsia="宋体"/>
          <w:b w:val="0"/>
          <w:i w:val="0"/>
          <w:sz w:val="21"/>
        </w:rPr>
        <w:t>因为 x 为正，所以 x = 20。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statement translates to</w:t>
      </w:r>
    </w:p>
    <w:p>
      <w:pPr>
        <w:spacing w:before="0" w:after="80" w:line="300" w:lineRule="auto"/>
        <w:jc w:val="left"/>
      </w:pPr>
      <w:r>
        <w:rPr>
          <w:rFonts w:ascii="Times New Roman" w:hAnsi="Times New Roman" w:eastAsia="宋体"/>
          <w:b w:val="0"/>
          <w:i w:val="0"/>
          <w:color w:val="333333"/>
          <w:sz w:val="19"/>
        </w:rPr>
        <w:t>x/100· x = 4,</w:t>
      </w:r>
    </w:p>
    <w:p>
      <w:pPr>
        <w:spacing w:before="0" w:after="80" w:line="300" w:lineRule="auto"/>
        <w:jc w:val="left"/>
      </w:pPr>
      <w:r>
        <w:rPr>
          <w:rFonts w:ascii="Times New Roman" w:hAnsi="Times New Roman" w:eastAsia="宋体"/>
          <w:b w:val="0"/>
          <w:i w:val="0"/>
          <w:color w:val="333333"/>
          <w:sz w:val="19"/>
        </w:rPr>
        <w:t>so x² = 400.</w:t>
      </w:r>
    </w:p>
    <w:p>
      <w:pPr>
        <w:spacing w:before="0" w:after="80" w:line="300" w:lineRule="auto"/>
        <w:jc w:val="left"/>
      </w:pPr>
      <w:r>
        <w:rPr>
          <w:rFonts w:ascii="Times New Roman" w:hAnsi="Times New Roman" w:eastAsia="宋体"/>
          <w:b w:val="0"/>
          <w:i w:val="0"/>
          <w:color w:val="333333"/>
          <w:sz w:val="19"/>
        </w:rPr>
        <w:t>Since x is positive, x = 20.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C</w:t>
      </w:r>
    </w:p>
    <w:p>
      <w:pPr>
        <w:spacing w:before="0" w:after="80" w:line="300" w:lineRule="auto"/>
        <w:jc w:val="left"/>
      </w:pPr>
      <w:r>
        <w:rPr>
          <w:rFonts w:ascii="Times New Roman" w:hAnsi="Times New Roman" w:eastAsia="宋体"/>
          <w:b w:val="0"/>
          <w:i w:val="0"/>
          <w:sz w:val="21"/>
        </w:rPr>
        <w:t>全部 CD 的费用是三分之一 CD 费用的三倍，即她的钱的 3·1/5 = 3/5。</w:t>
      </w:r>
    </w:p>
    <w:p>
      <w:pPr>
        <w:spacing w:before="0" w:after="80" w:line="300" w:lineRule="auto"/>
        <w:jc w:val="left"/>
      </w:pPr>
      <w:r>
        <w:rPr>
          <w:rFonts w:ascii="Times New Roman" w:hAnsi="Times New Roman" w:eastAsia="宋体"/>
          <w:b w:val="0"/>
          <w:i w:val="0"/>
          <w:sz w:val="21"/>
        </w:rPr>
        <w:t>她还剩下自己钱的 1 - 3/5 = 2/5。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Buying all the CDs costs three times what one third of them cost, namely 3·1/5 = 3/5 of her money.</w:t>
      </w:r>
    </w:p>
    <w:p>
      <w:pPr>
        <w:spacing w:before="0" w:after="80" w:line="300" w:lineRule="auto"/>
        <w:jc w:val="left"/>
      </w:pPr>
      <w:r>
        <w:rPr>
          <w:rFonts w:ascii="Times New Roman" w:hAnsi="Times New Roman" w:eastAsia="宋体"/>
          <w:b w:val="0"/>
          <w:i w:val="0"/>
          <w:color w:val="333333"/>
          <w:sz w:val="19"/>
        </w:rPr>
        <w:t>She has 1 - 3/5 = 2/5 of her money left.</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B</w:t>
      </w:r>
    </w:p>
    <w:p>
      <w:pPr>
        <w:spacing w:before="0" w:after="80" w:line="300" w:lineRule="auto"/>
        <w:jc w:val="left"/>
      </w:pPr>
      <w:r>
        <w:rPr>
          <w:rFonts w:ascii="Times New Roman" w:hAnsi="Times New Roman" w:eastAsia="宋体"/>
          <w:b w:val="0"/>
          <w:i w:val="0"/>
          <w:sz w:val="21"/>
        </w:rPr>
        <w:t>Lisa 至少需要 0.8 · 50 = 40 次 A。</w:t>
      </w:r>
    </w:p>
    <w:p>
      <w:pPr>
        <w:spacing w:before="0" w:after="80" w:line="300" w:lineRule="auto"/>
        <w:jc w:val="left"/>
      </w:pPr>
      <w:r>
        <w:rPr>
          <w:rFonts w:ascii="Times New Roman" w:hAnsi="Times New Roman" w:eastAsia="宋体"/>
          <w:b w:val="0"/>
          <w:i w:val="0"/>
          <w:sz w:val="21"/>
        </w:rPr>
        <w:t>她已经有 22 次，所以剩下 20 次中还需要 40 - 22 = 18 次 A。</w:t>
      </w:r>
    </w:p>
    <w:p>
      <w:pPr>
        <w:spacing w:before="0" w:after="80" w:line="300" w:lineRule="auto"/>
        <w:jc w:val="left"/>
      </w:pPr>
      <w:r>
        <w:rPr>
          <w:rFonts w:ascii="Times New Roman" w:hAnsi="Times New Roman" w:eastAsia="宋体"/>
          <w:b w:val="0"/>
          <w:i w:val="0"/>
          <w:sz w:val="21"/>
        </w:rPr>
        <w:t>因此最多可以有 20 - 18 = 2 次低于 A。</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Lisa needs an A on at least 0.8 · 50 = 40 quizzes.</w:t>
      </w:r>
    </w:p>
    <w:p>
      <w:pPr>
        <w:spacing w:before="0" w:after="80" w:line="300" w:lineRule="auto"/>
        <w:jc w:val="left"/>
      </w:pPr>
      <w:r>
        <w:rPr>
          <w:rFonts w:ascii="Times New Roman" w:hAnsi="Times New Roman" w:eastAsia="宋体"/>
          <w:b w:val="0"/>
          <w:i w:val="0"/>
          <w:color w:val="333333"/>
          <w:sz w:val="19"/>
        </w:rPr>
        <w:t>She has 22 already, so she needs 40 - 22 = 18 more of the remaining 20 quizzes.</w:t>
      </w:r>
    </w:p>
    <w:p>
      <w:pPr>
        <w:spacing w:before="0" w:after="80" w:line="300" w:lineRule="auto"/>
        <w:jc w:val="left"/>
      </w:pPr>
      <w:r>
        <w:rPr>
          <w:rFonts w:ascii="Times New Roman" w:hAnsi="Times New Roman" w:eastAsia="宋体"/>
          <w:b w:val="0"/>
          <w:i w:val="0"/>
          <w:color w:val="333333"/>
          <w:sz w:val="19"/>
        </w:rPr>
        <w:t>She can earn a lower grade on at most 20 - 18 = 2 of them.</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A</w:t>
      </w:r>
    </w:p>
    <w:p>
      <w:pPr>
        <w:spacing w:before="0" w:after="80" w:line="300" w:lineRule="auto"/>
        <w:jc w:val="left"/>
      </w:pPr>
      <w:r>
        <w:rPr>
          <w:rFonts w:ascii="Times New Roman" w:hAnsi="Times New Roman" w:eastAsia="宋体"/>
          <w:b w:val="0"/>
          <w:i w:val="0"/>
          <w:sz w:val="21"/>
        </w:rPr>
        <w:t>每块瓷砖的四个四分之一圆合成一个半径为 1/2 的圆，面积为 π(1/2)² = π/4。</w:t>
      </w:r>
    </w:p>
    <w:p>
      <w:pPr>
        <w:spacing w:before="0" w:after="80" w:line="300" w:lineRule="auto"/>
        <w:jc w:val="left"/>
      </w:pPr>
      <w:r>
        <w:rPr>
          <w:rFonts w:ascii="Times New Roman" w:hAnsi="Times New Roman" w:eastAsia="宋体"/>
          <w:b w:val="0"/>
          <w:i w:val="0"/>
          <w:sz w:val="21"/>
        </w:rPr>
        <w:t>每块瓷砖阴影面积为 1 - π/4。</w:t>
      </w:r>
    </w:p>
    <w:p>
      <w:pPr>
        <w:spacing w:before="0" w:after="80" w:line="300" w:lineRule="auto"/>
        <w:jc w:val="left"/>
      </w:pPr>
      <w:r>
        <w:rPr>
          <w:rFonts w:ascii="Times New Roman" w:hAnsi="Times New Roman" w:eastAsia="宋体"/>
          <w:b w:val="0"/>
          <w:i w:val="0"/>
          <w:sz w:val="21"/>
        </w:rPr>
        <w:t>共有 8 · 10 = 80 块瓷砖，所以总阴影面积为</w:t>
      </w:r>
    </w:p>
    <w:p>
      <w:pPr>
        <w:spacing w:before="0" w:after="80" w:line="300" w:lineRule="auto"/>
        <w:jc w:val="left"/>
      </w:pPr>
      <w:r>
        <w:rPr>
          <w:rFonts w:ascii="Times New Roman" w:hAnsi="Times New Roman" w:eastAsia="宋体"/>
          <w:b w:val="0"/>
          <w:i w:val="0"/>
          <w:sz w:val="21"/>
        </w:rPr>
        <w:t>80(1 - π/4) = 80 - 20π。</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four quarter circles in a tile together form one full circle of radius 1/2, with area π(1/2)² = π/4.</w:t>
      </w:r>
    </w:p>
    <w:p>
      <w:pPr>
        <w:spacing w:before="0" w:after="80" w:line="300" w:lineRule="auto"/>
        <w:jc w:val="left"/>
      </w:pPr>
      <w:r>
        <w:rPr>
          <w:rFonts w:ascii="Times New Roman" w:hAnsi="Times New Roman" w:eastAsia="宋体"/>
          <w:b w:val="0"/>
          <w:i w:val="0"/>
          <w:color w:val="333333"/>
          <w:sz w:val="19"/>
        </w:rPr>
        <w:t>So each tile has shaded area 1 - π/4 square feet.</w:t>
      </w:r>
    </w:p>
    <w:p>
      <w:pPr>
        <w:spacing w:before="0" w:after="80" w:line="300" w:lineRule="auto"/>
        <w:jc w:val="left"/>
      </w:pPr>
      <w:r>
        <w:rPr>
          <w:rFonts w:ascii="Times New Roman" w:hAnsi="Times New Roman" w:eastAsia="宋体"/>
          <w:b w:val="0"/>
          <w:i w:val="0"/>
          <w:color w:val="333333"/>
          <w:sz w:val="19"/>
        </w:rPr>
        <w:t>There are 8 · 10 = 80 tiles, so the total shaded area is</w:t>
      </w:r>
    </w:p>
    <w:p>
      <w:pPr>
        <w:spacing w:before="0" w:after="80" w:line="300" w:lineRule="auto"/>
        <w:jc w:val="left"/>
      </w:pPr>
      <w:r>
        <w:rPr>
          <w:rFonts w:ascii="Times New Roman" w:hAnsi="Times New Roman" w:eastAsia="宋体"/>
          <w:b w:val="0"/>
          <w:i w:val="0"/>
          <w:color w:val="333333"/>
          <w:sz w:val="19"/>
        </w:rPr>
        <w:t>80(1 - π/4) = 80 - 20π.</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A</w:t>
      </w:r>
    </w:p>
    <w:p>
      <w:pPr>
        <w:spacing w:before="0" w:after="80" w:line="300" w:lineRule="auto"/>
        <w:jc w:val="left"/>
      </w:pPr>
      <w:r>
        <w:rPr>
          <w:rFonts w:ascii="Times New Roman" w:hAnsi="Times New Roman" w:eastAsia="宋体"/>
          <w:b w:val="0"/>
          <w:i w:val="0"/>
          <w:sz w:val="21"/>
        </w:rPr>
        <w:t>设 H 为从 C 到直线 AB 的垂足。由于 △ ABC 中 AC = BC，所以 H 是 AB 的中点，从而 AH = HB = 1。</w:t>
      </w:r>
    </w:p>
    <w:p>
      <w:pPr>
        <w:spacing w:before="0" w:after="80" w:line="300" w:lineRule="auto"/>
        <w:jc w:val="left"/>
      </w:pPr>
      <w:r>
        <w:rPr>
          <w:rFonts w:ascii="Times New Roman" w:hAnsi="Times New Roman" w:eastAsia="宋体"/>
          <w:b w:val="0"/>
          <w:i w:val="0"/>
          <w:sz w:val="21"/>
        </w:rPr>
        <w:t>于是 CH² = 7² - 1² = 48。对 △ CHD 应用勾股定理，其中 HD = HB + BD = 1 + BD，得</w:t>
      </w:r>
    </w:p>
    <w:p>
      <w:pPr>
        <w:spacing w:before="0" w:after="80" w:line="300" w:lineRule="auto"/>
        <w:jc w:val="left"/>
      </w:pPr>
      <w:r>
        <w:rPr>
          <w:rFonts w:ascii="Times New Roman" w:hAnsi="Times New Roman" w:eastAsia="宋体"/>
          <w:b w:val="0"/>
          <w:i w:val="0"/>
          <w:sz w:val="21"/>
        </w:rPr>
        <w:t>8² = 48 + (1 + BD)²，</w:t>
      </w:r>
    </w:p>
    <w:p>
      <w:pPr>
        <w:spacing w:before="0" w:after="80" w:line="300" w:lineRule="auto"/>
        <w:jc w:val="left"/>
      </w:pPr>
      <w:r>
        <w:rPr>
          <w:rFonts w:ascii="Times New Roman" w:hAnsi="Times New Roman" w:eastAsia="宋体"/>
          <w:b w:val="0"/>
          <w:i w:val="0"/>
          <w:sz w:val="21"/>
        </w:rPr>
        <w:t>从而 (1 + BD)² = 16。</w:t>
      </w:r>
    </w:p>
    <w:p>
      <w:pPr>
        <w:spacing w:before="0" w:after="80" w:line="300" w:lineRule="auto"/>
        <w:jc w:val="left"/>
      </w:pPr>
      <w:r>
        <w:rPr>
          <w:rFonts w:ascii="Times New Roman" w:hAnsi="Times New Roman" w:eastAsia="宋体"/>
          <w:b w:val="0"/>
          <w:i w:val="0"/>
          <w:sz w:val="21"/>
        </w:rPr>
        <w:t>于是由上式得 1 + BD = 4，所以 BD = 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H be the foot of the altitude from C to line AB. Since △ ABC is isosceles with AC = BC, H is the midpoint of AB, so AH = HB = 1.</w:t>
      </w:r>
    </w:p>
    <w:p>
      <w:pPr>
        <w:spacing w:before="0" w:after="80" w:line="300" w:lineRule="auto"/>
        <w:jc w:val="left"/>
      </w:pPr>
      <w:r>
        <w:rPr>
          <w:rFonts w:ascii="Times New Roman" w:hAnsi="Times New Roman" w:eastAsia="宋体"/>
          <w:b w:val="0"/>
          <w:i w:val="0"/>
          <w:color w:val="333333"/>
          <w:sz w:val="19"/>
        </w:rPr>
        <w:t>Then CH² = 7² - 1² = 48. Applying the Pythagorean Theorem to △ CHD with HD = HB + BD = 1 + BD gives</w:t>
      </w:r>
    </w:p>
    <w:p>
      <w:pPr>
        <w:spacing w:before="0" w:after="80" w:line="300" w:lineRule="auto"/>
        <w:jc w:val="left"/>
      </w:pPr>
      <w:r>
        <w:rPr>
          <w:rFonts w:ascii="Times New Roman" w:hAnsi="Times New Roman" w:eastAsia="宋体"/>
          <w:b w:val="0"/>
          <w:i w:val="0"/>
          <w:color w:val="333333"/>
          <w:sz w:val="19"/>
        </w:rPr>
        <w:t>8² = 48 + (1 + BD)²,</w:t>
      </w:r>
    </w:p>
    <w:p>
      <w:pPr>
        <w:spacing w:before="0" w:after="80" w:line="300" w:lineRule="auto"/>
        <w:jc w:val="left"/>
      </w:pPr>
      <w:r>
        <w:rPr>
          <w:rFonts w:ascii="Times New Roman" w:hAnsi="Times New Roman" w:eastAsia="宋体"/>
          <w:b w:val="0"/>
          <w:i w:val="0"/>
          <w:color w:val="333333"/>
          <w:sz w:val="19"/>
        </w:rPr>
        <w:t>so (1 + BD)² = 16.</w:t>
      </w:r>
    </w:p>
    <w:p>
      <w:pPr>
        <w:spacing w:before="0" w:after="80" w:line="300" w:lineRule="auto"/>
        <w:jc w:val="left"/>
      </w:pPr>
      <w:r>
        <w:rPr>
          <w:rFonts w:ascii="Times New Roman" w:hAnsi="Times New Roman" w:eastAsia="宋体"/>
          <w:b w:val="0"/>
          <w:i w:val="0"/>
          <w:color w:val="333333"/>
          <w:sz w:val="19"/>
        </w:rPr>
        <w:t>Therefore 1 + BD = 4, which means BD = 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D</w:t>
      </w:r>
    </w:p>
    <w:p>
      <w:pPr>
        <w:spacing w:before="0" w:after="80" w:line="300" w:lineRule="auto"/>
        <w:jc w:val="left"/>
      </w:pPr>
      <w:r>
        <w:rPr>
          <w:rFonts w:ascii="Times New Roman" w:hAnsi="Times New Roman" w:eastAsia="宋体"/>
          <w:b w:val="0"/>
          <w:i w:val="0"/>
          <w:sz w:val="21"/>
        </w:rPr>
        <w:t>令 y = 0，得 |3x| = 12，所以 x = ± 4。令 x = 0，得 |4y| = 12，所以 y = ± 3。</w:t>
      </w:r>
    </w:p>
    <w:p>
      <w:pPr>
        <w:spacing w:before="0" w:after="80" w:line="300" w:lineRule="auto"/>
        <w:jc w:val="left"/>
      </w:pPr>
      <w:r>
        <w:rPr>
          <w:rFonts w:ascii="Times New Roman" w:hAnsi="Times New Roman" w:eastAsia="宋体"/>
          <w:b w:val="0"/>
          <w:i w:val="0"/>
          <w:sz w:val="21"/>
        </w:rPr>
        <w:t>该图形是一个菱形，顶点为 (± 4, 0) 和 (0, ± 3)，所以两条对角线的长度分别为 8 和 6。</w:t>
      </w:r>
    </w:p>
    <w:p>
      <w:pPr>
        <w:spacing w:before="0" w:after="80" w:line="300" w:lineRule="auto"/>
        <w:jc w:val="left"/>
      </w:pPr>
      <w:r>
        <w:rPr>
          <w:rFonts w:ascii="Times New Roman" w:hAnsi="Times New Roman" w:eastAsia="宋体"/>
          <w:b w:val="0"/>
          <w:i w:val="0"/>
          <w:sz w:val="21"/>
        </w:rPr>
        <w:t>它的面积为 1/2 · 8 · 6 = 24。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Setting y = 0 gives |3x| = 12, so x = ± 4. Setting x = 0 gives |4y| = 12, so y = ± 3.</w:t>
      </w:r>
    </w:p>
    <w:p>
      <w:pPr>
        <w:spacing w:before="0" w:after="80" w:line="300" w:lineRule="auto"/>
        <w:jc w:val="left"/>
      </w:pPr>
      <w:r>
        <w:rPr>
          <w:rFonts w:ascii="Times New Roman" w:hAnsi="Times New Roman" w:eastAsia="宋体"/>
          <w:b w:val="0"/>
          <w:i w:val="0"/>
          <w:color w:val="333333"/>
          <w:sz w:val="19"/>
        </w:rPr>
        <w:t>The graph is a rhombus with vertices (± 4, 0) and (0, ± 3), so its diagonals have lengths 8 and 6.</w:t>
      </w:r>
    </w:p>
    <w:p>
      <w:pPr>
        <w:spacing w:before="0" w:after="80" w:line="300" w:lineRule="auto"/>
        <w:jc w:val="left"/>
      </w:pPr>
      <w:r>
        <w:rPr>
          <w:rFonts w:ascii="Times New Roman" w:hAnsi="Times New Roman" w:eastAsia="宋体"/>
          <w:b w:val="0"/>
          <w:i w:val="0"/>
          <w:color w:val="333333"/>
          <w:sz w:val="19"/>
        </w:rPr>
        <w:t>Its area is 1/2 · 8 · 6 = 24.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C</w:t>
      </w:r>
    </w:p>
    <w:p>
      <w:pPr>
        <w:spacing w:before="0" w:after="80" w:line="300" w:lineRule="auto"/>
        <w:jc w:val="left"/>
      </w:pPr>
      <w:r>
        <w:rPr>
          <w:rFonts w:ascii="Times New Roman" w:hAnsi="Times New Roman" w:eastAsia="宋体"/>
          <w:b w:val="0"/>
          <w:i w:val="0"/>
          <w:sz w:val="21"/>
        </w:rPr>
        <w:t>抛物线 y = x² + a² 的顶点为 (0, a²)。</w:t>
      </w:r>
    </w:p>
    <w:p>
      <w:pPr>
        <w:spacing w:before="0" w:after="80" w:line="300" w:lineRule="auto"/>
        <w:jc w:val="left"/>
      </w:pPr>
      <w:r>
        <w:rPr>
          <w:rFonts w:ascii="Times New Roman" w:hAnsi="Times New Roman" w:eastAsia="宋体"/>
          <w:b w:val="0"/>
          <w:i w:val="0"/>
          <w:sz w:val="21"/>
        </w:rPr>
        <w:t>直线 y = x + a 经过该点当且仅当 a² = 0 + a，即 a² - a = 0。</w:t>
      </w:r>
    </w:p>
    <w:p>
      <w:pPr>
        <w:spacing w:before="0" w:after="80" w:line="300" w:lineRule="auto"/>
        <w:jc w:val="left"/>
      </w:pPr>
      <w:r>
        <w:rPr>
          <w:rFonts w:ascii="Times New Roman" w:hAnsi="Times New Roman" w:eastAsia="宋体"/>
          <w:b w:val="0"/>
          <w:i w:val="0"/>
          <w:sz w:val="21"/>
        </w:rPr>
        <w:t>所以 a = 0 或 a = 1，共有 2 个值。</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vertex of the parabola y = x² + a² is (0, a²).</w:t>
      </w:r>
    </w:p>
    <w:p>
      <w:pPr>
        <w:spacing w:before="0" w:after="80" w:line="300" w:lineRule="auto"/>
        <w:jc w:val="left"/>
      </w:pPr>
      <w:r>
        <w:rPr>
          <w:rFonts w:ascii="Times New Roman" w:hAnsi="Times New Roman" w:eastAsia="宋体"/>
          <w:b w:val="0"/>
          <w:i w:val="0"/>
          <w:color w:val="333333"/>
          <w:sz w:val="19"/>
        </w:rPr>
        <w:t>The line y = x + a passes through it exactly when a² = 0 + a, that is a² - a = 0.</w:t>
      </w:r>
    </w:p>
    <w:p>
      <w:pPr>
        <w:spacing w:before="0" w:after="80" w:line="300" w:lineRule="auto"/>
        <w:jc w:val="left"/>
      </w:pPr>
      <w:r>
        <w:rPr>
          <w:rFonts w:ascii="Times New Roman" w:hAnsi="Times New Roman" w:eastAsia="宋体"/>
          <w:b w:val="0"/>
          <w:i w:val="0"/>
          <w:color w:val="333333"/>
          <w:sz w:val="19"/>
        </w:rPr>
        <w:t>This gives a = 0 or a = 1, so there are 2 values.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B</w:t>
      </w:r>
    </w:p>
    <w:p>
      <w:pPr>
        <w:spacing w:before="0" w:after="80" w:line="300" w:lineRule="auto"/>
        <w:jc w:val="left"/>
      </w:pPr>
      <w:r>
        <w:rPr>
          <w:rFonts w:ascii="Times New Roman" w:hAnsi="Times New Roman" w:eastAsia="宋体"/>
          <w:b w:val="0"/>
          <w:i w:val="0"/>
          <w:sz w:val="21"/>
        </w:rPr>
        <w:t>得 95 分的学生百分比是 100 - 10 - 25 - 20 - 15 = 30。</w:t>
      </w:r>
    </w:p>
    <w:p>
      <w:pPr>
        <w:spacing w:before="0" w:after="80" w:line="300" w:lineRule="auto"/>
        <w:jc w:val="left"/>
      </w:pPr>
      <w:r>
        <w:rPr>
          <w:rFonts w:ascii="Times New Roman" w:hAnsi="Times New Roman" w:eastAsia="宋体"/>
          <w:b w:val="0"/>
          <w:i w:val="0"/>
          <w:sz w:val="21"/>
        </w:rPr>
        <w:t>平均分为</w:t>
      </w:r>
    </w:p>
    <w:p>
      <w:pPr>
        <w:spacing w:before="0" w:after="80" w:line="300" w:lineRule="auto"/>
        <w:jc w:val="left"/>
      </w:pPr>
      <w:r>
        <w:rPr>
          <w:rFonts w:ascii="Times New Roman" w:hAnsi="Times New Roman" w:eastAsia="宋体"/>
          <w:b w:val="0"/>
          <w:i w:val="0"/>
          <w:sz w:val="21"/>
        </w:rPr>
        <w:t>0.10(70) + 0.25(80)</w:t>
      </w:r>
    </w:p>
    <w:p>
      <w:pPr>
        <w:spacing w:before="0" w:after="80" w:line="300" w:lineRule="auto"/>
        <w:jc w:val="left"/>
      </w:pPr>
      <w:r>
        <w:rPr>
          <w:rFonts w:ascii="Times New Roman" w:hAnsi="Times New Roman" w:eastAsia="宋体"/>
          <w:b w:val="0"/>
          <w:i w:val="0"/>
          <w:sz w:val="21"/>
        </w:rPr>
        <w:t>+ 0.20(85) + 0.15(90)</w:t>
      </w:r>
    </w:p>
    <w:p>
      <w:pPr>
        <w:spacing w:before="0" w:after="80" w:line="300" w:lineRule="auto"/>
        <w:jc w:val="left"/>
      </w:pPr>
      <w:r>
        <w:rPr>
          <w:rFonts w:ascii="Times New Roman" w:hAnsi="Times New Roman" w:eastAsia="宋体"/>
          <w:b w:val="0"/>
          <w:i w:val="0"/>
          <w:sz w:val="21"/>
        </w:rPr>
        <w:t>+ 0.30(95) = 86</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累计看，10% 的学生低于 80 分，35% 的学生不高于 80 分，55% 的学生不高于 85 分。中间位置落在 85 分，所以中位数为 85。</w:t>
      </w:r>
    </w:p>
    <w:p>
      <w:pPr>
        <w:spacing w:before="0" w:after="80" w:line="300" w:lineRule="auto"/>
        <w:jc w:val="left"/>
      </w:pPr>
      <w:r>
        <w:rPr>
          <w:rFonts w:ascii="Times New Roman" w:hAnsi="Times New Roman" w:eastAsia="宋体"/>
          <w:b w:val="0"/>
          <w:i w:val="0"/>
          <w:sz w:val="21"/>
        </w:rPr>
        <w:t>差为 86 - 85 = 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percentage scoring 95 is 100 - 10 - 25 - 20 - 15 = 30.</w:t>
      </w:r>
    </w:p>
    <w:p>
      <w:pPr>
        <w:spacing w:before="0" w:after="80" w:line="300" w:lineRule="auto"/>
        <w:jc w:val="left"/>
      </w:pPr>
      <w:r>
        <w:rPr>
          <w:rFonts w:ascii="Times New Roman" w:hAnsi="Times New Roman" w:eastAsia="宋体"/>
          <w:b w:val="0"/>
          <w:i w:val="0"/>
          <w:color w:val="333333"/>
          <w:sz w:val="19"/>
        </w:rPr>
        <w:t>The mean is</w:t>
      </w:r>
    </w:p>
    <w:p>
      <w:pPr>
        <w:spacing w:before="0" w:after="80" w:line="300" w:lineRule="auto"/>
        <w:jc w:val="left"/>
      </w:pPr>
      <w:r>
        <w:rPr>
          <w:rFonts w:ascii="Times New Roman" w:hAnsi="Times New Roman" w:eastAsia="宋体"/>
          <w:b w:val="0"/>
          <w:i w:val="0"/>
          <w:color w:val="333333"/>
          <w:sz w:val="19"/>
        </w:rPr>
        <w:t>0.10(70) + 0.25(80)</w:t>
      </w:r>
    </w:p>
    <w:p>
      <w:pPr>
        <w:spacing w:before="0" w:after="80" w:line="300" w:lineRule="auto"/>
        <w:jc w:val="left"/>
      </w:pPr>
      <w:r>
        <w:rPr>
          <w:rFonts w:ascii="Times New Roman" w:hAnsi="Times New Roman" w:eastAsia="宋体"/>
          <w:b w:val="0"/>
          <w:i w:val="0"/>
          <w:color w:val="333333"/>
          <w:sz w:val="19"/>
        </w:rPr>
        <w:t>+ 0.20(85) + 0.15(90)</w:t>
      </w:r>
    </w:p>
    <w:p>
      <w:pPr>
        <w:spacing w:before="0" w:after="80" w:line="300" w:lineRule="auto"/>
        <w:jc w:val="left"/>
      </w:pPr>
      <w:r>
        <w:rPr>
          <w:rFonts w:ascii="Times New Roman" w:hAnsi="Times New Roman" w:eastAsia="宋体"/>
          <w:b w:val="0"/>
          <w:i w:val="0"/>
          <w:color w:val="333333"/>
          <w:sz w:val="19"/>
        </w:rPr>
        <w:t>+ 0.30(95) = 86.</w:t>
      </w:r>
    </w:p>
    <w:p>
      <w:pPr>
        <w:spacing w:before="0" w:after="80" w:line="300" w:lineRule="auto"/>
        <w:jc w:val="left"/>
      </w:pPr>
      <w:r>
        <w:rPr>
          <w:rFonts w:ascii="Times New Roman" w:hAnsi="Times New Roman" w:eastAsia="宋体"/>
          <w:b w:val="0"/>
          <w:i w:val="0"/>
          <w:color w:val="333333"/>
          <w:sz w:val="19"/>
        </w:rPr>
        <w:t>Cumulatively, 10% are below 80, 35% are at or below 80, and 55% are at or below 85. The middle scores fall at 85, so the median is 85.</w:t>
      </w:r>
    </w:p>
    <w:p>
      <w:pPr>
        <w:spacing w:before="0" w:after="80" w:line="300" w:lineRule="auto"/>
        <w:jc w:val="left"/>
      </w:pPr>
      <w:r>
        <w:rPr>
          <w:rFonts w:ascii="Times New Roman" w:hAnsi="Times New Roman" w:eastAsia="宋体"/>
          <w:b w:val="0"/>
          <w:i w:val="0"/>
          <w:color w:val="333333"/>
          <w:sz w:val="19"/>
        </w:rPr>
        <w:t>The difference is 86 - 85 = 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E</w:t>
      </w:r>
    </w:p>
    <w:p>
      <w:pPr>
        <w:spacing w:before="0" w:after="80" w:line="300" w:lineRule="auto"/>
        <w:jc w:val="left"/>
      </w:pPr>
      <w:r>
        <w:rPr>
          <w:rFonts w:ascii="Times New Roman" w:hAnsi="Times New Roman" w:eastAsia="宋体"/>
          <w:b w:val="0"/>
          <w:i w:val="0"/>
          <w:sz w:val="21"/>
        </w:rPr>
        <w:t>数列开始为 2005, 133, 55, 250, 133, …，因为 2³ + 0³ + 0³ + 5³ = 133，1³ + 3³ + 3³ = 55，5³ + 5³ = 250，且 2³ + 5³ + 0³ = 133。</w:t>
      </w:r>
    </w:p>
    <w:p>
      <w:pPr>
        <w:spacing w:before="0" w:after="80" w:line="300" w:lineRule="auto"/>
        <w:jc w:val="left"/>
      </w:pPr>
      <w:r>
        <w:rPr>
          <w:rFonts w:ascii="Times New Roman" w:hAnsi="Times New Roman" w:eastAsia="宋体"/>
          <w:b w:val="0"/>
          <w:i w:val="0"/>
          <w:sz w:val="21"/>
        </w:rPr>
        <w:t>在首项 2005 之后，数列以 133, 55, 250 为周期 3 循环。</w:t>
      </w:r>
    </w:p>
    <w:p>
      <w:pPr>
        <w:spacing w:before="0" w:after="80" w:line="300" w:lineRule="auto"/>
        <w:jc w:val="left"/>
      </w:pPr>
      <w:r>
        <w:rPr>
          <w:rFonts w:ascii="Times New Roman" w:hAnsi="Times New Roman" w:eastAsia="宋体"/>
          <w:b w:val="0"/>
          <w:i w:val="0"/>
          <w:sz w:val="21"/>
        </w:rPr>
        <w:t>当 n ≥ 2 时，第 n 项是序列 133, 55, 250 中索引为 ((n-2)bmod 3) 的一项。因为 2005 - 2 = 2003 ≡ 2 pmod 3，所以第 2005 项是 250。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sequence begins 2005, 133, 55, 250, 133, … since 2³ + 0³ + 0³ + 5³ = 133, 1³ + 3³ + 3³ = 55, 5³ + 5³ = 250, and 2³ + 5³ + 0³ = 133.</w:t>
      </w:r>
    </w:p>
    <w:p>
      <w:pPr>
        <w:spacing w:before="0" w:after="80" w:line="300" w:lineRule="auto"/>
        <w:jc w:val="left"/>
      </w:pPr>
      <w:r>
        <w:rPr>
          <w:rFonts w:ascii="Times New Roman" w:hAnsi="Times New Roman" w:eastAsia="宋体"/>
          <w:b w:val="0"/>
          <w:i w:val="0"/>
          <w:color w:val="333333"/>
          <w:sz w:val="19"/>
        </w:rPr>
        <w:t>After the initial 2005, the terms cycle through 133, 55, 250 with period 3.</w:t>
      </w:r>
    </w:p>
    <w:p>
      <w:pPr>
        <w:spacing w:before="0" w:after="80" w:line="300" w:lineRule="auto"/>
        <w:jc w:val="left"/>
      </w:pPr>
      <w:r>
        <w:rPr>
          <w:rFonts w:ascii="Times New Roman" w:hAnsi="Times New Roman" w:eastAsia="宋体"/>
          <w:b w:val="0"/>
          <w:i w:val="0"/>
          <w:color w:val="333333"/>
          <w:sz w:val="19"/>
        </w:rPr>
        <w:t>Term n for n ≥ 2 is the ((n-2)bmod 3)th entry of 133, 55, 250. Since 2005 - 2 = 2003 ≡ 2 pmod 3, the 2005th term is 250.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D</w:t>
      </w:r>
    </w:p>
    <w:p>
      <w:pPr>
        <w:spacing w:before="0" w:after="80" w:line="300" w:lineRule="auto"/>
        <w:jc w:val="left"/>
      </w:pPr>
      <w:r>
        <w:rPr>
          <w:rFonts w:ascii="Times New Roman" w:hAnsi="Times New Roman" w:eastAsia="宋体"/>
          <w:b w:val="0"/>
          <w:i w:val="0"/>
          <w:sz w:val="21"/>
        </w:rPr>
        <w:t>共有 C(8, 2) = 28 对等可能的纸币。</w:t>
      </w:r>
    </w:p>
    <w:p>
      <w:pPr>
        <w:spacing w:before="0" w:after="80" w:line="300" w:lineRule="auto"/>
        <w:jc w:val="left"/>
      </w:pPr>
      <w:r>
        <w:rPr>
          <w:rFonts w:ascii="Times New Roman" w:hAnsi="Times New Roman" w:eastAsia="宋体"/>
          <w:b w:val="0"/>
          <w:i w:val="0"/>
          <w:sz w:val="21"/>
        </w:rPr>
        <w:t>总额达到 $20 或更多的情况有：两张二十（1 种），一张二十配六张较小纸币之一（2 · 6 = 12 种），以及两张十（1 种）。</w:t>
      </w:r>
    </w:p>
    <w:p>
      <w:pPr>
        <w:spacing w:before="0" w:after="80" w:line="300" w:lineRule="auto"/>
        <w:jc w:val="left"/>
      </w:pPr>
      <w:r>
        <w:rPr>
          <w:rFonts w:ascii="Times New Roman" w:hAnsi="Times New Roman" w:eastAsia="宋体"/>
          <w:b w:val="0"/>
          <w:i w:val="0"/>
          <w:sz w:val="21"/>
        </w:rPr>
        <w:t>有利情况共 1 + 12 + 1 = 14 种，所以概率为 14/28 = 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C(8, 2) = 28 equally likely pairs of bills.</w:t>
      </w:r>
    </w:p>
    <w:p>
      <w:pPr>
        <w:spacing w:before="0" w:after="80" w:line="300" w:lineRule="auto"/>
        <w:jc w:val="left"/>
      </w:pPr>
      <w:r>
        <w:rPr>
          <w:rFonts w:ascii="Times New Roman" w:hAnsi="Times New Roman" w:eastAsia="宋体"/>
          <w:b w:val="0"/>
          <w:i w:val="0"/>
          <w:color w:val="333333"/>
          <w:sz w:val="19"/>
        </w:rPr>
        <w:t>The sum is $20 or more in these cases: both twenties (1 way), one twenty with one of the six smaller bills (2 · 6 = 12 ways), or both tens (1 way).</w:t>
      </w:r>
    </w:p>
    <w:p>
      <w:pPr>
        <w:spacing w:before="0" w:after="80" w:line="300" w:lineRule="auto"/>
        <w:jc w:val="left"/>
      </w:pPr>
      <w:r>
        <w:rPr>
          <w:rFonts w:ascii="Times New Roman" w:hAnsi="Times New Roman" w:eastAsia="宋体"/>
          <w:b w:val="0"/>
          <w:i w:val="0"/>
          <w:color w:val="333333"/>
          <w:sz w:val="19"/>
        </w:rPr>
        <w:t>That is 1 + 12 + 1 = 14 favorable pairs, so the probability is 14/28 = 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D</w:t>
      </w:r>
    </w:p>
    <w:p>
      <w:pPr>
        <w:spacing w:before="0" w:after="80" w:line="300" w:lineRule="auto"/>
        <w:jc w:val="left"/>
      </w:pPr>
      <w:r>
        <w:rPr>
          <w:rFonts w:ascii="Times New Roman" w:hAnsi="Times New Roman" w:eastAsia="宋体"/>
          <w:b w:val="0"/>
          <w:i w:val="0"/>
          <w:sz w:val="21"/>
        </w:rPr>
        <w:t>设 r₁ 和 r₂ 是 x² + px + m = 0 的根，则 m = r₁ r₂，且 p = -(r₁ + r₂)。</w:t>
      </w:r>
    </w:p>
    <w:p>
      <w:pPr>
        <w:spacing w:before="0" w:after="80" w:line="300" w:lineRule="auto"/>
        <w:jc w:val="left"/>
      </w:pPr>
      <w:r>
        <w:rPr>
          <w:rFonts w:ascii="Times New Roman" w:hAnsi="Times New Roman" w:eastAsia="宋体"/>
          <w:b w:val="0"/>
          <w:i w:val="0"/>
          <w:sz w:val="21"/>
        </w:rPr>
        <w:t>方程 x² + mx + n = 0 的根为 2r₁ 和 2r₂，所以 n = 4r₁ r₂，且 m = -2(r₁ + r₂)。</w:t>
      </w:r>
    </w:p>
    <w:p>
      <w:pPr>
        <w:spacing w:before="0" w:after="80" w:line="300" w:lineRule="auto"/>
        <w:jc w:val="left"/>
      </w:pPr>
      <w:r>
        <w:rPr>
          <w:rFonts w:ascii="Times New Roman" w:hAnsi="Times New Roman" w:eastAsia="宋体"/>
          <w:b w:val="0"/>
          <w:i w:val="0"/>
          <w:sz w:val="21"/>
        </w:rPr>
        <w:t>于是 n = 4m，且 m = 2p，即 p = m/2，所以</w:t>
      </w:r>
    </w:p>
    <w:p>
      <w:pPr>
        <w:spacing w:before="0" w:after="80" w:line="300" w:lineRule="auto"/>
        <w:jc w:val="left"/>
      </w:pPr>
      <w:r>
        <w:rPr>
          <w:rFonts w:ascii="Times New Roman" w:hAnsi="Times New Roman" w:eastAsia="宋体"/>
          <w:b w:val="0"/>
          <w:i w:val="0"/>
          <w:sz w:val="21"/>
        </w:rPr>
        <w:t>n/p = 4m/(m/2) = 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r₁ and r₂ be the roots of x² + px + m = 0, so m = r₁ r₂ and p = -(r₁ + r₂).</w:t>
      </w:r>
    </w:p>
    <w:p>
      <w:pPr>
        <w:spacing w:before="0" w:after="80" w:line="300" w:lineRule="auto"/>
        <w:jc w:val="left"/>
      </w:pPr>
      <w:r>
        <w:rPr>
          <w:rFonts w:ascii="Times New Roman" w:hAnsi="Times New Roman" w:eastAsia="宋体"/>
          <w:b w:val="0"/>
          <w:i w:val="0"/>
          <w:color w:val="333333"/>
          <w:sz w:val="19"/>
        </w:rPr>
        <w:t>The roots of x² + mx + n = 0 are 2r₁ and 2r₂, so n = 4r₁ r₂ and m = -2(r₁ + r₂).</w:t>
      </w:r>
    </w:p>
    <w:p>
      <w:pPr>
        <w:spacing w:before="0" w:after="80" w:line="300" w:lineRule="auto"/>
        <w:jc w:val="left"/>
      </w:pPr>
      <w:r>
        <w:rPr>
          <w:rFonts w:ascii="Times New Roman" w:hAnsi="Times New Roman" w:eastAsia="宋体"/>
          <w:b w:val="0"/>
          <w:i w:val="0"/>
          <w:color w:val="333333"/>
          <w:sz w:val="19"/>
        </w:rPr>
        <w:t>Then n = 4m and m = 2p, which gives p = m/2, so</w:t>
      </w:r>
    </w:p>
    <w:p>
      <w:pPr>
        <w:spacing w:before="0" w:after="80" w:line="300" w:lineRule="auto"/>
        <w:jc w:val="left"/>
      </w:pPr>
      <w:r>
        <w:rPr>
          <w:rFonts w:ascii="Times New Roman" w:hAnsi="Times New Roman" w:eastAsia="宋体"/>
          <w:b w:val="0"/>
          <w:i w:val="0"/>
          <w:color w:val="333333"/>
          <w:sz w:val="19"/>
        </w:rPr>
        <w:t>n/p = 4m/(m/2) = 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D</w:t>
      </w:r>
    </w:p>
    <w:p>
      <w:pPr>
        <w:spacing w:before="0" w:after="80" w:line="300" w:lineRule="auto"/>
        <w:jc w:val="left"/>
      </w:pPr>
      <w:r>
        <w:rPr>
          <w:rFonts w:ascii="Times New Roman" w:hAnsi="Times New Roman" w:eastAsia="宋体"/>
          <w:b w:val="0"/>
          <w:i w:val="0"/>
          <w:sz w:val="21"/>
        </w:rPr>
        <w:t>由 4^(x₁) = 5 得 x₁ = log₄ 5，一般地 xₖ = logₖ₊₃(k+4)。</w:t>
      </w:r>
    </w:p>
    <w:p>
      <w:pPr>
        <w:spacing w:before="0" w:after="80" w:line="300" w:lineRule="auto"/>
        <w:jc w:val="left"/>
      </w:pPr>
      <w:r>
        <w:rPr>
          <w:rFonts w:ascii="Times New Roman" w:hAnsi="Times New Roman" w:eastAsia="宋体"/>
          <w:b w:val="0"/>
          <w:i w:val="0"/>
          <w:sz w:val="21"/>
        </w:rPr>
        <w:t>这个乘积会裂项相消：</w:t>
      </w:r>
    </w:p>
    <w:p>
      <w:pPr>
        <w:spacing w:before="0" w:after="80" w:line="300" w:lineRule="auto"/>
        <w:jc w:val="left"/>
      </w:pPr>
      <w:r>
        <w:rPr>
          <w:rFonts w:ascii="Times New Roman" w:hAnsi="Times New Roman" w:eastAsia="宋体"/>
          <w:b w:val="0"/>
          <w:i w:val="0"/>
          <w:sz w:val="21"/>
        </w:rPr>
        <w:t>x₁ x₂ ⋯ x₁₂₄</w:t>
      </w:r>
    </w:p>
    <w:p>
      <w:pPr>
        <w:spacing w:before="0" w:after="80" w:line="300" w:lineRule="auto"/>
        <w:jc w:val="left"/>
      </w:pPr>
      <w:r>
        <w:rPr>
          <w:rFonts w:ascii="Times New Roman" w:hAnsi="Times New Roman" w:eastAsia="宋体"/>
          <w:b w:val="0"/>
          <w:i w:val="0"/>
          <w:sz w:val="21"/>
        </w:rPr>
        <w:t>= log₄ 5 · log₅ 6 ⋯ log₁₂₇ 128</w:t>
      </w:r>
    </w:p>
    <w:p>
      <w:pPr>
        <w:spacing w:before="0" w:after="80" w:line="300" w:lineRule="auto"/>
        <w:jc w:val="left"/>
      </w:pPr>
      <w:r>
        <w:rPr>
          <w:rFonts w:ascii="Times New Roman" w:hAnsi="Times New Roman" w:eastAsia="宋体"/>
          <w:b w:val="0"/>
          <w:i w:val="0"/>
          <w:sz w:val="21"/>
        </w:rPr>
        <w:t>= log₄ 128</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因为 128 = 2⁷ 且 4 = 2²，结果为 (7log 2)/(2log 2) = 7/2。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From 4^(x₁) = 5 we get x₁ = log₄ 5, and in general xₖ = logₖ₊₃(k+4).</w:t>
      </w:r>
    </w:p>
    <w:p>
      <w:pPr>
        <w:spacing w:before="0" w:after="80" w:line="300" w:lineRule="auto"/>
        <w:jc w:val="left"/>
      </w:pPr>
      <w:r>
        <w:rPr>
          <w:rFonts w:ascii="Times New Roman" w:hAnsi="Times New Roman" w:eastAsia="宋体"/>
          <w:b w:val="0"/>
          <w:i w:val="0"/>
          <w:color w:val="333333"/>
          <w:sz w:val="19"/>
        </w:rPr>
        <w:t>The product telescopes:</w:t>
      </w:r>
    </w:p>
    <w:p>
      <w:pPr>
        <w:spacing w:before="0" w:after="80" w:line="300" w:lineRule="auto"/>
        <w:jc w:val="left"/>
      </w:pPr>
      <w:r>
        <w:rPr>
          <w:rFonts w:ascii="Times New Roman" w:hAnsi="Times New Roman" w:eastAsia="宋体"/>
          <w:b w:val="0"/>
          <w:i w:val="0"/>
          <w:color w:val="333333"/>
          <w:sz w:val="19"/>
        </w:rPr>
        <w:t>x₁ x₂ ⋯ x₁₂₄</w:t>
      </w:r>
    </w:p>
    <w:p>
      <w:pPr>
        <w:spacing w:before="0" w:after="80" w:line="300" w:lineRule="auto"/>
        <w:jc w:val="left"/>
      </w:pPr>
      <w:r>
        <w:rPr>
          <w:rFonts w:ascii="Times New Roman" w:hAnsi="Times New Roman" w:eastAsia="宋体"/>
          <w:b w:val="0"/>
          <w:i w:val="0"/>
          <w:color w:val="333333"/>
          <w:sz w:val="19"/>
        </w:rPr>
        <w:t>= log₄ 5 · log₅ 6 ⋯ log₁₂₇ 128</w:t>
      </w:r>
    </w:p>
    <w:p>
      <w:pPr>
        <w:spacing w:before="0" w:after="80" w:line="300" w:lineRule="auto"/>
        <w:jc w:val="left"/>
      </w:pPr>
      <w:r>
        <w:rPr>
          <w:rFonts w:ascii="Times New Roman" w:hAnsi="Times New Roman" w:eastAsia="宋体"/>
          <w:b w:val="0"/>
          <w:i w:val="0"/>
          <w:color w:val="333333"/>
          <w:sz w:val="19"/>
        </w:rPr>
        <w:t>= log₄ 128.</w:t>
      </w:r>
    </w:p>
    <w:p>
      <w:pPr>
        <w:spacing w:before="0" w:after="80" w:line="300" w:lineRule="auto"/>
        <w:jc w:val="left"/>
      </w:pPr>
      <w:r>
        <w:rPr>
          <w:rFonts w:ascii="Times New Roman" w:hAnsi="Times New Roman" w:eastAsia="宋体"/>
          <w:b w:val="0"/>
          <w:i w:val="0"/>
          <w:color w:val="333333"/>
          <w:sz w:val="19"/>
        </w:rPr>
        <w:t>Since 128 = 2⁷ and 4 = 2², this equals (7log 2)/(2log 2) = 7/2.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E</w:t>
      </w:r>
    </w:p>
    <w:p>
      <w:pPr>
        <w:spacing w:before="0" w:after="80" w:line="300" w:lineRule="auto"/>
        <w:jc w:val="left"/>
      </w:pPr>
      <w:r>
        <w:rPr>
          <w:rFonts w:ascii="Times New Roman" w:hAnsi="Times New Roman" w:eastAsia="宋体"/>
          <w:b w:val="0"/>
          <w:i w:val="0"/>
          <w:sz w:val="21"/>
        </w:rPr>
        <w:t>圆与 y = 6 相切，且圆心 (0, k) 在其上方，所以半径为 r = k - 6。</w:t>
      </w:r>
    </w:p>
    <w:p>
      <w:pPr>
        <w:spacing w:before="0" w:after="80" w:line="300" w:lineRule="auto"/>
        <w:jc w:val="left"/>
      </w:pPr>
      <w:r>
        <w:rPr>
          <w:rFonts w:ascii="Times New Roman" w:hAnsi="Times New Roman" w:eastAsia="宋体"/>
          <w:b w:val="0"/>
          <w:i w:val="0"/>
          <w:sz w:val="21"/>
        </w:rPr>
        <w:t>点 (0, k) 到直线 x - y = 0 的距离为 (|0 - k|)/(√(2)) = k/(√(2))，这也等于 r。</w:t>
      </w:r>
    </w:p>
    <w:p>
      <w:pPr>
        <w:spacing w:before="0" w:after="80" w:line="300" w:lineRule="auto"/>
        <w:jc w:val="left"/>
      </w:pPr>
      <w:r>
        <w:rPr>
          <w:rFonts w:ascii="Times New Roman" w:hAnsi="Times New Roman" w:eastAsia="宋体"/>
          <w:b w:val="0"/>
          <w:i w:val="0"/>
          <w:sz w:val="21"/>
        </w:rPr>
        <w:t>令 k/(√(2)) = k - 6，得 k = (6√(2))/(√(2) - 1) = 6√(2) (√(2)+1) = 12 + 6√(2)。</w:t>
      </w:r>
    </w:p>
    <w:p>
      <w:pPr>
        <w:spacing w:before="0" w:after="80" w:line="300" w:lineRule="auto"/>
        <w:jc w:val="left"/>
      </w:pPr>
      <w:r>
        <w:rPr>
          <w:rFonts w:ascii="Times New Roman" w:hAnsi="Times New Roman" w:eastAsia="宋体"/>
          <w:b w:val="0"/>
          <w:i w:val="0"/>
          <w:sz w:val="21"/>
        </w:rPr>
        <w:t>因此 r = k - 6 = 6 + 6√(2)。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the circle is tangent to y = 6 and its center (0, k) is above that line, the radius is r = k - 6.</w:t>
      </w:r>
    </w:p>
    <w:p>
      <w:pPr>
        <w:spacing w:before="0" w:after="80" w:line="300" w:lineRule="auto"/>
        <w:jc w:val="left"/>
      </w:pPr>
      <w:r>
        <w:rPr>
          <w:rFonts w:ascii="Times New Roman" w:hAnsi="Times New Roman" w:eastAsia="宋体"/>
          <w:b w:val="0"/>
          <w:i w:val="0"/>
          <w:color w:val="333333"/>
          <w:sz w:val="19"/>
        </w:rPr>
        <w:t>The distance from (0, k) to the line x - y = 0 is (|0 - k|)/(√(2)) = k/(√(2)), and this must also equal r.</w:t>
      </w:r>
    </w:p>
    <w:p>
      <w:pPr>
        <w:spacing w:before="0" w:after="80" w:line="300" w:lineRule="auto"/>
        <w:jc w:val="left"/>
      </w:pPr>
      <w:r>
        <w:rPr>
          <w:rFonts w:ascii="Times New Roman" w:hAnsi="Times New Roman" w:eastAsia="宋体"/>
          <w:b w:val="0"/>
          <w:i w:val="0"/>
          <w:color w:val="333333"/>
          <w:sz w:val="19"/>
        </w:rPr>
        <w:t>Setting k/(√(2)) = k - 6 gives k = (6√(2))/(√(2) - 1) = 6√(2) (√(2)+1) = 12 + 6√(2).</w:t>
      </w:r>
    </w:p>
    <w:p>
      <w:pPr>
        <w:spacing w:before="0" w:after="80" w:line="300" w:lineRule="auto"/>
        <w:jc w:val="left"/>
      </w:pPr>
      <w:r>
        <w:rPr>
          <w:rFonts w:ascii="Times New Roman" w:hAnsi="Times New Roman" w:eastAsia="宋体"/>
          <w:b w:val="0"/>
          <w:i w:val="0"/>
          <w:color w:val="333333"/>
          <w:sz w:val="19"/>
        </w:rPr>
        <w:t>Then r = k - 6 = 6 + 6√(2).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D</w:t>
      </w:r>
    </w:p>
    <w:p>
      <w:pPr>
        <w:spacing w:before="0" w:after="80" w:line="300" w:lineRule="auto"/>
        <w:jc w:val="left"/>
      </w:pPr>
      <w:r>
        <w:rPr>
          <w:rFonts w:ascii="Times New Roman" w:hAnsi="Times New Roman" w:eastAsia="宋体"/>
          <w:b w:val="0"/>
          <w:i w:val="0"/>
          <w:sz w:val="21"/>
        </w:rPr>
        <w:t>八个数字来自 1 到 9，全部非零数字的和为 45，所以这八个数字的总和在 45 - 9 = 36 与 45 - 1 = 44 之间。</w:t>
      </w:r>
    </w:p>
    <w:p>
      <w:pPr>
        <w:spacing w:before="0" w:after="80" w:line="300" w:lineRule="auto"/>
        <w:jc w:val="left"/>
      </w:pPr>
      <w:r>
        <w:rPr>
          <w:rFonts w:ascii="Times New Roman" w:hAnsi="Times New Roman" w:eastAsia="宋体"/>
          <w:b w:val="0"/>
          <w:i w:val="0"/>
          <w:sz w:val="21"/>
        </w:rPr>
        <w:t>设个位数字和为 U，十位数字和为 T，则 10T + U = 221，所以 U 的个位为 1。又 1+2+3+4 = 10 ≤ U ≤ 6+7+8+9 = 30，故 U = 11 或 U = 21。</w:t>
      </w:r>
    </w:p>
    <w:p>
      <w:pPr>
        <w:spacing w:before="0" w:after="80" w:line="300" w:lineRule="auto"/>
        <w:jc w:val="left"/>
      </w:pPr>
      <w:r>
        <w:rPr>
          <w:rFonts w:ascii="Times New Roman" w:hAnsi="Times New Roman" w:eastAsia="宋体"/>
          <w:b w:val="0"/>
          <w:i w:val="0"/>
          <w:sz w:val="21"/>
        </w:rPr>
        <w:t>若 U = 11 则 10T = 210，所以 T = 21，八个数字总和为 32，小于 36，不可能。因此 U = 21，T = 20，总和为 41。</w:t>
      </w:r>
    </w:p>
    <w:p>
      <w:pPr>
        <w:spacing w:before="0" w:after="80" w:line="300" w:lineRule="auto"/>
        <w:jc w:val="left"/>
      </w:pPr>
      <w:r>
        <w:rPr>
          <w:rFonts w:ascii="Times New Roman" w:hAnsi="Times New Roman" w:eastAsia="宋体"/>
          <w:b w:val="0"/>
          <w:i w:val="0"/>
          <w:sz w:val="21"/>
        </w:rPr>
        <w:t>缺失数字为 45 - 41 = 4。例如 13 + 25 + 86 + 97 = 221。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eight digits are distinct and chosen from 1 through 9, whose total is 45. So the eight used digits sum to between 45 - 9 = 36 and 45 - 1 = 44.</w:t>
      </w:r>
    </w:p>
    <w:p>
      <w:pPr>
        <w:spacing w:before="0" w:after="80" w:line="300" w:lineRule="auto"/>
        <w:jc w:val="left"/>
      </w:pPr>
      <w:r>
        <w:rPr>
          <w:rFonts w:ascii="Times New Roman" w:hAnsi="Times New Roman" w:eastAsia="宋体"/>
          <w:b w:val="0"/>
          <w:i w:val="0"/>
          <w:color w:val="333333"/>
          <w:sz w:val="19"/>
        </w:rPr>
        <w:t>Let the four units digits sum to U and the four tens digits sum to T. Then 10T + U = 221, so U ends in 1. Since 1+2+3+4 = 10 ≤ U ≤ 6+7+8+9 = 30, we have U = 11 or U = 21.</w:t>
      </w:r>
    </w:p>
    <w:p>
      <w:pPr>
        <w:spacing w:before="0" w:after="80" w:line="300" w:lineRule="auto"/>
        <w:jc w:val="left"/>
      </w:pPr>
      <w:r>
        <w:rPr>
          <w:rFonts w:ascii="Times New Roman" w:hAnsi="Times New Roman" w:eastAsia="宋体"/>
          <w:b w:val="0"/>
          <w:i w:val="0"/>
          <w:color w:val="333333"/>
          <w:sz w:val="19"/>
        </w:rPr>
        <w:t>If U = 11, then 10T = 210, so T = 21 and the eight digits sum to 32, which is below 36. So U = 21, giving T = 20 and total 41.</w:t>
      </w:r>
    </w:p>
    <w:p>
      <w:pPr>
        <w:spacing w:before="0" w:after="80" w:line="300" w:lineRule="auto"/>
        <w:jc w:val="left"/>
      </w:pPr>
      <w:r>
        <w:rPr>
          <w:rFonts w:ascii="Times New Roman" w:hAnsi="Times New Roman" w:eastAsia="宋体"/>
          <w:b w:val="0"/>
          <w:i w:val="0"/>
          <w:color w:val="333333"/>
          <w:sz w:val="19"/>
        </w:rPr>
        <w:t>The missing digit is 45 - 41 = 4. For example, 13 + 25 + 86 + 97 = 221.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D</w:t>
      </w:r>
    </w:p>
    <w:p>
      <w:pPr>
        <w:spacing w:before="0" w:after="80" w:line="300" w:lineRule="auto"/>
        <w:jc w:val="left"/>
      </w:pPr>
      <w:r>
        <w:rPr>
          <w:rFonts w:ascii="Times New Roman" w:hAnsi="Times New Roman" w:eastAsia="宋体"/>
          <w:b w:val="0"/>
          <w:i w:val="0"/>
          <w:sz w:val="21"/>
        </w:rPr>
        <w:t>在某个八分体中，与三个坐标平面都相切、半径为 1 的球，其球心可取为 (1, 1, 1) 这样的点，于是</w:t>
      </w:r>
    </w:p>
    <w:p>
      <w:pPr>
        <w:spacing w:before="0" w:after="80" w:line="300" w:lineRule="auto"/>
        <w:jc w:val="left"/>
      </w:pPr>
      <w:r>
        <w:rPr>
          <w:rFonts w:ascii="Times New Roman" w:hAnsi="Times New Roman" w:eastAsia="宋体"/>
          <w:b w:val="0"/>
          <w:i w:val="0"/>
          <w:sz w:val="21"/>
        </w:rPr>
        <w:t>√(1² + 1² + 1²) = √(3)</w:t>
      </w:r>
    </w:p>
    <w:p>
      <w:pPr>
        <w:spacing w:before="0" w:after="80" w:line="300" w:lineRule="auto"/>
        <w:jc w:val="left"/>
      </w:pPr>
      <w:r>
        <w:rPr>
          <w:rFonts w:ascii="Times New Roman" w:hAnsi="Times New Roman" w:eastAsia="宋体"/>
          <w:b w:val="0"/>
          <w:i w:val="0"/>
          <w:sz w:val="21"/>
        </w:rPr>
        <w:t>就是球心到原点的距离。</w:t>
      </w:r>
    </w:p>
    <w:p>
      <w:pPr>
        <w:spacing w:before="0" w:after="80" w:line="300" w:lineRule="auto"/>
        <w:jc w:val="left"/>
      </w:pPr>
      <w:r>
        <w:rPr>
          <w:rFonts w:ascii="Times New Roman" w:hAnsi="Times New Roman" w:eastAsia="宋体"/>
          <w:b w:val="0"/>
          <w:i w:val="0"/>
          <w:sz w:val="21"/>
        </w:rPr>
        <w:t>这个球上离原点最远的点距离为 √(3) + 1，所以包含八个球的最小球半径为 1 + √(3)。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sphere of radius 1 tangent to the three coordinate planes in one octant has its center at a point like (1, 1, 1), at distance</w:t>
      </w:r>
    </w:p>
    <w:p>
      <w:pPr>
        <w:spacing w:before="0" w:after="80" w:line="300" w:lineRule="auto"/>
        <w:jc w:val="left"/>
      </w:pPr>
      <w:r>
        <w:rPr>
          <w:rFonts w:ascii="Times New Roman" w:hAnsi="Times New Roman" w:eastAsia="宋体"/>
          <w:b w:val="0"/>
          <w:i w:val="0"/>
          <w:color w:val="333333"/>
          <w:sz w:val="19"/>
        </w:rPr>
        <w:t>√(1² + 1² + 1²) = √(3)</w:t>
      </w:r>
    </w:p>
    <w:p>
      <w:pPr>
        <w:spacing w:before="0" w:after="80" w:line="300" w:lineRule="auto"/>
        <w:jc w:val="left"/>
      </w:pPr>
      <w:r>
        <w:rPr>
          <w:rFonts w:ascii="Times New Roman" w:hAnsi="Times New Roman" w:eastAsia="宋体"/>
          <w:b w:val="0"/>
          <w:i w:val="0"/>
          <w:color w:val="333333"/>
          <w:sz w:val="19"/>
        </w:rPr>
        <w:t>from the origin.</w:t>
      </w:r>
    </w:p>
    <w:p>
      <w:pPr>
        <w:spacing w:before="0" w:after="80" w:line="300" w:lineRule="auto"/>
        <w:jc w:val="left"/>
      </w:pPr>
      <w:r>
        <w:rPr>
          <w:rFonts w:ascii="Times New Roman" w:hAnsi="Times New Roman" w:eastAsia="宋体"/>
          <w:b w:val="0"/>
          <w:i w:val="0"/>
          <w:color w:val="333333"/>
          <w:sz w:val="19"/>
        </w:rPr>
        <w:t>The farthest point of that sphere from the origin is at distance √(3) + 1, so the containing sphere has radius 1 + √(3).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B</w:t>
      </w:r>
    </w:p>
    <w:p>
      <w:pPr>
        <w:spacing w:before="0" w:after="80" w:line="300" w:lineRule="auto"/>
        <w:jc w:val="left"/>
      </w:pPr>
      <w:r>
        <w:rPr>
          <w:rFonts w:ascii="Times New Roman" w:hAnsi="Times New Roman" w:eastAsia="宋体"/>
          <w:b w:val="0"/>
          <w:i w:val="0"/>
          <w:sz w:val="21"/>
        </w:rPr>
        <w:t>原方程等价于 log₁₀(2ᵃ 3ᵇ 5ᶜ 7ᵈ) = 2005，所以</w:t>
      </w:r>
    </w:p>
    <w:p>
      <w:pPr>
        <w:spacing w:before="0" w:after="80" w:line="300" w:lineRule="auto"/>
        <w:jc w:val="left"/>
      </w:pPr>
      <w:r>
        <w:rPr>
          <w:rFonts w:ascii="Times New Roman" w:hAnsi="Times New Roman" w:eastAsia="宋体"/>
          <w:b w:val="0"/>
          <w:i w:val="0"/>
          <w:sz w:val="21"/>
        </w:rPr>
        <w:t>2ᵃ 3ᵇ 5ᶜ 7ᵈ = 10²⁰⁰⁵ = 2²⁰⁰⁵ · 5²⁰⁰⁵。</w:t>
      </w:r>
    </w:p>
    <w:p>
      <w:pPr>
        <w:spacing w:before="0" w:after="80" w:line="300" w:lineRule="auto"/>
        <w:jc w:val="left"/>
      </w:pPr>
      <w:r>
        <w:rPr>
          <w:rFonts w:ascii="Times New Roman" w:hAnsi="Times New Roman" w:eastAsia="宋体"/>
          <w:b w:val="0"/>
          <w:i w:val="0"/>
          <w:sz w:val="21"/>
        </w:rPr>
        <w:t>把 a, b, c, d 的分母乘以同一个整数消去，再用质因数分解的唯一性比较指数，可得 a = 2005、b = 0、c = 2005、d = 0。</w:t>
      </w:r>
    </w:p>
    <w:p>
      <w:pPr>
        <w:spacing w:before="0" w:after="80" w:line="300" w:lineRule="auto"/>
        <w:jc w:val="left"/>
      </w:pPr>
      <w:r>
        <w:rPr>
          <w:rFonts w:ascii="Times New Roman" w:hAnsi="Times New Roman" w:eastAsia="宋体"/>
          <w:b w:val="0"/>
          <w:i w:val="0"/>
          <w:sz w:val="21"/>
        </w:rPr>
        <w:t>所以恰有 1 个这样的四元组。</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equation is equivalent to log₁₀(2ᵃ 3ᵇ 5ᶜ 7ᵈ) = 2005, so</w:t>
      </w:r>
    </w:p>
    <w:p>
      <w:pPr>
        <w:spacing w:before="0" w:after="80" w:line="300" w:lineRule="auto"/>
        <w:jc w:val="left"/>
      </w:pPr>
      <w:r>
        <w:rPr>
          <w:rFonts w:ascii="Times New Roman" w:hAnsi="Times New Roman" w:eastAsia="宋体"/>
          <w:b w:val="0"/>
          <w:i w:val="0"/>
          <w:color w:val="333333"/>
          <w:sz w:val="19"/>
        </w:rPr>
        <w:t>2ᵃ 3ᵇ 5ᶜ 7ᵈ = 10²⁰⁰⁵ = 2²⁰⁰⁵ · 5²⁰⁰⁵.</w:t>
      </w:r>
    </w:p>
    <w:p>
      <w:pPr>
        <w:spacing w:before="0" w:after="80" w:line="300" w:lineRule="auto"/>
        <w:jc w:val="left"/>
      </w:pPr>
      <w:r>
        <w:rPr>
          <w:rFonts w:ascii="Times New Roman" w:hAnsi="Times New Roman" w:eastAsia="宋体"/>
          <w:b w:val="0"/>
          <w:i w:val="0"/>
          <w:color w:val="333333"/>
          <w:sz w:val="19"/>
        </w:rPr>
        <w:t>Clearing the denominators of a, b, c, d with a common integer multiplier and using the uniqueness of prime factorization, the exponents must match: a = 2005, b = 0, c = 2005, and d = 0.</w:t>
      </w:r>
    </w:p>
    <w:p>
      <w:pPr>
        <w:spacing w:before="0" w:after="80" w:line="300" w:lineRule="auto"/>
        <w:jc w:val="left"/>
      </w:pPr>
      <w:r>
        <w:rPr>
          <w:rFonts w:ascii="Times New Roman" w:hAnsi="Times New Roman" w:eastAsia="宋体"/>
          <w:b w:val="0"/>
          <w:i w:val="0"/>
          <w:color w:val="333333"/>
          <w:sz w:val="19"/>
        </w:rPr>
        <w:t>So there is exactly 1 such four-tuple.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C</w:t>
      </w:r>
    </w:p>
    <w:p>
      <w:pPr>
        <w:spacing w:before="0" w:after="80" w:line="300" w:lineRule="auto"/>
        <w:jc w:val="left"/>
      </w:pPr>
      <w:r>
        <w:rPr>
          <w:rFonts w:ascii="Times New Roman" w:hAnsi="Times New Roman" w:eastAsia="宋体"/>
          <w:b w:val="0"/>
          <w:i w:val="0"/>
          <w:sz w:val="21"/>
        </w:rPr>
        <w:t>直线 AB 的斜率为 1。要使 ∠ A 为锐角，C 必须在过 A 且垂直于 AB 的直线远侧；在第一象限中，这条线连接 P(4, 0) 与 Q(0, 4)。要使 ∠ B 为锐角，C 必须在过 B 且垂直于 AB 的直线近侧，这条线连接 S(14, 0) 与 T(0, 14)。</w:t>
      </w:r>
    </w:p>
    <w:p>
      <w:pPr>
        <w:spacing w:before="0" w:after="80" w:line="300" w:lineRule="auto"/>
        <w:jc w:val="left"/>
      </w:pPr>
      <w:r>
        <w:rPr>
          <w:rFonts w:ascii="Times New Roman" w:hAnsi="Times New Roman" w:eastAsia="宋体"/>
          <w:b w:val="0"/>
          <w:i w:val="0"/>
          <w:sz w:val="21"/>
        </w:rPr>
        <w:t>为了使 ∠ C 为锐角，C 必须在以 AB 为直径的圆 U 外，其半径为 AB/2 = (5√(2))/2。</w:t>
      </w:r>
    </w:p>
    <w:p>
      <w:pPr>
        <w:spacing w:before="0" w:after="80" w:line="300" w:lineRule="auto"/>
        <w:jc w:val="left"/>
      </w:pPr>
      <w:r>
        <w:rPr>
          <w:rFonts w:ascii="Times New Roman" w:hAnsi="Times New Roman" w:eastAsia="宋体"/>
          <w:b w:val="0"/>
          <w:i w:val="0"/>
          <w:sz w:val="21"/>
        </w:rPr>
        <w:t>圆完全位于这条带内并且在第一象限中。所以所求区域是大直角三角形 OST 减去小直角三角形 OPQ 和整个圆 U：</w:t>
      </w:r>
    </w:p>
    <w:p>
      <w:pPr>
        <w:spacing w:before="0" w:after="80" w:line="300" w:lineRule="auto"/>
        <w:jc w:val="left"/>
      </w:pPr>
      <w:r>
        <w:rPr>
          <w:rFonts w:ascii="Times New Roman" w:hAnsi="Times New Roman" w:eastAsia="宋体"/>
          <w:b w:val="0"/>
          <w:i w:val="0"/>
          <w:sz w:val="21"/>
        </w:rPr>
        <w:t>1/2 · 14² - 1/2 · 4²</w:t>
      </w:r>
    </w:p>
    <w:p>
      <w:pPr>
        <w:spacing w:before="0" w:after="80" w:line="300" w:lineRule="auto"/>
        <w:jc w:val="left"/>
      </w:pPr>
      <w:r>
        <w:rPr>
          <w:rFonts w:ascii="Times New Roman" w:hAnsi="Times New Roman" w:eastAsia="宋体"/>
          <w:b w:val="0"/>
          <w:i w:val="0"/>
          <w:sz w:val="21"/>
        </w:rPr>
        <w:t>- π((5√(2))/2)²</w:t>
      </w:r>
    </w:p>
    <w:p>
      <w:pPr>
        <w:spacing w:before="0" w:after="80" w:line="300" w:lineRule="auto"/>
        <w:jc w:val="left"/>
      </w:pPr>
      <w:r>
        <w:rPr>
          <w:rFonts w:ascii="Times New Roman" w:hAnsi="Times New Roman" w:eastAsia="宋体"/>
          <w:b w:val="0"/>
          <w:i w:val="0"/>
          <w:sz w:val="21"/>
        </w:rPr>
        <w:t>= 98 - 8 - 25π/2</w:t>
      </w:r>
    </w:p>
    <w:p>
      <w:pPr>
        <w:spacing w:before="0" w:after="80" w:line="300" w:lineRule="auto"/>
        <w:jc w:val="left"/>
      </w:pPr>
      <w:r>
        <w:rPr>
          <w:rFonts w:ascii="Times New Roman" w:hAnsi="Times New Roman" w:eastAsia="宋体"/>
          <w:b w:val="0"/>
          <w:i w:val="0"/>
          <w:sz w:val="21"/>
        </w:rPr>
        <w:t>= 90 - 25π/2 ≈ 51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Line AB has slope 1. For ∠ A to be acute, C must lie beyond the line through A perpendicular to AB; in the first quadrant that line runs between P(4, 0) and Q(0, 4). For ∠ B to be acute, C must lie before the line through B perpendicular to AB, between S(14, 0) and T(0, 14).</w:t>
      </w:r>
    </w:p>
    <w:p>
      <w:pPr>
        <w:spacing w:before="0" w:after="80" w:line="300" w:lineRule="auto"/>
        <w:jc w:val="left"/>
      </w:pPr>
      <w:r>
        <w:rPr>
          <w:rFonts w:ascii="Times New Roman" w:hAnsi="Times New Roman" w:eastAsia="宋体"/>
          <w:b w:val="0"/>
          <w:i w:val="0"/>
          <w:color w:val="333333"/>
          <w:sz w:val="19"/>
        </w:rPr>
        <w:t>For ∠ C to be acute, C must lie outside the circle U with diameter AB, whose radius is AB/2 = (5√(2))/2.</w:t>
      </w:r>
    </w:p>
    <w:p>
      <w:pPr>
        <w:spacing w:before="0" w:after="80" w:line="300" w:lineRule="auto"/>
        <w:jc w:val="left"/>
      </w:pPr>
      <w:r>
        <w:rPr>
          <w:rFonts w:ascii="Times New Roman" w:hAnsi="Times New Roman" w:eastAsia="宋体"/>
          <w:b w:val="0"/>
          <w:i w:val="0"/>
          <w:color w:val="333333"/>
          <w:sz w:val="19"/>
        </w:rPr>
        <w:t>The circle lies entirely inside this strip and in the first quadrant. Thus the region is the large right triangle OST minus the small right triangle OPQ and the full circle U:</w:t>
      </w:r>
    </w:p>
    <w:p>
      <w:pPr>
        <w:spacing w:before="0" w:after="80" w:line="300" w:lineRule="auto"/>
        <w:jc w:val="left"/>
      </w:pPr>
      <w:r>
        <w:rPr>
          <w:rFonts w:ascii="Times New Roman" w:hAnsi="Times New Roman" w:eastAsia="宋体"/>
          <w:b w:val="0"/>
          <w:i w:val="0"/>
          <w:color w:val="333333"/>
          <w:sz w:val="19"/>
        </w:rPr>
        <w:t>1/2 · 14² - 1/2 · 4²</w:t>
      </w:r>
    </w:p>
    <w:p>
      <w:pPr>
        <w:spacing w:before="0" w:after="80" w:line="300" w:lineRule="auto"/>
        <w:jc w:val="left"/>
      </w:pPr>
      <w:r>
        <w:rPr>
          <w:rFonts w:ascii="Times New Roman" w:hAnsi="Times New Roman" w:eastAsia="宋体"/>
          <w:b w:val="0"/>
          <w:i w:val="0"/>
          <w:color w:val="333333"/>
          <w:sz w:val="19"/>
        </w:rPr>
        <w:t>- π((5√(2))/2)²</w:t>
      </w:r>
    </w:p>
    <w:p>
      <w:pPr>
        <w:spacing w:before="0" w:after="80" w:line="300" w:lineRule="auto"/>
        <w:jc w:val="left"/>
      </w:pPr>
      <w:r>
        <w:rPr>
          <w:rFonts w:ascii="Times New Roman" w:hAnsi="Times New Roman" w:eastAsia="宋体"/>
          <w:b w:val="0"/>
          <w:i w:val="0"/>
          <w:color w:val="333333"/>
          <w:sz w:val="19"/>
        </w:rPr>
        <w:t>= 98 - 8 - 25π/2</w:t>
      </w:r>
    </w:p>
    <w:p>
      <w:pPr>
        <w:spacing w:before="0" w:after="80" w:line="300" w:lineRule="auto"/>
        <w:jc w:val="left"/>
      </w:pPr>
      <w:r>
        <w:rPr>
          <w:rFonts w:ascii="Times New Roman" w:hAnsi="Times New Roman" w:eastAsia="宋体"/>
          <w:b w:val="0"/>
          <w:i w:val="0"/>
          <w:color w:val="333333"/>
          <w:sz w:val="19"/>
        </w:rPr>
        <w:t>= 90 - 25π/2 ≈ 51.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E</w:t>
      </w:r>
    </w:p>
    <w:p>
      <w:pPr>
        <w:spacing w:before="0" w:after="80" w:line="300" w:lineRule="auto"/>
        <w:jc w:val="left"/>
      </w:pPr>
      <w:r>
        <w:rPr>
          <w:rFonts w:ascii="Times New Roman" w:hAnsi="Times New Roman" w:eastAsia="宋体"/>
          <w:b w:val="0"/>
          <w:i w:val="0"/>
          <w:sz w:val="21"/>
        </w:rPr>
        <w:t>设 x = 10a + b、y = 10b + a，其中 a &gt; b。则</w:t>
      </w:r>
    </w:p>
    <w:p>
      <w:pPr>
        <w:spacing w:before="0" w:after="80" w:line="300" w:lineRule="auto"/>
        <w:jc w:val="left"/>
      </w:pPr>
      <w:r>
        <w:rPr>
          <w:rFonts w:ascii="Times New Roman" w:hAnsi="Times New Roman" w:eastAsia="宋体"/>
          <w:b w:val="0"/>
          <w:i w:val="0"/>
          <w:sz w:val="21"/>
        </w:rPr>
        <w:t>x² - y² = (10a+b)²</w:t>
      </w:r>
    </w:p>
    <w:p>
      <w:pPr>
        <w:spacing w:before="0" w:after="80" w:line="300" w:lineRule="auto"/>
        <w:jc w:val="left"/>
      </w:pPr>
      <w:r>
        <w:rPr>
          <w:rFonts w:ascii="Times New Roman" w:hAnsi="Times New Roman" w:eastAsia="宋体"/>
          <w:b w:val="0"/>
          <w:i w:val="0"/>
          <w:sz w:val="21"/>
        </w:rPr>
        <w:t>- (10b+a)²</w:t>
      </w:r>
    </w:p>
    <w:p>
      <w:pPr>
        <w:spacing w:before="0" w:after="80" w:line="300" w:lineRule="auto"/>
        <w:jc w:val="left"/>
      </w:pPr>
      <w:r>
        <w:rPr>
          <w:rFonts w:ascii="Times New Roman" w:hAnsi="Times New Roman" w:eastAsia="宋体"/>
          <w:b w:val="0"/>
          <w:i w:val="0"/>
          <w:sz w:val="21"/>
        </w:rPr>
        <w:t>= 99(a² - b²)</w:t>
      </w:r>
    </w:p>
    <w:p>
      <w:pPr>
        <w:spacing w:before="0" w:after="80" w:line="300" w:lineRule="auto"/>
        <w:jc w:val="left"/>
      </w:pPr>
      <w:r>
        <w:rPr>
          <w:rFonts w:ascii="Times New Roman" w:hAnsi="Times New Roman" w:eastAsia="宋体"/>
          <w:b w:val="0"/>
          <w:i w:val="0"/>
          <w:sz w:val="21"/>
        </w:rPr>
        <w:t>= 99(a+b)(a-b)</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因为 99 = 9 · 11，要使它成为完全平方数，必须有 (a+b)(a-b) 是 11 的倍数。由于 a + b ≤ 17，且 a - b ≤ 8，可用的唯一 11 的倍数是 a + b = 11。</w:t>
      </w:r>
    </w:p>
    <w:p>
      <w:pPr>
        <w:spacing w:before="0" w:after="80" w:line="300" w:lineRule="auto"/>
        <w:jc w:val="left"/>
      </w:pPr>
      <w:r>
        <w:rPr>
          <w:rFonts w:ascii="Times New Roman" w:hAnsi="Times New Roman" w:eastAsia="宋体"/>
          <w:b w:val="0"/>
          <w:i w:val="0"/>
          <w:sz w:val="21"/>
        </w:rPr>
        <w:t>此时 x² - y² = 9 · 11² (a - b)，它为完全平方数，当且仅当 a - b 是完全平方数。因为 a+b=11 是奇数，所以 a-b 是奇数；又因为 1 ≤ a-b ≤ 8，唯一可能的平方值为 1。因此 (a, b) = (6, 5)。</w:t>
      </w:r>
    </w:p>
    <w:p>
      <w:pPr>
        <w:spacing w:before="0" w:after="80" w:line="300" w:lineRule="auto"/>
        <w:jc w:val="left"/>
      </w:pPr>
      <w:r>
        <w:rPr>
          <w:rFonts w:ascii="Times New Roman" w:hAnsi="Times New Roman" w:eastAsia="宋体"/>
          <w:b w:val="0"/>
          <w:i w:val="0"/>
          <w:sz w:val="21"/>
        </w:rPr>
        <w:t>所以 x = 65，y = 56，且 m = √(65² - 56²) = √(1089) = 33。因此 x + y + m = 65 + 56 + 33 = 154。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 = 10a + b and y = 10b + a with a &gt; b. Then</w:t>
      </w:r>
    </w:p>
    <w:p>
      <w:pPr>
        <w:spacing w:before="0" w:after="80" w:line="300" w:lineRule="auto"/>
        <w:jc w:val="left"/>
      </w:pPr>
      <w:r>
        <w:rPr>
          <w:rFonts w:ascii="Times New Roman" w:hAnsi="Times New Roman" w:eastAsia="宋体"/>
          <w:b w:val="0"/>
          <w:i w:val="0"/>
          <w:color w:val="333333"/>
          <w:sz w:val="19"/>
        </w:rPr>
        <w:t>x² - y² = (10a+b)²</w:t>
      </w:r>
    </w:p>
    <w:p>
      <w:pPr>
        <w:spacing w:before="0" w:after="80" w:line="300" w:lineRule="auto"/>
        <w:jc w:val="left"/>
      </w:pPr>
      <w:r>
        <w:rPr>
          <w:rFonts w:ascii="Times New Roman" w:hAnsi="Times New Roman" w:eastAsia="宋体"/>
          <w:b w:val="0"/>
          <w:i w:val="0"/>
          <w:color w:val="333333"/>
          <w:sz w:val="19"/>
        </w:rPr>
        <w:t>- (10b+a)²</w:t>
      </w:r>
    </w:p>
    <w:p>
      <w:pPr>
        <w:spacing w:before="0" w:after="80" w:line="300" w:lineRule="auto"/>
        <w:jc w:val="left"/>
      </w:pPr>
      <w:r>
        <w:rPr>
          <w:rFonts w:ascii="Times New Roman" w:hAnsi="Times New Roman" w:eastAsia="宋体"/>
          <w:b w:val="0"/>
          <w:i w:val="0"/>
          <w:color w:val="333333"/>
          <w:sz w:val="19"/>
        </w:rPr>
        <w:t>= 99(a² - b²)</w:t>
      </w:r>
    </w:p>
    <w:p>
      <w:pPr>
        <w:spacing w:before="0" w:after="80" w:line="300" w:lineRule="auto"/>
        <w:jc w:val="left"/>
      </w:pPr>
      <w:r>
        <w:rPr>
          <w:rFonts w:ascii="Times New Roman" w:hAnsi="Times New Roman" w:eastAsia="宋体"/>
          <w:b w:val="0"/>
          <w:i w:val="0"/>
          <w:color w:val="333333"/>
          <w:sz w:val="19"/>
        </w:rPr>
        <w:t>= 99(a+b)(a-b).</w:t>
      </w:r>
    </w:p>
    <w:p>
      <w:pPr>
        <w:spacing w:before="0" w:after="80" w:line="300" w:lineRule="auto"/>
        <w:jc w:val="left"/>
      </w:pPr>
      <w:r>
        <w:rPr>
          <w:rFonts w:ascii="Times New Roman" w:hAnsi="Times New Roman" w:eastAsia="宋体"/>
          <w:b w:val="0"/>
          <w:i w:val="0"/>
          <w:color w:val="333333"/>
          <w:sz w:val="19"/>
        </w:rPr>
        <w:t>Since 99 = 9 · 11, for this to be a perfect square we need (a+b)(a-b) to be a multiple of 11. As a + b ≤ 17 and a - b ≤ 8, the only multiple of 11 available is a + b = 11.</w:t>
      </w:r>
    </w:p>
    <w:p>
      <w:pPr>
        <w:spacing w:before="0" w:after="80" w:line="300" w:lineRule="auto"/>
        <w:jc w:val="left"/>
      </w:pPr>
      <w:r>
        <w:rPr>
          <w:rFonts w:ascii="Times New Roman" w:hAnsi="Times New Roman" w:eastAsia="宋体"/>
          <w:b w:val="0"/>
          <w:i w:val="0"/>
          <w:color w:val="333333"/>
          <w:sz w:val="19"/>
        </w:rPr>
        <w:t>Then x² - y² = 9 · 11² (a - b), which is a perfect square exactly when a - b is a perfect square. Because a+b=11 is odd, a-b is odd; and because 1 ≤ a-b ≤ 8, its only possible square value is 1. Hence (a, b) = (6, 5).</w:t>
      </w:r>
    </w:p>
    <w:p>
      <w:pPr>
        <w:spacing w:before="0" w:after="80" w:line="300" w:lineRule="auto"/>
        <w:jc w:val="left"/>
      </w:pPr>
      <w:r>
        <w:rPr>
          <w:rFonts w:ascii="Times New Roman" w:hAnsi="Times New Roman" w:eastAsia="宋体"/>
          <w:b w:val="0"/>
          <w:i w:val="0"/>
          <w:color w:val="333333"/>
          <w:sz w:val="19"/>
        </w:rPr>
        <w:t>So x = 65, y = 56, and m = √(65² - 56²) = √(1089) = 33. Thus x + y + m = 65 + 56 + 33 = 154.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C</w:t>
      </w:r>
    </w:p>
    <w:p>
      <w:pPr>
        <w:spacing w:before="0" w:after="80" w:line="300" w:lineRule="auto"/>
        <w:jc w:val="left"/>
      </w:pPr>
      <w:r>
        <w:rPr>
          <w:rFonts w:ascii="Times New Roman" w:hAnsi="Times New Roman" w:eastAsia="宋体"/>
          <w:b w:val="0"/>
          <w:i w:val="0"/>
          <w:sz w:val="21"/>
        </w:rPr>
        <w:t>所有元素的和为 8。若 a + b + c + d = x，则 e + f + g + h = 8 - x，所以</w:t>
      </w:r>
    </w:p>
    <w:p>
      <w:pPr>
        <w:spacing w:before="0" w:after="80" w:line="300" w:lineRule="auto"/>
        <w:jc w:val="left"/>
      </w:pPr>
      <w:r>
        <w:rPr>
          <w:rFonts w:ascii="Times New Roman" w:hAnsi="Times New Roman" w:eastAsia="宋体"/>
          <w:b w:val="0"/>
          <w:i w:val="0"/>
          <w:sz w:val="21"/>
        </w:rPr>
        <w:t>x² + (8 - x)² = 2(x - 4)² + 32。</w:t>
      </w:r>
    </w:p>
    <w:p>
      <w:pPr>
        <w:spacing w:before="0" w:after="80" w:line="300" w:lineRule="auto"/>
        <w:jc w:val="left"/>
      </w:pPr>
      <w:r>
        <w:rPr>
          <w:rFonts w:ascii="Times New Roman" w:hAnsi="Times New Roman" w:eastAsia="宋体"/>
          <w:b w:val="0"/>
          <w:i w:val="0"/>
          <w:sz w:val="21"/>
        </w:rPr>
        <w:t>该式在 x = 4 时取得最小值 32。但是 13 必须在某一组中，而其余元素中没有三个数能与 13 相加得到 4（这要求三个数之和为 -9）。若包含 -7，另两个数需要和为 -2，但没有可用数对满足；若不包含 -7，把 -5-3-2=-10 中任一项替换都会使和超过 -9。所以 x = 4 无法达到，且 (x - 4)² ≥ 1。</w:t>
      </w:r>
    </w:p>
    <w:p>
      <w:pPr>
        <w:spacing w:before="0" w:after="80" w:line="300" w:lineRule="auto"/>
        <w:jc w:val="left"/>
      </w:pPr>
      <w:r>
        <w:rPr>
          <w:rFonts w:ascii="Times New Roman" w:hAnsi="Times New Roman" w:eastAsia="宋体"/>
          <w:b w:val="0"/>
          <w:i w:val="0"/>
          <w:sz w:val="21"/>
        </w:rPr>
        <w:t>最小值为 2(1) + 32 = 34，例如分组 {-7, -5, 2, 13}（和为 3）与 {-3, -2, 4, 6}（和为 5）可以达到。</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elements sum to 8. If a + b + c + d = x, then e + f + g + h = 8 - x, so</w:t>
      </w:r>
    </w:p>
    <w:p>
      <w:pPr>
        <w:spacing w:before="0" w:after="80" w:line="300" w:lineRule="auto"/>
        <w:jc w:val="left"/>
      </w:pPr>
      <w:r>
        <w:rPr>
          <w:rFonts w:ascii="Times New Roman" w:hAnsi="Times New Roman" w:eastAsia="宋体"/>
          <w:b w:val="0"/>
          <w:i w:val="0"/>
          <w:color w:val="333333"/>
          <w:sz w:val="19"/>
        </w:rPr>
        <w:t>x² + (8 - x)² = 2(x - 4)² + 32.</w:t>
      </w:r>
    </w:p>
    <w:p>
      <w:pPr>
        <w:spacing w:before="0" w:after="80" w:line="300" w:lineRule="auto"/>
        <w:jc w:val="left"/>
      </w:pPr>
      <w:r>
        <w:rPr>
          <w:rFonts w:ascii="Times New Roman" w:hAnsi="Times New Roman" w:eastAsia="宋体"/>
          <w:b w:val="0"/>
          <w:i w:val="0"/>
          <w:color w:val="333333"/>
          <w:sz w:val="19"/>
        </w:rPr>
        <w:t>This is minimized when x = 4, giving 32. But 13 must lie in one group, and no three of the remaining elements add with 13 to make 4 (that would need three of them to sum to -9). With -7, the other two would need to sum to -2, which no available pair does; without -7, replacing any term in -5-3-2=-10 raises the sum past -9. So x = 4 is unattainable and (x - 4)² ≥ 1.</w:t>
      </w:r>
    </w:p>
    <w:p>
      <w:pPr>
        <w:spacing w:before="0" w:after="80" w:line="300" w:lineRule="auto"/>
        <w:jc w:val="left"/>
      </w:pPr>
      <w:r>
        <w:rPr>
          <w:rFonts w:ascii="Times New Roman" w:hAnsi="Times New Roman" w:eastAsia="宋体"/>
          <w:b w:val="0"/>
          <w:i w:val="0"/>
          <w:color w:val="333333"/>
          <w:sz w:val="19"/>
        </w:rPr>
        <w:t>The minimum is 2(1) + 32 = 34, achieved for instance by {-7, -5, 2, 13} (sum 3) and {-3, -2, 4, 6} (sum 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C</w:t>
      </w:r>
    </w:p>
    <w:p>
      <w:pPr>
        <w:spacing w:before="0" w:after="80" w:line="300" w:lineRule="auto"/>
        <w:jc w:val="left"/>
      </w:pPr>
      <w:r>
        <w:rPr>
          <w:rFonts w:ascii="Times New Roman" w:hAnsi="Times New Roman" w:eastAsia="宋体"/>
          <w:b w:val="0"/>
          <w:i w:val="0"/>
          <w:sz w:val="21"/>
        </w:rPr>
        <w:t>写成 n = 7ᵏ Q，其中 Q 不是 7 的倍数，并设 Q 有 d 个因数。那么 n 有 (k + 1)d = 60 个因数，而 7n = 7ᵏ⁺¹Q 有 (k + 2)d = 80 个因数。</w:t>
      </w:r>
    </w:p>
    <w:p>
      <w:pPr>
        <w:spacing w:before="0" w:after="80" w:line="300" w:lineRule="auto"/>
        <w:jc w:val="left"/>
      </w:pPr>
      <w:r>
        <w:rPr>
          <w:rFonts w:ascii="Times New Roman" w:hAnsi="Times New Roman" w:eastAsia="宋体"/>
          <w:b w:val="0"/>
          <w:i w:val="0"/>
          <w:sz w:val="21"/>
        </w:rPr>
        <w:t>两式相除，得到 (k + 2)/(k + 1) = 80/60 = 4/3，所以 3(k + 2) = 4(k + 1)，从而 k = 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Write n = 7ᵏ Q where Q is not divisible by 7, and let d be the number of divisors of Q. Then n has (k + 1)d = 60 divisors and 7n = 7ᵏ⁺¹Q has (k + 2)d = 80 divisors.</w:t>
      </w:r>
    </w:p>
    <w:p>
      <w:pPr>
        <w:spacing w:before="0" w:after="80" w:line="300" w:lineRule="auto"/>
        <w:jc w:val="left"/>
      </w:pPr>
      <w:r>
        <w:rPr>
          <w:rFonts w:ascii="Times New Roman" w:hAnsi="Times New Roman" w:eastAsia="宋体"/>
          <w:b w:val="0"/>
          <w:i w:val="0"/>
          <w:color w:val="333333"/>
          <w:sz w:val="19"/>
        </w:rPr>
        <w:t>Dividing, (k + 2)/(k + 1) = 80/60 = 4/3, so 3(k + 2) = 4(k + 1), giving k = 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E</w:t>
      </w:r>
    </w:p>
    <w:p>
      <w:pPr>
        <w:spacing w:before="0" w:after="80" w:line="300" w:lineRule="auto"/>
        <w:jc w:val="left"/>
      </w:pPr>
      <w:r>
        <w:rPr>
          <w:rFonts w:ascii="Times New Roman" w:hAnsi="Times New Roman" w:eastAsia="宋体"/>
          <w:b w:val="0"/>
          <w:i w:val="0"/>
          <w:sz w:val="21"/>
        </w:rPr>
        <w:t>因为 |z₀| = 1，每个 |zₙ| = 1，所以 zₙ = 1/zₙ，于是</w:t>
      </w:r>
    </w:p>
    <w:p>
      <w:pPr>
        <w:spacing w:before="0" w:after="80" w:line="300" w:lineRule="auto"/>
        <w:jc w:val="left"/>
      </w:pPr>
      <w:r>
        <w:rPr>
          <w:rFonts w:ascii="Times New Roman" w:hAnsi="Times New Roman" w:eastAsia="宋体"/>
          <w:b w:val="0"/>
          <w:i w:val="0"/>
          <w:sz w:val="21"/>
        </w:rPr>
        <w:t>zₙ₊₁ = (i zₙ)/zₙ = i zₙ²。</w:t>
      </w:r>
    </w:p>
    <w:p>
      <w:pPr>
        <w:spacing w:before="0" w:after="80" w:line="300" w:lineRule="auto"/>
        <w:jc w:val="left"/>
      </w:pPr>
      <w:r>
        <w:rPr>
          <w:rFonts w:ascii="Times New Roman" w:hAnsi="Times New Roman" w:eastAsia="宋体"/>
          <w:b w:val="0"/>
          <w:i w:val="0"/>
          <w:sz w:val="21"/>
        </w:rPr>
        <w:t>迭代得 z₁ = i z₀²，z₂ = i(i z₀²)² = -i z₀⁴。此外，若 zₙ=-i z₀^(2ⁿ)，则 zₙ₊₁=i(-i)²z₀^(2ⁿ⁺¹)=-i z₀^(2ⁿ⁺¹)。于是对每个 n≥2 都有 zₙ=-i z₀^(2ⁿ)。</w:t>
      </w:r>
    </w:p>
    <w:p>
      <w:pPr>
        <w:spacing w:before="0" w:after="80" w:line="300" w:lineRule="auto"/>
        <w:jc w:val="left"/>
      </w:pPr>
      <w:r>
        <w:rPr>
          <w:rFonts w:ascii="Times New Roman" w:hAnsi="Times New Roman" w:eastAsia="宋体"/>
          <w:b w:val="0"/>
          <w:i w:val="0"/>
          <w:sz w:val="21"/>
        </w:rPr>
        <w:t>于是条件 z₂₀₀₅ = 1 就化为 z₀^(2²⁰⁰⁵) = i。而任何非零复数方程 z₀^(N) = i 恰好有 N 个不同的解，且它们都在单位圆上。</w:t>
      </w:r>
    </w:p>
    <w:p>
      <w:pPr>
        <w:spacing w:before="0" w:after="80" w:line="300" w:lineRule="auto"/>
        <w:jc w:val="left"/>
      </w:pPr>
      <w:r>
        <w:rPr>
          <w:rFonts w:ascii="Times New Roman" w:hAnsi="Times New Roman" w:eastAsia="宋体"/>
          <w:b w:val="0"/>
          <w:i w:val="0"/>
          <w:sz w:val="21"/>
        </w:rPr>
        <w:t>这里 N = 2²⁰⁰⁵，所以 z₀ 有 2²⁰⁰⁵ 个可能值。</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Because |z₀| = 1, every |zₙ| = 1, so zₙ = 1/zₙ and</w:t>
      </w:r>
    </w:p>
    <w:p>
      <w:pPr>
        <w:spacing w:before="0" w:after="80" w:line="300" w:lineRule="auto"/>
        <w:jc w:val="left"/>
      </w:pPr>
      <w:r>
        <w:rPr>
          <w:rFonts w:ascii="Times New Roman" w:hAnsi="Times New Roman" w:eastAsia="宋体"/>
          <w:b w:val="0"/>
          <w:i w:val="0"/>
          <w:color w:val="333333"/>
          <w:sz w:val="19"/>
        </w:rPr>
        <w:t>zₙ₊₁ = (i zₙ)/zₙ = i zₙ².</w:t>
      </w:r>
    </w:p>
    <w:p>
      <w:pPr>
        <w:spacing w:before="0" w:after="80" w:line="300" w:lineRule="auto"/>
        <w:jc w:val="left"/>
      </w:pPr>
      <w:r>
        <w:rPr>
          <w:rFonts w:ascii="Times New Roman" w:hAnsi="Times New Roman" w:eastAsia="宋体"/>
          <w:b w:val="0"/>
          <w:i w:val="0"/>
          <w:color w:val="333333"/>
          <w:sz w:val="19"/>
        </w:rPr>
        <w:t>Iterating, z₁ = i z₀² and z₂ = i(i z₀²)² = -i z₀⁴. Moreover, if zₙ=-i z₀^(2ⁿ), then zₙ₊₁=i(-i)²z₀^(2ⁿ⁺¹)=-i z₀^(2ⁿ⁺¹). Thus zₙ=-i z₀^(2ⁿ) for every n≥2.</w:t>
      </w:r>
    </w:p>
    <w:p>
      <w:pPr>
        <w:spacing w:before="0" w:after="80" w:line="300" w:lineRule="auto"/>
        <w:jc w:val="left"/>
      </w:pPr>
      <w:r>
        <w:rPr>
          <w:rFonts w:ascii="Times New Roman" w:hAnsi="Times New Roman" w:eastAsia="宋体"/>
          <w:b w:val="0"/>
          <w:i w:val="0"/>
          <w:color w:val="333333"/>
          <w:sz w:val="19"/>
        </w:rPr>
        <w:t>The condition z₂₀₀₅ = 1 is therefore z₀^(2²⁰⁰⁵) = i. Every nonzero complex equation z₀^(N) = i has exactly N distinct solutions, all on the unit circle.</w:t>
      </w:r>
    </w:p>
    <w:p>
      <w:pPr>
        <w:spacing w:before="0" w:after="80" w:line="300" w:lineRule="auto"/>
        <w:jc w:val="left"/>
      </w:pPr>
      <w:r>
        <w:rPr>
          <w:rFonts w:ascii="Times New Roman" w:hAnsi="Times New Roman" w:eastAsia="宋体"/>
          <w:b w:val="0"/>
          <w:i w:val="0"/>
          <w:color w:val="333333"/>
          <w:sz w:val="19"/>
        </w:rPr>
        <w:t>Here N = 2²⁰⁰⁵, so there are 2²⁰⁰⁵ possible values for z₀.</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B</w:t>
      </w:r>
    </w:p>
    <w:p>
      <w:pPr>
        <w:spacing w:before="0" w:after="80" w:line="300" w:lineRule="auto"/>
        <w:jc w:val="left"/>
      </w:pPr>
      <w:r>
        <w:rPr>
          <w:rFonts w:ascii="Times New Roman" w:hAnsi="Times New Roman" w:eastAsia="宋体"/>
          <w:b w:val="0"/>
          <w:i w:val="0"/>
          <w:sz w:val="21"/>
        </w:rPr>
        <w:t>条件给出 x + y = 10^(z) 和 x² + y² = 10 · 10^(z)。于是</w:t>
      </w:r>
    </w:p>
    <w:p>
      <w:pPr>
        <w:spacing w:before="0" w:after="80" w:line="300" w:lineRule="auto"/>
        <w:jc w:val="left"/>
      </w:pPr>
      <w:r>
        <w:rPr>
          <w:rFonts w:ascii="Times New Roman" w:hAnsi="Times New Roman" w:eastAsia="宋体"/>
          <w:b w:val="0"/>
          <w:i w:val="0"/>
          <w:sz w:val="21"/>
        </w:rPr>
        <w:t>2xy = (x+y)² - (x²+y²)</w:t>
      </w:r>
    </w:p>
    <w:p>
      <w:pPr>
        <w:spacing w:before="0" w:after="80" w:line="300" w:lineRule="auto"/>
        <w:jc w:val="left"/>
      </w:pPr>
      <w:r>
        <w:rPr>
          <w:rFonts w:ascii="Times New Roman" w:hAnsi="Times New Roman" w:eastAsia="宋体"/>
          <w:b w:val="0"/>
          <w:i w:val="0"/>
          <w:sz w:val="21"/>
        </w:rPr>
        <w:t>= 10^(2z) - 10 · 10^(z)</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 xy = 1/2(10^(2z) - 10 · 10^(z))。</w:t>
      </w:r>
    </w:p>
    <w:p>
      <w:pPr>
        <w:spacing w:before="0" w:after="80" w:line="300" w:lineRule="auto"/>
        <w:jc w:val="left"/>
      </w:pPr>
      <w:r>
        <w:rPr>
          <w:rFonts w:ascii="Times New Roman" w:hAnsi="Times New Roman" w:eastAsia="宋体"/>
          <w:b w:val="0"/>
          <w:i w:val="0"/>
          <w:sz w:val="21"/>
        </w:rPr>
        <w:t>使用 x³ + y³ = (x+y)³ - 3xy(x+y)，得到</w:t>
      </w:r>
    </w:p>
    <w:p>
      <w:pPr>
        <w:spacing w:before="0" w:after="80" w:line="300" w:lineRule="auto"/>
        <w:jc w:val="left"/>
      </w:pPr>
      <w:r>
        <w:rPr>
          <w:rFonts w:ascii="Times New Roman" w:hAnsi="Times New Roman" w:eastAsia="宋体"/>
          <w:b w:val="0"/>
          <w:i w:val="0"/>
          <w:sz w:val="21"/>
        </w:rPr>
        <w:t>x³ + y³ = 10^(3z)</w:t>
      </w:r>
    </w:p>
    <w:p>
      <w:pPr>
        <w:spacing w:before="0" w:after="80" w:line="300" w:lineRule="auto"/>
        <w:jc w:val="left"/>
      </w:pPr>
      <w:r>
        <w:rPr>
          <w:rFonts w:ascii="Times New Roman" w:hAnsi="Times New Roman" w:eastAsia="宋体"/>
          <w:b w:val="0"/>
          <w:i w:val="0"/>
          <w:sz w:val="21"/>
        </w:rPr>
        <w:t>- 3/2(10^(2z) - 10 · 10^(z))10^(z)</w:t>
      </w:r>
    </w:p>
    <w:p>
      <w:pPr>
        <w:spacing w:before="0" w:after="80" w:line="300" w:lineRule="auto"/>
        <w:jc w:val="left"/>
      </w:pPr>
      <w:r>
        <w:rPr>
          <w:rFonts w:ascii="Times New Roman" w:hAnsi="Times New Roman" w:eastAsia="宋体"/>
          <w:b w:val="0"/>
          <w:i w:val="0"/>
          <w:sz w:val="21"/>
        </w:rPr>
        <w:t>= -1/2 · 10^(3z) + 15 · 10^(2z)</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 a = -1/2、b = 15，从而 a + b = 29/2。这些系数是唯一确定的：令 z=0，可得实数解 x,y=(1±√(19))/2，其方程迫使 a+b 仍取同一值。</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conditions give x + y = 10^(z) and x² + y² = 10 · 10^(z). Then</w:t>
      </w:r>
    </w:p>
    <w:p>
      <w:pPr>
        <w:spacing w:before="0" w:after="80" w:line="300" w:lineRule="auto"/>
        <w:jc w:val="left"/>
      </w:pPr>
      <w:r>
        <w:rPr>
          <w:rFonts w:ascii="Times New Roman" w:hAnsi="Times New Roman" w:eastAsia="宋体"/>
          <w:b w:val="0"/>
          <w:i w:val="0"/>
          <w:color w:val="333333"/>
          <w:sz w:val="19"/>
        </w:rPr>
        <w:t>2xy = (x+y)² - (x²+y²)</w:t>
      </w:r>
    </w:p>
    <w:p>
      <w:pPr>
        <w:spacing w:before="0" w:after="80" w:line="300" w:lineRule="auto"/>
        <w:jc w:val="left"/>
      </w:pPr>
      <w:r>
        <w:rPr>
          <w:rFonts w:ascii="Times New Roman" w:hAnsi="Times New Roman" w:eastAsia="宋体"/>
          <w:b w:val="0"/>
          <w:i w:val="0"/>
          <w:color w:val="333333"/>
          <w:sz w:val="19"/>
        </w:rPr>
        <w:t>= 10^(2z) - 10 · 10^(z),</w:t>
      </w:r>
    </w:p>
    <w:p>
      <w:pPr>
        <w:spacing w:before="0" w:after="80" w:line="300" w:lineRule="auto"/>
        <w:jc w:val="left"/>
      </w:pPr>
      <w:r>
        <w:rPr>
          <w:rFonts w:ascii="Times New Roman" w:hAnsi="Times New Roman" w:eastAsia="宋体"/>
          <w:b w:val="0"/>
          <w:i w:val="0"/>
          <w:color w:val="333333"/>
          <w:sz w:val="19"/>
        </w:rPr>
        <w:t>so xy = 1/2(10^(2z) - 10 · 10^(z)).</w:t>
      </w:r>
    </w:p>
    <w:p>
      <w:pPr>
        <w:spacing w:before="0" w:after="80" w:line="300" w:lineRule="auto"/>
        <w:jc w:val="left"/>
      </w:pPr>
      <w:r>
        <w:rPr>
          <w:rFonts w:ascii="Times New Roman" w:hAnsi="Times New Roman" w:eastAsia="宋体"/>
          <w:b w:val="0"/>
          <w:i w:val="0"/>
          <w:color w:val="333333"/>
          <w:sz w:val="19"/>
        </w:rPr>
        <w:t>Using x³ + y³ = (x+y)³ - 3xy(x+y),</w:t>
      </w:r>
    </w:p>
    <w:p>
      <w:pPr>
        <w:spacing w:before="0" w:after="80" w:line="300" w:lineRule="auto"/>
        <w:jc w:val="left"/>
      </w:pPr>
      <w:r>
        <w:rPr>
          <w:rFonts w:ascii="Times New Roman" w:hAnsi="Times New Roman" w:eastAsia="宋体"/>
          <w:b w:val="0"/>
          <w:i w:val="0"/>
          <w:color w:val="333333"/>
          <w:sz w:val="19"/>
        </w:rPr>
        <w:t>x³ + y³ = 10^(3z)</w:t>
      </w:r>
    </w:p>
    <w:p>
      <w:pPr>
        <w:spacing w:before="0" w:after="80" w:line="300" w:lineRule="auto"/>
        <w:jc w:val="left"/>
      </w:pPr>
      <w:r>
        <w:rPr>
          <w:rFonts w:ascii="Times New Roman" w:hAnsi="Times New Roman" w:eastAsia="宋体"/>
          <w:b w:val="0"/>
          <w:i w:val="0"/>
          <w:color w:val="333333"/>
          <w:sz w:val="19"/>
        </w:rPr>
        <w:t>- 3/2(10^(2z) - 10 · 10^(z))10^(z)</w:t>
      </w:r>
    </w:p>
    <w:p>
      <w:pPr>
        <w:spacing w:before="0" w:after="80" w:line="300" w:lineRule="auto"/>
        <w:jc w:val="left"/>
      </w:pPr>
      <w:r>
        <w:rPr>
          <w:rFonts w:ascii="Times New Roman" w:hAnsi="Times New Roman" w:eastAsia="宋体"/>
          <w:b w:val="0"/>
          <w:i w:val="0"/>
          <w:color w:val="333333"/>
          <w:sz w:val="19"/>
        </w:rPr>
        <w:t>= -1/2 · 10^(3z) + 15 · 10^(2z).</w:t>
      </w:r>
    </w:p>
    <w:p>
      <w:pPr>
        <w:spacing w:before="0" w:after="80" w:line="300" w:lineRule="auto"/>
        <w:jc w:val="left"/>
      </w:pPr>
      <w:r>
        <w:rPr>
          <w:rFonts w:ascii="Times New Roman" w:hAnsi="Times New Roman" w:eastAsia="宋体"/>
          <w:b w:val="0"/>
          <w:i w:val="0"/>
          <w:color w:val="333333"/>
          <w:sz w:val="19"/>
        </w:rPr>
        <w:t>So a = -1/2 and b = 15, giving a + b = 29/2. These coefficients are determined: setting z=0 gives real solutions x,y=(1±√(19))/2, and their equation forces this same value of a+b.</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A</w:t>
      </w:r>
    </w:p>
    <w:p>
      <w:pPr>
        <w:spacing w:before="0" w:after="80" w:line="300" w:lineRule="auto"/>
        <w:jc w:val="left"/>
      </w:pPr>
      <w:r>
        <w:rPr>
          <w:rFonts w:ascii="Times New Roman" w:hAnsi="Times New Roman" w:eastAsia="宋体"/>
          <w:b w:val="0"/>
          <w:i w:val="0"/>
          <w:sz w:val="21"/>
        </w:rPr>
        <w:t>对顶点 (a, a²), (b, b²), (c, c²)，一条边的斜率为 (b² - a²)/(b - a) = a + b。三条边斜率相加得</w:t>
      </w:r>
    </w:p>
    <w:p>
      <w:pPr>
        <w:spacing w:before="0" w:after="80" w:line="300" w:lineRule="auto"/>
        <w:jc w:val="left"/>
      </w:pPr>
      <w:r>
        <w:rPr>
          <w:rFonts w:ascii="Times New Roman" w:hAnsi="Times New Roman" w:eastAsia="宋体"/>
          <w:b w:val="0"/>
          <w:i w:val="0"/>
          <w:sz w:val="21"/>
        </w:rPr>
        <w:t>(a+b) + (b+c) + (c+a)</w:t>
      </w:r>
    </w:p>
    <w:p>
      <w:pPr>
        <w:spacing w:before="0" w:after="80" w:line="300" w:lineRule="auto"/>
        <w:jc w:val="left"/>
      </w:pPr>
      <w:r>
        <w:rPr>
          <w:rFonts w:ascii="Times New Roman" w:hAnsi="Times New Roman" w:eastAsia="宋体"/>
          <w:b w:val="0"/>
          <w:i w:val="0"/>
          <w:sz w:val="21"/>
        </w:rPr>
        <w:t>= 2(a + b + c)</w:t>
      </w:r>
    </w:p>
    <w:p>
      <w:pPr>
        <w:spacing w:before="0" w:after="80" w:line="300" w:lineRule="auto"/>
        <w:jc w:val="left"/>
      </w:pPr>
      <w:r>
        <w:rPr>
          <w:rFonts w:ascii="Times New Roman" w:hAnsi="Times New Roman" w:eastAsia="宋体"/>
          <w:b w:val="0"/>
          <w:i w:val="0"/>
          <w:sz w:val="21"/>
        </w:rPr>
        <w:t>= 2 · m/n</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若一条边的方向角为 θ，其斜率为 2 = tanθ。等边三角形另外两条边的方向角为 θ ± 60°，所以它们的斜率为</w:t>
      </w:r>
    </w:p>
    <w:p>
      <w:pPr>
        <w:spacing w:before="0" w:after="80" w:line="300" w:lineRule="auto"/>
        <w:jc w:val="left"/>
      </w:pPr>
      <w:r>
        <w:rPr>
          <w:rFonts w:ascii="Times New Roman" w:hAnsi="Times New Roman" w:eastAsia="宋体"/>
          <w:b w:val="0"/>
          <w:i w:val="0"/>
          <w:sz w:val="21"/>
        </w:rPr>
        <w:t>tan(θ ± 60°) = (2 ± √(3))/(1 ∓ 2√(3))</w:t>
      </w:r>
    </w:p>
    <w:p>
      <w:pPr>
        <w:spacing w:before="0" w:after="80" w:line="300" w:lineRule="auto"/>
        <w:jc w:val="left"/>
      </w:pPr>
      <w:r>
        <w:rPr>
          <w:rFonts w:ascii="Times New Roman" w:hAnsi="Times New Roman" w:eastAsia="宋体"/>
          <w:b w:val="0"/>
          <w:i w:val="0"/>
          <w:sz w:val="21"/>
        </w:rPr>
        <w:t>= -(8 ± 5√(3))/11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三个斜率和为 2 - (8 + 5√(3))/11 - (8 - 5√(3))/11 = (22 - 16)/11 = 6/11。</w:t>
      </w:r>
    </w:p>
    <w:p>
      <w:pPr>
        <w:spacing w:before="0" w:after="80" w:line="300" w:lineRule="auto"/>
        <w:jc w:val="left"/>
      </w:pPr>
      <w:r>
        <w:rPr>
          <w:rFonts w:ascii="Times New Roman" w:hAnsi="Times New Roman" w:eastAsia="宋体"/>
          <w:b w:val="0"/>
          <w:i w:val="0"/>
          <w:sz w:val="21"/>
        </w:rPr>
        <w:t>因此 a + b + c = 1/2 · 6/11 = 3/11，所以 m + n = 3 + 11 = 14。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vertices (a, a²), (b, b²), (c, c²), the slope of a side is (b² - a²)/(b - a) = a + b. Adding the three side slopes,</w:t>
      </w:r>
    </w:p>
    <w:p>
      <w:pPr>
        <w:spacing w:before="0" w:after="80" w:line="300" w:lineRule="auto"/>
        <w:jc w:val="left"/>
      </w:pPr>
      <w:r>
        <w:rPr>
          <w:rFonts w:ascii="Times New Roman" w:hAnsi="Times New Roman" w:eastAsia="宋体"/>
          <w:b w:val="0"/>
          <w:i w:val="0"/>
          <w:color w:val="333333"/>
          <w:sz w:val="19"/>
        </w:rPr>
        <w:t>(a+b) + (b+c) + (c+a)</w:t>
      </w:r>
    </w:p>
    <w:p>
      <w:pPr>
        <w:spacing w:before="0" w:after="80" w:line="300" w:lineRule="auto"/>
        <w:jc w:val="left"/>
      </w:pPr>
      <w:r>
        <w:rPr>
          <w:rFonts w:ascii="Times New Roman" w:hAnsi="Times New Roman" w:eastAsia="宋体"/>
          <w:b w:val="0"/>
          <w:i w:val="0"/>
          <w:color w:val="333333"/>
          <w:sz w:val="19"/>
        </w:rPr>
        <w:t>= 2(a + b + c)</w:t>
      </w:r>
    </w:p>
    <w:p>
      <w:pPr>
        <w:spacing w:before="0" w:after="80" w:line="300" w:lineRule="auto"/>
        <w:jc w:val="left"/>
      </w:pPr>
      <w:r>
        <w:rPr>
          <w:rFonts w:ascii="Times New Roman" w:hAnsi="Times New Roman" w:eastAsia="宋体"/>
          <w:b w:val="0"/>
          <w:i w:val="0"/>
          <w:color w:val="333333"/>
          <w:sz w:val="19"/>
        </w:rPr>
        <w:t>= 2 · m/n.</w:t>
      </w:r>
    </w:p>
    <w:p>
      <w:pPr>
        <w:spacing w:before="0" w:after="80" w:line="300" w:lineRule="auto"/>
        <w:jc w:val="left"/>
      </w:pPr>
      <w:r>
        <w:rPr>
          <w:rFonts w:ascii="Times New Roman" w:hAnsi="Times New Roman" w:eastAsia="宋体"/>
          <w:b w:val="0"/>
          <w:i w:val="0"/>
          <w:color w:val="333333"/>
          <w:sz w:val="19"/>
        </w:rPr>
        <w:t>One side has slope 2 = tanθ. Because the triangle is equilateral, its sides make angles θ and θ ± 60°, so the other two slopes are</w:t>
      </w:r>
    </w:p>
    <w:p>
      <w:pPr>
        <w:spacing w:before="0" w:after="80" w:line="300" w:lineRule="auto"/>
        <w:jc w:val="left"/>
      </w:pPr>
      <w:r>
        <w:rPr>
          <w:rFonts w:ascii="Times New Roman" w:hAnsi="Times New Roman" w:eastAsia="宋体"/>
          <w:b w:val="0"/>
          <w:i w:val="0"/>
          <w:color w:val="333333"/>
          <w:sz w:val="19"/>
        </w:rPr>
        <w:t>tan(θ ± 60°) = (2 ± √(3))/(1 ∓ 2√(3))</w:t>
      </w:r>
    </w:p>
    <w:p>
      <w:pPr>
        <w:spacing w:before="0" w:after="80" w:line="300" w:lineRule="auto"/>
        <w:jc w:val="left"/>
      </w:pPr>
      <w:r>
        <w:rPr>
          <w:rFonts w:ascii="Times New Roman" w:hAnsi="Times New Roman" w:eastAsia="宋体"/>
          <w:b w:val="0"/>
          <w:i w:val="0"/>
          <w:color w:val="333333"/>
          <w:sz w:val="19"/>
        </w:rPr>
        <w:t>= -(8 ± 5√(3))/11.</w:t>
      </w:r>
    </w:p>
    <w:p>
      <w:pPr>
        <w:spacing w:before="0" w:after="80" w:line="300" w:lineRule="auto"/>
        <w:jc w:val="left"/>
      </w:pPr>
      <w:r>
        <w:rPr>
          <w:rFonts w:ascii="Times New Roman" w:hAnsi="Times New Roman" w:eastAsia="宋体"/>
          <w:b w:val="0"/>
          <w:i w:val="0"/>
          <w:color w:val="333333"/>
          <w:sz w:val="19"/>
        </w:rPr>
        <w:t>The sum of the three slopes is 2 - (8 + 5√(3))/11 - (8 - 5√(3))/11 = (22 - 16)/11 = 6/11.</w:t>
      </w:r>
    </w:p>
    <w:p>
      <w:pPr>
        <w:spacing w:before="0" w:after="80" w:line="300" w:lineRule="auto"/>
        <w:jc w:val="left"/>
      </w:pPr>
      <w:r>
        <w:rPr>
          <w:rFonts w:ascii="Times New Roman" w:hAnsi="Times New Roman" w:eastAsia="宋体"/>
          <w:b w:val="0"/>
          <w:i w:val="0"/>
          <w:color w:val="333333"/>
          <w:sz w:val="19"/>
        </w:rPr>
        <w:t>Thus a + b + c = 1/2 · 6/11 = 3/11, so m + n = 3 + 11 = 14.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A</w:t>
      </w:r>
    </w:p>
    <w:p>
      <w:pPr>
        <w:spacing w:before="0" w:after="80" w:line="300" w:lineRule="auto"/>
        <w:jc w:val="left"/>
      </w:pPr>
      <w:r>
        <w:rPr>
          <w:rFonts w:ascii="Times New Roman" w:hAnsi="Times New Roman" w:eastAsia="宋体"/>
          <w:b w:val="0"/>
          <w:i w:val="0"/>
          <w:sz w:val="21"/>
        </w:rPr>
        <w:t>共有 4⁶ 种等可能移动。把顶点标为 A, B, C, A', B', C'，其中带撇号的是对应对顶点。有效结果是一个排列 f，且 f(A) ∉ {A, A'}，其他顶点同理。</w:t>
      </w:r>
    </w:p>
    <w:p>
      <w:pPr>
        <w:spacing w:before="0" w:after="80" w:line="300" w:lineRule="auto"/>
        <w:jc w:val="left"/>
      </w:pPr>
      <w:r>
        <w:rPr>
          <w:rFonts w:ascii="Times New Roman" w:hAnsi="Times New Roman" w:eastAsia="宋体"/>
          <w:b w:val="0"/>
          <w:i w:val="0"/>
          <w:sz w:val="21"/>
        </w:rPr>
        <w:t>有序对 (f(A), f(A')) 有 4 · 3 = 12 个选择。其中 f(A)、f(A') 互为对顶点的有 4 种，相邻的有 8 种。</w:t>
      </w:r>
    </w:p>
    <w:p>
      <w:pPr>
        <w:spacing w:before="0" w:after="80" w:line="300" w:lineRule="auto"/>
        <w:jc w:val="left"/>
      </w:pPr>
      <w:r>
        <w:rPr>
          <w:rFonts w:ascii="Times New Roman" w:hAnsi="Times New Roman" w:eastAsia="宋体"/>
          <w:b w:val="0"/>
          <w:i w:val="0"/>
          <w:sz w:val="21"/>
        </w:rPr>
        <w:t>若 f(A), f(A') 互为对顶点，例如 B, B'，则 {f(C), f(C')} = {A, A'}，且 {f(B), f(B')} = {C, C'}，给出 4 · 2 · 2 = 16 种。</w:t>
      </w:r>
    </w:p>
    <w:p>
      <w:pPr>
        <w:spacing w:before="0" w:after="80" w:line="300" w:lineRule="auto"/>
        <w:jc w:val="left"/>
      </w:pPr>
      <w:r>
        <w:rPr>
          <w:rFonts w:ascii="Times New Roman" w:hAnsi="Times New Roman" w:eastAsia="宋体"/>
          <w:b w:val="0"/>
          <w:i w:val="0"/>
          <w:sz w:val="21"/>
        </w:rPr>
        <w:t>若 f(A), f(A') 相邻，例如 B, C，则 f(B), f(B') 中必须有一个是 C'，有 4 个有序选择 (f(B), f(B'))，每个给 (f(C), f(C')) 留下 2 种，共 8 · 4 · 2 = 64 种。</w:t>
      </w:r>
    </w:p>
    <w:p>
      <w:pPr>
        <w:spacing w:before="0" w:after="80" w:line="300" w:lineRule="auto"/>
        <w:jc w:val="left"/>
      </w:pPr>
      <w:r>
        <w:rPr>
          <w:rFonts w:ascii="Times New Roman" w:hAnsi="Times New Roman" w:eastAsia="宋体"/>
          <w:b w:val="0"/>
          <w:i w:val="0"/>
          <w:sz w:val="21"/>
        </w:rPr>
        <w:t>概率为</w:t>
      </w:r>
    </w:p>
    <w:p>
      <w:pPr>
        <w:spacing w:before="0" w:after="80" w:line="300" w:lineRule="auto"/>
        <w:jc w:val="left"/>
      </w:pPr>
      <w:r>
        <w:rPr>
          <w:rFonts w:ascii="Times New Roman" w:hAnsi="Times New Roman" w:eastAsia="宋体"/>
          <w:b w:val="0"/>
          <w:i w:val="0"/>
          <w:sz w:val="21"/>
        </w:rPr>
        <w:t>(16 + 64)/4⁶ = 80/4096 = 5/256。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4⁶ equally likely combinations of moves. Label the vertices A, B, C, A', B', C', where primed vertices are opposite the corresponding unprimed ones. An ant cannot move to its own vertex or the opposite one, so a valid outcome is a permutation f with f(A) ∉ {A, A'}, and similarly for each pair.</w:t>
      </w:r>
    </w:p>
    <w:p>
      <w:pPr>
        <w:spacing w:before="0" w:after="80" w:line="300" w:lineRule="auto"/>
        <w:jc w:val="left"/>
      </w:pPr>
      <w:r>
        <w:rPr>
          <w:rFonts w:ascii="Times New Roman" w:hAnsi="Times New Roman" w:eastAsia="宋体"/>
          <w:b w:val="0"/>
          <w:i w:val="0"/>
          <w:color w:val="333333"/>
          <w:sz w:val="19"/>
        </w:rPr>
        <w:t>There are 4 · 3 = 12 ordered choices for (f(A), f(A')). Of these, f(A) and f(A') are opposite in 4 cases and adjacent in 8.</w:t>
      </w:r>
    </w:p>
    <w:p>
      <w:pPr>
        <w:spacing w:before="0" w:after="80" w:line="300" w:lineRule="auto"/>
        <w:jc w:val="left"/>
      </w:pPr>
      <w:r>
        <w:rPr>
          <w:rFonts w:ascii="Times New Roman" w:hAnsi="Times New Roman" w:eastAsia="宋体"/>
          <w:b w:val="0"/>
          <w:i w:val="0"/>
          <w:color w:val="333333"/>
          <w:sz w:val="19"/>
        </w:rPr>
        <w:t>If f(A), f(A') are opposite, say B, B', then {f(C), f(C')} = {A, A'} and {f(B), f(B')} = {C, C'}, giving 4 · 2 · 2 = 16 valid combinations.</w:t>
      </w:r>
    </w:p>
    <w:p>
      <w:pPr>
        <w:spacing w:before="0" w:after="80" w:line="300" w:lineRule="auto"/>
        <w:jc w:val="left"/>
      </w:pPr>
      <w:r>
        <w:rPr>
          <w:rFonts w:ascii="Times New Roman" w:hAnsi="Times New Roman" w:eastAsia="宋体"/>
          <w:b w:val="0"/>
          <w:i w:val="0"/>
          <w:color w:val="333333"/>
          <w:sz w:val="19"/>
        </w:rPr>
        <w:t>If f(A), f(A') are adjacent, say B, C, then one of f(B), f(B') must be C' and there are 4 ordered choices for (f(B), f(B')), each leaving 2 for (f(C), f(C')): that is 8 · 4 · 2 = 64 valid combinations.</w:t>
      </w:r>
    </w:p>
    <w:p>
      <w:pPr>
        <w:spacing w:before="0" w:after="80" w:line="300" w:lineRule="auto"/>
        <w:jc w:val="left"/>
      </w:pPr>
      <w:r>
        <w:rPr>
          <w:rFonts w:ascii="Times New Roman" w:hAnsi="Times New Roman" w:eastAsia="宋体"/>
          <w:b w:val="0"/>
          <w:i w:val="0"/>
          <w:color w:val="333333"/>
          <w:sz w:val="19"/>
        </w:rPr>
        <w:t>Hence the probability is</w:t>
      </w:r>
    </w:p>
    <w:p>
      <w:pPr>
        <w:spacing w:before="0" w:after="80" w:line="300" w:lineRule="auto"/>
        <w:jc w:val="left"/>
      </w:pPr>
      <w:r>
        <w:rPr>
          <w:rFonts w:ascii="Times New Roman" w:hAnsi="Times New Roman" w:eastAsia="宋体"/>
          <w:b w:val="0"/>
          <w:i w:val="0"/>
          <w:color w:val="333333"/>
          <w:sz w:val="19"/>
        </w:rPr>
        <w:t>(16 + 64)/4⁶ = 80/4096 = 5/256.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