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2005A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二等于 x 的 10%，也等于 y 的 20%。求 x - y。</w:t>
      </w:r>
    </w:p>
    <w:p>
      <w:pPr>
        <w:spacing w:before="0" w:after="120" w:line="300" w:lineRule="auto"/>
      </w:pPr>
      <w:r>
        <w:rPr>
          <w:rFonts w:ascii="Times New Roman" w:hAnsi="Times New Roman" w:eastAsia="宋体"/>
          <w:b w:val="0"/>
          <w:i w:val="0"/>
          <w:sz w:val="21"/>
        </w:rPr>
        <w:t>（A）1　　（B）2　　（C）5　　（D）10　　（E）20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is 10% of x and 20% of y. What is x - y?</w:t>
      </w:r>
    </w:p>
    <w:p>
      <w:pPr>
        <w:spacing w:before="0" w:after="160" w:line="300" w:lineRule="auto"/>
      </w:pPr>
      <w:r>
        <w:rPr>
          <w:rFonts w:ascii="Times New Roman" w:hAnsi="Times New Roman" w:eastAsia="宋体"/>
          <w:b w:val="0"/>
          <w:i w:val="0"/>
          <w:color w:val="333333"/>
          <w:sz w:val="19"/>
        </w:rPr>
        <w:t>(A) 1　　(B) 2　　(C) 5　　(D) 10　　(E) 20</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方程 2x + 7 = 3 和 bx - 10 = -2 有相同的 x 解。求 b 的值。</w:t>
      </w:r>
    </w:p>
    <w:p>
      <w:pPr>
        <w:spacing w:before="0" w:after="120" w:line="300" w:lineRule="auto"/>
      </w:pPr>
      <w:r>
        <w:rPr>
          <w:rFonts w:ascii="Times New Roman" w:hAnsi="Times New Roman" w:eastAsia="宋体"/>
          <w:b w:val="0"/>
          <w:i w:val="0"/>
          <w:sz w:val="21"/>
        </w:rPr>
        <w:t>（A）-8　　（B）-4　　（C）-2　　（D）4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equations 2x + 7 = 3 and bx - 10 = -2 have the same solution for x. What is the value of b?</w:t>
      </w:r>
    </w:p>
    <w:p>
      <w:pPr>
        <w:spacing w:before="0" w:after="160" w:line="300" w:lineRule="auto"/>
      </w:pPr>
      <w:r>
        <w:rPr>
          <w:rFonts w:ascii="Times New Roman" w:hAnsi="Times New Roman" w:eastAsia="宋体"/>
          <w:b w:val="0"/>
          <w:i w:val="0"/>
          <w:color w:val="333333"/>
          <w:sz w:val="19"/>
        </w:rPr>
        <w:t>(A) -8　　(B) -4　　(C) -2　　(D) 4　　(E) 8</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一个矩形的对角线长为 x，长是宽的两倍。该矩形面积是多少？</w:t>
      </w:r>
    </w:p>
    <w:p>
      <w:pPr>
        <w:spacing w:before="0" w:after="120" w:line="300" w:lineRule="auto"/>
      </w:pPr>
      <w:r>
        <w:rPr>
          <w:rFonts w:ascii="Times New Roman" w:hAnsi="Times New Roman" w:eastAsia="宋体"/>
          <w:b w:val="0"/>
          <w:i w:val="0"/>
          <w:sz w:val="21"/>
        </w:rPr>
        <w:t>（A）1/4x²　　（B）2/5x²　　（C）1/2x²　　（D）x²　　（E）3/2x²</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rectangle with a diagonal of length x is twice as long as it is wide. What is the area of the rectangle?</w:t>
      </w:r>
    </w:p>
    <w:p>
      <w:pPr>
        <w:spacing w:before="0" w:after="160" w:line="300" w:lineRule="auto"/>
      </w:pPr>
      <w:r>
        <w:rPr>
          <w:rFonts w:ascii="Times New Roman" w:hAnsi="Times New Roman" w:eastAsia="宋体"/>
          <w:b w:val="0"/>
          <w:i w:val="0"/>
          <w:color w:val="333333"/>
          <w:sz w:val="19"/>
        </w:rPr>
        <w:t>(A) 1/4x²　　(B) 2/5x²　　(C) 1/2x²　　(D) x²　　(E) 3/2x²</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一家商店通常以每扇 $100 的价格出售窗户。本周每买四扇就赠送一扇。Dave 需要七扇窗户，Doug 需要八扇窗户。如果他们合在一起购买而不是分别购买，可以节省多少美元？</w:t>
      </w:r>
    </w:p>
    <w:p>
      <w:pPr>
        <w:spacing w:before="0" w:after="120" w:line="300" w:lineRule="auto"/>
      </w:pPr>
      <w:r>
        <w:rPr>
          <w:rFonts w:ascii="Times New Roman" w:hAnsi="Times New Roman" w:eastAsia="宋体"/>
          <w:b w:val="0"/>
          <w:i w:val="0"/>
          <w:sz w:val="21"/>
        </w:rPr>
        <w:t>（A）100　　（B）200　　（C）300　　（D）400　　（E）500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store normally sells windows at $100 each. This week the store is offering one free window for each purchase of four. Dave needs seven windows and Doug needs eight windows. How many dollars will they save if they purchase the windows together rather than separately?</w:t>
      </w:r>
    </w:p>
    <w:p>
      <w:pPr>
        <w:spacing w:before="0" w:after="160" w:line="300" w:lineRule="auto"/>
      </w:pPr>
      <w:r>
        <w:rPr>
          <w:rFonts w:ascii="Times New Roman" w:hAnsi="Times New Roman" w:eastAsia="宋体"/>
          <w:b w:val="0"/>
          <w:i w:val="0"/>
          <w:color w:val="333333"/>
          <w:sz w:val="19"/>
        </w:rPr>
        <w:t>(A) 100　　(B) 200　　(C) 300　　(D) 400　　(E) 500</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20 个数的平均数是 30，另外 30 个数的平均数是 20。全部 50 个数的平均数是多少？</w:t>
      </w:r>
    </w:p>
    <w:p>
      <w:pPr>
        <w:spacing w:before="0" w:after="120" w:line="300" w:lineRule="auto"/>
      </w:pPr>
      <w:r>
        <w:rPr>
          <w:rFonts w:ascii="Times New Roman" w:hAnsi="Times New Roman" w:eastAsia="宋体"/>
          <w:b w:val="0"/>
          <w:i w:val="0"/>
          <w:sz w:val="21"/>
        </w:rPr>
        <w:t>（A）23　　（B）24　　（C）25　　（D）26　　（E）27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average (mean) of 20 numbers is 30, and the average of 30 other numbers is 20. What is the average of all 50 numbers?</w:t>
      </w:r>
    </w:p>
    <w:p>
      <w:pPr>
        <w:spacing w:before="0" w:after="160" w:line="300" w:lineRule="auto"/>
      </w:pPr>
      <w:r>
        <w:rPr>
          <w:rFonts w:ascii="Times New Roman" w:hAnsi="Times New Roman" w:eastAsia="宋体"/>
          <w:b w:val="0"/>
          <w:i w:val="0"/>
          <w:color w:val="333333"/>
          <w:sz w:val="19"/>
        </w:rPr>
        <w:t>(A) 23　　(B) 24　　(C) 25　　(D) 26　　(E) 27</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Josh 和 Mike 相距 13 英里。昨天 Josh 先骑自行车朝 Mike 家出发，稍后 Mike 也骑车朝 Josh 家出发。他们相遇时，Josh 骑车的时间是 Mike 的两倍，速度是 Mike 的五分之四。相遇时 Mike 骑了多少英里？</w:t>
      </w:r>
    </w:p>
    <w:p>
      <w:pPr>
        <w:spacing w:before="0" w:after="120" w:line="300" w:lineRule="auto"/>
      </w:pPr>
      <w:r>
        <w:rPr>
          <w:rFonts w:ascii="Times New Roman" w:hAnsi="Times New Roman" w:eastAsia="宋体"/>
          <w:b w:val="0"/>
          <w:i w:val="0"/>
          <w:sz w:val="21"/>
        </w:rPr>
        <w:t>（A）4　　（B）5　　（C）6　　（D）7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Josh and Mike live 13 miles apart. Yesterday Josh started to ride his bicycle toward Mike’s house. A little later Mike started to ride his bicycle toward Josh’s house. When they met, Josh had ridden for twice the length of time as Mike and at four-fifths of Mike’s rate. How many miles had Mike ridden when they met?</w:t>
      </w:r>
    </w:p>
    <w:p>
      <w:pPr>
        <w:spacing w:before="0" w:after="160" w:line="300" w:lineRule="auto"/>
      </w:pPr>
      <w:r>
        <w:rPr>
          <w:rFonts w:ascii="Times New Roman" w:hAnsi="Times New Roman" w:eastAsia="宋体"/>
          <w:b w:val="0"/>
          <w:i w:val="0"/>
          <w:color w:val="333333"/>
          <w:sz w:val="19"/>
        </w:rPr>
        <w:t>(A) 4　　(B) 5　　(C) 6　　(D) 7　　(E) 8</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正方形 EFGH 在正方形 ABCD 内，使得 EFGH 的每一边延长后都经过 ABCD 的一个顶点。正方形 ABCD 的边长为 √(50)，E 在 B 和 H 之间，且 BE = 1。求内正方形 EFGH 的面积。</w:t>
      </w:r>
    </w:p>
    <w:p>
      <w:pPr>
        <w:spacing w:before="80" w:after="80"/>
        <w:jc w:val="center"/>
      </w:pPr>
      <w:r>
        <w:drawing>
          <wp:inline xmlns:a="http://schemas.openxmlformats.org/drawingml/2006/main" xmlns:pic="http://schemas.openxmlformats.org/drawingml/2006/picture">
            <wp:extent cx="1328073" cy="1289080"/>
            <wp:docPr id="1" name="Picture 1"/>
            <wp:cNvGraphicFramePr>
              <a:graphicFrameLocks noChangeAspect="1"/>
            </wp:cNvGraphicFramePr>
            <a:graphic>
              <a:graphicData uri="http://schemas.openxmlformats.org/drawingml/2006/picture">
                <pic:pic>
                  <pic:nvPicPr>
                    <pic:cNvPr id="0" name="q07-1@300dpi.png"/>
                    <pic:cNvPicPr/>
                  </pic:nvPicPr>
                  <pic:blipFill>
                    <a:blip r:embed="rId9"/>
                    <a:stretch>
                      <a:fillRect/>
                    </a:stretch>
                  </pic:blipFill>
                  <pic:spPr>
                    <a:xfrm>
                      <a:off x="0" y="0"/>
                      <a:ext cx="1328073" cy="1289080"/>
                    </a:xfrm>
                    <a:prstGeom prst="rect"/>
                  </pic:spPr>
                </pic:pic>
              </a:graphicData>
            </a:graphic>
          </wp:inline>
        </w:drawing>
      </w:r>
    </w:p>
    <w:p>
      <w:pPr>
        <w:spacing w:before="0" w:after="120" w:line="300" w:lineRule="auto"/>
      </w:pPr>
      <w:r>
        <w:rPr>
          <w:rFonts w:ascii="Times New Roman" w:hAnsi="Times New Roman" w:eastAsia="宋体"/>
          <w:b w:val="0"/>
          <w:i w:val="0"/>
          <w:sz w:val="21"/>
        </w:rPr>
        <w:t>（A）25　　（B）32　　（C）36　　（D）40　　（E）42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Square EFGH is inside square ABCD so that each side of EFGH can be extended to pass through a vertex of ABCD. Square ABCD has side length √(50), E is between B and H, and BE = 1. What is the area of the inner square EFGH?</w:t>
      </w:r>
    </w:p>
    <w:p>
      <w:pPr>
        <w:spacing w:before="80" w:after="80"/>
        <w:jc w:val="center"/>
      </w:pPr>
      <w:r>
        <w:drawing>
          <wp:inline xmlns:a="http://schemas.openxmlformats.org/drawingml/2006/main" xmlns:pic="http://schemas.openxmlformats.org/drawingml/2006/picture">
            <wp:extent cx="1328073" cy="1289080"/>
            <wp:docPr id="2" name="Picture 2"/>
            <wp:cNvGraphicFramePr>
              <a:graphicFrameLocks noChangeAspect="1"/>
            </wp:cNvGraphicFramePr>
            <a:graphic>
              <a:graphicData uri="http://schemas.openxmlformats.org/drawingml/2006/picture">
                <pic:pic>
                  <pic:nvPicPr>
                    <pic:cNvPr id="0" name="q07-1@300dpi.png"/>
                    <pic:cNvPicPr/>
                  </pic:nvPicPr>
                  <pic:blipFill>
                    <a:blip r:embed="rId9"/>
                    <a:stretch>
                      <a:fillRect/>
                    </a:stretch>
                  </pic:blipFill>
                  <pic:spPr>
                    <a:xfrm>
                      <a:off x="0" y="0"/>
                      <a:ext cx="1328073" cy="128908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25　　(B) 32　　(C) 36　　(D) 40　　(E) 42</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设 A、M、C 为数字，且</w:t>
      </w:r>
    </w:p>
    <w:p>
      <w:pPr>
        <w:spacing w:before="0" w:after="80" w:line="300" w:lineRule="auto"/>
        <w:jc w:val="left"/>
      </w:pPr>
      <w:r>
        <w:rPr>
          <w:rFonts w:ascii="Times New Roman" w:hAnsi="Times New Roman" w:eastAsia="宋体"/>
          <w:b w:val="0"/>
          <w:i w:val="0"/>
          <w:sz w:val="21"/>
        </w:rPr>
        <w:t>(100A + 10M + C)</w:t>
      </w:r>
    </w:p>
    <w:p>
      <w:pPr>
        <w:spacing w:before="0" w:after="80" w:line="300" w:lineRule="auto"/>
        <w:jc w:val="left"/>
      </w:pPr>
      <w:r>
        <w:rPr>
          <w:rFonts w:ascii="Times New Roman" w:hAnsi="Times New Roman" w:eastAsia="宋体"/>
          <w:b w:val="0"/>
          <w:i w:val="0"/>
          <w:sz w:val="21"/>
        </w:rPr>
        <w:t>· (A + M + C) = 2005。</w:t>
      </w:r>
    </w:p>
    <w:p>
      <w:pPr>
        <w:spacing w:before="0" w:after="80" w:line="300" w:lineRule="auto"/>
        <w:jc w:val="left"/>
      </w:pPr>
      <w:r>
        <w:rPr>
          <w:rFonts w:ascii="Times New Roman" w:hAnsi="Times New Roman" w:eastAsia="宋体"/>
          <w:b w:val="0"/>
          <w:i w:val="0"/>
          <w:sz w:val="21"/>
        </w:rPr>
        <w:t>求 A。</w:t>
      </w:r>
    </w:p>
    <w:p>
      <w:pPr>
        <w:spacing w:before="0" w:after="120" w:line="300" w:lineRule="auto"/>
      </w:pPr>
      <w:r>
        <w:rPr>
          <w:rFonts w:ascii="Times New Roman" w:hAnsi="Times New Roman" w:eastAsia="宋体"/>
          <w:b w:val="0"/>
          <w:i w:val="0"/>
          <w:sz w:val="21"/>
        </w:rPr>
        <w:t>（A）1　　（B）2　　（C）3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 M, and C be digits with</w:t>
      </w:r>
    </w:p>
    <w:p>
      <w:pPr>
        <w:spacing w:before="0" w:after="80" w:line="300" w:lineRule="auto"/>
        <w:jc w:val="left"/>
      </w:pPr>
      <w:r>
        <w:rPr>
          <w:rFonts w:ascii="Times New Roman" w:hAnsi="Times New Roman" w:eastAsia="宋体"/>
          <w:b w:val="0"/>
          <w:i w:val="0"/>
          <w:color w:val="333333"/>
          <w:sz w:val="19"/>
        </w:rPr>
        <w:t>(100A + 10M + C)</w:t>
      </w:r>
    </w:p>
    <w:p>
      <w:pPr>
        <w:spacing w:before="0" w:after="80" w:line="300" w:lineRule="auto"/>
        <w:jc w:val="left"/>
      </w:pPr>
      <w:r>
        <w:rPr>
          <w:rFonts w:ascii="Times New Roman" w:hAnsi="Times New Roman" w:eastAsia="宋体"/>
          <w:b w:val="0"/>
          <w:i w:val="0"/>
          <w:color w:val="333333"/>
          <w:sz w:val="19"/>
        </w:rPr>
        <w:t>· (A + M + C) = 2005.</w:t>
      </w:r>
    </w:p>
    <w:p>
      <w:pPr>
        <w:spacing w:before="0" w:after="80" w:line="300" w:lineRule="auto"/>
        <w:jc w:val="left"/>
      </w:pPr>
      <w:r>
        <w:rPr>
          <w:rFonts w:ascii="Times New Roman" w:hAnsi="Times New Roman" w:eastAsia="宋体"/>
          <w:b w:val="0"/>
          <w:i w:val="0"/>
          <w:color w:val="333333"/>
          <w:sz w:val="19"/>
        </w:rPr>
        <w:t>What is A?</w:t>
      </w:r>
    </w:p>
    <w:p>
      <w:pPr>
        <w:spacing w:before="0" w:after="160" w:line="300" w:lineRule="auto"/>
      </w:pPr>
      <w:r>
        <w:rPr>
          <w:rFonts w:ascii="Times New Roman" w:hAnsi="Times New Roman" w:eastAsia="宋体"/>
          <w:b w:val="0"/>
          <w:i w:val="0"/>
          <w:color w:val="333333"/>
          <w:sz w:val="19"/>
        </w:rPr>
        <w:t>(A) 1　　(B) 2　　(C) 3　　(D) 4　　(E) 5</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有两个 a 的值使方程 4x² + ax + 8x + 9 = 0 对 x 只有一个解。这两个 a 的和是多少？</w:t>
      </w:r>
    </w:p>
    <w:p>
      <w:pPr>
        <w:spacing w:before="0" w:after="120" w:line="300" w:lineRule="auto"/>
      </w:pPr>
      <w:r>
        <w:rPr>
          <w:rFonts w:ascii="Times New Roman" w:hAnsi="Times New Roman" w:eastAsia="宋体"/>
          <w:b w:val="0"/>
          <w:i w:val="0"/>
          <w:sz w:val="21"/>
        </w:rPr>
        <w:t>（A）-16　　（B）-8　　（C）0　　（D）8　　（E）20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two values of a for which the equation 4x² + ax + 8x + 9 = 0 has only one solution for x. What is the sum of those values of a?</w:t>
      </w:r>
    </w:p>
    <w:p>
      <w:pPr>
        <w:spacing w:before="0" w:after="160" w:line="300" w:lineRule="auto"/>
      </w:pPr>
      <w:r>
        <w:rPr>
          <w:rFonts w:ascii="Times New Roman" w:hAnsi="Times New Roman" w:eastAsia="宋体"/>
          <w:b w:val="0"/>
          <w:i w:val="0"/>
          <w:color w:val="333333"/>
          <w:sz w:val="19"/>
        </w:rPr>
        <w:t>(A) -16　　(B) -8　　(C) 0　　(D) 8　　(E) 20</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一个边长为 n 的木立方体六个面都涂成红色，然后切成 n³ 个单位立方体。所有单位立方体的面中，恰有四分之一是红色的。n 是多少？</w:t>
      </w:r>
    </w:p>
    <w:p>
      <w:pPr>
        <w:spacing w:before="0" w:after="120" w:line="300" w:lineRule="auto"/>
      </w:pPr>
      <w:r>
        <w:rPr>
          <w:rFonts w:ascii="Times New Roman" w:hAnsi="Times New Roman" w:eastAsia="宋体"/>
          <w:b w:val="0"/>
          <w:i w:val="0"/>
          <w:sz w:val="21"/>
        </w:rPr>
        <w:t>（A）3　　（B）4　　（C）5　　（D）6　　（E）7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wooden cube n units on a side is painted red on all six faces and then cut into n³ unit cubes. Exactly one-fourth of the total number of faces of the unit cubes are red. What is n?</w:t>
      </w:r>
    </w:p>
    <w:p>
      <w:pPr>
        <w:spacing w:before="0" w:after="160" w:line="300" w:lineRule="auto"/>
      </w:pPr>
      <w:r>
        <w:rPr>
          <w:rFonts w:ascii="Times New Roman" w:hAnsi="Times New Roman" w:eastAsia="宋体"/>
          <w:b w:val="0"/>
          <w:i w:val="0"/>
          <w:color w:val="333333"/>
          <w:sz w:val="19"/>
        </w:rPr>
        <w:t>(A) 3　　(B) 4　　(C) 5　　(D) 6　　(E) 7</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有多少个三位数满足：中间数字是首位数字和末位数字的平均数？</w:t>
      </w:r>
    </w:p>
    <w:p>
      <w:pPr>
        <w:spacing w:before="0" w:after="120" w:line="300" w:lineRule="auto"/>
      </w:pPr>
      <w:r>
        <w:rPr>
          <w:rFonts w:ascii="Times New Roman" w:hAnsi="Times New Roman" w:eastAsia="宋体"/>
          <w:b w:val="0"/>
          <w:i w:val="0"/>
          <w:sz w:val="21"/>
        </w:rPr>
        <w:t>（A）41　　（B）42　　（C）43　　（D）44　　（E）45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three-digit numbers satisfy the property that the middle digit is the average of the first and the last digits?</w:t>
      </w:r>
    </w:p>
    <w:p>
      <w:pPr>
        <w:spacing w:before="0" w:after="160" w:line="300" w:lineRule="auto"/>
      </w:pPr>
      <w:r>
        <w:rPr>
          <w:rFonts w:ascii="Times New Roman" w:hAnsi="Times New Roman" w:eastAsia="宋体"/>
          <w:b w:val="0"/>
          <w:i w:val="0"/>
          <w:color w:val="333333"/>
          <w:sz w:val="19"/>
        </w:rPr>
        <w:t>(A) 41　　(B) 42　　(C) 43　　(D) 44　　(E) 45</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一条直线经过 A(1, 1) 和 B(100, 1000)。在线段 A 与 B 之间且坐标均为整数的其他点有多少个？</w:t>
      </w:r>
    </w:p>
    <w:p>
      <w:pPr>
        <w:spacing w:before="0" w:after="120" w:line="300" w:lineRule="auto"/>
      </w:pPr>
      <w:r>
        <w:rPr>
          <w:rFonts w:ascii="Times New Roman" w:hAnsi="Times New Roman" w:eastAsia="宋体"/>
          <w:b w:val="0"/>
          <w:i w:val="0"/>
          <w:sz w:val="21"/>
        </w:rPr>
        <w:t>（A）0　　（B）2　　（C）3　　（D）8　　（E）9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line passes through A(1, 1) and B(100, 1000). How many other points with integer coordinates are on the line and strictly between A and B?</w:t>
      </w:r>
    </w:p>
    <w:p>
      <w:pPr>
        <w:spacing w:before="0" w:after="160" w:line="300" w:lineRule="auto"/>
      </w:pPr>
      <w:r>
        <w:rPr>
          <w:rFonts w:ascii="Times New Roman" w:hAnsi="Times New Roman" w:eastAsia="宋体"/>
          <w:b w:val="0"/>
          <w:i w:val="0"/>
          <w:color w:val="333333"/>
          <w:sz w:val="19"/>
        </w:rPr>
        <w:t>(A) 0　　(B) 2　　(C) 3　　(D) 8　　(E) 9</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如图所示的五角星中，字母 A、B、C、D、E 被数字 3，5，6，7 和 9 替换，顺序不一定相同。线段 AB、BC、CD、DE、EA 两端数字的和构成一个等差数列，顺序也不一定相同。这个等差数列的中项是多少？</w:t>
      </w:r>
    </w:p>
    <w:p>
      <w:pPr>
        <w:spacing w:before="80" w:after="80"/>
        <w:jc w:val="center"/>
      </w:pPr>
      <w:r>
        <w:drawing>
          <wp:inline xmlns:a="http://schemas.openxmlformats.org/drawingml/2006/main" xmlns:pic="http://schemas.openxmlformats.org/drawingml/2006/picture">
            <wp:extent cx="1981950" cy="1901381"/>
            <wp:docPr id="3" name="Picture 3"/>
            <wp:cNvGraphicFramePr>
              <a:graphicFrameLocks noChangeAspect="1"/>
            </wp:cNvGraphicFramePr>
            <a:graphic>
              <a:graphicData uri="http://schemas.openxmlformats.org/drawingml/2006/picture">
                <pic:pic>
                  <pic:nvPicPr>
                    <pic:cNvPr id="0" name="q13-1@300dpi.png"/>
                    <pic:cNvPicPr/>
                  </pic:nvPicPr>
                  <pic:blipFill>
                    <a:blip r:embed="rId10"/>
                    <a:stretch>
                      <a:fillRect/>
                    </a:stretch>
                  </pic:blipFill>
                  <pic:spPr>
                    <a:xfrm>
                      <a:off x="0" y="0"/>
                      <a:ext cx="1981950" cy="1901381"/>
                    </a:xfrm>
                    <a:prstGeom prst="rect"/>
                  </pic:spPr>
                </pic:pic>
              </a:graphicData>
            </a:graphic>
          </wp:inline>
        </w:drawing>
      </w:r>
    </w:p>
    <w:p>
      <w:pPr>
        <w:spacing w:before="0" w:after="120" w:line="300" w:lineRule="auto"/>
      </w:pPr>
      <w:r>
        <w:rPr>
          <w:rFonts w:ascii="Times New Roman" w:hAnsi="Times New Roman" w:eastAsia="宋体"/>
          <w:b w:val="0"/>
          <w:i w:val="0"/>
          <w:sz w:val="21"/>
        </w:rPr>
        <w:t>（A）9　　（B）10　　（C）11　　（D）12　　（E）13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five-sided star shown, the letters A, B, C, D, and E are replaced by the numbers 3, 5, 6, 7, and 9, although not necessarily in that order. The sums of the numbers at the ends of the line segments AB, BC, CD, DE, and EA form an arithmetic sequence, although not necessarily in that order. What is the middle term of the arithmetic sequence?</w:t>
      </w:r>
    </w:p>
    <w:p>
      <w:pPr>
        <w:spacing w:before="80" w:after="80"/>
        <w:jc w:val="center"/>
      </w:pPr>
      <w:r>
        <w:drawing>
          <wp:inline xmlns:a="http://schemas.openxmlformats.org/drawingml/2006/main" xmlns:pic="http://schemas.openxmlformats.org/drawingml/2006/picture">
            <wp:extent cx="1981950" cy="1901381"/>
            <wp:docPr id="4" name="Picture 4"/>
            <wp:cNvGraphicFramePr>
              <a:graphicFrameLocks noChangeAspect="1"/>
            </wp:cNvGraphicFramePr>
            <a:graphic>
              <a:graphicData uri="http://schemas.openxmlformats.org/drawingml/2006/picture">
                <pic:pic>
                  <pic:nvPicPr>
                    <pic:cNvPr id="0" name="q13-1@300dpi.png"/>
                    <pic:cNvPicPr/>
                  </pic:nvPicPr>
                  <pic:blipFill>
                    <a:blip r:embed="rId10"/>
                    <a:stretch>
                      <a:fillRect/>
                    </a:stretch>
                  </pic:blipFill>
                  <pic:spPr>
                    <a:xfrm>
                      <a:off x="0" y="0"/>
                      <a:ext cx="1981950" cy="1901381"/>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9　　(B) 10　　(C) 11　　(D) 12　　(E) 13</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在一个标准骰子上，随机去掉一个点，每个点被选中的可能性相同。然后掷这个骰子。朝上一面有奇数个点的概率是多少？</w:t>
      </w:r>
    </w:p>
    <w:p>
      <w:pPr>
        <w:spacing w:before="0" w:after="120" w:line="300" w:lineRule="auto"/>
      </w:pPr>
      <w:r>
        <w:rPr>
          <w:rFonts w:ascii="Times New Roman" w:hAnsi="Times New Roman" w:eastAsia="宋体"/>
          <w:b w:val="0"/>
          <w:i w:val="0"/>
          <w:sz w:val="21"/>
        </w:rPr>
        <w:t>（A）5/11　　（B）10/21　　（C）1/2　　（D）11/21　　（E）6/11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 a standard die one of the dots is removed at random with each dot equally likely to be chosen. The die is then rolled. What is the probability that the top face has an odd number of dots?</w:t>
      </w:r>
    </w:p>
    <w:p>
      <w:pPr>
        <w:spacing w:before="0" w:after="160" w:line="300" w:lineRule="auto"/>
      </w:pPr>
      <w:r>
        <w:rPr>
          <w:rFonts w:ascii="Times New Roman" w:hAnsi="Times New Roman" w:eastAsia="宋体"/>
          <w:b w:val="0"/>
          <w:i w:val="0"/>
          <w:color w:val="333333"/>
          <w:sz w:val="19"/>
        </w:rPr>
        <w:t>(A) 5/11　　(B) 10/21　　(C) 1/2　　(D) 11/21　　(E) 6/11</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设 AB 是一个圆的直径，C 是 AB 上一点，且 2 · AC = BC。设 D、E 在圆上，使 DC ⊥ AB，且 DE 是另一条直径。求 △ DCE 的面积与 △ ABD 的面积之比。</w:t>
      </w:r>
    </w:p>
    <w:p>
      <w:pPr>
        <w:spacing w:before="80" w:after="80"/>
        <w:jc w:val="center"/>
      </w:pPr>
      <w:r>
        <w:drawing>
          <wp:inline xmlns:a="http://schemas.openxmlformats.org/drawingml/2006/main" xmlns:pic="http://schemas.openxmlformats.org/drawingml/2006/picture">
            <wp:extent cx="1031360" cy="950397"/>
            <wp:docPr id="5" name="Picture 5"/>
            <wp:cNvGraphicFramePr>
              <a:graphicFrameLocks noChangeAspect="1"/>
            </wp:cNvGraphicFramePr>
            <a:graphic>
              <a:graphicData uri="http://schemas.openxmlformats.org/drawingml/2006/picture">
                <pic:pic>
                  <pic:nvPicPr>
                    <pic:cNvPr id="0" name="q15-1@300dpi.png"/>
                    <pic:cNvPicPr/>
                  </pic:nvPicPr>
                  <pic:blipFill>
                    <a:blip r:embed="rId11"/>
                    <a:stretch>
                      <a:fillRect/>
                    </a:stretch>
                  </pic:blipFill>
                  <pic:spPr>
                    <a:xfrm>
                      <a:off x="0" y="0"/>
                      <a:ext cx="1031360" cy="950397"/>
                    </a:xfrm>
                    <a:prstGeom prst="rect"/>
                  </pic:spPr>
                </pic:pic>
              </a:graphicData>
            </a:graphic>
          </wp:inline>
        </w:drawing>
      </w:r>
    </w:p>
    <w:p>
      <w:pPr>
        <w:spacing w:before="0" w:after="120" w:line="300" w:lineRule="auto"/>
      </w:pPr>
      <w:r>
        <w:rPr>
          <w:rFonts w:ascii="Times New Roman" w:hAnsi="Times New Roman" w:eastAsia="宋体"/>
          <w:b w:val="0"/>
          <w:i w:val="0"/>
          <w:sz w:val="21"/>
        </w:rPr>
        <w:t>（A）1/6　　（B）1/4　　（C）1/3　　（D）1/2　　（E）2/3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AB be a diameter of a circle and C be a point on AB with 2 · AC = BC. Let D and E be points on the circle such that DC ⊥ AB and DE is a second diameter. What is the ratio of the area of △ DCE to the area of △ ABD?</w:t>
      </w:r>
    </w:p>
    <w:p>
      <w:pPr>
        <w:spacing w:before="80" w:after="80"/>
        <w:jc w:val="center"/>
      </w:pPr>
      <w:r>
        <w:drawing>
          <wp:inline xmlns:a="http://schemas.openxmlformats.org/drawingml/2006/main" xmlns:pic="http://schemas.openxmlformats.org/drawingml/2006/picture">
            <wp:extent cx="1031360" cy="950397"/>
            <wp:docPr id="6" name="Picture 6"/>
            <wp:cNvGraphicFramePr>
              <a:graphicFrameLocks noChangeAspect="1"/>
            </wp:cNvGraphicFramePr>
            <a:graphic>
              <a:graphicData uri="http://schemas.openxmlformats.org/drawingml/2006/picture">
                <pic:pic>
                  <pic:nvPicPr>
                    <pic:cNvPr id="0" name="q15-1@300dpi.png"/>
                    <pic:cNvPicPr/>
                  </pic:nvPicPr>
                  <pic:blipFill>
                    <a:blip r:embed="rId11"/>
                    <a:stretch>
                      <a:fillRect/>
                    </a:stretch>
                  </pic:blipFill>
                  <pic:spPr>
                    <a:xfrm>
                      <a:off x="0" y="0"/>
                      <a:ext cx="1031360" cy="950397"/>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1/6　　(B) 1/4　　(C) 1/3　　(D) 1/2　　(E) 2/3</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三个半径为 s 的圆位于 xy 平面第一象限。第一个圆与两条坐标轴都相切，第二个圆与第一个圆和 x-轴相切，第三个圆与第一个圆和 y-轴相切。另有一个半径为 r &gt; s 的圆，它与两条坐标轴以及第二、第三个圆相切。求 r/s。</w:t>
      </w:r>
    </w:p>
    <w:p>
      <w:pPr>
        <w:spacing w:before="80" w:after="80"/>
        <w:jc w:val="center"/>
      </w:pPr>
      <w:r>
        <w:drawing>
          <wp:inline xmlns:a="http://schemas.openxmlformats.org/drawingml/2006/main" xmlns:pic="http://schemas.openxmlformats.org/drawingml/2006/picture">
            <wp:extent cx="1358508" cy="1345013"/>
            <wp:docPr id="7" name="Picture 7"/>
            <wp:cNvGraphicFramePr>
              <a:graphicFrameLocks noChangeAspect="1"/>
            </wp:cNvGraphicFramePr>
            <a:graphic>
              <a:graphicData uri="http://schemas.openxmlformats.org/drawingml/2006/picture">
                <pic:pic>
                  <pic:nvPicPr>
                    <pic:cNvPr id="0" name="q16-1@300dpi.png"/>
                    <pic:cNvPicPr/>
                  </pic:nvPicPr>
                  <pic:blipFill>
                    <a:blip r:embed="rId12"/>
                    <a:stretch>
                      <a:fillRect/>
                    </a:stretch>
                  </pic:blipFill>
                  <pic:spPr>
                    <a:xfrm>
                      <a:off x="0" y="0"/>
                      <a:ext cx="1358508" cy="1345013"/>
                    </a:xfrm>
                    <a:prstGeom prst="rect"/>
                  </pic:spPr>
                </pic:pic>
              </a:graphicData>
            </a:graphic>
          </wp:inline>
        </w:drawing>
      </w:r>
    </w:p>
    <w:p>
      <w:pPr>
        <w:spacing w:before="0" w:after="120" w:line="300" w:lineRule="auto"/>
      </w:pPr>
      <w:r>
        <w:rPr>
          <w:rFonts w:ascii="Times New Roman" w:hAnsi="Times New Roman" w:eastAsia="宋体"/>
          <w:b w:val="0"/>
          <w:i w:val="0"/>
          <w:sz w:val="21"/>
        </w:rPr>
        <w:t>（A）5　　（B）6　　（C）8　　（D）9　　（E）10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Three circles of radius s are drawn in the first quadrant of the xy-plane. The first circle is tangent to both axes, the second is tangent to the first circle and the x-axis, and the third is tangent to the first circle and the y-axis. A circle of radius r &gt; s is tangent to both axes and to the second and third circles. What is r/s?</w:t>
      </w:r>
    </w:p>
    <w:p>
      <w:pPr>
        <w:spacing w:before="80" w:after="80"/>
        <w:jc w:val="center"/>
      </w:pPr>
      <w:r>
        <w:drawing>
          <wp:inline xmlns:a="http://schemas.openxmlformats.org/drawingml/2006/main" xmlns:pic="http://schemas.openxmlformats.org/drawingml/2006/picture">
            <wp:extent cx="1358508" cy="1345013"/>
            <wp:docPr id="8" name="Picture 8"/>
            <wp:cNvGraphicFramePr>
              <a:graphicFrameLocks noChangeAspect="1"/>
            </wp:cNvGraphicFramePr>
            <a:graphic>
              <a:graphicData uri="http://schemas.openxmlformats.org/drawingml/2006/picture">
                <pic:pic>
                  <pic:nvPicPr>
                    <pic:cNvPr id="0" name="q16-1@300dpi.png"/>
                    <pic:cNvPicPr/>
                  </pic:nvPicPr>
                  <pic:blipFill>
                    <a:blip r:embed="rId12"/>
                    <a:stretch>
                      <a:fillRect/>
                    </a:stretch>
                  </pic:blipFill>
                  <pic:spPr>
                    <a:xfrm>
                      <a:off x="0" y="0"/>
                      <a:ext cx="1358508" cy="1345013"/>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5　　(B) 6　　(C) 8　　(D) 9　　(E) 10</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一个单位立方体被切两刀，形成三个三棱柱，其中两个全等，如图 1 所示。然后按图 2 中虚线所示用同样方式切割该立方体，得到九块。包含顶点 W 的那一块体积是多少？</w:t>
      </w:r>
    </w:p>
    <w:p>
      <w:pPr>
        <w:spacing w:before="80" w:after="80"/>
        <w:jc w:val="center"/>
      </w:pPr>
      <w:r>
        <w:drawing>
          <wp:inline xmlns:a="http://schemas.openxmlformats.org/drawingml/2006/main" xmlns:pic="http://schemas.openxmlformats.org/drawingml/2006/picture">
            <wp:extent cx="1378154" cy="713475"/>
            <wp:docPr id="9" name="Picture 9"/>
            <wp:cNvGraphicFramePr>
              <a:graphicFrameLocks noChangeAspect="1"/>
            </wp:cNvGraphicFramePr>
            <a:graphic>
              <a:graphicData uri="http://schemas.openxmlformats.org/drawingml/2006/picture">
                <pic:pic>
                  <pic:nvPicPr>
                    <pic:cNvPr id="0" name="q17-1@300dpi.png"/>
                    <pic:cNvPicPr/>
                  </pic:nvPicPr>
                  <pic:blipFill>
                    <a:blip r:embed="rId13"/>
                    <a:stretch>
                      <a:fillRect/>
                    </a:stretch>
                  </pic:blipFill>
                  <pic:spPr>
                    <a:xfrm>
                      <a:off x="0" y="0"/>
                      <a:ext cx="1378154" cy="713475"/>
                    </a:xfrm>
                    <a:prstGeom prst="rect"/>
                  </pic:spPr>
                </pic:pic>
              </a:graphicData>
            </a:graphic>
          </wp:inline>
        </w:drawing>
      </w:r>
    </w:p>
    <w:p>
      <w:pPr>
        <w:spacing w:before="0" w:after="120" w:line="300" w:lineRule="auto"/>
      </w:pPr>
      <w:r>
        <w:rPr>
          <w:rFonts w:ascii="Times New Roman" w:hAnsi="Times New Roman" w:eastAsia="宋体"/>
          <w:b w:val="0"/>
          <w:i w:val="0"/>
          <w:sz w:val="21"/>
        </w:rPr>
        <w:t>（A）1/12　　（B）1/9　　（C）1/8　　（D）1/6　　（E）1/4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unit cube is cut twice to form three triangular prisms, two of which are congruent, as shown in Figure 1. The cube is then cut in the same manner along the dashed lines shown in Figure 2. This creates nine pieces. What is the volume of the piece that contains vertex W?</w:t>
      </w:r>
    </w:p>
    <w:p>
      <w:pPr>
        <w:spacing w:before="80" w:after="80"/>
        <w:jc w:val="center"/>
      </w:pPr>
      <w:r>
        <w:drawing>
          <wp:inline xmlns:a="http://schemas.openxmlformats.org/drawingml/2006/main" xmlns:pic="http://schemas.openxmlformats.org/drawingml/2006/picture">
            <wp:extent cx="1378154" cy="713475"/>
            <wp:docPr id="10" name="Picture 10"/>
            <wp:cNvGraphicFramePr>
              <a:graphicFrameLocks noChangeAspect="1"/>
            </wp:cNvGraphicFramePr>
            <a:graphic>
              <a:graphicData uri="http://schemas.openxmlformats.org/drawingml/2006/picture">
                <pic:pic>
                  <pic:nvPicPr>
                    <pic:cNvPr id="0" name="q17-1@300dpi.png"/>
                    <pic:cNvPicPr/>
                  </pic:nvPicPr>
                  <pic:blipFill>
                    <a:blip r:embed="rId13"/>
                    <a:stretch>
                      <a:fillRect/>
                    </a:stretch>
                  </pic:blipFill>
                  <pic:spPr>
                    <a:xfrm>
                      <a:off x="0" y="0"/>
                      <a:ext cx="1378154" cy="713475"/>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1/12　　(B) 1/9　　(C) 1/8　　(D) 1/6　　(E) 1/4</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称一个数为“看似质数”，如果它是合数但不能被 2，3 和 5 整除。最小的三个看似质数是 49，77 和 91。小于 1000 的质数有 168 个。小于 1000 的看似质数有多少个？</w:t>
      </w:r>
    </w:p>
    <w:p>
      <w:pPr>
        <w:spacing w:before="0" w:after="120" w:line="300" w:lineRule="auto"/>
      </w:pPr>
      <w:r>
        <w:rPr>
          <w:rFonts w:ascii="Times New Roman" w:hAnsi="Times New Roman" w:eastAsia="宋体"/>
          <w:b w:val="0"/>
          <w:i w:val="0"/>
          <w:sz w:val="21"/>
        </w:rPr>
        <w:t>（A）100　　（B）102　　（C）104　　（D）106　　（E）108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Call a number “prime-looking” if it is composite but not divisible by 2, 3, or 5. The three smallest prime-looking numbers are 49, 77, and 91. There are 168 prime numbers less than 1000. How many prime-looking numbers are there less than 1000?</w:t>
      </w:r>
    </w:p>
    <w:p>
      <w:pPr>
        <w:spacing w:before="0" w:after="160" w:line="300" w:lineRule="auto"/>
      </w:pPr>
      <w:r>
        <w:rPr>
          <w:rFonts w:ascii="Times New Roman" w:hAnsi="Times New Roman" w:eastAsia="宋体"/>
          <w:b w:val="0"/>
          <w:i w:val="0"/>
          <w:color w:val="333333"/>
          <w:sz w:val="19"/>
        </w:rPr>
        <w:t>(A) 100　　(B) 102　　(C) 104　　(D) 106　　(E) 108</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一个故障汽车里程表在任意位置都会从数字 3 直接跳到数字 5，总是跳过数字 4，例如，行驶一英里后，里程表从 000039 变为 000050。如果现在里程表读数为 002005，汽车实际行驶了多少英里？</w:t>
      </w:r>
    </w:p>
    <w:p>
      <w:pPr>
        <w:spacing w:before="0" w:after="120" w:line="300" w:lineRule="auto"/>
      </w:pPr>
      <w:r>
        <w:rPr>
          <w:rFonts w:ascii="Times New Roman" w:hAnsi="Times New Roman" w:eastAsia="宋体"/>
          <w:b w:val="0"/>
          <w:i w:val="0"/>
          <w:sz w:val="21"/>
        </w:rPr>
        <w:t>（A）1404　　（B）1462　　（C）1604　　（D）1605　　（E）1804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faulty car odometer proceeds from digit 3 to digit 5, always skipping the digit 4, regardless of position. For example, after traveling one mile the odometer changed from 000039 to 000050. If the odometer now reads 002005, how many miles has the car actually traveled?</w:t>
      </w:r>
    </w:p>
    <w:p>
      <w:pPr>
        <w:spacing w:before="0" w:after="160" w:line="300" w:lineRule="auto"/>
      </w:pPr>
      <w:r>
        <w:rPr>
          <w:rFonts w:ascii="Times New Roman" w:hAnsi="Times New Roman" w:eastAsia="宋体"/>
          <w:b w:val="0"/>
          <w:i w:val="0"/>
          <w:color w:val="333333"/>
          <w:sz w:val="19"/>
        </w:rPr>
        <w:t>(A) 1404　　(B) 1462　　(C) 1604　　(D) 1605　　(E) 1804</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设 x 取遍 [0, 1]，并定义</w:t>
      </w:r>
    </w:p>
    <w:p>
      <w:pPr>
        <w:spacing w:before="0" w:after="80" w:line="300" w:lineRule="auto"/>
        <w:jc w:val="left"/>
      </w:pPr>
      <w:r>
        <w:rPr>
          <w:rFonts w:ascii="Times New Roman" w:hAnsi="Times New Roman" w:eastAsia="宋体"/>
          <w:b w:val="0"/>
          <w:i w:val="0"/>
          <w:sz w:val="21"/>
        </w:rPr>
        <w:t>f(x) =</w:t>
      </w:r>
    </w:p>
    <w:tbl>
      <w:tblPr>
        <w:tblW w:type="auto" w:w="0"/>
        <w:jc w:val="center"/>
        <w:tblLayout w:type="autofit"/>
        <w:tblLook w:firstColumn="1" w:firstRow="1" w:lastColumn="0" w:lastRow="0" w:noHBand="0" w:noVBand="1" w:val="04A0"/>
      </w:tblPr>
      <w:tblGrid>
        <w:gridCol w:w="4706"/>
        <w:gridCol w:w="4706"/>
      </w:tblGrid>
      <w:tr>
        <w:tc>
          <w:tcPr>
            <w:tcW w:type="dxa" w:w="4706"/>
          </w:tcPr>
          <w:p>
            <w:pPr>
              <w:spacing w:before="20" w:after="20" w:line="240" w:lineRule="auto"/>
              <w:jc w:val="center"/>
            </w:pPr>
            <w:r/>
            <w:r>
              <w:rPr>
                <w:rFonts w:ascii="Times New Roman" w:hAnsi="Times New Roman" w:eastAsia="宋体"/>
                <w:b w:val="0"/>
                <w:i w:val="0"/>
                <w:sz w:val="20"/>
              </w:rPr>
              <w:t>2x,</w:t>
            </w:r>
          </w:p>
        </w:tc>
        <w:tc>
          <w:tcPr>
            <w:tcW w:type="dxa" w:w="4706"/>
          </w:tcPr>
          <w:p>
            <w:pPr>
              <w:spacing w:before="20" w:after="20" w:line="240" w:lineRule="auto"/>
              <w:jc w:val="center"/>
            </w:pPr>
            <w:r/>
            <w:r>
              <w:rPr>
                <w:rFonts w:ascii="Times New Roman" w:hAnsi="Times New Roman" w:eastAsia="宋体"/>
                <w:b w:val="0"/>
                <w:i w:val="0"/>
                <w:sz w:val="20"/>
              </w:rPr>
              <w:t>0 ≤ x ≤ 1/2,</w:t>
            </w:r>
          </w:p>
        </w:tc>
      </w:tr>
      <w:tr>
        <w:tc>
          <w:tcPr>
            <w:tcW w:type="dxa" w:w="4706"/>
          </w:tcPr>
          <w:p>
            <w:pPr>
              <w:spacing w:before="20" w:after="20" w:line="240" w:lineRule="auto"/>
              <w:jc w:val="center"/>
            </w:pPr>
            <w:r/>
            <w:r>
              <w:rPr>
                <w:rFonts w:ascii="Times New Roman" w:hAnsi="Times New Roman" w:eastAsia="宋体"/>
                <w:b w:val="0"/>
                <w:i w:val="0"/>
                <w:sz w:val="20"/>
              </w:rPr>
              <w:t>2 - 2x,</w:t>
            </w:r>
          </w:p>
        </w:tc>
        <w:tc>
          <w:tcPr>
            <w:tcW w:type="dxa" w:w="4706"/>
          </w:tcPr>
          <w:p>
            <w:pPr>
              <w:spacing w:before="20" w:after="20" w:line="240" w:lineRule="auto"/>
              <w:jc w:val="center"/>
            </w:pPr>
            <w:r/>
            <w:r>
              <w:rPr>
                <w:rFonts w:ascii="Times New Roman" w:hAnsi="Times New Roman" w:eastAsia="宋体"/>
                <w:b w:val="0"/>
                <w:i w:val="0"/>
                <w:sz w:val="20"/>
              </w:rPr>
              <w:t>1/2 &lt; x ≤ 1。</w:t>
            </w:r>
          </w:p>
        </w:tc>
      </w:tr>
    </w:tbl>
    <w:p>
      <w:pPr>
        <w:spacing w:before="0" w:after="0" w:line="240" w:lineRule="auto"/>
      </w:pPr>
      <w:r>
        <w:rPr>
          <w:rFonts w:ascii="Times New Roman" w:hAnsi="Times New Roman" w:eastAsia="宋体"/>
          <w:b w:val="0"/>
          <w:i w:val="0"/>
          <w:sz w:val="8"/>
        </w:rPr>
      </w:r>
    </w:p>
    <w:p>
      <w:pPr>
        <w:spacing w:before="0" w:after="80" w:line="300" w:lineRule="auto"/>
        <w:jc w:val="left"/>
      </w:pPr>
      <w:r>
        <w:rPr>
          <w:rFonts w:ascii="Times New Roman" w:hAnsi="Times New Roman" w:eastAsia="宋体"/>
          <w:b w:val="0"/>
          <w:i w:val="0"/>
          <w:sz w:val="21"/>
        </w:rPr>
        <w:t>令 f^([2])(x) = f(f(x))，再令 f^([n+1])(x) = f^([n])(f(x))，其中 n ≥ 2 为整数。有多少个 x 在 [0, 1] 中满足 f^([2005])(x) = 1/2？</w:t>
      </w:r>
    </w:p>
    <w:p>
      <w:pPr>
        <w:spacing w:before="0" w:after="120" w:line="300" w:lineRule="auto"/>
      </w:pPr>
      <w:r>
        <w:rPr>
          <w:rFonts w:ascii="Times New Roman" w:hAnsi="Times New Roman" w:eastAsia="宋体"/>
          <w:b w:val="0"/>
          <w:i w:val="0"/>
          <w:sz w:val="21"/>
        </w:rPr>
        <w:t>（A）0　　（B）2005　　（C）4010　　（D）2005²　　（E）2²⁰⁰⁵</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each x in [0, 1], define</w:t>
      </w:r>
    </w:p>
    <w:p>
      <w:pPr>
        <w:spacing w:before="0" w:after="80" w:line="300" w:lineRule="auto"/>
        <w:jc w:val="left"/>
      </w:pPr>
      <w:r>
        <w:rPr>
          <w:rFonts w:ascii="Times New Roman" w:hAnsi="Times New Roman" w:eastAsia="宋体"/>
          <w:b w:val="0"/>
          <w:i w:val="0"/>
          <w:color w:val="333333"/>
          <w:sz w:val="19"/>
        </w:rPr>
        <w:t>f(x) =</w:t>
      </w:r>
    </w:p>
    <w:tbl>
      <w:tblPr>
        <w:tblW w:type="auto" w:w="0"/>
        <w:jc w:val="center"/>
        <w:tblLayout w:type="autofit"/>
        <w:tblLook w:firstColumn="1" w:firstRow="1" w:lastColumn="0" w:lastRow="0" w:noHBand="0" w:noVBand="1" w:val="04A0"/>
      </w:tblPr>
      <w:tblGrid>
        <w:gridCol w:w="4706"/>
        <w:gridCol w:w="4706"/>
      </w:tblGrid>
      <w:tr>
        <w:tc>
          <w:tcPr>
            <w:tcW w:type="dxa" w:w="4706"/>
          </w:tcPr>
          <w:p>
            <w:pPr>
              <w:spacing w:before="20" w:after="20" w:line="240" w:lineRule="auto"/>
              <w:jc w:val="center"/>
            </w:pPr>
            <w:r/>
            <w:r>
              <w:rPr>
                <w:rFonts w:ascii="Times New Roman" w:hAnsi="Times New Roman" w:eastAsia="宋体"/>
                <w:b w:val="0"/>
                <w:i w:val="0"/>
                <w:color w:val="333333"/>
                <w:sz w:val="19"/>
              </w:rPr>
              <w:t>2x,</w:t>
            </w:r>
          </w:p>
        </w:tc>
        <w:tc>
          <w:tcPr>
            <w:tcW w:type="dxa" w:w="4706"/>
          </w:tcPr>
          <w:p>
            <w:pPr>
              <w:spacing w:before="20" w:after="20" w:line="240" w:lineRule="auto"/>
              <w:jc w:val="center"/>
            </w:pPr>
            <w:r/>
            <w:r>
              <w:rPr>
                <w:rFonts w:ascii="Times New Roman" w:hAnsi="Times New Roman" w:eastAsia="宋体"/>
                <w:b w:val="0"/>
                <w:i w:val="0"/>
                <w:color w:val="333333"/>
                <w:sz w:val="19"/>
              </w:rPr>
              <w:t>0 ≤ x ≤ 1/2,</w:t>
            </w:r>
          </w:p>
        </w:tc>
      </w:tr>
      <w:tr>
        <w:tc>
          <w:tcPr>
            <w:tcW w:type="dxa" w:w="4706"/>
          </w:tcPr>
          <w:p>
            <w:pPr>
              <w:spacing w:before="20" w:after="20" w:line="240" w:lineRule="auto"/>
              <w:jc w:val="center"/>
            </w:pPr>
            <w:r/>
            <w:r>
              <w:rPr>
                <w:rFonts w:ascii="Times New Roman" w:hAnsi="Times New Roman" w:eastAsia="宋体"/>
                <w:b w:val="0"/>
                <w:i w:val="0"/>
                <w:color w:val="333333"/>
                <w:sz w:val="19"/>
              </w:rPr>
              <w:t>2 - 2x,</w:t>
            </w:r>
          </w:p>
        </w:tc>
        <w:tc>
          <w:tcPr>
            <w:tcW w:type="dxa" w:w="4706"/>
          </w:tcPr>
          <w:p>
            <w:pPr>
              <w:spacing w:before="20" w:after="20" w:line="240" w:lineRule="auto"/>
              <w:jc w:val="center"/>
            </w:pPr>
            <w:r/>
            <w:r>
              <w:rPr>
                <w:rFonts w:ascii="Times New Roman" w:hAnsi="Times New Roman" w:eastAsia="宋体"/>
                <w:b w:val="0"/>
                <w:i w:val="0"/>
                <w:color w:val="333333"/>
                <w:sz w:val="19"/>
              </w:rPr>
              <w:t>1/2 &lt; x ≤ 1.</w:t>
            </w:r>
          </w:p>
        </w:tc>
      </w:tr>
    </w:tbl>
    <w:p>
      <w:pPr>
        <w:spacing w:before="0" w:after="0" w:line="240" w:lineRule="auto"/>
      </w:pPr>
      <w:r>
        <w:rPr>
          <w:rFonts w:ascii="Times New Roman" w:hAnsi="Times New Roman" w:eastAsia="宋体"/>
          <w:b w:val="0"/>
          <w:i w:val="0"/>
          <w:sz w:val="8"/>
        </w:rPr>
      </w:r>
    </w:p>
    <w:p>
      <w:pPr>
        <w:spacing w:before="0" w:after="80" w:line="300" w:lineRule="auto"/>
        <w:jc w:val="left"/>
      </w:pPr>
      <w:r>
        <w:rPr>
          <w:rFonts w:ascii="Times New Roman" w:hAnsi="Times New Roman" w:eastAsia="宋体"/>
          <w:b w:val="0"/>
          <w:i w:val="0"/>
          <w:color w:val="333333"/>
          <w:sz w:val="19"/>
        </w:rPr>
        <w:t>Let f^([2])(x) = f(f(x)), and f^([n+1])(x) = f^([n])(f(x)) for each integer n ≥ 2. For how many values of x in [0, 1] is f^([2005])(x) = 1/2?</w:t>
      </w:r>
    </w:p>
    <w:p>
      <w:pPr>
        <w:spacing w:before="0" w:after="160" w:line="300" w:lineRule="auto"/>
      </w:pPr>
      <w:r>
        <w:rPr>
          <w:rFonts w:ascii="Times New Roman" w:hAnsi="Times New Roman" w:eastAsia="宋体"/>
          <w:b w:val="0"/>
          <w:i w:val="0"/>
          <w:color w:val="333333"/>
          <w:sz w:val="19"/>
        </w:rPr>
        <w:t>(A) 0　　(B) 2005　　(C) 4010　　(D) 2005²　　(E) 2²⁰⁰⁵</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有多少个整数有序三元组 (a, b, c)，其中 a ≥ 2、b ≥ 1、c ≥ 0，同时满足 logₐ b = c²⁰⁰⁵ 和 a + b + c = 2005？</w:t>
      </w:r>
    </w:p>
    <w:p>
      <w:pPr>
        <w:spacing w:before="0" w:after="120" w:line="300" w:lineRule="auto"/>
      </w:pPr>
      <w:r>
        <w:rPr>
          <w:rFonts w:ascii="Times New Roman" w:hAnsi="Times New Roman" w:eastAsia="宋体"/>
          <w:b w:val="0"/>
          <w:i w:val="0"/>
          <w:sz w:val="21"/>
        </w:rPr>
        <w:t>（A）0　　（B）1　　（C）2　　（D）3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ordered triples of integers (a, b, c), with a ≥ 2, b ≥ 1, and c ≥ 0, satisfy both logₐ b = c²⁰⁰⁵ and a + b + c = 2005?</w:t>
      </w:r>
    </w:p>
    <w:p>
      <w:pPr>
        <w:spacing w:before="0" w:after="160" w:line="300" w:lineRule="auto"/>
      </w:pPr>
      <w:r>
        <w:rPr>
          <w:rFonts w:ascii="Times New Roman" w:hAnsi="Times New Roman" w:eastAsia="宋体"/>
          <w:b w:val="0"/>
          <w:i w:val="0"/>
          <w:color w:val="333333"/>
          <w:sz w:val="19"/>
        </w:rPr>
        <w:t>(A) 0　　(B) 1　　(C) 2　　(D) 3　　(E) 4</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一个长方体 P 内接于半径为 r 的球。P 的表面积为 384，其 12 条棱长之和为 112。r 是多少？</w:t>
      </w:r>
    </w:p>
    <w:p>
      <w:pPr>
        <w:spacing w:before="0" w:after="120" w:line="300" w:lineRule="auto"/>
      </w:pPr>
      <w:r>
        <w:rPr>
          <w:rFonts w:ascii="Times New Roman" w:hAnsi="Times New Roman" w:eastAsia="宋体"/>
          <w:b w:val="0"/>
          <w:i w:val="0"/>
          <w:sz w:val="21"/>
        </w:rPr>
        <w:t>（A）8　　（B）10　　（C）12　　（D）14　　（E）16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rectangular box P is inscribed in a sphere of radius r. The surface area of P is 384, and the sum of the lengths of its 12 edges is 112. What is r?</w:t>
      </w:r>
    </w:p>
    <w:p>
      <w:pPr>
        <w:spacing w:before="0" w:after="160" w:line="300" w:lineRule="auto"/>
      </w:pPr>
      <w:r>
        <w:rPr>
          <w:rFonts w:ascii="Times New Roman" w:hAnsi="Times New Roman" w:eastAsia="宋体"/>
          <w:b w:val="0"/>
          <w:i w:val="0"/>
          <w:color w:val="333333"/>
          <w:sz w:val="19"/>
        </w:rPr>
        <w:t>(A) 8　　(B) 10　　(C) 12　　(D) 14　　(E) 16</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随机选择两个不同的数 a 和 b，它们都来自集合 {2, 2², 2³, …, 2²⁵}。logₐ b 为整数的概率是多少？</w:t>
      </w:r>
    </w:p>
    <w:p>
      <w:pPr>
        <w:spacing w:before="0" w:after="120" w:line="300" w:lineRule="auto"/>
      </w:pPr>
      <w:r>
        <w:rPr>
          <w:rFonts w:ascii="Times New Roman" w:hAnsi="Times New Roman" w:eastAsia="宋体"/>
          <w:b w:val="0"/>
          <w:i w:val="0"/>
          <w:sz w:val="21"/>
        </w:rPr>
        <w:t>（A）2/25　　（B）31/300　　（C）13/100　　（D）7/50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distinct numbers a and b are chosen randomly from the set {2, 2², 2³, …, 2²⁵}. What is the probability that logₐ b is an integer?</w:t>
      </w:r>
    </w:p>
    <w:p>
      <w:pPr>
        <w:spacing w:before="0" w:after="160" w:line="300" w:lineRule="auto"/>
      </w:pPr>
      <w:r>
        <w:rPr>
          <w:rFonts w:ascii="Times New Roman" w:hAnsi="Times New Roman" w:eastAsia="宋体"/>
          <w:b w:val="0"/>
          <w:i w:val="0"/>
          <w:color w:val="333333"/>
          <w:sz w:val="19"/>
        </w:rPr>
        <w:t>(A) 2/25　　(B) 31/300　　(C) 13/100　　(D) 7/50　　(E) 1/2</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设 P(x) = (x - 1)(x - 2)(x - 3)。有多少个多项式 Q(x)，使得存在多项式 R(x)，其次数为 3，并满足 P(Q(x)) = P(x) · R(x)？</w:t>
      </w:r>
    </w:p>
    <w:p>
      <w:pPr>
        <w:spacing w:before="0" w:after="120" w:line="300" w:lineRule="auto"/>
      </w:pPr>
      <w:r>
        <w:rPr>
          <w:rFonts w:ascii="Times New Roman" w:hAnsi="Times New Roman" w:eastAsia="宋体"/>
          <w:b w:val="0"/>
          <w:i w:val="0"/>
          <w:sz w:val="21"/>
        </w:rPr>
        <w:t>（A）19　　（B）22　　（C）24　　（D）27　　（E）32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P(x) = (x - 1)(x - 2)(x - 3). For how many polynomials Q(x) does there exist a polynomial R(x) of degree 3 such that P(Q(x)) = P(x) · R(x)?</w:t>
      </w:r>
    </w:p>
    <w:p>
      <w:pPr>
        <w:spacing w:before="0" w:after="160" w:line="300" w:lineRule="auto"/>
      </w:pPr>
      <w:r>
        <w:rPr>
          <w:rFonts w:ascii="Times New Roman" w:hAnsi="Times New Roman" w:eastAsia="宋体"/>
          <w:b w:val="0"/>
          <w:i w:val="0"/>
          <w:color w:val="333333"/>
          <w:sz w:val="19"/>
        </w:rPr>
        <w:t>(A) 19　　(B) 22　　(C) 24　　(D) 27　　(E) 32</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设 S 为所有形如 (x, y, z) 的点组成的集合，其中 x，y 和 z 都从集合 {0, 1, 2} 中选择。顶点全在 S 中的等边三角形有多少个？</w:t>
      </w:r>
    </w:p>
    <w:p>
      <w:pPr>
        <w:spacing w:before="0" w:after="120" w:line="300" w:lineRule="auto"/>
      </w:pPr>
      <w:r>
        <w:rPr>
          <w:rFonts w:ascii="Times New Roman" w:hAnsi="Times New Roman" w:eastAsia="宋体"/>
          <w:b w:val="0"/>
          <w:i w:val="0"/>
          <w:sz w:val="21"/>
        </w:rPr>
        <w:t>（A）72　　（B）76　　（C）80　　（D）84　　（E）88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S be the set of all points with coordinates (x, y, z), where x, y, and z are each chosen from the set {0, 1, 2}. How many equilateral triangles have all their vertices in S?</w:t>
      </w:r>
    </w:p>
    <w:p>
      <w:pPr>
        <w:spacing w:before="0" w:after="160" w:line="300" w:lineRule="auto"/>
      </w:pPr>
      <w:r>
        <w:rPr>
          <w:rFonts w:ascii="Times New Roman" w:hAnsi="Times New Roman" w:eastAsia="宋体"/>
          <w:b w:val="0"/>
          <w:i w:val="0"/>
          <w:color w:val="333333"/>
          <w:sz w:val="19"/>
        </w:rPr>
        <w:t>(A) 72　　(B) 76　　(C) 80　　(D) 84　　(E) 88</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D　B　B　A　B　B　C　D　A</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B　E　D　D　D　C　D　A　A</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B　E　C　B　B　B　C</w:t>
      </w:r>
    </w:p>
    <w:p>
      <w:pPr>
        <w:spacing w:before="0" w:after="200" w:line="300" w:lineRule="auto"/>
      </w:pPr>
      <w:r>
        <w:rPr>
          <w:rFonts w:ascii="Times New Roman" w:hAnsi="Times New Roman" w:eastAsia="宋体"/>
          <w:b w:val="0"/>
          <w:i w:val="0"/>
          <w:color w:val="666666"/>
          <w:sz w:val="18"/>
        </w:rPr>
        <w:t>答案串：DBBABBCDABEDDDCDAABECBBBC</w:t>
      </w:r>
    </w:p>
    <w:p>
      <w:pPr>
        <w:spacing w:before="200" w:after="80" w:line="300" w:lineRule="auto"/>
      </w:pPr>
      <w:r>
        <w:rPr>
          <w:rFonts w:ascii="Times New Roman" w:hAnsi="Times New Roman" w:eastAsia="宋体"/>
          <w:b/>
          <w:i w:val="0"/>
          <w:sz w:val="23"/>
        </w:rPr>
        <w:t>第 1 题　答案 D</w:t>
      </w:r>
    </w:p>
    <w:p>
      <w:pPr>
        <w:spacing w:before="0" w:after="80" w:line="300" w:lineRule="auto"/>
        <w:jc w:val="left"/>
      </w:pPr>
      <w:r>
        <w:rPr>
          <w:rFonts w:ascii="Times New Roman" w:hAnsi="Times New Roman" w:eastAsia="宋体"/>
          <w:b w:val="0"/>
          <w:i w:val="0"/>
          <w:sz w:val="21"/>
        </w:rPr>
        <w:t>由 0.1x = 2 得 x = 20，由 0.2y = 2 得 y = 10。</w:t>
      </w:r>
    </w:p>
    <w:p>
      <w:pPr>
        <w:spacing w:before="0" w:after="80" w:line="300" w:lineRule="auto"/>
        <w:jc w:val="left"/>
      </w:pPr>
      <w:r>
        <w:rPr>
          <w:rFonts w:ascii="Times New Roman" w:hAnsi="Times New Roman" w:eastAsia="宋体"/>
          <w:b w:val="0"/>
          <w:i w:val="0"/>
          <w:sz w:val="21"/>
        </w:rPr>
        <w:t>因此 x - y = 20 - 10 = 10。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From 0.1x = 2 we get x = 20, and from 0.2y = 2 we get y = 10.</w:t>
      </w:r>
    </w:p>
    <w:p>
      <w:pPr>
        <w:spacing w:before="0" w:after="80" w:line="300" w:lineRule="auto"/>
        <w:jc w:val="left"/>
      </w:pPr>
      <w:r>
        <w:rPr>
          <w:rFonts w:ascii="Times New Roman" w:hAnsi="Times New Roman" w:eastAsia="宋体"/>
          <w:b w:val="0"/>
          <w:i w:val="0"/>
          <w:color w:val="333333"/>
          <w:sz w:val="19"/>
        </w:rPr>
        <w:t>Therefore x - y = 20 - 10 = 10.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B</w:t>
      </w:r>
    </w:p>
    <w:p>
      <w:pPr>
        <w:spacing w:before="0" w:after="80" w:line="300" w:lineRule="auto"/>
        <w:jc w:val="left"/>
      </w:pPr>
      <w:r>
        <w:rPr>
          <w:rFonts w:ascii="Times New Roman" w:hAnsi="Times New Roman" w:eastAsia="宋体"/>
          <w:b w:val="0"/>
          <w:i w:val="0"/>
          <w:sz w:val="21"/>
        </w:rPr>
        <w:t>解 2x + 7 = 3 得 x = -2。</w:t>
      </w:r>
    </w:p>
    <w:p>
      <w:pPr>
        <w:spacing w:before="0" w:after="80" w:line="300" w:lineRule="auto"/>
        <w:jc w:val="left"/>
      </w:pPr>
      <w:r>
        <w:rPr>
          <w:rFonts w:ascii="Times New Roman" w:hAnsi="Times New Roman" w:eastAsia="宋体"/>
          <w:b w:val="0"/>
          <w:i w:val="0"/>
          <w:sz w:val="21"/>
        </w:rPr>
        <w:t>代入第二个方程，得到 -2b - 10 = -2，所以 -2b = 8，从而 b = -4。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Solving 2x + 7 = 3 gives x = -2.</w:t>
      </w:r>
    </w:p>
    <w:p>
      <w:pPr>
        <w:spacing w:before="0" w:after="80" w:line="300" w:lineRule="auto"/>
        <w:jc w:val="left"/>
      </w:pPr>
      <w:r>
        <w:rPr>
          <w:rFonts w:ascii="Times New Roman" w:hAnsi="Times New Roman" w:eastAsia="宋体"/>
          <w:b w:val="0"/>
          <w:i w:val="0"/>
          <w:color w:val="333333"/>
          <w:sz w:val="19"/>
        </w:rPr>
        <w:t>Substituting into the second equation, -2b - 10 = -2, so -2b = 8 and b = -4.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B</w:t>
      </w:r>
    </w:p>
    <w:p>
      <w:pPr>
        <w:spacing w:before="0" w:after="80" w:line="300" w:lineRule="auto"/>
        <w:jc w:val="left"/>
      </w:pPr>
      <w:r>
        <w:rPr>
          <w:rFonts w:ascii="Times New Roman" w:hAnsi="Times New Roman" w:eastAsia="宋体"/>
          <w:b w:val="0"/>
          <w:i w:val="0"/>
          <w:sz w:val="21"/>
        </w:rPr>
        <w:t>设宽为 w，则长为 2w。由勾股定理，</w:t>
      </w:r>
    </w:p>
    <w:p>
      <w:pPr>
        <w:spacing w:before="0" w:after="80" w:line="300" w:lineRule="auto"/>
        <w:jc w:val="left"/>
      </w:pPr>
      <w:r>
        <w:rPr>
          <w:rFonts w:ascii="Times New Roman" w:hAnsi="Times New Roman" w:eastAsia="宋体"/>
          <w:b w:val="0"/>
          <w:i w:val="0"/>
          <w:sz w:val="21"/>
        </w:rPr>
        <w:t>x² = w² + (2w)² = 5w²。</w:t>
      </w:r>
    </w:p>
    <w:p>
      <w:pPr>
        <w:spacing w:before="0" w:after="80" w:line="300" w:lineRule="auto"/>
        <w:jc w:val="left"/>
      </w:pPr>
      <w:r>
        <w:rPr>
          <w:rFonts w:ascii="Times New Roman" w:hAnsi="Times New Roman" w:eastAsia="宋体"/>
          <w:b w:val="0"/>
          <w:i w:val="0"/>
          <w:sz w:val="21"/>
        </w:rPr>
        <w:t>面积为 w · 2w = 2w² = 2/5x²。</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width be w. Then the length is 2w, and the diagonal gives</w:t>
      </w:r>
    </w:p>
    <w:p>
      <w:pPr>
        <w:spacing w:before="0" w:after="80" w:line="300" w:lineRule="auto"/>
        <w:jc w:val="left"/>
      </w:pPr>
      <w:r>
        <w:rPr>
          <w:rFonts w:ascii="Times New Roman" w:hAnsi="Times New Roman" w:eastAsia="宋体"/>
          <w:b w:val="0"/>
          <w:i w:val="0"/>
          <w:color w:val="333333"/>
          <w:sz w:val="19"/>
        </w:rPr>
        <w:t>x² = w² + (2w)² = 5w².</w:t>
      </w:r>
    </w:p>
    <w:p>
      <w:pPr>
        <w:spacing w:before="0" w:after="80" w:line="300" w:lineRule="auto"/>
        <w:jc w:val="left"/>
      </w:pPr>
      <w:r>
        <w:rPr>
          <w:rFonts w:ascii="Times New Roman" w:hAnsi="Times New Roman" w:eastAsia="宋体"/>
          <w:b w:val="0"/>
          <w:i w:val="0"/>
          <w:color w:val="333333"/>
          <w:sz w:val="19"/>
        </w:rPr>
        <w:t>The area is w · 2w = 2w² = 2/5x².</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A</w:t>
      </w:r>
    </w:p>
    <w:p>
      <w:pPr>
        <w:spacing w:before="0" w:after="80" w:line="300" w:lineRule="auto"/>
        <w:jc w:val="left"/>
      </w:pPr>
      <w:r>
        <w:rPr>
          <w:rFonts w:ascii="Times New Roman" w:hAnsi="Times New Roman" w:eastAsia="宋体"/>
          <w:b w:val="0"/>
          <w:i w:val="0"/>
          <w:sz w:val="21"/>
        </w:rPr>
        <w:t>分别购买时，Dave 买 7 扇需付 6 扇的钱，即 $600；Doug 买 8 扇需付 7 扇的钱，即 $700，合计 $1300。</w:t>
      </w:r>
    </w:p>
    <w:p>
      <w:pPr>
        <w:spacing w:before="0" w:after="80" w:line="300" w:lineRule="auto"/>
        <w:jc w:val="left"/>
      </w:pPr>
      <w:r>
        <w:rPr>
          <w:rFonts w:ascii="Times New Roman" w:hAnsi="Times New Roman" w:eastAsia="宋体"/>
          <w:b w:val="0"/>
          <w:i w:val="0"/>
          <w:sz w:val="21"/>
        </w:rPr>
        <w:t>合起来买时共需 15 扇，付 12 扇的钱可得 3 扇免费，费用为 $1200。</w:t>
      </w:r>
    </w:p>
    <w:p>
      <w:pPr>
        <w:spacing w:before="0" w:after="80" w:line="300" w:lineRule="auto"/>
        <w:jc w:val="left"/>
      </w:pPr>
      <w:r>
        <w:rPr>
          <w:rFonts w:ascii="Times New Roman" w:hAnsi="Times New Roman" w:eastAsia="宋体"/>
          <w:b w:val="0"/>
          <w:i w:val="0"/>
          <w:sz w:val="21"/>
        </w:rPr>
        <w:t>因此节省 $1300 - $1200 = $100。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Buying separately, Dave gets 7 windows by paying for 6 ($600), and Doug gets 8 by paying for 7 ($700), for a total of $1300.</w:t>
      </w:r>
    </w:p>
    <w:p>
      <w:pPr>
        <w:spacing w:before="0" w:after="80" w:line="300" w:lineRule="auto"/>
        <w:jc w:val="left"/>
      </w:pPr>
      <w:r>
        <w:rPr>
          <w:rFonts w:ascii="Times New Roman" w:hAnsi="Times New Roman" w:eastAsia="宋体"/>
          <w:b w:val="0"/>
          <w:i w:val="0"/>
          <w:color w:val="333333"/>
          <w:sz w:val="19"/>
        </w:rPr>
        <w:t>Buying together, they need 15 windows: paying for 12 yields 3 free, for a cost of $1200.</w:t>
      </w:r>
    </w:p>
    <w:p>
      <w:pPr>
        <w:spacing w:before="0" w:after="80" w:line="300" w:lineRule="auto"/>
        <w:jc w:val="left"/>
      </w:pPr>
      <w:r>
        <w:rPr>
          <w:rFonts w:ascii="Times New Roman" w:hAnsi="Times New Roman" w:eastAsia="宋体"/>
          <w:b w:val="0"/>
          <w:i w:val="0"/>
          <w:color w:val="333333"/>
          <w:sz w:val="19"/>
        </w:rPr>
        <w:t>The savings are $1300 - $1200 = $100.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B</w:t>
      </w:r>
    </w:p>
    <w:p>
      <w:pPr>
        <w:spacing w:before="0" w:after="80" w:line="300" w:lineRule="auto"/>
        <w:jc w:val="left"/>
      </w:pPr>
      <w:r>
        <w:rPr>
          <w:rFonts w:ascii="Times New Roman" w:hAnsi="Times New Roman" w:eastAsia="宋体"/>
          <w:b w:val="0"/>
          <w:i w:val="0"/>
          <w:sz w:val="21"/>
        </w:rPr>
        <w:t>全部 50 个数的总和为 20 · 30 + 30 · 20 = 600 + 600 = 1200。</w:t>
      </w:r>
    </w:p>
    <w:p>
      <w:pPr>
        <w:spacing w:before="0" w:after="80" w:line="300" w:lineRule="auto"/>
        <w:jc w:val="left"/>
      </w:pPr>
      <w:r>
        <w:rPr>
          <w:rFonts w:ascii="Times New Roman" w:hAnsi="Times New Roman" w:eastAsia="宋体"/>
          <w:b w:val="0"/>
          <w:i w:val="0"/>
          <w:sz w:val="21"/>
        </w:rPr>
        <w:t>平均数为 1200 ÷ 50 = 24。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total of all 50 numbers is 20 · 30 + 30 · 20 = 600 + 600 = 1200.</w:t>
      </w:r>
    </w:p>
    <w:p>
      <w:pPr>
        <w:spacing w:before="0" w:after="80" w:line="300" w:lineRule="auto"/>
        <w:jc w:val="left"/>
      </w:pPr>
      <w:r>
        <w:rPr>
          <w:rFonts w:ascii="Times New Roman" w:hAnsi="Times New Roman" w:eastAsia="宋体"/>
          <w:b w:val="0"/>
          <w:i w:val="0"/>
          <w:color w:val="333333"/>
          <w:sz w:val="19"/>
        </w:rPr>
        <w:t>The average is 1200 ÷ 50 = 24.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B</w:t>
      </w:r>
    </w:p>
    <w:p>
      <w:pPr>
        <w:spacing w:before="0" w:after="80" w:line="300" w:lineRule="auto"/>
        <w:jc w:val="left"/>
      </w:pPr>
      <w:r>
        <w:rPr>
          <w:rFonts w:ascii="Times New Roman" w:hAnsi="Times New Roman" w:eastAsia="宋体"/>
          <w:b w:val="0"/>
          <w:i w:val="0"/>
          <w:sz w:val="21"/>
        </w:rPr>
        <w:t>因为路程等于速度乘以时间，Josh 骑的距离是 Mike 的 4/5 · 2 = 8/5。</w:t>
      </w:r>
    </w:p>
    <w:p>
      <w:pPr>
        <w:spacing w:before="0" w:after="80" w:line="300" w:lineRule="auto"/>
        <w:jc w:val="left"/>
      </w:pPr>
      <w:r>
        <w:rPr>
          <w:rFonts w:ascii="Times New Roman" w:hAnsi="Times New Roman" w:eastAsia="宋体"/>
          <w:b w:val="0"/>
          <w:i w:val="0"/>
          <w:sz w:val="21"/>
        </w:rPr>
        <w:t>设 Mike 骑了 m 英里，则</w:t>
      </w:r>
    </w:p>
    <w:p>
      <w:pPr>
        <w:spacing w:before="0" w:after="80" w:line="300" w:lineRule="auto"/>
        <w:jc w:val="left"/>
      </w:pPr>
      <w:r>
        <w:rPr>
          <w:rFonts w:ascii="Times New Roman" w:hAnsi="Times New Roman" w:eastAsia="宋体"/>
          <w:b w:val="0"/>
          <w:i w:val="0"/>
          <w:sz w:val="21"/>
        </w:rPr>
        <w:t>13 = m + 8/5m = 13/5m，</w:t>
      </w:r>
    </w:p>
    <w:p>
      <w:pPr>
        <w:spacing w:before="0" w:after="80" w:line="300" w:lineRule="auto"/>
        <w:jc w:val="left"/>
      </w:pPr>
      <w:r>
        <w:rPr>
          <w:rFonts w:ascii="Times New Roman" w:hAnsi="Times New Roman" w:eastAsia="宋体"/>
          <w:b w:val="0"/>
          <w:i w:val="0"/>
          <w:sz w:val="21"/>
        </w:rPr>
        <w:t>所以 m = 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distance is rate times time, Josh rode 4/5 · 2 = 8/5 as far as Mike.</w:t>
      </w:r>
    </w:p>
    <w:p>
      <w:pPr>
        <w:spacing w:before="0" w:after="80" w:line="300" w:lineRule="auto"/>
        <w:jc w:val="left"/>
      </w:pPr>
      <w:r>
        <w:rPr>
          <w:rFonts w:ascii="Times New Roman" w:hAnsi="Times New Roman" w:eastAsia="宋体"/>
          <w:b w:val="0"/>
          <w:i w:val="0"/>
          <w:color w:val="333333"/>
          <w:sz w:val="19"/>
        </w:rPr>
        <w:t>Let m be the miles Mike rode. Then</w:t>
      </w:r>
    </w:p>
    <w:p>
      <w:pPr>
        <w:spacing w:before="0" w:after="80" w:line="300" w:lineRule="auto"/>
        <w:jc w:val="left"/>
      </w:pPr>
      <w:r>
        <w:rPr>
          <w:rFonts w:ascii="Times New Roman" w:hAnsi="Times New Roman" w:eastAsia="宋体"/>
          <w:b w:val="0"/>
          <w:i w:val="0"/>
          <w:color w:val="333333"/>
          <w:sz w:val="19"/>
        </w:rPr>
        <w:t>13 = m + 8/5m = 13/5m,</w:t>
      </w:r>
    </w:p>
    <w:p>
      <w:pPr>
        <w:spacing w:before="0" w:after="80" w:line="300" w:lineRule="auto"/>
        <w:jc w:val="left"/>
      </w:pPr>
      <w:r>
        <w:rPr>
          <w:rFonts w:ascii="Times New Roman" w:hAnsi="Times New Roman" w:eastAsia="宋体"/>
          <w:b w:val="0"/>
          <w:i w:val="0"/>
          <w:color w:val="333333"/>
          <w:sz w:val="19"/>
        </w:rPr>
        <w:t>so m = 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C</w:t>
      </w:r>
    </w:p>
    <w:p>
      <w:pPr>
        <w:spacing w:before="0" w:after="80" w:line="300" w:lineRule="auto"/>
        <w:jc w:val="left"/>
      </w:pPr>
      <w:r>
        <w:rPr>
          <w:rFonts w:ascii="Times New Roman" w:hAnsi="Times New Roman" w:eastAsia="宋体"/>
          <w:b w:val="0"/>
          <w:i w:val="0"/>
          <w:sz w:val="21"/>
        </w:rPr>
        <w:t>由图形对称性，三角形 ABH、三角形 BCE、三角形 CDF、三角形 DAG 是全等直角三角形。于是</w:t>
      </w:r>
    </w:p>
    <w:p>
      <w:pPr>
        <w:spacing w:before="0" w:after="80" w:line="300" w:lineRule="auto"/>
        <w:jc w:val="left"/>
      </w:pPr>
      <w:r>
        <w:rPr>
          <w:rFonts w:ascii="Times New Roman" w:hAnsi="Times New Roman" w:eastAsia="宋体"/>
          <w:b w:val="0"/>
          <w:i w:val="0"/>
          <w:sz w:val="21"/>
        </w:rPr>
        <w:t>BH = CE = √(BC² - BE²)</w:t>
      </w:r>
    </w:p>
    <w:p>
      <w:pPr>
        <w:spacing w:before="0" w:after="80" w:line="300" w:lineRule="auto"/>
        <w:jc w:val="left"/>
      </w:pPr>
      <w:r>
        <w:rPr>
          <w:rFonts w:ascii="Times New Roman" w:hAnsi="Times New Roman" w:eastAsia="宋体"/>
          <w:b w:val="0"/>
          <w:i w:val="0"/>
          <w:sz w:val="21"/>
        </w:rPr>
        <w:t>= √(50 - 1) = 7</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因为 E 在 B 与 H 之间，内正方形边长为 EH = BH - BE = 7 - 1 = 6。</w:t>
      </w:r>
    </w:p>
    <w:p>
      <w:pPr>
        <w:spacing w:before="0" w:after="80" w:line="300" w:lineRule="auto"/>
        <w:jc w:val="left"/>
      </w:pPr>
      <w:r>
        <w:rPr>
          <w:rFonts w:ascii="Times New Roman" w:hAnsi="Times New Roman" w:eastAsia="宋体"/>
          <w:b w:val="0"/>
          <w:i w:val="0"/>
          <w:sz w:val="21"/>
        </w:rPr>
        <w:t>EFGH 的面积为 6² = 36。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By the symmetry of the figure, triangles ABH, BCE, CDF, and DAG are congruent right triangles. Hence</w:t>
      </w:r>
    </w:p>
    <w:p>
      <w:pPr>
        <w:spacing w:before="0" w:after="80" w:line="300" w:lineRule="auto"/>
        <w:jc w:val="left"/>
      </w:pPr>
      <w:r>
        <w:rPr>
          <w:rFonts w:ascii="Times New Roman" w:hAnsi="Times New Roman" w:eastAsia="宋体"/>
          <w:b w:val="0"/>
          <w:i w:val="0"/>
          <w:color w:val="333333"/>
          <w:sz w:val="19"/>
        </w:rPr>
        <w:t>BH = CE = √(BC² - BE²)</w:t>
      </w:r>
    </w:p>
    <w:p>
      <w:pPr>
        <w:spacing w:before="0" w:after="80" w:line="300" w:lineRule="auto"/>
        <w:jc w:val="left"/>
      </w:pPr>
      <w:r>
        <w:rPr>
          <w:rFonts w:ascii="Times New Roman" w:hAnsi="Times New Roman" w:eastAsia="宋体"/>
          <w:b w:val="0"/>
          <w:i w:val="0"/>
          <w:color w:val="333333"/>
          <w:sz w:val="19"/>
        </w:rPr>
        <w:t>= √(50 - 1) = 7.</w:t>
      </w:r>
    </w:p>
    <w:p>
      <w:pPr>
        <w:spacing w:before="0" w:after="80" w:line="300" w:lineRule="auto"/>
        <w:jc w:val="left"/>
      </w:pPr>
      <w:r>
        <w:rPr>
          <w:rFonts w:ascii="Times New Roman" w:hAnsi="Times New Roman" w:eastAsia="宋体"/>
          <w:b w:val="0"/>
          <w:i w:val="0"/>
          <w:color w:val="333333"/>
          <w:sz w:val="19"/>
        </w:rPr>
        <w:t>Since E lies between B and H, the side of the inner square is EH = BH - BE = 7 - 1 = 6.</w:t>
      </w:r>
    </w:p>
    <w:p>
      <w:pPr>
        <w:spacing w:before="0" w:after="80" w:line="300" w:lineRule="auto"/>
        <w:jc w:val="left"/>
      </w:pPr>
      <w:r>
        <w:rPr>
          <w:rFonts w:ascii="Times New Roman" w:hAnsi="Times New Roman" w:eastAsia="宋体"/>
          <w:b w:val="0"/>
          <w:i w:val="0"/>
          <w:color w:val="333333"/>
          <w:sz w:val="19"/>
        </w:rPr>
        <w:t>Therefore the area of EFGH is 6² = 36.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D</w:t>
      </w:r>
    </w:p>
    <w:p>
      <w:pPr>
        <w:spacing w:before="0" w:after="80" w:line="300" w:lineRule="auto"/>
        <w:jc w:val="left"/>
      </w:pPr>
      <w:r>
        <w:rPr>
          <w:rFonts w:ascii="Times New Roman" w:hAnsi="Times New Roman" w:eastAsia="宋体"/>
          <w:b w:val="0"/>
          <w:i w:val="0"/>
          <w:sz w:val="21"/>
        </w:rPr>
        <w:t>因为 A + M + C ≤ 9 + 9 + 9 = 27，且 2005 = 5 · 401，所以数字和只能是 1 或 5。它不能是 1，否则就有 100A+10M+C=2005&gt;999。因此它只能是较小的那个非平凡因数：</w:t>
      </w:r>
    </w:p>
    <w:p>
      <w:pPr>
        <w:spacing w:before="0" w:after="80" w:line="300" w:lineRule="auto"/>
        <w:jc w:val="left"/>
      </w:pPr>
      <w:r>
        <w:rPr>
          <w:rFonts w:ascii="Times New Roman" w:hAnsi="Times New Roman" w:eastAsia="宋体"/>
          <w:b w:val="0"/>
          <w:i w:val="0"/>
          <w:sz w:val="21"/>
        </w:rPr>
        <w:t>100A + 10M + C = 401,</w:t>
      </w:r>
    </w:p>
    <w:p>
      <w:pPr>
        <w:spacing w:before="0" w:after="80" w:line="300" w:lineRule="auto"/>
        <w:jc w:val="left"/>
      </w:pPr>
      <w:r>
        <w:rPr>
          <w:rFonts w:ascii="Times New Roman" w:hAnsi="Times New Roman" w:eastAsia="宋体"/>
          <w:b w:val="0"/>
          <w:i w:val="0"/>
          <w:sz w:val="21"/>
        </w:rPr>
        <w:t>A + M + C = 5</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由第一式可直接读出 A = 4、M = 0、C = 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A + M + C ≤ 9 + 9 + 9 = 27, and 2005 = 5 · 401, the digit sum can only be 1 or 5. It cannot be 1, because then 100A+10M+C=2005&gt;999. Thus it must be the smaller nontrivial factor:</w:t>
      </w:r>
    </w:p>
    <w:p>
      <w:pPr>
        <w:spacing w:before="0" w:after="80" w:line="300" w:lineRule="auto"/>
        <w:jc w:val="left"/>
      </w:pPr>
      <w:r>
        <w:rPr>
          <w:rFonts w:ascii="Times New Roman" w:hAnsi="Times New Roman" w:eastAsia="宋体"/>
          <w:b w:val="0"/>
          <w:i w:val="0"/>
          <w:color w:val="333333"/>
          <w:sz w:val="19"/>
        </w:rPr>
        <w:t>100A + 10M + C = 401,</w:t>
      </w:r>
    </w:p>
    <w:p>
      <w:pPr>
        <w:spacing w:before="0" w:after="80" w:line="300" w:lineRule="auto"/>
        <w:jc w:val="left"/>
      </w:pPr>
      <w:r>
        <w:rPr>
          <w:rFonts w:ascii="Times New Roman" w:hAnsi="Times New Roman" w:eastAsia="宋体"/>
          <w:b w:val="0"/>
          <w:i w:val="0"/>
          <w:color w:val="333333"/>
          <w:sz w:val="19"/>
        </w:rPr>
        <w:t>A + M + C = 5.</w:t>
      </w:r>
    </w:p>
    <w:p>
      <w:pPr>
        <w:spacing w:before="0" w:after="80" w:line="300" w:lineRule="auto"/>
        <w:jc w:val="left"/>
      </w:pPr>
      <w:r>
        <w:rPr>
          <w:rFonts w:ascii="Times New Roman" w:hAnsi="Times New Roman" w:eastAsia="宋体"/>
          <w:b w:val="0"/>
          <w:i w:val="0"/>
          <w:color w:val="333333"/>
          <w:sz w:val="19"/>
        </w:rPr>
        <w:t>Reading off the digits, A = 4, M = 0, and C = 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A</w:t>
      </w:r>
    </w:p>
    <w:p>
      <w:pPr>
        <w:spacing w:before="0" w:after="80" w:line="300" w:lineRule="auto"/>
        <w:jc w:val="left"/>
      </w:pPr>
      <w:r>
        <w:rPr>
          <w:rFonts w:ascii="Times New Roman" w:hAnsi="Times New Roman" w:eastAsia="宋体"/>
          <w:b w:val="0"/>
          <w:i w:val="0"/>
          <w:sz w:val="21"/>
        </w:rPr>
        <w:t>方程为 4x² + (a+8)x + 9 = 0。它只有一个解时判别式为零：</w:t>
      </w:r>
    </w:p>
    <w:p>
      <w:pPr>
        <w:spacing w:before="0" w:after="80" w:line="300" w:lineRule="auto"/>
        <w:jc w:val="left"/>
      </w:pPr>
      <w:r>
        <w:rPr>
          <w:rFonts w:ascii="Times New Roman" w:hAnsi="Times New Roman" w:eastAsia="宋体"/>
          <w:b w:val="0"/>
          <w:i w:val="0"/>
          <w:sz w:val="21"/>
        </w:rPr>
        <w:t>(a+8)² - 4 · 4 · 9 = 0，</w:t>
      </w:r>
    </w:p>
    <w:p>
      <w:pPr>
        <w:spacing w:before="0" w:after="80" w:line="300" w:lineRule="auto"/>
        <w:jc w:val="left"/>
      </w:pPr>
      <w:r>
        <w:rPr>
          <w:rFonts w:ascii="Times New Roman" w:hAnsi="Times New Roman" w:eastAsia="宋体"/>
          <w:b w:val="0"/>
          <w:i w:val="0"/>
          <w:sz w:val="21"/>
        </w:rPr>
        <w:t>所以 (a+8)² = 144，a + 8 = ± 12。</w:t>
      </w:r>
    </w:p>
    <w:p>
      <w:pPr>
        <w:spacing w:before="0" w:after="80" w:line="300" w:lineRule="auto"/>
        <w:jc w:val="left"/>
      </w:pPr>
      <w:r>
        <w:rPr>
          <w:rFonts w:ascii="Times New Roman" w:hAnsi="Times New Roman" w:eastAsia="宋体"/>
          <w:b w:val="0"/>
          <w:i w:val="0"/>
          <w:sz w:val="21"/>
        </w:rPr>
        <w:t>因此 a = 4 或 a = -20，和为 -16。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equation is 4x² + (a+8)x + 9 = 0. It has one solution when the discriminant vanishes:</w:t>
      </w:r>
    </w:p>
    <w:p>
      <w:pPr>
        <w:spacing w:before="0" w:after="80" w:line="300" w:lineRule="auto"/>
        <w:jc w:val="left"/>
      </w:pPr>
      <w:r>
        <w:rPr>
          <w:rFonts w:ascii="Times New Roman" w:hAnsi="Times New Roman" w:eastAsia="宋体"/>
          <w:b w:val="0"/>
          <w:i w:val="0"/>
          <w:color w:val="333333"/>
          <w:sz w:val="19"/>
        </w:rPr>
        <w:t>(a+8)² - 4 · 4 · 9 = 0,</w:t>
      </w:r>
    </w:p>
    <w:p>
      <w:pPr>
        <w:spacing w:before="0" w:after="80" w:line="300" w:lineRule="auto"/>
        <w:jc w:val="left"/>
      </w:pPr>
      <w:r>
        <w:rPr>
          <w:rFonts w:ascii="Times New Roman" w:hAnsi="Times New Roman" w:eastAsia="宋体"/>
          <w:b w:val="0"/>
          <w:i w:val="0"/>
          <w:color w:val="333333"/>
          <w:sz w:val="19"/>
        </w:rPr>
        <w:t>so (a+8)² = 144 and a + 8 = ± 12.</w:t>
      </w:r>
    </w:p>
    <w:p>
      <w:pPr>
        <w:spacing w:before="0" w:after="80" w:line="300" w:lineRule="auto"/>
        <w:jc w:val="left"/>
      </w:pPr>
      <w:r>
        <w:rPr>
          <w:rFonts w:ascii="Times New Roman" w:hAnsi="Times New Roman" w:eastAsia="宋体"/>
          <w:b w:val="0"/>
          <w:i w:val="0"/>
          <w:color w:val="333333"/>
          <w:sz w:val="19"/>
        </w:rPr>
        <w:t>Thus a = 4 or a = -20, and their sum is -16.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B</w:t>
      </w:r>
    </w:p>
    <w:p>
      <w:pPr>
        <w:spacing w:before="0" w:after="80" w:line="300" w:lineRule="auto"/>
        <w:jc w:val="left"/>
      </w:pPr>
      <w:r>
        <w:rPr>
          <w:rFonts w:ascii="Times New Roman" w:hAnsi="Times New Roman" w:eastAsia="宋体"/>
          <w:b w:val="0"/>
          <w:i w:val="0"/>
          <w:sz w:val="21"/>
        </w:rPr>
        <w:t>n³ 个单位立方体共有 6n³ 个面，其中红色面正是原立方体的表面，共 6n² 个。</w:t>
      </w:r>
    </w:p>
    <w:p>
      <w:pPr>
        <w:spacing w:before="0" w:after="80" w:line="300" w:lineRule="auto"/>
        <w:jc w:val="left"/>
      </w:pPr>
      <w:r>
        <w:rPr>
          <w:rFonts w:ascii="Times New Roman" w:hAnsi="Times New Roman" w:eastAsia="宋体"/>
          <w:b w:val="0"/>
          <w:i w:val="0"/>
          <w:sz w:val="21"/>
        </w:rPr>
        <w:t>令红色面所占比例为四分之一：</w:t>
      </w:r>
    </w:p>
    <w:p>
      <w:pPr>
        <w:spacing w:before="0" w:after="80" w:line="300" w:lineRule="auto"/>
        <w:jc w:val="left"/>
      </w:pPr>
      <w:r>
        <w:rPr>
          <w:rFonts w:ascii="Times New Roman" w:hAnsi="Times New Roman" w:eastAsia="宋体"/>
          <w:b w:val="0"/>
          <w:i w:val="0"/>
          <w:sz w:val="21"/>
        </w:rPr>
        <w:t>6n²/6n³ = 1/n = 1/4，</w:t>
      </w:r>
    </w:p>
    <w:p>
      <w:pPr>
        <w:spacing w:before="0" w:after="80" w:line="300" w:lineRule="auto"/>
        <w:jc w:val="left"/>
      </w:pPr>
      <w:r>
        <w:rPr>
          <w:rFonts w:ascii="Times New Roman" w:hAnsi="Times New Roman" w:eastAsia="宋体"/>
          <w:b w:val="0"/>
          <w:i w:val="0"/>
          <w:sz w:val="21"/>
        </w:rPr>
        <w:t>所以 n = 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n³ unit cubes have 6n³ faces total. The red faces are exactly the surface of the original cube, 6n² of them.</w:t>
      </w:r>
    </w:p>
    <w:p>
      <w:pPr>
        <w:spacing w:before="0" w:after="80" w:line="300" w:lineRule="auto"/>
        <w:jc w:val="left"/>
      </w:pPr>
      <w:r>
        <w:rPr>
          <w:rFonts w:ascii="Times New Roman" w:hAnsi="Times New Roman" w:eastAsia="宋体"/>
          <w:b w:val="0"/>
          <w:i w:val="0"/>
          <w:color w:val="333333"/>
          <w:sz w:val="19"/>
        </w:rPr>
        <w:t>Setting the red fraction to one-fourth,</w:t>
      </w:r>
    </w:p>
    <w:p>
      <w:pPr>
        <w:spacing w:before="0" w:after="80" w:line="300" w:lineRule="auto"/>
        <w:jc w:val="left"/>
      </w:pPr>
      <w:r>
        <w:rPr>
          <w:rFonts w:ascii="Times New Roman" w:hAnsi="Times New Roman" w:eastAsia="宋体"/>
          <w:b w:val="0"/>
          <w:i w:val="0"/>
          <w:color w:val="333333"/>
          <w:sz w:val="19"/>
        </w:rPr>
        <w:t>6n²/6n³ = 1/n = 1/4,</w:t>
      </w:r>
    </w:p>
    <w:p>
      <w:pPr>
        <w:spacing w:before="0" w:after="80" w:line="300" w:lineRule="auto"/>
        <w:jc w:val="left"/>
      </w:pPr>
      <w:r>
        <w:rPr>
          <w:rFonts w:ascii="Times New Roman" w:hAnsi="Times New Roman" w:eastAsia="宋体"/>
          <w:b w:val="0"/>
          <w:i w:val="0"/>
          <w:color w:val="333333"/>
          <w:sz w:val="19"/>
        </w:rPr>
        <w:t>so n = 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E</w:t>
      </w:r>
    </w:p>
    <w:p>
      <w:pPr>
        <w:spacing w:before="0" w:after="80" w:line="300" w:lineRule="auto"/>
        <w:jc w:val="left"/>
      </w:pPr>
      <w:r>
        <w:rPr>
          <w:rFonts w:ascii="Times New Roman" w:hAnsi="Times New Roman" w:eastAsia="宋体"/>
          <w:b w:val="0"/>
          <w:i w:val="0"/>
          <w:sz w:val="21"/>
        </w:rPr>
        <w:t>中间数字为整数，当且仅当首位数字与末位数字奇偶性相同。每一对这样的首末数字都唯一确定中间数字。</w:t>
      </w:r>
    </w:p>
    <w:p>
      <w:pPr>
        <w:spacing w:before="0" w:after="80" w:line="300" w:lineRule="auto"/>
        <w:jc w:val="left"/>
      </w:pPr>
      <w:r>
        <w:rPr>
          <w:rFonts w:ascii="Times New Roman" w:hAnsi="Times New Roman" w:eastAsia="宋体"/>
          <w:b w:val="0"/>
          <w:i w:val="0"/>
          <w:sz w:val="21"/>
        </w:rPr>
        <w:t>首末数字都是奇数的选择有 5 · 5 = 25 种；首末数字都是偶数时，首位不能为 0，所以有 4 · 5 = 20 种。</w:t>
      </w:r>
    </w:p>
    <w:p>
      <w:pPr>
        <w:spacing w:before="0" w:after="80" w:line="300" w:lineRule="auto"/>
        <w:jc w:val="left"/>
      </w:pPr>
      <w:r>
        <w:rPr>
          <w:rFonts w:ascii="Times New Roman" w:hAnsi="Times New Roman" w:eastAsia="宋体"/>
          <w:b w:val="0"/>
          <w:i w:val="0"/>
          <w:sz w:val="21"/>
        </w:rPr>
        <w:t>总数为 25 + 20 = 45。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middle digit is an integer only when the first and last digits are both odd or both even. Each such pair determines the middle digit uniquely.</w:t>
      </w:r>
    </w:p>
    <w:p>
      <w:pPr>
        <w:spacing w:before="0" w:after="80" w:line="300" w:lineRule="auto"/>
        <w:jc w:val="left"/>
      </w:pPr>
      <w:r>
        <w:rPr>
          <w:rFonts w:ascii="Times New Roman" w:hAnsi="Times New Roman" w:eastAsia="宋体"/>
          <w:b w:val="0"/>
          <w:i w:val="0"/>
          <w:color w:val="333333"/>
          <w:sz w:val="19"/>
        </w:rPr>
        <w:t>There are 5 · 5 = 25 odd-odd choices for the first and last digits. For even-even, the first digit cannot be 0, giving 4 · 5 = 20 choices.</w:t>
      </w:r>
    </w:p>
    <w:p>
      <w:pPr>
        <w:spacing w:before="0" w:after="80" w:line="300" w:lineRule="auto"/>
        <w:jc w:val="left"/>
      </w:pPr>
      <w:r>
        <w:rPr>
          <w:rFonts w:ascii="Times New Roman" w:hAnsi="Times New Roman" w:eastAsia="宋体"/>
          <w:b w:val="0"/>
          <w:i w:val="0"/>
          <w:color w:val="333333"/>
          <w:sz w:val="19"/>
        </w:rPr>
        <w:t>The total is 25 + 20 = 45.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D</w:t>
      </w:r>
    </w:p>
    <w:p>
      <w:pPr>
        <w:spacing w:before="0" w:after="80" w:line="300" w:lineRule="auto"/>
        <w:jc w:val="left"/>
      </w:pPr>
      <w:r>
        <w:rPr>
          <w:rFonts w:ascii="Times New Roman" w:hAnsi="Times New Roman" w:eastAsia="宋体"/>
          <w:b w:val="0"/>
          <w:i w:val="0"/>
          <w:sz w:val="21"/>
        </w:rPr>
        <w:t>斜率为</w:t>
      </w:r>
    </w:p>
    <w:p>
      <w:pPr>
        <w:spacing w:before="0" w:after="80" w:line="300" w:lineRule="auto"/>
        <w:jc w:val="left"/>
      </w:pPr>
      <w:r>
        <w:rPr>
          <w:rFonts w:ascii="Times New Roman" w:hAnsi="Times New Roman" w:eastAsia="宋体"/>
          <w:b w:val="0"/>
          <w:i w:val="0"/>
          <w:sz w:val="21"/>
        </w:rPr>
        <w:t>(1000 - 1)/(100 - 1) = 999/99 = 111/11。</w:t>
      </w:r>
    </w:p>
    <w:p>
      <w:pPr>
        <w:spacing w:before="0" w:after="80" w:line="300" w:lineRule="auto"/>
        <w:jc w:val="left"/>
      </w:pPr>
      <w:r>
        <w:rPr>
          <w:rFonts w:ascii="Times New Roman" w:hAnsi="Times New Roman" w:eastAsia="宋体"/>
          <w:b w:val="0"/>
          <w:i w:val="0"/>
          <w:sz w:val="21"/>
        </w:rPr>
        <w:t>直线上的点形如 (1 + 11t, 1 + 111t)，并且恰好在 t 为整数时是格点。该点严格位于 A、B 之间时，0 &lt; t &lt; 9。</w:t>
      </w:r>
    </w:p>
    <w:p>
      <w:pPr>
        <w:spacing w:before="0" w:after="80" w:line="300" w:lineRule="auto"/>
        <w:jc w:val="left"/>
      </w:pPr>
      <w:r>
        <w:rPr>
          <w:rFonts w:ascii="Times New Roman" w:hAnsi="Times New Roman" w:eastAsia="宋体"/>
          <w:b w:val="0"/>
          <w:i w:val="0"/>
          <w:sz w:val="21"/>
        </w:rPr>
        <w:t>这样的整数 t 共有 8 个，因此符合条件的格点有 8 个。</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slope is</w:t>
      </w:r>
    </w:p>
    <w:p>
      <w:pPr>
        <w:spacing w:before="0" w:after="80" w:line="300" w:lineRule="auto"/>
        <w:jc w:val="left"/>
      </w:pPr>
      <w:r>
        <w:rPr>
          <w:rFonts w:ascii="Times New Roman" w:hAnsi="Times New Roman" w:eastAsia="宋体"/>
          <w:b w:val="0"/>
          <w:i w:val="0"/>
          <w:color w:val="333333"/>
          <w:sz w:val="19"/>
        </w:rPr>
        <w:t>(1000 - 1)/(100 - 1) = 999/99 = 111/11.</w:t>
      </w:r>
    </w:p>
    <w:p>
      <w:pPr>
        <w:spacing w:before="0" w:after="80" w:line="300" w:lineRule="auto"/>
        <w:jc w:val="left"/>
      </w:pPr>
      <w:r>
        <w:rPr>
          <w:rFonts w:ascii="Times New Roman" w:hAnsi="Times New Roman" w:eastAsia="宋体"/>
          <w:b w:val="0"/>
          <w:i w:val="0"/>
          <w:color w:val="333333"/>
          <w:sz w:val="19"/>
        </w:rPr>
        <w:t>So every point on the line has the form (1 + 11t, 1 + 111t), which is a lattice point exactly when t is an integer. The point is strictly between A and B when 0 &lt; t &lt; 9.</w:t>
      </w:r>
    </w:p>
    <w:p>
      <w:pPr>
        <w:spacing w:before="0" w:after="80" w:line="300" w:lineRule="auto"/>
        <w:jc w:val="left"/>
      </w:pPr>
      <w:r>
        <w:rPr>
          <w:rFonts w:ascii="Times New Roman" w:hAnsi="Times New Roman" w:eastAsia="宋体"/>
          <w:b w:val="0"/>
          <w:i w:val="0"/>
          <w:color w:val="333333"/>
          <w:sz w:val="19"/>
        </w:rPr>
        <w:t>There are 8 such integers t, giving 8 lattice points.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D</w:t>
      </w:r>
    </w:p>
    <w:p>
      <w:pPr>
        <w:spacing w:before="0" w:after="80" w:line="300" w:lineRule="auto"/>
        <w:jc w:val="left"/>
      </w:pPr>
      <w:r>
        <w:rPr>
          <w:rFonts w:ascii="Times New Roman" w:hAnsi="Times New Roman" w:eastAsia="宋体"/>
          <w:b w:val="0"/>
          <w:i w:val="0"/>
          <w:sz w:val="21"/>
        </w:rPr>
        <w:t>每个数字恰好作为五条线段中两条的端点，所以五个端点和的总和为</w:t>
      </w:r>
    </w:p>
    <w:p>
      <w:pPr>
        <w:spacing w:before="0" w:after="80" w:line="300" w:lineRule="auto"/>
        <w:jc w:val="left"/>
      </w:pPr>
      <w:r>
        <w:rPr>
          <w:rFonts w:ascii="Times New Roman" w:hAnsi="Times New Roman" w:eastAsia="宋体"/>
          <w:b w:val="0"/>
          <w:i w:val="0"/>
          <w:sz w:val="21"/>
        </w:rPr>
        <w:t>2(3 + 5 + 6 + 7 + 9) = 60。</w:t>
      </w:r>
    </w:p>
    <w:p>
      <w:pPr>
        <w:spacing w:before="0" w:after="80" w:line="300" w:lineRule="auto"/>
        <w:jc w:val="left"/>
      </w:pPr>
      <w:r>
        <w:rPr>
          <w:rFonts w:ascii="Times New Roman" w:hAnsi="Times New Roman" w:eastAsia="宋体"/>
          <w:b w:val="0"/>
          <w:i w:val="0"/>
          <w:sz w:val="21"/>
        </w:rPr>
        <w:t>五项等差数列的中项等于平均数，即 60 ÷ 5 = 12。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Every number appears as an endpoint of exactly two of the five segments, so the total of the five sums is</w:t>
      </w:r>
    </w:p>
    <w:p>
      <w:pPr>
        <w:spacing w:before="0" w:after="80" w:line="300" w:lineRule="auto"/>
        <w:jc w:val="left"/>
      </w:pPr>
      <w:r>
        <w:rPr>
          <w:rFonts w:ascii="Times New Roman" w:hAnsi="Times New Roman" w:eastAsia="宋体"/>
          <w:b w:val="0"/>
          <w:i w:val="0"/>
          <w:color w:val="333333"/>
          <w:sz w:val="19"/>
        </w:rPr>
        <w:t>2(3 + 5 + 6 + 7 + 9) = 60.</w:t>
      </w:r>
    </w:p>
    <w:p>
      <w:pPr>
        <w:spacing w:before="0" w:after="80" w:line="300" w:lineRule="auto"/>
        <w:jc w:val="left"/>
      </w:pPr>
      <w:r>
        <w:rPr>
          <w:rFonts w:ascii="Times New Roman" w:hAnsi="Times New Roman" w:eastAsia="宋体"/>
          <w:b w:val="0"/>
          <w:i w:val="0"/>
          <w:color w:val="333333"/>
          <w:sz w:val="19"/>
        </w:rPr>
        <w:t>The middle term of a five-term arithmetic sequence is its mean, namely 60 ÷ 5 = 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D</w:t>
      </w:r>
    </w:p>
    <w:p>
      <w:pPr>
        <w:spacing w:before="0" w:after="80" w:line="300" w:lineRule="auto"/>
        <w:jc w:val="left"/>
      </w:pPr>
      <w:r>
        <w:rPr>
          <w:rFonts w:ascii="Times New Roman" w:hAnsi="Times New Roman" w:eastAsia="宋体"/>
          <w:b w:val="0"/>
          <w:i w:val="0"/>
          <w:sz w:val="21"/>
        </w:rPr>
        <w:t>骰子共有 21 个点，所以去掉的点来自 n 点面的概率为 n/21。</w:t>
      </w:r>
    </w:p>
    <w:p>
      <w:pPr>
        <w:spacing w:before="0" w:after="80" w:line="300" w:lineRule="auto"/>
        <w:jc w:val="left"/>
      </w:pPr>
      <w:r>
        <w:rPr>
          <w:rFonts w:ascii="Times New Roman" w:hAnsi="Times New Roman" w:eastAsia="宋体"/>
          <w:b w:val="0"/>
          <w:i w:val="0"/>
          <w:sz w:val="21"/>
        </w:rPr>
        <w:t>若从奇数面去掉一点，该面变成偶数面，只剩两个奇数面，所以朝上一面为奇数点的概率是 2/6=1/3；若从偶数面去掉一点，该面变成奇数面，共有四个奇数面，所以概率是 4/6=2/3。去掉点来自奇数面的概率为 (1 + 3 + 5)/21，来自偶数面的概率为 (2 + 4 + 6)/21。</w:t>
      </w:r>
    </w:p>
    <w:p>
      <w:pPr>
        <w:spacing w:before="0" w:after="80" w:line="300" w:lineRule="auto"/>
        <w:jc w:val="left"/>
      </w:pPr>
      <w:r>
        <w:rPr>
          <w:rFonts w:ascii="Times New Roman" w:hAnsi="Times New Roman" w:eastAsia="宋体"/>
          <w:b w:val="0"/>
          <w:i w:val="0"/>
          <w:sz w:val="21"/>
        </w:rPr>
        <w:t>因此所求概率为</w:t>
      </w:r>
    </w:p>
    <w:p>
      <w:pPr>
        <w:spacing w:before="0" w:after="80" w:line="300" w:lineRule="auto"/>
        <w:jc w:val="left"/>
      </w:pPr>
      <w:r>
        <w:rPr>
          <w:rFonts w:ascii="Times New Roman" w:hAnsi="Times New Roman" w:eastAsia="宋体"/>
          <w:b w:val="0"/>
          <w:i w:val="0"/>
          <w:sz w:val="21"/>
        </w:rPr>
        <w:t>1/3 · 9/21 + 2/3 · 12/21 = 33/63 = 11/21。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die has 21 dots, so a dot is removed from the face with n dots with probability n/21.</w:t>
      </w:r>
    </w:p>
    <w:p>
      <w:pPr>
        <w:spacing w:before="0" w:after="80" w:line="300" w:lineRule="auto"/>
        <w:jc w:val="left"/>
      </w:pPr>
      <w:r>
        <w:rPr>
          <w:rFonts w:ascii="Times New Roman" w:hAnsi="Times New Roman" w:eastAsia="宋体"/>
          <w:b w:val="0"/>
          <w:i w:val="0"/>
          <w:color w:val="333333"/>
          <w:sz w:val="19"/>
        </w:rPr>
        <w:t>If a dot is removed from an odd face, that face becomes even, leaving two odd faces and hence probability 2/6=1/3 of an odd top. If a dot is removed from an even face, that face becomes odd, leaving four odd faces and hence probability 4/6=2/3. The removed dot lies on an odd face with probability (1 + 3 + 5)/21 and on an even face with probability (2 + 4 + 6)/21.</w:t>
      </w:r>
    </w:p>
    <w:p>
      <w:pPr>
        <w:spacing w:before="0" w:after="80" w:line="300" w:lineRule="auto"/>
        <w:jc w:val="left"/>
      </w:pPr>
      <w:r>
        <w:rPr>
          <w:rFonts w:ascii="Times New Roman" w:hAnsi="Times New Roman" w:eastAsia="宋体"/>
          <w:b w:val="0"/>
          <w:i w:val="0"/>
          <w:color w:val="333333"/>
          <w:sz w:val="19"/>
        </w:rPr>
        <w:t>Hence the answer is</w:t>
      </w:r>
    </w:p>
    <w:p>
      <w:pPr>
        <w:spacing w:before="0" w:after="80" w:line="300" w:lineRule="auto"/>
        <w:jc w:val="left"/>
      </w:pPr>
      <w:r>
        <w:rPr>
          <w:rFonts w:ascii="Times New Roman" w:hAnsi="Times New Roman" w:eastAsia="宋体"/>
          <w:b w:val="0"/>
          <w:i w:val="0"/>
          <w:color w:val="333333"/>
          <w:sz w:val="19"/>
        </w:rPr>
        <w:t>1/3 · 9/21 + 2/3 · 12/21 = 33/63 = 11/21.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C</w:t>
      </w:r>
    </w:p>
    <w:p>
      <w:pPr>
        <w:spacing w:before="0" w:after="80" w:line="300" w:lineRule="auto"/>
        <w:jc w:val="left"/>
      </w:pPr>
      <w:r>
        <w:rPr>
          <w:rFonts w:ascii="Times New Roman" w:hAnsi="Times New Roman" w:eastAsia="宋体"/>
          <w:b w:val="0"/>
          <w:i w:val="0"/>
          <w:sz w:val="21"/>
        </w:rPr>
        <w:t>设 O 为圆心。由 2 · AC = BC 可知 AC = AB/3，又有 AO = AB/2，所以</w:t>
      </w:r>
    </w:p>
    <w:p>
      <w:pPr>
        <w:spacing w:before="0" w:after="80" w:line="300" w:lineRule="auto"/>
        <w:jc w:val="left"/>
      </w:pPr>
      <w:r>
        <w:rPr>
          <w:rFonts w:ascii="Times New Roman" w:hAnsi="Times New Roman" w:eastAsia="宋体"/>
          <w:b w:val="0"/>
          <w:i w:val="0"/>
          <w:sz w:val="21"/>
        </w:rPr>
        <w:t>CO = AO - AC</w:t>
      </w:r>
    </w:p>
    <w:p>
      <w:pPr>
        <w:spacing w:before="0" w:after="80" w:line="300" w:lineRule="auto"/>
        <w:jc w:val="left"/>
      </w:pPr>
      <w:r>
        <w:rPr>
          <w:rFonts w:ascii="Times New Roman" w:hAnsi="Times New Roman" w:eastAsia="宋体"/>
          <w:b w:val="0"/>
          <w:i w:val="0"/>
          <w:sz w:val="21"/>
        </w:rPr>
        <w:t>= AB/2 - AB/3</w:t>
      </w:r>
    </w:p>
    <w:p>
      <w:pPr>
        <w:spacing w:before="0" w:after="80" w:line="300" w:lineRule="auto"/>
        <w:jc w:val="left"/>
      </w:pPr>
      <w:r>
        <w:rPr>
          <w:rFonts w:ascii="Times New Roman" w:hAnsi="Times New Roman" w:eastAsia="宋体"/>
          <w:b w:val="0"/>
          <w:i w:val="0"/>
          <w:sz w:val="21"/>
        </w:rPr>
        <w:t>= AB/6</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三角形 DCO 与三角形 DAB 共享从 D 到直线 AB 的高，因此</w:t>
      </w:r>
    </w:p>
    <w:p>
      <w:pPr>
        <w:spacing w:before="0" w:after="80" w:line="300" w:lineRule="auto"/>
        <w:jc w:val="left"/>
      </w:pPr>
      <w:r>
        <w:rPr>
          <w:rFonts w:ascii="Times New Roman" w:hAnsi="Times New Roman" w:eastAsia="宋体"/>
          <w:b w:val="0"/>
          <w:i w:val="0"/>
          <w:sz w:val="21"/>
        </w:rPr>
        <w:t>([DCO])/([DAB]) = CO/AB = 1/6。</w:t>
      </w:r>
    </w:p>
    <w:p>
      <w:pPr>
        <w:spacing w:before="0" w:after="80" w:line="300" w:lineRule="auto"/>
        <w:jc w:val="left"/>
      </w:pPr>
      <w:r>
        <w:rPr>
          <w:rFonts w:ascii="Times New Roman" w:hAnsi="Times New Roman" w:eastAsia="宋体"/>
          <w:b w:val="0"/>
          <w:i w:val="0"/>
          <w:sz w:val="21"/>
        </w:rPr>
        <w:t>因为 O 是 DE 的中点，三角形 DCO 与 ECO 面积相等，所以</w:t>
      </w:r>
    </w:p>
    <w:p>
      <w:pPr>
        <w:spacing w:before="0" w:after="80" w:line="300" w:lineRule="auto"/>
        <w:jc w:val="left"/>
      </w:pPr>
      <w:r>
        <w:rPr>
          <w:rFonts w:ascii="Times New Roman" w:hAnsi="Times New Roman" w:eastAsia="宋体"/>
          <w:b w:val="0"/>
          <w:i w:val="0"/>
          <w:sz w:val="21"/>
        </w:rPr>
        <w:t>[DCE] = 2 [DCO]</w:t>
      </w:r>
    </w:p>
    <w:p>
      <w:pPr>
        <w:spacing w:before="0" w:after="80" w:line="300" w:lineRule="auto"/>
        <w:jc w:val="left"/>
      </w:pPr>
      <w:r>
        <w:rPr>
          <w:rFonts w:ascii="Times New Roman" w:hAnsi="Times New Roman" w:eastAsia="宋体"/>
          <w:b w:val="0"/>
          <w:i w:val="0"/>
          <w:sz w:val="21"/>
        </w:rPr>
        <w:t>= 2/6[DAB] = 1/3[DAB]</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O be the center. Since 2 · AC = BC, we have AC = AB/3, and AO = AB/2, so</w:t>
      </w:r>
    </w:p>
    <w:p>
      <w:pPr>
        <w:spacing w:before="0" w:after="80" w:line="300" w:lineRule="auto"/>
        <w:jc w:val="left"/>
      </w:pPr>
      <w:r>
        <w:rPr>
          <w:rFonts w:ascii="Times New Roman" w:hAnsi="Times New Roman" w:eastAsia="宋体"/>
          <w:b w:val="0"/>
          <w:i w:val="0"/>
          <w:color w:val="333333"/>
          <w:sz w:val="19"/>
        </w:rPr>
        <w:t>CO = AO - AC</w:t>
      </w:r>
    </w:p>
    <w:p>
      <w:pPr>
        <w:spacing w:before="0" w:after="80" w:line="300" w:lineRule="auto"/>
        <w:jc w:val="left"/>
      </w:pPr>
      <w:r>
        <w:rPr>
          <w:rFonts w:ascii="Times New Roman" w:hAnsi="Times New Roman" w:eastAsia="宋体"/>
          <w:b w:val="0"/>
          <w:i w:val="0"/>
          <w:color w:val="333333"/>
          <w:sz w:val="19"/>
        </w:rPr>
        <w:t>= AB/2 - AB/3</w:t>
      </w:r>
    </w:p>
    <w:p>
      <w:pPr>
        <w:spacing w:before="0" w:after="80" w:line="300" w:lineRule="auto"/>
        <w:jc w:val="left"/>
      </w:pPr>
      <w:r>
        <w:rPr>
          <w:rFonts w:ascii="Times New Roman" w:hAnsi="Times New Roman" w:eastAsia="宋体"/>
          <w:b w:val="0"/>
          <w:i w:val="0"/>
          <w:color w:val="333333"/>
          <w:sz w:val="19"/>
        </w:rPr>
        <w:t>= AB/6.</w:t>
      </w:r>
    </w:p>
    <w:p>
      <w:pPr>
        <w:spacing w:before="0" w:after="80" w:line="300" w:lineRule="auto"/>
        <w:jc w:val="left"/>
      </w:pPr>
      <w:r>
        <w:rPr>
          <w:rFonts w:ascii="Times New Roman" w:hAnsi="Times New Roman" w:eastAsia="宋体"/>
          <w:b w:val="0"/>
          <w:i w:val="0"/>
          <w:color w:val="333333"/>
          <w:sz w:val="19"/>
        </w:rPr>
        <w:t>Triangles DCO and DAB share the same altitude from D to line AB, so</w:t>
      </w:r>
    </w:p>
    <w:p>
      <w:pPr>
        <w:spacing w:before="0" w:after="80" w:line="300" w:lineRule="auto"/>
        <w:jc w:val="left"/>
      </w:pPr>
      <w:r>
        <w:rPr>
          <w:rFonts w:ascii="Times New Roman" w:hAnsi="Times New Roman" w:eastAsia="宋体"/>
          <w:b w:val="0"/>
          <w:i w:val="0"/>
          <w:color w:val="333333"/>
          <w:sz w:val="19"/>
        </w:rPr>
        <w:t>([DCO])/([DAB]) = CO/AB = 1/6.</w:t>
      </w:r>
    </w:p>
    <w:p>
      <w:pPr>
        <w:spacing w:before="0" w:after="80" w:line="300" w:lineRule="auto"/>
        <w:jc w:val="left"/>
      </w:pPr>
      <w:r>
        <w:rPr>
          <w:rFonts w:ascii="Times New Roman" w:hAnsi="Times New Roman" w:eastAsia="宋体"/>
          <w:b w:val="0"/>
          <w:i w:val="0"/>
          <w:color w:val="333333"/>
          <w:sz w:val="19"/>
        </w:rPr>
        <w:t>Because O is the midpoint of DE, triangles DCO and ECO have equal areas, so</w:t>
      </w:r>
    </w:p>
    <w:p>
      <w:pPr>
        <w:spacing w:before="0" w:after="80" w:line="300" w:lineRule="auto"/>
        <w:jc w:val="left"/>
      </w:pPr>
      <w:r>
        <w:rPr>
          <w:rFonts w:ascii="Times New Roman" w:hAnsi="Times New Roman" w:eastAsia="宋体"/>
          <w:b w:val="0"/>
          <w:i w:val="0"/>
          <w:color w:val="333333"/>
          <w:sz w:val="19"/>
        </w:rPr>
        <w:t>[DCE] = 2 [DCO]</w:t>
      </w:r>
    </w:p>
    <w:p>
      <w:pPr>
        <w:spacing w:before="0" w:after="80" w:line="300" w:lineRule="auto"/>
        <w:jc w:val="left"/>
      </w:pPr>
      <w:r>
        <w:rPr>
          <w:rFonts w:ascii="Times New Roman" w:hAnsi="Times New Roman" w:eastAsia="宋体"/>
          <w:b w:val="0"/>
          <w:i w:val="0"/>
          <w:color w:val="333333"/>
          <w:sz w:val="19"/>
        </w:rPr>
        <w:t>= 2/6[DAB] = 1/3[DAB].</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D</w:t>
      </w:r>
    </w:p>
    <w:p>
      <w:pPr>
        <w:spacing w:before="0" w:after="80" w:line="300" w:lineRule="auto"/>
        <w:jc w:val="left"/>
      </w:pPr>
      <w:r>
        <w:rPr>
          <w:rFonts w:ascii="Times New Roman" w:hAnsi="Times New Roman" w:eastAsia="宋体"/>
          <w:b w:val="0"/>
          <w:i w:val="0"/>
          <w:sz w:val="21"/>
        </w:rPr>
        <w:t>大圆圆心为 (r, r)，第二个小圆圆心为 (3s, s)。两圆外切，所以圆心距为 r + s。</w:t>
      </w:r>
    </w:p>
    <w:p>
      <w:pPr>
        <w:spacing w:before="0" w:after="80" w:line="300" w:lineRule="auto"/>
        <w:jc w:val="left"/>
      </w:pPr>
      <w:r>
        <w:rPr>
          <w:rFonts w:ascii="Times New Roman" w:hAnsi="Times New Roman" w:eastAsia="宋体"/>
          <w:b w:val="0"/>
          <w:i w:val="0"/>
          <w:sz w:val="21"/>
        </w:rPr>
        <w:t>两个圆心之间的水平距离为 r - 3s，竖直距离为 r - s，因此</w:t>
      </w:r>
    </w:p>
    <w:p>
      <w:pPr>
        <w:spacing w:before="0" w:after="80" w:line="300" w:lineRule="auto"/>
        <w:jc w:val="left"/>
      </w:pPr>
      <w:r>
        <w:rPr>
          <w:rFonts w:ascii="Times New Roman" w:hAnsi="Times New Roman" w:eastAsia="宋体"/>
          <w:b w:val="0"/>
          <w:i w:val="0"/>
          <w:sz w:val="21"/>
        </w:rPr>
        <w:t>(r + s)² = (r - 3s)² + (r - s)²。</w:t>
      </w:r>
    </w:p>
    <w:p>
      <w:pPr>
        <w:spacing w:before="0" w:after="80" w:line="300" w:lineRule="auto"/>
        <w:jc w:val="left"/>
      </w:pPr>
      <w:r>
        <w:rPr>
          <w:rFonts w:ascii="Times New Roman" w:hAnsi="Times New Roman" w:eastAsia="宋体"/>
          <w:b w:val="0"/>
          <w:i w:val="0"/>
          <w:sz w:val="21"/>
        </w:rPr>
        <w:t>展开并整理得 0 = r² - 10rs + 9s² = (r - 9s)(r - s)。因为 r ≠ s，所以 r = 9s，故 r/s = 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Put the big circle’s center at (r, r) and the second small circle’s center at (3s, s). They are externally tangent, so the distance between centers is r + s.</w:t>
      </w:r>
    </w:p>
    <w:p>
      <w:pPr>
        <w:spacing w:before="0" w:after="80" w:line="300" w:lineRule="auto"/>
        <w:jc w:val="left"/>
      </w:pPr>
      <w:r>
        <w:rPr>
          <w:rFonts w:ascii="Times New Roman" w:hAnsi="Times New Roman" w:eastAsia="宋体"/>
          <w:b w:val="0"/>
          <w:i w:val="0"/>
          <w:color w:val="333333"/>
          <w:sz w:val="19"/>
        </w:rPr>
        <w:t>The horizontal and vertical gaps are r - 3s and r - s, so</w:t>
      </w:r>
    </w:p>
    <w:p>
      <w:pPr>
        <w:spacing w:before="0" w:after="80" w:line="300" w:lineRule="auto"/>
        <w:jc w:val="left"/>
      </w:pPr>
      <w:r>
        <w:rPr>
          <w:rFonts w:ascii="Times New Roman" w:hAnsi="Times New Roman" w:eastAsia="宋体"/>
          <w:b w:val="0"/>
          <w:i w:val="0"/>
          <w:color w:val="333333"/>
          <w:sz w:val="19"/>
        </w:rPr>
        <w:t>(r + s)² = (r - 3s)² + (r - s)².</w:t>
      </w:r>
    </w:p>
    <w:p>
      <w:pPr>
        <w:spacing w:before="0" w:after="80" w:line="300" w:lineRule="auto"/>
        <w:jc w:val="left"/>
      </w:pPr>
      <w:r>
        <w:rPr>
          <w:rFonts w:ascii="Times New Roman" w:hAnsi="Times New Roman" w:eastAsia="宋体"/>
          <w:b w:val="0"/>
          <w:i w:val="0"/>
          <w:color w:val="333333"/>
          <w:sz w:val="19"/>
        </w:rPr>
        <w:t>Expanding gives 0 = r² - 10rs + 9s² = (r - 9s)(r - s). Since r ≠ s, we get r = 9s, so r/s = 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A</w:t>
      </w:r>
    </w:p>
    <w:p>
      <w:pPr>
        <w:spacing w:before="0" w:after="80" w:line="300" w:lineRule="auto"/>
        <w:jc w:val="left"/>
      </w:pPr>
      <w:r>
        <w:rPr>
          <w:rFonts w:ascii="Times New Roman" w:hAnsi="Times New Roman" w:eastAsia="宋体"/>
          <w:b w:val="0"/>
          <w:i w:val="0"/>
          <w:sz w:val="21"/>
        </w:rPr>
        <w:t>两组互相垂直的切割都从上底面的棱一直切到下底面的中线。在 W 附近，它们切出一个正四棱锥：它的底面是下底面中与 W 相邻的那四分之一，顶点位于下底面中心正上方一个单位处。</w:t>
      </w:r>
    </w:p>
    <w:p>
      <w:pPr>
        <w:spacing w:before="0" w:after="80" w:line="300" w:lineRule="auto"/>
        <w:jc w:val="left"/>
      </w:pPr>
      <w:r>
        <w:rPr>
          <w:rFonts w:ascii="Times New Roman" w:hAnsi="Times New Roman" w:eastAsia="宋体"/>
          <w:b w:val="0"/>
          <w:i w:val="0"/>
          <w:sz w:val="21"/>
        </w:rPr>
        <w:t>它的底面是边长 1/2 的正方形，即下底面的四分之一，高为 1。因此体积为</w:t>
      </w:r>
    </w:p>
    <w:p>
      <w:pPr>
        <w:spacing w:before="0" w:after="80" w:line="300" w:lineRule="auto"/>
        <w:jc w:val="left"/>
      </w:pPr>
      <w:r>
        <w:rPr>
          <w:rFonts w:ascii="Times New Roman" w:hAnsi="Times New Roman" w:eastAsia="宋体"/>
          <w:b w:val="0"/>
          <w:i w:val="0"/>
          <w:sz w:val="21"/>
        </w:rPr>
        <w:t>1/3 (1/2)² (1) = 1/12。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two perpendicular sets of cuts each run from top edges to midlines of the bottom face. Near W they carve out a square pyramid. Its base is the quarter of the bottom face adjacent to W, and its apex lies one unit above the center of the bottom face.</w:t>
      </w:r>
    </w:p>
    <w:p>
      <w:pPr>
        <w:spacing w:before="0" w:after="80" w:line="300" w:lineRule="auto"/>
        <w:jc w:val="left"/>
      </w:pPr>
      <w:r>
        <w:rPr>
          <w:rFonts w:ascii="Times New Roman" w:hAnsi="Times New Roman" w:eastAsia="宋体"/>
          <w:b w:val="0"/>
          <w:i w:val="0"/>
          <w:color w:val="333333"/>
          <w:sz w:val="19"/>
        </w:rPr>
        <w:t>Thus its base is a square of side 1/2 and its altitude is the full height 1. Therefore the volume is</w:t>
      </w:r>
    </w:p>
    <w:p>
      <w:pPr>
        <w:spacing w:before="0" w:after="80" w:line="300" w:lineRule="auto"/>
        <w:jc w:val="left"/>
      </w:pPr>
      <w:r>
        <w:rPr>
          <w:rFonts w:ascii="Times New Roman" w:hAnsi="Times New Roman" w:eastAsia="宋体"/>
          <w:b w:val="0"/>
          <w:i w:val="0"/>
          <w:color w:val="333333"/>
          <w:sz w:val="19"/>
        </w:rPr>
        <w:t>1/3 (1/2)² (1) = 1/12.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A</w:t>
      </w:r>
    </w:p>
    <w:p>
      <w:pPr>
        <w:spacing w:before="0" w:after="80" w:line="300" w:lineRule="auto"/>
        <w:jc w:val="left"/>
      </w:pPr>
      <w:r>
        <w:rPr>
          <w:rFonts w:ascii="Times New Roman" w:hAnsi="Times New Roman" w:eastAsia="宋体"/>
          <w:b w:val="0"/>
          <w:i w:val="0"/>
          <w:sz w:val="21"/>
        </w:rPr>
        <w:t>在 1 到 999 这 999 个数中，由容斥原理可得</w:t>
      </w:r>
    </w:p>
    <w:p>
      <w:pPr>
        <w:spacing w:before="0" w:after="80" w:line="300" w:lineRule="auto"/>
        <w:jc w:val="left"/>
      </w:pPr>
      <w:r>
        <w:rPr>
          <w:rFonts w:ascii="Times New Roman" w:hAnsi="Times New Roman" w:eastAsia="宋体"/>
          <w:b w:val="0"/>
          <w:i w:val="0"/>
          <w:sz w:val="21"/>
        </w:rPr>
        <w:t>499 + 333 + 199 - 166</w:t>
      </w:r>
    </w:p>
    <w:p>
      <w:pPr>
        <w:spacing w:before="0" w:after="80" w:line="300" w:lineRule="auto"/>
        <w:jc w:val="left"/>
      </w:pPr>
      <w:r>
        <w:rPr>
          <w:rFonts w:ascii="Times New Roman" w:hAnsi="Times New Roman" w:eastAsia="宋体"/>
          <w:b w:val="0"/>
          <w:i w:val="0"/>
          <w:sz w:val="21"/>
        </w:rPr>
        <w:t>- 99 - 66 + 33 = 733</w:t>
      </w:r>
    </w:p>
    <w:p>
      <w:pPr>
        <w:spacing w:before="0" w:after="80" w:line="300" w:lineRule="auto"/>
        <w:jc w:val="left"/>
      </w:pPr>
      <w:r>
        <w:rPr>
          <w:rFonts w:ascii="Times New Roman" w:hAnsi="Times New Roman" w:eastAsia="宋体"/>
          <w:b w:val="0"/>
          <w:i w:val="0"/>
          <w:sz w:val="21"/>
        </w:rPr>
        <w:t>个数能被 2, 3 或 5 中至少一个整除。</w:t>
      </w:r>
    </w:p>
    <w:p>
      <w:pPr>
        <w:spacing w:before="0" w:after="80" w:line="300" w:lineRule="auto"/>
        <w:jc w:val="left"/>
      </w:pPr>
      <w:r>
        <w:rPr>
          <w:rFonts w:ascii="Times New Roman" w:hAnsi="Times New Roman" w:eastAsia="宋体"/>
          <w:b w:val="0"/>
          <w:i w:val="0"/>
          <w:sz w:val="21"/>
        </w:rPr>
        <w:t>因此与 2, 3, 5 都互质的数共有 999 - 733 = 266 个；其中有 165 个质数（168 个质数去掉 2, 3, 5），另有 1 既不是质数也不是合数。</w:t>
      </w:r>
    </w:p>
    <w:p>
      <w:pPr>
        <w:spacing w:before="0" w:after="80" w:line="300" w:lineRule="auto"/>
        <w:jc w:val="left"/>
      </w:pPr>
      <w:r>
        <w:rPr>
          <w:rFonts w:ascii="Times New Roman" w:hAnsi="Times New Roman" w:eastAsia="宋体"/>
          <w:b w:val="0"/>
          <w:i w:val="0"/>
          <w:sz w:val="21"/>
        </w:rPr>
        <w:t>剩下 266 - 165 - 1 = 100 个就是看似质数。</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Among the 999 numbers from 1 to 999, inclusion-exclusion gives</w:t>
      </w:r>
    </w:p>
    <w:p>
      <w:pPr>
        <w:spacing w:before="0" w:after="80" w:line="300" w:lineRule="auto"/>
        <w:jc w:val="left"/>
      </w:pPr>
      <w:r>
        <w:rPr>
          <w:rFonts w:ascii="Times New Roman" w:hAnsi="Times New Roman" w:eastAsia="宋体"/>
          <w:b w:val="0"/>
          <w:i w:val="0"/>
          <w:color w:val="333333"/>
          <w:sz w:val="19"/>
        </w:rPr>
        <w:t>499 + 333 + 199 - 166</w:t>
      </w:r>
    </w:p>
    <w:p>
      <w:pPr>
        <w:spacing w:before="0" w:after="80" w:line="300" w:lineRule="auto"/>
        <w:jc w:val="left"/>
      </w:pPr>
      <w:r>
        <w:rPr>
          <w:rFonts w:ascii="Times New Roman" w:hAnsi="Times New Roman" w:eastAsia="宋体"/>
          <w:b w:val="0"/>
          <w:i w:val="0"/>
          <w:color w:val="333333"/>
          <w:sz w:val="19"/>
        </w:rPr>
        <w:t>- 99 - 66 + 33 = 733</w:t>
      </w:r>
    </w:p>
    <w:p>
      <w:pPr>
        <w:spacing w:before="0" w:after="80" w:line="300" w:lineRule="auto"/>
        <w:jc w:val="left"/>
      </w:pPr>
      <w:r>
        <w:rPr>
          <w:rFonts w:ascii="Times New Roman" w:hAnsi="Times New Roman" w:eastAsia="宋体"/>
          <w:b w:val="0"/>
          <w:i w:val="0"/>
          <w:color w:val="333333"/>
          <w:sz w:val="19"/>
        </w:rPr>
        <w:t>that are divisible by 2, 3, or 5.</w:t>
      </w:r>
    </w:p>
    <w:p>
      <w:pPr>
        <w:spacing w:before="0" w:after="80" w:line="300" w:lineRule="auto"/>
        <w:jc w:val="left"/>
      </w:pPr>
      <w:r>
        <w:rPr>
          <w:rFonts w:ascii="Times New Roman" w:hAnsi="Times New Roman" w:eastAsia="宋体"/>
          <w:b w:val="0"/>
          <w:i w:val="0"/>
          <w:color w:val="333333"/>
          <w:sz w:val="19"/>
        </w:rPr>
        <w:t>That leaves 999 - 733 = 266 numbers coprime to 2, 3, 5. Of these, 165 are primes (the 168 primes minus 2, 3, 5), and 1 is neither prime nor composite.</w:t>
      </w:r>
    </w:p>
    <w:p>
      <w:pPr>
        <w:spacing w:before="0" w:after="80" w:line="300" w:lineRule="auto"/>
        <w:jc w:val="left"/>
      </w:pPr>
      <w:r>
        <w:rPr>
          <w:rFonts w:ascii="Times New Roman" w:hAnsi="Times New Roman" w:eastAsia="宋体"/>
          <w:b w:val="0"/>
          <w:i w:val="0"/>
          <w:color w:val="333333"/>
          <w:sz w:val="19"/>
        </w:rPr>
        <w:t>The remaining 266 - 165 - 1 = 100 numbers are prime-looking.</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B</w:t>
      </w:r>
    </w:p>
    <w:p>
      <w:pPr>
        <w:spacing w:before="0" w:after="80" w:line="300" w:lineRule="auto"/>
        <w:jc w:val="left"/>
      </w:pPr>
      <w:r>
        <w:rPr>
          <w:rFonts w:ascii="Times New Roman" w:hAnsi="Times New Roman" w:eastAsia="宋体"/>
          <w:b w:val="0"/>
          <w:i w:val="0"/>
          <w:sz w:val="21"/>
        </w:rPr>
        <w:t>因为里程表从不显示 4，它只用 9 个符号计数，实际上相当于采用 9 进制；显示的 5, 6, 7, 8, 9 分别代表 9 进制数字 4, 5, 6, 7, 8。</w:t>
      </w:r>
    </w:p>
    <w:p>
      <w:pPr>
        <w:spacing w:before="0" w:after="80" w:line="300" w:lineRule="auto"/>
        <w:jc w:val="left"/>
      </w:pPr>
      <w:r>
        <w:rPr>
          <w:rFonts w:ascii="Times New Roman" w:hAnsi="Times New Roman" w:eastAsia="宋体"/>
          <w:b w:val="0"/>
          <w:i w:val="0"/>
          <w:sz w:val="21"/>
        </w:rPr>
        <w:t>读数 002005 对应 9 进制的 2004，其值为</w:t>
      </w:r>
    </w:p>
    <w:p>
      <w:pPr>
        <w:spacing w:before="0" w:after="80" w:line="300" w:lineRule="auto"/>
        <w:jc w:val="left"/>
      </w:pPr>
      <w:r>
        <w:rPr>
          <w:rFonts w:ascii="Times New Roman" w:hAnsi="Times New Roman" w:eastAsia="宋体"/>
          <w:b w:val="0"/>
          <w:i w:val="0"/>
          <w:sz w:val="21"/>
        </w:rPr>
        <w:t>2 · 9³ + 4 = 2 · 729 + 4 = 1462。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Because the odometer never displays a 4, it uses only 9 symbols and counts in base 9, where its digits 5, 6, 7, 8, 9 represent the base-9 digits 4, 5, 6, 7, 8.</w:t>
      </w:r>
    </w:p>
    <w:p>
      <w:pPr>
        <w:spacing w:before="0" w:after="80" w:line="300" w:lineRule="auto"/>
        <w:jc w:val="left"/>
      </w:pPr>
      <w:r>
        <w:rPr>
          <w:rFonts w:ascii="Times New Roman" w:hAnsi="Times New Roman" w:eastAsia="宋体"/>
          <w:b w:val="0"/>
          <w:i w:val="0"/>
          <w:color w:val="333333"/>
          <w:sz w:val="19"/>
        </w:rPr>
        <w:t>The reading 002005 therefore corresponds to 2004 in base 9, which equals</w:t>
      </w:r>
    </w:p>
    <w:p>
      <w:pPr>
        <w:spacing w:before="0" w:after="80" w:line="300" w:lineRule="auto"/>
        <w:jc w:val="left"/>
      </w:pPr>
      <w:r>
        <w:rPr>
          <w:rFonts w:ascii="Times New Roman" w:hAnsi="Times New Roman" w:eastAsia="宋体"/>
          <w:b w:val="0"/>
          <w:i w:val="0"/>
          <w:color w:val="333333"/>
          <w:sz w:val="19"/>
        </w:rPr>
        <w:t>2 · 9³ + 4 = 2 · 729 + 4 = 1462.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E</w:t>
      </w:r>
    </w:p>
    <w:p>
      <w:pPr>
        <w:spacing w:before="0" w:after="80" w:line="300" w:lineRule="auto"/>
        <w:jc w:val="left"/>
      </w:pPr>
      <w:r>
        <w:rPr>
          <w:rFonts w:ascii="Times New Roman" w:hAnsi="Times New Roman" w:eastAsia="宋体"/>
          <w:b w:val="0"/>
          <w:i w:val="0"/>
          <w:sz w:val="21"/>
        </w:rPr>
        <w:t>设 g(n) 表示方程 f^([n])(x) = 1/2 在 [0, 1] 中的解数。由于 f 把两个半区间 [0, 1/2] 与 [1/2, 1] 都映到整个 [0, 1]，所以 f^([n-1])(y) = 1/2 的每个解都来自两个 x 值。</w:t>
      </w:r>
    </w:p>
    <w:p>
      <w:pPr>
        <w:spacing w:before="0" w:after="80" w:line="300" w:lineRule="auto"/>
        <w:jc w:val="left"/>
      </w:pPr>
      <w:r>
        <w:rPr>
          <w:rFonts w:ascii="Times New Roman" w:hAnsi="Times New Roman" w:eastAsia="宋体"/>
          <w:b w:val="0"/>
          <w:i w:val="0"/>
          <w:sz w:val="21"/>
        </w:rPr>
        <w:t>边界值 x = 1/2 满足 f^([n])(1/2) = f^([n-1])(1) = 0 ≠ 1/2，不会造成解的重合或丢失，因此 g(n) = 2 g(n-1)。</w:t>
      </w:r>
    </w:p>
    <w:p>
      <w:pPr>
        <w:spacing w:before="0" w:after="80" w:line="300" w:lineRule="auto"/>
        <w:jc w:val="left"/>
      </w:pPr>
      <w:r>
        <w:rPr>
          <w:rFonts w:ascii="Times New Roman" w:hAnsi="Times New Roman" w:eastAsia="宋体"/>
          <w:b w:val="0"/>
          <w:i w:val="0"/>
          <w:sz w:val="21"/>
        </w:rPr>
        <w:t>由于 g(1) = 2，可得 g(2005) = 2²⁰⁰⁵。</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g(n) count the solutions of f^([n])(x) = 1/2 in [0, 1]. Since f maps each of the two halves [0, 1/2] and [1/2, 1] onto all of [0, 1], every solution of f^([n-1])(y) = 1/2 comes from two values of x (one in each half).</w:t>
      </w:r>
    </w:p>
    <w:p>
      <w:pPr>
        <w:spacing w:before="0" w:after="80" w:line="300" w:lineRule="auto"/>
        <w:jc w:val="left"/>
      </w:pPr>
      <w:r>
        <w:rPr>
          <w:rFonts w:ascii="Times New Roman" w:hAnsi="Times New Roman" w:eastAsia="宋体"/>
          <w:b w:val="0"/>
          <w:i w:val="0"/>
          <w:color w:val="333333"/>
          <w:sz w:val="19"/>
        </w:rPr>
        <w:t>The boundary value x = 1/2 satisfies f^([n])(1/2) = f^([n-1])(1) = 0 ≠ 1/2, so no solutions are lost, giving g(n) = 2 g(n-1).</w:t>
      </w:r>
    </w:p>
    <w:p>
      <w:pPr>
        <w:spacing w:before="0" w:after="80" w:line="300" w:lineRule="auto"/>
        <w:jc w:val="left"/>
      </w:pPr>
      <w:r>
        <w:rPr>
          <w:rFonts w:ascii="Times New Roman" w:hAnsi="Times New Roman" w:eastAsia="宋体"/>
          <w:b w:val="0"/>
          <w:i w:val="0"/>
          <w:color w:val="333333"/>
          <w:sz w:val="19"/>
        </w:rPr>
        <w:t>Since g(1) = 2, we conclude g(2005) = 2²⁰⁰⁵.</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C</w:t>
      </w:r>
    </w:p>
    <w:p>
      <w:pPr>
        <w:spacing w:before="0" w:after="80" w:line="300" w:lineRule="auto"/>
        <w:jc w:val="left"/>
      </w:pPr>
      <w:r>
        <w:rPr>
          <w:rFonts w:ascii="Times New Roman" w:hAnsi="Times New Roman" w:eastAsia="宋体"/>
          <w:b w:val="0"/>
          <w:i w:val="0"/>
          <w:sz w:val="21"/>
        </w:rPr>
        <w:t>条件 logₐ b = c²⁰⁰⁵ 等价于 b = a^((c²⁰⁰⁵))。</w:t>
      </w:r>
    </w:p>
    <w:p>
      <w:pPr>
        <w:spacing w:before="0" w:after="80" w:line="300" w:lineRule="auto"/>
        <w:jc w:val="left"/>
      </w:pPr>
      <w:r>
        <w:rPr>
          <w:rFonts w:ascii="Times New Roman" w:hAnsi="Times New Roman" w:eastAsia="宋体"/>
          <w:b w:val="0"/>
          <w:i w:val="0"/>
          <w:sz w:val="21"/>
        </w:rPr>
        <w:t>若 c ≥ 2，则 b = a^((c²⁰⁰⁵)) ≥ 2^((2²⁰⁰⁵))，远大于 2005，不可能满足 a + b + c = 2005。</w:t>
      </w:r>
    </w:p>
    <w:p>
      <w:pPr>
        <w:spacing w:before="0" w:after="80" w:line="300" w:lineRule="auto"/>
        <w:jc w:val="left"/>
      </w:pPr>
      <w:r>
        <w:rPr>
          <w:rFonts w:ascii="Times New Roman" w:hAnsi="Times New Roman" w:eastAsia="宋体"/>
          <w:b w:val="0"/>
          <w:i w:val="0"/>
          <w:sz w:val="21"/>
        </w:rPr>
        <w:t>当 c = 0 时，b = a⁰ = 1，且 a + 1 + 0 = 2005，得到 (a, b, c) = (2004, 1, 0)。当 c = 1 时，b = a¹ = a，且 2a + 1 = 2005，得到 (a, b, c) = (1002, 1002, 1)。</w:t>
      </w:r>
    </w:p>
    <w:p>
      <w:pPr>
        <w:spacing w:before="0" w:after="80" w:line="300" w:lineRule="auto"/>
        <w:jc w:val="left"/>
      </w:pPr>
      <w:r>
        <w:rPr>
          <w:rFonts w:ascii="Times New Roman" w:hAnsi="Times New Roman" w:eastAsia="宋体"/>
          <w:b w:val="0"/>
          <w:i w:val="0"/>
          <w:sz w:val="21"/>
        </w:rPr>
        <w:t>共有 2 个三元组。</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condition logₐ b = c²⁰⁰⁵ means b = a^((c²⁰⁰⁵)).</w:t>
      </w:r>
    </w:p>
    <w:p>
      <w:pPr>
        <w:spacing w:before="0" w:after="80" w:line="300" w:lineRule="auto"/>
        <w:jc w:val="left"/>
      </w:pPr>
      <w:r>
        <w:rPr>
          <w:rFonts w:ascii="Times New Roman" w:hAnsi="Times New Roman" w:eastAsia="宋体"/>
          <w:b w:val="0"/>
          <w:i w:val="0"/>
          <w:color w:val="333333"/>
          <w:sz w:val="19"/>
        </w:rPr>
        <w:t>If c ≥ 2, then b = a^((c²⁰⁰⁵)) ≥ 2^((2²⁰⁰⁵)), which vastly exceeds 2005, so a + b + c = 2005 is impossible.</w:t>
      </w:r>
    </w:p>
    <w:p>
      <w:pPr>
        <w:spacing w:before="0" w:after="80" w:line="300" w:lineRule="auto"/>
        <w:jc w:val="left"/>
      </w:pPr>
      <w:r>
        <w:rPr>
          <w:rFonts w:ascii="Times New Roman" w:hAnsi="Times New Roman" w:eastAsia="宋体"/>
          <w:b w:val="0"/>
          <w:i w:val="0"/>
          <w:color w:val="333333"/>
          <w:sz w:val="19"/>
        </w:rPr>
        <w:t>For c = 0: b = a⁰ = 1, so a + 1 + 0 = 2005 gives (a, b, c) = (2004, 1, 0). For c = 1: b = a¹ = a, so 2a + 1 = 2005 gives (a, b, c) = (1002, 1002, 1).</w:t>
      </w:r>
    </w:p>
    <w:p>
      <w:pPr>
        <w:spacing w:before="0" w:after="80" w:line="300" w:lineRule="auto"/>
        <w:jc w:val="left"/>
      </w:pPr>
      <w:r>
        <w:rPr>
          <w:rFonts w:ascii="Times New Roman" w:hAnsi="Times New Roman" w:eastAsia="宋体"/>
          <w:b w:val="0"/>
          <w:i w:val="0"/>
          <w:color w:val="333333"/>
          <w:sz w:val="19"/>
        </w:rPr>
        <w:t>There are 2 such triples.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B</w:t>
      </w:r>
    </w:p>
    <w:p>
      <w:pPr>
        <w:spacing w:before="0" w:after="80" w:line="300" w:lineRule="auto"/>
        <w:jc w:val="left"/>
      </w:pPr>
      <w:r>
        <w:rPr>
          <w:rFonts w:ascii="Times New Roman" w:hAnsi="Times New Roman" w:eastAsia="宋体"/>
          <w:b w:val="0"/>
          <w:i w:val="0"/>
          <w:sz w:val="21"/>
        </w:rPr>
        <w:t>设长方体的尺寸为 x, y, z。12 条棱给出 4(x + y + z) = 112，所以 x + y + z = 28；表面积给出 2xy + 2yz + 2xz = 384。</w:t>
      </w:r>
    </w:p>
    <w:p>
      <w:pPr>
        <w:spacing w:before="0" w:after="80" w:line="300" w:lineRule="auto"/>
        <w:jc w:val="left"/>
      </w:pPr>
      <w:r>
        <w:rPr>
          <w:rFonts w:ascii="Times New Roman" w:hAnsi="Times New Roman" w:eastAsia="宋体"/>
          <w:b w:val="0"/>
          <w:i w:val="0"/>
          <w:sz w:val="21"/>
        </w:rPr>
        <w:t>空间对角线是球的直径，因此</w:t>
      </w:r>
    </w:p>
    <w:p>
      <w:pPr>
        <w:spacing w:before="0" w:after="80" w:line="300" w:lineRule="auto"/>
        <w:jc w:val="left"/>
      </w:pPr>
      <w:r>
        <w:rPr>
          <w:rFonts w:ascii="Times New Roman" w:hAnsi="Times New Roman" w:eastAsia="宋体"/>
          <w:b w:val="0"/>
          <w:i w:val="0"/>
          <w:sz w:val="21"/>
        </w:rPr>
        <w:t>(2r)² = x² + y² + z²</w:t>
      </w:r>
    </w:p>
    <w:p>
      <w:pPr>
        <w:spacing w:before="0" w:after="80" w:line="300" w:lineRule="auto"/>
        <w:jc w:val="left"/>
      </w:pPr>
      <w:r>
        <w:rPr>
          <w:rFonts w:ascii="Times New Roman" w:hAnsi="Times New Roman" w:eastAsia="宋体"/>
          <w:b w:val="0"/>
          <w:i w:val="0"/>
          <w:sz w:val="21"/>
        </w:rPr>
        <w:t>= (x + y + z)²</w:t>
      </w:r>
    </w:p>
    <w:p>
      <w:pPr>
        <w:spacing w:before="0" w:after="80" w:line="300" w:lineRule="auto"/>
        <w:jc w:val="left"/>
      </w:pPr>
      <w:r>
        <w:rPr>
          <w:rFonts w:ascii="Times New Roman" w:hAnsi="Times New Roman" w:eastAsia="宋体"/>
          <w:b w:val="0"/>
          <w:i w:val="0"/>
          <w:sz w:val="21"/>
        </w:rPr>
        <w:t>- (2xy + 2yz + 2xz)</w:t>
      </w:r>
    </w:p>
    <w:p>
      <w:pPr>
        <w:spacing w:before="0" w:after="80" w:line="300" w:lineRule="auto"/>
        <w:jc w:val="left"/>
      </w:pPr>
      <w:r>
        <w:rPr>
          <w:rFonts w:ascii="Times New Roman" w:hAnsi="Times New Roman" w:eastAsia="宋体"/>
          <w:b w:val="0"/>
          <w:i w:val="0"/>
          <w:sz w:val="21"/>
        </w:rPr>
        <w:t>= 28² - 384 = 400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 2r = 20，所以 r = 10。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dimensions be x, y, z. The 12 edges give 4(x + y + z) = 112, so x + y + z = 28, and the surface area gives 2xy + 2yz + 2xz = 384.</w:t>
      </w:r>
    </w:p>
    <w:p>
      <w:pPr>
        <w:spacing w:before="0" w:after="80" w:line="300" w:lineRule="auto"/>
        <w:jc w:val="left"/>
      </w:pPr>
      <w:r>
        <w:rPr>
          <w:rFonts w:ascii="Times New Roman" w:hAnsi="Times New Roman" w:eastAsia="宋体"/>
          <w:b w:val="0"/>
          <w:i w:val="0"/>
          <w:color w:val="333333"/>
          <w:sz w:val="19"/>
        </w:rPr>
        <w:t>The space diagonal is a diameter of the sphere, so</w:t>
      </w:r>
    </w:p>
    <w:p>
      <w:pPr>
        <w:spacing w:before="0" w:after="80" w:line="300" w:lineRule="auto"/>
        <w:jc w:val="left"/>
      </w:pPr>
      <w:r>
        <w:rPr>
          <w:rFonts w:ascii="Times New Roman" w:hAnsi="Times New Roman" w:eastAsia="宋体"/>
          <w:b w:val="0"/>
          <w:i w:val="0"/>
          <w:color w:val="333333"/>
          <w:sz w:val="19"/>
        </w:rPr>
        <w:t>(2r)² = x² + y² + z²</w:t>
      </w:r>
    </w:p>
    <w:p>
      <w:pPr>
        <w:spacing w:before="0" w:after="80" w:line="300" w:lineRule="auto"/>
        <w:jc w:val="left"/>
      </w:pPr>
      <w:r>
        <w:rPr>
          <w:rFonts w:ascii="Times New Roman" w:hAnsi="Times New Roman" w:eastAsia="宋体"/>
          <w:b w:val="0"/>
          <w:i w:val="0"/>
          <w:color w:val="333333"/>
          <w:sz w:val="19"/>
        </w:rPr>
        <w:t>= (x + y + z)²</w:t>
      </w:r>
    </w:p>
    <w:p>
      <w:pPr>
        <w:spacing w:before="0" w:after="80" w:line="300" w:lineRule="auto"/>
        <w:jc w:val="left"/>
      </w:pPr>
      <w:r>
        <w:rPr>
          <w:rFonts w:ascii="Times New Roman" w:hAnsi="Times New Roman" w:eastAsia="宋体"/>
          <w:b w:val="0"/>
          <w:i w:val="0"/>
          <w:color w:val="333333"/>
          <w:sz w:val="19"/>
        </w:rPr>
        <w:t>- (2xy + 2yz + 2xz)</w:t>
      </w:r>
    </w:p>
    <w:p>
      <w:pPr>
        <w:spacing w:before="0" w:after="80" w:line="300" w:lineRule="auto"/>
        <w:jc w:val="left"/>
      </w:pPr>
      <w:r>
        <w:rPr>
          <w:rFonts w:ascii="Times New Roman" w:hAnsi="Times New Roman" w:eastAsia="宋体"/>
          <w:b w:val="0"/>
          <w:i w:val="0"/>
          <w:color w:val="333333"/>
          <w:sz w:val="19"/>
        </w:rPr>
        <w:t>= 28² - 384 = 400.</w:t>
      </w:r>
    </w:p>
    <w:p>
      <w:pPr>
        <w:spacing w:before="0" w:after="80" w:line="300" w:lineRule="auto"/>
        <w:jc w:val="left"/>
      </w:pPr>
      <w:r>
        <w:rPr>
          <w:rFonts w:ascii="Times New Roman" w:hAnsi="Times New Roman" w:eastAsia="宋体"/>
          <w:b w:val="0"/>
          <w:i w:val="0"/>
          <w:color w:val="333333"/>
          <w:sz w:val="19"/>
        </w:rPr>
        <w:t>Thus 2r = 20 and r = 10.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B</w:t>
      </w:r>
    </w:p>
    <w:p>
      <w:pPr>
        <w:spacing w:before="0" w:after="80" w:line="300" w:lineRule="auto"/>
        <w:jc w:val="left"/>
      </w:pPr>
      <w:r>
        <w:rPr>
          <w:rFonts w:ascii="Times New Roman" w:hAnsi="Times New Roman" w:eastAsia="宋体"/>
          <w:b w:val="0"/>
          <w:i w:val="0"/>
          <w:sz w:val="21"/>
        </w:rPr>
        <w:t>设 a = 2^(j)，b = 2ᵏ。则 logₐ b = k/j，它为整数当且仅当 k 是 j 的倍数。</w:t>
      </w:r>
    </w:p>
    <w:p>
      <w:pPr>
        <w:spacing w:before="0" w:after="80" w:line="300" w:lineRule="auto"/>
        <w:jc w:val="left"/>
      </w:pPr>
      <w:r>
        <w:rPr>
          <w:rFonts w:ascii="Times New Roman" w:hAnsi="Times New Roman" w:eastAsia="宋体"/>
          <w:b w:val="0"/>
          <w:i w:val="0"/>
          <w:sz w:val="21"/>
        </w:rPr>
        <w:t>对每个 j，满足 k ≠ j 且位于 {1, …, 25} 中的有效指数共有 ⌊ 25/j ⌋ - 1 个。对 j 求和得到</w:t>
      </w:r>
    </w:p>
    <w:p>
      <w:pPr>
        <w:spacing w:before="0" w:after="80" w:line="300" w:lineRule="auto"/>
        <w:jc w:val="left"/>
      </w:pPr>
      <w:r>
        <w:rPr>
          <w:rFonts w:ascii="Times New Roman" w:hAnsi="Times New Roman" w:eastAsia="宋体"/>
          <w:b w:val="0"/>
          <w:i w:val="0"/>
          <w:sz w:val="21"/>
        </w:rPr>
        <w:t>24 + 11 + 7 + 5 + 4 + 3 + 2</w:t>
      </w:r>
    </w:p>
    <w:p>
      <w:pPr>
        <w:spacing w:before="0" w:after="80" w:line="300" w:lineRule="auto"/>
        <w:jc w:val="left"/>
      </w:pPr>
      <w:r>
        <w:rPr>
          <w:rFonts w:ascii="Times New Roman" w:hAnsi="Times New Roman" w:eastAsia="宋体"/>
          <w:b w:val="0"/>
          <w:i w:val="0"/>
          <w:sz w:val="21"/>
        </w:rPr>
        <w:t>+ 2 + 4 · 1 = 62</w:t>
      </w:r>
    </w:p>
    <w:p>
      <w:pPr>
        <w:spacing w:before="0" w:after="80" w:line="300" w:lineRule="auto"/>
        <w:jc w:val="left"/>
      </w:pPr>
      <w:r>
        <w:rPr>
          <w:rFonts w:ascii="Times New Roman" w:hAnsi="Times New Roman" w:eastAsia="宋体"/>
          <w:b w:val="0"/>
          <w:i w:val="0"/>
          <w:sz w:val="21"/>
        </w:rPr>
        <w:t>个有序对 (a, b)。</w:t>
      </w:r>
    </w:p>
    <w:p>
      <w:pPr>
        <w:spacing w:before="0" w:after="80" w:line="300" w:lineRule="auto"/>
        <w:jc w:val="left"/>
      </w:pPr>
      <w:r>
        <w:rPr>
          <w:rFonts w:ascii="Times New Roman" w:hAnsi="Times New Roman" w:eastAsia="宋体"/>
          <w:b w:val="0"/>
          <w:i w:val="0"/>
          <w:sz w:val="21"/>
        </w:rPr>
        <w:t>总共有 25 · 24 = 600 个有序不同对，所以概率为 62/600 = 31/300。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 = 2^(j) and b = 2ᵏ. Then logₐ b = k/j, which is an integer exactly when k is a multiple of j.</w:t>
      </w:r>
    </w:p>
    <w:p>
      <w:pPr>
        <w:spacing w:before="0" w:after="80" w:line="300" w:lineRule="auto"/>
        <w:jc w:val="left"/>
      </w:pPr>
      <w:r>
        <w:rPr>
          <w:rFonts w:ascii="Times New Roman" w:hAnsi="Times New Roman" w:eastAsia="宋体"/>
          <w:b w:val="0"/>
          <w:i w:val="0"/>
          <w:color w:val="333333"/>
          <w:sz w:val="19"/>
        </w:rPr>
        <w:t>For each j, the number of valid k ≠ j in {1, …, 25} is ⌊ 25/j ⌋ - 1. Summing over j gives</w:t>
      </w:r>
    </w:p>
    <w:p>
      <w:pPr>
        <w:spacing w:before="0" w:after="80" w:line="300" w:lineRule="auto"/>
        <w:jc w:val="left"/>
      </w:pPr>
      <w:r>
        <w:rPr>
          <w:rFonts w:ascii="Times New Roman" w:hAnsi="Times New Roman" w:eastAsia="宋体"/>
          <w:b w:val="0"/>
          <w:i w:val="0"/>
          <w:color w:val="333333"/>
          <w:sz w:val="19"/>
        </w:rPr>
        <w:t>24 + 11 + 7 + 5 + 4 + 3 + 2</w:t>
      </w:r>
    </w:p>
    <w:p>
      <w:pPr>
        <w:spacing w:before="0" w:after="80" w:line="300" w:lineRule="auto"/>
        <w:jc w:val="left"/>
      </w:pPr>
      <w:r>
        <w:rPr>
          <w:rFonts w:ascii="Times New Roman" w:hAnsi="Times New Roman" w:eastAsia="宋体"/>
          <w:b w:val="0"/>
          <w:i w:val="0"/>
          <w:color w:val="333333"/>
          <w:sz w:val="19"/>
        </w:rPr>
        <w:t>+ 2 + 4 · 1 = 62</w:t>
      </w:r>
    </w:p>
    <w:p>
      <w:pPr>
        <w:spacing w:before="0" w:after="80" w:line="300" w:lineRule="auto"/>
        <w:jc w:val="left"/>
      </w:pPr>
      <w:r>
        <w:rPr>
          <w:rFonts w:ascii="Times New Roman" w:hAnsi="Times New Roman" w:eastAsia="宋体"/>
          <w:b w:val="0"/>
          <w:i w:val="0"/>
          <w:color w:val="333333"/>
          <w:sz w:val="19"/>
        </w:rPr>
        <w:t>ordered pairs (a, b).</w:t>
      </w:r>
    </w:p>
    <w:p>
      <w:pPr>
        <w:spacing w:before="0" w:after="80" w:line="300" w:lineRule="auto"/>
        <w:jc w:val="left"/>
      </w:pPr>
      <w:r>
        <w:rPr>
          <w:rFonts w:ascii="Times New Roman" w:hAnsi="Times New Roman" w:eastAsia="宋体"/>
          <w:b w:val="0"/>
          <w:i w:val="0"/>
          <w:color w:val="333333"/>
          <w:sz w:val="19"/>
        </w:rPr>
        <w:t>Since there are 25 · 24 = 600 ordered pairs of distinct elements, the probability is 62/600 = 31/300.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B</w:t>
      </w:r>
    </w:p>
    <w:p>
      <w:pPr>
        <w:spacing w:before="0" w:after="80" w:line="300" w:lineRule="auto"/>
        <w:jc w:val="left"/>
      </w:pPr>
      <w:r>
        <w:rPr>
          <w:rFonts w:ascii="Times New Roman" w:hAnsi="Times New Roman" w:eastAsia="宋体"/>
          <w:b w:val="0"/>
          <w:i w:val="0"/>
          <w:sz w:val="21"/>
        </w:rPr>
        <w:t>因为 P(x)R(x) 次数为 6，而 P(Q(x)) 次数为 3deg Q，所以 deg Q = 2。二次多项式 Q 由有序三元组 (Q(1), Q(2), Q(3)) 决定。</w:t>
      </w:r>
    </w:p>
    <w:p>
      <w:pPr>
        <w:spacing w:before="0" w:after="80" w:line="300" w:lineRule="auto"/>
        <w:jc w:val="left"/>
      </w:pPr>
      <w:r>
        <w:rPr>
          <w:rFonts w:ascii="Times New Roman" w:hAnsi="Times New Roman" w:eastAsia="宋体"/>
          <w:b w:val="0"/>
          <w:i w:val="0"/>
          <w:sz w:val="21"/>
        </w:rPr>
        <w:t>当 x = 1, 2, 3 时，右侧为零，所以 P(Q(x)) = 0，迫使每个 Q(1), Q(2), Q(3) 都属于 {1, 2, 3}，共有 27 个三元组。</w:t>
      </w:r>
    </w:p>
    <w:p>
      <w:pPr>
        <w:spacing w:before="0" w:after="80" w:line="300" w:lineRule="auto"/>
        <w:jc w:val="left"/>
      </w:pPr>
      <w:r>
        <w:rPr>
          <w:rFonts w:ascii="Times New Roman" w:hAnsi="Times New Roman" w:eastAsia="宋体"/>
          <w:b w:val="0"/>
          <w:i w:val="0"/>
          <w:sz w:val="21"/>
        </w:rPr>
        <w:t>其中 2 次以下的情形有五个：三个常数三元组 (1,1,1), (2,2,2), (3,3,3)，以及线性函数 Q(x) = x 的 (1,2,3) 和 Q(x) = 4 - x 的 (3,2,1)。其余 27 - 5 = 22 个给出真正的二次多项式。</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P(x)R(x) has degree 6 and P(Q(x)) has degree 3deg Q, we need deg Q = 2. A quadratic Q is determined by the ordered triple (Q(1), Q(2), Q(3)).</w:t>
      </w:r>
    </w:p>
    <w:p>
      <w:pPr>
        <w:spacing w:before="0" w:after="80" w:line="300" w:lineRule="auto"/>
        <w:jc w:val="left"/>
      </w:pPr>
      <w:r>
        <w:rPr>
          <w:rFonts w:ascii="Times New Roman" w:hAnsi="Times New Roman" w:eastAsia="宋体"/>
          <w:b w:val="0"/>
          <w:i w:val="0"/>
          <w:color w:val="333333"/>
          <w:sz w:val="19"/>
        </w:rPr>
        <w:t>At x = 1, 2, 3 the right side vanishes, so P(Q(x)) = 0, forcing each of Q(1), Q(2), Q(3) into {1, 2, 3}. That gives 27 triples.</w:t>
      </w:r>
    </w:p>
    <w:p>
      <w:pPr>
        <w:spacing w:before="0" w:after="80" w:line="300" w:lineRule="auto"/>
        <w:jc w:val="left"/>
      </w:pPr>
      <w:r>
        <w:rPr>
          <w:rFonts w:ascii="Times New Roman" w:hAnsi="Times New Roman" w:eastAsia="宋体"/>
          <w:b w:val="0"/>
          <w:i w:val="0"/>
          <w:color w:val="333333"/>
          <w:sz w:val="19"/>
        </w:rPr>
        <w:t>Five of them give a polynomial of degree less than 2: the constants from (1,1,1), (2,2,2), (3,3,3) and the linear Q(x) = x from (1,2,3) and Q(x) = 4 - x from (3,2,1). The other 27 - 5 = 22 triples are non-collinear and yield genuine quadratics.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C</w:t>
      </w:r>
    </w:p>
    <w:p>
      <w:pPr>
        <w:spacing w:before="0" w:after="80" w:line="300" w:lineRule="auto"/>
        <w:jc w:val="left"/>
      </w:pPr>
      <w:r>
        <w:rPr>
          <w:rFonts w:ascii="Times New Roman" w:hAnsi="Times New Roman" w:eastAsia="宋体"/>
          <w:b w:val="0"/>
          <w:i w:val="0"/>
          <w:sz w:val="21"/>
        </w:rPr>
        <w:t>这样的三角形三条边长度相等。检查 3 × 3 × 3 网格中的可能平方边长，只有三类边会出现。</w:t>
      </w:r>
    </w:p>
    <w:p>
      <w:pPr>
        <w:spacing w:before="0" w:after="80" w:line="300" w:lineRule="auto"/>
        <w:jc w:val="left"/>
      </w:pPr>
      <w:r>
        <w:rPr>
          <w:rFonts w:ascii="Times New Roman" w:hAnsi="Times New Roman" w:eastAsia="宋体"/>
          <w:b/>
          <w:i w:val="0"/>
          <w:sz w:val="21"/>
        </w:rPr>
        <w:t>单位立方体的面对角线</w:t>
      </w:r>
      <w:r>
        <w:rPr>
          <w:rFonts w:ascii="Times New Roman" w:hAnsi="Times New Roman" w:eastAsia="宋体"/>
          <w:b w:val="0"/>
          <w:i w:val="0"/>
          <w:sz w:val="21"/>
        </w:rPr>
        <w:t>（长 √(2)）：8 个单位立方体中每个贡献 8 个三角形，共 8 · 8 = 64 个。</w:t>
      </w:r>
    </w:p>
    <w:p>
      <w:pPr>
        <w:spacing w:before="0" w:after="80" w:line="300" w:lineRule="auto"/>
        <w:jc w:val="left"/>
      </w:pPr>
      <w:r>
        <w:rPr>
          <w:rFonts w:ascii="Times New Roman" w:hAnsi="Times New Roman" w:eastAsia="宋体"/>
          <w:b/>
          <w:i w:val="0"/>
          <w:sz w:val="21"/>
        </w:rPr>
        <w:t>2 × 2 × 2 大立方体的面对角线</w:t>
      </w:r>
      <w:r>
        <w:rPr>
          <w:rFonts w:ascii="Times New Roman" w:hAnsi="Times New Roman" w:eastAsia="宋体"/>
          <w:b w:val="0"/>
          <w:i w:val="0"/>
          <w:sz w:val="21"/>
        </w:rPr>
        <w:t>（长 2√(2)）：每个顶点相邻的三个面形成一个三角形，共 8 个。</w:t>
      </w:r>
    </w:p>
    <w:p>
      <w:pPr>
        <w:spacing w:before="0" w:after="80" w:line="300" w:lineRule="auto"/>
        <w:jc w:val="left"/>
      </w:pPr>
      <w:r>
        <w:rPr>
          <w:rFonts w:ascii="Times New Roman" w:hAnsi="Times New Roman" w:eastAsia="宋体"/>
          <w:b/>
          <w:i w:val="0"/>
          <w:sz w:val="21"/>
        </w:rPr>
        <w:t>边中点之间的线段</w:t>
      </w:r>
      <w:r>
        <w:rPr>
          <w:rFonts w:ascii="Times New Roman" w:hAnsi="Times New Roman" w:eastAsia="宋体"/>
          <w:b w:val="0"/>
          <w:i w:val="0"/>
          <w:sz w:val="21"/>
        </w:rPr>
        <w:t>（长 √(6)）：12 个边中点中的每一个，都是两个这种三角形的顶点，所以共有 (12 · 2)/3 = 8 个。</w:t>
      </w:r>
    </w:p>
    <w:p>
      <w:pPr>
        <w:spacing w:before="0" w:after="80" w:line="300" w:lineRule="auto"/>
        <w:jc w:val="left"/>
      </w:pPr>
      <w:r>
        <w:rPr>
          <w:rFonts w:ascii="Times New Roman" w:hAnsi="Times New Roman" w:eastAsia="宋体"/>
          <w:b w:val="0"/>
          <w:i w:val="0"/>
          <w:sz w:val="21"/>
        </w:rPr>
        <w:t>总数为 64 + 8 + 8 = 80。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three equal sides of such a triangle must all have the same length. Checking the possible squared lengths in the 3 × 3 × 3 grid, only three families of side occur.</w:t>
      </w:r>
    </w:p>
    <w:p>
      <w:pPr>
        <w:spacing w:before="0" w:after="80" w:line="300" w:lineRule="auto"/>
        <w:jc w:val="left"/>
      </w:pPr>
      <w:r>
        <w:rPr>
          <w:rFonts w:ascii="Times New Roman" w:hAnsi="Times New Roman" w:eastAsia="宋体"/>
          <w:b/>
          <w:i w:val="0"/>
          <w:color w:val="333333"/>
          <w:sz w:val="19"/>
        </w:rPr>
        <w:t>Face diagonals of a unit cube</w:t>
      </w:r>
      <w:r>
        <w:rPr>
          <w:rFonts w:ascii="Times New Roman" w:hAnsi="Times New Roman" w:eastAsia="宋体"/>
          <w:b w:val="0"/>
          <w:i w:val="0"/>
          <w:color w:val="333333"/>
          <w:sz w:val="19"/>
        </w:rPr>
        <w:t>(length √(2)): each of the 8 unit cubes contributes 8 triangles, one at each corner, for 8 · 8 = 64.</w:t>
      </w:r>
    </w:p>
    <w:p>
      <w:pPr>
        <w:spacing w:before="0" w:after="80" w:line="300" w:lineRule="auto"/>
        <w:jc w:val="left"/>
      </w:pPr>
      <w:r>
        <w:rPr>
          <w:rFonts w:ascii="Times New Roman" w:hAnsi="Times New Roman" w:eastAsia="宋体"/>
          <w:b/>
          <w:i w:val="0"/>
          <w:color w:val="333333"/>
          <w:sz w:val="19"/>
        </w:rPr>
        <w:t>Face diagonals of the 2 × 2 × 2 cube</w:t>
      </w:r>
      <w:r>
        <w:rPr>
          <w:rFonts w:ascii="Times New Roman" w:hAnsi="Times New Roman" w:eastAsia="宋体"/>
          <w:b w:val="0"/>
          <w:i w:val="0"/>
          <w:color w:val="333333"/>
          <w:sz w:val="19"/>
        </w:rPr>
        <w:t>(length 2√(2)): the three faces meeting at a vertex form one triangle, giving 8 triangles.</w:t>
      </w:r>
    </w:p>
    <w:p>
      <w:pPr>
        <w:spacing w:before="0" w:after="80" w:line="300" w:lineRule="auto"/>
        <w:jc w:val="left"/>
      </w:pPr>
      <w:r>
        <w:rPr>
          <w:rFonts w:ascii="Times New Roman" w:hAnsi="Times New Roman" w:eastAsia="宋体"/>
          <w:b/>
          <w:i w:val="0"/>
          <w:color w:val="333333"/>
          <w:sz w:val="19"/>
        </w:rPr>
        <w:t>Edge-midpoint segments</w:t>
      </w:r>
      <w:r>
        <w:rPr>
          <w:rFonts w:ascii="Times New Roman" w:hAnsi="Times New Roman" w:eastAsia="宋体"/>
          <w:b w:val="0"/>
          <w:i w:val="0"/>
          <w:color w:val="333333"/>
          <w:sz w:val="19"/>
        </w:rPr>
        <w:t>(length √(6), joining midpoints of two edges): each of the 12 edge midpoints is a vertex of two such triangles, for (12 · 2)/3 = 8.</w:t>
      </w:r>
    </w:p>
    <w:p>
      <w:pPr>
        <w:spacing w:before="0" w:after="80" w:line="300" w:lineRule="auto"/>
        <w:jc w:val="left"/>
      </w:pPr>
      <w:r>
        <w:rPr>
          <w:rFonts w:ascii="Times New Roman" w:hAnsi="Times New Roman" w:eastAsia="宋体"/>
          <w:b w:val="0"/>
          <w:i w:val="0"/>
          <w:color w:val="333333"/>
          <w:sz w:val="19"/>
        </w:rPr>
        <w:t>The total is 64 + 8 + 8 = 80.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