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2004B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上周每次篮球训练时，Jenny 罚中的球数都是前一次训练罚中球数的两倍。她第五次训练罚中 48 球。她第一次训练罚中了多少球？</w:t>
      </w:r>
    </w:p>
    <w:p>
      <w:pPr>
        <w:spacing w:before="0" w:after="120" w:line="300" w:lineRule="auto"/>
      </w:pPr>
      <w:r>
        <w:rPr>
          <w:rFonts w:ascii="Times New Roman" w:hAnsi="Times New Roman" w:eastAsia="宋体"/>
          <w:b w:val="0"/>
          <w:i w:val="0"/>
          <w:sz w:val="21"/>
        </w:rPr>
        <w:t>（A）3　　（B）6　　（C）9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each basketball practice last week, Jenny made twice as many free throws as she made at the previous practice. At her fifth practice she made 48 free throws. How many free throws did she make at the first practice?</w:t>
      </w:r>
    </w:p>
    <w:p>
      <w:pPr>
        <w:spacing w:before="0" w:after="160" w:line="300" w:lineRule="auto"/>
      </w:pPr>
      <w:r>
        <w:rPr>
          <w:rFonts w:ascii="Times New Roman" w:hAnsi="Times New Roman" w:eastAsia="宋体"/>
          <w:b w:val="0"/>
          <w:i w:val="0"/>
          <w:color w:val="333333"/>
          <w:sz w:val="19"/>
        </w:rPr>
        <w:t>(A) 3　　(B) 6　　(C) 9　　(D) 12　　(E) 15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在表达式 c · aᵇ - d 中，a，b，c 和 d 的值是 0，1，2 和 3，但顺序不一定如此。这个表达式的最大可能值是多少？</w:t>
      </w:r>
    </w:p>
    <w:p>
      <w:pPr>
        <w:spacing w:before="0" w:after="120" w:line="300" w:lineRule="auto"/>
      </w:pPr>
      <w:r>
        <w:rPr>
          <w:rFonts w:ascii="Times New Roman" w:hAnsi="Times New Roman" w:eastAsia="宋体"/>
          <w:b w:val="0"/>
          <w:i w:val="0"/>
          <w:sz w:val="21"/>
        </w:rPr>
        <w:t>（A）5　　（B）6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expression c · aᵇ - d, the values of a, b, c, and d are 0, 1, 2, and 3, although not necessarily in that order. What is the maximum possible value of the result?</w:t>
      </w:r>
    </w:p>
    <w:p>
      <w:pPr>
        <w:spacing w:before="0" w:after="160" w:line="300" w:lineRule="auto"/>
      </w:pPr>
      <w:r>
        <w:rPr>
          <w:rFonts w:ascii="Times New Roman" w:hAnsi="Times New Roman" w:eastAsia="宋体"/>
          <w:b w:val="0"/>
          <w:i w:val="0"/>
          <w:color w:val="333333"/>
          <w:sz w:val="19"/>
        </w:rPr>
        <w:t>(A) 5　　(B) 6　　(C) 8　　(D) 9　　(E) 10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x 和 y 是正整数，且 2ˣ 3ʸ = 1296，则 x + y 的值是多少？</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and y are positive integers for which 2ˣ 3ʸ = 1296, what is the value of x + y?</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从满足 10 ≤ x ≤ 99 的整数中选一个整数 x。若所有选择等可能，x 的至少一个数字是 7 的概率是多少？</w:t>
      </w:r>
    </w:p>
    <w:p>
      <w:pPr>
        <w:spacing w:before="0" w:after="120" w:line="300" w:lineRule="auto"/>
      </w:pPr>
      <w:r>
        <w:rPr>
          <w:rFonts w:ascii="Times New Roman" w:hAnsi="Times New Roman" w:eastAsia="宋体"/>
          <w:b w:val="0"/>
          <w:i w:val="0"/>
          <w:sz w:val="21"/>
        </w:rPr>
        <w:t>（A）1/9　　（B）1/5　　（C）19/90　　（D）2/9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integer x, with 10 ≤ x ≤ 99, is to be chosen. If all choices are equally likely, what is the probability that at least one digit of x is a 7?</w:t>
      </w:r>
    </w:p>
    <w:p>
      <w:pPr>
        <w:spacing w:before="0" w:after="160" w:line="300" w:lineRule="auto"/>
      </w:pPr>
      <w:r>
        <w:rPr>
          <w:rFonts w:ascii="Times New Roman" w:hAnsi="Times New Roman" w:eastAsia="宋体"/>
          <w:b w:val="0"/>
          <w:i w:val="0"/>
          <w:color w:val="333333"/>
          <w:sz w:val="19"/>
        </w:rPr>
        <w:t>(A) 1/9　　(B) 1/5　　(C) 19/90　　(D) 2/9　　(E) 1/3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Isabella 从美国去加拿大旅行，带了 d 美元。在边境她把钱全部兑换，每 7 美元可换 10 加元。花掉 60 加元后，她还剩 d 加元。d 的各位数字之和是多少？</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trip from the United States to Canada, Isabella took d U.S. dollars. At the border she exchanged them all, receiving 10 Canadian dollars for every 7 U.S. dollars. After spending 60 Canadian dollars, she had d Canadian dollars left. What is the sum of the digits of d?</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明尼阿波利斯-圣保罗国际机场位于圣保罗市中心西南 8 英里处，且位于明尼阿波利斯市中心东南 10 英里处。下列哪一个最接近圣保罗市中心和明尼阿波利斯市中心之间的英里数？</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Minneapolis-St. Paul International Airport is 8 miles southwest of downtown St. Paul and 10 miles southeast of downtown Minneapolis. Which of the following is closest to the number of miles between downtown St. Paul and downtown Minneapolis?</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一个正方形边长为 10，一个圆以该正方形的一个顶点为圆心，半径为 10。正方形和圆所围成区域的并集面积是多少？</w:t>
      </w:r>
    </w:p>
    <w:p>
      <w:pPr>
        <w:spacing w:before="0" w:after="120" w:line="300" w:lineRule="auto"/>
      </w:pPr>
      <w:r>
        <w:rPr>
          <w:rFonts w:ascii="Times New Roman" w:hAnsi="Times New Roman" w:eastAsia="宋体"/>
          <w:b w:val="0"/>
          <w:i w:val="0"/>
          <w:sz w:val="21"/>
        </w:rPr>
        <w:t>（A）200 + 25π　　（B）100 + 75π　　（C）75 + 100π　　（D）100 + 100π　　（E）100 + 125π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has sides of length 10, and a circle centered at one of its vertices has radius 10. What is the area of the union of the regions enclosed by the square and the circle?</w:t>
      </w:r>
    </w:p>
    <w:p>
      <w:pPr>
        <w:spacing w:before="0" w:after="160" w:line="300" w:lineRule="auto"/>
      </w:pPr>
      <w:r>
        <w:rPr>
          <w:rFonts w:ascii="Times New Roman" w:hAnsi="Times New Roman" w:eastAsia="宋体"/>
          <w:b w:val="0"/>
          <w:i w:val="0"/>
          <w:color w:val="333333"/>
          <w:sz w:val="19"/>
        </w:rPr>
        <w:t>(A) 200 + 25π　　(B) 100 + 75π　　(C) 75 + 100π　　(D) 100 + 100π　　(E) 100 + 125π</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一位杂货商摆放罐头，最上面一排有一个罐头，每下面一排都比上一排多两个罐头。若这个陈列共有 100 个罐头，它有多少排？</w:t>
      </w:r>
    </w:p>
    <w:p>
      <w:pPr>
        <w:spacing w:before="0" w:after="120" w:line="300" w:lineRule="auto"/>
      </w:pPr>
      <w:r>
        <w:rPr>
          <w:rFonts w:ascii="Times New Roman" w:hAnsi="Times New Roman" w:eastAsia="宋体"/>
          <w:b w:val="0"/>
          <w:i w:val="0"/>
          <w:sz w:val="21"/>
        </w:rPr>
        <w:t>（A）5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grocer makes a display of cans in which the top row has one can and each lower row has two more cans than the row above it. If the display contains 100 cans, how many rows does it contain?</w:t>
      </w:r>
    </w:p>
    <w:p>
      <w:pPr>
        <w:spacing w:before="0" w:after="160" w:line="300" w:lineRule="auto"/>
      </w:pPr>
      <w:r>
        <w:rPr>
          <w:rFonts w:ascii="Times New Roman" w:hAnsi="Times New Roman" w:eastAsia="宋体"/>
          <w:b w:val="0"/>
          <w:i w:val="0"/>
          <w:color w:val="333333"/>
          <w:sz w:val="19"/>
        </w:rPr>
        <w:t>(A) 5　　(B) 8　　(C) 9　　(D) 10　　(E) 11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点 (-3, 2) 绕原点顺时针旋转 90° 得到点 B。然后点 B 关于直线 y = x 反射得到点 C。C 的坐标是什么？</w:t>
      </w:r>
    </w:p>
    <w:p>
      <w:pPr>
        <w:spacing w:before="0" w:after="120" w:line="300" w:lineRule="auto"/>
      </w:pPr>
      <w:r>
        <w:rPr>
          <w:rFonts w:ascii="Times New Roman" w:hAnsi="Times New Roman" w:eastAsia="宋体"/>
          <w:b w:val="0"/>
          <w:i w:val="0"/>
          <w:sz w:val="21"/>
        </w:rPr>
        <w:t>（A）(-3, -2)　　（B）(-2, -3)　　（C）(2, -3)　　（D）(2, 3)　　（E）(3,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 (-3, 2) is rotated 90° clockwise around the origin to point B. Point B is then reflected in the line y = x to point C. What are the coordinates of C?</w:t>
      </w:r>
    </w:p>
    <w:p>
      <w:pPr>
        <w:spacing w:before="0" w:after="160" w:line="300" w:lineRule="auto"/>
      </w:pPr>
      <w:r>
        <w:rPr>
          <w:rFonts w:ascii="Times New Roman" w:hAnsi="Times New Roman" w:eastAsia="宋体"/>
          <w:b w:val="0"/>
          <w:i w:val="0"/>
          <w:color w:val="333333"/>
          <w:sz w:val="19"/>
        </w:rPr>
        <w:t>(A) (-3, -2)　　(B) (-2, -3)　　(C) (2, -3)　　(D) (2, 3)　　(E) (3, 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sz w:val="21"/>
        </w:rPr>
        <w:t>圆环</w:t>
      </w:r>
      <w:r>
        <w:rPr>
          <w:rFonts w:ascii="Times New Roman" w:hAnsi="Times New Roman" w:eastAsia="宋体"/>
          <w:b w:val="0"/>
          <w:i w:val="0"/>
          <w:sz w:val="21"/>
        </w:rPr>
        <w:t>是两个同心圆之间的区域。图中的同心圆半径分别为 b 和 c，其中 b &gt; c。令 OX 为大圆的一条半径，XZ 在 Z 处与小圆相切，OY 是经过 Z 的大圆半径。令 a = XZ、d = YZ、e = XY。这个圆环的面积是多少？</w:t>
      </w:r>
    </w:p>
    <w:p>
      <w:pPr>
        <w:spacing w:before="80" w:after="80"/>
        <w:jc w:val="center"/>
      </w:pPr>
      <w:r>
        <w:drawing>
          <wp:inline xmlns:a="http://schemas.openxmlformats.org/drawingml/2006/main" xmlns:pic="http://schemas.openxmlformats.org/drawingml/2006/picture">
            <wp:extent cx="2172699" cy="2337956"/>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2172699" cy="2337956"/>
                    </a:xfrm>
                    <a:prstGeom prst="rect"/>
                  </pic:spPr>
                </pic:pic>
              </a:graphicData>
            </a:graphic>
          </wp:inline>
        </w:drawing>
      </w:r>
    </w:p>
    <w:p>
      <w:pPr>
        <w:spacing w:before="0" w:after="120" w:line="300" w:lineRule="auto"/>
      </w:pPr>
      <w:r>
        <w:rPr>
          <w:rFonts w:ascii="Times New Roman" w:hAnsi="Times New Roman" w:eastAsia="宋体"/>
          <w:b w:val="0"/>
          <w:i w:val="0"/>
          <w:sz w:val="21"/>
        </w:rPr>
        <w:t>（A）π a²　　（B）π b²　　（C）π c²　　（D）π d²　　（E）π e²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w:t>
      </w:r>
      <w:r>
        <w:rPr>
          <w:rFonts w:ascii="Times New Roman" w:hAnsi="Times New Roman" w:eastAsia="宋体"/>
          <w:b w:val="0"/>
          <w:i/>
          <w:color w:val="333333"/>
          <w:sz w:val="19"/>
        </w:rPr>
        <w:t>annulus</w:t>
      </w:r>
      <w:r>
        <w:rPr>
          <w:rFonts w:ascii="Times New Roman" w:hAnsi="Times New Roman" w:eastAsia="宋体"/>
          <w:b w:val="0"/>
          <w:i w:val="0"/>
          <w:color w:val="333333"/>
          <w:sz w:val="19"/>
        </w:rPr>
        <w:t>is the region between two concentric circles. The concentric circles in the figure have radii b and c, with b &gt; c. Let OX be a radius of the larger circle, let XZ be tangent to the smaller circle at Z, and let OY be the radius of the larger circle that contains Z. Let a = XZ, d = YZ, and e = XY. What is the area of the annulus?</w:t>
      </w:r>
    </w:p>
    <w:p>
      <w:pPr>
        <w:spacing w:before="80" w:after="80"/>
        <w:jc w:val="center"/>
      </w:pPr>
      <w:r>
        <w:drawing>
          <wp:inline xmlns:a="http://schemas.openxmlformats.org/drawingml/2006/main" xmlns:pic="http://schemas.openxmlformats.org/drawingml/2006/picture">
            <wp:extent cx="2172699" cy="2337956"/>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2172699" cy="23379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 a²　　(B) π b²　　(C) π c²　　(D) π d²　　(E) π e²</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代数课上的所有学生都参加了一次满分 100 分的考试。五名学生得了 100 分，每名学生至少得 60 分，平均分为 76。这个班最少可能有多少名学生？</w:t>
      </w:r>
    </w:p>
    <w:p>
      <w:pPr>
        <w:spacing w:before="0" w:after="120" w:line="300" w:lineRule="auto"/>
      </w:pPr>
      <w:r>
        <w:rPr>
          <w:rFonts w:ascii="Times New Roman" w:hAnsi="Times New Roman" w:eastAsia="宋体"/>
          <w:b w:val="0"/>
          <w:i w:val="0"/>
          <w:sz w:val="21"/>
        </w:rPr>
        <w:t>（A）10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students in an algebra class took a 100-point test. Five students scored 100, each student scored at least 60, and the mean score was 76. What is the smallest possible number of students in the class?</w:t>
      </w:r>
    </w:p>
    <w:p>
      <w:pPr>
        <w:spacing w:before="0" w:after="160" w:line="300" w:lineRule="auto"/>
      </w:pPr>
      <w:r>
        <w:rPr>
          <w:rFonts w:ascii="Times New Roman" w:hAnsi="Times New Roman" w:eastAsia="宋体"/>
          <w:b w:val="0"/>
          <w:i w:val="0"/>
          <w:color w:val="333333"/>
          <w:sz w:val="19"/>
        </w:rPr>
        <w:t>(A) 10　　(B) 11　　(C) 12　　(D) 13　　(E) 14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在数列 2001，2002，2003，… 中，从第四项起，每一项等于前两项之和减去前一项。例如第四项为 2001 + 2002 - 2003 = 2000。这个数列的第 2004 项是多少？</w:t>
      </w:r>
    </w:p>
    <w:p>
      <w:pPr>
        <w:spacing w:before="0" w:after="120" w:line="300" w:lineRule="auto"/>
      </w:pPr>
      <w:r>
        <w:rPr>
          <w:rFonts w:ascii="Times New Roman" w:hAnsi="Times New Roman" w:eastAsia="宋体"/>
          <w:b w:val="0"/>
          <w:i w:val="0"/>
          <w:sz w:val="21"/>
        </w:rPr>
        <w:t>（A）-2004　　（B）-2　　（C）0　　（D）4003　　（E）6007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sequence 2001, 2002, 2003, …, each term after the third is found by subtracting the previous term from the sum of the two terms that precede that term. For example, the fourth term is 2001 + 2002 - 2003 = 2000. What is the 2004th term in this sequence?</w:t>
      </w:r>
    </w:p>
    <w:p>
      <w:pPr>
        <w:spacing w:before="0" w:after="160" w:line="300" w:lineRule="auto"/>
      </w:pPr>
      <w:r>
        <w:rPr>
          <w:rFonts w:ascii="Times New Roman" w:hAnsi="Times New Roman" w:eastAsia="宋体"/>
          <w:b w:val="0"/>
          <w:i w:val="0"/>
          <w:color w:val="333333"/>
          <w:sz w:val="19"/>
        </w:rPr>
        <w:t>(A) -2004　　(B) -2　　(C) 0　　(D) 4003　　(E) 6007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若 f(x) = ax + b，且 f⁻¹(x) = bx + a，其中 a 和 b 为实数，则 a + b 的值是多少？</w:t>
      </w:r>
    </w:p>
    <w:p>
      <w:pPr>
        <w:spacing w:before="0" w:after="120" w:line="300" w:lineRule="auto"/>
      </w:pPr>
      <w:r>
        <w:rPr>
          <w:rFonts w:ascii="Times New Roman" w:hAnsi="Times New Roman" w:eastAsia="宋体"/>
          <w:b w:val="0"/>
          <w:i w:val="0"/>
          <w:sz w:val="21"/>
        </w:rPr>
        <w:t>（A）-2　　（B）-1　　（C）0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 = ax + b and f⁻¹(x) = bx + a with a and b real, what is the value of a + b?</w:t>
      </w:r>
    </w:p>
    <w:p>
      <w:pPr>
        <w:spacing w:before="0" w:after="160" w:line="300" w:lineRule="auto"/>
      </w:pPr>
      <w:r>
        <w:rPr>
          <w:rFonts w:ascii="Times New Roman" w:hAnsi="Times New Roman" w:eastAsia="宋体"/>
          <w:b w:val="0"/>
          <w:i w:val="0"/>
          <w:color w:val="333333"/>
          <w:sz w:val="19"/>
        </w:rPr>
        <w:t>(A) -2　　(B) -1　　(C) 0　　(D) 1　　(E) 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 △ ABC 中，AB = 13、AC = 5、BC = 12。点 M 和 N 分别在 AC 和 BC 上，且 CM = CN = 4。点 J 和 K 在 AB 上，使得 MJ 和 NK 都垂直于 AB。五边形 CMJKN 的面积是多少？</w:t>
      </w:r>
    </w:p>
    <w:p>
      <w:pPr>
        <w:spacing w:before="80" w:after="80"/>
        <w:jc w:val="center"/>
      </w:pPr>
      <w:r>
        <w:drawing>
          <wp:inline xmlns:a="http://schemas.openxmlformats.org/drawingml/2006/main" xmlns:pic="http://schemas.openxmlformats.org/drawingml/2006/picture">
            <wp:extent cx="2101920" cy="981678"/>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2101920" cy="981678"/>
                    </a:xfrm>
                    <a:prstGeom prst="rect"/>
                  </pic:spPr>
                </pic:pic>
              </a:graphicData>
            </a:graphic>
          </wp:inline>
        </w:drawing>
      </w:r>
    </w:p>
    <w:p>
      <w:pPr>
        <w:spacing w:before="0" w:after="120" w:line="300" w:lineRule="auto"/>
      </w:pPr>
      <w:r>
        <w:rPr>
          <w:rFonts w:ascii="Times New Roman" w:hAnsi="Times New Roman" w:eastAsia="宋体"/>
          <w:b w:val="0"/>
          <w:i w:val="0"/>
          <w:sz w:val="21"/>
        </w:rPr>
        <w:t>（A）15　　（B）81/5　　（C）205/12　　（D）240/13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 = 13, AC = 5 and BC = 12. Points M and N lie on AC and BC, respectively, with CM = CN = 4. Points J and K are on AB so that MJ and NK are perpendicular to AB. What is the area of pentagon CMJKN?</w:t>
      </w:r>
    </w:p>
    <w:p>
      <w:pPr>
        <w:spacing w:before="80" w:after="80"/>
        <w:jc w:val="center"/>
      </w:pPr>
      <w:r>
        <w:drawing>
          <wp:inline xmlns:a="http://schemas.openxmlformats.org/drawingml/2006/main" xmlns:pic="http://schemas.openxmlformats.org/drawingml/2006/picture">
            <wp:extent cx="2101920" cy="981678"/>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2101920" cy="98167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81/5　　(C) 205/12　　(D) 240/13　　(E) 20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Jack 年龄的两个数字与 Bill 年龄的两个数字相同，但顺序相反。五年后，Jack 的年龄将是 Bill 那时年龄的两倍。他们现在年龄的差是多少？</w:t>
      </w:r>
    </w:p>
    <w:p>
      <w:pPr>
        <w:spacing w:before="0" w:after="120" w:line="300" w:lineRule="auto"/>
      </w:pPr>
      <w:r>
        <w:rPr>
          <w:rFonts w:ascii="Times New Roman" w:hAnsi="Times New Roman" w:eastAsia="宋体"/>
          <w:b w:val="0"/>
          <w:i w:val="0"/>
          <w:sz w:val="21"/>
        </w:rPr>
        <w:t>（A）9　　（B）18　　（C）27　　（D）36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digits in Jack’s age are the same as the digits in Bill’s age, but in reverse order. In five years Jack will be twice as old as Bill will be then. What is the difference in their current ages?</w:t>
      </w:r>
    </w:p>
    <w:p>
      <w:pPr>
        <w:spacing w:before="0" w:after="160" w:line="300" w:lineRule="auto"/>
      </w:pPr>
      <w:r>
        <w:rPr>
          <w:rFonts w:ascii="Times New Roman" w:hAnsi="Times New Roman" w:eastAsia="宋体"/>
          <w:b w:val="0"/>
          <w:i w:val="0"/>
          <w:color w:val="333333"/>
          <w:sz w:val="19"/>
        </w:rPr>
        <w:t>(A) 9　　(B) 18　　(C) 27　　(D) 36　　(E) 45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函数 f 定义为 f(z) = iz，其中 i = √(-1)，z 是 z 的复共轭。有多少个 z 同时满足 |z| = 5 和 f(z) = z？</w:t>
      </w:r>
    </w:p>
    <w:p>
      <w:pPr>
        <w:spacing w:before="0" w:after="120" w:line="300" w:lineRule="auto"/>
      </w:pPr>
      <w:r>
        <w:rPr>
          <w:rFonts w:ascii="Times New Roman" w:hAnsi="Times New Roman" w:eastAsia="宋体"/>
          <w:b w:val="0"/>
          <w:i w:val="0"/>
          <w:sz w:val="21"/>
        </w:rPr>
        <w:t>（A）0　　（B）1　　（C）2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function f is defined by f(z) = iz, where i = √(-1) and z is the complex conjugate of z. How many values of z satisfy both |z| = 5 and f(z) = z?</w:t>
      </w:r>
    </w:p>
    <w:p>
      <w:pPr>
        <w:spacing w:before="0" w:after="160" w:line="300" w:lineRule="auto"/>
      </w:pPr>
      <w:r>
        <w:rPr>
          <w:rFonts w:ascii="Times New Roman" w:hAnsi="Times New Roman" w:eastAsia="宋体"/>
          <w:b w:val="0"/>
          <w:i w:val="0"/>
          <w:color w:val="333333"/>
          <w:sz w:val="19"/>
        </w:rPr>
        <w:t>(A) 0　　(B) 1　　(C) 2　　(D) 4　　(E) 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对某些实数 a 和 b，方程</w:t>
      </w:r>
    </w:p>
    <w:p>
      <w:pPr>
        <w:spacing w:before="0" w:after="80" w:line="300" w:lineRule="auto"/>
        <w:jc w:val="left"/>
      </w:pPr>
      <w:r>
        <w:rPr>
          <w:rFonts w:ascii="Times New Roman" w:hAnsi="Times New Roman" w:eastAsia="宋体"/>
          <w:b w:val="0"/>
          <w:i w:val="0"/>
          <w:sz w:val="21"/>
        </w:rPr>
        <w:t>8x³ + 4ax² + 2bx + a = 0</w:t>
      </w:r>
    </w:p>
    <w:p>
      <w:pPr>
        <w:spacing w:before="0" w:after="80" w:line="300" w:lineRule="auto"/>
        <w:jc w:val="left"/>
      </w:pPr>
      <w:r>
        <w:rPr>
          <w:rFonts w:ascii="Times New Roman" w:hAnsi="Times New Roman" w:eastAsia="宋体"/>
          <w:b w:val="0"/>
          <w:i w:val="0"/>
          <w:sz w:val="21"/>
        </w:rPr>
        <w:t>有三个不同的正根。若这些根的以 2 为底的对数之和为 5，则 a 的值是多少？</w:t>
      </w:r>
    </w:p>
    <w:p>
      <w:pPr>
        <w:spacing w:before="0" w:after="120" w:line="300" w:lineRule="auto"/>
      </w:pPr>
      <w:r>
        <w:rPr>
          <w:rFonts w:ascii="Times New Roman" w:hAnsi="Times New Roman" w:eastAsia="宋体"/>
          <w:b w:val="0"/>
          <w:i w:val="0"/>
          <w:sz w:val="21"/>
        </w:rPr>
        <w:t>（A）-256　　（B）-64　　（C）-8　　（D）64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real numbers a and b, the equation</w:t>
      </w:r>
    </w:p>
    <w:p>
      <w:pPr>
        <w:spacing w:before="0" w:after="80" w:line="300" w:lineRule="auto"/>
        <w:jc w:val="left"/>
      </w:pPr>
      <w:r>
        <w:rPr>
          <w:rFonts w:ascii="Times New Roman" w:hAnsi="Times New Roman" w:eastAsia="宋体"/>
          <w:b w:val="0"/>
          <w:i w:val="0"/>
          <w:color w:val="333333"/>
          <w:sz w:val="19"/>
        </w:rPr>
        <w:t>8x³ + 4ax² + 2bx + a = 0</w:t>
      </w:r>
    </w:p>
    <w:p>
      <w:pPr>
        <w:spacing w:before="0" w:after="80" w:line="300" w:lineRule="auto"/>
        <w:jc w:val="left"/>
      </w:pPr>
      <w:r>
        <w:rPr>
          <w:rFonts w:ascii="Times New Roman" w:hAnsi="Times New Roman" w:eastAsia="宋体"/>
          <w:b w:val="0"/>
          <w:i w:val="0"/>
          <w:color w:val="333333"/>
          <w:sz w:val="19"/>
        </w:rPr>
        <w:t>has three distinct positive roots. If the sum of the base-2 logarithms of the roots is 5, what is the value of a?</w:t>
      </w:r>
    </w:p>
    <w:p>
      <w:pPr>
        <w:spacing w:before="0" w:after="160" w:line="300" w:lineRule="auto"/>
      </w:pPr>
      <w:r>
        <w:rPr>
          <w:rFonts w:ascii="Times New Roman" w:hAnsi="Times New Roman" w:eastAsia="宋体"/>
          <w:b w:val="0"/>
          <w:i w:val="0"/>
          <w:color w:val="333333"/>
          <w:sz w:val="19"/>
        </w:rPr>
        <w:t>(A) -256　　(B) -64　　(C) -8　　(D) 64　　(E) 256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点 A 和 B 在抛物线 y = 4x² + 7x - 1 上，且原点是 AB 的中点。AB 的长度是多少？</w:t>
      </w:r>
    </w:p>
    <w:p>
      <w:pPr>
        <w:spacing w:before="0" w:after="120" w:line="300" w:lineRule="auto"/>
      </w:pPr>
      <w:r>
        <w:rPr>
          <w:rFonts w:ascii="Times New Roman" w:hAnsi="Times New Roman" w:eastAsia="宋体"/>
          <w:b w:val="0"/>
          <w:i w:val="0"/>
          <w:sz w:val="21"/>
        </w:rPr>
        <w:t>（A）2√(5)　　（B）5 + (√(2))/2　　（C）5 + √(2)　　（D）7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B are on the parabola y = 4x² + 7x - 1, and the origin is the midpoint of AB. What is the length of AB?</w:t>
      </w:r>
    </w:p>
    <w:p>
      <w:pPr>
        <w:spacing w:before="0" w:after="160" w:line="300" w:lineRule="auto"/>
      </w:pPr>
      <w:r>
        <w:rPr>
          <w:rFonts w:ascii="Times New Roman" w:hAnsi="Times New Roman" w:eastAsia="宋体"/>
          <w:b w:val="0"/>
          <w:i w:val="0"/>
          <w:color w:val="333333"/>
          <w:sz w:val="19"/>
        </w:rPr>
        <w:t>(A) 2√(5)　　(B) 5 + (√(2))/2　　(C) 5 + √(2)　　(D) 7　　(E) 5√(2)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一个截锥有水平底面，两个底面半径分别为 18 和 2。一个球与截锥的上底面、下底面和侧面都相切。这个球的半径是多少？</w:t>
      </w:r>
    </w:p>
    <w:p>
      <w:pPr>
        <w:spacing w:before="0" w:after="120" w:line="300" w:lineRule="auto"/>
      </w:pPr>
      <w:r>
        <w:rPr>
          <w:rFonts w:ascii="Times New Roman" w:hAnsi="Times New Roman" w:eastAsia="宋体"/>
          <w:b w:val="0"/>
          <w:i w:val="0"/>
          <w:sz w:val="21"/>
        </w:rPr>
        <w:t>（A）6　　（B）4√(5)　　（C）9　　（D）10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truncated cone has horizontal bases with radii 18 and 2. A sphere is tangent to the top, bottom, and lateral surface of the truncated cone. What is the radius of the sphere?</w:t>
      </w:r>
    </w:p>
    <w:p>
      <w:pPr>
        <w:spacing w:before="0" w:after="160" w:line="300" w:lineRule="auto"/>
      </w:pPr>
      <w:r>
        <w:rPr>
          <w:rFonts w:ascii="Times New Roman" w:hAnsi="Times New Roman" w:eastAsia="宋体"/>
          <w:b w:val="0"/>
          <w:i w:val="0"/>
          <w:color w:val="333333"/>
          <w:sz w:val="19"/>
        </w:rPr>
        <w:t>(A) 6　　(B) 4√(5)　　(C) 9　　(D) 10　　(E) 6√(3)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一个立方体的每个面都独立地以概率 1/2 涂成红色或蓝色。这个涂色立方体能被放在水平面上，使得四个竖直面颜色全相同的概率是多少？</w:t>
      </w:r>
    </w:p>
    <w:p>
      <w:pPr>
        <w:spacing w:before="0" w:after="120" w:line="300" w:lineRule="auto"/>
      </w:pPr>
      <w:r>
        <w:rPr>
          <w:rFonts w:ascii="Times New Roman" w:hAnsi="Times New Roman" w:eastAsia="宋体"/>
          <w:b w:val="0"/>
          <w:i w:val="0"/>
          <w:sz w:val="21"/>
        </w:rPr>
        <w:t>（A）1/4　　（B）5/16　　（C）3/8　　（D）7/16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face of a cube is painted either red or blue, each with probability 1/2. The color of each face is determined independently. What is the probability that the painted cube can be placed on a horizontal surface so that the four vertical faces are all the same color?</w:t>
      </w:r>
    </w:p>
    <w:p>
      <w:pPr>
        <w:spacing w:before="0" w:after="160" w:line="300" w:lineRule="auto"/>
      </w:pPr>
      <w:r>
        <w:rPr>
          <w:rFonts w:ascii="Times New Roman" w:hAnsi="Times New Roman" w:eastAsia="宋体"/>
          <w:b w:val="0"/>
          <w:i w:val="0"/>
          <w:color w:val="333333"/>
          <w:sz w:val="19"/>
        </w:rPr>
        <w:t>(A) 1/4　　(B) 5/16　　(C) 3/8　　(D) 7/16　　(E) 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方程 2x² + xy + 3y² - 11x - 20y + 40 = 0 的图像是在 xy 平面第一象限内的一个椭圆。令 a 和 b 分别为椭圆上所有点 (x, y) 的 y/x 的最大值和最小值。a + b 的值是多少？</w:t>
      </w:r>
    </w:p>
    <w:p>
      <w:pPr>
        <w:spacing w:before="0" w:after="120" w:line="300" w:lineRule="auto"/>
      </w:pPr>
      <w:r>
        <w:rPr>
          <w:rFonts w:ascii="Times New Roman" w:hAnsi="Times New Roman" w:eastAsia="宋体"/>
          <w:b w:val="0"/>
          <w:i w:val="0"/>
          <w:sz w:val="21"/>
        </w:rPr>
        <w:t>（A）3　　（B）√(10)　　（C）7/2　　（D）9/2　　（E）2√(14)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2x² + xy + 3y² - 11x - 20y + 40 = 0 is an ellipse in the first quadrant of the xy-plane. Let a and b be the maximum and minimum values of y/x over all points (x, y) on the ellipse. What is the value of a + b?</w:t>
      </w:r>
    </w:p>
    <w:p>
      <w:pPr>
        <w:spacing w:before="0" w:after="160" w:line="300" w:lineRule="auto"/>
      </w:pPr>
      <w:r>
        <w:rPr>
          <w:rFonts w:ascii="Times New Roman" w:hAnsi="Times New Roman" w:eastAsia="宋体"/>
          <w:b w:val="0"/>
          <w:i w:val="0"/>
          <w:color w:val="333333"/>
          <w:sz w:val="19"/>
        </w:rPr>
        <w:t>(A) 3　　(B) √(10)　　(C) 7/2　　(D) 9/2　　(E) 2√(14)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方阵</w:t>
      </w:r>
    </w:p>
    <w:tbl>
      <w:tblPr>
        <w:tblW w:type="auto" w:w="0"/>
        <w:jc w:val="center"/>
        <w:tblLayout w:type="autofit"/>
        <w:tblLook w:firstColumn="1" w:firstRow="1" w:lastColumn="0" w:lastRow="0" w:noHBand="0" w:noVBand="1" w:val="04A0"/>
      </w:tblPr>
      <w:tblGrid>
        <w:gridCol w:w="3137"/>
        <w:gridCol w:w="3137"/>
        <w:gridCol w:w="3137"/>
      </w:tblGrid>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50</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b</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c</w:t>
            </w:r>
          </w:p>
        </w:tc>
      </w:tr>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d</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e</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f</w:t>
            </w:r>
          </w:p>
        </w:tc>
      </w:tr>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g</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h</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2</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是一个乘法幻方。也就是说，每一行、每一列和每条对角线上的数的乘积都相同。若所有项都是正整数，g 的可能值之和是多少？</w:t>
      </w:r>
    </w:p>
    <w:p>
      <w:pPr>
        <w:spacing w:before="0" w:after="120" w:line="300" w:lineRule="auto"/>
      </w:pPr>
      <w:r>
        <w:rPr>
          <w:rFonts w:ascii="Times New Roman" w:hAnsi="Times New Roman" w:eastAsia="宋体"/>
          <w:b w:val="0"/>
          <w:i w:val="0"/>
          <w:sz w:val="21"/>
        </w:rPr>
        <w:t>（A）10　　（B）25　　（C）35　　（D）62　　（E）136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w:t>
      </w:r>
    </w:p>
    <w:tbl>
      <w:tblPr>
        <w:tblW w:type="auto" w:w="0"/>
        <w:jc w:val="center"/>
        <w:tblLayout w:type="autofit"/>
        <w:tblLook w:firstColumn="1" w:firstRow="1" w:lastColumn="0" w:lastRow="0" w:noHBand="0" w:noVBand="1" w:val="04A0"/>
      </w:tblPr>
      <w:tblGrid>
        <w:gridCol w:w="3137"/>
        <w:gridCol w:w="3137"/>
        <w:gridCol w:w="3137"/>
      </w:tblGrid>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50</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b</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c</w:t>
            </w:r>
          </w:p>
        </w:tc>
      </w:tr>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d</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e</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f</w:t>
            </w:r>
          </w:p>
        </w:tc>
      </w:tr>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g</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h</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2</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is a multiplicative magic square. That is, the product of the numbers in each row, column, and diagonal is the same. If all the entries are positive integers, what is the sum of the possible values of g?</w:t>
      </w:r>
    </w:p>
    <w:p>
      <w:pPr>
        <w:spacing w:before="0" w:after="160" w:line="300" w:lineRule="auto"/>
      </w:pPr>
      <w:r>
        <w:rPr>
          <w:rFonts w:ascii="Times New Roman" w:hAnsi="Times New Roman" w:eastAsia="宋体"/>
          <w:b w:val="0"/>
          <w:i w:val="0"/>
          <w:color w:val="333333"/>
          <w:sz w:val="19"/>
        </w:rPr>
        <w:t>(A) 10　　(B) 25　　(C) 35　　(D) 62　　(E) 136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多项式 x³ - 2004x² + mx + n 的系数为整数，并且有三个不同的正零点。其中恰好一个零点是整数，且它等于另外两个零点之和。n 可能有多少个值？</w:t>
      </w:r>
    </w:p>
    <w:p>
      <w:pPr>
        <w:spacing w:before="0" w:after="120" w:line="300" w:lineRule="auto"/>
      </w:pPr>
      <w:r>
        <w:rPr>
          <w:rFonts w:ascii="Times New Roman" w:hAnsi="Times New Roman" w:eastAsia="宋体"/>
          <w:b w:val="0"/>
          <w:i w:val="0"/>
          <w:sz w:val="21"/>
        </w:rPr>
        <w:t>（A）250,000　　（B）250,250　　（C）250,500　　（D）250,750　　（E）251,000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x³ - 2004x² + mx + n has integer coefficients and three distinct positive zeros. Exactly one of these is an integer, and it is the sum of the other two. How many values of n are possible?</w:t>
      </w:r>
    </w:p>
    <w:p>
      <w:pPr>
        <w:spacing w:before="0" w:after="160" w:line="300" w:lineRule="auto"/>
      </w:pPr>
      <w:r>
        <w:rPr>
          <w:rFonts w:ascii="Times New Roman" w:hAnsi="Times New Roman" w:eastAsia="宋体"/>
          <w:b w:val="0"/>
          <w:i w:val="0"/>
          <w:color w:val="333333"/>
          <w:sz w:val="19"/>
        </w:rPr>
        <w:t>(A) 250,000　　(B) 250,250　　(C) 250,500　　(D) 250,750　　(E) 251,000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 △ ABC 中，AB = BC，且 BD 是高。点 E 在 AC 的延长线上，且 BE = 10。tan ∠ CBE、tan ∠ DBE、tan ∠ ABE 的值构成等比数列，而 cot ∠ DBE、cot ∠ CBE、cot ∠ DBC 的值构成等差数列。△ ABC 的面积是多少？</w:t>
      </w:r>
    </w:p>
    <w:p>
      <w:pPr>
        <w:spacing w:before="80" w:after="80"/>
        <w:jc w:val="center"/>
      </w:pPr>
      <w:r>
        <w:drawing>
          <wp:inline xmlns:a="http://schemas.openxmlformats.org/drawingml/2006/main" xmlns:pic="http://schemas.openxmlformats.org/drawingml/2006/picture">
            <wp:extent cx="1837984" cy="1412413"/>
            <wp:docPr id="5" name="Picture 5"/>
            <wp:cNvGraphicFramePr>
              <a:graphicFrameLocks noChangeAspect="1"/>
            </wp:cNvGraphicFramePr>
            <a:graphic>
              <a:graphicData uri="http://schemas.openxmlformats.org/drawingml/2006/picture">
                <pic:pic>
                  <pic:nvPicPr>
                    <pic:cNvPr id="0" name="q24-1@300dpi.png"/>
                    <pic:cNvPicPr/>
                  </pic:nvPicPr>
                  <pic:blipFill>
                    <a:blip r:embed="rId11"/>
                    <a:stretch>
                      <a:fillRect/>
                    </a:stretch>
                  </pic:blipFill>
                  <pic:spPr>
                    <a:xfrm>
                      <a:off x="0" y="0"/>
                      <a:ext cx="1837984" cy="1412413"/>
                    </a:xfrm>
                    <a:prstGeom prst="rect"/>
                  </pic:spPr>
                </pic:pic>
              </a:graphicData>
            </a:graphic>
          </wp:inline>
        </w:drawing>
      </w:r>
    </w:p>
    <w:p>
      <w:pPr>
        <w:spacing w:before="0" w:after="120" w:line="300" w:lineRule="auto"/>
      </w:pPr>
      <w:r>
        <w:rPr>
          <w:rFonts w:ascii="Times New Roman" w:hAnsi="Times New Roman" w:eastAsia="宋体"/>
          <w:b w:val="0"/>
          <w:i w:val="0"/>
          <w:sz w:val="21"/>
        </w:rPr>
        <w:t>（A）16　　（B）50/3　　（C）10√(3)　　（D）8√(5)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 = BC, and BD is an altitude. Point E is on the extension of AC such that BE = 10. The values of tan ∠ CBE, tan ∠ DBE, and tan ∠ ABE form a geometric progression, and the values of cot ∠ DBE, cot ∠ CBE, cot ∠ DBC form an arithmetic progression. What is the area of △ ABC?</w:t>
      </w:r>
    </w:p>
    <w:p>
      <w:pPr>
        <w:spacing w:before="80" w:after="80"/>
        <w:jc w:val="center"/>
      </w:pPr>
      <w:r>
        <w:drawing>
          <wp:inline xmlns:a="http://schemas.openxmlformats.org/drawingml/2006/main" xmlns:pic="http://schemas.openxmlformats.org/drawingml/2006/picture">
            <wp:extent cx="1837984" cy="1412413"/>
            <wp:docPr id="6" name="Picture 6"/>
            <wp:cNvGraphicFramePr>
              <a:graphicFrameLocks noChangeAspect="1"/>
            </wp:cNvGraphicFramePr>
            <a:graphic>
              <a:graphicData uri="http://schemas.openxmlformats.org/drawingml/2006/picture">
                <pic:pic>
                  <pic:nvPicPr>
                    <pic:cNvPr id="0" name="q24-1@300dpi.png"/>
                    <pic:cNvPicPr/>
                  </pic:nvPicPr>
                  <pic:blipFill>
                    <a:blip r:embed="rId11"/>
                    <a:stretch>
                      <a:fillRect/>
                    </a:stretch>
                  </pic:blipFill>
                  <pic:spPr>
                    <a:xfrm>
                      <a:off x="0" y="0"/>
                      <a:ext cx="1837984" cy="14124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50/3　　(C) 10√(3)　　(D) 8√(5)　　(E) 18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已知 2²⁰⁰⁴ 是一个 604 位数，且首位数字是 1，集合 S = {2⁰, 2¹, 2², …, 2²⁰⁰³} 中有多少个元素的首位数字是 4？</w:t>
      </w:r>
    </w:p>
    <w:p>
      <w:pPr>
        <w:spacing w:before="0" w:after="120" w:line="300" w:lineRule="auto"/>
      </w:pPr>
      <w:r>
        <w:rPr>
          <w:rFonts w:ascii="Times New Roman" w:hAnsi="Times New Roman" w:eastAsia="宋体"/>
          <w:b w:val="0"/>
          <w:i w:val="0"/>
          <w:sz w:val="21"/>
        </w:rPr>
        <w:t>（A）194　　（B）195　　（C）196　　（D）197　　（E）198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2²⁰⁰⁴ is a 604-digit number whose first digit is 1, how many elements of the set S = {2⁰, 2¹, 2², …, 2²⁰⁰³} have a first digit of 4?</w:t>
      </w:r>
    </w:p>
    <w:p>
      <w:pPr>
        <w:spacing w:before="0" w:after="160" w:line="300" w:lineRule="auto"/>
      </w:pPr>
      <w:r>
        <w:rPr>
          <w:rFonts w:ascii="Times New Roman" w:hAnsi="Times New Roman" w:eastAsia="宋体"/>
          <w:b w:val="0"/>
          <w:i w:val="0"/>
          <w:color w:val="333333"/>
          <w:sz w:val="19"/>
        </w:rPr>
        <w:t>(A) 194　　(B) 195　　(C) 196　　(D) 197　　(E) 198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A　B　A　A　B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C　A　D　B　C　A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B　C　C　C　B　B</w:t>
      </w:r>
    </w:p>
    <w:p>
      <w:pPr>
        <w:spacing w:before="0" w:after="200" w:line="300" w:lineRule="auto"/>
      </w:pPr>
      <w:r>
        <w:rPr>
          <w:rFonts w:ascii="Times New Roman" w:hAnsi="Times New Roman" w:eastAsia="宋体"/>
          <w:b w:val="0"/>
          <w:i w:val="0"/>
          <w:color w:val="666666"/>
          <w:sz w:val="18"/>
        </w:rPr>
        <w:t>答案串：ADABAABDEADCADBCAEABCCCBB</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每次训练罚中球数都是前一次的两倍，所以倒着推要除以二。第五次是 48，前几次分别是 24、12、6、3 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practice she made twice the previous, so going backward we halve. From the fifth practice at 48, the earlier practices had 24, 12, 6, and 3 free throws.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为了使结果最大，取 d = 0。此时 a, b, c 分别取 1, 2, 3 中的不同值；当 c = 1 且 aᵇ = 3² = 9 时，c · aᵇ 最大。这给出 1 · 9 - 0 = 9，比 2³ = 8 以及其他分配都大。</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maximize, set d = 0. With a, b, c taking 1, 2, 3, the term c · aᵇ is largest when c = 1 and aᵇ = 3² = 9. This gives 1 · 9 - 0 = 9, which beats 2³ = 8 and the other assignments.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分解得 1296 = 6⁴ = 2⁴ · 3⁴。比较指数可得 x = 4、y = 4，所以 x + y =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1296 = 6⁴ = 2⁴ · 3⁴. Matching exponents gives x = 4 and y = 4, so x + y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从 10 到 99 共有 90 个整数。个位是 7 的有十个，十位是 7 的有九个。由于 77 被重复计算，所以至少有一个 7 的数共有 10 + 9 - 1 = 18 个。概率为 18/90 =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90 integers from 10 to 99. Ten have a units digit 7, and nine have a tens digit 7. Since 77 is counted twice, there are 10 + 9 - 1 = 18 with at least one 7. The probability is 18/90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兑换后得到 10d/7 加元。花掉 60 后，她有 10d/7 - 60 = d。因此 3d/7 = 60，所以 d = 140，数字和为 1 + 4 + 0 = 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Exchanging gives 10d/7 Canadian dollars. After spending 60, she has 10d/7 - 60 = d. Then 3d/7 = 60, so d = 140. The sum of its digits is 1 + 4 + 0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西南和东南方向互相垂直，所以机场位于一个直角三角形的直角顶点，两条直角边长为 8 和 10。两个市中心之间的距离为 √(10² + 8²) = √(164) ≈ 12.8，最接近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Southwest and southeast are perpendicular, so the airport sits at the right angle of a right triangle with legs 8 and 10. The distance between downtowns is √(10² + 8²) = √(164) ≈ 12.8, closest to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正方形面积为 100，圆面积为 100π。二者重叠部分是位于正方形内的四分之一圆，面积为 25π。并集面积为 100 + 100π - 25π = 100 + 75π。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has area 100 and the circle has area 100π. Their overlap is the quarter of the circle lying inside the square, with area 25π. The union is 100 + 100π - 25π = 100 + 75π.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各排罐头数为 1, 3, 5, …, (2n - 1)，前 n 个奇数之和为 n²。令 n² = 100，得 n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rows contain 1, 3, 5, …, (2n - 1) cans, and the sum of the first n odd numbers is n². Setting n² = 100 gives n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将 (-3, 2) 顺时针旋转 90°，按 (x, y) → (y, -x)，得到 B = (2, 3)。关于 y = x 反射会交换坐标，所以 C = (3,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Rotating (-3, 2) by 90° clockwise sends (x, y) → (y, -x), giving B = (2, 3). Reflecting in y = x swaps coordinates, giving C = (3,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圆环面积为 π b² - π c²。因为 XZ 在 Z 处与小圆相切，所以它垂直于半径 OZ，于是 △ OZX 在 Z 处为直角。由此 b² = c² + a²，所以 b² - c² = a²，面积为 π a²。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annulus area is π b² - π c². Because XZ is tangent to the smaller circle at Z, it is perpendicular to radius OZ, so △ OZX is right-angled at Z. Then b² = c² + a², giving b² - c² = a². The area is π a².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每个 100 分比平均分 76 高 24 分，所以五个学生共高出 120 分。这些必须由低于平均分的分数抵消，而每个剩余学生最多低 76 - 60 = 16 分。因此至少需要 120/16 = 7.5，即 8 名额外学生，总数为 13。五个 100 分和八个 61 分可以达到这一情况。</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score of 100 is 24 above the mean, so the five contribute 120 points above 76. These must be balanced by points below the mean, and each remaining student is at most 76 - 60 = 16 below. So at least 120/16 = 7.5, hence 8 more students are needed, for a total of 13. Five 100s and eight 61s achieve this.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递推给出 2001、2002、2003、2000、2005、1998, …。偶数项为 2002, 2000, 1998, …，每次减少 2。</w:t>
      </w:r>
    </w:p>
    <w:p>
      <w:pPr>
        <w:spacing w:before="0" w:after="80" w:line="300" w:lineRule="auto"/>
        <w:jc w:val="left"/>
      </w:pPr>
      <w:r>
        <w:rPr>
          <w:rFonts w:ascii="Times New Roman" w:hAnsi="Times New Roman" w:eastAsia="宋体"/>
          <w:b w:val="0"/>
          <w:i w:val="0"/>
          <w:sz w:val="21"/>
        </w:rPr>
        <w:t>更确切地说，用归纳法可以验证 a₂ₖ = 2004 - 2k 且 a₂ₖ₊₁ = 2001 + 2k。因此</w:t>
      </w:r>
    </w:p>
    <w:p>
      <w:pPr>
        <w:spacing w:before="0" w:after="80" w:line="300" w:lineRule="auto"/>
        <w:jc w:val="left"/>
      </w:pPr>
      <w:r>
        <w:rPr>
          <w:rFonts w:ascii="Times New Roman" w:hAnsi="Times New Roman" w:eastAsia="宋体"/>
          <w:b w:val="0"/>
          <w:i w:val="0"/>
          <w:sz w:val="21"/>
        </w:rPr>
        <w:t>a₂₀₀₄ = a_(2·1002)</w:t>
      </w:r>
    </w:p>
    <w:p>
      <w:pPr>
        <w:spacing w:before="0" w:after="80" w:line="300" w:lineRule="auto"/>
        <w:jc w:val="left"/>
      </w:pPr>
      <w:r>
        <w:rPr>
          <w:rFonts w:ascii="Times New Roman" w:hAnsi="Times New Roman" w:eastAsia="宋体"/>
          <w:b w:val="0"/>
          <w:i w:val="0"/>
          <w:sz w:val="21"/>
        </w:rPr>
        <w:t>= 2004 - 2(1002) = 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rule gives 2001, 2002, 2003, 2000, 2005, 1998, … The even-indexed terms are 2002, 2000, 1998, …, decreasing by 2.</w:t>
      </w:r>
    </w:p>
    <w:p>
      <w:pPr>
        <w:spacing w:before="0" w:after="80" w:line="300" w:lineRule="auto"/>
        <w:jc w:val="left"/>
      </w:pPr>
      <w:r>
        <w:rPr>
          <w:rFonts w:ascii="Times New Roman" w:hAnsi="Times New Roman" w:eastAsia="宋体"/>
          <w:b w:val="0"/>
          <w:i w:val="0"/>
          <w:color w:val="333333"/>
          <w:sz w:val="19"/>
        </w:rPr>
        <w:t>More precisely, the recurrence verifies inductively that a₂ₖ = 2004 - 2k and a₂ₖ₊₁ = 2001 + 2k. Therefore</w:t>
      </w:r>
    </w:p>
    <w:p>
      <w:pPr>
        <w:spacing w:before="0" w:after="80" w:line="300" w:lineRule="auto"/>
        <w:jc w:val="left"/>
      </w:pPr>
      <w:r>
        <w:rPr>
          <w:rFonts w:ascii="Times New Roman" w:hAnsi="Times New Roman" w:eastAsia="宋体"/>
          <w:b w:val="0"/>
          <w:i w:val="0"/>
          <w:color w:val="333333"/>
          <w:sz w:val="19"/>
        </w:rPr>
        <w:t>a₂₀₀₄ = a_(2·1002)</w:t>
      </w:r>
    </w:p>
    <w:p>
      <w:pPr>
        <w:spacing w:before="0" w:after="80" w:line="300" w:lineRule="auto"/>
        <w:jc w:val="left"/>
      </w:pPr>
      <w:r>
        <w:rPr>
          <w:rFonts w:ascii="Times New Roman" w:hAnsi="Times New Roman" w:eastAsia="宋体"/>
          <w:b w:val="0"/>
          <w:i w:val="0"/>
          <w:color w:val="333333"/>
          <w:sz w:val="19"/>
        </w:rPr>
        <w:t>= 2004 - 2(1002) =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因为 f(f⁻¹(x)) = x，所以 a(bx + a) + b = x。比较系数得 ab = 1 和 a² + b = 0。于是 b = 1/a，且 a² + 1/a = 0，所以 a³ = -1 得到 a = -1、b = -1。因此 a + b =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f(f⁻¹(x)) = x, we have a(bx + a) + b = x. Matching terms gives ab = 1 and a² + b = 0. Then b = 1/a and a² + 1/a = 0, so a³ = -1, giving a = -1 and b = -1. Thus a + b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因为 5² + 12² = 13²，△ ABC 在 C 处为直角，面积为 1/2 (5)(12) = 30。小直角三角形 △ AMJ 和 △ NBK 都与 △ ABC 相似，斜边分别为 AM = 5 - 4 = 1 和 BN = 12 - 4 = 8。它们的面积为 (1/13)² (30) 和 (8/13)² (30)。</w:t>
      </w:r>
    </w:p>
    <w:p>
      <w:pPr>
        <w:spacing w:before="0" w:after="80" w:line="300" w:lineRule="auto"/>
        <w:jc w:val="left"/>
      </w:pPr>
      <w:r>
        <w:rPr>
          <w:rFonts w:ascii="Times New Roman" w:hAnsi="Times New Roman" w:eastAsia="宋体"/>
          <w:b w:val="0"/>
          <w:i w:val="0"/>
          <w:sz w:val="21"/>
        </w:rPr>
        <w:t>五边形是剩余部分：</w:t>
      </w:r>
    </w:p>
    <w:p>
      <w:pPr>
        <w:spacing w:before="0" w:after="80" w:line="300" w:lineRule="auto"/>
        <w:jc w:val="left"/>
      </w:pPr>
      <w:r>
        <w:rPr>
          <w:rFonts w:ascii="Times New Roman" w:hAnsi="Times New Roman" w:eastAsia="宋体"/>
          <w:b w:val="0"/>
          <w:i w:val="0"/>
          <w:sz w:val="21"/>
        </w:rPr>
        <w:t>(1 - 1/169 - 64/169)(30)</w:t>
      </w:r>
    </w:p>
    <w:p>
      <w:pPr>
        <w:spacing w:before="0" w:after="80" w:line="300" w:lineRule="auto"/>
        <w:jc w:val="left"/>
      </w:pPr>
      <w:r>
        <w:rPr>
          <w:rFonts w:ascii="Times New Roman" w:hAnsi="Times New Roman" w:eastAsia="宋体"/>
          <w:b w:val="0"/>
          <w:i w:val="0"/>
          <w:sz w:val="21"/>
        </w:rPr>
        <w:t>= 104/169(30) = 240/13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5² + 12² = 13², △ ABC is right-angled at C with area 1/2 (5)(12) = 30. The small right triangles △ AMJ and △ NBK are each similar to △ ABC, with hypotenuses AM = 5 - 4 = 1 and BN = 12 - 4 = 8. Their areas are (1/13)² (30) and (8/13)² (30).</w:t>
      </w:r>
    </w:p>
    <w:p>
      <w:pPr>
        <w:spacing w:before="0" w:after="80" w:line="300" w:lineRule="auto"/>
        <w:jc w:val="left"/>
      </w:pPr>
      <w:r>
        <w:rPr>
          <w:rFonts w:ascii="Times New Roman" w:hAnsi="Times New Roman" w:eastAsia="宋体"/>
          <w:b w:val="0"/>
          <w:i w:val="0"/>
          <w:color w:val="333333"/>
          <w:sz w:val="19"/>
        </w:rPr>
        <w:t>The pentagon is what remains:</w:t>
      </w:r>
    </w:p>
    <w:p>
      <w:pPr>
        <w:spacing w:before="0" w:after="80" w:line="300" w:lineRule="auto"/>
        <w:jc w:val="left"/>
      </w:pPr>
      <w:r>
        <w:rPr>
          <w:rFonts w:ascii="Times New Roman" w:hAnsi="Times New Roman" w:eastAsia="宋体"/>
          <w:b w:val="0"/>
          <w:i w:val="0"/>
          <w:color w:val="333333"/>
          <w:sz w:val="19"/>
        </w:rPr>
        <w:t>(1 - 1/169 - 64/169)(30)</w:t>
      </w:r>
    </w:p>
    <w:p>
      <w:pPr>
        <w:spacing w:before="0" w:after="80" w:line="300" w:lineRule="auto"/>
        <w:jc w:val="left"/>
      </w:pPr>
      <w:r>
        <w:rPr>
          <w:rFonts w:ascii="Times New Roman" w:hAnsi="Times New Roman" w:eastAsia="宋体"/>
          <w:b w:val="0"/>
          <w:i w:val="0"/>
          <w:color w:val="333333"/>
          <w:sz w:val="19"/>
        </w:rPr>
        <w:t>= 104/169(30) = 240/13.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设 Jack 为 10x + y，Bill 为 10y + x，则 10x + y + 5 = 2(10y + x + 5)，所以 8x = 19y + 5。检验数字，只有 y = 1, x = 3 可行，因此 Jack 是 31 岁，Bill 是 13 岁。差为 31 - 13 = 18。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Jack be 10x + y and Bill be 10y + x. Then 10x + y + 5 = 2(10y + x + 5), so 8x = 19y + 5. Testing digits, only y = 1, x = 3 works, so Jack is 31 and Bill is 13. The difference is 31 - 13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写 z = x + iy 则 f(z) = i(x - iy) = y + ix。令 f(z) = z 得 y = x，这是一条过原点的直线。条件 |z| = 5 是一个圆，过圆心的直线与圆相交于 2 个点。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z = x + iy, we get f(z) = i(x - iy) = y + ix. Setting f(z) = z gives y = x, which is a line through the origin. The condition |z| = 5 is a circle, and a line through the center meets the circle in 2 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以 2 为底的对数之和为 log₂(r₁ r₂ r₃) = 5，所以 r₁ r₂ r₃ = 2⁵ = 32。由 Vieta 公式，方程 8x³ + 4ax² + 2bx + a 的根的乘积为 -a/8。因此 -a/8 = 32 得到 a = -256。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base-2 logarithms is log₂(r₁ r₂ r₃) = 5, so r₁ r₂ r₃ = 2⁵ = 32. By Vieta’s formulas on 8x³ + 4ax² + 2bx + a, the product of the roots is -a/8. Thus -a/8 = 32, giving a = -256.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设 B = (a, b)、A = (-a, -b)。则 4a² + 7a - 1 = b，且 4a² - 7a - 1 = -b。相减得 14a = 2b，所以 b = 7a。再由 4a² + 7a - 1 = 7a 得 a² = 1/4，且 b² = 49a² = 49/4。因此 AB = 2√(a² + b²) = 2√(50/4) = 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 = (a, b) and A = (-a, -b). Then 4a² + 7a - 1 = b and 4a² - 7a - 1 = -b. Subtracting gives 14a = 2b, so b = 7a. Then 4a² + 7a - 1 = 7a gives a² = 1/4, and b² = 49a² = 49/4. So AB = 2√(a² + b²) = 2√(50/4) = 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轴截面是梯形 ABCD，平行边长为 2 和 18，且有一个内切圆（球的大圆）。从 B 和 C 引出的切线段长度相等，所以斜边 BC = 18 + 2 = 20。从 C 向下底作垂线，得到一个水平直角边为 18 - 2 = 16 的直角三角形，所以高为 √(20² - 16²) = 12。球的半径是高的一半，即 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axial cross-section is a trapezoid ABCD with parallel sides 2 and 18 and an inscribed circle (a great circle of the sphere). By equal tangent lengths from B and C, the slant side BC = 18 + 2 = 20. Dropping a perpendicular from C to the bottom base gives a right triangle with horizontal leg 18 - 2 = 16, so the height is √(20² - 16²) = 12. The sphere’s radius is half the height,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共有 2⁶ = 64 种涂色。存在合适摆放方式的情况包括：六个面全同色（2 种），恰好五个面同色（ 2 · 6 = 12 种），或四个面为一种颜色且另外两个面为另一种颜色并位于相对面（ 2 · 3 = 6 种）。共有 2 + 12 + 6 = 20 种有利涂色，所以概率为 20/64 = 5/16。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2⁶ = 64 colorings. A suitable orientation exists when all six faces are one color (2 ways), exactly five faces are one color (2 · 6 = 12 ways), or four faces are one color with the other color on a pair of opposite faces (2 · 3 = 6 ways). That is 2 + 12 + 6 = 20 favorable colorings, so the probability is 20/64 = 5/16.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斜率 a 和 b 是使直线 y = mx 与椭圆恰好交于一点的 m 值。代入得</w:t>
      </w:r>
    </w:p>
    <w:p>
      <w:pPr>
        <w:spacing w:before="0" w:after="80" w:line="300" w:lineRule="auto"/>
        <w:jc w:val="left"/>
      </w:pPr>
      <w:r>
        <w:rPr>
          <w:rFonts w:ascii="Times New Roman" w:hAnsi="Times New Roman" w:eastAsia="宋体"/>
          <w:b w:val="0"/>
          <w:i w:val="0"/>
          <w:sz w:val="21"/>
        </w:rPr>
        <w:t>(3m² + m + 2)x²</w:t>
      </w:r>
    </w:p>
    <w:p>
      <w:pPr>
        <w:spacing w:before="0" w:after="80" w:line="300" w:lineRule="auto"/>
        <w:jc w:val="left"/>
      </w:pPr>
      <w:r>
        <w:rPr>
          <w:rFonts w:ascii="Times New Roman" w:hAnsi="Times New Roman" w:eastAsia="宋体"/>
          <w:b w:val="0"/>
          <w:i w:val="0"/>
          <w:sz w:val="21"/>
        </w:rPr>
        <w:t>- (20m + 11)x + 40 = 0。</w:t>
      </w:r>
    </w:p>
    <w:p>
      <w:pPr>
        <w:spacing w:before="0" w:after="80" w:line="300" w:lineRule="auto"/>
        <w:jc w:val="left"/>
      </w:pPr>
      <w:r>
        <w:rPr>
          <w:rFonts w:ascii="Times New Roman" w:hAnsi="Times New Roman" w:eastAsia="宋体"/>
          <w:b w:val="0"/>
          <w:i w:val="0"/>
          <w:sz w:val="21"/>
        </w:rPr>
        <w:t>令判别式为零，得到 -80m² + 280m - 199 = 0。由 Vieta 公式，a + b = 280/80 = 7/2。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slopes a and b are the values of m for which y = mx meets the ellipse in exactly one point. Substituting gives</w:t>
      </w:r>
    </w:p>
    <w:p>
      <w:pPr>
        <w:spacing w:before="0" w:after="80" w:line="300" w:lineRule="auto"/>
        <w:jc w:val="left"/>
      </w:pPr>
      <w:r>
        <w:rPr>
          <w:rFonts w:ascii="Times New Roman" w:hAnsi="Times New Roman" w:eastAsia="宋体"/>
          <w:b w:val="0"/>
          <w:i w:val="0"/>
          <w:color w:val="333333"/>
          <w:sz w:val="19"/>
        </w:rPr>
        <w:t>(3m² + m + 2)x²</w:t>
      </w:r>
    </w:p>
    <w:p>
      <w:pPr>
        <w:spacing w:before="0" w:after="80" w:line="300" w:lineRule="auto"/>
        <w:jc w:val="left"/>
      </w:pPr>
      <w:r>
        <w:rPr>
          <w:rFonts w:ascii="Times New Roman" w:hAnsi="Times New Roman" w:eastAsia="宋体"/>
          <w:b w:val="0"/>
          <w:i w:val="0"/>
          <w:color w:val="333333"/>
          <w:sz w:val="19"/>
        </w:rPr>
        <w:t>- (20m + 11)x + 40 = 0.</w:t>
      </w:r>
    </w:p>
    <w:p>
      <w:pPr>
        <w:spacing w:before="0" w:after="80" w:line="300" w:lineRule="auto"/>
        <w:jc w:val="left"/>
      </w:pPr>
      <w:r>
        <w:rPr>
          <w:rFonts w:ascii="Times New Roman" w:hAnsi="Times New Roman" w:eastAsia="宋体"/>
          <w:b w:val="0"/>
          <w:i w:val="0"/>
          <w:color w:val="333333"/>
          <w:sz w:val="19"/>
        </w:rPr>
        <w:t>Setting its discriminant to zero yields -80m² + 280m - 199 = 0. By Vieta’s formulas, a + b = 280/80 =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由各行、列、对角线乘积相等，可把每一项都写成关于 b 的式子：h = 100/b、g = 100/c、f = 100/d。比较行和列得 c = 20/b、d = 4/b，因此 g = 5b，且 e = 10。</w:t>
      </w:r>
    </w:p>
    <w:p>
      <w:pPr>
        <w:spacing w:before="0" w:after="80" w:line="300" w:lineRule="auto"/>
        <w:jc w:val="left"/>
      </w:pPr>
      <w:r>
        <w:rPr>
          <w:rFonts w:ascii="Times New Roman" w:hAnsi="Times New Roman" w:eastAsia="宋体"/>
          <w:b w:val="0"/>
          <w:i w:val="0"/>
          <w:sz w:val="21"/>
        </w:rPr>
        <w:t>所有项都是正整数当且仅当 b = 1, 2，或 4，对应 g = 5, 10, 20。它们的和为 35。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equal row, column, and diagonal products, every entry can be written in terms of b: h = 100/b, g = 100/c, f = 100/d. Comparing rows and columns gives c = 20/b and d = 4/b, hence g = 5b and e = 10.</w:t>
      </w:r>
    </w:p>
    <w:p>
      <w:pPr>
        <w:spacing w:before="0" w:after="80" w:line="300" w:lineRule="auto"/>
        <w:jc w:val="left"/>
      </w:pPr>
      <w:r>
        <w:rPr>
          <w:rFonts w:ascii="Times New Roman" w:hAnsi="Times New Roman" w:eastAsia="宋体"/>
          <w:b w:val="0"/>
          <w:i w:val="0"/>
          <w:color w:val="333333"/>
          <w:sz w:val="19"/>
        </w:rPr>
        <w:t>All entries are positive integers exactly when b = 1, 2, or 4, giving g = 5, 10, 20. Their sum is 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设整数零点为 a。另外两个零点是无理共轭数 a/2 ± r，它们的和 a 等于整数零点。由 x² 项系数的 Vieta 公式，a + a = 2004，所以 a = 1002，共轭对为 501 ± r。</w:t>
      </w:r>
    </w:p>
    <w:p>
      <w:pPr>
        <w:spacing w:before="0" w:after="80" w:line="300" w:lineRule="auto"/>
        <w:jc w:val="left"/>
      </w:pPr>
      <w:r>
        <w:rPr>
          <w:rFonts w:ascii="Times New Roman" w:hAnsi="Times New Roman" w:eastAsia="宋体"/>
          <w:b w:val="0"/>
          <w:i w:val="0"/>
          <w:sz w:val="21"/>
        </w:rPr>
        <w:t>系数为整数当且仅当 r² 是正整数；零点为正且互不相同当 1 ≤ r² ≤ 501² - 1 = 251,000。由于 r 不能是整数，排除 500 个平方数 r² = 1², …, 500²，剩下 251,000 - 500 = 250,500 个 n 的值。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integer zero be a. The other two zeros are irrational conjugates a/2 ± r, whose sum a equals the integer zero. Vieta’s formula on the x² coefficient gives a + a = 2004, so a = 1002 and the conjugate pair is 501 ± r.</w:t>
      </w:r>
    </w:p>
    <w:p>
      <w:pPr>
        <w:spacing w:before="0" w:after="80" w:line="300" w:lineRule="auto"/>
        <w:jc w:val="left"/>
      </w:pPr>
      <w:r>
        <w:rPr>
          <w:rFonts w:ascii="Times New Roman" w:hAnsi="Times New Roman" w:eastAsia="宋体"/>
          <w:b w:val="0"/>
          <w:i w:val="0"/>
          <w:color w:val="333333"/>
          <w:sz w:val="19"/>
        </w:rPr>
        <w:t>The coefficients are integers exactly when r² is a positive integer, and the zeros are positive and distinct when 1 ≤ r² ≤ 501² - 1 = 251,000. Since r cannot be an integer, we exclude the 500 perfect-square values r² = 1², …, 500², leaving 251,000 - 500 = 250,500 values of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令 ∠ DBE = α、∠ DBC = β。由于 BD 是等腰三角形的高，∠ CBE = α - β，且 ∠ ABE = α + β。等比数列给出 tan(α - β)tan(α + β) = tan²α，化简为 tan²β(tan⁴α - 1) = 0，所以 tanα = 1，α = 45°。</w:t>
      </w:r>
    </w:p>
    <w:p>
      <w:pPr>
        <w:spacing w:before="0" w:after="80" w:line="300" w:lineRule="auto"/>
        <w:jc w:val="left"/>
      </w:pPr>
      <w:r>
        <w:rPr>
          <w:rFonts w:ascii="Times New Roman" w:hAnsi="Times New Roman" w:eastAsia="宋体"/>
          <w:b w:val="0"/>
          <w:i w:val="0"/>
          <w:sz w:val="21"/>
        </w:rPr>
        <w:t>设 DC = a、BD = b，等差数列 cot∠ DBE、cot∠ CBE、cot∠ DBC 变为 1, (b + a)/(b - a), b/a，从而推出 b = 3a。又 BE = 10，且 ∠ DBE = 45°，所以 b = BE/(√(2)) = 5√(2)，于是 a = (5√(2))/3。</w:t>
      </w:r>
    </w:p>
    <w:p>
      <w:pPr>
        <w:spacing w:before="0" w:after="80" w:line="300" w:lineRule="auto"/>
        <w:jc w:val="left"/>
      </w:pPr>
      <w:r>
        <w:rPr>
          <w:rFonts w:ascii="Times New Roman" w:hAnsi="Times New Roman" w:eastAsia="宋体"/>
          <w:b w:val="0"/>
          <w:i w:val="0"/>
          <w:sz w:val="21"/>
        </w:rPr>
        <w:t>△ ABC 的面积为 1/2 (AC)(BD) = ab = 5√(2) · (5√(2))/3 = 50/3。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DBE = α and ∠ DBC = β. Since BD is the altitude of the isosceles triangle, ∠ CBE = α - β and ∠ ABE = α + β. The geometric progression gives tan(α - β)tan(α + β) = tan²α, which simplifies to tan²β(tan⁴α - 1) = 0, so tanα = 1 and α = 45°.</w:t>
      </w:r>
    </w:p>
    <w:p>
      <w:pPr>
        <w:spacing w:before="0" w:after="80" w:line="300" w:lineRule="auto"/>
        <w:jc w:val="left"/>
      </w:pPr>
      <w:r>
        <w:rPr>
          <w:rFonts w:ascii="Times New Roman" w:hAnsi="Times New Roman" w:eastAsia="宋体"/>
          <w:b w:val="0"/>
          <w:i w:val="0"/>
          <w:color w:val="333333"/>
          <w:sz w:val="19"/>
        </w:rPr>
        <w:t>Writing DC = a and BD = b, the arithmetic progression cot∠ DBE, cot∠ CBE, cot∠ DBC becomes 1, (b + a)/(b - a), b/a, forcing b = 3a. With BE = 10 and ∠ DBE = 45°, we get b = BE/(√(2)) = 5√(2), so a = (5√(2))/3.</w:t>
      </w:r>
    </w:p>
    <w:p>
      <w:pPr>
        <w:spacing w:before="0" w:after="80" w:line="300" w:lineRule="auto"/>
        <w:jc w:val="left"/>
      </w:pPr>
      <w:r>
        <w:rPr>
          <w:rFonts w:ascii="Times New Roman" w:hAnsi="Times New Roman" w:eastAsia="宋体"/>
          <w:b w:val="0"/>
          <w:i w:val="0"/>
          <w:color w:val="333333"/>
          <w:sz w:val="19"/>
        </w:rPr>
        <w:t>The area of △ ABC is 1/2 (AC)(BD) = ab = 5√(2) · (5√(2))/3 = 50/3.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具有任意固定位数的最小 2 的幂位于 10ᵏ 和 2·10ᵏ 之间，所以首位数字为 1。因为 2²⁰⁰⁴ 是以 1 开头的 604 位数，它是位数为 604 的第一个幂。因此集合 S 对从 1 到 603 的每一种位数恰含一个首位为 1 的数，共 603 个。</w:t>
      </w:r>
    </w:p>
    <w:p>
      <w:pPr>
        <w:spacing w:before="0" w:after="80" w:line="300" w:lineRule="auto"/>
        <w:jc w:val="left"/>
      </w:pPr>
      <w:r>
        <w:rPr>
          <w:rFonts w:ascii="Times New Roman" w:hAnsi="Times New Roman" w:eastAsia="宋体"/>
          <w:b w:val="0"/>
          <w:i w:val="0"/>
          <w:sz w:val="21"/>
        </w:rPr>
        <w:t>在每个首位为 1 的幂之后，下一个幂的首位为 2 或 3，再下一个幂的首位为 4, 5, 6，或 7。所以有 603 个元素首位为 2 或 3，另有 603 个元素首位从 4 到 7，剩余 2004 - 3(603) = 195 个元素首位为 8 或 9。</w:t>
      </w:r>
    </w:p>
    <w:p>
      <w:pPr>
        <w:spacing w:before="0" w:after="80" w:line="300" w:lineRule="auto"/>
        <w:jc w:val="left"/>
      </w:pPr>
      <w:r>
        <w:rPr>
          <w:rFonts w:ascii="Times New Roman" w:hAnsi="Times New Roman" w:eastAsia="宋体"/>
          <w:b w:val="0"/>
          <w:i w:val="0"/>
          <w:sz w:val="21"/>
        </w:rPr>
        <w:t>最后，把首位为 8 或 9 的幂除以二，会得到前一个首位为 4 的幂；把任意首位为 4 的幂乘以二正好是逆操作。这是一个双射，所以首位数字为 4 的元素有 195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power of 2 with any given digit-count lies between 10ᵏ and 2·10ᵏ, so it has leading digit 1. Because 2²⁰⁰⁴ is a 604-digit number beginning with 1, it is the first 604-digit power. Thus the powers in S contain exactly one leading-1 number for each digit-count from 1 through 603, or 603 in all.</w:t>
      </w:r>
    </w:p>
    <w:p>
      <w:pPr>
        <w:spacing w:before="0" w:after="80" w:line="300" w:lineRule="auto"/>
        <w:jc w:val="left"/>
      </w:pPr>
      <w:r>
        <w:rPr>
          <w:rFonts w:ascii="Times New Roman" w:hAnsi="Times New Roman" w:eastAsia="宋体"/>
          <w:b w:val="0"/>
          <w:i w:val="0"/>
          <w:color w:val="333333"/>
          <w:sz w:val="19"/>
        </w:rPr>
        <w:t>After each leading-1 power, the next power leads with 2 or 3, and the following power leads with 4, 5, 6, or 7. Hence 603 elements lead with 2 or 3, another 603 lead with 4 through 7, and the remaining 2004 - 3(603) = 195 lead with 8 or 9.</w:t>
      </w:r>
    </w:p>
    <w:p>
      <w:pPr>
        <w:spacing w:before="0" w:after="80" w:line="300" w:lineRule="auto"/>
        <w:jc w:val="left"/>
      </w:pPr>
      <w:r>
        <w:rPr>
          <w:rFonts w:ascii="Times New Roman" w:hAnsi="Times New Roman" w:eastAsia="宋体"/>
          <w:b w:val="0"/>
          <w:i w:val="0"/>
          <w:color w:val="333333"/>
          <w:sz w:val="19"/>
        </w:rPr>
        <w:t>Finally, halving a power that leads with 8 or 9 produces the preceding power with leading digit 4, and doubling any leading-4 power reverses this. This is a bijection, so there are 195 elements with first digit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