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2004A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Alicia 每小时赚 $20，其中 1.45% 被扣除用于缴纳地方税。Alicia 每小时的工资中有多少美分用于缴纳地方税？</w:t>
      </w:r>
    </w:p>
    <w:p>
      <w:pPr>
        <w:spacing w:before="0" w:after="120" w:line="300" w:lineRule="auto"/>
      </w:pPr>
      <w:r>
        <w:rPr>
          <w:rFonts w:ascii="Times New Roman" w:hAnsi="Times New Roman" w:eastAsia="宋体"/>
          <w:b w:val="0"/>
          <w:i w:val="0"/>
          <w:sz w:val="21"/>
        </w:rPr>
        <w:t>（A）0.0029　　（B）0.029　　（C）0.29　　（D）2.9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Alicia earns $20 per hour, of which 1.45% is deducted to pay local taxes. How many cents per hour of Alicia’s wages are used to pay local taxes?</w:t>
      </w:r>
    </w:p>
    <w:p>
      <w:pPr>
        <w:spacing w:before="0" w:after="160" w:line="300" w:lineRule="auto"/>
      </w:pPr>
      <w:r>
        <w:rPr>
          <w:rFonts w:ascii="Times New Roman" w:hAnsi="Times New Roman" w:eastAsia="宋体"/>
          <w:b w:val="0"/>
          <w:i w:val="0"/>
          <w:color w:val="333333"/>
          <w:sz w:val="19"/>
        </w:rPr>
        <w:t>(A) 0.0029　　(B) 0.029　　(C) 0.29　　(D) 2.9　　(E) 29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 AMC 12 中，每道答对的题得 6 分，每道答错的题得 0 分，每道未作答的题得 2.5 分。如果 Charlyn 在 25 道题中有 8 道未作答，那么剩下的题中她至少要答对多少道，才能得到至少 100 分？</w:t>
      </w:r>
    </w:p>
    <w:p>
      <w:pPr>
        <w:spacing w:before="0" w:after="120" w:line="300" w:lineRule="auto"/>
      </w:pPr>
      <w:r>
        <w:rPr>
          <w:rFonts w:ascii="Times New Roman" w:hAnsi="Times New Roman" w:eastAsia="宋体"/>
          <w:b w:val="0"/>
          <w:i w:val="0"/>
          <w:sz w:val="21"/>
        </w:rPr>
        <w:t>（A）11　　（B）13　　（C）14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AMC 12, each correct answer is worth 6 points, each incorrect answer is worth 0 points, and each problem left unanswered is worth 2.5 points. If Charlyn leaves 8 of the 25 problems unanswered, how many of the remaining problems must she answer correctly in order to score at least 100?</w:t>
      </w:r>
    </w:p>
    <w:p>
      <w:pPr>
        <w:spacing w:before="0" w:after="160" w:line="300" w:lineRule="auto"/>
      </w:pPr>
      <w:r>
        <w:rPr>
          <w:rFonts w:ascii="Times New Roman" w:hAnsi="Times New Roman" w:eastAsia="宋体"/>
          <w:b w:val="0"/>
          <w:i w:val="0"/>
          <w:color w:val="333333"/>
          <w:sz w:val="19"/>
        </w:rPr>
        <w:t>(A) 11　　(B) 13　　(C) 14　　(D) 16　　(E) 17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有多少个正整数有序对 (x, y) 满足 x + 2y = 100？</w:t>
      </w:r>
    </w:p>
    <w:p>
      <w:pPr>
        <w:spacing w:before="0" w:after="120" w:line="300" w:lineRule="auto"/>
      </w:pPr>
      <w:r>
        <w:rPr>
          <w:rFonts w:ascii="Times New Roman" w:hAnsi="Times New Roman" w:eastAsia="宋体"/>
          <w:b w:val="0"/>
          <w:i w:val="0"/>
          <w:sz w:val="21"/>
        </w:rPr>
        <w:t>（A）33　　（B）49　　（C）50　　（D）99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ordered pairs of positive integers (x, y) is x + 2y = 100?</w:t>
      </w:r>
    </w:p>
    <w:p>
      <w:pPr>
        <w:spacing w:before="0" w:after="160" w:line="300" w:lineRule="auto"/>
      </w:pPr>
      <w:r>
        <w:rPr>
          <w:rFonts w:ascii="Times New Roman" w:hAnsi="Times New Roman" w:eastAsia="宋体"/>
          <w:b w:val="0"/>
          <w:i w:val="0"/>
          <w:color w:val="333333"/>
          <w:sz w:val="19"/>
        </w:rPr>
        <w:t>(A) 33　　(B) 49　　(C) 50　　(D) 99　　(E) 100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Bertha 有 6 个女儿，没有儿子。她的一些女儿各有 6 个女儿，其余女儿没有女儿。Bertha 一共有 30 个女儿和外孙女，并且没有曾外孙女。Bertha 的女儿和外孙女中，有多少人没有女儿？</w:t>
      </w:r>
    </w:p>
    <w:p>
      <w:pPr>
        <w:spacing w:before="0" w:after="120" w:line="300" w:lineRule="auto"/>
      </w:pPr>
      <w:r>
        <w:rPr>
          <w:rFonts w:ascii="Times New Roman" w:hAnsi="Times New Roman" w:eastAsia="宋体"/>
          <w:b w:val="0"/>
          <w:i w:val="0"/>
          <w:sz w:val="21"/>
        </w:rPr>
        <w:t>（A）22　　（B）23　　（C）24　　（D）25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Bertha has 6 daughters and no sons. Some of her daughters have 6 daughters, and the rest have none. Bertha has a total of 30 daughters and granddaughters, and no great-granddaughters. How many of Bertha’s daughters and granddaughters have no daughters?</w:t>
      </w:r>
    </w:p>
    <w:p>
      <w:pPr>
        <w:spacing w:before="0" w:after="160" w:line="300" w:lineRule="auto"/>
      </w:pPr>
      <w:r>
        <w:rPr>
          <w:rFonts w:ascii="Times New Roman" w:hAnsi="Times New Roman" w:eastAsia="宋体"/>
          <w:b w:val="0"/>
          <w:i w:val="0"/>
          <w:color w:val="333333"/>
          <w:sz w:val="19"/>
        </w:rPr>
        <w:t>(A) 22　　(B) 23　　(C) 24　　(D) 25　　(E) 26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直线 y = mx + b 的图像如下。下列哪一项正确？</w:t>
      </w:r>
    </w:p>
    <w:p>
      <w:pPr>
        <w:spacing w:before="80" w:after="80"/>
        <w:jc w:val="center"/>
      </w:pPr>
      <w:r>
        <w:drawing>
          <wp:inline xmlns:a="http://schemas.openxmlformats.org/drawingml/2006/main" xmlns:pic="http://schemas.openxmlformats.org/drawingml/2006/picture">
            <wp:extent cx="1543152" cy="1543152"/>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543152" cy="1543152"/>
                    </a:xfrm>
                    <a:prstGeom prst="rect"/>
                  </pic:spPr>
                </pic:pic>
              </a:graphicData>
            </a:graphic>
          </wp:inline>
        </w:drawing>
      </w:r>
    </w:p>
    <w:p>
      <w:pPr>
        <w:spacing w:before="0" w:after="120" w:line="300" w:lineRule="auto"/>
      </w:pPr>
      <w:r>
        <w:rPr>
          <w:rFonts w:ascii="Times New Roman" w:hAnsi="Times New Roman" w:eastAsia="宋体"/>
          <w:b w:val="0"/>
          <w:i w:val="0"/>
          <w:sz w:val="21"/>
        </w:rPr>
        <w:t>（A）mb &lt; -1　　（B）-1 &lt; mb &lt; 0　　（C）mb = 0　　（D）0 &lt; mb &lt; 1　　（E）mb &gt;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a line y = mx + b is shown. Which of the following is true?</w:t>
      </w:r>
    </w:p>
    <w:p>
      <w:pPr>
        <w:spacing w:before="80" w:after="80"/>
        <w:jc w:val="center"/>
      </w:pPr>
      <w:r>
        <w:drawing>
          <wp:inline xmlns:a="http://schemas.openxmlformats.org/drawingml/2006/main" xmlns:pic="http://schemas.openxmlformats.org/drawingml/2006/picture">
            <wp:extent cx="1543152" cy="1543152"/>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543152" cy="154315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mb &lt; -1　　(B) -1 &lt; mb &lt; 0　　(C) mb = 0　　(D) 0 &lt; mb &lt; 1　　(E) mb &gt; 1</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 U = 2 · 2004²⁰⁰⁵，V = 2004²⁰⁰⁵，W = 2003 · 2004²⁰⁰⁴，X = 2 · 2004²⁰⁰⁴，Y = 2004²⁰⁰⁴，且 Z = 2004²⁰⁰³。下列哪一个最大？</w:t>
      </w:r>
    </w:p>
    <w:p>
      <w:pPr>
        <w:spacing w:before="0" w:after="120" w:line="300" w:lineRule="auto"/>
      </w:pPr>
      <w:r>
        <w:rPr>
          <w:rFonts w:ascii="Times New Roman" w:hAnsi="Times New Roman" w:eastAsia="宋体"/>
          <w:b w:val="0"/>
          <w:i w:val="0"/>
          <w:sz w:val="21"/>
        </w:rPr>
        <w:t>（A）U - V　　（B）V - W　　（C）W - X　　（D）X - Y　　（E）Y - 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 = 2 · 2004²⁰⁰⁵, V = 2004²⁰⁰⁵, W = 2003 · 2004²⁰⁰⁴, X = 2 · 2004²⁰⁰⁴, Y = 2004²⁰⁰⁴ and Z = 2004²⁰⁰³. Which of the following is largest?</w:t>
      </w:r>
    </w:p>
    <w:p>
      <w:pPr>
        <w:spacing w:before="0" w:after="160" w:line="300" w:lineRule="auto"/>
      </w:pPr>
      <w:r>
        <w:rPr>
          <w:rFonts w:ascii="Times New Roman" w:hAnsi="Times New Roman" w:eastAsia="宋体"/>
          <w:b w:val="0"/>
          <w:i w:val="0"/>
          <w:color w:val="333333"/>
          <w:sz w:val="19"/>
        </w:rPr>
        <w:t>(A) U - V　　(B) V - W　　(C) W - X　　(D) X - Y　　(E) Y - Z</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一个游戏按照以下规则使用筹码。每一轮中，筹码最多的玩家给其他每个玩家各一个筹码，并且还把一个筹码放入弃置堆。当某个玩家没有筹码时，游戏结束。玩家 A、B 和 C 分别以 15、14 和 13 个筹码开始。这个游戏会进行多少轮？</w:t>
      </w:r>
    </w:p>
    <w:p>
      <w:pPr>
        <w:spacing w:before="0" w:after="120" w:line="300" w:lineRule="auto"/>
      </w:pPr>
      <w:r>
        <w:rPr>
          <w:rFonts w:ascii="Times New Roman" w:hAnsi="Times New Roman" w:eastAsia="宋体"/>
          <w:b w:val="0"/>
          <w:i w:val="0"/>
          <w:sz w:val="21"/>
        </w:rPr>
        <w:t>（A）36　　（B）37　　（C）38　　（D）39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game is played with tokens according to the following rule. In each round, the player with the most tokens gives one token to each of the other players and also places one token into a discard pile. The game ends when some player runs out of tokens. Players A, B, and C start with 15, 14, and 13 tokens, respectively. How many rounds will there be in the game?</w:t>
      </w:r>
    </w:p>
    <w:p>
      <w:pPr>
        <w:spacing w:before="0" w:after="160" w:line="300" w:lineRule="auto"/>
      </w:pPr>
      <w:r>
        <w:rPr>
          <w:rFonts w:ascii="Times New Roman" w:hAnsi="Times New Roman" w:eastAsia="宋体"/>
          <w:b w:val="0"/>
          <w:i w:val="0"/>
          <w:color w:val="333333"/>
          <w:sz w:val="19"/>
        </w:rPr>
        <w:t>(A) 36　　(B) 37　　(C) 38　　(D) 39　　(E) 40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如图，∠ EAB 和 ∠ ABC 是直角，AB = 4，BC = 6，AE = 8，且 AC 与 BE 交于 D。△ ADE 与 △ BDC 的面积之差是多少？</w:t>
      </w:r>
    </w:p>
    <w:p>
      <w:pPr>
        <w:spacing w:before="80" w:after="80"/>
        <w:jc w:val="center"/>
      </w:pPr>
      <w:r>
        <w:drawing>
          <wp:inline xmlns:a="http://schemas.openxmlformats.org/drawingml/2006/main" xmlns:pic="http://schemas.openxmlformats.org/drawingml/2006/picture">
            <wp:extent cx="953963" cy="1537642"/>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53963" cy="1537642"/>
                    </a:xfrm>
                    <a:prstGeom prst="rect"/>
                  </pic:spPr>
                </pic:pic>
              </a:graphicData>
            </a:graphic>
          </wp:inline>
        </w:drawing>
      </w:r>
    </w:p>
    <w:p>
      <w:pPr>
        <w:spacing w:before="0" w:after="120" w:line="300" w:lineRule="auto"/>
      </w:pPr>
      <w:r>
        <w:rPr>
          <w:rFonts w:ascii="Times New Roman" w:hAnsi="Times New Roman" w:eastAsia="宋体"/>
          <w:b w:val="0"/>
          <w:i w:val="0"/>
          <w:sz w:val="21"/>
        </w:rPr>
        <w:t>（A）2　　（B）4　　（C）5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 EAB and ∠ ABC are right angles, AB = 4, BC = 6, AE = 8, and AC and BE intersect at D. What is the difference between the areas of △ ADE and △ BDC?</w:t>
      </w:r>
    </w:p>
    <w:p>
      <w:pPr>
        <w:spacing w:before="80" w:after="80"/>
        <w:jc w:val="center"/>
      </w:pPr>
      <w:r>
        <w:drawing>
          <wp:inline xmlns:a="http://schemas.openxmlformats.org/drawingml/2006/main" xmlns:pic="http://schemas.openxmlformats.org/drawingml/2006/picture">
            <wp:extent cx="953963" cy="1537642"/>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53963" cy="153764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4　　(C) 5　　(D) 8　　(E) 9</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一家公司用圆柱形罐子销售花生酱。市场研究表明，使用更宽的罐子会增加销量。如果罐子的直径增加 25%，但体积不变，那么高度必须减少百分之多少？</w:t>
      </w:r>
    </w:p>
    <w:p>
      <w:pPr>
        <w:spacing w:before="0" w:after="120" w:line="300" w:lineRule="auto"/>
      </w:pPr>
      <w:r>
        <w:rPr>
          <w:rFonts w:ascii="Times New Roman" w:hAnsi="Times New Roman" w:eastAsia="宋体"/>
          <w:b w:val="0"/>
          <w:i w:val="0"/>
          <w:sz w:val="21"/>
        </w:rPr>
        <w:t>（A）10　　（B）25　　（C）36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company sells peanut butter in cylindrical jars. Marketing research suggests that using wider jars will increase sales. If the diameter of the jars is increased by 25% without altering the volume, by what percent must the height be decreased?</w:t>
      </w:r>
    </w:p>
    <w:p>
      <w:pPr>
        <w:spacing w:before="0" w:after="160" w:line="300" w:lineRule="auto"/>
      </w:pPr>
      <w:r>
        <w:rPr>
          <w:rFonts w:ascii="Times New Roman" w:hAnsi="Times New Roman" w:eastAsia="宋体"/>
          <w:b w:val="0"/>
          <w:i w:val="0"/>
          <w:color w:val="333333"/>
          <w:sz w:val="19"/>
        </w:rPr>
        <w:t>(A) 10　　(B) 25　　(C) 36　　(D) 50　　(E) 60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49 个连续整数的和为 7⁵。它们的中位数是多少？</w:t>
      </w:r>
    </w:p>
    <w:p>
      <w:pPr>
        <w:spacing w:before="0" w:after="120" w:line="300" w:lineRule="auto"/>
      </w:pPr>
      <w:r>
        <w:rPr>
          <w:rFonts w:ascii="Times New Roman" w:hAnsi="Times New Roman" w:eastAsia="宋体"/>
          <w:b w:val="0"/>
          <w:i w:val="0"/>
          <w:sz w:val="21"/>
        </w:rPr>
        <w:t>（A）7　　（B）7²　　（C）7³　　（D）7⁴　　（E）7⁵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49 consecutive integers is 7⁵. What is their median?</w:t>
      </w:r>
    </w:p>
    <w:p>
      <w:pPr>
        <w:spacing w:before="0" w:after="160" w:line="300" w:lineRule="auto"/>
      </w:pPr>
      <w:r>
        <w:rPr>
          <w:rFonts w:ascii="Times New Roman" w:hAnsi="Times New Roman" w:eastAsia="宋体"/>
          <w:b w:val="0"/>
          <w:i w:val="0"/>
          <w:color w:val="333333"/>
          <w:sz w:val="19"/>
        </w:rPr>
        <w:t>(A) 7　　(B) 7²　　(C) 7³　　(D) 7⁴　　(E) 7⁵</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Paula 钱包中所有一美分、五美分、十美分和二十五美分硬币的平均币值是 20 美分。如果她再有一枚二十五美分硬币，平均币值会变成 21 美分。她的钱包中有多少枚十美分硬币？</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value of all the pennies, nickels, dimes, and quarters in Paula’s purse is 20 cents. If she had one more quarter, the average value would be 21 cents. How many dimes does she have in her purse?</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A = (0, 9) 且 B = (0, 12)。点 A' 和 B' 在直线 y = x 上，并且 AA' 与 BB' 交于 C = (2, 8)。A'B' 的长度是多少？</w:t>
      </w:r>
    </w:p>
    <w:p>
      <w:pPr>
        <w:spacing w:before="0" w:after="120" w:line="300" w:lineRule="auto"/>
      </w:pPr>
      <w:r>
        <w:rPr>
          <w:rFonts w:ascii="Times New Roman" w:hAnsi="Times New Roman" w:eastAsia="宋体"/>
          <w:b w:val="0"/>
          <w:i w:val="0"/>
          <w:sz w:val="21"/>
        </w:rPr>
        <w:t>（A）2　　（B）2√(2)　　（C）3　　（D）2 + √(2)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(0, 9) and B = (0, 12). Points A' and B' are on the line y = x, and AA' and BB' intersect at C = (2, 8). What is the length of A'B'?</w:t>
      </w:r>
    </w:p>
    <w:p>
      <w:pPr>
        <w:spacing w:before="0" w:after="160" w:line="300" w:lineRule="auto"/>
      </w:pPr>
      <w:r>
        <w:rPr>
          <w:rFonts w:ascii="Times New Roman" w:hAnsi="Times New Roman" w:eastAsia="宋体"/>
          <w:b w:val="0"/>
          <w:i w:val="0"/>
          <w:color w:val="333333"/>
          <w:sz w:val="19"/>
        </w:rPr>
        <w:t>(A) 2　　(B) 2√(2)　　(C) 3　　(D) 2 + √(2)　　(E) 3√(2)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S 为坐标平面中的点集 (a, b)，其中 a 和 b 都可以是 -1，0，或 1。有多少条不同的直线至少经过 S 中的两个点？</w:t>
      </w:r>
    </w:p>
    <w:p>
      <w:pPr>
        <w:spacing w:before="0" w:after="120" w:line="300" w:lineRule="auto"/>
      </w:pPr>
      <w:r>
        <w:rPr>
          <w:rFonts w:ascii="Times New Roman" w:hAnsi="Times New Roman" w:eastAsia="宋体"/>
          <w:b w:val="0"/>
          <w:i w:val="0"/>
          <w:sz w:val="21"/>
        </w:rPr>
        <w:t>（A）8　　（B）20　　（C）24　　（D）27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points (a, b) in the coordinate plane, where each of a and b may be -1, 0, or 1. How many distinct lines pass through at least two members of S?</w:t>
      </w:r>
    </w:p>
    <w:p>
      <w:pPr>
        <w:spacing w:before="0" w:after="160" w:line="300" w:lineRule="auto"/>
      </w:pPr>
      <w:r>
        <w:rPr>
          <w:rFonts w:ascii="Times New Roman" w:hAnsi="Times New Roman" w:eastAsia="宋体"/>
          <w:b w:val="0"/>
          <w:i w:val="0"/>
          <w:color w:val="333333"/>
          <w:sz w:val="19"/>
        </w:rPr>
        <w:t>(A) 8　　(B) 20　　(C) 24　　(D) 27　　(E) 36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三个实数组成的数列是等差数列，首项为 9。如果给第二项加上 2，给第三项加上 20 得到的三个数构成等比数列。这个等比数列第三项的最小可能值是多少？</w:t>
      </w:r>
    </w:p>
    <w:p>
      <w:pPr>
        <w:spacing w:before="0" w:after="120" w:line="300" w:lineRule="auto"/>
      </w:pPr>
      <w:r>
        <w:rPr>
          <w:rFonts w:ascii="Times New Roman" w:hAnsi="Times New Roman" w:eastAsia="宋体"/>
          <w:b w:val="0"/>
          <w:i w:val="0"/>
          <w:sz w:val="21"/>
        </w:rPr>
        <w:t>（A）1　　（B）4　　（C）36　　（D）49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three real numbers forms an arithmetic progression with a first term of 9. If 2 is added to the second term and 20 is added to the third term, the three resulting numbers form a geometric progression. What is the smallest possible value for the third term of the geometric progression?</w:t>
      </w:r>
    </w:p>
    <w:p>
      <w:pPr>
        <w:spacing w:before="0" w:after="160" w:line="300" w:lineRule="auto"/>
      </w:pPr>
      <w:r>
        <w:rPr>
          <w:rFonts w:ascii="Times New Roman" w:hAnsi="Times New Roman" w:eastAsia="宋体"/>
          <w:b w:val="0"/>
          <w:i w:val="0"/>
          <w:color w:val="333333"/>
          <w:sz w:val="19"/>
        </w:rPr>
        <w:t>(A) 1　　(B) 4　　(C) 36　　(D) 49　　(E) 81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Brenda 和 Sally 在一条圆形跑道上沿相反方向跑步，从直径两端的点同时出发。她们第一次相遇时，Brenda 已跑了 100 米。她们下一次相遇时，Sally 已经从第一次相遇点又跑了 150 米。两人的速度都恒定。跑道长多少米？</w:t>
      </w:r>
    </w:p>
    <w:p>
      <w:pPr>
        <w:spacing w:before="0" w:after="120" w:line="300" w:lineRule="auto"/>
      </w:pPr>
      <w:r>
        <w:rPr>
          <w:rFonts w:ascii="Times New Roman" w:hAnsi="Times New Roman" w:eastAsia="宋体"/>
          <w:b w:val="0"/>
          <w:i w:val="0"/>
          <w:sz w:val="21"/>
        </w:rPr>
        <w:t>（A）250　　（B）300　　（C）350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Brenda and Sally run in opposite directions on a circular track, starting at diametrically opposite points. They first meet after Brenda has run 100 meters. They next meet after Sally has run 150 meters past their first meeting point. Each girl runs at a constant speed. What is the length of the track in meters?</w:t>
      </w:r>
    </w:p>
    <w:p>
      <w:pPr>
        <w:spacing w:before="0" w:after="160" w:line="300" w:lineRule="auto"/>
      </w:pPr>
      <w:r>
        <w:rPr>
          <w:rFonts w:ascii="Times New Roman" w:hAnsi="Times New Roman" w:eastAsia="宋体"/>
          <w:b w:val="0"/>
          <w:i w:val="0"/>
          <w:color w:val="333333"/>
          <w:sz w:val="19"/>
        </w:rPr>
        <w:t>(A) 250　　(B) 300　　(C) 350　　(D) 400　　(E) 500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使</w:t>
      </w:r>
    </w:p>
    <w:p>
      <w:pPr>
        <w:spacing w:before="0" w:after="80" w:line="300" w:lineRule="auto"/>
        <w:jc w:val="left"/>
      </w:pPr>
      <w:r>
        <w:rPr>
          <w:rFonts w:ascii="Times New Roman" w:hAnsi="Times New Roman" w:eastAsia="宋体"/>
          <w:b w:val="0"/>
          <w:i w:val="0"/>
          <w:sz w:val="21"/>
        </w:rPr>
        <w:t>small log₂₀₀₄(log₂₀₀₃(log₂₀₀₂(log₂₀₀₁ x)))</w:t>
      </w:r>
    </w:p>
    <w:p>
      <w:pPr>
        <w:spacing w:before="0" w:after="80" w:line="300" w:lineRule="auto"/>
        <w:jc w:val="left"/>
      </w:pPr>
      <w:r>
        <w:rPr>
          <w:rFonts w:ascii="Times New Roman" w:hAnsi="Times New Roman" w:eastAsia="宋体"/>
          <w:b w:val="0"/>
          <w:i w:val="0"/>
          <w:sz w:val="21"/>
        </w:rPr>
        <w:t>有定义的所有实数 x 的集合是 {x | x &gt; c}。c 的值是多少？</w:t>
      </w:r>
    </w:p>
    <w:p>
      <w:pPr>
        <w:spacing w:before="0" w:after="120" w:line="300" w:lineRule="auto"/>
      </w:pPr>
      <w:r>
        <w:rPr>
          <w:rFonts w:ascii="Times New Roman" w:hAnsi="Times New Roman" w:eastAsia="宋体"/>
          <w:b w:val="0"/>
          <w:i w:val="0"/>
          <w:sz w:val="21"/>
        </w:rPr>
        <w:t>（A）0　　（B）2001²⁰⁰²　　（C）2002²⁰⁰³　　（D）2003²⁰⁰⁴　　（E）2001^(2002²⁰⁰³)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of all real numbers x for which</w:t>
      </w:r>
    </w:p>
    <w:p>
      <w:pPr>
        <w:spacing w:before="0" w:after="80" w:line="300" w:lineRule="auto"/>
        <w:jc w:val="left"/>
      </w:pPr>
      <w:r>
        <w:rPr>
          <w:rFonts w:ascii="Times New Roman" w:hAnsi="Times New Roman" w:eastAsia="宋体"/>
          <w:b w:val="0"/>
          <w:i w:val="0"/>
          <w:color w:val="333333"/>
          <w:sz w:val="19"/>
        </w:rPr>
        <w:t>small log₂₀₀₄(log₂₀₀₃(log₂₀₀₂(log₂₀₀₁ x)))</w:t>
      </w:r>
    </w:p>
    <w:p>
      <w:pPr>
        <w:spacing w:before="0" w:after="80" w:line="300" w:lineRule="auto"/>
        <w:jc w:val="left"/>
      </w:pPr>
      <w:r>
        <w:rPr>
          <w:rFonts w:ascii="Times New Roman" w:hAnsi="Times New Roman" w:eastAsia="宋体"/>
          <w:b w:val="0"/>
          <w:i w:val="0"/>
          <w:color w:val="333333"/>
          <w:sz w:val="19"/>
        </w:rPr>
        <w:t>is defined is {x | x &gt; c}. What is the value of c?</w:t>
      </w:r>
    </w:p>
    <w:p>
      <w:pPr>
        <w:spacing w:before="0" w:after="160" w:line="300" w:lineRule="auto"/>
      </w:pPr>
      <w:r>
        <w:rPr>
          <w:rFonts w:ascii="Times New Roman" w:hAnsi="Times New Roman" w:eastAsia="宋体"/>
          <w:b w:val="0"/>
          <w:i w:val="0"/>
          <w:color w:val="333333"/>
          <w:sz w:val="19"/>
        </w:rPr>
        <w:t>(A) 0　　(B) 2001²⁰⁰²　　(C) 2002²⁰⁰³　　(D) 2003²⁰⁰⁴　　(E) 2001^(2002²⁰⁰³)</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f 是满足以下性质的函数：</w:t>
      </w:r>
    </w:p>
    <w:p>
      <w:pPr>
        <w:spacing w:before="0" w:after="80" w:line="300" w:lineRule="auto"/>
        <w:jc w:val="left"/>
      </w:pPr>
      <w:r>
        <w:rPr>
          <w:rFonts w:ascii="Times New Roman" w:hAnsi="Times New Roman" w:eastAsia="宋体"/>
          <w:b w:val="0"/>
          <w:i w:val="0"/>
          <w:sz w:val="21"/>
        </w:rPr>
        <w:t>(i) f(1) = 1，且</w:t>
      </w:r>
    </w:p>
    <w:p>
      <w:pPr>
        <w:spacing w:before="0" w:after="80" w:line="300" w:lineRule="auto"/>
        <w:jc w:val="left"/>
      </w:pPr>
      <w:r>
        <w:rPr>
          <w:rFonts w:ascii="Times New Roman" w:hAnsi="Times New Roman" w:eastAsia="宋体"/>
          <w:b w:val="0"/>
          <w:i w:val="0"/>
          <w:sz w:val="21"/>
        </w:rPr>
        <w:t>(ii) 对任意正整数 n，都有 f(2n) = n · f(n)。</w:t>
      </w:r>
    </w:p>
    <w:p>
      <w:pPr>
        <w:spacing w:before="0" w:after="80" w:line="300" w:lineRule="auto"/>
        <w:jc w:val="left"/>
      </w:pPr>
      <w:r>
        <w:rPr>
          <w:rFonts w:ascii="Times New Roman" w:hAnsi="Times New Roman" w:eastAsia="宋体"/>
          <w:b w:val="0"/>
          <w:i w:val="0"/>
          <w:sz w:val="21"/>
        </w:rPr>
        <w:t>f(2¹⁰⁰) 的值是多少？</w:t>
      </w:r>
    </w:p>
    <w:p>
      <w:pPr>
        <w:spacing w:before="0" w:after="120" w:line="300" w:lineRule="auto"/>
      </w:pPr>
      <w:r>
        <w:rPr>
          <w:rFonts w:ascii="Times New Roman" w:hAnsi="Times New Roman" w:eastAsia="宋体"/>
          <w:b w:val="0"/>
          <w:i w:val="0"/>
          <w:sz w:val="21"/>
        </w:rPr>
        <w:t>（A）1　　（B）2⁹⁹　　（C）2¹⁰⁰　　（D）2⁴⁹⁵⁰　　（E）2⁹⁹⁹⁹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function with the following properties:</w:t>
      </w:r>
    </w:p>
    <w:p>
      <w:pPr>
        <w:spacing w:before="0" w:after="80" w:line="300" w:lineRule="auto"/>
        <w:jc w:val="left"/>
      </w:pPr>
      <w:r>
        <w:rPr>
          <w:rFonts w:ascii="Times New Roman" w:hAnsi="Times New Roman" w:eastAsia="宋体"/>
          <w:b w:val="0"/>
          <w:i w:val="0"/>
          <w:color w:val="333333"/>
          <w:sz w:val="19"/>
        </w:rPr>
        <w:t>(i) f(1) = 1, and</w:t>
      </w:r>
    </w:p>
    <w:p>
      <w:pPr>
        <w:spacing w:before="0" w:after="80" w:line="300" w:lineRule="auto"/>
        <w:jc w:val="left"/>
      </w:pPr>
      <w:r>
        <w:rPr>
          <w:rFonts w:ascii="Times New Roman" w:hAnsi="Times New Roman" w:eastAsia="宋体"/>
          <w:b w:val="0"/>
          <w:i w:val="0"/>
          <w:color w:val="333333"/>
          <w:sz w:val="19"/>
        </w:rPr>
        <w:t>(ii) f(2n) = n · f(n) for any positive integer n.</w:t>
      </w:r>
    </w:p>
    <w:p>
      <w:pPr>
        <w:spacing w:before="0" w:after="80" w:line="300" w:lineRule="auto"/>
        <w:jc w:val="left"/>
      </w:pPr>
      <w:r>
        <w:rPr>
          <w:rFonts w:ascii="Times New Roman" w:hAnsi="Times New Roman" w:eastAsia="宋体"/>
          <w:b w:val="0"/>
          <w:i w:val="0"/>
          <w:color w:val="333333"/>
          <w:sz w:val="19"/>
        </w:rPr>
        <w:t>What is the value of f(2¹⁰⁰)?</w:t>
      </w:r>
    </w:p>
    <w:p>
      <w:pPr>
        <w:spacing w:before="0" w:after="160" w:line="300" w:lineRule="auto"/>
      </w:pPr>
      <w:r>
        <w:rPr>
          <w:rFonts w:ascii="Times New Roman" w:hAnsi="Times New Roman" w:eastAsia="宋体"/>
          <w:b w:val="0"/>
          <w:i w:val="0"/>
          <w:color w:val="333333"/>
          <w:sz w:val="19"/>
        </w:rPr>
        <w:t>(A) 1　　(B) 2⁹⁹　　(C) 2¹⁰⁰　　(D) 2⁴⁹⁵⁰　　(E) 2⁹⁹⁹⁹</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正方形 ABCD 的边长为 2。在正方形内部作以 AB 为直径的半圆，从 C 向该半圆作切线，切线与边 AD 交于 E。CE 的长度是多少？</w:t>
      </w:r>
    </w:p>
    <w:p>
      <w:pPr>
        <w:spacing w:before="80" w:after="80"/>
        <w:jc w:val="center"/>
      </w:pPr>
      <w:r>
        <w:drawing>
          <wp:inline xmlns:a="http://schemas.openxmlformats.org/drawingml/2006/main" xmlns:pic="http://schemas.openxmlformats.org/drawingml/2006/picture">
            <wp:extent cx="906473" cy="858482"/>
            <wp:docPr id="5" name="Picture 5"/>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906473" cy="858482"/>
                    </a:xfrm>
                    <a:prstGeom prst="rect"/>
                  </pic:spPr>
                </pic:pic>
              </a:graphicData>
            </a:graphic>
          </wp:inline>
        </w:drawing>
      </w:r>
    </w:p>
    <w:p>
      <w:pPr>
        <w:spacing w:before="0" w:after="120" w:line="300" w:lineRule="auto"/>
      </w:pPr>
      <w:r>
        <w:rPr>
          <w:rFonts w:ascii="Times New Roman" w:hAnsi="Times New Roman" w:eastAsia="宋体"/>
          <w:b w:val="0"/>
          <w:i w:val="0"/>
          <w:sz w:val="21"/>
        </w:rPr>
        <w:t>（A）(2 + √(5))/2　　（B）√(5)　　（C）√(6)　　（D）5/2　　（E）5 -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2. A semicircle with diameter AB is constructed inside the square, and the tangent to the semicircle from C intersects side AD at E. What is the length of CE?</w:t>
      </w:r>
    </w:p>
    <w:p>
      <w:pPr>
        <w:spacing w:before="80" w:after="80"/>
        <w:jc w:val="center"/>
      </w:pPr>
      <w:r>
        <w:drawing>
          <wp:inline xmlns:a="http://schemas.openxmlformats.org/drawingml/2006/main" xmlns:pic="http://schemas.openxmlformats.org/drawingml/2006/picture">
            <wp:extent cx="906473" cy="858482"/>
            <wp:docPr id="6" name="Picture 6"/>
            <wp:cNvGraphicFramePr>
              <a:graphicFrameLocks noChangeAspect="1"/>
            </wp:cNvGraphicFramePr>
            <a:graphic>
              <a:graphicData uri="http://schemas.openxmlformats.org/drawingml/2006/picture">
                <pic:pic>
                  <pic:nvPicPr>
                    <pic:cNvPr id="0" name="q18-1@300dpi.png"/>
                    <pic:cNvPicPr/>
                  </pic:nvPicPr>
                  <pic:blipFill>
                    <a:blip r:embed="rId11"/>
                    <a:stretch>
                      <a:fillRect/>
                    </a:stretch>
                  </pic:blipFill>
                  <pic:spPr>
                    <a:xfrm>
                      <a:off x="0" y="0"/>
                      <a:ext cx="906473" cy="8584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 √(5))/2　　(B) √(5)　　(C) √(6)　　(D) 5/2　　(E) 5 -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圆 A、B 和 C 两两外切，并且都内切于圆 D。圆 B 和 C 全等。圆 A 的半径为 1，并且经过圆 D 的圆心。圆 B 的半径是多少？</w:t>
      </w:r>
    </w:p>
    <w:p>
      <w:pPr>
        <w:spacing w:before="80" w:after="80"/>
        <w:jc w:val="center"/>
      </w:pPr>
      <w:r>
        <w:drawing>
          <wp:inline xmlns:a="http://schemas.openxmlformats.org/drawingml/2006/main" xmlns:pic="http://schemas.openxmlformats.org/drawingml/2006/picture">
            <wp:extent cx="802219" cy="887761"/>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802219" cy="887761"/>
                    </a:xfrm>
                    <a:prstGeom prst="rect"/>
                  </pic:spPr>
                </pic:pic>
              </a:graphicData>
            </a:graphic>
          </wp:inline>
        </w:drawing>
      </w:r>
    </w:p>
    <w:p>
      <w:pPr>
        <w:spacing w:before="0" w:after="120" w:line="300" w:lineRule="auto"/>
      </w:pPr>
      <w:r>
        <w:rPr>
          <w:rFonts w:ascii="Times New Roman" w:hAnsi="Times New Roman" w:eastAsia="宋体"/>
          <w:b w:val="0"/>
          <w:i w:val="0"/>
          <w:sz w:val="21"/>
        </w:rPr>
        <w:t>（A）2/3　　（B）(√(3))/2　　（C）7/8　　（D）8/9　　（E）(1 + √(3))/3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A, B, and C are externally tangent to each other and internally tangent to circle D. Circles B and C are congruent. Circle A has radius 1 and passes through the center of D. What is the radius of circle B?</w:t>
      </w:r>
    </w:p>
    <w:p>
      <w:pPr>
        <w:spacing w:before="80" w:after="80"/>
        <w:jc w:val="center"/>
      </w:pPr>
      <w:r>
        <w:drawing>
          <wp:inline xmlns:a="http://schemas.openxmlformats.org/drawingml/2006/main" xmlns:pic="http://schemas.openxmlformats.org/drawingml/2006/picture">
            <wp:extent cx="802219" cy="887761"/>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802219" cy="88776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　　(B) (√(3))/2　　(C) 7/8　　(D) 8/9　　(E) (1 + √(3))/3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独立随机地选取 0 和 1 之间的数 a 与 b，并令 c 为它们的和。将 a，b，和 c 分别四舍五入到最接近的整数，所得结果为 A，B，和 C。A + B = C 的概率是多少？</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Select numbers a and b between 0 and 1 independently and at random, and let c be their sum. Let A, B, and C be the results when a, b, and c, respectively, are rounded to the nearest integer. What is the probability that A + B = C?</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如果</w:t>
      </w:r>
    </w:p>
    <w:p>
      <w:pPr>
        <w:spacing w:before="0" w:after="80" w:line="300" w:lineRule="auto"/>
        <w:jc w:val="left"/>
      </w:pPr>
      <w:r>
        <w:rPr>
          <w:rFonts w:ascii="Times New Roman" w:hAnsi="Times New Roman" w:eastAsia="宋体"/>
          <w:b w:val="0"/>
          <w:i w:val="0"/>
          <w:sz w:val="21"/>
        </w:rPr>
        <w:t>Σₙ₌₀^(∞) cos²ⁿ θ = 5，</w:t>
      </w:r>
    </w:p>
    <w:p>
      <w:pPr>
        <w:spacing w:before="0" w:after="80" w:line="300" w:lineRule="auto"/>
        <w:jc w:val="left"/>
      </w:pPr>
      <w:r>
        <w:rPr>
          <w:rFonts w:ascii="Times New Roman" w:hAnsi="Times New Roman" w:eastAsia="宋体"/>
          <w:b w:val="0"/>
          <w:i w:val="0"/>
          <w:sz w:val="21"/>
        </w:rPr>
        <w:t>那么 cos 2θ 的值是多少？</w:t>
      </w:r>
    </w:p>
    <w:p>
      <w:pPr>
        <w:spacing w:before="0" w:after="120" w:line="300" w:lineRule="auto"/>
      </w:pPr>
      <w:r>
        <w:rPr>
          <w:rFonts w:ascii="Times New Roman" w:hAnsi="Times New Roman" w:eastAsia="宋体"/>
          <w:b w:val="0"/>
          <w:i w:val="0"/>
          <w:sz w:val="21"/>
        </w:rPr>
        <w:t>（A）1/5　　（B）2/5　　（C）(√(5))/5　　（D）3/5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Σₙ₌₀^(∞) cos²ⁿ θ = 5,</w:t>
      </w:r>
    </w:p>
    <w:p>
      <w:pPr>
        <w:spacing w:before="0" w:after="80" w:line="300" w:lineRule="auto"/>
        <w:jc w:val="left"/>
      </w:pPr>
      <w:r>
        <w:rPr>
          <w:rFonts w:ascii="Times New Roman" w:hAnsi="Times New Roman" w:eastAsia="宋体"/>
          <w:b w:val="0"/>
          <w:i w:val="0"/>
          <w:color w:val="333333"/>
          <w:sz w:val="19"/>
        </w:rPr>
        <w:t>what is the value of cos 2θ?</w:t>
      </w:r>
    </w:p>
    <w:p>
      <w:pPr>
        <w:spacing w:before="0" w:after="160" w:line="300" w:lineRule="auto"/>
      </w:pPr>
      <w:r>
        <w:rPr>
          <w:rFonts w:ascii="Times New Roman" w:hAnsi="Times New Roman" w:eastAsia="宋体"/>
          <w:b w:val="0"/>
          <w:i w:val="0"/>
          <w:color w:val="333333"/>
          <w:sz w:val="19"/>
        </w:rPr>
        <w:t>(A) 1/5　　(B) 2/5　　(C) (√(5))/5　　(D) 3/5　　(E) 4/5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三个互相相切、半径为 1 的球放在一个水平平面上。一个半径为 2 的球放在它们上面。从平面到较大球顶部的距离是多少？</w:t>
      </w:r>
    </w:p>
    <w:p>
      <w:pPr>
        <w:spacing w:before="0" w:after="120" w:line="300" w:lineRule="auto"/>
      </w:pPr>
      <w:r>
        <w:rPr>
          <w:rFonts w:ascii="Times New Roman" w:hAnsi="Times New Roman" w:eastAsia="宋体"/>
          <w:b w:val="0"/>
          <w:i w:val="0"/>
          <w:sz w:val="21"/>
        </w:rPr>
        <w:t>（A）3 + (√(30))/2　　（B）3 + (√(69))/3　　（C）3 + (√(123))/4　　（D）52/9　　（E）3 + 2√(2)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mutually tangent spheres of radius 1 rest on a horizontal plane. A sphere of radius 2 rests on them. What is the distance from the plane to the top of the larger sphere?</w:t>
      </w:r>
    </w:p>
    <w:p>
      <w:pPr>
        <w:spacing w:before="0" w:after="160" w:line="300" w:lineRule="auto"/>
      </w:pPr>
      <w:r>
        <w:rPr>
          <w:rFonts w:ascii="Times New Roman" w:hAnsi="Times New Roman" w:eastAsia="宋体"/>
          <w:b w:val="0"/>
          <w:i w:val="0"/>
          <w:color w:val="333333"/>
          <w:sz w:val="19"/>
        </w:rPr>
        <w:t>(A) 3 + (√(30))/2　　(B) 3 + (√(69))/3　　(C) 3 + (√(123))/4　　(D) 52/9　　(E) 3 + 2√(2)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多项式</w:t>
      </w:r>
    </w:p>
    <w:p>
      <w:pPr>
        <w:spacing w:before="0" w:after="80" w:line="300" w:lineRule="auto"/>
        <w:jc w:val="left"/>
      </w:pPr>
      <w:r>
        <w:rPr>
          <w:rFonts w:ascii="Times New Roman" w:hAnsi="Times New Roman" w:eastAsia="宋体"/>
          <w:b w:val="0"/>
          <w:i w:val="0"/>
          <w:sz w:val="21"/>
        </w:rPr>
        <w:t>P(x) = c₂₀₀₄ x²⁰⁰⁴ + c₂₀₀₃ x²⁰⁰³</w:t>
      </w:r>
    </w:p>
    <w:p>
      <w:pPr>
        <w:spacing w:before="0" w:after="80" w:line="300" w:lineRule="auto"/>
        <w:jc w:val="left"/>
      </w:pPr>
      <w:r>
        <w:rPr>
          <w:rFonts w:ascii="Times New Roman" w:hAnsi="Times New Roman" w:eastAsia="宋体"/>
          <w:b w:val="0"/>
          <w:i w:val="0"/>
          <w:sz w:val="21"/>
        </w:rPr>
        <w:t>+ ⋯ + c₁ x + c₀</w:t>
      </w:r>
    </w:p>
    <w:p>
      <w:pPr>
        <w:spacing w:before="0" w:after="80" w:line="300" w:lineRule="auto"/>
        <w:jc w:val="left"/>
      </w:pPr>
      <w:r>
        <w:rPr>
          <w:rFonts w:ascii="Times New Roman" w:hAnsi="Times New Roman" w:eastAsia="宋体"/>
          <w:b w:val="0"/>
          <w:i w:val="0"/>
          <w:sz w:val="21"/>
        </w:rPr>
        <w:t>的系数均为实数，且 c₂₀₀₄ ≠ 0。它有 2004 个不同的复数零点 zₖ = aₖ + bₖ i，其中 1 ≤ k ≤ 2004，aₖ 和 bₖ 均为实数，a₁ = b₁ = 0，并且</w:t>
      </w:r>
    </w:p>
    <w:p>
      <w:pPr>
        <w:spacing w:before="0" w:after="80" w:line="300" w:lineRule="auto"/>
        <w:jc w:val="left"/>
      </w:pPr>
      <w:r>
        <w:rPr>
          <w:rFonts w:ascii="Times New Roman" w:hAnsi="Times New Roman" w:eastAsia="宋体"/>
          <w:b w:val="0"/>
          <w:i w:val="0"/>
          <w:sz w:val="21"/>
        </w:rPr>
        <w:t>Σₖ₌₁²⁰⁰⁴ aₖ = Σₖ₌₁²⁰⁰⁴ bₖ。</w:t>
      </w:r>
    </w:p>
    <w:p>
      <w:pPr>
        <w:spacing w:before="0" w:after="80" w:line="300" w:lineRule="auto"/>
        <w:jc w:val="left"/>
      </w:pPr>
      <w:r>
        <w:rPr>
          <w:rFonts w:ascii="Times New Roman" w:hAnsi="Times New Roman" w:eastAsia="宋体"/>
          <w:b w:val="0"/>
          <w:i w:val="0"/>
          <w:sz w:val="21"/>
        </w:rPr>
        <w:t>下列哪个量可能是非零数？</w:t>
      </w:r>
    </w:p>
    <w:p>
      <w:pPr>
        <w:spacing w:before="0" w:after="120" w:line="300" w:lineRule="auto"/>
      </w:pPr>
      <w:r>
        <w:rPr>
          <w:rFonts w:ascii="Times New Roman" w:hAnsi="Times New Roman" w:eastAsia="宋体"/>
          <w:b w:val="0"/>
          <w:i w:val="0"/>
          <w:sz w:val="21"/>
        </w:rPr>
        <w:t>（A）c₀　　（B）c₂₀₀₃　　（C）b₂ b₃ … b₂₀₀₄　　（D）Σₖ₌₁²⁰⁰⁴ aₖ　　（E）Σₖ₌₁²⁰⁰⁴ cₖ</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polynomial</w:t>
      </w:r>
    </w:p>
    <w:p>
      <w:pPr>
        <w:spacing w:before="0" w:after="80" w:line="300" w:lineRule="auto"/>
        <w:jc w:val="left"/>
      </w:pPr>
      <w:r>
        <w:rPr>
          <w:rFonts w:ascii="Times New Roman" w:hAnsi="Times New Roman" w:eastAsia="宋体"/>
          <w:b w:val="0"/>
          <w:i w:val="0"/>
          <w:color w:val="333333"/>
          <w:sz w:val="19"/>
        </w:rPr>
        <w:t>P(x) = c₂₀₀₄ x²⁰⁰⁴ + c₂₀₀₃ x²⁰⁰³</w:t>
      </w:r>
    </w:p>
    <w:p>
      <w:pPr>
        <w:spacing w:before="0" w:after="80" w:line="300" w:lineRule="auto"/>
        <w:jc w:val="left"/>
      </w:pPr>
      <w:r>
        <w:rPr>
          <w:rFonts w:ascii="Times New Roman" w:hAnsi="Times New Roman" w:eastAsia="宋体"/>
          <w:b w:val="0"/>
          <w:i w:val="0"/>
          <w:color w:val="333333"/>
          <w:sz w:val="19"/>
        </w:rPr>
        <w:t>+ ⋯ + c₁ x + c₀</w:t>
      </w:r>
    </w:p>
    <w:p>
      <w:pPr>
        <w:spacing w:before="0" w:after="80" w:line="300" w:lineRule="auto"/>
        <w:jc w:val="left"/>
      </w:pPr>
      <w:r>
        <w:rPr>
          <w:rFonts w:ascii="Times New Roman" w:hAnsi="Times New Roman" w:eastAsia="宋体"/>
          <w:b w:val="0"/>
          <w:i w:val="0"/>
          <w:color w:val="333333"/>
          <w:sz w:val="19"/>
        </w:rPr>
        <w:t>has real coefficients with c₂₀₀₄ ≠ 0 and 2004 distinct complex zeros zₖ = aₖ + bₖ i, 1 ≤ k ≤ 2004 with aₖ and bₖ real, a₁ = b₁ = 0, and</w:t>
      </w:r>
    </w:p>
    <w:p>
      <w:pPr>
        <w:spacing w:before="0" w:after="80" w:line="300" w:lineRule="auto"/>
        <w:jc w:val="left"/>
      </w:pPr>
      <w:r>
        <w:rPr>
          <w:rFonts w:ascii="Times New Roman" w:hAnsi="Times New Roman" w:eastAsia="宋体"/>
          <w:b w:val="0"/>
          <w:i w:val="0"/>
          <w:color w:val="333333"/>
          <w:sz w:val="19"/>
        </w:rPr>
        <w:t>Σₖ₌₁²⁰⁰⁴ aₖ = Σₖ₌₁²⁰⁰⁴ bₖ.</w:t>
      </w:r>
    </w:p>
    <w:p>
      <w:pPr>
        <w:spacing w:before="0" w:after="80" w:line="300" w:lineRule="auto"/>
        <w:jc w:val="left"/>
      </w:pPr>
      <w:r>
        <w:rPr>
          <w:rFonts w:ascii="Times New Roman" w:hAnsi="Times New Roman" w:eastAsia="宋体"/>
          <w:b w:val="0"/>
          <w:i w:val="0"/>
          <w:color w:val="333333"/>
          <w:sz w:val="19"/>
        </w:rPr>
        <w:t>Which of the following quantities can be a nonzero number?</w:t>
      </w:r>
    </w:p>
    <w:p>
      <w:pPr>
        <w:spacing w:before="0" w:after="160" w:line="300" w:lineRule="auto"/>
      </w:pPr>
      <w:r>
        <w:rPr>
          <w:rFonts w:ascii="Times New Roman" w:hAnsi="Times New Roman" w:eastAsia="宋体"/>
          <w:b w:val="0"/>
          <w:i w:val="0"/>
          <w:color w:val="333333"/>
          <w:sz w:val="19"/>
        </w:rPr>
        <w:t>(A) c₀　　(B) c₂₀₀₃　　(C) b₂ b₃ … b₂₀₀₄　　(D) Σₖ₌₁²⁰⁰⁴ aₖ　　(E) Σₖ₌₁²⁰⁰⁴ cₖ</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一个平面中有点 A 和 B，且 AB = 1。设 S 为平面中所有覆盖线段 AB 的半径为 1 的圆盘的并集。S 的面积是多少？</w:t>
      </w:r>
    </w:p>
    <w:p>
      <w:pPr>
        <w:spacing w:before="0" w:after="120" w:line="300" w:lineRule="auto"/>
      </w:pPr>
      <w:r>
        <w:rPr>
          <w:rFonts w:ascii="Times New Roman" w:hAnsi="Times New Roman" w:eastAsia="宋体"/>
          <w:b w:val="0"/>
          <w:i w:val="0"/>
          <w:sz w:val="21"/>
        </w:rPr>
        <w:t>（A）2π + √(3)　　（B）8π/3　　（C）3π - (√(3))/2　　（D）10π/3 - √(3)　　（E）4π - 2√(3)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plane contains points A and B with AB = 1. Let S be the union of all disks of radius 1 in the plane that cover AB. What is the area of S?</w:t>
      </w:r>
    </w:p>
    <w:p>
      <w:pPr>
        <w:spacing w:before="0" w:after="160" w:line="300" w:lineRule="auto"/>
      </w:pPr>
      <w:r>
        <w:rPr>
          <w:rFonts w:ascii="Times New Roman" w:hAnsi="Times New Roman" w:eastAsia="宋体"/>
          <w:b w:val="0"/>
          <w:i w:val="0"/>
          <w:color w:val="333333"/>
          <w:sz w:val="19"/>
        </w:rPr>
        <w:t>(A) 2π + √(3)　　(B) 8π/3　　(C) 3π - (√(3))/2　　(D) 10π/3 - √(3)　　(E) 4π - 2√(3)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对每个整数 n ≥ 4，令 aₙ 表示 n 进制数 0.133ₙ。乘积 a₄ a₅ … a₉₉ 可表示为 m/(n!)，其中 m 和 n 是正整数，且 n 尽可能小。m 的值是多少？</w:t>
      </w:r>
    </w:p>
    <w:p>
      <w:pPr>
        <w:spacing w:before="0" w:after="120" w:line="300" w:lineRule="auto"/>
      </w:pPr>
      <w:r>
        <w:rPr>
          <w:rFonts w:ascii="Times New Roman" w:hAnsi="Times New Roman" w:eastAsia="宋体"/>
          <w:b w:val="0"/>
          <w:i w:val="0"/>
          <w:sz w:val="21"/>
        </w:rPr>
        <w:t>（A）98　　（B）101　　（C）132　　（D）798　　（E）962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integer n ≥ 4, let aₙ denote the base-n number 0.133ₙ. The product a₄ a₅ … a₉₉ can be expressed as m/(n!), where m and n are positive integers and n is as small as possible. What is the value of m?</w:t>
      </w:r>
    </w:p>
    <w:p>
      <w:pPr>
        <w:spacing w:before="0" w:after="160" w:line="300" w:lineRule="auto"/>
      </w:pPr>
      <w:r>
        <w:rPr>
          <w:rFonts w:ascii="Times New Roman" w:hAnsi="Times New Roman" w:eastAsia="宋体"/>
          <w:b w:val="0"/>
          <w:i w:val="0"/>
          <w:color w:val="333333"/>
          <w:sz w:val="19"/>
        </w:rPr>
        <w:t>(A) 98　　(B) 101　　(C) 132　　(D) 798　　(E) 962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B　E　B　A　B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A　B　B　A　C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E　D　B　E　C　E</w:t>
      </w:r>
    </w:p>
    <w:p>
      <w:pPr>
        <w:spacing w:before="0" w:after="200" w:line="300" w:lineRule="auto"/>
      </w:pPr>
      <w:r>
        <w:rPr>
          <w:rFonts w:ascii="Times New Roman" w:hAnsi="Times New Roman" w:eastAsia="宋体"/>
          <w:b w:val="0"/>
          <w:i w:val="0"/>
          <w:color w:val="666666"/>
          <w:sz w:val="18"/>
        </w:rPr>
        <w:t>答案串：ECBEBABBCCABBACBDDDEDBECE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因为 $20 是 2000 美分，所以每小时的税额为</w:t>
      </w:r>
    </w:p>
    <w:p>
      <w:pPr>
        <w:spacing w:before="0" w:after="80" w:line="300" w:lineRule="auto"/>
        <w:jc w:val="left"/>
      </w:pPr>
      <w:r>
        <w:rPr>
          <w:rFonts w:ascii="Times New Roman" w:hAnsi="Times New Roman" w:eastAsia="宋体"/>
          <w:b w:val="0"/>
          <w:i w:val="0"/>
          <w:sz w:val="21"/>
        </w:rPr>
        <w:t>0.0145 × 2000 = 29</w:t>
      </w:r>
    </w:p>
    <w:p>
      <w:pPr>
        <w:spacing w:before="0" w:after="80" w:line="300" w:lineRule="auto"/>
        <w:jc w:val="left"/>
      </w:pPr>
      <w:r>
        <w:rPr>
          <w:rFonts w:ascii="Times New Roman" w:hAnsi="Times New Roman" w:eastAsia="宋体"/>
          <w:b w:val="0"/>
          <w:i w:val="0"/>
          <w:sz w:val="21"/>
        </w:rPr>
        <w:t>美分。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 is 2000 cents, the tax is</w:t>
      </w:r>
    </w:p>
    <w:p>
      <w:pPr>
        <w:spacing w:before="0" w:after="80" w:line="300" w:lineRule="auto"/>
        <w:jc w:val="left"/>
      </w:pPr>
      <w:r>
        <w:rPr>
          <w:rFonts w:ascii="Times New Roman" w:hAnsi="Times New Roman" w:eastAsia="宋体"/>
          <w:b w:val="0"/>
          <w:i w:val="0"/>
          <w:color w:val="333333"/>
          <w:sz w:val="19"/>
        </w:rPr>
        <w:t>0.0145 × 2000 = 29</w:t>
      </w:r>
    </w:p>
    <w:p>
      <w:pPr>
        <w:spacing w:before="0" w:after="80" w:line="300" w:lineRule="auto"/>
        <w:jc w:val="left"/>
      </w:pPr>
      <w:r>
        <w:rPr>
          <w:rFonts w:ascii="Times New Roman" w:hAnsi="Times New Roman" w:eastAsia="宋体"/>
          <w:b w:val="0"/>
          <w:i w:val="0"/>
          <w:color w:val="333333"/>
          <w:sz w:val="19"/>
        </w:rPr>
        <w:t>cents per hour.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8 道未作答的题值 2.5 × 8 = 20 分，所以 Charlyn 还需要从答对的题中得到至少 100 - 20 = 80 分。</w:t>
      </w:r>
    </w:p>
    <w:p>
      <w:pPr>
        <w:spacing w:before="0" w:after="80" w:line="300" w:lineRule="auto"/>
        <w:jc w:val="left"/>
      </w:pPr>
      <w:r>
        <w:rPr>
          <w:rFonts w:ascii="Times New Roman" w:hAnsi="Times New Roman" w:eastAsia="宋体"/>
          <w:b w:val="0"/>
          <w:i w:val="0"/>
          <w:sz w:val="21"/>
        </w:rPr>
        <w:t>每道答对的题值 6 分，而不小于 80 的最小 6 的倍数是 84 = 6 × 14。所以她至少需要答对 14 道题。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8 unanswered problems are worth 2.5 × 8 = 20 points, so Charlyn needs at least 100 - 20 = 80 more points from correct answers.</w:t>
      </w:r>
    </w:p>
    <w:p>
      <w:pPr>
        <w:spacing w:before="0" w:after="80" w:line="300" w:lineRule="auto"/>
        <w:jc w:val="left"/>
      </w:pPr>
      <w:r>
        <w:rPr>
          <w:rFonts w:ascii="Times New Roman" w:hAnsi="Times New Roman" w:eastAsia="宋体"/>
          <w:b w:val="0"/>
          <w:i w:val="0"/>
          <w:color w:val="333333"/>
          <w:sz w:val="19"/>
        </w:rPr>
        <w:t>Each correct answer is worth 6 points, and the smallest multiple of 6 that is at least 80 is 84 = 6 × 14. So she needs at least 14 correct answers.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写成 x = 100 - 2y。当且仅当 y 是满足 1 ≤ y ≤ 49 的正整数时，x 才是正整数。</w:t>
      </w:r>
    </w:p>
    <w:p>
      <w:pPr>
        <w:spacing w:before="0" w:after="80" w:line="300" w:lineRule="auto"/>
        <w:jc w:val="left"/>
      </w:pPr>
      <w:r>
        <w:rPr>
          <w:rFonts w:ascii="Times New Roman" w:hAnsi="Times New Roman" w:eastAsia="宋体"/>
          <w:b w:val="0"/>
          <w:i w:val="0"/>
          <w:sz w:val="21"/>
        </w:rPr>
        <w:t>因此共有 49 个有效有序对。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x = 100 - 2y, the value of x is a positive integer precisely when y is a positive integer with 1 ≤ y ≤ 49.</w:t>
      </w:r>
    </w:p>
    <w:p>
      <w:pPr>
        <w:spacing w:before="0" w:after="80" w:line="300" w:lineRule="auto"/>
        <w:jc w:val="left"/>
      </w:pPr>
      <w:r>
        <w:rPr>
          <w:rFonts w:ascii="Times New Roman" w:hAnsi="Times New Roman" w:eastAsia="宋体"/>
          <w:b w:val="0"/>
          <w:i w:val="0"/>
          <w:color w:val="333333"/>
          <w:sz w:val="19"/>
        </w:rPr>
        <w:t>This gives 49 valid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Bertha 有 30 - 6 = 24 个外孙女，她们都没有女儿。</w:t>
      </w:r>
    </w:p>
    <w:p>
      <w:pPr>
        <w:spacing w:before="0" w:after="80" w:line="300" w:lineRule="auto"/>
        <w:jc w:val="left"/>
      </w:pPr>
      <w:r>
        <w:rPr>
          <w:rFonts w:ascii="Times New Roman" w:hAnsi="Times New Roman" w:eastAsia="宋体"/>
          <w:b w:val="0"/>
          <w:i w:val="0"/>
          <w:sz w:val="21"/>
        </w:rPr>
        <w:t>这些外孙女是 Bertha 的 24/6 = 4 个女儿所生，所以恰好有 4 人有女儿。</w:t>
      </w:r>
    </w:p>
    <w:p>
      <w:pPr>
        <w:spacing w:before="0" w:after="80" w:line="300" w:lineRule="auto"/>
        <w:jc w:val="left"/>
      </w:pPr>
      <w:r>
        <w:rPr>
          <w:rFonts w:ascii="Times New Roman" w:hAnsi="Times New Roman" w:eastAsia="宋体"/>
          <w:b w:val="0"/>
          <w:i w:val="0"/>
          <w:sz w:val="21"/>
        </w:rPr>
        <w:t>因此没有女儿的人数是 30 - 4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Bertha has 30 - 6 = 24 granddaughters, none of whom have daughters.</w:t>
      </w:r>
    </w:p>
    <w:p>
      <w:pPr>
        <w:spacing w:before="0" w:after="80" w:line="300" w:lineRule="auto"/>
        <w:jc w:val="left"/>
      </w:pPr>
      <w:r>
        <w:rPr>
          <w:rFonts w:ascii="Times New Roman" w:hAnsi="Times New Roman" w:eastAsia="宋体"/>
          <w:b w:val="0"/>
          <w:i w:val="0"/>
          <w:color w:val="333333"/>
          <w:sz w:val="19"/>
        </w:rPr>
        <w:t>These granddaughters are the children of 24/6 = 4 of Bertha’s daughters, so exactly 4 women have daughters.</w:t>
      </w:r>
    </w:p>
    <w:p>
      <w:pPr>
        <w:spacing w:before="0" w:after="80" w:line="300" w:lineRule="auto"/>
        <w:jc w:val="left"/>
      </w:pPr>
      <w:r>
        <w:rPr>
          <w:rFonts w:ascii="Times New Roman" w:hAnsi="Times New Roman" w:eastAsia="宋体"/>
          <w:b w:val="0"/>
          <w:i w:val="0"/>
          <w:color w:val="333333"/>
          <w:sz w:val="19"/>
        </w:rPr>
        <w:t>Therefore the number of women with no daughters is 30 - 4 = 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y 截距在 0 和 1 之间，所以 0 &lt; b &lt; 1。</w:t>
      </w:r>
    </w:p>
    <w:p>
      <w:pPr>
        <w:spacing w:before="0" w:after="80" w:line="300" w:lineRule="auto"/>
        <w:jc w:val="left"/>
      </w:pPr>
      <w:r>
        <w:rPr>
          <w:rFonts w:ascii="Times New Roman" w:hAnsi="Times New Roman" w:eastAsia="宋体"/>
          <w:b w:val="0"/>
          <w:i w:val="0"/>
          <w:sz w:val="21"/>
        </w:rPr>
        <w:t>斜率为负且较平缓，在 -1 和 0 之间，所以 -1 &lt; m &lt; 0。</w:t>
      </w:r>
    </w:p>
    <w:p>
      <w:pPr>
        <w:spacing w:before="0" w:after="80" w:line="300" w:lineRule="auto"/>
        <w:jc w:val="left"/>
      </w:pPr>
      <w:r>
        <w:rPr>
          <w:rFonts w:ascii="Times New Roman" w:hAnsi="Times New Roman" w:eastAsia="宋体"/>
          <w:b w:val="0"/>
          <w:i w:val="0"/>
          <w:sz w:val="21"/>
        </w:rPr>
        <w:t>因此乘积 mb 为负，且绝对值小于 1，从而得到 -1 &lt; mb &lt;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y-intercept of the line is between 0 and 1, so 0 &lt; b &lt; 1.</w:t>
      </w:r>
    </w:p>
    <w:p>
      <w:pPr>
        <w:spacing w:before="0" w:after="80" w:line="300" w:lineRule="auto"/>
        <w:jc w:val="left"/>
      </w:pPr>
      <w:r>
        <w:rPr>
          <w:rFonts w:ascii="Times New Roman" w:hAnsi="Times New Roman" w:eastAsia="宋体"/>
          <w:b w:val="0"/>
          <w:i w:val="0"/>
          <w:color w:val="333333"/>
          <w:sz w:val="19"/>
        </w:rPr>
        <w:t>The slope is negative and shallow, between -1 and 0, so -1 &lt; m &lt; 0.</w:t>
      </w:r>
    </w:p>
    <w:p>
      <w:pPr>
        <w:spacing w:before="0" w:after="80" w:line="300" w:lineRule="auto"/>
        <w:jc w:val="left"/>
      </w:pPr>
      <w:r>
        <w:rPr>
          <w:rFonts w:ascii="Times New Roman" w:hAnsi="Times New Roman" w:eastAsia="宋体"/>
          <w:b w:val="0"/>
          <w:i w:val="0"/>
          <w:color w:val="333333"/>
          <w:sz w:val="19"/>
        </w:rPr>
        <w:t>The product mb is therefore negative with absolute value less than 1, giving -1 &lt; mb &lt;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逐个因式分解这些差：</w:t>
      </w:r>
    </w:p>
    <w:p>
      <w:pPr>
        <w:spacing w:before="0" w:after="80" w:line="300" w:lineRule="auto"/>
        <w:jc w:val="left"/>
      </w:pPr>
      <w:r>
        <w:rPr>
          <w:rFonts w:ascii="Times New Roman" w:hAnsi="Times New Roman" w:eastAsia="宋体"/>
          <w:b w:val="0"/>
          <w:i w:val="0"/>
          <w:sz w:val="21"/>
        </w:rPr>
        <w:t>U - V = 2004²⁰⁰⁵，V - W = 2004²⁰⁰⁴，W - X = 2001 · 2004²⁰⁰⁴，X - Y = 2004²⁰⁰⁴，且 Y - Z = 2003 · 2004²⁰⁰³。</w:t>
      </w:r>
    </w:p>
    <w:p>
      <w:pPr>
        <w:spacing w:before="0" w:after="80" w:line="300" w:lineRule="auto"/>
        <w:jc w:val="left"/>
      </w:pPr>
      <w:r>
        <w:rPr>
          <w:rFonts w:ascii="Times New Roman" w:hAnsi="Times New Roman" w:eastAsia="宋体"/>
          <w:b w:val="0"/>
          <w:i w:val="0"/>
          <w:sz w:val="21"/>
        </w:rPr>
        <w:t>因为 2004²⁰⁰⁵ = 2004 · 2004²⁰⁰⁴ 大于其他各项，而其他各项都达不到 2004²⁰⁰⁵，所以 U - V 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Compute each difference by factoring:</w:t>
      </w:r>
    </w:p>
    <w:p>
      <w:pPr>
        <w:spacing w:before="0" w:after="80" w:line="300" w:lineRule="auto"/>
        <w:jc w:val="left"/>
      </w:pPr>
      <w:r>
        <w:rPr>
          <w:rFonts w:ascii="Times New Roman" w:hAnsi="Times New Roman" w:eastAsia="宋体"/>
          <w:b w:val="0"/>
          <w:i w:val="0"/>
          <w:color w:val="333333"/>
          <w:sz w:val="19"/>
        </w:rPr>
        <w:t>U - V = 2004²⁰⁰⁵, V - W = 2004²⁰⁰⁴, W - X = 2001 · 2004²⁰⁰⁴, X - Y = 2004²⁰⁰⁴, and Y - Z = 2003 · 2004²⁰⁰³.</w:t>
      </w:r>
    </w:p>
    <w:p>
      <w:pPr>
        <w:spacing w:before="0" w:after="80" w:line="300" w:lineRule="auto"/>
        <w:jc w:val="left"/>
      </w:pPr>
      <w:r>
        <w:rPr>
          <w:rFonts w:ascii="Times New Roman" w:hAnsi="Times New Roman" w:eastAsia="宋体"/>
          <w:b w:val="0"/>
          <w:i w:val="0"/>
          <w:color w:val="333333"/>
          <w:sz w:val="19"/>
        </w:rPr>
        <w:t>Since 2004²⁰⁰⁵ = 2004 · 2004²⁰⁰⁴ exceeds each of the others, none of which reaches 2004²⁰⁰⁵, the difference U - V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三轮后，玩家 A、B 和 C 分别有 14、13 和 12 个筹码。之后每三轮都会使每个玩家的筹码数减少一个。</w:t>
      </w:r>
    </w:p>
    <w:p>
      <w:pPr>
        <w:spacing w:before="0" w:after="80" w:line="300" w:lineRule="auto"/>
        <w:jc w:val="left"/>
      </w:pPr>
      <w:r>
        <w:rPr>
          <w:rFonts w:ascii="Times New Roman" w:hAnsi="Times New Roman" w:eastAsia="宋体"/>
          <w:b w:val="0"/>
          <w:i w:val="0"/>
          <w:sz w:val="21"/>
        </w:rPr>
        <w:t>经过 36 轮后，他们分别有 3、2 和 1 个筹码；第 37 轮中，玩家 A 把自己的三个筹码全部给出并放入弃置堆后归零，游戏结束。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three rounds the players A, B, and C have 14, 13, and 12 tokens, respectively. Every subsequent three rounds reduces each player’s supply by one token.</w:t>
      </w:r>
    </w:p>
    <w:p>
      <w:pPr>
        <w:spacing w:before="0" w:after="80" w:line="300" w:lineRule="auto"/>
        <w:jc w:val="left"/>
      </w:pPr>
      <w:r>
        <w:rPr>
          <w:rFonts w:ascii="Times New Roman" w:hAnsi="Times New Roman" w:eastAsia="宋体"/>
          <w:b w:val="0"/>
          <w:i w:val="0"/>
          <w:color w:val="333333"/>
          <w:sz w:val="19"/>
        </w:rPr>
        <w:t>After 36 rounds they have 3, 2, and 1 tokens. In the 37th round player A, who has the most, gives away all three of their tokens and runs out, ending the game.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 △ ADE，△ BDC，和 △ ABD 的面积分别为 x，y，和 z。</w:t>
      </w:r>
    </w:p>
    <w:p>
      <w:pPr>
        <w:spacing w:before="0" w:after="80" w:line="300" w:lineRule="auto"/>
        <w:jc w:val="left"/>
      </w:pPr>
      <w:r>
        <w:rPr>
          <w:rFonts w:ascii="Times New Roman" w:hAnsi="Times New Roman" w:eastAsia="宋体"/>
          <w:b w:val="0"/>
          <w:i w:val="0"/>
          <w:sz w:val="21"/>
        </w:rPr>
        <w:t>则 △ ABE 的面积为 1/2 · 4 · 8 = 16 = x + z，而 △ ABC 的面积为 1/2 · 4 · 6 = 12 = y + z。</w:t>
      </w:r>
    </w:p>
    <w:p>
      <w:pPr>
        <w:spacing w:before="0" w:after="80" w:line="300" w:lineRule="auto"/>
        <w:jc w:val="left"/>
      </w:pPr>
      <w:r>
        <w:rPr>
          <w:rFonts w:ascii="Times New Roman" w:hAnsi="Times New Roman" w:eastAsia="宋体"/>
          <w:b w:val="0"/>
          <w:i w:val="0"/>
          <w:sz w:val="21"/>
        </w:rPr>
        <w:t>所求差为</w:t>
      </w:r>
    </w:p>
    <w:p>
      <w:pPr>
        <w:spacing w:before="0" w:after="80" w:line="300" w:lineRule="auto"/>
        <w:jc w:val="left"/>
      </w:pPr>
      <w:r>
        <w:rPr>
          <w:rFonts w:ascii="Times New Roman" w:hAnsi="Times New Roman" w:eastAsia="宋体"/>
          <w:b w:val="0"/>
          <w:i w:val="0"/>
          <w:sz w:val="21"/>
        </w:rPr>
        <w:t>x - y = (x + z) - (y + z)</w:t>
      </w:r>
    </w:p>
    <w:p>
      <w:pPr>
        <w:spacing w:before="0" w:after="80" w:line="300" w:lineRule="auto"/>
        <w:jc w:val="left"/>
      </w:pPr>
      <w:r>
        <w:rPr>
          <w:rFonts w:ascii="Times New Roman" w:hAnsi="Times New Roman" w:eastAsia="宋体"/>
          <w:b w:val="0"/>
          <w:i w:val="0"/>
          <w:sz w:val="21"/>
        </w:rPr>
        <w:t>= 16 - 12 = 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y, and z be the areas of △ ADE, △ BDC, and △ ABD, respectively.</w:t>
      </w:r>
    </w:p>
    <w:p>
      <w:pPr>
        <w:spacing w:before="0" w:after="80" w:line="300" w:lineRule="auto"/>
        <w:jc w:val="left"/>
      </w:pPr>
      <w:r>
        <w:rPr>
          <w:rFonts w:ascii="Times New Roman" w:hAnsi="Times New Roman" w:eastAsia="宋体"/>
          <w:b w:val="0"/>
          <w:i w:val="0"/>
          <w:color w:val="333333"/>
          <w:sz w:val="19"/>
        </w:rPr>
        <w:t>Then △ ABE has area 1/2 · 4 · 8 = 16 = x + z, and △ ABC has area 1/2 · 4 · 6 = 12 = y + z.</w:t>
      </w:r>
    </w:p>
    <w:p>
      <w:pPr>
        <w:spacing w:before="0" w:after="80" w:line="300" w:lineRule="auto"/>
        <w:jc w:val="left"/>
      </w:pPr>
      <w:r>
        <w:rPr>
          <w:rFonts w:ascii="Times New Roman" w:hAnsi="Times New Roman" w:eastAsia="宋体"/>
          <w:b w:val="0"/>
          <w:i w:val="0"/>
          <w:color w:val="333333"/>
          <w:sz w:val="19"/>
        </w:rPr>
        <w:t>The requested difference is</w:t>
      </w:r>
    </w:p>
    <w:p>
      <w:pPr>
        <w:spacing w:before="0" w:after="80" w:line="300" w:lineRule="auto"/>
        <w:jc w:val="left"/>
      </w:pPr>
      <w:r>
        <w:rPr>
          <w:rFonts w:ascii="Times New Roman" w:hAnsi="Times New Roman" w:eastAsia="宋体"/>
          <w:b w:val="0"/>
          <w:i w:val="0"/>
          <w:color w:val="333333"/>
          <w:sz w:val="19"/>
        </w:rPr>
        <w:t>x - y = (x + z) - (y + z)</w:t>
      </w:r>
    </w:p>
    <w:p>
      <w:pPr>
        <w:spacing w:before="0" w:after="80" w:line="300" w:lineRule="auto"/>
        <w:jc w:val="left"/>
      </w:pPr>
      <w:r>
        <w:rPr>
          <w:rFonts w:ascii="Times New Roman" w:hAnsi="Times New Roman" w:eastAsia="宋体"/>
          <w:b w:val="0"/>
          <w:i w:val="0"/>
          <w:color w:val="333333"/>
          <w:sz w:val="19"/>
        </w:rPr>
        <w:t>= 16 - 12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直径乘以 5/4 会使底面积乘以 (5/4)² = 25/16。</w:t>
      </w:r>
    </w:p>
    <w:p>
      <w:pPr>
        <w:spacing w:before="0" w:after="80" w:line="300" w:lineRule="auto"/>
        <w:jc w:val="left"/>
      </w:pPr>
      <w:r>
        <w:rPr>
          <w:rFonts w:ascii="Times New Roman" w:hAnsi="Times New Roman" w:eastAsia="宋体"/>
          <w:b w:val="0"/>
          <w:i w:val="0"/>
          <w:sz w:val="21"/>
        </w:rPr>
        <w:t>为保持体积不变，高度必须乘以 16/25 = 0.64，也就是减少 1 - 0.64 = 0.36，即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diameter by 5/4 multiplies the base area by (5/4)² = 25/16.</w:t>
      </w:r>
    </w:p>
    <w:p>
      <w:pPr>
        <w:spacing w:before="0" w:after="80" w:line="300" w:lineRule="auto"/>
        <w:jc w:val="left"/>
      </w:pPr>
      <w:r>
        <w:rPr>
          <w:rFonts w:ascii="Times New Roman" w:hAnsi="Times New Roman" w:eastAsia="宋体"/>
          <w:b w:val="0"/>
          <w:i w:val="0"/>
          <w:color w:val="333333"/>
          <w:sz w:val="19"/>
        </w:rPr>
        <w:t>To keep the volume fixed, the height must be multiplied by 16/25 = 0.64. That is a decrease of 1 - 0.64 = 0.36, or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一组连续整数的和等于项数乘以平均数，而对连续整数来说，平均数等于中位数。</w:t>
      </w:r>
    </w:p>
    <w:p>
      <w:pPr>
        <w:spacing w:before="0" w:after="80" w:line="300" w:lineRule="auto"/>
        <w:jc w:val="left"/>
      </w:pPr>
      <w:r>
        <w:rPr>
          <w:rFonts w:ascii="Times New Roman" w:hAnsi="Times New Roman" w:eastAsia="宋体"/>
          <w:b w:val="0"/>
          <w:i w:val="0"/>
          <w:sz w:val="21"/>
        </w:rPr>
        <w:t>所以中位数为</w:t>
      </w:r>
    </w:p>
    <w:p>
      <w:pPr>
        <w:spacing w:before="0" w:after="80" w:line="300" w:lineRule="auto"/>
        <w:jc w:val="left"/>
      </w:pPr>
      <w:r>
        <w:rPr>
          <w:rFonts w:ascii="Times New Roman" w:hAnsi="Times New Roman" w:eastAsia="宋体"/>
          <w:b w:val="0"/>
          <w:i w:val="0"/>
          <w:sz w:val="21"/>
        </w:rPr>
        <w:t>7⁵/49 = 7⁵/7² = 7³ = 343。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a set of consecutive integers equals the number of terms times their mean, and for consecutive integers the mean equals the median.</w:t>
      </w:r>
    </w:p>
    <w:p>
      <w:pPr>
        <w:spacing w:before="0" w:after="80" w:line="300" w:lineRule="auto"/>
        <w:jc w:val="left"/>
      </w:pPr>
      <w:r>
        <w:rPr>
          <w:rFonts w:ascii="Times New Roman" w:hAnsi="Times New Roman" w:eastAsia="宋体"/>
          <w:b w:val="0"/>
          <w:i w:val="0"/>
          <w:color w:val="333333"/>
          <w:sz w:val="19"/>
        </w:rPr>
        <w:t>So the median is</w:t>
      </w:r>
    </w:p>
    <w:p>
      <w:pPr>
        <w:spacing w:before="0" w:after="80" w:line="300" w:lineRule="auto"/>
        <w:jc w:val="left"/>
      </w:pPr>
      <w:r>
        <w:rPr>
          <w:rFonts w:ascii="Times New Roman" w:hAnsi="Times New Roman" w:eastAsia="宋体"/>
          <w:b w:val="0"/>
          <w:i w:val="0"/>
          <w:color w:val="333333"/>
          <w:sz w:val="19"/>
        </w:rPr>
        <w:t>7⁵/49 = 7⁵/7² = 7³ = 343.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如果 Paula 有 n 枚硬币，它们的总币值是 20n 美分。再加入一枚二十五美分硬币后共有 n + 1 枚硬币，总币值为 20n + 25 美分，而它也必须等于 21(n + 1) 美分。</w:t>
      </w:r>
    </w:p>
    <w:p>
      <w:pPr>
        <w:spacing w:before="0" w:after="80" w:line="300" w:lineRule="auto"/>
        <w:jc w:val="left"/>
      </w:pPr>
      <w:r>
        <w:rPr>
          <w:rFonts w:ascii="Times New Roman" w:hAnsi="Times New Roman" w:eastAsia="宋体"/>
          <w:b w:val="0"/>
          <w:i w:val="0"/>
          <w:sz w:val="21"/>
        </w:rPr>
        <w:t>因此 20n + 25 = 21(n + 1)，解得 n = 4。</w:t>
      </w:r>
    </w:p>
    <w:p>
      <w:pPr>
        <w:spacing w:before="0" w:after="80" w:line="300" w:lineRule="auto"/>
        <w:jc w:val="left"/>
      </w:pPr>
      <w:r>
        <w:rPr>
          <w:rFonts w:ascii="Times New Roman" w:hAnsi="Times New Roman" w:eastAsia="宋体"/>
          <w:b w:val="0"/>
          <w:i w:val="0"/>
          <w:sz w:val="21"/>
        </w:rPr>
        <w:t>这四枚硬币合计 80 美分，只能是三枚二十五美分硬币和一枚五美分硬币，所以十美分硬币的数量为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Paula has n coins, their total value is 20n cents. Adding a quarter gives n + 1 coins worth 20n + 25 cents, which must also equal 21(n + 1) cents.</w:t>
      </w:r>
    </w:p>
    <w:p>
      <w:pPr>
        <w:spacing w:before="0" w:after="80" w:line="300" w:lineRule="auto"/>
        <w:jc w:val="left"/>
      </w:pPr>
      <w:r>
        <w:rPr>
          <w:rFonts w:ascii="Times New Roman" w:hAnsi="Times New Roman" w:eastAsia="宋体"/>
          <w:b w:val="0"/>
          <w:i w:val="0"/>
          <w:color w:val="333333"/>
          <w:sz w:val="19"/>
        </w:rPr>
        <w:t>So 20n + 25 = 21(n + 1), giving n = 4.</w:t>
      </w:r>
    </w:p>
    <w:p>
      <w:pPr>
        <w:spacing w:before="0" w:after="80" w:line="300" w:lineRule="auto"/>
        <w:jc w:val="left"/>
      </w:pPr>
      <w:r>
        <w:rPr>
          <w:rFonts w:ascii="Times New Roman" w:hAnsi="Times New Roman" w:eastAsia="宋体"/>
          <w:b w:val="0"/>
          <w:i w:val="0"/>
          <w:color w:val="333333"/>
          <w:sz w:val="19"/>
        </w:rPr>
        <w:t>Four coins totalling 80 cents must be three quarters and one nickel, so the number of dimes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直线 AC 经过 (0, 9)，斜率为 (8 - 9)/(2 - 0) = -1/2，所以方程是 y = -1/2 x + 9。令 y = x，得到 A' = (6, 6)。</w:t>
      </w:r>
    </w:p>
    <w:p>
      <w:pPr>
        <w:spacing w:before="0" w:after="80" w:line="300" w:lineRule="auto"/>
        <w:jc w:val="left"/>
      </w:pPr>
      <w:r>
        <w:rPr>
          <w:rFonts w:ascii="Times New Roman" w:hAnsi="Times New Roman" w:eastAsia="宋体"/>
          <w:b w:val="0"/>
          <w:i w:val="0"/>
          <w:sz w:val="21"/>
        </w:rPr>
        <w:t>直线 BC 经过 (0, 12)，斜率为 -2，所以方程是 y = -2x + 12。令 y = x，得到 B' = (4, 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 = √((6 - 4)² + (6 - 4)²)</w:t>
      </w:r>
    </w:p>
    <w:p>
      <w:pPr>
        <w:spacing w:before="0" w:after="80" w:line="300" w:lineRule="auto"/>
        <w:jc w:val="left"/>
      </w:pPr>
      <w:r>
        <w:rPr>
          <w:rFonts w:ascii="Times New Roman" w:hAnsi="Times New Roman" w:eastAsia="宋体"/>
          <w:b w:val="0"/>
          <w:i w:val="0"/>
          <w:sz w:val="21"/>
        </w:rPr>
        <w:t>= 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AC passes through (0, 9) with slope (8 - 9)/(2 - 0) = -1/2, so its equation is y = -1/2 x + 9. Setting y = x gives A' = (6, 6).</w:t>
      </w:r>
    </w:p>
    <w:p>
      <w:pPr>
        <w:spacing w:before="0" w:after="80" w:line="300" w:lineRule="auto"/>
        <w:jc w:val="left"/>
      </w:pPr>
      <w:r>
        <w:rPr>
          <w:rFonts w:ascii="Times New Roman" w:hAnsi="Times New Roman" w:eastAsia="宋体"/>
          <w:b w:val="0"/>
          <w:i w:val="0"/>
          <w:color w:val="333333"/>
          <w:sz w:val="19"/>
        </w:rPr>
        <w:t>Line BC passes through (0, 12) with slope -2, so y = -2x + 12. Setting y = x gives B' = (4, 4).</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A'B' = √((6 - 4)² + (6 - 4)²)</w:t>
      </w:r>
    </w:p>
    <w:p>
      <w:pPr>
        <w:spacing w:before="0" w:after="80" w:line="300" w:lineRule="auto"/>
        <w:jc w:val="left"/>
      </w:pPr>
      <w:r>
        <w:rPr>
          <w:rFonts w:ascii="Times New Roman" w:hAnsi="Times New Roman" w:eastAsia="宋体"/>
          <w:b w:val="0"/>
          <w:i w:val="0"/>
          <w:color w:val="333333"/>
          <w:sz w:val="19"/>
        </w:rPr>
        <w:t>= 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共有 C(9, 2) = 36 对点，每一对点确定一条直线。</w:t>
      </w:r>
    </w:p>
    <w:p>
      <w:pPr>
        <w:spacing w:before="0" w:after="80" w:line="300" w:lineRule="auto"/>
        <w:jc w:val="left"/>
      </w:pPr>
      <w:r>
        <w:rPr>
          <w:rFonts w:ascii="Times New Roman" w:hAnsi="Times New Roman" w:eastAsia="宋体"/>
          <w:b w:val="0"/>
          <w:i w:val="0"/>
          <w:sz w:val="21"/>
        </w:rPr>
        <w:t>但是有三条水平线、三条竖直线和两条对角线各经过 S 中的 3 个共线点，因此每条这样的直线被多算 2 次。</w:t>
      </w:r>
    </w:p>
    <w:p>
      <w:pPr>
        <w:spacing w:before="0" w:after="80" w:line="300" w:lineRule="auto"/>
        <w:jc w:val="left"/>
      </w:pPr>
      <w:r>
        <w:rPr>
          <w:rFonts w:ascii="Times New Roman" w:hAnsi="Times New Roman" w:eastAsia="宋体"/>
          <w:b w:val="0"/>
          <w:i w:val="0"/>
          <w:sz w:val="21"/>
        </w:rPr>
        <w:t>这样的直线共有 8 条，所以不同直线的数量为 36 - 2 · 8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C(9, 2) = 36 pairs of points, and each pair determines a line.</w:t>
      </w:r>
    </w:p>
    <w:p>
      <w:pPr>
        <w:spacing w:before="0" w:after="80" w:line="300" w:lineRule="auto"/>
        <w:jc w:val="left"/>
      </w:pPr>
      <w:r>
        <w:rPr>
          <w:rFonts w:ascii="Times New Roman" w:hAnsi="Times New Roman" w:eastAsia="宋体"/>
          <w:b w:val="0"/>
          <w:i w:val="0"/>
          <w:color w:val="333333"/>
          <w:sz w:val="19"/>
        </w:rPr>
        <w:t>However, there are three horizontal, three vertical, and two diagonal lines that each pass through three collinear points of S. Each such line is counted 3 times, an overcount of 2 per line.</w:t>
      </w:r>
    </w:p>
    <w:p>
      <w:pPr>
        <w:spacing w:before="0" w:after="80" w:line="300" w:lineRule="auto"/>
        <w:jc w:val="left"/>
      </w:pPr>
      <w:r>
        <w:rPr>
          <w:rFonts w:ascii="Times New Roman" w:hAnsi="Times New Roman" w:eastAsia="宋体"/>
          <w:b w:val="0"/>
          <w:i w:val="0"/>
          <w:color w:val="333333"/>
          <w:sz w:val="19"/>
        </w:rPr>
        <w:t>With 8 such lines, the number of distinct lines is 36 - 2 · 8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等差数列为 9，9 + d，9 + 2d。加上指定数后，等比数列为 9，11 + d，29 + 2d。</w:t>
      </w:r>
    </w:p>
    <w:p>
      <w:pPr>
        <w:spacing w:before="0" w:after="80" w:line="300" w:lineRule="auto"/>
        <w:jc w:val="left"/>
      </w:pPr>
      <w:r>
        <w:rPr>
          <w:rFonts w:ascii="Times New Roman" w:hAnsi="Times New Roman" w:eastAsia="宋体"/>
          <w:b w:val="0"/>
          <w:i w:val="0"/>
          <w:sz w:val="21"/>
        </w:rPr>
        <w:t>等比条件给出 (11 + d)² = 9(29 + 2d)，化简为 d² + 4d - 140 = 0，所以 d = 10 或 d = -14。</w:t>
      </w:r>
    </w:p>
    <w:p>
      <w:pPr>
        <w:spacing w:before="0" w:after="80" w:line="300" w:lineRule="auto"/>
        <w:jc w:val="left"/>
      </w:pPr>
      <w:r>
        <w:rPr>
          <w:rFonts w:ascii="Times New Roman" w:hAnsi="Times New Roman" w:eastAsia="宋体"/>
          <w:b w:val="0"/>
          <w:i w:val="0"/>
          <w:sz w:val="21"/>
        </w:rPr>
        <w:t>对应的第三项 29 + 2d 分别为 49 和 1，所以最小可能值为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progression is 9, 9 + d, 9 + 2d. After the additions, the geometric progression is 9, 11 + d, 29 + 2d.</w:t>
      </w:r>
    </w:p>
    <w:p>
      <w:pPr>
        <w:spacing w:before="0" w:after="80" w:line="300" w:lineRule="auto"/>
        <w:jc w:val="left"/>
      </w:pPr>
      <w:r>
        <w:rPr>
          <w:rFonts w:ascii="Times New Roman" w:hAnsi="Times New Roman" w:eastAsia="宋体"/>
          <w:b w:val="0"/>
          <w:i w:val="0"/>
          <w:color w:val="333333"/>
          <w:sz w:val="19"/>
        </w:rPr>
        <w:t>The geometric condition gives (11 + d)² = 9(29 + 2d), which simplifies to d² + 4d - 140 = 0, so d = 10 or d = -14.</w:t>
      </w:r>
    </w:p>
    <w:p>
      <w:pPr>
        <w:spacing w:before="0" w:after="80" w:line="300" w:lineRule="auto"/>
        <w:jc w:val="left"/>
      </w:pPr>
      <w:r>
        <w:rPr>
          <w:rFonts w:ascii="Times New Roman" w:hAnsi="Times New Roman" w:eastAsia="宋体"/>
          <w:b w:val="0"/>
          <w:i w:val="0"/>
          <w:color w:val="333333"/>
          <w:sz w:val="19"/>
        </w:rPr>
        <w:t>The corresponding third terms 29 + 2d are 49 and 1, so the smallest possible value is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从相对两端出发时，她们第一次相遇时合计跑了半个跑道长度。</w:t>
      </w:r>
    </w:p>
    <w:p>
      <w:pPr>
        <w:spacing w:before="0" w:after="80" w:line="300" w:lineRule="auto"/>
        <w:jc w:val="left"/>
      </w:pPr>
      <w:r>
        <w:rPr>
          <w:rFonts w:ascii="Times New Roman" w:hAnsi="Times New Roman" w:eastAsia="宋体"/>
          <w:b w:val="0"/>
          <w:i w:val="0"/>
          <w:sz w:val="21"/>
        </w:rPr>
        <w:t>第一次和第二次相遇之间，她们合计跑了一个完整跑道长度。因为 Brenda 第一次相遇前跑了 100 米，所以这段时间她跑了 2 · 100 = 200 米。</w:t>
      </w:r>
    </w:p>
    <w:p>
      <w:pPr>
        <w:spacing w:before="0" w:after="80" w:line="300" w:lineRule="auto"/>
        <w:jc w:val="left"/>
      </w:pPr>
      <w:r>
        <w:rPr>
          <w:rFonts w:ascii="Times New Roman" w:hAnsi="Times New Roman" w:eastAsia="宋体"/>
          <w:b w:val="0"/>
          <w:i w:val="0"/>
          <w:sz w:val="21"/>
        </w:rPr>
        <w:t>同一时间段内 Sally 跑了 150 米，因此跑道长度为 200 + 150 = 350 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at opposite ends, when they first meet they have together run half the track. Between the first and second meetings, they together run a full track length.</w:t>
      </w:r>
    </w:p>
    <w:p>
      <w:pPr>
        <w:spacing w:before="0" w:after="80" w:line="300" w:lineRule="auto"/>
        <w:jc w:val="left"/>
      </w:pPr>
      <w:r>
        <w:rPr>
          <w:rFonts w:ascii="Times New Roman" w:hAnsi="Times New Roman" w:eastAsia="宋体"/>
          <w:b w:val="0"/>
          <w:i w:val="0"/>
          <w:color w:val="333333"/>
          <w:sz w:val="19"/>
        </w:rPr>
        <w:t>Since Brenda runs at a constant speed and covered 100 meters before the first meeting, she covers 2 · 100 = 200 meters between the two meetings.</w:t>
      </w:r>
    </w:p>
    <w:p>
      <w:pPr>
        <w:spacing w:before="0" w:after="80" w:line="300" w:lineRule="auto"/>
        <w:jc w:val="left"/>
      </w:pPr>
      <w:r>
        <w:rPr>
          <w:rFonts w:ascii="Times New Roman" w:hAnsi="Times New Roman" w:eastAsia="宋体"/>
          <w:b w:val="0"/>
          <w:i w:val="0"/>
          <w:color w:val="333333"/>
          <w:sz w:val="19"/>
        </w:rPr>
        <w:t>Adding Sally’s 150 meters over that same interval gives a track length of 200 + 150 = 350 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该表达式有定义当且仅当 log₂₀₀₃(log₂₀₀₂(log₂₀₀₁ x)) &gt; 0，也就是 log₂₀₀₂(log₂₀₀₁ x) &gt; 1。</w:t>
      </w:r>
    </w:p>
    <w:p>
      <w:pPr>
        <w:spacing w:before="0" w:after="80" w:line="300" w:lineRule="auto"/>
        <w:jc w:val="left"/>
      </w:pPr>
      <w:r>
        <w:rPr>
          <w:rFonts w:ascii="Times New Roman" w:hAnsi="Times New Roman" w:eastAsia="宋体"/>
          <w:b w:val="0"/>
          <w:i w:val="0"/>
          <w:sz w:val="21"/>
        </w:rPr>
        <w:t>这当且仅当 log₂₀₀₁ x &gt; 2002，等价于 x &gt; 2001²⁰⁰²。</w:t>
      </w:r>
    </w:p>
    <w:p>
      <w:pPr>
        <w:spacing w:before="0" w:after="80" w:line="300" w:lineRule="auto"/>
        <w:jc w:val="left"/>
      </w:pPr>
      <w:r>
        <w:rPr>
          <w:rFonts w:ascii="Times New Roman" w:hAnsi="Times New Roman" w:eastAsia="宋体"/>
          <w:b w:val="0"/>
          <w:i w:val="0"/>
          <w:sz w:val="21"/>
        </w:rPr>
        <w:t>因此 c = 2001²⁰⁰²。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 defined if and only if log₂₀₀₃(log₂₀₀₂(log₂₀₀₁ x)) &gt; 0, that is, log₂₀₀₂(log₂₀₀₁ x) &gt; 1.</w:t>
      </w:r>
    </w:p>
    <w:p>
      <w:pPr>
        <w:spacing w:before="0" w:after="80" w:line="300" w:lineRule="auto"/>
        <w:jc w:val="left"/>
      </w:pPr>
      <w:r>
        <w:rPr>
          <w:rFonts w:ascii="Times New Roman" w:hAnsi="Times New Roman" w:eastAsia="宋体"/>
          <w:b w:val="0"/>
          <w:i w:val="0"/>
          <w:color w:val="333333"/>
          <w:sz w:val="19"/>
        </w:rPr>
        <w:t>This holds if and only if log₂₀₀₁ x &gt; 2002, which is equivalent to x &gt; 2001²⁰⁰².</w:t>
      </w:r>
    </w:p>
    <w:p>
      <w:pPr>
        <w:spacing w:before="0" w:after="80" w:line="300" w:lineRule="auto"/>
        <w:jc w:val="left"/>
      </w:pPr>
      <w:r>
        <w:rPr>
          <w:rFonts w:ascii="Times New Roman" w:hAnsi="Times New Roman" w:eastAsia="宋体"/>
          <w:b w:val="0"/>
          <w:i w:val="0"/>
          <w:color w:val="333333"/>
          <w:sz w:val="19"/>
        </w:rPr>
        <w:t>Therefore c = 2001²⁰⁰².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在 f(2n) = n · f(n) 中令 n = 2ᵏ 得到 f(2ᵏ⁺¹) = 2ᵏ · f(2ᵏ)。</w:t>
      </w:r>
    </w:p>
    <w:p>
      <w:pPr>
        <w:spacing w:before="0" w:after="80" w:line="300" w:lineRule="auto"/>
        <w:jc w:val="left"/>
      </w:pPr>
      <w:r>
        <w:rPr>
          <w:rFonts w:ascii="Times New Roman" w:hAnsi="Times New Roman" w:eastAsia="宋体"/>
          <w:b w:val="0"/>
          <w:i w:val="0"/>
          <w:sz w:val="21"/>
        </w:rPr>
        <w:t>从 f(2¹) = f(2) = 1 · f(1) = 2⁰，展开，指数累加为</w:t>
      </w:r>
    </w:p>
    <w:p>
      <w:pPr>
        <w:spacing w:before="0" w:after="80" w:line="300" w:lineRule="auto"/>
        <w:jc w:val="left"/>
      </w:pPr>
      <w:r>
        <w:rPr>
          <w:rFonts w:ascii="Times New Roman" w:hAnsi="Times New Roman" w:eastAsia="宋体"/>
          <w:b w:val="0"/>
          <w:i w:val="0"/>
          <w:sz w:val="21"/>
        </w:rPr>
        <w:t>f(2ⁿ) = 2^(0 + 1 + 2 + ⋯ + (n-1))</w:t>
      </w:r>
    </w:p>
    <w:p>
      <w:pPr>
        <w:spacing w:before="0" w:after="80" w:line="300" w:lineRule="auto"/>
        <w:jc w:val="left"/>
      </w:pPr>
      <w:r>
        <w:rPr>
          <w:rFonts w:ascii="Times New Roman" w:hAnsi="Times New Roman" w:eastAsia="宋体"/>
          <w:b w:val="0"/>
          <w:i w:val="0"/>
          <w:sz w:val="21"/>
        </w:rPr>
        <w:t>= 2^((n(n-1))/2)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f(2¹⁰⁰) = 2^((100 · 99)/2) = 2⁴⁹⁵⁰。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Applying f(2n) = n · f(n) with n = 2ᵏ, we get f(2ᵏ⁺¹) = 2ᵏ · f(2ᵏ).</w:t>
      </w:r>
    </w:p>
    <w:p>
      <w:pPr>
        <w:spacing w:before="0" w:after="80" w:line="300" w:lineRule="auto"/>
        <w:jc w:val="left"/>
      </w:pPr>
      <w:r>
        <w:rPr>
          <w:rFonts w:ascii="Times New Roman" w:hAnsi="Times New Roman" w:eastAsia="宋体"/>
          <w:b w:val="0"/>
          <w:i w:val="0"/>
          <w:color w:val="333333"/>
          <w:sz w:val="19"/>
        </w:rPr>
        <w:t>Unwinding from f(2¹) = f(2) = 1 · f(1) = 2⁰, the exponents accumulate:</w:t>
      </w:r>
    </w:p>
    <w:p>
      <w:pPr>
        <w:spacing w:before="0" w:after="80" w:line="300" w:lineRule="auto"/>
        <w:jc w:val="left"/>
      </w:pPr>
      <w:r>
        <w:rPr>
          <w:rFonts w:ascii="Times New Roman" w:hAnsi="Times New Roman" w:eastAsia="宋体"/>
          <w:b w:val="0"/>
          <w:i w:val="0"/>
          <w:color w:val="333333"/>
          <w:sz w:val="19"/>
        </w:rPr>
        <w:t>f(2ⁿ) = 2^(0 + 1 + 2 + ⋯ + (n-1))</w:t>
      </w:r>
    </w:p>
    <w:p>
      <w:pPr>
        <w:spacing w:before="0" w:after="80" w:line="300" w:lineRule="auto"/>
        <w:jc w:val="left"/>
      </w:pPr>
      <w:r>
        <w:rPr>
          <w:rFonts w:ascii="Times New Roman" w:hAnsi="Times New Roman" w:eastAsia="宋体"/>
          <w:b w:val="0"/>
          <w:i w:val="0"/>
          <w:color w:val="333333"/>
          <w:sz w:val="19"/>
        </w:rPr>
        <w:t>= 2^((n(n-1))/2).</w:t>
      </w:r>
    </w:p>
    <w:p>
      <w:pPr>
        <w:spacing w:before="0" w:after="80" w:line="300" w:lineRule="auto"/>
        <w:jc w:val="left"/>
      </w:pPr>
      <w:r>
        <w:rPr>
          <w:rFonts w:ascii="Times New Roman" w:hAnsi="Times New Roman" w:eastAsia="宋体"/>
          <w:b w:val="0"/>
          <w:i w:val="0"/>
          <w:color w:val="333333"/>
          <w:sz w:val="19"/>
        </w:rPr>
        <w:t>Therefore f(2¹⁰⁰) = 2^((100 · 99)/2) = 2⁴⁹⁵⁰.</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 F 为 CE 与半圆的切点。由于 CB 和 CF 都是从 C 作出的切线，所以 CF = CB = 2。同理，令 x = AE，从 E 作出的切线给出 EF = EA = x。</w:t>
      </w:r>
    </w:p>
    <w:p>
      <w:pPr>
        <w:spacing w:before="0" w:after="80" w:line="300" w:lineRule="auto"/>
        <w:jc w:val="left"/>
      </w:pPr>
      <w:r>
        <w:rPr>
          <w:rFonts w:ascii="Times New Roman" w:hAnsi="Times New Roman" w:eastAsia="宋体"/>
          <w:b w:val="0"/>
          <w:i w:val="0"/>
          <w:sz w:val="21"/>
        </w:rPr>
        <w:t>因此 CE = CF + FE = 2 + x。在直角三角形 CDE 中，CD = 2 且 DE = 2 - x，所以</w:t>
      </w:r>
    </w:p>
    <w:p>
      <w:pPr>
        <w:spacing w:before="0" w:after="80" w:line="300" w:lineRule="auto"/>
        <w:jc w:val="left"/>
      </w:pPr>
      <w:r>
        <w:rPr>
          <w:rFonts w:ascii="Times New Roman" w:hAnsi="Times New Roman" w:eastAsia="宋体"/>
          <w:b w:val="0"/>
          <w:i w:val="0"/>
          <w:sz w:val="21"/>
        </w:rPr>
        <w:t>(2 - x)² + 2² = (2 + x)²。</w:t>
      </w:r>
    </w:p>
    <w:p>
      <w:pPr>
        <w:spacing w:before="0" w:after="80" w:line="300" w:lineRule="auto"/>
        <w:jc w:val="left"/>
      </w:pPr>
      <w:r>
        <w:rPr>
          <w:rFonts w:ascii="Times New Roman" w:hAnsi="Times New Roman" w:eastAsia="宋体"/>
          <w:b w:val="0"/>
          <w:i w:val="0"/>
          <w:sz w:val="21"/>
        </w:rPr>
        <w:t>展开得 8x = 4，所以 x = 1/2，并且 CE = 2 + 1/2 = 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the point where CE touches the semicircle. Since CB and CF are both tangents from C, we have CF = CB = 2. Similarly, with x = AE, the tangents from E give EF = EA = x.</w:t>
      </w:r>
    </w:p>
    <w:p>
      <w:pPr>
        <w:spacing w:before="0" w:after="80" w:line="300" w:lineRule="auto"/>
        <w:jc w:val="left"/>
      </w:pPr>
      <w:r>
        <w:rPr>
          <w:rFonts w:ascii="Times New Roman" w:hAnsi="Times New Roman" w:eastAsia="宋体"/>
          <w:b w:val="0"/>
          <w:i w:val="0"/>
          <w:color w:val="333333"/>
          <w:sz w:val="19"/>
        </w:rPr>
        <w:t>Thus CE = CF + FE = 2 + x. In right triangle CDE, where CD = 2 and DE = 2 - x,</w:t>
      </w:r>
    </w:p>
    <w:p>
      <w:pPr>
        <w:spacing w:before="0" w:after="80" w:line="300" w:lineRule="auto"/>
        <w:jc w:val="left"/>
      </w:pPr>
      <w:r>
        <w:rPr>
          <w:rFonts w:ascii="Times New Roman" w:hAnsi="Times New Roman" w:eastAsia="宋体"/>
          <w:b w:val="0"/>
          <w:i w:val="0"/>
          <w:color w:val="333333"/>
          <w:sz w:val="19"/>
        </w:rPr>
        <w:t>(2 - x)² + 2² = (2 + x)².</w:t>
      </w:r>
    </w:p>
    <w:p>
      <w:pPr>
        <w:spacing w:before="0" w:after="80" w:line="300" w:lineRule="auto"/>
        <w:jc w:val="left"/>
      </w:pPr>
      <w:r>
        <w:rPr>
          <w:rFonts w:ascii="Times New Roman" w:hAnsi="Times New Roman" w:eastAsia="宋体"/>
          <w:b w:val="0"/>
          <w:i w:val="0"/>
          <w:color w:val="333333"/>
          <w:sz w:val="19"/>
        </w:rPr>
        <w:t>Expanding gives 8x = 4, so x = 1/2 and CE = 2 + 1/2 = 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圆 A 半径为 1，经过圆 D 的圆心并与圆 D 内切，所以圆 D 的半径为 2。</w:t>
      </w:r>
    </w:p>
    <w:p>
      <w:pPr>
        <w:spacing w:before="0" w:after="80" w:line="300" w:lineRule="auto"/>
        <w:jc w:val="left"/>
      </w:pPr>
      <w:r>
        <w:rPr>
          <w:rFonts w:ascii="Times New Roman" w:hAnsi="Times New Roman" w:eastAsia="宋体"/>
          <w:b w:val="0"/>
          <w:i w:val="0"/>
          <w:sz w:val="21"/>
        </w:rPr>
        <w:t>将圆 D 的圆心放在原点，圆 A 的圆心在 (-1, 0)。由对称性，B 的圆心为 (x, y)，半径为 r 而 C 是它关于水平轴的镜像，所以两圆在该轴上相切，且 y = r。</w:t>
      </w:r>
    </w:p>
    <w:p>
      <w:pPr>
        <w:spacing w:before="0" w:after="80" w:line="300" w:lineRule="auto"/>
        <w:jc w:val="left"/>
      </w:pPr>
      <w:r>
        <w:rPr>
          <w:rFonts w:ascii="Times New Roman" w:hAnsi="Times New Roman" w:eastAsia="宋体"/>
          <w:b w:val="0"/>
          <w:i w:val="0"/>
          <w:sz w:val="21"/>
        </w:rPr>
        <w:t>与圆 D 内切给出 x² + y² = (2 - r)²，与圆 A 外切给出 (x + 1)² + y² = (1 + r)²。</w:t>
      </w:r>
    </w:p>
    <w:p>
      <w:pPr>
        <w:spacing w:before="0" w:after="80" w:line="300" w:lineRule="auto"/>
        <w:jc w:val="left"/>
      </w:pPr>
      <w:r>
        <w:rPr>
          <w:rFonts w:ascii="Times New Roman" w:hAnsi="Times New Roman" w:eastAsia="宋体"/>
          <w:b w:val="0"/>
          <w:i w:val="0"/>
          <w:sz w:val="21"/>
        </w:rPr>
        <w:t>两式相减并使用 y = r 得到 x = 2/3 且 r = 8/9。因此圆 B 的半径是 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A has radius 1 and passes through the center of D while being internally tangent to D, so D has radius 2.</w:t>
      </w:r>
    </w:p>
    <w:p>
      <w:pPr>
        <w:spacing w:before="0" w:after="80" w:line="300" w:lineRule="auto"/>
        <w:jc w:val="left"/>
      </w:pPr>
      <w:r>
        <w:rPr>
          <w:rFonts w:ascii="Times New Roman" w:hAnsi="Times New Roman" w:eastAsia="宋体"/>
          <w:b w:val="0"/>
          <w:i w:val="0"/>
          <w:color w:val="333333"/>
          <w:sz w:val="19"/>
        </w:rPr>
        <w:t>Place the center of D at the origin, with A centered at (-1, 0). By symmetry, B has center (x, y) and radius r, with C its mirror image across the horizontal axis, so the two congruent circles touch on that axis and y = r.</w:t>
      </w:r>
    </w:p>
    <w:p>
      <w:pPr>
        <w:spacing w:before="0" w:after="80" w:line="300" w:lineRule="auto"/>
        <w:jc w:val="left"/>
      </w:pPr>
      <w:r>
        <w:rPr>
          <w:rFonts w:ascii="Times New Roman" w:hAnsi="Times New Roman" w:eastAsia="宋体"/>
          <w:b w:val="0"/>
          <w:i w:val="0"/>
          <w:color w:val="333333"/>
          <w:sz w:val="19"/>
        </w:rPr>
        <w:t>Internal tangency to D gives x² + y² = (2 - r)², and external tangency to A gives (x + 1)² + y² = (1 + r)².</w:t>
      </w:r>
    </w:p>
    <w:p>
      <w:pPr>
        <w:spacing w:before="0" w:after="80" w:line="300" w:lineRule="auto"/>
        <w:jc w:val="left"/>
      </w:pPr>
      <w:r>
        <w:rPr>
          <w:rFonts w:ascii="Times New Roman" w:hAnsi="Times New Roman" w:eastAsia="宋体"/>
          <w:b w:val="0"/>
          <w:i w:val="0"/>
          <w:color w:val="333333"/>
          <w:sz w:val="19"/>
        </w:rPr>
        <w:t>Subtracting and using y = r yields x = 2/3 and r = 8/9. The radius of circle B is 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将选择表示为单位正方形中的点 (a, b)。a 和 b 小于 1/2 时四舍五入为 0，否则四舍五入为 1；而 c = a + b 的分界点为 1/2 和 3/2。</w:t>
      </w:r>
    </w:p>
    <w:p>
      <w:pPr>
        <w:spacing w:before="0" w:after="80" w:line="300" w:lineRule="auto"/>
        <w:jc w:val="left"/>
      </w:pPr>
      <w:r>
        <w:rPr>
          <w:rFonts w:ascii="Times New Roman" w:hAnsi="Times New Roman" w:eastAsia="宋体"/>
          <w:b w:val="0"/>
          <w:i w:val="0"/>
          <w:sz w:val="21"/>
        </w:rPr>
        <w:t>这个等式恰好在两个区域内不成立。若 a, b &lt; 1/2，则当 a + b ≥ 1/2 时不成立，这是一个面积为 1/8 的直角三角形。若 a, b ≥ 1/2，则当 a + b &lt; 3/2 时不成立，这是另一个面积为 1/8 的直角三角形。当 a, b 中恰好有一个不小于 1/2 时，等式总是成立。</w:t>
      </w:r>
    </w:p>
    <w:p>
      <w:pPr>
        <w:spacing w:before="0" w:after="80" w:line="300" w:lineRule="auto"/>
        <w:jc w:val="left"/>
      </w:pPr>
      <w:r>
        <w:rPr>
          <w:rFonts w:ascii="Times New Roman" w:hAnsi="Times New Roman" w:eastAsia="宋体"/>
          <w:b w:val="0"/>
          <w:i w:val="0"/>
          <w:sz w:val="21"/>
        </w:rPr>
        <w:t>因此不成立的概率为 1/8 + 1/8 = 1/4，所以所求概率为 1 - 1/4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Represent the choices as a point (a, b) in the unit square. Each of a and b rounds to 0 if below 1/2 and to 1 otherwise, while c = a + b rounds based on 1/2 and 3/2.</w:t>
      </w:r>
    </w:p>
    <w:p>
      <w:pPr>
        <w:spacing w:before="0" w:after="80" w:line="300" w:lineRule="auto"/>
        <w:jc w:val="left"/>
      </w:pPr>
      <w:r>
        <w:rPr>
          <w:rFonts w:ascii="Times New Roman" w:hAnsi="Times New Roman" w:eastAsia="宋体"/>
          <w:b w:val="0"/>
          <w:i w:val="0"/>
          <w:color w:val="333333"/>
          <w:sz w:val="19"/>
        </w:rPr>
        <w:t>The equation fails in exactly two regions. If a, b &lt; 1/2, it fails when a + b ≥ 1/2; this is a right triangle of area 1/8. If a, b ≥ 1/2, it fails when a + b &lt; 3/2; this is another right triangle of area 1/8. When exactly one of a, b is at least 1/2, the equation always holds.</w:t>
      </w:r>
    </w:p>
    <w:p>
      <w:pPr>
        <w:spacing w:before="0" w:after="80" w:line="300" w:lineRule="auto"/>
        <w:jc w:val="left"/>
      </w:pPr>
      <w:r>
        <w:rPr>
          <w:rFonts w:ascii="Times New Roman" w:hAnsi="Times New Roman" w:eastAsia="宋体"/>
          <w:b w:val="0"/>
          <w:i w:val="0"/>
          <w:color w:val="333333"/>
          <w:sz w:val="19"/>
        </w:rPr>
        <w:t>Thus the failure probability is 1/8 + 1/8 = 1/4, so the requested probability is 1 - 1/4 =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该级数首项为 1，公比为 cos² θ，所以和为 1/(1 - cos² θ) = 1/(sin² θ) = 5。</w:t>
      </w:r>
    </w:p>
    <w:p>
      <w:pPr>
        <w:spacing w:before="0" w:after="80" w:line="300" w:lineRule="auto"/>
        <w:jc w:val="left"/>
      </w:pPr>
      <w:r>
        <w:rPr>
          <w:rFonts w:ascii="Times New Roman" w:hAnsi="Times New Roman" w:eastAsia="宋体"/>
          <w:b w:val="0"/>
          <w:i w:val="0"/>
          <w:sz w:val="21"/>
        </w:rPr>
        <w:t>因此 sin² θ = 1/5，并且</w:t>
      </w:r>
    </w:p>
    <w:p>
      <w:pPr>
        <w:spacing w:before="0" w:after="80" w:line="300" w:lineRule="auto"/>
        <w:jc w:val="left"/>
      </w:pPr>
      <w:r>
        <w:rPr>
          <w:rFonts w:ascii="Times New Roman" w:hAnsi="Times New Roman" w:eastAsia="宋体"/>
          <w:b w:val="0"/>
          <w:i w:val="0"/>
          <w:sz w:val="21"/>
        </w:rPr>
        <w:t>cos 2θ = 1 - 2sin² θ</w:t>
      </w:r>
    </w:p>
    <w:p>
      <w:pPr>
        <w:spacing w:before="0" w:after="80" w:line="300" w:lineRule="auto"/>
        <w:jc w:val="left"/>
      </w:pPr>
      <w:r>
        <w:rPr>
          <w:rFonts w:ascii="Times New Roman" w:hAnsi="Times New Roman" w:eastAsia="宋体"/>
          <w:b w:val="0"/>
          <w:i w:val="0"/>
          <w:sz w:val="21"/>
        </w:rPr>
        <w:t>= 1 - 2/5 = 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series is geometric with first term 1 and ratio cos² θ, so its sum is 1/(1 - cos² θ) = 1/(sin² θ) = 5.</w:t>
      </w:r>
    </w:p>
    <w:p>
      <w:pPr>
        <w:spacing w:before="0" w:after="80" w:line="300" w:lineRule="auto"/>
        <w:jc w:val="left"/>
      </w:pPr>
      <w:r>
        <w:rPr>
          <w:rFonts w:ascii="Times New Roman" w:hAnsi="Times New Roman" w:eastAsia="宋体"/>
          <w:b w:val="0"/>
          <w:i w:val="0"/>
          <w:color w:val="333333"/>
          <w:sz w:val="19"/>
        </w:rPr>
        <w:t>Thus sin² θ = 1/5, and</w:t>
      </w:r>
    </w:p>
    <w:p>
      <w:pPr>
        <w:spacing w:before="0" w:after="80" w:line="300" w:lineRule="auto"/>
        <w:jc w:val="left"/>
      </w:pPr>
      <w:r>
        <w:rPr>
          <w:rFonts w:ascii="Times New Roman" w:hAnsi="Times New Roman" w:eastAsia="宋体"/>
          <w:b w:val="0"/>
          <w:i w:val="0"/>
          <w:color w:val="333333"/>
          <w:sz w:val="19"/>
        </w:rPr>
        <w:t>cos 2θ = 1 - 2sin² θ</w:t>
      </w:r>
    </w:p>
    <w:p>
      <w:pPr>
        <w:spacing w:before="0" w:after="80" w:line="300" w:lineRule="auto"/>
        <w:jc w:val="left"/>
      </w:pPr>
      <w:r>
        <w:rPr>
          <w:rFonts w:ascii="Times New Roman" w:hAnsi="Times New Roman" w:eastAsia="宋体"/>
          <w:b w:val="0"/>
          <w:i w:val="0"/>
          <w:color w:val="333333"/>
          <w:sz w:val="19"/>
        </w:rPr>
        <w:t>= 1 - 2/5 =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设三个单位球的球心为 A，B，C，它们在离平面高度 1 处形成边长为 2 的等边三角形；设 E 为大球球心，位于 △ ABC 的重心 D 正上方。</w:t>
      </w:r>
    </w:p>
    <w:p>
      <w:pPr>
        <w:spacing w:before="0" w:after="80" w:line="300" w:lineRule="auto"/>
        <w:jc w:val="left"/>
      </w:pPr>
      <w:r>
        <w:rPr>
          <w:rFonts w:ascii="Times New Roman" w:hAnsi="Times New Roman" w:eastAsia="宋体"/>
          <w:b w:val="0"/>
          <w:i w:val="0"/>
          <w:sz w:val="21"/>
        </w:rPr>
        <w:t>从顶点到重心的距离为 AD = (2√(3))/3，且 AE = 1 + 2 = 3，所以</w:t>
      </w:r>
    </w:p>
    <w:p>
      <w:pPr>
        <w:spacing w:before="0" w:after="80" w:line="300" w:lineRule="auto"/>
        <w:jc w:val="left"/>
      </w:pPr>
      <w:r>
        <w:rPr>
          <w:rFonts w:ascii="Times New Roman" w:hAnsi="Times New Roman" w:eastAsia="宋体"/>
          <w:b w:val="0"/>
          <w:i w:val="0"/>
          <w:sz w:val="21"/>
        </w:rPr>
        <w:t>DE = √(3² - ((2√(3))/3)²)</w:t>
      </w:r>
    </w:p>
    <w:p>
      <w:pPr>
        <w:spacing w:before="0" w:after="80" w:line="300" w:lineRule="auto"/>
        <w:jc w:val="left"/>
      </w:pPr>
      <w:r>
        <w:rPr>
          <w:rFonts w:ascii="Times New Roman" w:hAnsi="Times New Roman" w:eastAsia="宋体"/>
          <w:b w:val="0"/>
          <w:i w:val="0"/>
          <w:sz w:val="21"/>
        </w:rPr>
        <w:t>= √(9 - 4/3)</w:t>
      </w:r>
    </w:p>
    <w:p>
      <w:pPr>
        <w:spacing w:before="0" w:after="80" w:line="300" w:lineRule="auto"/>
        <w:jc w:val="left"/>
      </w:pPr>
      <w:r>
        <w:rPr>
          <w:rFonts w:ascii="Times New Roman" w:hAnsi="Times New Roman" w:eastAsia="宋体"/>
          <w:b w:val="0"/>
          <w:i w:val="0"/>
          <w:sz w:val="21"/>
        </w:rPr>
        <w:t>= (√(69))/3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D 位于平面上方 1 个单位，而大球顶部在 E 上方 2 个单位，所以总高度为</w:t>
      </w:r>
    </w:p>
    <w:p>
      <w:pPr>
        <w:spacing w:before="0" w:after="80" w:line="300" w:lineRule="auto"/>
        <w:jc w:val="left"/>
      </w:pPr>
      <w:r>
        <w:rPr>
          <w:rFonts w:ascii="Times New Roman" w:hAnsi="Times New Roman" w:eastAsia="宋体"/>
          <w:b w:val="0"/>
          <w:i w:val="0"/>
          <w:sz w:val="21"/>
        </w:rPr>
        <w:t>1 + (√(69))/3 + 2 = 3 + (√(69))/3。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centers of the three unit spheres be A, B, C, forming an equilateral triangle of side 2 at height 1 above the plane, and let E be the center of the large sphere directly above the centroid D of △ ABC.</w:t>
      </w:r>
    </w:p>
    <w:p>
      <w:pPr>
        <w:spacing w:before="0" w:after="80" w:line="300" w:lineRule="auto"/>
        <w:jc w:val="left"/>
      </w:pPr>
      <w:r>
        <w:rPr>
          <w:rFonts w:ascii="Times New Roman" w:hAnsi="Times New Roman" w:eastAsia="宋体"/>
          <w:b w:val="0"/>
          <w:i w:val="0"/>
          <w:color w:val="333333"/>
          <w:sz w:val="19"/>
        </w:rPr>
        <w:t>The distance from a vertex to the centroid is AD = (2√(3))/3, and AE = 1 + 2 = 3, so</w:t>
      </w:r>
    </w:p>
    <w:p>
      <w:pPr>
        <w:spacing w:before="0" w:after="80" w:line="300" w:lineRule="auto"/>
        <w:jc w:val="left"/>
      </w:pPr>
      <w:r>
        <w:rPr>
          <w:rFonts w:ascii="Times New Roman" w:hAnsi="Times New Roman" w:eastAsia="宋体"/>
          <w:b w:val="0"/>
          <w:i w:val="0"/>
          <w:color w:val="333333"/>
          <w:sz w:val="19"/>
        </w:rPr>
        <w:t>DE = √(3² - ((2√(3))/3)²)</w:t>
      </w:r>
    </w:p>
    <w:p>
      <w:pPr>
        <w:spacing w:before="0" w:after="80" w:line="300" w:lineRule="auto"/>
        <w:jc w:val="left"/>
      </w:pPr>
      <w:r>
        <w:rPr>
          <w:rFonts w:ascii="Times New Roman" w:hAnsi="Times New Roman" w:eastAsia="宋体"/>
          <w:b w:val="0"/>
          <w:i w:val="0"/>
          <w:color w:val="333333"/>
          <w:sz w:val="19"/>
        </w:rPr>
        <w:t>= √(9 - 4/3)</w:t>
      </w:r>
    </w:p>
    <w:p>
      <w:pPr>
        <w:spacing w:before="0" w:after="80" w:line="300" w:lineRule="auto"/>
        <w:jc w:val="left"/>
      </w:pPr>
      <w:r>
        <w:rPr>
          <w:rFonts w:ascii="Times New Roman" w:hAnsi="Times New Roman" w:eastAsia="宋体"/>
          <w:b w:val="0"/>
          <w:i w:val="0"/>
          <w:color w:val="333333"/>
          <w:sz w:val="19"/>
        </w:rPr>
        <w:t>= (√(69))/3.</w:t>
      </w:r>
    </w:p>
    <w:p>
      <w:pPr>
        <w:spacing w:before="0" w:after="80" w:line="300" w:lineRule="auto"/>
        <w:jc w:val="left"/>
      </w:pPr>
      <w:r>
        <w:rPr>
          <w:rFonts w:ascii="Times New Roman" w:hAnsi="Times New Roman" w:eastAsia="宋体"/>
          <w:b w:val="0"/>
          <w:i w:val="0"/>
          <w:color w:val="333333"/>
          <w:sz w:val="19"/>
        </w:rPr>
        <w:t>Since D is 1 unit above the plane and the top of the large sphere is 2 units above E, the total height is</w:t>
      </w:r>
    </w:p>
    <w:p>
      <w:pPr>
        <w:spacing w:before="0" w:after="80" w:line="300" w:lineRule="auto"/>
        <w:jc w:val="left"/>
      </w:pPr>
      <w:r>
        <w:rPr>
          <w:rFonts w:ascii="Times New Roman" w:hAnsi="Times New Roman" w:eastAsia="宋体"/>
          <w:b w:val="0"/>
          <w:i w:val="0"/>
          <w:color w:val="333333"/>
          <w:sz w:val="19"/>
        </w:rPr>
        <w:t>1 + (√(69))/3 + 2 = 3 + (√(69))/3.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因为 z₁ = a₁ + b₁ i = 0 是根，所以 c₀ = P(0) = 0。</w:t>
      </w:r>
    </w:p>
    <w:p>
      <w:pPr>
        <w:spacing w:before="0" w:after="80" w:line="300" w:lineRule="auto"/>
        <w:jc w:val="left"/>
      </w:pPr>
      <w:r>
        <w:rPr>
          <w:rFonts w:ascii="Times New Roman" w:hAnsi="Times New Roman" w:eastAsia="宋体"/>
          <w:b w:val="0"/>
          <w:i w:val="0"/>
          <w:sz w:val="21"/>
        </w:rPr>
        <w:t>非实零点成共轭对出现，所以 Σ bₖ = 0 而题设于是强制 Σ aₖ = 0。系数 c₂₀₀₃ 等于 -c₂₀₀₄ 乘以根之和 Σ aₖ + i Σ bₖ = 0，所以 c₂₀₀₃ = 0。</w:t>
      </w:r>
    </w:p>
    <w:p>
      <w:pPr>
        <w:spacing w:before="0" w:after="80" w:line="300" w:lineRule="auto"/>
        <w:jc w:val="left"/>
      </w:pPr>
      <w:r>
        <w:rPr>
          <w:rFonts w:ascii="Times New Roman" w:hAnsi="Times New Roman" w:eastAsia="宋体"/>
          <w:b w:val="0"/>
          <w:i w:val="0"/>
          <w:sz w:val="21"/>
        </w:rPr>
        <w:t>因为次数为偶数，z₂, …, z₂₀₀₄ 中至少有一个实根，使得某个 bₖ = 0，所以 b₂ b₃ ⋯ b₂₀₀₄ = 0。因此 (A) 到 (D) 都必须为 0。</w:t>
      </w:r>
    </w:p>
    <w:p>
      <w:pPr>
        <w:spacing w:before="0" w:after="80" w:line="300" w:lineRule="auto"/>
        <w:jc w:val="left"/>
      </w:pPr>
      <w:r>
        <w:rPr>
          <w:rFonts w:ascii="Times New Roman" w:hAnsi="Times New Roman" w:eastAsia="宋体"/>
          <w:b w:val="0"/>
          <w:i w:val="0"/>
          <w:sz w:val="21"/>
        </w:rPr>
        <w:t>另一方面，Σₖ₌₁²⁰⁰⁴ cₖ = P(1)。一个有效多项式例如 P(x) = x(x - 2)(x - 3) ⋯ · (x - 2003) · (x + Σₖ₌₂²⁰⁰³ k) 满足 P(1) ≠ 0，所以只有 Σ cₖ 可能非零。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z₁ = a₁ + b₁ i = 0 is a root, c₀ = P(0) = 0.</w:t>
      </w:r>
    </w:p>
    <w:p>
      <w:pPr>
        <w:spacing w:before="0" w:after="80" w:line="300" w:lineRule="auto"/>
        <w:jc w:val="left"/>
      </w:pPr>
      <w:r>
        <w:rPr>
          <w:rFonts w:ascii="Times New Roman" w:hAnsi="Times New Roman" w:eastAsia="宋体"/>
          <w:b w:val="0"/>
          <w:i w:val="0"/>
          <w:color w:val="333333"/>
          <w:sz w:val="19"/>
        </w:rPr>
        <w:t>The nonreal zeros occur in conjugate pairs, so Σ bₖ = 0, and the hypothesis then forces Σ aₖ = 0. The coefficient c₂₀₀₃ equals -c₂₀₀₄ times the sum of the roots Σ aₖ + i Σ bₖ = 0, so c₂₀₀₃ = 0.</w:t>
      </w:r>
    </w:p>
    <w:p>
      <w:pPr>
        <w:spacing w:before="0" w:after="80" w:line="300" w:lineRule="auto"/>
        <w:jc w:val="left"/>
      </w:pPr>
      <w:r>
        <w:rPr>
          <w:rFonts w:ascii="Times New Roman" w:hAnsi="Times New Roman" w:eastAsia="宋体"/>
          <w:b w:val="0"/>
          <w:i w:val="0"/>
          <w:color w:val="333333"/>
          <w:sz w:val="19"/>
        </w:rPr>
        <w:t>Because the degree is even, at least one of z₂, …, z₂₀₀₄ is real, making one bₖ = 0, so b₂ b₃ ⋯ b₂₀₀₄ = 0. Thus (A) through (D) all must be 0.</w:t>
      </w:r>
    </w:p>
    <w:p>
      <w:pPr>
        <w:spacing w:before="0" w:after="80" w:line="300" w:lineRule="auto"/>
        <w:jc w:val="left"/>
      </w:pPr>
      <w:r>
        <w:rPr>
          <w:rFonts w:ascii="Times New Roman" w:hAnsi="Times New Roman" w:eastAsia="宋体"/>
          <w:b w:val="0"/>
          <w:i w:val="0"/>
          <w:color w:val="333333"/>
          <w:sz w:val="19"/>
        </w:rPr>
        <w:t>On the other hand, Σₖ₌₁²⁰⁰⁴ cₖ = P(1), and a valid polynomial such as P(x) = x(x - 2)(x - 3) ⋯ · (x - 2003) · (x + Σₖ₌₂²⁰⁰³ k) has P(1) ≠ 0. So only Σ cₖ can be nonzero.</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一个半径为 1 的圆盘覆盖线段 AB，当且仅当它的圆心到 A 和 B 的距离都不超过 1。这个区域 R 是以 A 和 B 为圆心的两个单位圆的重叠透镜。</w:t>
      </w:r>
    </w:p>
    <w:p>
      <w:pPr>
        <w:spacing w:before="0" w:after="80" w:line="300" w:lineRule="auto"/>
        <w:jc w:val="left"/>
      </w:pPr>
      <w:r>
        <w:rPr>
          <w:rFonts w:ascii="Times New Roman" w:hAnsi="Times New Roman" w:eastAsia="宋体"/>
          <w:b w:val="0"/>
          <w:i w:val="0"/>
          <w:sz w:val="21"/>
        </w:rPr>
        <w:t>每个单位圆都经过另一个圆的圆心，所以透镜由两段 120° 圆弧围成。两个 120° 扇形的面积各为 π/3，重叠中扣掉的两个等边三角形总面积为 (√(3))/2，所以 R 的面积为 2π/3 - (√(3))/2。</w:t>
      </w:r>
    </w:p>
    <w:p>
      <w:pPr>
        <w:spacing w:before="0" w:after="80" w:line="300" w:lineRule="auto"/>
        <w:jc w:val="left"/>
      </w:pPr>
      <w:r>
        <w:rPr>
          <w:rFonts w:ascii="Times New Roman" w:hAnsi="Times New Roman" w:eastAsia="宋体"/>
          <w:b w:val="0"/>
          <w:i w:val="0"/>
          <w:sz w:val="21"/>
        </w:rPr>
        <w:t>集合 S 由所有到 R 距离不超过 1 的点组成。除 R 本身外，还增加两个 60° 半径 1 的扇形（每个面积 π/6）和两个 120° 外半径 2、内半径 1 的环形区域（每个面积 π）。</w:t>
      </w:r>
    </w:p>
    <w:p>
      <w:pPr>
        <w:spacing w:before="0" w:after="80" w:line="300" w:lineRule="auto"/>
        <w:jc w:val="left"/>
      </w:pPr>
      <w:r>
        <w:rPr>
          <w:rFonts w:ascii="Times New Roman" w:hAnsi="Times New Roman" w:eastAsia="宋体"/>
          <w:b w:val="0"/>
          <w:i w:val="0"/>
          <w:sz w:val="21"/>
        </w:rPr>
        <w:t>因此 S 的面积为</w:t>
      </w:r>
    </w:p>
    <w:p>
      <w:pPr>
        <w:spacing w:before="0" w:after="80" w:line="300" w:lineRule="auto"/>
        <w:jc w:val="left"/>
      </w:pPr>
      <w:r>
        <w:rPr>
          <w:rFonts w:ascii="Times New Roman" w:hAnsi="Times New Roman" w:eastAsia="宋体"/>
          <w:b w:val="0"/>
          <w:i w:val="0"/>
          <w:sz w:val="21"/>
        </w:rPr>
        <w:t>(2π/3 - (√(3))/2) + 2 · π/6</w:t>
      </w:r>
    </w:p>
    <w:p>
      <w:pPr>
        <w:spacing w:before="0" w:after="80" w:line="300" w:lineRule="auto"/>
        <w:jc w:val="left"/>
      </w:pPr>
      <w:r>
        <w:rPr>
          <w:rFonts w:ascii="Times New Roman" w:hAnsi="Times New Roman" w:eastAsia="宋体"/>
          <w:b w:val="0"/>
          <w:i w:val="0"/>
          <w:sz w:val="21"/>
        </w:rPr>
        <w:t>+ 2π = 3π - (√(3))/2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radius-1 disk covers segment AB exactly when its center is within 1 of both A and B. That region R is the lens where the two unit circles centered at A and B overlap.</w:t>
      </w:r>
    </w:p>
    <w:p>
      <w:pPr>
        <w:spacing w:before="0" w:after="80" w:line="300" w:lineRule="auto"/>
        <w:jc w:val="left"/>
      </w:pPr>
      <w:r>
        <w:rPr>
          <w:rFonts w:ascii="Times New Roman" w:hAnsi="Times New Roman" w:eastAsia="宋体"/>
          <w:b w:val="0"/>
          <w:i w:val="0"/>
          <w:color w:val="333333"/>
          <w:sz w:val="19"/>
        </w:rPr>
        <w:t>Each unit circle passes through the other’s center, so the lens is bounded by two 120° arcs. Two 120° sectors of area π/3 overlap in two equilateral triangles of total area (√(3))/2, giving R area 2π/3 - (√(3))/2.</w:t>
      </w:r>
    </w:p>
    <w:p>
      <w:pPr>
        <w:spacing w:before="0" w:after="80" w:line="300" w:lineRule="auto"/>
        <w:jc w:val="left"/>
      </w:pPr>
      <w:r>
        <w:rPr>
          <w:rFonts w:ascii="Times New Roman" w:hAnsi="Times New Roman" w:eastAsia="宋体"/>
          <w:b w:val="0"/>
          <w:i w:val="0"/>
          <w:color w:val="333333"/>
          <w:sz w:val="19"/>
        </w:rPr>
        <w:t>The set S consists of all points within 1 of R. Beyond R itself, this adds two 60° sectors of radius 1 (each area π/6) and two 120° annuli of outer radius 2 and inner radius 1 (each area π).</w:t>
      </w:r>
    </w:p>
    <w:p>
      <w:pPr>
        <w:spacing w:before="0" w:after="80" w:line="300" w:lineRule="auto"/>
        <w:jc w:val="left"/>
      </w:pPr>
      <w:r>
        <w:rPr>
          <w:rFonts w:ascii="Times New Roman" w:hAnsi="Times New Roman" w:eastAsia="宋体"/>
          <w:b w:val="0"/>
          <w:i w:val="0"/>
          <w:color w:val="333333"/>
          <w:sz w:val="19"/>
        </w:rPr>
        <w:t>Therefore the area of S is</w:t>
      </w:r>
    </w:p>
    <w:p>
      <w:pPr>
        <w:spacing w:before="0" w:after="80" w:line="300" w:lineRule="auto"/>
        <w:jc w:val="left"/>
      </w:pPr>
      <w:r>
        <w:rPr>
          <w:rFonts w:ascii="Times New Roman" w:hAnsi="Times New Roman" w:eastAsia="宋体"/>
          <w:b w:val="0"/>
          <w:i w:val="0"/>
          <w:color w:val="333333"/>
          <w:sz w:val="19"/>
        </w:rPr>
        <w:t>(2π/3 - (√(3))/2) + 2 · π/6</w:t>
      </w:r>
    </w:p>
    <w:p>
      <w:pPr>
        <w:spacing w:before="0" w:after="80" w:line="300" w:lineRule="auto"/>
        <w:jc w:val="left"/>
      </w:pPr>
      <w:r>
        <w:rPr>
          <w:rFonts w:ascii="Times New Roman" w:hAnsi="Times New Roman" w:eastAsia="宋体"/>
          <w:b w:val="0"/>
          <w:i w:val="0"/>
          <w:color w:val="333333"/>
          <w:sz w:val="19"/>
        </w:rPr>
        <w:t>+ 2π = 3π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因为 n³ · aₙ = 133.133ₙ = aₙ + n² + 3n + 3，得到</w:t>
      </w:r>
    </w:p>
    <w:p>
      <w:pPr>
        <w:spacing w:before="0" w:after="80" w:line="300" w:lineRule="auto"/>
        <w:jc w:val="left"/>
      </w:pPr>
      <w:r>
        <w:rPr>
          <w:rFonts w:ascii="Times New Roman" w:hAnsi="Times New Roman" w:eastAsia="宋体"/>
          <w:b w:val="0"/>
          <w:i w:val="0"/>
          <w:sz w:val="21"/>
        </w:rPr>
        <w:t>aₙ = (n² + 3n + 3)/(n³ - 1)</w:t>
      </w:r>
    </w:p>
    <w:p>
      <w:pPr>
        <w:spacing w:before="0" w:after="80" w:line="300" w:lineRule="auto"/>
        <w:jc w:val="left"/>
      </w:pPr>
      <w:r>
        <w:rPr>
          <w:rFonts w:ascii="Times New Roman" w:hAnsi="Times New Roman" w:eastAsia="宋体"/>
          <w:b w:val="0"/>
          <w:i w:val="0"/>
          <w:sz w:val="21"/>
        </w:rPr>
        <w:t>= ((n+1)³ - 1)/(n(n³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写成 n³ - 1 = (n - 1)(n² + n + 1)，以及 (n+1)³ - 1 = n((n+1)² + (n+1) + 1)，乘积 a₄ a₅ ⋯ a₉₉ 裂项相消为</w:t>
      </w:r>
    </w:p>
    <w:p>
      <w:pPr>
        <w:spacing w:before="0" w:after="80" w:line="300" w:lineRule="auto"/>
        <w:jc w:val="left"/>
      </w:pPr>
      <w:r>
        <w:rPr>
          <w:rFonts w:ascii="Times New Roman" w:hAnsi="Times New Roman" w:eastAsia="宋体"/>
          <w:b w:val="0"/>
          <w:i w:val="0"/>
          <w:sz w:val="21"/>
        </w:rPr>
        <w:t>(3!)/(99!) · (100³ - 1)/(4³ - 1)</w:t>
      </w:r>
    </w:p>
    <w:p>
      <w:pPr>
        <w:spacing w:before="0" w:after="80" w:line="300" w:lineRule="auto"/>
        <w:jc w:val="left"/>
      </w:pPr>
      <w:r>
        <w:rPr>
          <w:rFonts w:ascii="Times New Roman" w:hAnsi="Times New Roman" w:eastAsia="宋体"/>
          <w:b w:val="0"/>
          <w:i w:val="0"/>
          <w:sz w:val="21"/>
        </w:rPr>
        <w:t>= (3!)/(99!) · (99(100² + 100 + 1))/63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它化简为 ((2)(10101))/((21)(98!)) = 962/(98!)。若 n ≤ 97，把这个分数改写成以 n! 为分母会要求 98 整除 962，但并不成立。因此最小可能的 n 是 98，且 m = 962。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n³ · aₙ = 133.133ₙ = aₙ + n² + 3n + 3, we get</w:t>
      </w:r>
    </w:p>
    <w:p>
      <w:pPr>
        <w:spacing w:before="0" w:after="80" w:line="300" w:lineRule="auto"/>
        <w:jc w:val="left"/>
      </w:pPr>
      <w:r>
        <w:rPr>
          <w:rFonts w:ascii="Times New Roman" w:hAnsi="Times New Roman" w:eastAsia="宋体"/>
          <w:b w:val="0"/>
          <w:i w:val="0"/>
          <w:color w:val="333333"/>
          <w:sz w:val="19"/>
        </w:rPr>
        <w:t>aₙ = (n² + 3n + 3)/(n³ - 1)</w:t>
      </w:r>
    </w:p>
    <w:p>
      <w:pPr>
        <w:spacing w:before="0" w:after="80" w:line="300" w:lineRule="auto"/>
        <w:jc w:val="left"/>
      </w:pPr>
      <w:r>
        <w:rPr>
          <w:rFonts w:ascii="Times New Roman" w:hAnsi="Times New Roman" w:eastAsia="宋体"/>
          <w:b w:val="0"/>
          <w:i w:val="0"/>
          <w:color w:val="333333"/>
          <w:sz w:val="19"/>
        </w:rPr>
        <w:t>= ((n+1)³ - 1)/(n(n³ - 1)).</w:t>
      </w:r>
    </w:p>
    <w:p>
      <w:pPr>
        <w:spacing w:before="0" w:after="80" w:line="300" w:lineRule="auto"/>
        <w:jc w:val="left"/>
      </w:pPr>
      <w:r>
        <w:rPr>
          <w:rFonts w:ascii="Times New Roman" w:hAnsi="Times New Roman" w:eastAsia="宋体"/>
          <w:b w:val="0"/>
          <w:i w:val="0"/>
          <w:color w:val="333333"/>
          <w:sz w:val="19"/>
        </w:rPr>
        <w:t>Writing n³ - 1 = (n - 1)(n² + n + 1) and (n+1)³ - 1 = n((n+1)² + (n+1) + 1), the product a₄ a₅ ⋯ a₉₉ telescopes to</w:t>
      </w:r>
    </w:p>
    <w:p>
      <w:pPr>
        <w:spacing w:before="0" w:after="80" w:line="300" w:lineRule="auto"/>
        <w:jc w:val="left"/>
      </w:pPr>
      <w:r>
        <w:rPr>
          <w:rFonts w:ascii="Times New Roman" w:hAnsi="Times New Roman" w:eastAsia="宋体"/>
          <w:b w:val="0"/>
          <w:i w:val="0"/>
          <w:color w:val="333333"/>
          <w:sz w:val="19"/>
        </w:rPr>
        <w:t>(3!)/(99!) · (100³ - 1)/(4³ - 1)</w:t>
      </w:r>
    </w:p>
    <w:p>
      <w:pPr>
        <w:spacing w:before="0" w:after="80" w:line="300" w:lineRule="auto"/>
        <w:jc w:val="left"/>
      </w:pPr>
      <w:r>
        <w:rPr>
          <w:rFonts w:ascii="Times New Roman" w:hAnsi="Times New Roman" w:eastAsia="宋体"/>
          <w:b w:val="0"/>
          <w:i w:val="0"/>
          <w:color w:val="333333"/>
          <w:sz w:val="19"/>
        </w:rPr>
        <w:t>= (3!)/(99!) · (99(100² + 100 + 1))/63.</w:t>
      </w:r>
    </w:p>
    <w:p>
      <w:pPr>
        <w:spacing w:before="0" w:after="80" w:line="300" w:lineRule="auto"/>
        <w:jc w:val="left"/>
      </w:pPr>
      <w:r>
        <w:rPr>
          <w:rFonts w:ascii="Times New Roman" w:hAnsi="Times New Roman" w:eastAsia="宋体"/>
          <w:b w:val="0"/>
          <w:i w:val="0"/>
          <w:color w:val="333333"/>
          <w:sz w:val="19"/>
        </w:rPr>
        <w:t>This simplifies to ((2)(10101))/((21)(98!)) = 962/(98!). If n ≤ 97, then rewriting this fraction with denominator n! would require 98 to divide 962, which it does not. Hence the smallest possible n is 98, and m = 962.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