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2002B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集合 {9、99、999、9999、…、999999999} 中九个数的算术平均数是一个 9 位数 M，且 M 的所有数字互不相同。这个数不含哪个数字？</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arithmetic mean of the nine numbers in the set {9, 99, 999, 9999, …, 999999999} is a 9-digit number M, all of whose digits are distinct. The number M does not contain the digit</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当 x=4 时，</w:t>
      </w:r>
    </w:p>
    <w:p>
      <w:pPr>
        <w:spacing w:before="0" w:after="80" w:line="300" w:lineRule="auto"/>
        <w:jc w:val="left"/>
      </w:pPr>
      <w:r>
        <w:rPr>
          <w:rFonts w:ascii="Times New Roman" w:hAnsi="Times New Roman" w:eastAsia="宋体"/>
          <w:b w:val="0"/>
          <w:i w:val="0"/>
          <w:sz w:val="21"/>
        </w:rPr>
        <w:t>(3x-2)(4x+1)</w:t>
      </w:r>
    </w:p>
    <w:p>
      <w:pPr>
        <w:spacing w:before="0" w:after="80" w:line="300" w:lineRule="auto"/>
        <w:jc w:val="left"/>
      </w:pPr>
      <w:r>
        <w:rPr>
          <w:rFonts w:ascii="Times New Roman" w:hAnsi="Times New Roman" w:eastAsia="宋体"/>
          <w:b w:val="0"/>
          <w:i w:val="0"/>
          <w:sz w:val="21"/>
        </w:rPr>
        <w:t>-(3x-2)4x+1</w:t>
      </w:r>
    </w:p>
    <w:p>
      <w:pPr>
        <w:spacing w:before="0" w:after="80" w:line="300" w:lineRule="auto"/>
        <w:jc w:val="left"/>
      </w:pPr>
      <w:r>
        <w:rPr>
          <w:rFonts w:ascii="Times New Roman" w:hAnsi="Times New Roman" w:eastAsia="宋体"/>
          <w:b w:val="0"/>
          <w:i w:val="0"/>
          <w:sz w:val="21"/>
        </w:rPr>
        <w:t>的值是多少？</w:t>
      </w:r>
    </w:p>
    <w:p>
      <w:pPr>
        <w:spacing w:before="0" w:after="120" w:line="300" w:lineRule="auto"/>
      </w:pPr>
      <w:r>
        <w:rPr>
          <w:rFonts w:ascii="Times New Roman" w:hAnsi="Times New Roman" w:eastAsia="宋体"/>
          <w:b w:val="0"/>
          <w:i w:val="0"/>
          <w:sz w:val="21"/>
        </w:rPr>
        <w:t>（A）0　　（B）1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(3x-2)(4x+1)</w:t>
      </w:r>
    </w:p>
    <w:p>
      <w:pPr>
        <w:spacing w:before="0" w:after="80" w:line="300" w:lineRule="auto"/>
        <w:jc w:val="left"/>
      </w:pPr>
      <w:r>
        <w:rPr>
          <w:rFonts w:ascii="Times New Roman" w:hAnsi="Times New Roman" w:eastAsia="宋体"/>
          <w:b w:val="0"/>
          <w:i w:val="0"/>
          <w:color w:val="333333"/>
          <w:sz w:val="19"/>
        </w:rPr>
        <w:t>-(3x-2)4x+1</w:t>
      </w:r>
    </w:p>
    <w:p>
      <w:pPr>
        <w:spacing w:before="0" w:after="80" w:line="300" w:lineRule="auto"/>
        <w:jc w:val="left"/>
      </w:pPr>
      <w:r>
        <w:rPr>
          <w:rFonts w:ascii="Times New Roman" w:hAnsi="Times New Roman" w:eastAsia="宋体"/>
          <w:b w:val="0"/>
          <w:i w:val="0"/>
          <w:color w:val="333333"/>
          <w:sz w:val="19"/>
        </w:rPr>
        <w:t>when x=4?</w:t>
      </w:r>
    </w:p>
    <w:p>
      <w:pPr>
        <w:spacing w:before="0" w:after="160" w:line="300" w:lineRule="auto"/>
      </w:pPr>
      <w:r>
        <w:rPr>
          <w:rFonts w:ascii="Times New Roman" w:hAnsi="Times New Roman" w:eastAsia="宋体"/>
          <w:b w:val="0"/>
          <w:i w:val="0"/>
          <w:color w:val="333333"/>
          <w:sz w:val="19"/>
        </w:rPr>
        <w:t>(A) 0　　(B) 1　　(C) 10　　(D) 11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有多少个正整数 n 使 n²-3n+2 是质数？</w:t>
      </w:r>
    </w:p>
    <w:p>
      <w:pPr>
        <w:spacing w:before="0" w:after="120" w:line="300" w:lineRule="auto"/>
      </w:pPr>
      <w:r>
        <w:rPr>
          <w:rFonts w:ascii="Times New Roman" w:hAnsi="Times New Roman" w:eastAsia="宋体"/>
          <w:b w:val="0"/>
          <w:i w:val="0"/>
          <w:sz w:val="21"/>
        </w:rPr>
        <w:t>（A）没有　　（B）一个　　（C）两个　　（D）多于两个，但有限多个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is n²-3n+2 a prime number?</w:t>
      </w:r>
    </w:p>
    <w:p>
      <w:pPr>
        <w:spacing w:before="0" w:after="160" w:line="300" w:lineRule="auto"/>
      </w:pPr>
      <w:r>
        <w:rPr>
          <w:rFonts w:ascii="Times New Roman" w:hAnsi="Times New Roman" w:eastAsia="宋体"/>
          <w:b w:val="0"/>
          <w:i w:val="0"/>
          <w:color w:val="333333"/>
          <w:sz w:val="19"/>
        </w:rPr>
        <w:t>(A) none　　(B) one　　(C) two　　(D) more than two, but finitely many　　(E) infinitely many</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设 n 为正整数，且 1/2+1/3+1/7+1/n 是整数。下列哪一个说法不正确？</w:t>
      </w:r>
    </w:p>
    <w:p>
      <w:pPr>
        <w:spacing w:before="0" w:after="120" w:line="300" w:lineRule="auto"/>
      </w:pPr>
      <w:r>
        <w:rPr>
          <w:rFonts w:ascii="Times New Roman" w:hAnsi="Times New Roman" w:eastAsia="宋体"/>
          <w:b w:val="0"/>
          <w:i w:val="0"/>
          <w:sz w:val="21"/>
        </w:rPr>
        <w:t>（A）2 整除 n　　（B）3 整除 n　　（C）6 整除 n　　（D）7 整除 n　　（E）n&gt;84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integer such that 1/2+1/3+1/7+1/n is an integer. Which of the following statements is not true:</w:t>
      </w:r>
    </w:p>
    <w:p>
      <w:pPr>
        <w:spacing w:before="0" w:after="160" w:line="300" w:lineRule="auto"/>
      </w:pPr>
      <w:r>
        <w:rPr>
          <w:rFonts w:ascii="Times New Roman" w:hAnsi="Times New Roman" w:eastAsia="宋体"/>
          <w:b w:val="0"/>
          <w:i w:val="0"/>
          <w:color w:val="333333"/>
          <w:sz w:val="19"/>
        </w:rPr>
        <w:t>(A) 2 divides n　　(B) 3 divides n　　(C) 6 divides n　　(D) 7 divides n　　(E) n&gt;84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设 v、w、x、y、z 是一个五边形五个角的度数。已知 v&lt; w&lt; x&lt; y&lt; z，且 v、w、x、y、z 构成等差数列。求 x。</w:t>
      </w:r>
    </w:p>
    <w:p>
      <w:pPr>
        <w:spacing w:before="0" w:after="120" w:line="300" w:lineRule="auto"/>
      </w:pPr>
      <w:r>
        <w:rPr>
          <w:rFonts w:ascii="Times New Roman" w:hAnsi="Times New Roman" w:eastAsia="宋体"/>
          <w:b w:val="0"/>
          <w:i w:val="0"/>
          <w:sz w:val="21"/>
        </w:rPr>
        <w:t>（A）72　　（B）84　　（C）90　　（D）108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v, w, x, y, and z be the degree measures of the five angles of a pentagon. Suppose v&lt; w&lt; x&lt; y&lt; z and v, w, x, y, z form an arithmetic sequence. Find the value of x.</w:t>
      </w:r>
    </w:p>
    <w:p>
      <w:pPr>
        <w:spacing w:before="0" w:after="160" w:line="300" w:lineRule="auto"/>
      </w:pPr>
      <w:r>
        <w:rPr>
          <w:rFonts w:ascii="Times New Roman" w:hAnsi="Times New Roman" w:eastAsia="宋体"/>
          <w:b w:val="0"/>
          <w:i w:val="0"/>
          <w:color w:val="333333"/>
          <w:sz w:val="19"/>
        </w:rPr>
        <w:t>(A) 72　　(B) 84　　(C) 90　　(D) 108　　(E) 120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设 a 和 b 是非零实数，并且方程 x²+ax+b=0 的两个解是 a 和 b，则有序对 (a,b) 是</w:t>
      </w:r>
    </w:p>
    <w:p>
      <w:pPr>
        <w:spacing w:before="0" w:after="120" w:line="300" w:lineRule="auto"/>
      </w:pPr>
      <w:r>
        <w:rPr>
          <w:rFonts w:ascii="Times New Roman" w:hAnsi="Times New Roman" w:eastAsia="宋体"/>
          <w:b w:val="0"/>
          <w:i w:val="0"/>
          <w:sz w:val="21"/>
        </w:rPr>
        <w:t>（A）(-2,1)　　（B）(-1,2)　　（C）(1,-2)　　（D）(2,-1)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and b are nonzero real numbers, and that the equation x²+ax+b=0 has solutions a and b. Then the pair (a,b) is</w:t>
      </w:r>
    </w:p>
    <w:p>
      <w:pPr>
        <w:spacing w:before="0" w:after="160" w:line="300" w:lineRule="auto"/>
      </w:pPr>
      <w:r>
        <w:rPr>
          <w:rFonts w:ascii="Times New Roman" w:hAnsi="Times New Roman" w:eastAsia="宋体"/>
          <w:b w:val="0"/>
          <w:i w:val="0"/>
          <w:color w:val="333333"/>
          <w:sz w:val="19"/>
        </w:rPr>
        <w:t>(A) (-2,1)　　(B) (-1,2)　　(C) (1,-2)　　(D) (2,-1)　　(E) (4,4)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三个连续正整数的乘积等于它们的和的 8 倍。它们的平方和是多少？</w:t>
      </w:r>
    </w:p>
    <w:p>
      <w:pPr>
        <w:spacing w:before="0" w:after="120" w:line="300" w:lineRule="auto"/>
      </w:pPr>
      <w:r>
        <w:rPr>
          <w:rFonts w:ascii="Times New Roman" w:hAnsi="Times New Roman" w:eastAsia="宋体"/>
          <w:b w:val="0"/>
          <w:i w:val="0"/>
          <w:sz w:val="21"/>
        </w:rPr>
        <w:t>（A）50　　（B）77　　（C）110　　（D）149　　（E）194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three consecutive positive integers is 8 times their sum. What is the sum of their squares?</w:t>
      </w:r>
    </w:p>
    <w:p>
      <w:pPr>
        <w:spacing w:before="0" w:after="160" w:line="300" w:lineRule="auto"/>
      </w:pPr>
      <w:r>
        <w:rPr>
          <w:rFonts w:ascii="Times New Roman" w:hAnsi="Times New Roman" w:eastAsia="宋体"/>
          <w:b w:val="0"/>
          <w:i w:val="0"/>
          <w:color w:val="333333"/>
          <w:sz w:val="19"/>
        </w:rPr>
        <w:t>(A) 50　　(B) 77　　(C) 110　　(D) 149　　(E) 194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假设某年 N 的七月有五个星期一。下列哪一天在该年 N 的八月一定出现五次？（注意：这两个月都有 31 天。）</w:t>
      </w:r>
    </w:p>
    <w:p>
      <w:pPr>
        <w:spacing w:before="0" w:after="120" w:line="300" w:lineRule="auto"/>
      </w:pPr>
      <w:r>
        <w:rPr>
          <w:rFonts w:ascii="Times New Roman" w:hAnsi="Times New Roman" w:eastAsia="宋体"/>
          <w:b w:val="0"/>
          <w:i w:val="0"/>
          <w:sz w:val="21"/>
        </w:rPr>
        <w:t>（A）星期一　　（B）星期二　　（C）星期三　　（D）星期四　　（E）星期五</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July of year N has five Mondays. Which of the following must occur five times in August of year N? (Note: Both months have 31 days.)</w:t>
      </w:r>
    </w:p>
    <w:p>
      <w:pPr>
        <w:spacing w:before="0" w:after="160" w:line="300" w:lineRule="auto"/>
      </w:pPr>
      <w:r>
        <w:rPr>
          <w:rFonts w:ascii="Times New Roman" w:hAnsi="Times New Roman" w:eastAsia="宋体"/>
          <w:b w:val="0"/>
          <w:i w:val="0"/>
          <w:color w:val="333333"/>
          <w:sz w:val="19"/>
        </w:rPr>
        <w:t>(A) Monday　　(B) Tuesday　　(C) Wednesday　　(D) Thursday　　(E) Friday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a、b、c、d 是正实数，且 a、b、c、d 构成递增等差数列，同时 a、b、d 构成等比数列，则 a/d 等于多少？</w:t>
      </w:r>
    </w:p>
    <w:p>
      <w:pPr>
        <w:spacing w:before="0" w:after="120" w:line="300" w:lineRule="auto"/>
      </w:pPr>
      <w:r>
        <w:rPr>
          <w:rFonts w:ascii="Times New Roman" w:hAnsi="Times New Roman" w:eastAsia="宋体"/>
          <w:b w:val="0"/>
          <w:i w:val="0"/>
          <w:sz w:val="21"/>
        </w:rPr>
        <w:t>（A）1/12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c, d are positive real numbers such that a, b, c, d form an increasing arithmetic sequence and a, b, d form a geometric sequence, then a/d is</w:t>
      </w:r>
    </w:p>
    <w:p>
      <w:pPr>
        <w:spacing w:before="0" w:after="160" w:line="300" w:lineRule="auto"/>
      </w:pPr>
      <w:r>
        <w:rPr>
          <w:rFonts w:ascii="Times New Roman" w:hAnsi="Times New Roman" w:eastAsia="宋体"/>
          <w:b w:val="0"/>
          <w:i w:val="0"/>
          <w:color w:val="333333"/>
          <w:sz w:val="19"/>
        </w:rPr>
        <w:t>(A) 1/12　　(B) 1/6　　(C) 1/4　　(D) 1/3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有多少个不同的整数可以表示为集合 {1,4,7,10,13,16,19} 中三个不同元素的和？</w:t>
      </w:r>
    </w:p>
    <w:p>
      <w:pPr>
        <w:spacing w:before="0" w:after="120" w:line="300" w:lineRule="auto"/>
      </w:pPr>
      <w:r>
        <w:rPr>
          <w:rFonts w:ascii="Times New Roman" w:hAnsi="Times New Roman" w:eastAsia="宋体"/>
          <w:b w:val="0"/>
          <w:i w:val="0"/>
          <w:sz w:val="21"/>
        </w:rPr>
        <w:t>（A）13　　（B）16　　（C）24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different integers can be expressed as the sum of three distinct members of the set {1,4,7,10,13,16,19}?</w:t>
      </w:r>
    </w:p>
    <w:p>
      <w:pPr>
        <w:spacing w:before="0" w:after="160" w:line="300" w:lineRule="auto"/>
      </w:pPr>
      <w:r>
        <w:rPr>
          <w:rFonts w:ascii="Times New Roman" w:hAnsi="Times New Roman" w:eastAsia="宋体"/>
          <w:b w:val="0"/>
          <w:i w:val="0"/>
          <w:color w:val="333333"/>
          <w:sz w:val="19"/>
        </w:rPr>
        <w:t>(A) 13　　(B) 16　　(C) 24　　(D) 30　　(E) 35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正整数 A、B、A-B、A+B 全都是质数。这四个质数的和是</w:t>
      </w:r>
    </w:p>
    <w:p>
      <w:pPr>
        <w:spacing w:before="0" w:after="120" w:line="300" w:lineRule="auto"/>
      </w:pPr>
      <w:r>
        <w:rPr>
          <w:rFonts w:ascii="Times New Roman" w:hAnsi="Times New Roman" w:eastAsia="宋体"/>
          <w:b w:val="0"/>
          <w:i w:val="0"/>
          <w:sz w:val="21"/>
        </w:rPr>
        <w:t>（A）偶数　　（B）能被 3 整除　　（C）能被 5 整除　　（D）能被 7 整除　　（E）质数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integers A, B, A-B, and A+B are all prime numbers. The sum of these four primes is</w:t>
      </w:r>
    </w:p>
    <w:p>
      <w:pPr>
        <w:spacing w:before="0" w:after="160" w:line="300" w:lineRule="auto"/>
      </w:pPr>
      <w:r>
        <w:rPr>
          <w:rFonts w:ascii="Times New Roman" w:hAnsi="Times New Roman" w:eastAsia="宋体"/>
          <w:b w:val="0"/>
          <w:i w:val="0"/>
          <w:color w:val="333333"/>
          <w:sz w:val="19"/>
        </w:rPr>
        <w:t>(A) even　　(B) divisible by 3　　(C) divisible by 5　　(D) divisible by 7　　(E) prime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有多少个整数 n 使</w:t>
      </w:r>
    </w:p>
    <w:p>
      <w:pPr>
        <w:spacing w:before="0" w:after="80" w:line="300" w:lineRule="auto"/>
        <w:jc w:val="left"/>
      </w:pPr>
      <w:r>
        <w:rPr>
          <w:rFonts w:ascii="Times New Roman" w:hAnsi="Times New Roman" w:eastAsia="宋体"/>
          <w:b w:val="0"/>
          <w:i w:val="0"/>
          <w:sz w:val="21"/>
        </w:rPr>
        <w:t>n/20-n</w:t>
      </w:r>
    </w:p>
    <w:p>
      <w:pPr>
        <w:spacing w:before="0" w:after="80" w:line="300" w:lineRule="auto"/>
        <w:jc w:val="left"/>
      </w:pPr>
      <w:r>
        <w:rPr>
          <w:rFonts w:ascii="Times New Roman" w:hAnsi="Times New Roman" w:eastAsia="宋体"/>
          <w:b w:val="0"/>
          <w:i w:val="0"/>
          <w:sz w:val="21"/>
        </w:rPr>
        <w:t>是某个整数的平方？</w:t>
      </w:r>
    </w:p>
    <w:p>
      <w:pPr>
        <w:spacing w:before="0" w:after="120" w:line="300" w:lineRule="auto"/>
      </w:pPr>
      <w:r>
        <w:rPr>
          <w:rFonts w:ascii="Times New Roman" w:hAnsi="Times New Roman" w:eastAsia="宋体"/>
          <w:b w:val="0"/>
          <w:i w:val="0"/>
          <w:sz w:val="21"/>
        </w:rPr>
        <w:t>（A）1　　（B）2　　（C）3　　（D）4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is</w:t>
      </w:r>
    </w:p>
    <w:p>
      <w:pPr>
        <w:spacing w:before="0" w:after="80" w:line="300" w:lineRule="auto"/>
        <w:jc w:val="left"/>
      </w:pPr>
      <w:r>
        <w:rPr>
          <w:rFonts w:ascii="Times New Roman" w:hAnsi="Times New Roman" w:eastAsia="宋体"/>
          <w:b w:val="0"/>
          <w:i w:val="0"/>
          <w:color w:val="333333"/>
          <w:sz w:val="19"/>
        </w:rPr>
        <w:t>n/20-n</w:t>
      </w:r>
    </w:p>
    <w:p>
      <w:pPr>
        <w:spacing w:before="0" w:after="80" w:line="300" w:lineRule="auto"/>
        <w:jc w:val="left"/>
      </w:pPr>
      <w:r>
        <w:rPr>
          <w:rFonts w:ascii="Times New Roman" w:hAnsi="Times New Roman" w:eastAsia="宋体"/>
          <w:b w:val="0"/>
          <w:i w:val="0"/>
          <w:color w:val="333333"/>
          <w:sz w:val="19"/>
        </w:rPr>
        <w:t>the square of an integer?</w:t>
      </w:r>
    </w:p>
    <w:p>
      <w:pPr>
        <w:spacing w:before="0" w:after="160" w:line="300" w:lineRule="auto"/>
      </w:pPr>
      <w:r>
        <w:rPr>
          <w:rFonts w:ascii="Times New Roman" w:hAnsi="Times New Roman" w:eastAsia="宋体"/>
          <w:b w:val="0"/>
          <w:i w:val="0"/>
          <w:color w:val="333333"/>
          <w:sz w:val="19"/>
        </w:rPr>
        <w:t>(A) 1　　(B) 2　　(C) 3　　(D) 4　　(E) 10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18 个连续正整数的和是一个完全平方数。这个和的最小可能值是</w:t>
      </w:r>
    </w:p>
    <w:p>
      <w:pPr>
        <w:spacing w:before="0" w:after="120" w:line="300" w:lineRule="auto"/>
      </w:pPr>
      <w:r>
        <w:rPr>
          <w:rFonts w:ascii="Times New Roman" w:hAnsi="Times New Roman" w:eastAsia="宋体"/>
          <w:b w:val="0"/>
          <w:i w:val="0"/>
          <w:sz w:val="21"/>
        </w:rPr>
        <w:t>（A）169　　（B）225　　（C）289　　（D）361　　（E）441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18 consecutive positive integers is a perfect square. The smallest possible value of this sum is</w:t>
      </w:r>
    </w:p>
    <w:p>
      <w:pPr>
        <w:spacing w:before="0" w:after="160" w:line="300" w:lineRule="auto"/>
      </w:pPr>
      <w:r>
        <w:rPr>
          <w:rFonts w:ascii="Times New Roman" w:hAnsi="Times New Roman" w:eastAsia="宋体"/>
          <w:b w:val="0"/>
          <w:i w:val="0"/>
          <w:color w:val="333333"/>
          <w:sz w:val="19"/>
        </w:rPr>
        <w:t>(A) 169　　(B) 225　　(C) 289　　(D) 361　　(E) 441</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平面上画出四个不同的圆。至少两个圆相交的点最多有多少个？</w:t>
      </w:r>
    </w:p>
    <w:p>
      <w:pPr>
        <w:spacing w:before="0" w:after="120" w:line="300" w:lineRule="auto"/>
      </w:pPr>
      <w:r>
        <w:rPr>
          <w:rFonts w:ascii="Times New Roman" w:hAnsi="Times New Roman" w:eastAsia="宋体"/>
          <w:b w:val="0"/>
          <w:i w:val="0"/>
          <w:sz w:val="21"/>
        </w:rPr>
        <w:t>（A）8　　（B）9　　（C）10　　（D）12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distinct circles are drawn in a plane. What is the maximum number of points where at least two of the circles intersect?</w:t>
      </w:r>
    </w:p>
    <w:p>
      <w:pPr>
        <w:spacing w:before="0" w:after="160" w:line="300" w:lineRule="auto"/>
      </w:pPr>
      <w:r>
        <w:rPr>
          <w:rFonts w:ascii="Times New Roman" w:hAnsi="Times New Roman" w:eastAsia="宋体"/>
          <w:b w:val="0"/>
          <w:i w:val="0"/>
          <w:color w:val="333333"/>
          <w:sz w:val="19"/>
        </w:rPr>
        <w:t>(A) 8　　(B) 9　　(C) 10　　(D) 12　　(E) 16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有多少个四位数 N 满足：删去最左边一位后得到的三位数等于 N 的九分之一？</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four-digit numbers N have the property that the three-digit number obtained by removing the leftmost digit is one ninth of N?</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Juan 掷一枚公平的正八面体骰子，骰面标有 1 到 8。然后 Amal 掷一枚公平的六面骰子。两次点数乘积是 3 的倍数的概率是多少？</w:t>
      </w:r>
    </w:p>
    <w:p>
      <w:pPr>
        <w:spacing w:before="0" w:after="120" w:line="300" w:lineRule="auto"/>
      </w:pPr>
      <w:r>
        <w:rPr>
          <w:rFonts w:ascii="Times New Roman" w:hAnsi="Times New Roman" w:eastAsia="宋体"/>
          <w:b w:val="0"/>
          <w:i w:val="0"/>
          <w:sz w:val="21"/>
        </w:rPr>
        <w:t>（A）1/12　　（B）1/3　　（C）1/2　　（D）7/12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Juan rolls a fair regular octahedral die marked with the numbers 1 through 8. Then Amal rolls a fair six-sided die. What is the probability that the product of the two rolls is a multiple of 3?</w:t>
      </w:r>
    </w:p>
    <w:p>
      <w:pPr>
        <w:spacing w:before="0" w:after="160" w:line="300" w:lineRule="auto"/>
      </w:pPr>
      <w:r>
        <w:rPr>
          <w:rFonts w:ascii="Times New Roman" w:hAnsi="Times New Roman" w:eastAsia="宋体"/>
          <w:b w:val="0"/>
          <w:i w:val="0"/>
          <w:color w:val="333333"/>
          <w:sz w:val="19"/>
        </w:rPr>
        <w:t>(A) 1/12　　(B) 1/3　　(C) 1/2　　(D) 7/12　　(E) 2/3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Andy 的草坪面积是 Beth 草坪面积的两倍，也是 Carlos 草坪面积的三倍。Carlos 的割草机速度是 Beth 的一半，也是 Andy 的三分之一。若三人同时开始割各自的草坪，谁会最先完成？</w:t>
      </w:r>
    </w:p>
    <w:p>
      <w:pPr>
        <w:spacing w:before="0" w:after="120" w:line="300" w:lineRule="auto"/>
      </w:pPr>
      <w:r>
        <w:rPr>
          <w:rFonts w:ascii="Times New Roman" w:hAnsi="Times New Roman" w:eastAsia="宋体"/>
          <w:b w:val="0"/>
          <w:i w:val="0"/>
          <w:sz w:val="21"/>
        </w:rPr>
        <w:t>（A）Andy　　（B）Beth　　（C）Carlos　　（D）Andy 和 Carlos 并列第一。　　（E）三人同时完成。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Andy’s lawn has twice as much area as Beth’s lawn and three times as much area as Carlos’ lawn. Carlos’ lawn mower cuts half as fast as Beth’s mower and one third as fast as Andy’s mower. If they all start to mow their lawns at the same time, who will finish first?</w:t>
      </w:r>
    </w:p>
    <w:p>
      <w:pPr>
        <w:spacing w:before="0" w:after="160" w:line="300" w:lineRule="auto"/>
      </w:pPr>
      <w:r>
        <w:rPr>
          <w:rFonts w:ascii="Times New Roman" w:hAnsi="Times New Roman" w:eastAsia="宋体"/>
          <w:b w:val="0"/>
          <w:i w:val="0"/>
          <w:color w:val="333333"/>
          <w:sz w:val="19"/>
        </w:rPr>
        <w:t>(A) Andy　　(B) Beth　　(C) Carlos　　(D) Andy and Carlos tie for first.　　(E) All three tie.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从顶点为 (0,0)、(2,0)、(2,1)、(0,1) 的矩形区域中随机选一点 P。点 P 到原点的距离比到点 (3,1) 的距离更近的概率是多少？</w:t>
      </w:r>
    </w:p>
    <w:p>
      <w:pPr>
        <w:spacing w:before="0" w:after="120" w:line="300" w:lineRule="auto"/>
      </w:pPr>
      <w:r>
        <w:rPr>
          <w:rFonts w:ascii="Times New Roman" w:hAnsi="Times New Roman" w:eastAsia="宋体"/>
          <w:b w:val="0"/>
          <w:i w:val="0"/>
          <w:sz w:val="21"/>
        </w:rPr>
        <w:t>（A）1/2　　（B）2/3　　（C）3/4　　（D）4/5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is randomly selected from the rectangular region with vertices (0,0), (2,0), (2,1), (0,1). What is the probability that P is closer to the origin than it is to the point (3,1)?</w:t>
      </w:r>
    </w:p>
    <w:p>
      <w:pPr>
        <w:spacing w:before="0" w:after="160" w:line="300" w:lineRule="auto"/>
      </w:pPr>
      <w:r>
        <w:rPr>
          <w:rFonts w:ascii="Times New Roman" w:hAnsi="Times New Roman" w:eastAsia="宋体"/>
          <w:b w:val="0"/>
          <w:i w:val="0"/>
          <w:color w:val="333333"/>
          <w:sz w:val="19"/>
        </w:rPr>
        <w:t>(A) 1/2　　(B) 2/3　　(C) 3/4　　(D) 4/5　　(E) 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若正实数 a、b、c 满足 a(b+c)=152、b(c+a)=162、且 c(a+b)=170，则 abc 等于多少？</w:t>
      </w:r>
    </w:p>
    <w:p>
      <w:pPr>
        <w:spacing w:before="0" w:after="120" w:line="300" w:lineRule="auto"/>
      </w:pPr>
      <w:r>
        <w:rPr>
          <w:rFonts w:ascii="Times New Roman" w:hAnsi="Times New Roman" w:eastAsia="宋体"/>
          <w:b w:val="0"/>
          <w:i w:val="0"/>
          <w:sz w:val="21"/>
        </w:rPr>
        <w:t>（A）672　　（B）688　　（C）704　　（D）720　　（E）750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positive real numbers such that a(b+c)=152, b(c+a)=162, and c(a+b)=170, then abc is</w:t>
      </w:r>
    </w:p>
    <w:p>
      <w:pPr>
        <w:spacing w:before="0" w:after="160" w:line="300" w:lineRule="auto"/>
      </w:pPr>
      <w:r>
        <w:rPr>
          <w:rFonts w:ascii="Times New Roman" w:hAnsi="Times New Roman" w:eastAsia="宋体"/>
          <w:b w:val="0"/>
          <w:i w:val="0"/>
          <w:color w:val="333333"/>
          <w:sz w:val="19"/>
        </w:rPr>
        <w:t>(A) 672　　(B) 688　　(C) 704　　(D) 720　　(E) 750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 XOY 是直角三角形，且 m∠ XOY=90°。设 M 和 N 分别是直角边 OX 和 OY 的中点。已知 XN=19 且 YM=22，求 XY。</w:t>
      </w:r>
    </w:p>
    <w:p>
      <w:pPr>
        <w:spacing w:before="0" w:after="120" w:line="300" w:lineRule="auto"/>
      </w:pPr>
      <w:r>
        <w:rPr>
          <w:rFonts w:ascii="Times New Roman" w:hAnsi="Times New Roman" w:eastAsia="宋体"/>
          <w:b w:val="0"/>
          <w:i w:val="0"/>
          <w:sz w:val="21"/>
        </w:rPr>
        <w:t>（A）24　　（B）26　　（C）28　　（D）30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XOY be a right-angled triangle with m∠ XOY=90°. Let M and N be the midpoints of legs OX and OY, respectively. Given that XN=19 and YM=22, find XY.</w:t>
      </w:r>
    </w:p>
    <w:p>
      <w:pPr>
        <w:spacing w:before="0" w:after="160" w:line="300" w:lineRule="auto"/>
      </w:pPr>
      <w:r>
        <w:rPr>
          <w:rFonts w:ascii="Times New Roman" w:hAnsi="Times New Roman" w:eastAsia="宋体"/>
          <w:b w:val="0"/>
          <w:i w:val="0"/>
          <w:color w:val="333333"/>
          <w:sz w:val="19"/>
        </w:rPr>
        <w:t>(A) 24　　(B) 26　　(C) 28　　(D) 30　　(E) 32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对所有小于 2002 的正整数 n，定义</w:t>
      </w:r>
    </w:p>
    <w:p>
      <w:pPr>
        <w:spacing w:before="0" w:after="80" w:line="300" w:lineRule="auto"/>
        <w:jc w:val="left"/>
      </w:pPr>
      <w:r>
        <w:rPr>
          <w:rFonts w:ascii="Times New Roman" w:hAnsi="Times New Roman" w:eastAsia="宋体"/>
          <w:b w:val="0"/>
          <w:i w:val="0"/>
          <w:sz w:val="21"/>
        </w:rPr>
        <w:t>aₙ=</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11,</w:t>
            </w:r>
          </w:p>
        </w:tc>
        <w:tc>
          <w:tcPr>
            <w:tcW w:type="dxa" w:w="4706"/>
          </w:tcPr>
          <w:p>
            <w:pPr>
              <w:spacing w:before="20" w:after="20" w:line="240" w:lineRule="auto"/>
              <w:jc w:val="center"/>
            </w:pPr>
            <w:r/>
            <w:r>
              <w:rPr>
                <w:rFonts w:ascii="Times New Roman" w:hAnsi="Times New Roman" w:eastAsia="宋体"/>
                <w:b w:val="0"/>
                <w:i w:val="0"/>
                <w:sz w:val="20"/>
              </w:rPr>
              <w:t>若 n 是 13 和 14 的倍数;</w:t>
            </w:r>
          </w:p>
        </w:tc>
      </w:tr>
      <w:tr>
        <w:tc>
          <w:tcPr>
            <w:tcW w:type="dxa" w:w="4706"/>
          </w:tcPr>
          <w:p>
            <w:pPr>
              <w:spacing w:before="20" w:after="20" w:line="240" w:lineRule="auto"/>
              <w:jc w:val="center"/>
            </w:pPr>
            <w:r/>
            <w:r>
              <w:rPr>
                <w:rFonts w:ascii="Times New Roman" w:hAnsi="Times New Roman" w:eastAsia="宋体"/>
                <w:b w:val="0"/>
                <w:i w:val="0"/>
                <w:sz w:val="20"/>
              </w:rPr>
              <w:t>13,</w:t>
            </w:r>
          </w:p>
        </w:tc>
        <w:tc>
          <w:tcPr>
            <w:tcW w:type="dxa" w:w="4706"/>
          </w:tcPr>
          <w:p>
            <w:pPr>
              <w:spacing w:before="20" w:after="20" w:line="240" w:lineRule="auto"/>
              <w:jc w:val="center"/>
            </w:pPr>
            <w:r/>
            <w:r>
              <w:rPr>
                <w:rFonts w:ascii="Times New Roman" w:hAnsi="Times New Roman" w:eastAsia="宋体"/>
                <w:b w:val="0"/>
                <w:i w:val="0"/>
                <w:sz w:val="20"/>
              </w:rPr>
              <w:t>若 n 是 14 和 11 的倍数;</w:t>
            </w:r>
          </w:p>
        </w:tc>
      </w:tr>
      <w:tr>
        <w:tc>
          <w:tcPr>
            <w:tcW w:type="dxa" w:w="4706"/>
          </w:tcPr>
          <w:p>
            <w:pPr>
              <w:spacing w:before="20" w:after="20" w:line="240" w:lineRule="auto"/>
              <w:jc w:val="center"/>
            </w:pPr>
            <w:r/>
            <w:r>
              <w:rPr>
                <w:rFonts w:ascii="Times New Roman" w:hAnsi="Times New Roman" w:eastAsia="宋体"/>
                <w:b w:val="0"/>
                <w:i w:val="0"/>
                <w:sz w:val="20"/>
              </w:rPr>
              <w:t>14,</w:t>
            </w:r>
          </w:p>
        </w:tc>
        <w:tc>
          <w:tcPr>
            <w:tcW w:type="dxa" w:w="4706"/>
          </w:tcPr>
          <w:p>
            <w:pPr>
              <w:spacing w:before="20" w:after="20" w:line="240" w:lineRule="auto"/>
              <w:jc w:val="center"/>
            </w:pPr>
            <w:r/>
            <w:r>
              <w:rPr>
                <w:rFonts w:ascii="Times New Roman" w:hAnsi="Times New Roman" w:eastAsia="宋体"/>
                <w:b w:val="0"/>
                <w:i w:val="0"/>
                <w:sz w:val="20"/>
              </w:rPr>
              <w:t>若 n 是 11 和 13 的倍数;</w:t>
            </w:r>
          </w:p>
        </w:tc>
      </w:tr>
      <w:tr>
        <w:tc>
          <w:tcPr>
            <w:tcW w:type="dxa" w:w="4706"/>
          </w:tcPr>
          <w:p>
            <w:pPr>
              <w:spacing w:before="20" w:after="20" w:line="240" w:lineRule="auto"/>
              <w:jc w:val="center"/>
            </w:pPr>
            <w:r/>
            <w:r>
              <w:rPr>
                <w:rFonts w:ascii="Times New Roman" w:hAnsi="Times New Roman" w:eastAsia="宋体"/>
                <w:b w:val="0"/>
                <w:i w:val="0"/>
                <w:sz w:val="20"/>
              </w:rPr>
              <w:t>0,</w:t>
            </w:r>
          </w:p>
        </w:tc>
        <w:tc>
          <w:tcPr>
            <w:tcW w:type="dxa" w:w="4706"/>
          </w:tcPr>
          <w:p>
            <w:pPr>
              <w:spacing w:before="20" w:after="20" w:line="240" w:lineRule="auto"/>
              <w:jc w:val="center"/>
            </w:pPr>
            <w:r/>
            <w:r>
              <w:rPr>
                <w:rFonts w:ascii="Times New Roman" w:hAnsi="Times New Roman" w:eastAsia="宋体"/>
                <w:b w:val="0"/>
                <w:i w:val="0"/>
                <w:sz w:val="20"/>
              </w:rPr>
              <w:t>否则</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计算 Σₙ₌₁²⁰⁰¹ aₙ。</w:t>
      </w:r>
    </w:p>
    <w:p>
      <w:pPr>
        <w:spacing w:before="0" w:after="120" w:line="300" w:lineRule="auto"/>
      </w:pPr>
      <w:r>
        <w:rPr>
          <w:rFonts w:ascii="Times New Roman" w:hAnsi="Times New Roman" w:eastAsia="宋体"/>
          <w:b w:val="0"/>
          <w:i w:val="0"/>
          <w:sz w:val="21"/>
        </w:rPr>
        <w:t>（A）448　　（B）486　　（C）1560　　（D）2001　　（E）2002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positive integers n less than 2002, let</w:t>
      </w:r>
    </w:p>
    <w:p>
      <w:pPr>
        <w:spacing w:before="0" w:after="80" w:line="300" w:lineRule="auto"/>
        <w:jc w:val="left"/>
      </w:pPr>
      <w:r>
        <w:rPr>
          <w:rFonts w:ascii="Times New Roman" w:hAnsi="Times New Roman" w:eastAsia="宋体"/>
          <w:b w:val="0"/>
          <w:i w:val="0"/>
          <w:color w:val="333333"/>
          <w:sz w:val="19"/>
        </w:rPr>
        <w:t>aₙ=</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11,</w:t>
            </w:r>
          </w:p>
        </w:tc>
        <w:tc>
          <w:tcPr>
            <w:tcW w:type="dxa" w:w="4706"/>
          </w:tcPr>
          <w:p>
            <w:pPr>
              <w:spacing w:before="20" w:after="20" w:line="240" w:lineRule="auto"/>
              <w:jc w:val="center"/>
            </w:pPr>
            <w:r/>
            <w:r>
              <w:rPr>
                <w:rFonts w:ascii="Times New Roman" w:hAnsi="Times New Roman" w:eastAsia="宋体"/>
                <w:b w:val="0"/>
                <w:i w:val="0"/>
                <w:color w:val="333333"/>
                <w:sz w:val="19"/>
              </w:rPr>
              <w:t>if n is divisible by 13 and 14;</w:t>
            </w:r>
          </w:p>
        </w:tc>
      </w:tr>
      <w:tr>
        <w:tc>
          <w:tcPr>
            <w:tcW w:type="dxa" w:w="4706"/>
          </w:tcPr>
          <w:p>
            <w:pPr>
              <w:spacing w:before="20" w:after="20" w:line="240" w:lineRule="auto"/>
              <w:jc w:val="center"/>
            </w:pPr>
            <w:r/>
            <w:r>
              <w:rPr>
                <w:rFonts w:ascii="Times New Roman" w:hAnsi="Times New Roman" w:eastAsia="宋体"/>
                <w:b w:val="0"/>
                <w:i w:val="0"/>
                <w:color w:val="333333"/>
                <w:sz w:val="19"/>
              </w:rPr>
              <w:t>13,</w:t>
            </w:r>
          </w:p>
        </w:tc>
        <w:tc>
          <w:tcPr>
            <w:tcW w:type="dxa" w:w="4706"/>
          </w:tcPr>
          <w:p>
            <w:pPr>
              <w:spacing w:before="20" w:after="20" w:line="240" w:lineRule="auto"/>
              <w:jc w:val="center"/>
            </w:pPr>
            <w:r/>
            <w:r>
              <w:rPr>
                <w:rFonts w:ascii="Times New Roman" w:hAnsi="Times New Roman" w:eastAsia="宋体"/>
                <w:b w:val="0"/>
                <w:i w:val="0"/>
                <w:color w:val="333333"/>
                <w:sz w:val="19"/>
              </w:rPr>
              <w:t>if n is divisible by 14 and 11;</w:t>
            </w:r>
          </w:p>
        </w:tc>
      </w:tr>
      <w:tr>
        <w:tc>
          <w:tcPr>
            <w:tcW w:type="dxa" w:w="4706"/>
          </w:tcPr>
          <w:p>
            <w:pPr>
              <w:spacing w:before="20" w:after="20" w:line="240" w:lineRule="auto"/>
              <w:jc w:val="center"/>
            </w:pPr>
            <w:r/>
            <w:r>
              <w:rPr>
                <w:rFonts w:ascii="Times New Roman" w:hAnsi="Times New Roman" w:eastAsia="宋体"/>
                <w:b w:val="0"/>
                <w:i w:val="0"/>
                <w:color w:val="333333"/>
                <w:sz w:val="19"/>
              </w:rPr>
              <w:t>14,</w:t>
            </w:r>
          </w:p>
        </w:tc>
        <w:tc>
          <w:tcPr>
            <w:tcW w:type="dxa" w:w="4706"/>
          </w:tcPr>
          <w:p>
            <w:pPr>
              <w:spacing w:before="20" w:after="20" w:line="240" w:lineRule="auto"/>
              <w:jc w:val="center"/>
            </w:pPr>
            <w:r/>
            <w:r>
              <w:rPr>
                <w:rFonts w:ascii="Times New Roman" w:hAnsi="Times New Roman" w:eastAsia="宋体"/>
                <w:b w:val="0"/>
                <w:i w:val="0"/>
                <w:color w:val="333333"/>
                <w:sz w:val="19"/>
              </w:rPr>
              <w:t>if n is divisible by 11 and 13;</w:t>
            </w:r>
          </w:p>
        </w:tc>
      </w:tr>
      <w:tr>
        <w:tc>
          <w:tcPr>
            <w:tcW w:type="dxa" w:w="4706"/>
          </w:tcPr>
          <w:p>
            <w:pPr>
              <w:spacing w:before="20" w:after="20" w:line="240" w:lineRule="auto"/>
              <w:jc w:val="center"/>
            </w:pPr>
            <w:r/>
            <w:r>
              <w:rPr>
                <w:rFonts w:ascii="Times New Roman" w:hAnsi="Times New Roman" w:eastAsia="宋体"/>
                <w:b w:val="0"/>
                <w:i w:val="0"/>
                <w:color w:val="333333"/>
                <w:sz w:val="19"/>
              </w:rPr>
              <w:t>0,</w:t>
            </w:r>
          </w:p>
        </w:tc>
        <w:tc>
          <w:tcPr>
            <w:tcW w:type="dxa" w:w="4706"/>
          </w:tcPr>
          <w:p>
            <w:pPr>
              <w:spacing w:before="20" w:after="20" w:line="240" w:lineRule="auto"/>
              <w:jc w:val="center"/>
            </w:pPr>
            <w:r/>
            <w:r>
              <w:rPr>
                <w:rFonts w:ascii="Times New Roman" w:hAnsi="Times New Roman" w:eastAsia="宋体"/>
                <w:b w:val="0"/>
                <w:i w:val="0"/>
                <w:color w:val="333333"/>
                <w:sz w:val="19"/>
              </w:rPr>
              <w:t>otherwise.</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Calculate Σₙ₌₁²⁰⁰¹ aₙ.</w:t>
      </w:r>
    </w:p>
    <w:p>
      <w:pPr>
        <w:spacing w:before="0" w:after="160" w:line="300" w:lineRule="auto"/>
      </w:pPr>
      <w:r>
        <w:rPr>
          <w:rFonts w:ascii="Times New Roman" w:hAnsi="Times New Roman" w:eastAsia="宋体"/>
          <w:b w:val="0"/>
          <w:i w:val="0"/>
          <w:color w:val="333333"/>
          <w:sz w:val="19"/>
        </w:rPr>
        <w:t>(A) 448　　(B) 486　　(C) 1560　　(D) 2001　　(E) 2002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对所有大于 1 的整数 n，定义</w:t>
      </w:r>
    </w:p>
    <w:p>
      <w:pPr>
        <w:spacing w:before="0" w:after="80" w:line="300" w:lineRule="auto"/>
        <w:jc w:val="left"/>
      </w:pPr>
      <w:r>
        <w:rPr>
          <w:rFonts w:ascii="Times New Roman" w:hAnsi="Times New Roman" w:eastAsia="宋体"/>
          <w:b w:val="0"/>
          <w:i w:val="0"/>
          <w:sz w:val="21"/>
        </w:rPr>
        <w:t>aₙ=1/(logₙ 2002)。</w:t>
      </w:r>
    </w:p>
    <w:p>
      <w:pPr>
        <w:spacing w:before="0" w:after="80" w:line="300" w:lineRule="auto"/>
        <w:jc w:val="left"/>
      </w:pPr>
      <w:r>
        <w:rPr>
          <w:rFonts w:ascii="Times New Roman" w:hAnsi="Times New Roman" w:eastAsia="宋体"/>
          <w:b w:val="0"/>
          <w:i w:val="0"/>
          <w:sz w:val="21"/>
        </w:rPr>
        <w:t>设 b=a₂+a₃+a₄+a₅，且 c=a₁₀+a₁₁+a₁₂+a₁₃+a₁₄，则 b-c 等于</w:t>
      </w:r>
    </w:p>
    <w:p>
      <w:pPr>
        <w:spacing w:before="0" w:after="120" w:line="300" w:lineRule="auto"/>
      </w:pPr>
      <w:r>
        <w:rPr>
          <w:rFonts w:ascii="Times New Roman" w:hAnsi="Times New Roman" w:eastAsia="宋体"/>
          <w:b w:val="0"/>
          <w:i w:val="0"/>
          <w:sz w:val="21"/>
        </w:rPr>
        <w:t>（A）-2　　（B）-1　　（C）1/2002　　（D）1/1001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integers n greater than 1, define</w:t>
      </w:r>
    </w:p>
    <w:p>
      <w:pPr>
        <w:spacing w:before="0" w:after="80" w:line="300" w:lineRule="auto"/>
        <w:jc w:val="left"/>
      </w:pPr>
      <w:r>
        <w:rPr>
          <w:rFonts w:ascii="Times New Roman" w:hAnsi="Times New Roman" w:eastAsia="宋体"/>
          <w:b w:val="0"/>
          <w:i w:val="0"/>
          <w:color w:val="333333"/>
          <w:sz w:val="19"/>
        </w:rPr>
        <w:t>aₙ=1/(logₙ 2002).</w:t>
      </w:r>
    </w:p>
    <w:p>
      <w:pPr>
        <w:spacing w:before="0" w:after="80" w:line="300" w:lineRule="auto"/>
        <w:jc w:val="left"/>
      </w:pPr>
      <w:r>
        <w:rPr>
          <w:rFonts w:ascii="Times New Roman" w:hAnsi="Times New Roman" w:eastAsia="宋体"/>
          <w:b w:val="0"/>
          <w:i w:val="0"/>
          <w:color w:val="333333"/>
          <w:sz w:val="19"/>
        </w:rPr>
        <w:t>Let b=a₂+a₃+a₄+a₅ and c=a₁₀+a₁₁+a₁₂+a₁₃+a₁₄. Then b-c equals</w:t>
      </w:r>
    </w:p>
    <w:p>
      <w:pPr>
        <w:spacing w:before="0" w:after="160" w:line="300" w:lineRule="auto"/>
      </w:pPr>
      <w:r>
        <w:rPr>
          <w:rFonts w:ascii="Times New Roman" w:hAnsi="Times New Roman" w:eastAsia="宋体"/>
          <w:b w:val="0"/>
          <w:i w:val="0"/>
          <w:color w:val="333333"/>
          <w:sz w:val="19"/>
        </w:rPr>
        <w:t>(A) -2　　(B) -1　　(C) 1/2002　　(D) 1/1001　　(E) 1/2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 ABC 中，AB=1，AC=2。边 BC 与从 A 到 BC 的中线长度相同。求 BC。</w:t>
      </w:r>
    </w:p>
    <w:p>
      <w:pPr>
        <w:spacing w:before="0" w:after="120" w:line="300" w:lineRule="auto"/>
      </w:pPr>
      <w:r>
        <w:rPr>
          <w:rFonts w:ascii="Times New Roman" w:hAnsi="Times New Roman" w:eastAsia="宋体"/>
          <w:b w:val="0"/>
          <w:i w:val="0"/>
          <w:sz w:val="21"/>
        </w:rPr>
        <w:t>（A）(1+√(2))/2　　（B）(1+√(3))/2　　（C）√(2)　　（D）3/2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AB=1 and AC=2. Side BC and the median from A to BC have the same length. What is BC?</w:t>
      </w:r>
    </w:p>
    <w:p>
      <w:pPr>
        <w:spacing w:before="0" w:after="160" w:line="300" w:lineRule="auto"/>
      </w:pPr>
      <w:r>
        <w:rPr>
          <w:rFonts w:ascii="Times New Roman" w:hAnsi="Times New Roman" w:eastAsia="宋体"/>
          <w:b w:val="0"/>
          <w:i w:val="0"/>
          <w:color w:val="333333"/>
          <w:sz w:val="19"/>
        </w:rPr>
        <w:t>(A) (1+√(2))/2　　(B) (1+√(3))/2　　(C) √(2)　　(D) 3/2　　(E) √(3)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面积为 2002 的凸四边形 ABCD 内有一点 P，满足 PA=24、PB=32、PC=28、且 PD=45。求 ABCD 的周长。</w:t>
      </w:r>
    </w:p>
    <w:p>
      <w:pPr>
        <w:spacing w:before="0" w:after="120" w:line="300" w:lineRule="auto"/>
      </w:pPr>
      <w:r>
        <w:rPr>
          <w:rFonts w:ascii="Times New Roman" w:hAnsi="Times New Roman" w:eastAsia="宋体"/>
          <w:b w:val="0"/>
          <w:i w:val="0"/>
          <w:sz w:val="21"/>
        </w:rPr>
        <w:t>（A）4√(2002)　　（B）2√(8465)　　（C）2(48+√(2002))　　（D）2√(8633)　　（E）4(36+√(113))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convex quadrilateral ABCD with area 2002 contains a point P in its interior such that PA=24, PB=32, PC=28, and PD=45. Find the perimeter of ABCD.</w:t>
      </w:r>
    </w:p>
    <w:p>
      <w:pPr>
        <w:spacing w:before="0" w:after="160" w:line="300" w:lineRule="auto"/>
      </w:pPr>
      <w:r>
        <w:rPr>
          <w:rFonts w:ascii="Times New Roman" w:hAnsi="Times New Roman" w:eastAsia="宋体"/>
          <w:b w:val="0"/>
          <w:i w:val="0"/>
          <w:color w:val="333333"/>
          <w:sz w:val="19"/>
        </w:rPr>
        <w:t>(A) 4√(2002)　　(B) 2√(8465)　　(C) 2(48+√(2002))　　(D) 2√(8633)　　(E) 4(36+√(113))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f(x)=x²+6x+1，并设 R 表示坐标平面中满足</w:t>
      </w:r>
    </w:p>
    <w:p>
      <w:pPr>
        <w:spacing w:before="0" w:after="80" w:line="300" w:lineRule="auto"/>
        <w:jc w:val="left"/>
      </w:pPr>
      <w:r>
        <w:rPr>
          <w:rFonts w:ascii="Times New Roman" w:hAnsi="Times New Roman" w:eastAsia="宋体"/>
          <w:b w:val="0"/>
          <w:i w:val="0"/>
          <w:sz w:val="21"/>
        </w:rPr>
        <w:t>f(x)+f(y)≤0</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f(x)-f(y)≤0</w:t>
      </w:r>
    </w:p>
    <w:p>
      <w:pPr>
        <w:spacing w:before="0" w:after="80" w:line="300" w:lineRule="auto"/>
        <w:jc w:val="left"/>
      </w:pPr>
      <w:r>
        <w:rPr>
          <w:rFonts w:ascii="Times New Roman" w:hAnsi="Times New Roman" w:eastAsia="宋体"/>
          <w:b w:val="0"/>
          <w:i w:val="0"/>
          <w:sz w:val="21"/>
        </w:rPr>
        <w:t>的点 (x,y) 的集合。R 的面积最接近</w:t>
      </w:r>
    </w:p>
    <w:p>
      <w:pPr>
        <w:spacing w:before="0" w:after="120" w:line="300" w:lineRule="auto"/>
      </w:pPr>
      <w:r>
        <w:rPr>
          <w:rFonts w:ascii="Times New Roman" w:hAnsi="Times New Roman" w:eastAsia="宋体"/>
          <w:b w:val="0"/>
          <w:i w:val="0"/>
          <w:sz w:val="21"/>
        </w:rPr>
        <w:t>（A）21　　（B）22　　（C）23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f(x)=x²+6x+1, and let R denote the set of points (x,y) in the coordinate plane such that</w:t>
      </w:r>
    </w:p>
    <w:p>
      <w:pPr>
        <w:spacing w:before="0" w:after="80" w:line="300" w:lineRule="auto"/>
        <w:jc w:val="left"/>
      </w:pPr>
      <w:r>
        <w:rPr>
          <w:rFonts w:ascii="Times New Roman" w:hAnsi="Times New Roman" w:eastAsia="宋体"/>
          <w:b w:val="0"/>
          <w:i w:val="0"/>
          <w:color w:val="333333"/>
          <w:sz w:val="19"/>
        </w:rPr>
        <w:t>f(x)+f(y)≤0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f(x)-f(y)≤0.</w:t>
      </w:r>
    </w:p>
    <w:p>
      <w:pPr>
        <w:spacing w:before="0" w:after="80" w:line="300" w:lineRule="auto"/>
        <w:jc w:val="left"/>
      </w:pPr>
      <w:r>
        <w:rPr>
          <w:rFonts w:ascii="Times New Roman" w:hAnsi="Times New Roman" w:eastAsia="宋体"/>
          <w:b w:val="0"/>
          <w:i w:val="0"/>
          <w:color w:val="333333"/>
          <w:sz w:val="19"/>
        </w:rPr>
        <w:t>The area of R is closest to</w:t>
      </w:r>
    </w:p>
    <w:p>
      <w:pPr>
        <w:spacing w:before="0" w:after="160" w:line="300" w:lineRule="auto"/>
      </w:pPr>
      <w:r>
        <w:rPr>
          <w:rFonts w:ascii="Times New Roman" w:hAnsi="Times New Roman" w:eastAsia="宋体"/>
          <w:b w:val="0"/>
          <w:i w:val="0"/>
          <w:color w:val="333333"/>
          <w:sz w:val="19"/>
        </w:rPr>
        <w:t>(A) 21　　(B) 22　　(C) 23　　(D) 24　　(E) 25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B　E　D　C　B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E　D　B　D　D　C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A　B　C　E　E</w:t>
      </w:r>
    </w:p>
    <w:p>
      <w:pPr>
        <w:spacing w:before="0" w:after="200" w:line="300" w:lineRule="auto"/>
      </w:pPr>
      <w:r>
        <w:rPr>
          <w:rFonts w:ascii="Times New Roman" w:hAnsi="Times New Roman" w:eastAsia="宋体"/>
          <w:b w:val="0"/>
          <w:i w:val="0"/>
          <w:color w:val="666666"/>
          <w:sz w:val="18"/>
        </w:rPr>
        <w:t>答案串：ADBEDCBDCAEDBDDCBCDBABCEE</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这九个数分别是 10ᵏ-1，所以它们的和为 9+99+⋯+999,999,999。把这个和除以 9 得到 M：</w:t>
      </w:r>
    </w:p>
    <w:p>
      <w:pPr>
        <w:spacing w:before="0" w:after="80" w:line="300" w:lineRule="auto"/>
        <w:jc w:val="left"/>
      </w:pPr>
      <w:r>
        <w:rPr>
          <w:rFonts w:ascii="Times New Roman" w:hAnsi="Times New Roman" w:eastAsia="宋体"/>
          <w:b w:val="0"/>
          <w:i w:val="0"/>
          <w:sz w:val="21"/>
        </w:rPr>
        <w:t>M = 1+11+111+⋯</w:t>
      </w:r>
    </w:p>
    <w:p>
      <w:pPr>
        <w:spacing w:before="0" w:after="80" w:line="300" w:lineRule="auto"/>
        <w:jc w:val="left"/>
      </w:pPr>
      <w:r>
        <w:rPr>
          <w:rFonts w:ascii="Times New Roman" w:hAnsi="Times New Roman" w:eastAsia="宋体"/>
          <w:b w:val="0"/>
          <w:i w:val="0"/>
          <w:sz w:val="21"/>
        </w:rPr>
        <w:t>+111,111,111</w:t>
      </w:r>
    </w:p>
    <w:p>
      <w:pPr>
        <w:spacing w:before="0" w:after="80" w:line="300" w:lineRule="auto"/>
        <w:jc w:val="left"/>
      </w:pPr>
      <w:r>
        <w:rPr>
          <w:rFonts w:ascii="Times New Roman" w:hAnsi="Times New Roman" w:eastAsia="宋体"/>
          <w:b w:val="0"/>
          <w:i w:val="0"/>
          <w:sz w:val="21"/>
        </w:rPr>
        <w:t>= 123,456,789。</w:t>
      </w:r>
    </w:p>
    <w:p>
      <w:pPr>
        <w:spacing w:before="0" w:after="80" w:line="300" w:lineRule="auto"/>
        <w:jc w:val="left"/>
      </w:pPr>
      <w:r>
        <w:rPr>
          <w:rFonts w:ascii="Times New Roman" w:hAnsi="Times New Roman" w:eastAsia="宋体"/>
          <w:b w:val="0"/>
          <w:i w:val="0"/>
          <w:sz w:val="21"/>
        </w:rPr>
        <w:t>它的数字是 1 到 9，因此缺少的数字是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nine numbers is 10ᵏ-1, so their sum is 9+99+⋯+999,999,999. Dividing by 9,</w:t>
      </w:r>
    </w:p>
    <w:p>
      <w:pPr>
        <w:spacing w:before="0" w:after="80" w:line="300" w:lineRule="auto"/>
        <w:jc w:val="left"/>
      </w:pPr>
      <w:r>
        <w:rPr>
          <w:rFonts w:ascii="Times New Roman" w:hAnsi="Times New Roman" w:eastAsia="宋体"/>
          <w:b w:val="0"/>
          <w:i w:val="0"/>
          <w:color w:val="333333"/>
          <w:sz w:val="19"/>
        </w:rPr>
        <w:t>M = 1+11+111+⋯</w:t>
      </w:r>
    </w:p>
    <w:p>
      <w:pPr>
        <w:spacing w:before="0" w:after="80" w:line="300" w:lineRule="auto"/>
        <w:jc w:val="left"/>
      </w:pPr>
      <w:r>
        <w:rPr>
          <w:rFonts w:ascii="Times New Roman" w:hAnsi="Times New Roman" w:eastAsia="宋体"/>
          <w:b w:val="0"/>
          <w:i w:val="0"/>
          <w:color w:val="333333"/>
          <w:sz w:val="19"/>
        </w:rPr>
        <w:t>+111,111,111</w:t>
      </w:r>
    </w:p>
    <w:p>
      <w:pPr>
        <w:spacing w:before="0" w:after="80" w:line="300" w:lineRule="auto"/>
        <w:jc w:val="left"/>
      </w:pPr>
      <w:r>
        <w:rPr>
          <w:rFonts w:ascii="Times New Roman" w:hAnsi="Times New Roman" w:eastAsia="宋体"/>
          <w:b w:val="0"/>
          <w:i w:val="0"/>
          <w:color w:val="333333"/>
          <w:sz w:val="19"/>
        </w:rPr>
        <w:t>= 123,456,789.</w:t>
      </w:r>
    </w:p>
    <w:p>
      <w:pPr>
        <w:spacing w:before="0" w:after="80" w:line="300" w:lineRule="auto"/>
        <w:jc w:val="left"/>
      </w:pPr>
      <w:r>
        <w:rPr>
          <w:rFonts w:ascii="Times New Roman" w:hAnsi="Times New Roman" w:eastAsia="宋体"/>
          <w:b w:val="0"/>
          <w:i w:val="0"/>
          <w:color w:val="333333"/>
          <w:sz w:val="19"/>
        </w:rPr>
        <w:t>Its digits are 1 through 9, so the missing digit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从前两项中提出 3x-2：</w:t>
      </w:r>
    </w:p>
    <w:p>
      <w:pPr>
        <w:spacing w:before="0" w:after="80" w:line="300" w:lineRule="auto"/>
        <w:jc w:val="left"/>
      </w:pPr>
      <w:r>
        <w:rPr>
          <w:rFonts w:ascii="Times New Roman" w:hAnsi="Times New Roman" w:eastAsia="宋体"/>
          <w:b w:val="0"/>
          <w:i w:val="0"/>
          <w:sz w:val="21"/>
        </w:rPr>
        <w:t>(3x-2)(4x+1)</w:t>
      </w:r>
    </w:p>
    <w:p>
      <w:pPr>
        <w:spacing w:before="0" w:after="80" w:line="300" w:lineRule="auto"/>
        <w:jc w:val="left"/>
      </w:pPr>
      <w:r>
        <w:rPr>
          <w:rFonts w:ascii="Times New Roman" w:hAnsi="Times New Roman" w:eastAsia="宋体"/>
          <w:b w:val="0"/>
          <w:i w:val="0"/>
          <w:sz w:val="21"/>
        </w:rPr>
        <w:t>-(3x-2)4x+1</w:t>
      </w:r>
    </w:p>
    <w:p>
      <w:pPr>
        <w:spacing w:before="0" w:after="80" w:line="300" w:lineRule="auto"/>
        <w:jc w:val="left"/>
      </w:pPr>
      <w:r>
        <w:rPr>
          <w:rFonts w:ascii="Times New Roman" w:hAnsi="Times New Roman" w:eastAsia="宋体"/>
          <w:b w:val="0"/>
          <w:i w:val="0"/>
          <w:sz w:val="21"/>
        </w:rPr>
        <w:t>=(3x-2)(4x+1-4x)+1</w:t>
      </w:r>
    </w:p>
    <w:p>
      <w:pPr>
        <w:spacing w:before="0" w:after="80" w:line="300" w:lineRule="auto"/>
        <w:jc w:val="left"/>
      </w:pPr>
      <w:r>
        <w:rPr>
          <w:rFonts w:ascii="Times New Roman" w:hAnsi="Times New Roman" w:eastAsia="宋体"/>
          <w:b w:val="0"/>
          <w:i w:val="0"/>
          <w:sz w:val="21"/>
        </w:rPr>
        <w:t>=3x-1。</w:t>
      </w:r>
    </w:p>
    <w:p>
      <w:pPr>
        <w:spacing w:before="0" w:after="80" w:line="300" w:lineRule="auto"/>
        <w:jc w:val="left"/>
      </w:pPr>
      <w:r>
        <w:rPr>
          <w:rFonts w:ascii="Times New Roman" w:hAnsi="Times New Roman" w:eastAsia="宋体"/>
          <w:b w:val="0"/>
          <w:i w:val="0"/>
          <w:sz w:val="21"/>
        </w:rPr>
        <w:t>当 x=4 时，它等于 3·4-1=11。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3x-2 out of the first two terms:</w:t>
      </w:r>
    </w:p>
    <w:p>
      <w:pPr>
        <w:spacing w:before="0" w:after="80" w:line="300" w:lineRule="auto"/>
        <w:jc w:val="left"/>
      </w:pPr>
      <w:r>
        <w:rPr>
          <w:rFonts w:ascii="Times New Roman" w:hAnsi="Times New Roman" w:eastAsia="宋体"/>
          <w:b w:val="0"/>
          <w:i w:val="0"/>
          <w:color w:val="333333"/>
          <w:sz w:val="19"/>
        </w:rPr>
        <w:t>(3x-2)(4x+1)</w:t>
      </w:r>
    </w:p>
    <w:p>
      <w:pPr>
        <w:spacing w:before="0" w:after="80" w:line="300" w:lineRule="auto"/>
        <w:jc w:val="left"/>
      </w:pPr>
      <w:r>
        <w:rPr>
          <w:rFonts w:ascii="Times New Roman" w:hAnsi="Times New Roman" w:eastAsia="宋体"/>
          <w:b w:val="0"/>
          <w:i w:val="0"/>
          <w:color w:val="333333"/>
          <w:sz w:val="19"/>
        </w:rPr>
        <w:t>-(3x-2)4x+1</w:t>
      </w:r>
    </w:p>
    <w:p>
      <w:pPr>
        <w:spacing w:before="0" w:after="80" w:line="300" w:lineRule="auto"/>
        <w:jc w:val="left"/>
      </w:pPr>
      <w:r>
        <w:rPr>
          <w:rFonts w:ascii="Times New Roman" w:hAnsi="Times New Roman" w:eastAsia="宋体"/>
          <w:b w:val="0"/>
          <w:i w:val="0"/>
          <w:color w:val="333333"/>
          <w:sz w:val="19"/>
        </w:rPr>
        <w:t>=(3x-2)(4x+1-4x)+1</w:t>
      </w:r>
    </w:p>
    <w:p>
      <w:pPr>
        <w:spacing w:before="0" w:after="80" w:line="300" w:lineRule="auto"/>
        <w:jc w:val="left"/>
      </w:pPr>
      <w:r>
        <w:rPr>
          <w:rFonts w:ascii="Times New Roman" w:hAnsi="Times New Roman" w:eastAsia="宋体"/>
          <w:b w:val="0"/>
          <w:i w:val="0"/>
          <w:color w:val="333333"/>
          <w:sz w:val="19"/>
        </w:rPr>
        <w:t>=3x-1.</w:t>
      </w:r>
    </w:p>
    <w:p>
      <w:pPr>
        <w:spacing w:before="0" w:after="80" w:line="300" w:lineRule="auto"/>
        <w:jc w:val="left"/>
      </w:pPr>
      <w:r>
        <w:rPr>
          <w:rFonts w:ascii="Times New Roman" w:hAnsi="Times New Roman" w:eastAsia="宋体"/>
          <w:b w:val="0"/>
          <w:i w:val="0"/>
          <w:color w:val="333333"/>
          <w:sz w:val="19"/>
        </w:rPr>
        <w:t>At x=4 this equals 3·4-1=11.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分解得 n²-3n+2=(n-1)(n-2)。当 n≥4 时，两个因数都大于 1，所以结果是合数。检查 n=1,2,3 分别得到 0、0、2。只有 n=3 产生质数，因此这样的 n 恰有一个。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n²-3n+2=(n-1)(n-2). For n≥4 both factors exceed 1, so the value is composite. Checking n=1,2,3 gives 0, 0, and 2. Only n=3 yields a prime, so there is exactly one such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因为 1/2+1/3+1/7=41/42，所以和 41/42+1/n 严格在 0 和 2 之间，作为整数只能是 1。于是 1/n=1/42 得到 n=42。</w:t>
      </w:r>
    </w:p>
    <w:p>
      <w:pPr>
        <w:spacing w:before="0" w:after="80" w:line="300" w:lineRule="auto"/>
        <w:jc w:val="left"/>
      </w:pPr>
      <w:r>
        <w:rPr>
          <w:rFonts w:ascii="Times New Roman" w:hAnsi="Times New Roman" w:eastAsia="宋体"/>
          <w:b w:val="0"/>
          <w:i w:val="0"/>
          <w:sz w:val="21"/>
        </w:rPr>
        <w:t>现在 2、3、6、7 都整除 42，但 n&gt;84 是假的。因此不正确的说法是 n&gt;84。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1/2+1/3+1/7=41/42, the sum 41/42+1/n lies strictly between 0 and 2, so it must equal 1. Then 1/n=1/42, giving n=42.</w:t>
      </w:r>
    </w:p>
    <w:p>
      <w:pPr>
        <w:spacing w:before="0" w:after="80" w:line="300" w:lineRule="auto"/>
        <w:jc w:val="left"/>
      </w:pPr>
      <w:r>
        <w:rPr>
          <w:rFonts w:ascii="Times New Roman" w:hAnsi="Times New Roman" w:eastAsia="宋体"/>
          <w:b w:val="0"/>
          <w:i w:val="0"/>
          <w:color w:val="333333"/>
          <w:sz w:val="19"/>
        </w:rPr>
        <w:t>Now 2, 3, 6, and 7 all divide 42, but n&gt;84 is false. The untrue statement is n&gt;84.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五个内角的和是 540°。把等差数列写成 x-2d、x-d、x、x+d、x+2d，它们的和为 5x=540，所以 x=108。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interior angles sum to 540°. Writing the sequence as x-2d, x-d, x, x+d, x+2d, the sum is 5x=540, so x=108.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因为 a 和 b 是根，</w:t>
      </w:r>
    </w:p>
    <w:p>
      <w:pPr>
        <w:spacing w:before="0" w:after="80" w:line="300" w:lineRule="auto"/>
        <w:jc w:val="left"/>
      </w:pPr>
      <w:r>
        <w:rPr>
          <w:rFonts w:ascii="Times New Roman" w:hAnsi="Times New Roman" w:eastAsia="宋体"/>
          <w:b w:val="0"/>
          <w:i w:val="0"/>
          <w:sz w:val="21"/>
        </w:rPr>
        <w:t>x²+ax+b</w:t>
      </w:r>
    </w:p>
    <w:p>
      <w:pPr>
        <w:spacing w:before="0" w:after="80" w:line="300" w:lineRule="auto"/>
        <w:jc w:val="left"/>
      </w:pPr>
      <w:r>
        <w:rPr>
          <w:rFonts w:ascii="Times New Roman" w:hAnsi="Times New Roman" w:eastAsia="宋体"/>
          <w:b w:val="0"/>
          <w:i w:val="0"/>
          <w:sz w:val="21"/>
        </w:rPr>
        <w:t>=(x-a)(x-b)</w:t>
      </w:r>
    </w:p>
    <w:p>
      <w:pPr>
        <w:spacing w:before="0" w:after="80" w:line="300" w:lineRule="auto"/>
        <w:jc w:val="left"/>
      </w:pPr>
      <w:r>
        <w:rPr>
          <w:rFonts w:ascii="Times New Roman" w:hAnsi="Times New Roman" w:eastAsia="宋体"/>
          <w:b w:val="0"/>
          <w:i w:val="0"/>
          <w:sz w:val="21"/>
        </w:rPr>
        <w:t>=x²-(a+b)x+ab。</w:t>
      </w:r>
    </w:p>
    <w:p>
      <w:pPr>
        <w:spacing w:before="0" w:after="80" w:line="300" w:lineRule="auto"/>
        <w:jc w:val="left"/>
      </w:pPr>
      <w:r>
        <w:rPr>
          <w:rFonts w:ascii="Times New Roman" w:hAnsi="Times New Roman" w:eastAsia="宋体"/>
          <w:b w:val="0"/>
          <w:i w:val="0"/>
          <w:sz w:val="21"/>
        </w:rPr>
        <w:t>比较系数得 a+b=-a 且 ab=b。</w:t>
      </w:r>
    </w:p>
    <w:p>
      <w:pPr>
        <w:spacing w:before="0" w:after="80" w:line="300" w:lineRule="auto"/>
        <w:jc w:val="left"/>
      </w:pPr>
      <w:r>
        <w:rPr>
          <w:rFonts w:ascii="Times New Roman" w:hAnsi="Times New Roman" w:eastAsia="宋体"/>
          <w:b w:val="0"/>
          <w:i w:val="0"/>
          <w:sz w:val="21"/>
        </w:rPr>
        <w:t>由于 b≠0，第二个方程给出 a=1，再由 a+b=-a 得 b=-2。所以 (a,b)=(1,-2)。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and b are the roots,</w:t>
      </w:r>
    </w:p>
    <w:p>
      <w:pPr>
        <w:spacing w:before="0" w:after="80" w:line="300" w:lineRule="auto"/>
        <w:jc w:val="left"/>
      </w:pPr>
      <w:r>
        <w:rPr>
          <w:rFonts w:ascii="Times New Roman" w:hAnsi="Times New Roman" w:eastAsia="宋体"/>
          <w:b w:val="0"/>
          <w:i w:val="0"/>
          <w:color w:val="333333"/>
          <w:sz w:val="19"/>
        </w:rPr>
        <w:t>x²+ax+b</w:t>
      </w:r>
    </w:p>
    <w:p>
      <w:pPr>
        <w:spacing w:before="0" w:after="80" w:line="300" w:lineRule="auto"/>
        <w:jc w:val="left"/>
      </w:pPr>
      <w:r>
        <w:rPr>
          <w:rFonts w:ascii="Times New Roman" w:hAnsi="Times New Roman" w:eastAsia="宋体"/>
          <w:b w:val="0"/>
          <w:i w:val="0"/>
          <w:color w:val="333333"/>
          <w:sz w:val="19"/>
        </w:rPr>
        <w:t>=(x-a)(x-b)</w:t>
      </w:r>
    </w:p>
    <w:p>
      <w:pPr>
        <w:spacing w:before="0" w:after="80" w:line="300" w:lineRule="auto"/>
        <w:jc w:val="left"/>
      </w:pPr>
      <w:r>
        <w:rPr>
          <w:rFonts w:ascii="Times New Roman" w:hAnsi="Times New Roman" w:eastAsia="宋体"/>
          <w:b w:val="0"/>
          <w:i w:val="0"/>
          <w:color w:val="333333"/>
          <w:sz w:val="19"/>
        </w:rPr>
        <w:t>=x²-(a+b)x+ab.</w:t>
      </w:r>
    </w:p>
    <w:p>
      <w:pPr>
        <w:spacing w:before="0" w:after="80" w:line="300" w:lineRule="auto"/>
        <w:jc w:val="left"/>
      </w:pPr>
      <w:r>
        <w:rPr>
          <w:rFonts w:ascii="Times New Roman" w:hAnsi="Times New Roman" w:eastAsia="宋体"/>
          <w:b w:val="0"/>
          <w:i w:val="0"/>
          <w:color w:val="333333"/>
          <w:sz w:val="19"/>
        </w:rPr>
        <w:t>Matching coefficients gives a+b=-a and ab=b.</w:t>
      </w:r>
    </w:p>
    <w:p>
      <w:pPr>
        <w:spacing w:before="0" w:after="80" w:line="300" w:lineRule="auto"/>
        <w:jc w:val="left"/>
      </w:pPr>
      <w:r>
        <w:rPr>
          <w:rFonts w:ascii="Times New Roman" w:hAnsi="Times New Roman" w:eastAsia="宋体"/>
          <w:b w:val="0"/>
          <w:i w:val="0"/>
          <w:color w:val="333333"/>
          <w:sz w:val="19"/>
        </w:rPr>
        <w:t>As b≠0, the second equation gives a=1, and then a+b=-a gives b=-2. So (a,b)=(1,-2).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设三个整数为 n-1、n、n+1。由条件可得 (n-1)n(n+1)=8·3n，所以 n²-1=24，进而 n=5。</w:t>
      </w:r>
    </w:p>
    <w:p>
      <w:pPr>
        <w:spacing w:before="0" w:after="80" w:line="300" w:lineRule="auto"/>
        <w:jc w:val="left"/>
      </w:pPr>
      <w:r>
        <w:rPr>
          <w:rFonts w:ascii="Times New Roman" w:hAnsi="Times New Roman" w:eastAsia="宋体"/>
          <w:b w:val="0"/>
          <w:i w:val="0"/>
          <w:sz w:val="21"/>
        </w:rPr>
        <w:t>三个整数是 4、5、6，平方和为 16+25+36=77。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integers be n-1, n, n+1. Then (n-1)n(n+1)=8·3n, so n²-1=24 and n=5.</w:t>
      </w:r>
    </w:p>
    <w:p>
      <w:pPr>
        <w:spacing w:before="0" w:after="80" w:line="300" w:lineRule="auto"/>
        <w:jc w:val="left"/>
      </w:pPr>
      <w:r>
        <w:rPr>
          <w:rFonts w:ascii="Times New Roman" w:hAnsi="Times New Roman" w:eastAsia="宋体"/>
          <w:b w:val="0"/>
          <w:i w:val="0"/>
          <w:color w:val="333333"/>
          <w:sz w:val="19"/>
        </w:rPr>
        <w:t>The three integers 4, 5, 6 have squares summing to 16+25+36=77.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七月有 31=4·7+3 天，所以七月 1 日的星期会出现五次；既然星期一出现五次，星期一必在七月 1、2 或 3 日之一。八月中出现五次的是八月 1、2、3 日的星期，而八月 1 日比七月 1 日晚三天。</w:t>
      </w:r>
    </w:p>
    <w:p>
      <w:pPr>
        <w:spacing w:before="0" w:after="80" w:line="300" w:lineRule="auto"/>
        <w:jc w:val="left"/>
      </w:pPr>
      <w:r>
        <w:rPr>
          <w:rFonts w:ascii="Times New Roman" w:hAnsi="Times New Roman" w:eastAsia="宋体"/>
          <w:b w:val="0"/>
          <w:i w:val="0"/>
          <w:sz w:val="21"/>
        </w:rPr>
        <w:t>检查三种情况，八月出现五次的星期分别是星期四、星期五、星期六；星期三、星期四、星期五；以及星期二、星期三、星期四。</w:t>
      </w:r>
    </w:p>
    <w:p>
      <w:pPr>
        <w:spacing w:before="0" w:after="80" w:line="300" w:lineRule="auto"/>
        <w:jc w:val="left"/>
      </w:pPr>
      <w:r>
        <w:rPr>
          <w:rFonts w:ascii="Times New Roman" w:hAnsi="Times New Roman" w:eastAsia="宋体"/>
          <w:b w:val="0"/>
          <w:i w:val="0"/>
          <w:sz w:val="21"/>
        </w:rPr>
        <w:t>每种情况都包含星期四，所以正确答案是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July has 31=4·7+3 days, the weekday of July 1 occurs five times, so Monday falls on July 1, 2, or 3. The days that occur five times in August are those of August 1, 2, 3, and August 1 is three weekdays after July 1.</w:t>
      </w:r>
    </w:p>
    <w:p>
      <w:pPr>
        <w:spacing w:before="0" w:after="80" w:line="300" w:lineRule="auto"/>
        <w:jc w:val="left"/>
      </w:pPr>
      <w:r>
        <w:rPr>
          <w:rFonts w:ascii="Times New Roman" w:hAnsi="Times New Roman" w:eastAsia="宋体"/>
          <w:b w:val="0"/>
          <w:i w:val="0"/>
          <w:color w:val="333333"/>
          <w:sz w:val="19"/>
        </w:rPr>
        <w:t>Testing the three cases, the August weekdays occurring five times are Thursday through Saturday, Wednesday through Friday, and Tuesday through Thursday. Thursday appears in every case.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设 b=a+r、c=a+2r、d=a+3r。等比条件 b²=ad 给出 (a+r)²=a(a+3r)，即 r²=ar。因为数列递增，所以 r=a。</w:t>
      </w:r>
    </w:p>
    <w:p>
      <w:pPr>
        <w:spacing w:before="0" w:after="80" w:line="300" w:lineRule="auto"/>
        <w:jc w:val="left"/>
      </w:pPr>
      <w:r>
        <w:rPr>
          <w:rFonts w:ascii="Times New Roman" w:hAnsi="Times New Roman" w:eastAsia="宋体"/>
          <w:b w:val="0"/>
          <w:i w:val="0"/>
          <w:sz w:val="21"/>
        </w:rPr>
        <w:t>于是 d=a+3a=4a，所以 a/d=1/4。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b=a+r, c=a+2r, d=a+3r. The geometric condition b²=ad gives (a+r)²=a(a+3r), i.e. r²=ar, so r=a.</w:t>
      </w:r>
    </w:p>
    <w:p>
      <w:pPr>
        <w:spacing w:before="0" w:after="80" w:line="300" w:lineRule="auto"/>
        <w:jc w:val="left"/>
      </w:pPr>
      <w:r>
        <w:rPr>
          <w:rFonts w:ascii="Times New Roman" w:hAnsi="Times New Roman" w:eastAsia="宋体"/>
          <w:b w:val="0"/>
          <w:i w:val="0"/>
          <w:color w:val="333333"/>
          <w:sz w:val="19"/>
        </w:rPr>
        <w:t>Then d=a+3a=4a and a/d=1/4.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每个元素都比 3 的倍数多一，所以任意三个元素的和都是 3 的倍数。最小和为 1+4+7=12，最大和为 13+16+19=48，并且中间每个 3 的倍数都可以取得。</w:t>
      </w:r>
    </w:p>
    <w:p>
      <w:pPr>
        <w:spacing w:before="0" w:after="80" w:line="300" w:lineRule="auto"/>
        <w:jc w:val="left"/>
      </w:pPr>
      <w:r>
        <w:rPr>
          <w:rFonts w:ascii="Times New Roman" w:hAnsi="Times New Roman" w:eastAsia="宋体"/>
          <w:b w:val="0"/>
          <w:i w:val="0"/>
          <w:sz w:val="21"/>
        </w:rPr>
        <w:t>从 12 到 48 共有 13 个 3 的倍数。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element is one more than a multiple of 3, so any sum of three of them is a multiple of 3. The smallest sum is 1+4+7=12 and the largest is 13+16+19=48, and every multiple of 3 between them is attainable.</w:t>
      </w:r>
    </w:p>
    <w:p>
      <w:pPr>
        <w:spacing w:before="0" w:after="80" w:line="300" w:lineRule="auto"/>
        <w:jc w:val="left"/>
      </w:pPr>
      <w:r>
        <w:rPr>
          <w:rFonts w:ascii="Times New Roman" w:hAnsi="Times New Roman" w:eastAsia="宋体"/>
          <w:b w:val="0"/>
          <w:i w:val="0"/>
          <w:color w:val="333333"/>
          <w:sz w:val="19"/>
        </w:rPr>
        <w:t>There are 13 multiples of 3 from 12 to 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A-B 和 A+B 奇偶性相同；因为两者都是质数，所以都是奇数，故 A 与 B 奇偶性相反。若 A 为偶数，则质数 A 必须等于 2，但正质数 B 满足 B≥2，从而 A-B≤0。因此 A 是奇数，偶质数 B 为 2。</w:t>
      </w:r>
    </w:p>
    <w:p>
      <w:pPr>
        <w:spacing w:before="0" w:after="80" w:line="300" w:lineRule="auto"/>
        <w:jc w:val="left"/>
      </w:pPr>
      <w:r>
        <w:rPr>
          <w:rFonts w:ascii="Times New Roman" w:hAnsi="Times New Roman" w:eastAsia="宋体"/>
          <w:b w:val="0"/>
          <w:i w:val="0"/>
          <w:sz w:val="21"/>
        </w:rPr>
        <w:t>于是 A-2，A，和 A+2 是三个质数。其中一个能被 3 整除，所以它必须等于 3；这三个数是 3，5，和 7。它们再加上 2 的和为 2+3+5+7=17，也是质数。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 and A+B have the same parity; being prime, both are odd, so A and B have opposite parity. If A were even, then the prime A would equal 2, but the positive prime B would satisfy B≥2 and make A-B≤0. Hence A is odd and the even prime B is 2.</w:t>
      </w:r>
    </w:p>
    <w:p>
      <w:pPr>
        <w:spacing w:before="0" w:after="80" w:line="300" w:lineRule="auto"/>
        <w:jc w:val="left"/>
      </w:pPr>
      <w:r>
        <w:rPr>
          <w:rFonts w:ascii="Times New Roman" w:hAnsi="Times New Roman" w:eastAsia="宋体"/>
          <w:b w:val="0"/>
          <w:i w:val="0"/>
          <w:color w:val="333333"/>
          <w:sz w:val="19"/>
        </w:rPr>
        <w:t>Then A-2, A, A+2 are three primes. One is divisible by 3, so that one must equal 3; the triple is 3, 5, 7. Their sum together with 2 is 2+3+5+7=17, a prime.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令 n/20-n=k²。解得 n=20k²/k²+1。因为 k² 和 k²+1 互质，所以 k²+1 必须整除 20，这只在 |k|=0,1,2,3 时发生。</w:t>
      </w:r>
    </w:p>
    <w:p>
      <w:pPr>
        <w:spacing w:before="0" w:after="80" w:line="300" w:lineRule="auto"/>
        <w:jc w:val="left"/>
      </w:pPr>
      <w:r>
        <w:rPr>
          <w:rFonts w:ascii="Times New Roman" w:hAnsi="Times New Roman" w:eastAsia="宋体"/>
          <w:b w:val="0"/>
          <w:i w:val="0"/>
          <w:sz w:val="21"/>
        </w:rPr>
        <w:t>k 的正负不改变 n；这些值给出 n=0，10，16，和 18，共四个值。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n/20-n=k². Solving, n=20k²/k²+1. Since k² and k²+1 are coprime, k²+1 must divide 20, which happens only for |k|=0,1,2,3.</w:t>
      </w:r>
    </w:p>
    <w:p>
      <w:pPr>
        <w:spacing w:before="0" w:after="80" w:line="300" w:lineRule="auto"/>
        <w:jc w:val="left"/>
      </w:pPr>
      <w:r>
        <w:rPr>
          <w:rFonts w:ascii="Times New Roman" w:hAnsi="Times New Roman" w:eastAsia="宋体"/>
          <w:b w:val="0"/>
          <w:i w:val="0"/>
          <w:color w:val="333333"/>
          <w:sz w:val="19"/>
        </w:rPr>
        <w:t>The signs of k do not change n; these give n=0, 10, 16, and 18, which is four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n、n+1,…、n+17 的和为 18n+(17·18)/2=9(2n+17)。因为 9 已经是平方数，所以 2n+17 也必须是完全平方数。</w:t>
      </w:r>
    </w:p>
    <w:p>
      <w:pPr>
        <w:spacing w:before="0" w:after="80" w:line="300" w:lineRule="auto"/>
        <w:jc w:val="left"/>
      </w:pPr>
      <w:r>
        <w:rPr>
          <w:rFonts w:ascii="Times New Roman" w:hAnsi="Times New Roman" w:eastAsia="宋体"/>
          <w:b w:val="0"/>
          <w:i w:val="0"/>
          <w:sz w:val="21"/>
        </w:rPr>
        <w:t>使 2n+17 成为完全平方数的最小正整数 n 是 n=4，此时 2n+17=25，和为 9·25=225。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n, n+1,…, n+17 is 18n+(17·18)/2=9(2n+17). Since 9 is a perfect square, 2n+17 must be one too.</w:t>
      </w:r>
    </w:p>
    <w:p>
      <w:pPr>
        <w:spacing w:before="0" w:after="80" w:line="300" w:lineRule="auto"/>
        <w:jc w:val="left"/>
      </w:pPr>
      <w:r>
        <w:rPr>
          <w:rFonts w:ascii="Times New Roman" w:hAnsi="Times New Roman" w:eastAsia="宋体"/>
          <w:b w:val="0"/>
          <w:i w:val="0"/>
          <w:color w:val="333333"/>
          <w:sz w:val="19"/>
        </w:rPr>
        <w:t>The smallest positive integer n making 2n+17 a perfect square is n=4, giving 2n+17=25 and a sum of 9·25=225.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每一对圆最多有 2 个交点，而四个圆共有 C(4, 2)=6 对，因此最多有 6·2=12 个交点。</w:t>
      </w:r>
    </w:p>
    <w:p>
      <w:pPr>
        <w:spacing w:before="0" w:after="80" w:line="300" w:lineRule="auto"/>
        <w:jc w:val="left"/>
      </w:pPr>
      <w:r>
        <w:rPr>
          <w:rFonts w:ascii="Times New Roman" w:hAnsi="Times New Roman" w:eastAsia="宋体"/>
          <w:b w:val="0"/>
          <w:i w:val="0"/>
          <w:sz w:val="21"/>
        </w:rPr>
        <w:t>取四个位置一般的圆，使每一对圆都相交两次，且没有三个圆经过同一点，就能达到这个上界。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pair of circles meets in at most 2 points, and there are C(4, 2)=6 pairs, giving at most 6·2=12 intersection points.</w:t>
      </w:r>
    </w:p>
    <w:p>
      <w:pPr>
        <w:spacing w:before="0" w:after="80" w:line="300" w:lineRule="auto"/>
        <w:jc w:val="left"/>
      </w:pPr>
      <w:r>
        <w:rPr>
          <w:rFonts w:ascii="Times New Roman" w:hAnsi="Times New Roman" w:eastAsia="宋体"/>
          <w:b w:val="0"/>
          <w:i w:val="0"/>
          <w:color w:val="333333"/>
          <w:sz w:val="19"/>
        </w:rPr>
        <w:t>The bound is attainable by taking four circles in general position so that every pair crosses twice and no three pass through the same 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 a 是首位数字，x 是删去首位后得到的三位数，则 N=1000a+x。条件 N=9x 给出 1000a=8x，即 x=125a。</w:t>
      </w:r>
    </w:p>
    <w:p>
      <w:pPr>
        <w:spacing w:before="0" w:after="80" w:line="300" w:lineRule="auto"/>
        <w:jc w:val="left"/>
      </w:pPr>
      <w:r>
        <w:rPr>
          <w:rFonts w:ascii="Times New Roman" w:hAnsi="Times New Roman" w:eastAsia="宋体"/>
          <w:b w:val="0"/>
          <w:i w:val="0"/>
          <w:sz w:val="21"/>
        </w:rPr>
        <w:t>当 a=1,…,7 时，x 是三位数；而 a=8 时 x=1000。所以共有 7 个这样的数。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leading digit and x the three-digit number after removing it, so N=1000a+x. The condition N=9x gives 1000a=8x, i.e. x=125a.</w:t>
      </w:r>
    </w:p>
    <w:p>
      <w:pPr>
        <w:spacing w:before="0" w:after="80" w:line="300" w:lineRule="auto"/>
        <w:jc w:val="left"/>
      </w:pPr>
      <w:r>
        <w:rPr>
          <w:rFonts w:ascii="Times New Roman" w:hAnsi="Times New Roman" w:eastAsia="宋体"/>
          <w:b w:val="0"/>
          <w:i w:val="0"/>
          <w:color w:val="333333"/>
          <w:sz w:val="19"/>
        </w:rPr>
        <w:t>For a=1,…,7 this makes x a three-digit number, while a=8 gives x=1000. So there are 7 such numbers.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乘积是 3 的倍数，当且仅当至少一枚骰子掷出 3 或 6。八面骰避开 3,6 的概率为 6/8=3/4，六面骰避开它们的概率为 4/6=2/3。</w:t>
      </w:r>
    </w:p>
    <w:p>
      <w:pPr>
        <w:spacing w:before="0" w:after="80" w:line="300" w:lineRule="auto"/>
        <w:jc w:val="left"/>
      </w:pPr>
      <w:r>
        <w:rPr>
          <w:rFonts w:ascii="Times New Roman" w:hAnsi="Times New Roman" w:eastAsia="宋体"/>
          <w:b w:val="0"/>
          <w:i w:val="0"/>
          <w:sz w:val="21"/>
        </w:rPr>
        <w:t>因此两枚骰子都没有出现 3 的倍数的概率是 3/4·2/3=1/2，所求概率为 1-1/2=1/2。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a multiple of 3 if and only if at least one die shows 3 or 6. The octahedral die avoids 3,6 with probability 6/8=3/4, and the six-sided die avoids them with probability 4/6=2/3.</w:t>
      </w:r>
    </w:p>
    <w:p>
      <w:pPr>
        <w:spacing w:before="0" w:after="80" w:line="300" w:lineRule="auto"/>
        <w:jc w:val="left"/>
      </w:pPr>
      <w:r>
        <w:rPr>
          <w:rFonts w:ascii="Times New Roman" w:hAnsi="Times New Roman" w:eastAsia="宋体"/>
          <w:b w:val="0"/>
          <w:i w:val="0"/>
          <w:color w:val="333333"/>
          <w:sz w:val="19"/>
        </w:rPr>
        <w:t>So neither shows a multiple of 3 with probability 3/4·2/3=1/2, and the answer is 1-1/2=1/2.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 Andy 的草坪面积为 A，则 Beth 的面积是 A/2，Carlos 的面积是 A/3。若 Carlos 的割草速度为 R，则 Beth 的速度为 2R，Andy 的速度为 3R。</w:t>
      </w:r>
    </w:p>
    <w:p>
      <w:pPr>
        <w:spacing w:before="0" w:after="80" w:line="300" w:lineRule="auto"/>
        <w:jc w:val="left"/>
      </w:pPr>
      <w:r>
        <w:rPr>
          <w:rFonts w:ascii="Times New Roman" w:hAnsi="Times New Roman" w:eastAsia="宋体"/>
          <w:b w:val="0"/>
          <w:i w:val="0"/>
          <w:sz w:val="21"/>
        </w:rPr>
        <w:t>三人的用时分别为 A/3R、(A/2)/2R=A/4R、(A/3)/R=A/3R。其中 A/4R 最小。</w:t>
      </w:r>
    </w:p>
    <w:p>
      <w:pPr>
        <w:spacing w:before="0" w:after="80" w:line="300" w:lineRule="auto"/>
        <w:jc w:val="left"/>
      </w:pPr>
      <w:r>
        <w:rPr>
          <w:rFonts w:ascii="Times New Roman" w:hAnsi="Times New Roman" w:eastAsia="宋体"/>
          <w:b w:val="0"/>
          <w:i w:val="0"/>
          <w:sz w:val="21"/>
        </w:rPr>
        <w:t>所以 Beth 最先完成，正确答案是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Andy’s lawn have area A; then Beth’s is A/2 and Carlos’ is A/3. With Carlos’ rate R, Beth mows at 2R and Andy at 3R.</w:t>
      </w:r>
    </w:p>
    <w:p>
      <w:pPr>
        <w:spacing w:before="0" w:after="80" w:line="300" w:lineRule="auto"/>
        <w:jc w:val="left"/>
      </w:pPr>
      <w:r>
        <w:rPr>
          <w:rFonts w:ascii="Times New Roman" w:hAnsi="Times New Roman" w:eastAsia="宋体"/>
          <w:b w:val="0"/>
          <w:i w:val="0"/>
          <w:color w:val="333333"/>
          <w:sz w:val="19"/>
        </w:rPr>
        <w:t>Their times are A/3R, (A/2)/2R=A/4R, and (A/3)/R=A/3R respectively. Beth’s time A/4R is the smallest, so Beth finishes first.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到 (0,0) 比到 (3,1) 更近的点位于这两点连线垂直平分线的原点一侧，该垂直平分线为 3x+y=5。</w:t>
      </w:r>
    </w:p>
    <w:p>
      <w:pPr>
        <w:spacing w:before="0" w:after="80" w:line="300" w:lineRule="auto"/>
        <w:jc w:val="left"/>
      </w:pPr>
      <w:r>
        <w:rPr>
          <w:rFonts w:ascii="Times New Roman" w:hAnsi="Times New Roman" w:eastAsia="宋体"/>
          <w:b w:val="0"/>
          <w:i w:val="0"/>
          <w:sz w:val="21"/>
        </w:rPr>
        <w:t>在矩形中，这一区域是一个梯形，其平行边长分别为 5/3（在 y=0 处）和 4/3（在 y=1 处），面积为 1/2(5/3+4/3)=3/2。矩形面积为 2，所以概率是 (3/2)/2=3/4。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closer to (0,0) than to (3,1) lie on the origin side of the perpendicular bisector of that segment, the line 3x+y=5.</w:t>
      </w:r>
    </w:p>
    <w:p>
      <w:pPr>
        <w:spacing w:before="0" w:after="80" w:line="300" w:lineRule="auto"/>
        <w:jc w:val="left"/>
      </w:pPr>
      <w:r>
        <w:rPr>
          <w:rFonts w:ascii="Times New Roman" w:hAnsi="Times New Roman" w:eastAsia="宋体"/>
          <w:b w:val="0"/>
          <w:i w:val="0"/>
          <w:color w:val="333333"/>
          <w:sz w:val="19"/>
        </w:rPr>
        <w:t>Within the rectangle, this region is a trapezoid whose parallel sides have lengths 5/3 (at y=0) and 4/3 (at y=1), so its area is 1/2(5/3+4/3)=3/2. The rectangle has area 2, so the probability is (3/2)/2=3/4.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三个方程相加得 2(ab+bc+ca)=484，所以 ab+bc+ca=242。用它分别减去原来的三个方程，得到 bc=90、ca=80、ab=72。</w:t>
      </w:r>
    </w:p>
    <w:p>
      <w:pPr>
        <w:spacing w:before="0" w:after="80" w:line="300" w:lineRule="auto"/>
        <w:jc w:val="left"/>
      </w:pPr>
      <w:r>
        <w:rPr>
          <w:rFonts w:ascii="Times New Roman" w:hAnsi="Times New Roman" w:eastAsia="宋体"/>
          <w:b w:val="0"/>
          <w:i w:val="0"/>
          <w:sz w:val="21"/>
        </w:rPr>
        <w:t>相乘得 (abc)²=90·80·72=720²。又因 abc&gt;0，所以 abc=720。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three equations gives 2(ab+bc+ca)=484, so ab+bc+ca=242. Subtracting each original equation from this yields bc=90, ca=80, and ab=72.</w:t>
      </w:r>
    </w:p>
    <w:p>
      <w:pPr>
        <w:spacing w:before="0" w:after="80" w:line="300" w:lineRule="auto"/>
        <w:jc w:val="left"/>
      </w:pPr>
      <w:r>
        <w:rPr>
          <w:rFonts w:ascii="Times New Roman" w:hAnsi="Times New Roman" w:eastAsia="宋体"/>
          <w:b w:val="0"/>
          <w:i w:val="0"/>
          <w:color w:val="333333"/>
          <w:sz w:val="19"/>
        </w:rPr>
        <w:t>Multiplying, (abc)²=90·80·72=720², and since abc&gt;0, we get abc=720.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设 OM=a，ON=b。因为 M,N 是中点，得到 XN²=(2a)²+b²=361，且 YM²=a²+(2b)²=484。</w:t>
      </w:r>
    </w:p>
    <w:p>
      <w:pPr>
        <w:spacing w:before="0" w:after="80" w:line="300" w:lineRule="auto"/>
        <w:jc w:val="left"/>
      </w:pPr>
      <w:r>
        <w:rPr>
          <w:rFonts w:ascii="Times New Roman" w:hAnsi="Times New Roman" w:eastAsia="宋体"/>
          <w:b w:val="0"/>
          <w:i w:val="0"/>
          <w:sz w:val="21"/>
        </w:rPr>
        <w:t>两式相加得 5(a²+b²)=845，所以 a²+b²=169。于是 MN=√(a²+b²)=13。又因为 MN 是连接 M、N 的中位线，XY=2 MN=26。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OM=a and ON=b. Since M,N are midpoints, XN²=(2a)²+b²=361 and YM²=a²+(2b)²=484.</w:t>
      </w:r>
    </w:p>
    <w:p>
      <w:pPr>
        <w:spacing w:before="0" w:after="80" w:line="300" w:lineRule="auto"/>
        <w:jc w:val="left"/>
      </w:pPr>
      <w:r>
        <w:rPr>
          <w:rFonts w:ascii="Times New Roman" w:hAnsi="Times New Roman" w:eastAsia="宋体"/>
          <w:b w:val="0"/>
          <w:i w:val="0"/>
          <w:color w:val="333333"/>
          <w:sz w:val="19"/>
        </w:rPr>
        <w:t>Adding, 5(a²+b²)=845, so a²+b²=169. Then MN=√(a²+b²)=13, and since MN is the midsegment joining M and N, we have XY=2 MN=26.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因为 2002=11·13·14，且 11、13、14 两两互质，所以 aₙ=11 当 n 是 182 的倍数，aₙ=13 当 n 是 154 的倍数，aₙ=14 当 n 是 143 的倍数。（没有 n&lt;2002 能被三者同时整除。）</w:t>
      </w:r>
    </w:p>
    <w:p>
      <w:pPr>
        <w:spacing w:before="0" w:after="80" w:line="300" w:lineRule="auto"/>
        <w:jc w:val="left"/>
      </w:pPr>
      <w:r>
        <w:rPr>
          <w:rFonts w:ascii="Times New Roman" w:hAnsi="Times New Roman" w:eastAsia="宋体"/>
          <w:b w:val="0"/>
          <w:i w:val="0"/>
          <w:sz w:val="21"/>
        </w:rPr>
        <w:t>当 n≤2001 时，182 的倍数有 10 个，154 的倍数有 12 个，143 的倍数有 13 个。所以和为</w:t>
      </w:r>
    </w:p>
    <w:p>
      <w:pPr>
        <w:spacing w:before="0" w:after="80" w:line="300" w:lineRule="auto"/>
        <w:jc w:val="left"/>
      </w:pPr>
      <w:r>
        <w:rPr>
          <w:rFonts w:ascii="Times New Roman" w:hAnsi="Times New Roman" w:eastAsia="宋体"/>
          <w:b w:val="0"/>
          <w:i w:val="0"/>
          <w:sz w:val="21"/>
        </w:rPr>
        <w:t>11·10+13·12+14·13</w:t>
      </w:r>
    </w:p>
    <w:p>
      <w:pPr>
        <w:spacing w:before="0" w:after="80" w:line="300" w:lineRule="auto"/>
        <w:jc w:val="left"/>
      </w:pPr>
      <w:r>
        <w:rPr>
          <w:rFonts w:ascii="Times New Roman" w:hAnsi="Times New Roman" w:eastAsia="宋体"/>
          <w:b w:val="0"/>
          <w:i w:val="0"/>
          <w:sz w:val="21"/>
        </w:rPr>
        <w:t>=110+156+182</w:t>
      </w:r>
    </w:p>
    <w:p>
      <w:pPr>
        <w:spacing w:before="0" w:after="80" w:line="300" w:lineRule="auto"/>
        <w:jc w:val="left"/>
      </w:pPr>
      <w:r>
        <w:rPr>
          <w:rFonts w:ascii="Times New Roman" w:hAnsi="Times New Roman" w:eastAsia="宋体"/>
          <w:b w:val="0"/>
          <w:i w:val="0"/>
          <w:sz w:val="21"/>
        </w:rPr>
        <w:t>=448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2002=11·13·14 with 11, 13, 14 pairwise coprime, aₙ=11 when n is divisible by 182, aₙ=13 when n is divisible by 154, and aₙ=14 when n is divisible by 143 (and no n&lt;2002 is divisible by all three).</w:t>
      </w:r>
    </w:p>
    <w:p>
      <w:pPr>
        <w:spacing w:before="0" w:after="80" w:line="300" w:lineRule="auto"/>
        <w:jc w:val="left"/>
      </w:pPr>
      <w:r>
        <w:rPr>
          <w:rFonts w:ascii="Times New Roman" w:hAnsi="Times New Roman" w:eastAsia="宋体"/>
          <w:b w:val="0"/>
          <w:i w:val="0"/>
          <w:color w:val="333333"/>
          <w:sz w:val="19"/>
        </w:rPr>
        <w:t>For n≤2001 there are 10 multiples of 182, 12 of 154, and 13 of 143. So the sum is</w:t>
      </w:r>
    </w:p>
    <w:p>
      <w:pPr>
        <w:spacing w:before="0" w:after="80" w:line="300" w:lineRule="auto"/>
        <w:jc w:val="left"/>
      </w:pPr>
      <w:r>
        <w:rPr>
          <w:rFonts w:ascii="Times New Roman" w:hAnsi="Times New Roman" w:eastAsia="宋体"/>
          <w:b w:val="0"/>
          <w:i w:val="0"/>
          <w:color w:val="333333"/>
          <w:sz w:val="19"/>
        </w:rPr>
        <w:t>11·10+13·12+14·13</w:t>
      </w:r>
    </w:p>
    <w:p>
      <w:pPr>
        <w:spacing w:before="0" w:after="80" w:line="300" w:lineRule="auto"/>
        <w:jc w:val="left"/>
      </w:pPr>
      <w:r>
        <w:rPr>
          <w:rFonts w:ascii="Times New Roman" w:hAnsi="Times New Roman" w:eastAsia="宋体"/>
          <w:b w:val="0"/>
          <w:i w:val="0"/>
          <w:color w:val="333333"/>
          <w:sz w:val="19"/>
        </w:rPr>
        <w:t>=110+156+182</w:t>
      </w:r>
    </w:p>
    <w:p>
      <w:pPr>
        <w:spacing w:before="0" w:after="80" w:line="300" w:lineRule="auto"/>
        <w:jc w:val="left"/>
      </w:pPr>
      <w:r>
        <w:rPr>
          <w:rFonts w:ascii="Times New Roman" w:hAnsi="Times New Roman" w:eastAsia="宋体"/>
          <w:b w:val="0"/>
          <w:i w:val="0"/>
          <w:color w:val="333333"/>
          <w:sz w:val="19"/>
        </w:rPr>
        <w:t>=448.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由换底公式，aₙ=1/(logₙ 2002)=log₂₀₀₂ n。</w:t>
      </w:r>
    </w:p>
    <w:p>
      <w:pPr>
        <w:spacing w:before="0" w:after="80" w:line="300" w:lineRule="auto"/>
        <w:jc w:val="left"/>
      </w:pPr>
      <w:r>
        <w:rPr>
          <w:rFonts w:ascii="Times New Roman" w:hAnsi="Times New Roman" w:eastAsia="宋体"/>
          <w:b w:val="0"/>
          <w:i w:val="0"/>
          <w:sz w:val="21"/>
        </w:rPr>
        <w:t>b-c</w:t>
      </w:r>
    </w:p>
    <w:p>
      <w:pPr>
        <w:spacing w:before="0" w:after="80" w:line="300" w:lineRule="auto"/>
        <w:jc w:val="left"/>
      </w:pPr>
      <w:r>
        <w:rPr>
          <w:rFonts w:ascii="Times New Roman" w:hAnsi="Times New Roman" w:eastAsia="宋体"/>
          <w:b w:val="0"/>
          <w:i w:val="0"/>
          <w:sz w:val="21"/>
        </w:rPr>
        <w:t>=log₂₀₀₂(2·3·4·5)/(10·11·12·13·14)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该分数等于 120/240240=1/2002，因此 b-c=log₂₀₀₂1/2002=-1。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change of base, aₙ=1/(logₙ 2002)=log₂₀₀₂ n. So</w:t>
      </w:r>
    </w:p>
    <w:p>
      <w:pPr>
        <w:spacing w:before="0" w:after="80" w:line="300" w:lineRule="auto"/>
        <w:jc w:val="left"/>
      </w:pPr>
      <w:r>
        <w:rPr>
          <w:rFonts w:ascii="Times New Roman" w:hAnsi="Times New Roman" w:eastAsia="宋体"/>
          <w:b w:val="0"/>
          <w:i w:val="0"/>
          <w:color w:val="333333"/>
          <w:sz w:val="19"/>
        </w:rPr>
        <w:t>b-c</w:t>
      </w:r>
    </w:p>
    <w:p>
      <w:pPr>
        <w:spacing w:before="0" w:after="80" w:line="300" w:lineRule="auto"/>
        <w:jc w:val="left"/>
      </w:pPr>
      <w:r>
        <w:rPr>
          <w:rFonts w:ascii="Times New Roman" w:hAnsi="Times New Roman" w:eastAsia="宋体"/>
          <w:b w:val="0"/>
          <w:i w:val="0"/>
          <w:color w:val="333333"/>
          <w:sz w:val="19"/>
        </w:rPr>
        <w:t>=log₂₀₀₂(2·3·4·5)/(10·11·12·13·14).</w:t>
      </w:r>
    </w:p>
    <w:p>
      <w:pPr>
        <w:spacing w:before="0" w:after="80" w:line="300" w:lineRule="auto"/>
        <w:jc w:val="left"/>
      </w:pPr>
      <w:r>
        <w:rPr>
          <w:rFonts w:ascii="Times New Roman" w:hAnsi="Times New Roman" w:eastAsia="宋体"/>
          <w:b w:val="0"/>
          <w:i w:val="0"/>
          <w:color w:val="333333"/>
          <w:sz w:val="19"/>
        </w:rPr>
        <w:t>The fraction equals 120/240240=1/2002, so b-c=log₂₀₀₂1/2002=-1.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 M 为 BC 的中点，令 AM=2a，并设 θ=∠ AMB，于是 ∠ AMC=180°-θ。因 BM=CM=a，故 BC=2a。在 △ ABM 和 △ AMC 中用余弦定理，得到</w:t>
      </w:r>
    </w:p>
    <w:p>
      <w:pPr>
        <w:spacing w:before="0" w:after="80" w:line="300" w:lineRule="auto"/>
        <w:jc w:val="left"/>
      </w:pPr>
      <w:r>
        <w:rPr>
          <w:rFonts w:ascii="Times New Roman" w:hAnsi="Times New Roman" w:eastAsia="宋体"/>
          <w:b w:val="0"/>
          <w:i w:val="0"/>
          <w:sz w:val="21"/>
        </w:rPr>
        <w:t>a²+4a²-4a²cosθ=1，</w:t>
      </w:r>
    </w:p>
    <w:p>
      <w:pPr>
        <w:spacing w:before="0" w:after="80" w:line="300" w:lineRule="auto"/>
        <w:jc w:val="left"/>
      </w:pPr>
      <w:r>
        <w:rPr>
          <w:rFonts w:ascii="Times New Roman" w:hAnsi="Times New Roman" w:eastAsia="宋体"/>
          <w:b w:val="0"/>
          <w:i w:val="0"/>
          <w:sz w:val="21"/>
        </w:rPr>
        <w:t>a²+4a²+4a²cosθ=4。</w:t>
      </w:r>
    </w:p>
    <w:p>
      <w:pPr>
        <w:spacing w:before="0" w:after="80" w:line="300" w:lineRule="auto"/>
        <w:jc w:val="left"/>
      </w:pPr>
      <w:r>
        <w:rPr>
          <w:rFonts w:ascii="Times New Roman" w:hAnsi="Times New Roman" w:eastAsia="宋体"/>
          <w:b w:val="0"/>
          <w:i w:val="0"/>
          <w:sz w:val="21"/>
        </w:rPr>
        <w:t>两式相加得 10a²=5，所以 a=(√(2))/2，从而 BC=2a=√(2)。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midpoint of BC, set AM=2a, and let θ=∠ AMB, so ∠ AMC=180°-θ. With BM=CM=a, so that BC=2a, the Law of Cosines in △ ABM and △ AMC gives</w:t>
      </w:r>
    </w:p>
    <w:p>
      <w:pPr>
        <w:spacing w:before="0" w:after="80" w:line="300" w:lineRule="auto"/>
        <w:jc w:val="left"/>
      </w:pPr>
      <w:r>
        <w:rPr>
          <w:rFonts w:ascii="Times New Roman" w:hAnsi="Times New Roman" w:eastAsia="宋体"/>
          <w:b w:val="0"/>
          <w:i w:val="0"/>
          <w:color w:val="333333"/>
          <w:sz w:val="19"/>
        </w:rPr>
        <w:t>a²+4a²-4a²cosθ=1,</w:t>
      </w:r>
    </w:p>
    <w:p>
      <w:pPr>
        <w:spacing w:before="0" w:after="80" w:line="300" w:lineRule="auto"/>
        <w:jc w:val="left"/>
      </w:pPr>
      <w:r>
        <w:rPr>
          <w:rFonts w:ascii="Times New Roman" w:hAnsi="Times New Roman" w:eastAsia="宋体"/>
          <w:b w:val="0"/>
          <w:i w:val="0"/>
          <w:color w:val="333333"/>
          <w:sz w:val="19"/>
        </w:rPr>
        <w:t>a²+4a²+4a²cosθ=4.</w:t>
      </w:r>
    </w:p>
    <w:p>
      <w:pPr>
        <w:spacing w:before="0" w:after="80" w:line="300" w:lineRule="auto"/>
        <w:jc w:val="left"/>
      </w:pPr>
      <w:r>
        <w:rPr>
          <w:rFonts w:ascii="Times New Roman" w:hAnsi="Times New Roman" w:eastAsia="宋体"/>
          <w:b w:val="0"/>
          <w:i w:val="0"/>
          <w:color w:val="333333"/>
          <w:sz w:val="19"/>
        </w:rPr>
        <w:t>Adding, 10a²=5, so a=(√(2))/2 and BC=2a=√(2).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任意四边形的面积不超过 1/2 d₁ d₂，其中 d₁,d₂ 为对角线长；等号恰在对角线垂直时成立。这里</w:t>
      </w:r>
    </w:p>
    <w:p>
      <w:pPr>
        <w:spacing w:before="0" w:after="80" w:line="300" w:lineRule="auto"/>
        <w:jc w:val="left"/>
      </w:pPr>
      <w:r>
        <w:rPr>
          <w:rFonts w:ascii="Times New Roman" w:hAnsi="Times New Roman" w:eastAsia="宋体"/>
          <w:b w:val="0"/>
          <w:i w:val="0"/>
          <w:sz w:val="21"/>
        </w:rPr>
        <w:t>2002=Area</w:t>
      </w:r>
    </w:p>
    <w:p>
      <w:pPr>
        <w:spacing w:before="0" w:after="80" w:line="300" w:lineRule="auto"/>
        <w:jc w:val="left"/>
      </w:pPr>
      <w:r>
        <w:rPr>
          <w:rFonts w:ascii="Times New Roman" w:hAnsi="Times New Roman" w:eastAsia="宋体"/>
          <w:b w:val="0"/>
          <w:i w:val="0"/>
          <w:sz w:val="21"/>
        </w:rPr>
        <w:t>≤ 1/2 AC· BD</w:t>
      </w:r>
    </w:p>
    <w:p>
      <w:pPr>
        <w:spacing w:before="0" w:after="80" w:line="300" w:lineRule="auto"/>
        <w:jc w:val="left"/>
      </w:pPr>
      <w:r>
        <w:rPr>
          <w:rFonts w:ascii="Times New Roman" w:hAnsi="Times New Roman" w:eastAsia="宋体"/>
          <w:b w:val="0"/>
          <w:i w:val="0"/>
          <w:sz w:val="21"/>
        </w:rPr>
        <w:t>≤ 1/2(PA+PC)(PB+PD)</w:t>
      </w:r>
    </w:p>
    <w:p>
      <w:pPr>
        <w:spacing w:before="0" w:after="80" w:line="300" w:lineRule="auto"/>
        <w:jc w:val="left"/>
      </w:pPr>
      <w:r>
        <w:rPr>
          <w:rFonts w:ascii="Times New Roman" w:hAnsi="Times New Roman" w:eastAsia="宋体"/>
          <w:b w:val="0"/>
          <w:i w:val="0"/>
          <w:sz w:val="21"/>
        </w:rPr>
        <w:t>= 1/2·52·77</w:t>
      </w:r>
    </w:p>
    <w:p>
      <w:pPr>
        <w:spacing w:before="0" w:after="80" w:line="300" w:lineRule="auto"/>
        <w:jc w:val="left"/>
      </w:pPr>
      <w:r>
        <w:rPr>
          <w:rFonts w:ascii="Times New Roman" w:hAnsi="Times New Roman" w:eastAsia="宋体"/>
          <w:b w:val="0"/>
          <w:i w:val="0"/>
          <w:sz w:val="21"/>
        </w:rPr>
        <w:t>= 2002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因此等号成立，两条对角线垂直并在 P 相交。于是</w:t>
      </w:r>
    </w:p>
    <w:p>
      <w:pPr>
        <w:spacing w:before="0" w:after="80" w:line="300" w:lineRule="auto"/>
        <w:jc w:val="left"/>
      </w:pPr>
      <w:r>
        <w:rPr>
          <w:rFonts w:ascii="Times New Roman" w:hAnsi="Times New Roman" w:eastAsia="宋体"/>
          <w:b w:val="0"/>
          <w:i w:val="0"/>
          <w:sz w:val="21"/>
        </w:rPr>
        <w:t>AB = √(24²+32²)=40,</w:t>
      </w:r>
    </w:p>
    <w:p>
      <w:pPr>
        <w:spacing w:before="0" w:after="80" w:line="300" w:lineRule="auto"/>
        <w:jc w:val="left"/>
      </w:pPr>
      <w:r>
        <w:rPr>
          <w:rFonts w:ascii="Times New Roman" w:hAnsi="Times New Roman" w:eastAsia="宋体"/>
          <w:b w:val="0"/>
          <w:i w:val="0"/>
          <w:sz w:val="21"/>
        </w:rPr>
        <w:t>BC = √(28²+32²)=4√(113)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CD = √(28²+45²)=53,</w:t>
      </w:r>
    </w:p>
    <w:p>
      <w:pPr>
        <w:spacing w:before="0" w:after="80" w:line="300" w:lineRule="auto"/>
        <w:jc w:val="left"/>
      </w:pPr>
      <w:r>
        <w:rPr>
          <w:rFonts w:ascii="Times New Roman" w:hAnsi="Times New Roman" w:eastAsia="宋体"/>
          <w:b w:val="0"/>
          <w:i w:val="0"/>
          <w:sz w:val="21"/>
        </w:rPr>
        <w:t>DA = √(45²+24²)=51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周长为 144+4√(113)=4(36+√(113))。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quadrilateral, the area is at most 1/2 d₁ d₂ where d₁,d₂ are the diagonals, with equality exactly when they are perpendicular. Here</w:t>
      </w:r>
    </w:p>
    <w:p>
      <w:pPr>
        <w:spacing w:before="0" w:after="80" w:line="300" w:lineRule="auto"/>
        <w:jc w:val="left"/>
      </w:pPr>
      <w:r>
        <w:rPr>
          <w:rFonts w:ascii="Times New Roman" w:hAnsi="Times New Roman" w:eastAsia="宋体"/>
          <w:b w:val="0"/>
          <w:i w:val="0"/>
          <w:color w:val="333333"/>
          <w:sz w:val="19"/>
        </w:rPr>
        <w:t>2002=Area</w:t>
      </w:r>
    </w:p>
    <w:p>
      <w:pPr>
        <w:spacing w:before="0" w:after="80" w:line="300" w:lineRule="auto"/>
        <w:jc w:val="left"/>
      </w:pPr>
      <w:r>
        <w:rPr>
          <w:rFonts w:ascii="Times New Roman" w:hAnsi="Times New Roman" w:eastAsia="宋体"/>
          <w:b w:val="0"/>
          <w:i w:val="0"/>
          <w:color w:val="333333"/>
          <w:sz w:val="19"/>
        </w:rPr>
        <w:t>≤ 1/2 AC· BD</w:t>
      </w:r>
    </w:p>
    <w:p>
      <w:pPr>
        <w:spacing w:before="0" w:after="80" w:line="300" w:lineRule="auto"/>
        <w:jc w:val="left"/>
      </w:pPr>
      <w:r>
        <w:rPr>
          <w:rFonts w:ascii="Times New Roman" w:hAnsi="Times New Roman" w:eastAsia="宋体"/>
          <w:b w:val="0"/>
          <w:i w:val="0"/>
          <w:color w:val="333333"/>
          <w:sz w:val="19"/>
        </w:rPr>
        <w:t>≤ 1/2(PA+PC)(PB+PD)</w:t>
      </w:r>
    </w:p>
    <w:p>
      <w:pPr>
        <w:spacing w:before="0" w:after="80" w:line="300" w:lineRule="auto"/>
        <w:jc w:val="left"/>
      </w:pPr>
      <w:r>
        <w:rPr>
          <w:rFonts w:ascii="Times New Roman" w:hAnsi="Times New Roman" w:eastAsia="宋体"/>
          <w:b w:val="0"/>
          <w:i w:val="0"/>
          <w:color w:val="333333"/>
          <w:sz w:val="19"/>
        </w:rPr>
        <w:t>= 1/2·52·77</w:t>
      </w:r>
    </w:p>
    <w:p>
      <w:pPr>
        <w:spacing w:before="0" w:after="80" w:line="300" w:lineRule="auto"/>
        <w:jc w:val="left"/>
      </w:pPr>
      <w:r>
        <w:rPr>
          <w:rFonts w:ascii="Times New Roman" w:hAnsi="Times New Roman" w:eastAsia="宋体"/>
          <w:b w:val="0"/>
          <w:i w:val="0"/>
          <w:color w:val="333333"/>
          <w:sz w:val="19"/>
        </w:rPr>
        <w:t>= 2002.</w:t>
      </w:r>
    </w:p>
    <w:p>
      <w:pPr>
        <w:spacing w:before="0" w:after="80" w:line="300" w:lineRule="auto"/>
        <w:jc w:val="left"/>
      </w:pPr>
      <w:r>
        <w:rPr>
          <w:rFonts w:ascii="Times New Roman" w:hAnsi="Times New Roman" w:eastAsia="宋体"/>
          <w:b w:val="0"/>
          <w:i w:val="0"/>
          <w:color w:val="333333"/>
          <w:sz w:val="19"/>
        </w:rPr>
        <w:t>Equality forces the diagonals to be perpendicular and to intersect at P. Then</w:t>
      </w:r>
    </w:p>
    <w:p>
      <w:pPr>
        <w:spacing w:before="0" w:after="80" w:line="300" w:lineRule="auto"/>
        <w:jc w:val="left"/>
      </w:pPr>
      <w:r>
        <w:rPr>
          <w:rFonts w:ascii="Times New Roman" w:hAnsi="Times New Roman" w:eastAsia="宋体"/>
          <w:b w:val="0"/>
          <w:i w:val="0"/>
          <w:color w:val="333333"/>
          <w:sz w:val="19"/>
        </w:rPr>
        <w:t>AB = √(24²+32²)=40,</w:t>
      </w:r>
    </w:p>
    <w:p>
      <w:pPr>
        <w:spacing w:before="0" w:after="80" w:line="300" w:lineRule="auto"/>
        <w:jc w:val="left"/>
      </w:pPr>
      <w:r>
        <w:rPr>
          <w:rFonts w:ascii="Times New Roman" w:hAnsi="Times New Roman" w:eastAsia="宋体"/>
          <w:b w:val="0"/>
          <w:i w:val="0"/>
          <w:color w:val="333333"/>
          <w:sz w:val="19"/>
        </w:rPr>
        <w:t>BC = √(28²+32²)=4√(113),</w:t>
      </w:r>
    </w:p>
    <w:p>
      <w:pPr>
        <w:spacing w:before="0" w:after="80" w:line="300" w:lineRule="auto"/>
        <w:jc w:val="left"/>
      </w:pPr>
      <w:r>
        <w:rPr>
          <w:rFonts w:ascii="Times New Roman" w:hAnsi="Times New Roman" w:eastAsia="宋体"/>
          <w:b w:val="0"/>
          <w:i w:val="0"/>
          <w:color w:val="333333"/>
          <w:sz w:val="19"/>
        </w:rPr>
        <w:t>CD = √(28²+45²)=53,</w:t>
      </w:r>
    </w:p>
    <w:p>
      <w:pPr>
        <w:spacing w:before="0" w:after="80" w:line="300" w:lineRule="auto"/>
        <w:jc w:val="left"/>
      </w:pPr>
      <w:r>
        <w:rPr>
          <w:rFonts w:ascii="Times New Roman" w:hAnsi="Times New Roman" w:eastAsia="宋体"/>
          <w:b w:val="0"/>
          <w:i w:val="0"/>
          <w:color w:val="333333"/>
          <w:sz w:val="19"/>
        </w:rPr>
        <w:t>DA = √(45²+24²)=51.</w:t>
      </w:r>
    </w:p>
    <w:p>
      <w:pPr>
        <w:spacing w:before="0" w:after="80" w:line="300" w:lineRule="auto"/>
        <w:jc w:val="left"/>
      </w:pPr>
      <w:r>
        <w:rPr>
          <w:rFonts w:ascii="Times New Roman" w:hAnsi="Times New Roman" w:eastAsia="宋体"/>
          <w:b w:val="0"/>
          <w:i w:val="0"/>
          <w:color w:val="333333"/>
          <w:sz w:val="19"/>
        </w:rPr>
        <w:t>The perimeter is 144+4√(113)=4(36+√(113)).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f(x)+f(y)</w:t>
      </w:r>
    </w:p>
    <w:p>
      <w:pPr>
        <w:spacing w:before="0" w:after="80" w:line="300" w:lineRule="auto"/>
        <w:jc w:val="left"/>
      </w:pPr>
      <w:r>
        <w:rPr>
          <w:rFonts w:ascii="Times New Roman" w:hAnsi="Times New Roman" w:eastAsia="宋体"/>
          <w:b w:val="0"/>
          <w:i w:val="0"/>
          <w:sz w:val="21"/>
        </w:rPr>
        <w:t>=(x+3)²+(y+3)²-16，</w:t>
      </w:r>
    </w:p>
    <w:p>
      <w:pPr>
        <w:spacing w:before="0" w:after="80" w:line="300" w:lineRule="auto"/>
        <w:jc w:val="left"/>
      </w:pPr>
      <w:r>
        <w:rPr>
          <w:rFonts w:ascii="Times New Roman" w:hAnsi="Times New Roman" w:eastAsia="宋体"/>
          <w:b w:val="0"/>
          <w:i w:val="0"/>
          <w:sz w:val="21"/>
        </w:rPr>
        <w:t>所以第一个条件表示以 (-3,-3) 为圆心、半径为 4 的圆盘。</w:t>
      </w:r>
    </w:p>
    <w:p>
      <w:pPr>
        <w:spacing w:before="0" w:after="80" w:line="300" w:lineRule="auto"/>
        <w:jc w:val="left"/>
      </w:pPr>
      <w:r>
        <w:rPr>
          <w:rFonts w:ascii="Times New Roman" w:hAnsi="Times New Roman" w:eastAsia="宋体"/>
          <w:b w:val="0"/>
          <w:i w:val="0"/>
          <w:sz w:val="21"/>
        </w:rPr>
        <w:t>又</w:t>
      </w:r>
    </w:p>
    <w:p>
      <w:pPr>
        <w:spacing w:before="0" w:after="80" w:line="300" w:lineRule="auto"/>
        <w:jc w:val="left"/>
      </w:pPr>
      <w:r>
        <w:rPr>
          <w:rFonts w:ascii="Times New Roman" w:hAnsi="Times New Roman" w:eastAsia="宋体"/>
          <w:b w:val="0"/>
          <w:i w:val="0"/>
          <w:sz w:val="21"/>
        </w:rPr>
        <w:t>f(x)-f(y)</w:t>
      </w:r>
    </w:p>
    <w:p>
      <w:pPr>
        <w:spacing w:before="0" w:after="80" w:line="300" w:lineRule="auto"/>
        <w:jc w:val="left"/>
      </w:pPr>
      <w:r>
        <w:rPr>
          <w:rFonts w:ascii="Times New Roman" w:hAnsi="Times New Roman" w:eastAsia="宋体"/>
          <w:b w:val="0"/>
          <w:i w:val="0"/>
          <w:sz w:val="21"/>
        </w:rPr>
        <w:t>=(x-y)(x+y+6)，</w:t>
      </w:r>
    </w:p>
    <w:p>
      <w:pPr>
        <w:spacing w:before="0" w:after="80" w:line="300" w:lineRule="auto"/>
        <w:jc w:val="left"/>
      </w:pPr>
      <w:r>
        <w:rPr>
          <w:rFonts w:ascii="Times New Roman" w:hAnsi="Times New Roman" w:eastAsia="宋体"/>
          <w:b w:val="0"/>
          <w:i w:val="0"/>
          <w:sz w:val="21"/>
        </w:rPr>
        <w:t>因此第二个条件 (x-y)(x+y+6)≤0 表示由过 (-3,-3)、斜率分别为 1 和 -1 的两条垂直直线所确定的两个半平面。这些直线把圆盘分成两半。</w:t>
      </w:r>
    </w:p>
    <w:p>
      <w:pPr>
        <w:spacing w:before="0" w:after="80" w:line="300" w:lineRule="auto"/>
        <w:jc w:val="left"/>
      </w:pPr>
      <w:r>
        <w:rPr>
          <w:rFonts w:ascii="Times New Roman" w:hAnsi="Times New Roman" w:eastAsia="宋体"/>
          <w:b w:val="0"/>
          <w:i w:val="0"/>
          <w:sz w:val="21"/>
        </w:rPr>
        <w:t>因此 R 的面积为 1/2π·4²=8π≈25.13，最接近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w:t>
      </w:r>
    </w:p>
    <w:p>
      <w:pPr>
        <w:spacing w:before="0" w:after="80" w:line="300" w:lineRule="auto"/>
        <w:jc w:val="left"/>
      </w:pPr>
      <w:r>
        <w:rPr>
          <w:rFonts w:ascii="Times New Roman" w:hAnsi="Times New Roman" w:eastAsia="宋体"/>
          <w:b w:val="0"/>
          <w:i w:val="0"/>
          <w:color w:val="333333"/>
          <w:sz w:val="19"/>
        </w:rPr>
        <w:t>f(x)+f(y)</w:t>
      </w:r>
    </w:p>
    <w:p>
      <w:pPr>
        <w:spacing w:before="0" w:after="80" w:line="300" w:lineRule="auto"/>
        <w:jc w:val="left"/>
      </w:pPr>
      <w:r>
        <w:rPr>
          <w:rFonts w:ascii="Times New Roman" w:hAnsi="Times New Roman" w:eastAsia="宋体"/>
          <w:b w:val="0"/>
          <w:i w:val="0"/>
          <w:color w:val="333333"/>
          <w:sz w:val="19"/>
        </w:rPr>
        <w:t>=(x+3)²+(y+3)²-16,</w:t>
      </w:r>
    </w:p>
    <w:p>
      <w:pPr>
        <w:spacing w:before="0" w:after="80" w:line="300" w:lineRule="auto"/>
        <w:jc w:val="left"/>
      </w:pPr>
      <w:r>
        <w:rPr>
          <w:rFonts w:ascii="Times New Roman" w:hAnsi="Times New Roman" w:eastAsia="宋体"/>
          <w:b w:val="0"/>
          <w:i w:val="0"/>
          <w:color w:val="333333"/>
          <w:sz w:val="19"/>
        </w:rPr>
        <w:t>so the first condition is the disk of radius 4 centered at (-3,-3).</w:t>
      </w:r>
    </w:p>
    <w:p>
      <w:pPr>
        <w:spacing w:before="0" w:after="80" w:line="300" w:lineRule="auto"/>
        <w:jc w:val="left"/>
      </w:pPr>
      <w:r>
        <w:rPr>
          <w:rFonts w:ascii="Times New Roman" w:hAnsi="Times New Roman" w:eastAsia="宋体"/>
          <w:b w:val="0"/>
          <w:i w:val="0"/>
          <w:color w:val="333333"/>
          <w:sz w:val="19"/>
        </w:rPr>
        <w:t>Also</w:t>
      </w:r>
    </w:p>
    <w:p>
      <w:pPr>
        <w:spacing w:before="0" w:after="80" w:line="300" w:lineRule="auto"/>
        <w:jc w:val="left"/>
      </w:pPr>
      <w:r>
        <w:rPr>
          <w:rFonts w:ascii="Times New Roman" w:hAnsi="Times New Roman" w:eastAsia="宋体"/>
          <w:b w:val="0"/>
          <w:i w:val="0"/>
          <w:color w:val="333333"/>
          <w:sz w:val="19"/>
        </w:rPr>
        <w:t>f(x)-f(y)</w:t>
      </w:r>
    </w:p>
    <w:p>
      <w:pPr>
        <w:spacing w:before="0" w:after="80" w:line="300" w:lineRule="auto"/>
        <w:jc w:val="left"/>
      </w:pPr>
      <w:r>
        <w:rPr>
          <w:rFonts w:ascii="Times New Roman" w:hAnsi="Times New Roman" w:eastAsia="宋体"/>
          <w:b w:val="0"/>
          <w:i w:val="0"/>
          <w:color w:val="333333"/>
          <w:sz w:val="19"/>
        </w:rPr>
        <w:t>=(x-y)(x+y+6),</w:t>
      </w:r>
    </w:p>
    <w:p>
      <w:pPr>
        <w:spacing w:before="0" w:after="80" w:line="300" w:lineRule="auto"/>
        <w:jc w:val="left"/>
      </w:pPr>
      <w:r>
        <w:rPr>
          <w:rFonts w:ascii="Times New Roman" w:hAnsi="Times New Roman" w:eastAsia="宋体"/>
          <w:b w:val="0"/>
          <w:i w:val="0"/>
          <w:color w:val="333333"/>
          <w:sz w:val="19"/>
        </w:rPr>
        <w:t>so the second condition (x-y)(x+y+6)≤0 describes two half-planes bounded by the perpendicular lines through (-3,-3) of slopes 1 and -1. These cut the disk into two equal halves.</w:t>
      </w:r>
    </w:p>
    <w:p>
      <w:pPr>
        <w:spacing w:before="0" w:after="80" w:line="300" w:lineRule="auto"/>
        <w:jc w:val="left"/>
      </w:pPr>
      <w:r>
        <w:rPr>
          <w:rFonts w:ascii="Times New Roman" w:hAnsi="Times New Roman" w:eastAsia="宋体"/>
          <w:b w:val="0"/>
          <w:i w:val="0"/>
          <w:color w:val="333333"/>
          <w:sz w:val="19"/>
        </w:rPr>
        <w:t>Thus R has area 1/2π·4²=8π≈25.13, which is closest to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