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2002A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求下列方程的所有根之和。</w:t>
      </w:r>
    </w:p>
    <w:p>
      <w:pPr>
        <w:spacing w:before="0" w:after="80" w:line="300" w:lineRule="auto"/>
        <w:jc w:val="left"/>
      </w:pPr>
      <w:r>
        <w:rPr>
          <w:rFonts w:ascii="Times New Roman" w:hAnsi="Times New Roman" w:eastAsia="宋体"/>
          <w:b w:val="0"/>
          <w:i w:val="0"/>
          <w:sz w:val="21"/>
        </w:rPr>
        <w:t>(2x+3)(x-4)</w:t>
      </w:r>
    </w:p>
    <w:p>
      <w:pPr>
        <w:spacing w:before="0" w:after="80" w:line="300" w:lineRule="auto"/>
        <w:jc w:val="left"/>
      </w:pPr>
      <w:r>
        <w:rPr>
          <w:rFonts w:ascii="Times New Roman" w:hAnsi="Times New Roman" w:eastAsia="宋体"/>
          <w:b w:val="0"/>
          <w:i w:val="0"/>
          <w:sz w:val="21"/>
        </w:rPr>
        <w:t>+(2x+3)(x-6)=0</w:t>
      </w:r>
    </w:p>
    <w:p>
      <w:pPr>
        <w:spacing w:before="0" w:after="80" w:line="300" w:lineRule="auto"/>
        <w:jc w:val="left"/>
      </w:pPr>
      <w:r>
        <w:rPr>
          <w:rFonts w:ascii="Times New Roman" w:hAnsi="Times New Roman" w:eastAsia="宋体"/>
          <w:b w:val="0"/>
          <w:i w:val="0"/>
          <w:sz w:val="21"/>
        </w:rPr>
        <w:t>。</w:t>
      </w:r>
    </w:p>
    <w:p>
      <w:pPr>
        <w:spacing w:before="0" w:after="120" w:line="300" w:lineRule="auto"/>
      </w:pPr>
      <w:r>
        <w:rPr>
          <w:rFonts w:ascii="Times New Roman" w:hAnsi="Times New Roman" w:eastAsia="宋体"/>
          <w:b w:val="0"/>
          <w:i w:val="0"/>
          <w:sz w:val="21"/>
        </w:rPr>
        <w:t>（A）7/2　　（B）4　　（C）5　　（D）7　　（E）13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Compute the sum of all the roots of</w:t>
      </w:r>
    </w:p>
    <w:p>
      <w:pPr>
        <w:spacing w:before="0" w:after="80" w:line="300" w:lineRule="auto"/>
        <w:jc w:val="left"/>
      </w:pPr>
      <w:r>
        <w:rPr>
          <w:rFonts w:ascii="Times New Roman" w:hAnsi="Times New Roman" w:eastAsia="宋体"/>
          <w:b w:val="0"/>
          <w:i w:val="0"/>
          <w:color w:val="333333"/>
          <w:sz w:val="19"/>
        </w:rPr>
        <w:t>(2x+3)(x-4)</w:t>
      </w:r>
    </w:p>
    <w:p>
      <w:pPr>
        <w:spacing w:before="0" w:after="80" w:line="300" w:lineRule="auto"/>
        <w:jc w:val="left"/>
      </w:pPr>
      <w:r>
        <w:rPr>
          <w:rFonts w:ascii="Times New Roman" w:hAnsi="Times New Roman" w:eastAsia="宋体"/>
          <w:b w:val="0"/>
          <w:i w:val="0"/>
          <w:color w:val="333333"/>
          <w:sz w:val="19"/>
        </w:rPr>
        <w:t>+(2x+3)(x-6)=0.</w:t>
      </w:r>
    </w:p>
    <w:p>
      <w:pPr>
        <w:spacing w:before="0" w:after="160" w:line="300" w:lineRule="auto"/>
      </w:pPr>
      <w:r>
        <w:rPr>
          <w:rFonts w:ascii="Times New Roman" w:hAnsi="Times New Roman" w:eastAsia="宋体"/>
          <w:b w:val="0"/>
          <w:i w:val="0"/>
          <w:color w:val="333333"/>
          <w:sz w:val="19"/>
        </w:rPr>
        <w:t>(A) 7/2　　(B) 4　　(C) 5　　(D) 7　　(E) 13</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老师要求 Cindy 从某个数中减去 3，再将结果除以 9。可她却先减去 9，再将结果除以 3 得到答案 43。如果她按正确步骤计算，答案应是多少？</w:t>
      </w:r>
    </w:p>
    <w:p>
      <w:pPr>
        <w:spacing w:before="0" w:after="120" w:line="300" w:lineRule="auto"/>
      </w:pPr>
      <w:r>
        <w:rPr>
          <w:rFonts w:ascii="Times New Roman" w:hAnsi="Times New Roman" w:eastAsia="宋体"/>
          <w:b w:val="0"/>
          <w:i w:val="0"/>
          <w:sz w:val="21"/>
        </w:rPr>
        <w:t>（A）15　　（B）34　　（C）43　　（D）51　　（E）138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Cindy was asked by her teacher to subtract 3 from a certain number and then divide the result by 9. Instead, she subtracted 9 and then divided the result by 3, giving an answer of 43. What would her answer have been had she worked the problem correctly?</w:t>
      </w:r>
    </w:p>
    <w:p>
      <w:pPr>
        <w:spacing w:before="0" w:after="160" w:line="300" w:lineRule="auto"/>
      </w:pPr>
      <w:r>
        <w:rPr>
          <w:rFonts w:ascii="Times New Roman" w:hAnsi="Times New Roman" w:eastAsia="宋体"/>
          <w:b w:val="0"/>
          <w:i w:val="0"/>
          <w:color w:val="333333"/>
          <w:sz w:val="19"/>
        </w:rPr>
        <w:t>(A) 15　　(B) 34　　(C) 43　　(D) 51　　(E) 138</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按照指数运算的标准约定，</w:t>
      </w:r>
    </w:p>
    <w:p>
      <w:pPr>
        <w:spacing w:before="0" w:after="80" w:line="300" w:lineRule="auto"/>
        <w:jc w:val="left"/>
      </w:pPr>
      <w:r>
        <w:rPr>
          <w:rFonts w:ascii="Times New Roman" w:hAnsi="Times New Roman" w:eastAsia="宋体"/>
          <w:b w:val="0"/>
          <w:i w:val="0"/>
          <w:sz w:val="21"/>
        </w:rPr>
        <w:t>2^(2^(2²)) = 2^((2^((2²)))) = 2¹⁶ = 65,536。</w:t>
      </w:r>
    </w:p>
    <w:p>
      <w:pPr>
        <w:spacing w:before="0" w:after="80" w:line="300" w:lineRule="auto"/>
        <w:jc w:val="left"/>
      </w:pPr>
      <w:r>
        <w:rPr>
          <w:rFonts w:ascii="Times New Roman" w:hAnsi="Times New Roman" w:eastAsia="宋体"/>
          <w:b w:val="0"/>
          <w:i w:val="0"/>
          <w:sz w:val="21"/>
        </w:rPr>
        <w:t>如果改变指数运算的执行顺序，还可能得到多少个其他值？</w:t>
      </w:r>
    </w:p>
    <w:p>
      <w:pPr>
        <w:spacing w:before="0" w:after="120" w:line="300" w:lineRule="auto"/>
      </w:pPr>
      <w:r>
        <w:rPr>
          <w:rFonts w:ascii="Times New Roman" w:hAnsi="Times New Roman" w:eastAsia="宋体"/>
          <w:b w:val="0"/>
          <w:i w:val="0"/>
          <w:sz w:val="21"/>
        </w:rPr>
        <w:t>（A）0　　（B）1　　（C）2　　（D）3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According to the standard convention for exponentiation,</w:t>
      </w:r>
    </w:p>
    <w:p>
      <w:pPr>
        <w:spacing w:before="0" w:after="80" w:line="300" w:lineRule="auto"/>
        <w:jc w:val="left"/>
      </w:pPr>
      <w:r>
        <w:rPr>
          <w:rFonts w:ascii="Times New Roman" w:hAnsi="Times New Roman" w:eastAsia="宋体"/>
          <w:b w:val="0"/>
          <w:i w:val="0"/>
          <w:color w:val="333333"/>
          <w:sz w:val="19"/>
        </w:rPr>
        <w:t>2^(2^(2²)) = 2^((2^((2²)))) = 2¹⁶ = 65,536.</w:t>
      </w:r>
    </w:p>
    <w:p>
      <w:pPr>
        <w:spacing w:before="0" w:after="80" w:line="300" w:lineRule="auto"/>
        <w:jc w:val="left"/>
      </w:pPr>
      <w:r>
        <w:rPr>
          <w:rFonts w:ascii="Times New Roman" w:hAnsi="Times New Roman" w:eastAsia="宋体"/>
          <w:b w:val="0"/>
          <w:i w:val="0"/>
          <w:color w:val="333333"/>
          <w:sz w:val="19"/>
        </w:rPr>
        <w:t>If the order in which the exponentiations are performed is changed, how many other values are possible?</w:t>
      </w:r>
    </w:p>
    <w:p>
      <w:pPr>
        <w:spacing w:before="0" w:after="160" w:line="300" w:lineRule="auto"/>
      </w:pPr>
      <w:r>
        <w:rPr>
          <w:rFonts w:ascii="Times New Roman" w:hAnsi="Times New Roman" w:eastAsia="宋体"/>
          <w:b w:val="0"/>
          <w:i w:val="0"/>
          <w:color w:val="333333"/>
          <w:sz w:val="19"/>
        </w:rPr>
        <w:t>(A) 0　　(B) 1　　(C) 2　　(D) 3　　(E) 4</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求一个角的度数，已知它的余角是它的补角的 25%。</w:t>
      </w:r>
    </w:p>
    <w:p>
      <w:pPr>
        <w:spacing w:before="0" w:after="120" w:line="300" w:lineRule="auto"/>
      </w:pPr>
      <w:r>
        <w:rPr>
          <w:rFonts w:ascii="Times New Roman" w:hAnsi="Times New Roman" w:eastAsia="宋体"/>
          <w:b w:val="0"/>
          <w:i w:val="0"/>
          <w:sz w:val="21"/>
        </w:rPr>
        <w:t>（A）48　　（B）60　　（C）75　　（D）120　　（E）150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Find the degree measure of an angle whose complement is 25% of its supplement.</w:t>
      </w:r>
    </w:p>
    <w:p>
      <w:pPr>
        <w:spacing w:before="0" w:after="160" w:line="300" w:lineRule="auto"/>
      </w:pPr>
      <w:r>
        <w:rPr>
          <w:rFonts w:ascii="Times New Roman" w:hAnsi="Times New Roman" w:eastAsia="宋体"/>
          <w:b w:val="0"/>
          <w:i w:val="0"/>
          <w:color w:val="333333"/>
          <w:sz w:val="19"/>
        </w:rPr>
        <w:t>(A) 48　　(B) 60　　(C) 75　　(D) 120　　(E) 150</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图中每个小圆的半径都是一。最里面的圆与围绕它的六个圆相切，这六个圆中的每个又与大圆以及相邻的小圆相切。求阴影区域的面积。</w:t>
      </w:r>
    </w:p>
    <w:p>
      <w:pPr>
        <w:spacing w:before="80" w:after="80"/>
        <w:jc w:val="center"/>
      </w:pPr>
      <w:r>
        <w:drawing>
          <wp:inline xmlns:a="http://schemas.openxmlformats.org/drawingml/2006/main" xmlns:pic="http://schemas.openxmlformats.org/drawingml/2006/picture">
            <wp:extent cx="2388699" cy="2388699"/>
            <wp:docPr id="1" name="Picture 1"/>
            <wp:cNvGraphicFramePr>
              <a:graphicFrameLocks noChangeAspect="1"/>
            </wp:cNvGraphicFramePr>
            <a:graphic>
              <a:graphicData uri="http://schemas.openxmlformats.org/drawingml/2006/picture">
                <pic:pic>
                  <pic:nvPicPr>
                    <pic:cNvPr id="0" name="q05-1@300dpi.png"/>
                    <pic:cNvPicPr/>
                  </pic:nvPicPr>
                  <pic:blipFill>
                    <a:blip r:embed="rId9"/>
                    <a:stretch>
                      <a:fillRect/>
                    </a:stretch>
                  </pic:blipFill>
                  <pic:spPr>
                    <a:xfrm>
                      <a:off x="0" y="0"/>
                      <a:ext cx="2388699" cy="2388699"/>
                    </a:xfrm>
                    <a:prstGeom prst="rect"/>
                  </pic:spPr>
                </pic:pic>
              </a:graphicData>
            </a:graphic>
          </wp:inline>
        </w:drawing>
      </w:r>
    </w:p>
    <w:p>
      <w:pPr>
        <w:spacing w:before="0" w:after="120" w:line="300" w:lineRule="auto"/>
      </w:pPr>
      <w:r>
        <w:rPr>
          <w:rFonts w:ascii="Times New Roman" w:hAnsi="Times New Roman" w:eastAsia="宋体"/>
          <w:b w:val="0"/>
          <w:i w:val="0"/>
          <w:sz w:val="21"/>
        </w:rPr>
        <w:t>（A）π　　（B）1.5π　　（C）2π　　（D）3π　　（E）3.5π</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of the small circles in the figure has radius one. The innermost circle is tangent to the six circles that surround it, and each of those circles is tangent to the large circle and to its small-circle neighbors. Find the area of the shaded region.</w:t>
      </w:r>
    </w:p>
    <w:p>
      <w:pPr>
        <w:spacing w:before="80" w:after="80"/>
        <w:jc w:val="center"/>
      </w:pPr>
      <w:r>
        <w:drawing>
          <wp:inline xmlns:a="http://schemas.openxmlformats.org/drawingml/2006/main" xmlns:pic="http://schemas.openxmlformats.org/drawingml/2006/picture">
            <wp:extent cx="2388699" cy="2388699"/>
            <wp:docPr id="2" name="Picture 2"/>
            <wp:cNvGraphicFramePr>
              <a:graphicFrameLocks noChangeAspect="1"/>
            </wp:cNvGraphicFramePr>
            <a:graphic>
              <a:graphicData uri="http://schemas.openxmlformats.org/drawingml/2006/picture">
                <pic:pic>
                  <pic:nvPicPr>
                    <pic:cNvPr id="0" name="q05-1@300dpi.png"/>
                    <pic:cNvPicPr/>
                  </pic:nvPicPr>
                  <pic:blipFill>
                    <a:blip r:embed="rId9"/>
                    <a:stretch>
                      <a:fillRect/>
                    </a:stretch>
                  </pic:blipFill>
                  <pic:spPr>
                    <a:xfrm>
                      <a:off x="0" y="0"/>
                      <a:ext cx="2388699" cy="238869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π　　(B) 1.5π　　(C) 2π　　(D) 3π　　(E) 3.5π</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有多少个正整数 m 满足：存在至少一个正整数 n，使得 m · n ≤ m + n？</w:t>
      </w:r>
    </w:p>
    <w:p>
      <w:pPr>
        <w:spacing w:before="0" w:after="120" w:line="300" w:lineRule="auto"/>
      </w:pPr>
      <w:r>
        <w:rPr>
          <w:rFonts w:ascii="Times New Roman" w:hAnsi="Times New Roman" w:eastAsia="宋体"/>
          <w:b w:val="0"/>
          <w:i w:val="0"/>
          <w:sz w:val="21"/>
        </w:rPr>
        <w:t>（A）4　　（B）6　　（C）9　　（D）12　　（E）无穷多个</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how many positive integers m does there exist at least one positive integer n such that m · n ≤ m + n?</w:t>
      </w:r>
    </w:p>
    <w:p>
      <w:pPr>
        <w:spacing w:before="0" w:after="160" w:line="300" w:lineRule="auto"/>
      </w:pPr>
      <w:r>
        <w:rPr>
          <w:rFonts w:ascii="Times New Roman" w:hAnsi="Times New Roman" w:eastAsia="宋体"/>
          <w:b w:val="0"/>
          <w:i w:val="0"/>
          <w:color w:val="333333"/>
          <w:sz w:val="19"/>
        </w:rPr>
        <w:t>(A) 4　　(B) 6　　(C) 9　　(D) 12　　(E) infinitely many</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若圆 A 上 45° 的弧长等于圆 B 上 30° 的弧长，则圆 A 的面积与圆 B 的面积之比为</w:t>
      </w:r>
    </w:p>
    <w:p>
      <w:pPr>
        <w:spacing w:before="0" w:after="120" w:line="300" w:lineRule="auto"/>
      </w:pPr>
      <w:r>
        <w:rPr>
          <w:rFonts w:ascii="Times New Roman" w:hAnsi="Times New Roman" w:eastAsia="宋体"/>
          <w:b w:val="0"/>
          <w:i w:val="0"/>
          <w:sz w:val="21"/>
        </w:rPr>
        <w:t>（A）4/9　　（B）2/3　　（C）5/6　　（D）3/2　　（E）9/4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an arc of 45° on circle A has the same length as an arc of 30° on circle B, then the ratio of the area of circle A to the area of circle B is</w:t>
      </w:r>
    </w:p>
    <w:p>
      <w:pPr>
        <w:spacing w:before="0" w:after="160" w:line="300" w:lineRule="auto"/>
      </w:pPr>
      <w:r>
        <w:rPr>
          <w:rFonts w:ascii="Times New Roman" w:hAnsi="Times New Roman" w:eastAsia="宋体"/>
          <w:b w:val="0"/>
          <w:i w:val="0"/>
          <w:color w:val="333333"/>
          <w:sz w:val="19"/>
        </w:rPr>
        <w:t>(A) 4/9　　(B) 2/3　　(C) 5/6　　(D) 3/2　　(E) 9/4</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Betsy 用蓝色三角形、小白色正方形和红色中心正方形设计了一面旗帜，如图所示。设 B 为蓝色三角形总面积，W 为白色正方形总面积，R 为红色正方形面积。下列哪一项正确？</w:t>
      </w:r>
    </w:p>
    <w:p>
      <w:pPr>
        <w:spacing w:before="80" w:after="80"/>
        <w:jc w:val="center"/>
      </w:pPr>
      <w:r>
        <w:drawing>
          <wp:inline xmlns:a="http://schemas.openxmlformats.org/drawingml/2006/main" xmlns:pic="http://schemas.openxmlformats.org/drawingml/2006/picture">
            <wp:extent cx="1524699" cy="1524699"/>
            <wp:docPr id="3" name="Picture 3"/>
            <wp:cNvGraphicFramePr>
              <a:graphicFrameLocks noChangeAspect="1"/>
            </wp:cNvGraphicFramePr>
            <a:graphic>
              <a:graphicData uri="http://schemas.openxmlformats.org/drawingml/2006/picture">
                <pic:pic>
                  <pic:nvPicPr>
                    <pic:cNvPr id="0" name="q08-1@300dpi.png"/>
                    <pic:cNvPicPr/>
                  </pic:nvPicPr>
                  <pic:blipFill>
                    <a:blip r:embed="rId10"/>
                    <a:stretch>
                      <a:fillRect/>
                    </a:stretch>
                  </pic:blipFill>
                  <pic:spPr>
                    <a:xfrm>
                      <a:off x="0" y="0"/>
                      <a:ext cx="1524699" cy="1524699"/>
                    </a:xfrm>
                    <a:prstGeom prst="rect"/>
                  </pic:spPr>
                </pic:pic>
              </a:graphicData>
            </a:graphic>
          </wp:inline>
        </w:drawing>
      </w:r>
    </w:p>
    <w:p>
      <w:pPr>
        <w:spacing w:before="0" w:after="120" w:line="300" w:lineRule="auto"/>
      </w:pPr>
      <w:r>
        <w:rPr>
          <w:rFonts w:ascii="Times New Roman" w:hAnsi="Times New Roman" w:eastAsia="宋体"/>
          <w:b w:val="0"/>
          <w:i w:val="0"/>
          <w:sz w:val="21"/>
        </w:rPr>
        <w:t>（A）B = W　　（B）W = R　　（C）B = R　　（D）3B = 2R　　（E）2R = W</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Betsy designed a flag using blue triangles, small white squares, and a red center square, as shown. Let B be the total area of the blue triangles, W the total area of the white squares, and R the area of the red square. Which of the following is correct?</w:t>
      </w:r>
    </w:p>
    <w:p>
      <w:pPr>
        <w:spacing w:before="80" w:after="80"/>
        <w:jc w:val="center"/>
      </w:pPr>
      <w:r>
        <w:drawing>
          <wp:inline xmlns:a="http://schemas.openxmlformats.org/drawingml/2006/main" xmlns:pic="http://schemas.openxmlformats.org/drawingml/2006/picture">
            <wp:extent cx="1524699" cy="1524699"/>
            <wp:docPr id="4" name="Picture 4"/>
            <wp:cNvGraphicFramePr>
              <a:graphicFrameLocks noChangeAspect="1"/>
            </wp:cNvGraphicFramePr>
            <a:graphic>
              <a:graphicData uri="http://schemas.openxmlformats.org/drawingml/2006/picture">
                <pic:pic>
                  <pic:nvPicPr>
                    <pic:cNvPr id="0" name="q08-1@300dpi.png"/>
                    <pic:cNvPicPr/>
                  </pic:nvPicPr>
                  <pic:blipFill>
                    <a:blip r:embed="rId10"/>
                    <a:stretch>
                      <a:fillRect/>
                    </a:stretch>
                  </pic:blipFill>
                  <pic:spPr>
                    <a:xfrm>
                      <a:off x="0" y="0"/>
                      <a:ext cx="1524699" cy="152469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B = W　　(B) W = R　　(C) B = R　　(D) 3B = 2R　　(E) 2R = W</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Jamal 想把 30 个电脑文件存到软盘上，每张软盘容量为 1.44 兆字节（MB）。其中三个文件各需要 0.8 MB，另有 12 个各需要 0.7 MB，剩下 15 个各需要 0.4 MB。一个文件不能拆分到多张软盘上。装下所有文件最少需要多少张软盘？</w:t>
      </w:r>
    </w:p>
    <w:p>
      <w:pPr>
        <w:spacing w:before="0" w:after="120" w:line="300" w:lineRule="auto"/>
      </w:pPr>
      <w:r>
        <w:rPr>
          <w:rFonts w:ascii="Times New Roman" w:hAnsi="Times New Roman" w:eastAsia="宋体"/>
          <w:b w:val="0"/>
          <w:i w:val="0"/>
          <w:sz w:val="21"/>
        </w:rPr>
        <w:t>（A）12　　（B）13　　（C）14　　（D）15　　（E）16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Jamal wants to store 30 computer files on floppy disks, each of which has a capacity of 1.44 megabytes (mb). Three of his files require 0.8 mb of memory each, 12 more require 0.7 mb each, and the remaining 15 require 0.4 mb each. No file can be split between floppy disks. What is the minimal number of floppy disks that will hold all the files?</w:t>
      </w:r>
    </w:p>
    <w:p>
      <w:pPr>
        <w:spacing w:before="0" w:after="160" w:line="300" w:lineRule="auto"/>
      </w:pPr>
      <w:r>
        <w:rPr>
          <w:rFonts w:ascii="Times New Roman" w:hAnsi="Times New Roman" w:eastAsia="宋体"/>
          <w:b w:val="0"/>
          <w:i w:val="0"/>
          <w:color w:val="333333"/>
          <w:sz w:val="19"/>
        </w:rPr>
        <w:t>(A) 12　　(B) 13　　(C) 14　　(D) 15　　(E) 16</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Sarah 将四盎司咖啡倒入一个八盎司杯中，又将四盎司奶油倒入另一个同样大小的杯子。她把第一杯中一半的咖啡倒入第二杯，充分搅拌后，再把第二杯中一半的液体倒回第一杯。现在第一杯中的液体有几分之几是奶油？</w:t>
      </w:r>
    </w:p>
    <w:p>
      <w:pPr>
        <w:spacing w:before="0" w:after="120" w:line="300" w:lineRule="auto"/>
      </w:pPr>
      <w:r>
        <w:rPr>
          <w:rFonts w:ascii="Times New Roman" w:hAnsi="Times New Roman" w:eastAsia="宋体"/>
          <w:b w:val="0"/>
          <w:i w:val="0"/>
          <w:sz w:val="21"/>
        </w:rPr>
        <w:t>（A）1/4　　（B）1/3　　（C）3/8　　（D）2/5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Sarah pours four ounces of coffee into an eight-ounce cup and four ounces of cream into a second cup of the same size. She then transfers half the coffee from the first cup to the second and, after stirring thoroughly, transfers half the liquid in the second cup back to the first. What fraction of the liquid in the first cup is now cream?</w:t>
      </w:r>
    </w:p>
    <w:p>
      <w:pPr>
        <w:spacing w:before="0" w:after="160" w:line="300" w:lineRule="auto"/>
      </w:pPr>
      <w:r>
        <w:rPr>
          <w:rFonts w:ascii="Times New Roman" w:hAnsi="Times New Roman" w:eastAsia="宋体"/>
          <w:b w:val="0"/>
          <w:i w:val="0"/>
          <w:color w:val="333333"/>
          <w:sz w:val="19"/>
        </w:rPr>
        <w:t>(A) 1/4　　(B) 1/3　　(C) 3/8　　(D) 2/5　　(E) 1/2</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Earl E. Bird 先生每天上午 8:00 整离家上班。当他的平均速度为每小时 40 英里时，会晚到三分钟；当平均速度为每小时 60 英里时，会早到三分钟。Bird 先生应以多少英里每小时的平均速度行驶，才能准时到达工作地点？</w:t>
      </w:r>
    </w:p>
    <w:p>
      <w:pPr>
        <w:spacing w:before="0" w:after="120" w:line="300" w:lineRule="auto"/>
      </w:pPr>
      <w:r>
        <w:rPr>
          <w:rFonts w:ascii="Times New Roman" w:hAnsi="Times New Roman" w:eastAsia="宋体"/>
          <w:b w:val="0"/>
          <w:i w:val="0"/>
          <w:sz w:val="21"/>
        </w:rPr>
        <w:t>（A）45　　（B）48　　（C）50　　（D）55　　（E）58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Mr. Earl E. Bird leaves his house for work at exactly 8:00 A.M. every morning. When he averages 40 miles per hour, he arrives at his workplace three minutes late. When he averages 60 miles per hour, he arrives three minutes early. At what average speed, in miles per hour, should Mr. Bird drive to arrive at his workplace precisely on time?</w:t>
      </w:r>
    </w:p>
    <w:p>
      <w:pPr>
        <w:spacing w:before="0" w:after="160" w:line="300" w:lineRule="auto"/>
      </w:pPr>
      <w:r>
        <w:rPr>
          <w:rFonts w:ascii="Times New Roman" w:hAnsi="Times New Roman" w:eastAsia="宋体"/>
          <w:b w:val="0"/>
          <w:i w:val="0"/>
          <w:color w:val="333333"/>
          <w:sz w:val="19"/>
        </w:rPr>
        <w:t>(A) 45　　(B) 48　　(C) 50　　(D) 55　　(E) 58</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二次方程</w:t>
      </w:r>
    </w:p>
    <w:p>
      <w:pPr>
        <w:spacing w:before="0" w:after="80" w:line="300" w:lineRule="auto"/>
        <w:jc w:val="left"/>
      </w:pPr>
      <w:r>
        <w:rPr>
          <w:rFonts w:ascii="Times New Roman" w:hAnsi="Times New Roman" w:eastAsia="宋体"/>
          <w:b w:val="0"/>
          <w:i w:val="0"/>
          <w:sz w:val="21"/>
        </w:rPr>
        <w:t>x² - 63x + k = 0</w:t>
      </w:r>
    </w:p>
    <w:p>
      <w:pPr>
        <w:spacing w:before="0" w:after="80" w:line="300" w:lineRule="auto"/>
        <w:jc w:val="left"/>
      </w:pPr>
      <w:r>
        <w:rPr>
          <w:rFonts w:ascii="Times New Roman" w:hAnsi="Times New Roman" w:eastAsia="宋体"/>
          <w:b w:val="0"/>
          <w:i w:val="0"/>
          <w:sz w:val="21"/>
        </w:rPr>
        <w:t>的两个根都是质数。k 可能取值的个数是多少？</w:t>
      </w:r>
    </w:p>
    <w:p>
      <w:pPr>
        <w:spacing w:before="0" w:after="120" w:line="300" w:lineRule="auto"/>
      </w:pPr>
      <w:r>
        <w:rPr>
          <w:rFonts w:ascii="Times New Roman" w:hAnsi="Times New Roman" w:eastAsia="宋体"/>
          <w:b w:val="0"/>
          <w:i w:val="0"/>
          <w:sz w:val="21"/>
        </w:rPr>
        <w:t>（A）0　　（B）1　　（C）2　　（D）4　　（E）多于四个</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Both roots of the quadratic equation</w:t>
      </w:r>
    </w:p>
    <w:p>
      <w:pPr>
        <w:spacing w:before="0" w:after="80" w:line="300" w:lineRule="auto"/>
        <w:jc w:val="left"/>
      </w:pPr>
      <w:r>
        <w:rPr>
          <w:rFonts w:ascii="Times New Roman" w:hAnsi="Times New Roman" w:eastAsia="宋体"/>
          <w:b w:val="0"/>
          <w:i w:val="0"/>
          <w:color w:val="333333"/>
          <w:sz w:val="19"/>
        </w:rPr>
        <w:t>x² - 63x + k = 0</w:t>
      </w:r>
    </w:p>
    <w:p>
      <w:pPr>
        <w:spacing w:before="0" w:after="80" w:line="300" w:lineRule="auto"/>
        <w:jc w:val="left"/>
      </w:pPr>
      <w:r>
        <w:rPr>
          <w:rFonts w:ascii="Times New Roman" w:hAnsi="Times New Roman" w:eastAsia="宋体"/>
          <w:b w:val="0"/>
          <w:i w:val="0"/>
          <w:color w:val="333333"/>
          <w:sz w:val="19"/>
        </w:rPr>
        <w:t>are prime numbers. The number of possible values of k is</w:t>
      </w:r>
    </w:p>
    <w:p>
      <w:pPr>
        <w:spacing w:before="0" w:after="160" w:line="300" w:lineRule="auto"/>
      </w:pPr>
      <w:r>
        <w:rPr>
          <w:rFonts w:ascii="Times New Roman" w:hAnsi="Times New Roman" w:eastAsia="宋体"/>
          <w:b w:val="0"/>
          <w:i w:val="0"/>
          <w:color w:val="333333"/>
          <w:sz w:val="19"/>
        </w:rPr>
        <w:t>(A) 0　　(B) 1　　(C) 2　　(D) 4　　(E) more than four</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两个不同的正数 a 和 b 各自与其倒数相差 1。a + b 是多少？</w:t>
      </w:r>
    </w:p>
    <w:p>
      <w:pPr>
        <w:spacing w:before="0" w:after="120" w:line="300" w:lineRule="auto"/>
      </w:pPr>
      <w:r>
        <w:rPr>
          <w:rFonts w:ascii="Times New Roman" w:hAnsi="Times New Roman" w:eastAsia="宋体"/>
          <w:b w:val="0"/>
          <w:i w:val="0"/>
          <w:sz w:val="21"/>
        </w:rPr>
        <w:t>（A）1　　（B）2　　（C）√(5)　　（D）√(6)　　（E）3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different positive numbers a and b each differ from their reciprocals by 1. What is a + b?</w:t>
      </w:r>
    </w:p>
    <w:p>
      <w:pPr>
        <w:spacing w:before="0" w:after="160" w:line="300" w:lineRule="auto"/>
      </w:pPr>
      <w:r>
        <w:rPr>
          <w:rFonts w:ascii="Times New Roman" w:hAnsi="Times New Roman" w:eastAsia="宋体"/>
          <w:b w:val="0"/>
          <w:i w:val="0"/>
          <w:color w:val="333333"/>
          <w:sz w:val="19"/>
        </w:rPr>
        <w:t>(A) 1　　(B) 2　　(C) √(5)　　(D) √(6)　　(E) 3</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对所有正整数 n，定义 f(n) = log₂₀₀₂ n²。令</w:t>
      </w:r>
    </w:p>
    <w:p>
      <w:pPr>
        <w:spacing w:before="0" w:after="80" w:line="300" w:lineRule="auto"/>
        <w:jc w:val="left"/>
      </w:pPr>
      <w:r>
        <w:rPr>
          <w:rFonts w:ascii="Times New Roman" w:hAnsi="Times New Roman" w:eastAsia="宋体"/>
          <w:b w:val="0"/>
          <w:i w:val="0"/>
          <w:sz w:val="21"/>
        </w:rPr>
        <w:t>N = f(11) + f(13) + f(14)。</w:t>
      </w:r>
    </w:p>
    <w:p>
      <w:pPr>
        <w:spacing w:before="0" w:after="80" w:line="300" w:lineRule="auto"/>
        <w:jc w:val="left"/>
      </w:pPr>
      <w:r>
        <w:rPr>
          <w:rFonts w:ascii="Times New Roman" w:hAnsi="Times New Roman" w:eastAsia="宋体"/>
          <w:b w:val="0"/>
          <w:i w:val="0"/>
          <w:sz w:val="21"/>
        </w:rPr>
        <w:t>下列哪个关系成立？</w:t>
      </w:r>
    </w:p>
    <w:p>
      <w:pPr>
        <w:spacing w:before="0" w:after="120" w:line="300" w:lineRule="auto"/>
      </w:pPr>
      <w:r>
        <w:rPr>
          <w:rFonts w:ascii="Times New Roman" w:hAnsi="Times New Roman" w:eastAsia="宋体"/>
          <w:b w:val="0"/>
          <w:i w:val="0"/>
          <w:sz w:val="21"/>
        </w:rPr>
        <w:t>（A）N &gt; 1　　（B）N = 1　　（C）1 &lt; N &lt; 2　　（D）N = 2　　（E）N &gt; 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all positive integers n, let f(n) = log₂₀₀₂ n². Let</w:t>
      </w:r>
    </w:p>
    <w:p>
      <w:pPr>
        <w:spacing w:before="0" w:after="80" w:line="300" w:lineRule="auto"/>
        <w:jc w:val="left"/>
      </w:pPr>
      <w:r>
        <w:rPr>
          <w:rFonts w:ascii="Times New Roman" w:hAnsi="Times New Roman" w:eastAsia="宋体"/>
          <w:b w:val="0"/>
          <w:i w:val="0"/>
          <w:color w:val="333333"/>
          <w:sz w:val="19"/>
        </w:rPr>
        <w:t>N = f(11) + f(13) + f(14).</w:t>
      </w:r>
    </w:p>
    <w:p>
      <w:pPr>
        <w:spacing w:before="0" w:after="80" w:line="300" w:lineRule="auto"/>
        <w:jc w:val="left"/>
      </w:pPr>
      <w:r>
        <w:rPr>
          <w:rFonts w:ascii="Times New Roman" w:hAnsi="Times New Roman" w:eastAsia="宋体"/>
          <w:b w:val="0"/>
          <w:i w:val="0"/>
          <w:color w:val="333333"/>
          <w:sz w:val="19"/>
        </w:rPr>
        <w:t>Which of the following relations is true?</w:t>
      </w:r>
    </w:p>
    <w:p>
      <w:pPr>
        <w:spacing w:before="0" w:after="160" w:line="300" w:lineRule="auto"/>
      </w:pPr>
      <w:r>
        <w:rPr>
          <w:rFonts w:ascii="Times New Roman" w:hAnsi="Times New Roman" w:eastAsia="宋体"/>
          <w:b w:val="0"/>
          <w:i w:val="0"/>
          <w:color w:val="333333"/>
          <w:sz w:val="19"/>
        </w:rPr>
        <w:t>(A) N &gt; 1　　(B) N = 1　　(C) 1 &lt; N &lt; 2　　(D) N = 2　　(E) N &gt; 2</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一组八个整数的平均数、中位数、唯一众数和极差都等于 8。这组数中可能出现的最大整数是多少？</w:t>
      </w:r>
    </w:p>
    <w:p>
      <w:pPr>
        <w:spacing w:before="0" w:after="120" w:line="300" w:lineRule="auto"/>
      </w:pPr>
      <w:r>
        <w:rPr>
          <w:rFonts w:ascii="Times New Roman" w:hAnsi="Times New Roman" w:eastAsia="宋体"/>
          <w:b w:val="0"/>
          <w:i w:val="0"/>
          <w:sz w:val="21"/>
        </w:rPr>
        <w:t>（A）11　　（B）12　　（C）13　　（D）14　　（E）15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mean, median, unique mode, and range of a collection of eight integers are all equal to 8. The largest integer that can be an element of this collection is</w:t>
      </w:r>
    </w:p>
    <w:p>
      <w:pPr>
        <w:spacing w:before="0" w:after="160" w:line="300" w:lineRule="auto"/>
      </w:pPr>
      <w:r>
        <w:rPr>
          <w:rFonts w:ascii="Times New Roman" w:hAnsi="Times New Roman" w:eastAsia="宋体"/>
          <w:b w:val="0"/>
          <w:i w:val="0"/>
          <w:color w:val="333333"/>
          <w:sz w:val="19"/>
        </w:rPr>
        <w:t>(A) 11　　(B) 12　　(C) 13　　(D) 14　　(E) 15</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Tina 从集合 {1, 2, 3, 4, 5} 中随机选择两个不同的数，Sergio 从集合 {1, 2, …, 10} 中随机选择一个数。Sergio 选的数大于 Tina 所选两个数之和的概率是多少？</w:t>
      </w:r>
    </w:p>
    <w:p>
      <w:pPr>
        <w:spacing w:before="0" w:after="120" w:line="300" w:lineRule="auto"/>
      </w:pPr>
      <w:r>
        <w:rPr>
          <w:rFonts w:ascii="Times New Roman" w:hAnsi="Times New Roman" w:eastAsia="宋体"/>
          <w:b w:val="0"/>
          <w:i w:val="0"/>
          <w:sz w:val="21"/>
        </w:rPr>
        <w:t>（A）2/5　　（B）9/20　　（C）1/2　　（D）11/20　　（E）24/25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Tina randomly selects two distinct numbers from the set {1, 2, 3, 4, 5}, and Sergio randomly selects a number from the set {1, 2, …, 10}. The probability that Sergio’s number is larger than the sum of the two numbers chosen by Tina is</w:t>
      </w:r>
    </w:p>
    <w:p>
      <w:pPr>
        <w:spacing w:before="0" w:after="160" w:line="300" w:lineRule="auto"/>
      </w:pPr>
      <w:r>
        <w:rPr>
          <w:rFonts w:ascii="Times New Roman" w:hAnsi="Times New Roman" w:eastAsia="宋体"/>
          <w:b w:val="0"/>
          <w:i w:val="0"/>
          <w:color w:val="333333"/>
          <w:sz w:val="19"/>
        </w:rPr>
        <w:t>(A) 2/5　　(B) 9/20　　(C) 1/2　　(D) 11/20　　(E) 24/25</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有若干组质数，例如 {7, 83, 421, 659}，恰好各使用九个非零数字一次。这样的质数组的和最小可能是多少？</w:t>
      </w:r>
    </w:p>
    <w:p>
      <w:pPr>
        <w:spacing w:before="0" w:after="120" w:line="300" w:lineRule="auto"/>
      </w:pPr>
      <w:r>
        <w:rPr>
          <w:rFonts w:ascii="Times New Roman" w:hAnsi="Times New Roman" w:eastAsia="宋体"/>
          <w:b w:val="0"/>
          <w:i w:val="0"/>
          <w:sz w:val="21"/>
        </w:rPr>
        <w:t>（A）193　　（B）207　　（C）225　　（D）252　　（E）477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Several sets of prime numbers, such as {7, 83, 421, 659}, use each of the nine nonzero digits exactly once. What is the smallest possible sum such a set of primes could have?</w:t>
      </w:r>
    </w:p>
    <w:p>
      <w:pPr>
        <w:spacing w:before="0" w:after="160" w:line="300" w:lineRule="auto"/>
      </w:pPr>
      <w:r>
        <w:rPr>
          <w:rFonts w:ascii="Times New Roman" w:hAnsi="Times New Roman" w:eastAsia="宋体"/>
          <w:b w:val="0"/>
          <w:i w:val="0"/>
          <w:color w:val="333333"/>
          <w:sz w:val="19"/>
        </w:rPr>
        <w:t>(A) 193　　(B) 207　　(C) 225　　(D) 252　　(E) 477</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设圆 C₁ 和 C₂ 的方程分别为</w:t>
      </w:r>
    </w:p>
    <w:p>
      <w:pPr>
        <w:spacing w:before="0" w:after="80" w:line="300" w:lineRule="auto"/>
        <w:jc w:val="left"/>
      </w:pPr>
      <w:r>
        <w:rPr>
          <w:rFonts w:ascii="Times New Roman" w:hAnsi="Times New Roman" w:eastAsia="宋体"/>
          <w:b w:val="0"/>
          <w:i w:val="0"/>
          <w:sz w:val="21"/>
        </w:rPr>
        <w:t>(x - 10)² + y² = 36</w:t>
      </w:r>
    </w:p>
    <w:p>
      <w:pPr>
        <w:spacing w:before="0" w:after="80" w:line="300" w:lineRule="auto"/>
        <w:jc w:val="left"/>
      </w:pPr>
      <w:r>
        <w:rPr>
          <w:rFonts w:ascii="Times New Roman" w:hAnsi="Times New Roman" w:eastAsia="宋体"/>
          <w:b w:val="0"/>
          <w:i w:val="0"/>
          <w:sz w:val="21"/>
        </w:rPr>
        <w:t>和</w:t>
      </w:r>
    </w:p>
    <w:p>
      <w:pPr>
        <w:spacing w:before="0" w:after="80" w:line="300" w:lineRule="auto"/>
        <w:jc w:val="left"/>
      </w:pPr>
      <w:r>
        <w:rPr>
          <w:rFonts w:ascii="Times New Roman" w:hAnsi="Times New Roman" w:eastAsia="宋体"/>
          <w:b w:val="0"/>
          <w:i w:val="0"/>
          <w:sz w:val="21"/>
        </w:rPr>
        <w:t>(x + 15)² + y² = 81。</w:t>
      </w:r>
    </w:p>
    <w:p>
      <w:pPr>
        <w:spacing w:before="0" w:after="80" w:line="300" w:lineRule="auto"/>
        <w:jc w:val="left"/>
      </w:pPr>
      <w:r>
        <w:rPr>
          <w:rFonts w:ascii="Times New Roman" w:hAnsi="Times New Roman" w:eastAsia="宋体"/>
          <w:b w:val="0"/>
          <w:i w:val="0"/>
          <w:sz w:val="21"/>
        </w:rPr>
        <w:t>线段 PQ 在 P 点与 C₁ 相切，并在 Q 点与 C₂ 相切。这样的最短线段长多少？</w:t>
      </w:r>
    </w:p>
    <w:p>
      <w:pPr>
        <w:spacing w:before="0" w:after="120" w:line="300" w:lineRule="auto"/>
      </w:pPr>
      <w:r>
        <w:rPr>
          <w:rFonts w:ascii="Times New Roman" w:hAnsi="Times New Roman" w:eastAsia="宋体"/>
          <w:b w:val="0"/>
          <w:i w:val="0"/>
          <w:sz w:val="21"/>
        </w:rPr>
        <w:t>（A）15　　（B）18　　（C）20　　（D）21　　（E）24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C₁ and C₂ be circles defined by</w:t>
      </w:r>
    </w:p>
    <w:p>
      <w:pPr>
        <w:spacing w:before="0" w:after="80" w:line="300" w:lineRule="auto"/>
        <w:jc w:val="left"/>
      </w:pPr>
      <w:r>
        <w:rPr>
          <w:rFonts w:ascii="Times New Roman" w:hAnsi="Times New Roman" w:eastAsia="宋体"/>
          <w:b w:val="0"/>
          <w:i w:val="0"/>
          <w:color w:val="333333"/>
          <w:sz w:val="19"/>
        </w:rPr>
        <w:t>(x - 10)² + y² = 36</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(x + 15)² + y² = 81,</w:t>
      </w:r>
    </w:p>
    <w:p>
      <w:pPr>
        <w:spacing w:before="0" w:after="80" w:line="300" w:lineRule="auto"/>
        <w:jc w:val="left"/>
      </w:pPr>
      <w:r>
        <w:rPr>
          <w:rFonts w:ascii="Times New Roman" w:hAnsi="Times New Roman" w:eastAsia="宋体"/>
          <w:b w:val="0"/>
          <w:i w:val="0"/>
          <w:color w:val="333333"/>
          <w:sz w:val="19"/>
        </w:rPr>
        <w:t>respectively. What is the length of the shortest line segment PQ that is tangent to C₁ at P and to C₂ at Q?</w:t>
      </w:r>
    </w:p>
    <w:p>
      <w:pPr>
        <w:spacing w:before="0" w:after="160" w:line="300" w:lineRule="auto"/>
      </w:pPr>
      <w:r>
        <w:rPr>
          <w:rFonts w:ascii="Times New Roman" w:hAnsi="Times New Roman" w:eastAsia="宋体"/>
          <w:b w:val="0"/>
          <w:i w:val="0"/>
          <w:color w:val="333333"/>
          <w:sz w:val="19"/>
        </w:rPr>
        <w:t>(A) 15　　(B) 18　　(C) 20　　(D) 21　　(E) 24</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函数 f 的图像如下。方程 f(f(x)) = 6 有多少个解？</w:t>
      </w:r>
    </w:p>
    <w:p>
      <w:pPr>
        <w:spacing w:before="80" w:after="80"/>
        <w:jc w:val="center"/>
      </w:pPr>
      <w:r>
        <w:drawing>
          <wp:inline xmlns:a="http://schemas.openxmlformats.org/drawingml/2006/main" xmlns:pic="http://schemas.openxmlformats.org/drawingml/2006/picture">
            <wp:extent cx="2505552" cy="1874452"/>
            <wp:docPr id="5" name="Picture 5"/>
            <wp:cNvGraphicFramePr>
              <a:graphicFrameLocks noChangeAspect="1"/>
            </wp:cNvGraphicFramePr>
            <a:graphic>
              <a:graphicData uri="http://schemas.openxmlformats.org/drawingml/2006/picture">
                <pic:pic>
                  <pic:nvPicPr>
                    <pic:cNvPr id="0" name="q19-1@300dpi.png"/>
                    <pic:cNvPicPr/>
                  </pic:nvPicPr>
                  <pic:blipFill>
                    <a:blip r:embed="rId11"/>
                    <a:stretch>
                      <a:fillRect/>
                    </a:stretch>
                  </pic:blipFill>
                  <pic:spPr>
                    <a:xfrm>
                      <a:off x="0" y="0"/>
                      <a:ext cx="2505552" cy="1874452"/>
                    </a:xfrm>
                    <a:prstGeom prst="rect"/>
                  </pic:spPr>
                </pic:pic>
              </a:graphicData>
            </a:graphic>
          </wp:inline>
        </w:drawing>
      </w:r>
    </w:p>
    <w:p>
      <w:pPr>
        <w:spacing w:before="0" w:after="120" w:line="300" w:lineRule="auto"/>
      </w:pPr>
      <w:r>
        <w:rPr>
          <w:rFonts w:ascii="Times New Roman" w:hAnsi="Times New Roman" w:eastAsia="宋体"/>
          <w:b w:val="0"/>
          <w:i w:val="0"/>
          <w:sz w:val="21"/>
        </w:rPr>
        <w:t>（A）2　　（B）4　　（C）5　　（D）6　　（E）7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graph of the function f is shown below. How many solutions does the equation f(f(x)) = 6 have?</w:t>
      </w:r>
    </w:p>
    <w:p>
      <w:pPr>
        <w:spacing w:before="80" w:after="80"/>
        <w:jc w:val="center"/>
      </w:pPr>
      <w:r>
        <w:drawing>
          <wp:inline xmlns:a="http://schemas.openxmlformats.org/drawingml/2006/main" xmlns:pic="http://schemas.openxmlformats.org/drawingml/2006/picture">
            <wp:extent cx="2505552" cy="1874452"/>
            <wp:docPr id="6" name="Picture 6"/>
            <wp:cNvGraphicFramePr>
              <a:graphicFrameLocks noChangeAspect="1"/>
            </wp:cNvGraphicFramePr>
            <a:graphic>
              <a:graphicData uri="http://schemas.openxmlformats.org/drawingml/2006/picture">
                <pic:pic>
                  <pic:nvPicPr>
                    <pic:cNvPr id="0" name="q19-1@300dpi.png"/>
                    <pic:cNvPicPr/>
                  </pic:nvPicPr>
                  <pic:blipFill>
                    <a:blip r:embed="rId11"/>
                    <a:stretch>
                      <a:fillRect/>
                    </a:stretch>
                  </pic:blipFill>
                  <pic:spPr>
                    <a:xfrm>
                      <a:off x="0" y="0"/>
                      <a:ext cx="2505552" cy="1874452"/>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　　(B) 4　　(C) 5　　(D) 6　　(E) 7</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设 a 和 b 是数字，不同时为九也不同时为零，循环小数 0.ab 被化为最简分数。可能出现多少个不同的分母？</w:t>
      </w:r>
    </w:p>
    <w:p>
      <w:pPr>
        <w:spacing w:before="0" w:after="120" w:line="300" w:lineRule="auto"/>
      </w:pPr>
      <w:r>
        <w:rPr>
          <w:rFonts w:ascii="Times New Roman" w:hAnsi="Times New Roman" w:eastAsia="宋体"/>
          <w:b w:val="0"/>
          <w:i w:val="0"/>
          <w:sz w:val="21"/>
        </w:rPr>
        <w:t>（A）3　　（B）4　　（C）5　　（D）8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that a and b are digits, not both nine and not both zero, and the repeating decimal 0.ab is expressed as a fraction in lowest terms. How many different denominators are possible?</w:t>
      </w:r>
    </w:p>
    <w:p>
      <w:pPr>
        <w:spacing w:before="0" w:after="160" w:line="300" w:lineRule="auto"/>
      </w:pPr>
      <w:r>
        <w:rPr>
          <w:rFonts w:ascii="Times New Roman" w:hAnsi="Times New Roman" w:eastAsia="宋体"/>
          <w:b w:val="0"/>
          <w:i w:val="0"/>
          <w:color w:val="333333"/>
          <w:sz w:val="19"/>
        </w:rPr>
        <w:t>(A) 3　　(B) 4　　(C) 5　　(D) 8　　(E) 9</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考虑数列 4，7，1，8，9，7，6，…。对 n &gt; 2，第 n 项是前两项之和的个位数字。令 Sₙ 表示该数列前 n 项的和。使 Sₙ &gt; 10,000 的最小 n 是</w:t>
      </w:r>
    </w:p>
    <w:p>
      <w:pPr>
        <w:spacing w:before="0" w:after="120" w:line="300" w:lineRule="auto"/>
      </w:pPr>
      <w:r>
        <w:rPr>
          <w:rFonts w:ascii="Times New Roman" w:hAnsi="Times New Roman" w:eastAsia="宋体"/>
          <w:b w:val="0"/>
          <w:i w:val="0"/>
          <w:sz w:val="21"/>
        </w:rPr>
        <w:t>（A）1992　　（B）1999　　（C）2001　　（D）2002　　（E）2004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Consider the sequence of numbers 4, 7, 1, 8, 9, 7, 6, … For n &gt; 2, the nth term of the sequence is the units digit of the sum of the two previous terms. Let Sₙ denote the sum of the first n terms of this sequence. The smallest value of n for which Sₙ &gt; 10,000 is</w:t>
      </w:r>
    </w:p>
    <w:p>
      <w:pPr>
        <w:spacing w:before="0" w:after="160" w:line="300" w:lineRule="auto"/>
      </w:pPr>
      <w:r>
        <w:rPr>
          <w:rFonts w:ascii="Times New Roman" w:hAnsi="Times New Roman" w:eastAsia="宋体"/>
          <w:b w:val="0"/>
          <w:i w:val="0"/>
          <w:color w:val="333333"/>
          <w:sz w:val="19"/>
        </w:rPr>
        <w:t>(A) 1992　　(B) 1999　　(C) 2001　　(D) 2002　　(E) 2004</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三角形 ABC 是直角三角形，∠ ACB 为直角，m∠ ABC = 60°，且 AB = 10。在 △ ABC 内随机选一点 P，再将 BP 延长交 AC 于 D。求 BD &gt; 5√(2) 的概率。</w:t>
      </w:r>
    </w:p>
    <w:p>
      <w:pPr>
        <w:spacing w:before="80" w:after="80"/>
        <w:jc w:val="center"/>
      </w:pPr>
      <w:r>
        <w:drawing>
          <wp:inline xmlns:a="http://schemas.openxmlformats.org/drawingml/2006/main" xmlns:pic="http://schemas.openxmlformats.org/drawingml/2006/picture">
            <wp:extent cx="2521521" cy="1588901"/>
            <wp:docPr id="7" name="Picture 7"/>
            <wp:cNvGraphicFramePr>
              <a:graphicFrameLocks noChangeAspect="1"/>
            </wp:cNvGraphicFramePr>
            <a:graphic>
              <a:graphicData uri="http://schemas.openxmlformats.org/drawingml/2006/picture">
                <pic:pic>
                  <pic:nvPicPr>
                    <pic:cNvPr id="0" name="q22-1@300dpi.png"/>
                    <pic:cNvPicPr/>
                  </pic:nvPicPr>
                  <pic:blipFill>
                    <a:blip r:embed="rId12"/>
                    <a:stretch>
                      <a:fillRect/>
                    </a:stretch>
                  </pic:blipFill>
                  <pic:spPr>
                    <a:xfrm>
                      <a:off x="0" y="0"/>
                      <a:ext cx="2521521" cy="1588901"/>
                    </a:xfrm>
                    <a:prstGeom prst="rect"/>
                  </pic:spPr>
                </pic:pic>
              </a:graphicData>
            </a:graphic>
          </wp:inline>
        </w:drawing>
      </w:r>
    </w:p>
    <w:p>
      <w:pPr>
        <w:spacing w:before="0" w:after="120" w:line="300" w:lineRule="auto"/>
      </w:pPr>
      <w:r>
        <w:rPr>
          <w:rFonts w:ascii="Times New Roman" w:hAnsi="Times New Roman" w:eastAsia="宋体"/>
          <w:b w:val="0"/>
          <w:i w:val="0"/>
          <w:sz w:val="21"/>
        </w:rPr>
        <w:t>（A）(2 - √(2))/2　　（B）1/3　　（C）(3 - √(3))/3　　（D）1/2　　（E）(5 - √(5))/5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Triangle ABC is a right triangle with ∠ ACB as its right angle, m∠ ABC = 60°, and AB = 10. Let P be randomly chosen inside △ ABC, and extend BP to meet AC at D. What is the probability that BD &gt; 5√(2)?</w:t>
      </w:r>
    </w:p>
    <w:p>
      <w:pPr>
        <w:spacing w:before="80" w:after="80"/>
        <w:jc w:val="center"/>
      </w:pPr>
      <w:r>
        <w:drawing>
          <wp:inline xmlns:a="http://schemas.openxmlformats.org/drawingml/2006/main" xmlns:pic="http://schemas.openxmlformats.org/drawingml/2006/picture">
            <wp:extent cx="2521521" cy="1588901"/>
            <wp:docPr id="8" name="Picture 8"/>
            <wp:cNvGraphicFramePr>
              <a:graphicFrameLocks noChangeAspect="1"/>
            </wp:cNvGraphicFramePr>
            <a:graphic>
              <a:graphicData uri="http://schemas.openxmlformats.org/drawingml/2006/picture">
                <pic:pic>
                  <pic:nvPicPr>
                    <pic:cNvPr id="0" name="q22-1@300dpi.png"/>
                    <pic:cNvPicPr/>
                  </pic:nvPicPr>
                  <pic:blipFill>
                    <a:blip r:embed="rId12"/>
                    <a:stretch>
                      <a:fillRect/>
                    </a:stretch>
                  </pic:blipFill>
                  <pic:spPr>
                    <a:xfrm>
                      <a:off x="0" y="0"/>
                      <a:ext cx="2521521" cy="1588901"/>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(2 - √(2))/2　　(B) 1/3　　(C) (3 - √(3))/3　　(D) 1/2　　(E) (5 - √(5))/5</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在三角形 ABC 中，边 AC 与 BC 的垂直平分线交于点 D，且 BD 平分 ∠ ABC。若 AD = 9，DC = 7，求三角形 ABD 的面积。</w:t>
      </w:r>
    </w:p>
    <w:p>
      <w:pPr>
        <w:spacing w:before="0" w:after="120" w:line="300" w:lineRule="auto"/>
      </w:pPr>
      <w:r>
        <w:rPr>
          <w:rFonts w:ascii="Times New Roman" w:hAnsi="Times New Roman" w:eastAsia="宋体"/>
          <w:b w:val="0"/>
          <w:i w:val="0"/>
          <w:sz w:val="21"/>
        </w:rPr>
        <w:t>（A）14　　（B）21　　（C）28　　（D）14√(5)　　（E）28√(5)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triangle ABC, side AC and the perpendicular bisector of BC meet in point D, and BD bisects ∠ ABC. If AD = 9 and DC = 7, what is the area of triangle ABD?</w:t>
      </w:r>
    </w:p>
    <w:p>
      <w:pPr>
        <w:spacing w:before="0" w:after="160" w:line="300" w:lineRule="auto"/>
      </w:pPr>
      <w:r>
        <w:rPr>
          <w:rFonts w:ascii="Times New Roman" w:hAnsi="Times New Roman" w:eastAsia="宋体"/>
          <w:b w:val="0"/>
          <w:i w:val="0"/>
          <w:color w:val="333333"/>
          <w:sz w:val="19"/>
        </w:rPr>
        <w:t>(A) 14　　(B) 21　　(C) 28　　(D) 14√(5)　　(E) 28√(5)</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求有多少个有序实数对 (a, b) 满足 (a + bi)²⁰⁰² = a - bi。</w:t>
      </w:r>
    </w:p>
    <w:p>
      <w:pPr>
        <w:spacing w:before="0" w:after="120" w:line="300" w:lineRule="auto"/>
      </w:pPr>
      <w:r>
        <w:rPr>
          <w:rFonts w:ascii="Times New Roman" w:hAnsi="Times New Roman" w:eastAsia="宋体"/>
          <w:b w:val="0"/>
          <w:i w:val="0"/>
          <w:sz w:val="21"/>
        </w:rPr>
        <w:t>（A）1001　　（B）1002　　（C）2001　　（D）2002　　（E）2004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Find the number of ordered pairs of real numbers (a, b) such that (a + bi)²⁰⁰² = a - bi.</w:t>
      </w:r>
    </w:p>
    <w:p>
      <w:pPr>
        <w:spacing w:before="0" w:after="160" w:line="300" w:lineRule="auto"/>
      </w:pPr>
      <w:r>
        <w:rPr>
          <w:rFonts w:ascii="Times New Roman" w:hAnsi="Times New Roman" w:eastAsia="宋体"/>
          <w:b w:val="0"/>
          <w:i w:val="0"/>
          <w:color w:val="333333"/>
          <w:sz w:val="19"/>
        </w:rPr>
        <w:t>(A) 1001　　(B) 1002　　(C) 2001　　(D) 2002　　(E) 2004</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将实系数多项式 P 的所有非零系数都替换成这些系数的平均数，得到多项式 Q。下列哪一幅可能是在区间 -4 ≤ x ≤ 4 上 y = P(x) 和 y = Q(x) 的图像？</w:t>
      </w:r>
    </w:p>
    <w:p>
      <w:pPr>
        <w:spacing w:before="0" w:after="40" w:line="300" w:lineRule="auto"/>
      </w:pPr>
      <w:r>
        <w:rPr>
          <w:rFonts w:ascii="Times New Roman" w:hAnsi="Times New Roman" w:eastAsia="宋体"/>
          <w:b w:val="0"/>
          <w:i w:val="0"/>
          <w:sz w:val="21"/>
        </w:rPr>
        <w:t>（A）</w:t>
      </w:r>
      <w:r>
        <w:drawing>
          <wp:inline xmlns:a="http://schemas.openxmlformats.org/drawingml/2006/main" xmlns:pic="http://schemas.openxmlformats.org/drawingml/2006/picture">
            <wp:extent cx="685781" cy="936000"/>
            <wp:docPr id="9" name="Picture 9"/>
            <wp:cNvGraphicFramePr>
              <a:graphicFrameLocks noChangeAspect="1"/>
            </wp:cNvGraphicFramePr>
            <a:graphic>
              <a:graphicData uri="http://schemas.openxmlformats.org/drawingml/2006/picture">
                <pic:pic>
                  <pic:nvPicPr>
                    <pic:cNvPr id="0" name="q25-a-1@200dpi.png"/>
                    <pic:cNvPicPr/>
                  </pic:nvPicPr>
                  <pic:blipFill>
                    <a:blip r:embed="rId13"/>
                    <a:stretch>
                      <a:fillRect/>
                    </a:stretch>
                  </pic:blipFill>
                  <pic:spPr>
                    <a:xfrm>
                      <a:off x="0" y="0"/>
                      <a:ext cx="685781" cy="936000"/>
                    </a:xfrm>
                    <a:prstGeom prst="rect"/>
                  </pic:spPr>
                </pic:pic>
              </a:graphicData>
            </a:graphic>
          </wp:inline>
        </w:drawing>
      </w:r>
    </w:p>
    <w:p>
      <w:pPr>
        <w:spacing w:before="0" w:after="40" w:line="300" w:lineRule="auto"/>
      </w:pPr>
      <w:r>
        <w:rPr>
          <w:rFonts w:ascii="Times New Roman" w:hAnsi="Times New Roman" w:eastAsia="宋体"/>
          <w:b w:val="0"/>
          <w:i w:val="0"/>
          <w:sz w:val="21"/>
        </w:rPr>
        <w:t>（B）</w:t>
      </w:r>
      <w:r>
        <w:drawing>
          <wp:inline xmlns:a="http://schemas.openxmlformats.org/drawingml/2006/main" xmlns:pic="http://schemas.openxmlformats.org/drawingml/2006/picture">
            <wp:extent cx="685781" cy="936000"/>
            <wp:docPr id="10" name="Picture 10"/>
            <wp:cNvGraphicFramePr>
              <a:graphicFrameLocks noChangeAspect="1"/>
            </wp:cNvGraphicFramePr>
            <a:graphic>
              <a:graphicData uri="http://schemas.openxmlformats.org/drawingml/2006/picture">
                <pic:pic>
                  <pic:nvPicPr>
                    <pic:cNvPr id="0" name="q25-b-1@200dpi.png"/>
                    <pic:cNvPicPr/>
                  </pic:nvPicPr>
                  <pic:blipFill>
                    <a:blip r:embed="rId14"/>
                    <a:stretch>
                      <a:fillRect/>
                    </a:stretch>
                  </pic:blipFill>
                  <pic:spPr>
                    <a:xfrm>
                      <a:off x="0" y="0"/>
                      <a:ext cx="685781" cy="936000"/>
                    </a:xfrm>
                    <a:prstGeom prst="rect"/>
                  </pic:spPr>
                </pic:pic>
              </a:graphicData>
            </a:graphic>
          </wp:inline>
        </w:drawing>
      </w:r>
    </w:p>
    <w:p>
      <w:pPr>
        <w:spacing w:before="0" w:after="40" w:line="300" w:lineRule="auto"/>
      </w:pPr>
      <w:r>
        <w:rPr>
          <w:rFonts w:ascii="Times New Roman" w:hAnsi="Times New Roman" w:eastAsia="宋体"/>
          <w:b w:val="0"/>
          <w:i w:val="0"/>
          <w:sz w:val="21"/>
        </w:rPr>
        <w:t>（C）</w:t>
      </w:r>
      <w:r>
        <w:drawing>
          <wp:inline xmlns:a="http://schemas.openxmlformats.org/drawingml/2006/main" xmlns:pic="http://schemas.openxmlformats.org/drawingml/2006/picture">
            <wp:extent cx="738438" cy="936000"/>
            <wp:docPr id="11" name="Picture 11"/>
            <wp:cNvGraphicFramePr>
              <a:graphicFrameLocks noChangeAspect="1"/>
            </wp:cNvGraphicFramePr>
            <a:graphic>
              <a:graphicData uri="http://schemas.openxmlformats.org/drawingml/2006/picture">
                <pic:pic>
                  <pic:nvPicPr>
                    <pic:cNvPr id="0" name="q25-c-1@200dpi.png"/>
                    <pic:cNvPicPr/>
                  </pic:nvPicPr>
                  <pic:blipFill>
                    <a:blip r:embed="rId15"/>
                    <a:stretch>
                      <a:fillRect/>
                    </a:stretch>
                  </pic:blipFill>
                  <pic:spPr>
                    <a:xfrm>
                      <a:off x="0" y="0"/>
                      <a:ext cx="738438" cy="936000"/>
                    </a:xfrm>
                    <a:prstGeom prst="rect"/>
                  </pic:spPr>
                </pic:pic>
              </a:graphicData>
            </a:graphic>
          </wp:inline>
        </w:drawing>
      </w:r>
    </w:p>
    <w:p>
      <w:pPr>
        <w:spacing w:before="0" w:after="40" w:line="300" w:lineRule="auto"/>
      </w:pPr>
      <w:r>
        <w:rPr>
          <w:rFonts w:ascii="Times New Roman" w:hAnsi="Times New Roman" w:eastAsia="宋体"/>
          <w:b w:val="0"/>
          <w:i w:val="0"/>
          <w:sz w:val="21"/>
        </w:rPr>
        <w:t>（D）</w:t>
      </w:r>
      <w:r>
        <w:drawing>
          <wp:inline xmlns:a="http://schemas.openxmlformats.org/drawingml/2006/main" xmlns:pic="http://schemas.openxmlformats.org/drawingml/2006/picture">
            <wp:extent cx="738438" cy="936000"/>
            <wp:docPr id="12" name="Picture 12"/>
            <wp:cNvGraphicFramePr>
              <a:graphicFrameLocks noChangeAspect="1"/>
            </wp:cNvGraphicFramePr>
            <a:graphic>
              <a:graphicData uri="http://schemas.openxmlformats.org/drawingml/2006/picture">
                <pic:pic>
                  <pic:nvPicPr>
                    <pic:cNvPr id="0" name="q25-d-1@200dpi.png"/>
                    <pic:cNvPicPr/>
                  </pic:nvPicPr>
                  <pic:blipFill>
                    <a:blip r:embed="rId16"/>
                    <a:stretch>
                      <a:fillRect/>
                    </a:stretch>
                  </pic:blipFill>
                  <pic:spPr>
                    <a:xfrm>
                      <a:off x="0" y="0"/>
                      <a:ext cx="738438" cy="936000"/>
                    </a:xfrm>
                    <a:prstGeom prst="rect"/>
                  </pic:spPr>
                </pic:pic>
              </a:graphicData>
            </a:graphic>
          </wp:inline>
        </w:drawing>
      </w:r>
    </w:p>
    <w:p>
      <w:pPr>
        <w:spacing w:before="0" w:after="40" w:line="300" w:lineRule="auto"/>
      </w:pPr>
      <w:r>
        <w:rPr>
          <w:rFonts w:ascii="Times New Roman" w:hAnsi="Times New Roman" w:eastAsia="宋体"/>
          <w:b w:val="0"/>
          <w:i w:val="0"/>
          <w:sz w:val="21"/>
        </w:rPr>
        <w:t>（E）</w:t>
      </w:r>
      <w:r>
        <w:drawing>
          <wp:inline xmlns:a="http://schemas.openxmlformats.org/drawingml/2006/main" xmlns:pic="http://schemas.openxmlformats.org/drawingml/2006/picture">
            <wp:extent cx="738438" cy="936000"/>
            <wp:docPr id="13" name="Picture 13"/>
            <wp:cNvGraphicFramePr>
              <a:graphicFrameLocks noChangeAspect="1"/>
            </wp:cNvGraphicFramePr>
            <a:graphic>
              <a:graphicData uri="http://schemas.openxmlformats.org/drawingml/2006/picture">
                <pic:pic>
                  <pic:nvPicPr>
                    <pic:cNvPr id="0" name="q25-e-1@200dpi.png"/>
                    <pic:cNvPicPr/>
                  </pic:nvPicPr>
                  <pic:blipFill>
                    <a:blip r:embed="rId17"/>
                    <a:stretch>
                      <a:fillRect/>
                    </a:stretch>
                  </pic:blipFill>
                  <pic:spPr>
                    <a:xfrm>
                      <a:off x="0" y="0"/>
                      <a:ext cx="738438" cy="936000"/>
                    </a:xfrm>
                    <a:prstGeom prst="rect"/>
                  </pic:spPr>
                </pic:pic>
              </a:graphicData>
            </a:graphic>
          </wp:inline>
        </w:drawing>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nonzero coefficients of a polynomial P with real coefficients are all replaced by their mean to form a polynomial Q. Which of the following could be a graph of y = P(x) and y = Q(x) over the interval -4 ≤ x ≤ 4?</w:t>
      </w:r>
    </w:p>
    <w:p>
      <w:pPr>
        <w:spacing w:before="0" w:after="80" w:line="300" w:lineRule="auto"/>
      </w:pPr>
      <w:r>
        <w:rPr>
          <w:rFonts w:ascii="Times New Roman" w:hAnsi="Times New Roman" w:eastAsia="宋体"/>
          <w:b w:val="0"/>
          <w:i w:val="0"/>
          <w:color w:val="333333"/>
          <w:sz w:val="19"/>
        </w:rPr>
        <w:t xml:space="preserve">(A) </w:t>
      </w:r>
      <w:r>
        <w:drawing>
          <wp:inline xmlns:a="http://schemas.openxmlformats.org/drawingml/2006/main" xmlns:pic="http://schemas.openxmlformats.org/drawingml/2006/picture">
            <wp:extent cx="685781" cy="936000"/>
            <wp:docPr id="14" name="Picture 14"/>
            <wp:cNvGraphicFramePr>
              <a:graphicFrameLocks noChangeAspect="1"/>
            </wp:cNvGraphicFramePr>
            <a:graphic>
              <a:graphicData uri="http://schemas.openxmlformats.org/drawingml/2006/picture">
                <pic:pic>
                  <pic:nvPicPr>
                    <pic:cNvPr id="0" name="q25-a-1@200dpi.png"/>
                    <pic:cNvPicPr/>
                  </pic:nvPicPr>
                  <pic:blipFill>
                    <a:blip r:embed="rId13"/>
                    <a:stretch>
                      <a:fillRect/>
                    </a:stretch>
                  </pic:blipFill>
                  <pic:spPr>
                    <a:xfrm>
                      <a:off x="0" y="0"/>
                      <a:ext cx="685781" cy="936000"/>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(B) </w:t>
      </w:r>
      <w:r>
        <w:drawing>
          <wp:inline xmlns:a="http://schemas.openxmlformats.org/drawingml/2006/main" xmlns:pic="http://schemas.openxmlformats.org/drawingml/2006/picture">
            <wp:extent cx="685781" cy="936000"/>
            <wp:docPr id="15" name="Picture 15"/>
            <wp:cNvGraphicFramePr>
              <a:graphicFrameLocks noChangeAspect="1"/>
            </wp:cNvGraphicFramePr>
            <a:graphic>
              <a:graphicData uri="http://schemas.openxmlformats.org/drawingml/2006/picture">
                <pic:pic>
                  <pic:nvPicPr>
                    <pic:cNvPr id="0" name="q25-b-1@200dpi.png"/>
                    <pic:cNvPicPr/>
                  </pic:nvPicPr>
                  <pic:blipFill>
                    <a:blip r:embed="rId14"/>
                    <a:stretch>
                      <a:fillRect/>
                    </a:stretch>
                  </pic:blipFill>
                  <pic:spPr>
                    <a:xfrm>
                      <a:off x="0" y="0"/>
                      <a:ext cx="685781" cy="936000"/>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(C) </w:t>
      </w:r>
      <w:r>
        <w:drawing>
          <wp:inline xmlns:a="http://schemas.openxmlformats.org/drawingml/2006/main" xmlns:pic="http://schemas.openxmlformats.org/drawingml/2006/picture">
            <wp:extent cx="738438" cy="936000"/>
            <wp:docPr id="16" name="Picture 16"/>
            <wp:cNvGraphicFramePr>
              <a:graphicFrameLocks noChangeAspect="1"/>
            </wp:cNvGraphicFramePr>
            <a:graphic>
              <a:graphicData uri="http://schemas.openxmlformats.org/drawingml/2006/picture">
                <pic:pic>
                  <pic:nvPicPr>
                    <pic:cNvPr id="0" name="q25-c-1@200dpi.png"/>
                    <pic:cNvPicPr/>
                  </pic:nvPicPr>
                  <pic:blipFill>
                    <a:blip r:embed="rId15"/>
                    <a:stretch>
                      <a:fillRect/>
                    </a:stretch>
                  </pic:blipFill>
                  <pic:spPr>
                    <a:xfrm>
                      <a:off x="0" y="0"/>
                      <a:ext cx="738438" cy="936000"/>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(D) </w:t>
      </w:r>
      <w:r>
        <w:drawing>
          <wp:inline xmlns:a="http://schemas.openxmlformats.org/drawingml/2006/main" xmlns:pic="http://schemas.openxmlformats.org/drawingml/2006/picture">
            <wp:extent cx="738438" cy="936000"/>
            <wp:docPr id="17" name="Picture 17"/>
            <wp:cNvGraphicFramePr>
              <a:graphicFrameLocks noChangeAspect="1"/>
            </wp:cNvGraphicFramePr>
            <a:graphic>
              <a:graphicData uri="http://schemas.openxmlformats.org/drawingml/2006/picture">
                <pic:pic>
                  <pic:nvPicPr>
                    <pic:cNvPr id="0" name="q25-d-1@200dpi.png"/>
                    <pic:cNvPicPr/>
                  </pic:nvPicPr>
                  <pic:blipFill>
                    <a:blip r:embed="rId16"/>
                    <a:stretch>
                      <a:fillRect/>
                    </a:stretch>
                  </pic:blipFill>
                  <pic:spPr>
                    <a:xfrm>
                      <a:off x="0" y="0"/>
                      <a:ext cx="738438" cy="936000"/>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(E) </w:t>
      </w:r>
      <w:r>
        <w:drawing>
          <wp:inline xmlns:a="http://schemas.openxmlformats.org/drawingml/2006/main" xmlns:pic="http://schemas.openxmlformats.org/drawingml/2006/picture">
            <wp:extent cx="738438" cy="936000"/>
            <wp:docPr id="18" name="Picture 18"/>
            <wp:cNvGraphicFramePr>
              <a:graphicFrameLocks noChangeAspect="1"/>
            </wp:cNvGraphicFramePr>
            <a:graphic>
              <a:graphicData uri="http://schemas.openxmlformats.org/drawingml/2006/picture">
                <pic:pic>
                  <pic:nvPicPr>
                    <pic:cNvPr id="0" name="q25-e-1@200dpi.png"/>
                    <pic:cNvPicPr/>
                  </pic:nvPicPr>
                  <pic:blipFill>
                    <a:blip r:embed="rId17"/>
                    <a:stretch>
                      <a:fillRect/>
                    </a:stretch>
                  </pic:blipFill>
                  <pic:spPr>
                    <a:xfrm>
                      <a:off x="0" y="0"/>
                      <a:ext cx="738438" cy="936000"/>
                    </a:xfrm>
                    <a:prstGeom prst="rect"/>
                  </pic:spPr>
                </pic:pic>
              </a:graphicData>
            </a:graphic>
          </wp:inline>
        </w:drawing>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A　A　B　B　C　E　A　A　B</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D　B　B　C　D　D　A　B　C</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D　C　B　C　D　E　B</w:t>
      </w:r>
    </w:p>
    <w:p>
      <w:pPr>
        <w:spacing w:before="0" w:after="200" w:line="300" w:lineRule="auto"/>
      </w:pPr>
      <w:r>
        <w:rPr>
          <w:rFonts w:ascii="Times New Roman" w:hAnsi="Times New Roman" w:eastAsia="宋体"/>
          <w:b w:val="0"/>
          <w:i w:val="0"/>
          <w:color w:val="666666"/>
          <w:sz w:val="18"/>
        </w:rPr>
        <w:t>答案串：AABBCEAABDBBCDDABCDCBCDEB</w:t>
      </w:r>
    </w:p>
    <w:p>
      <w:pPr>
        <w:spacing w:before="200" w:after="80" w:line="300" w:lineRule="auto"/>
      </w:pPr>
      <w:r>
        <w:rPr>
          <w:rFonts w:ascii="Times New Roman" w:hAnsi="Times New Roman" w:eastAsia="宋体"/>
          <w:b/>
          <w:i w:val="0"/>
          <w:sz w:val="23"/>
        </w:rPr>
        <w:t>第 1 题　答案 A</w:t>
      </w:r>
    </w:p>
    <w:p>
      <w:pPr>
        <w:spacing w:before="0" w:after="80" w:line="300" w:lineRule="auto"/>
        <w:jc w:val="left"/>
      </w:pPr>
      <w:r>
        <w:rPr>
          <w:rFonts w:ascii="Times New Roman" w:hAnsi="Times New Roman" w:eastAsia="宋体"/>
          <w:b w:val="0"/>
          <w:i w:val="0"/>
          <w:sz w:val="21"/>
        </w:rPr>
        <w:t>提出 2x+3 得到 (2x+3)[(x-4)+(x-6)] = (2x+3)(2x-10) = 0。</w:t>
      </w:r>
    </w:p>
    <w:p>
      <w:pPr>
        <w:spacing w:before="0" w:after="80" w:line="300" w:lineRule="auto"/>
        <w:jc w:val="left"/>
      </w:pPr>
      <w:r>
        <w:rPr>
          <w:rFonts w:ascii="Times New Roman" w:hAnsi="Times New Roman" w:eastAsia="宋体"/>
          <w:b w:val="0"/>
          <w:i w:val="0"/>
          <w:sz w:val="21"/>
        </w:rPr>
        <w:t>两个根为 -3/2 和 5，它们的和是 -3/2 + 5 = 7/2。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Factoring out 2x+3 gives (2x+3)[(x-4)+(x-6)] = (2x+3)(2x-10) = 0.</w:t>
      </w:r>
    </w:p>
    <w:p>
      <w:pPr>
        <w:spacing w:before="0" w:after="80" w:line="300" w:lineRule="auto"/>
        <w:jc w:val="left"/>
      </w:pPr>
      <w:r>
        <w:rPr>
          <w:rFonts w:ascii="Times New Roman" w:hAnsi="Times New Roman" w:eastAsia="宋体"/>
          <w:b w:val="0"/>
          <w:i w:val="0"/>
          <w:color w:val="333333"/>
          <w:sz w:val="19"/>
        </w:rPr>
        <w:t>The roots are -3/2 and 5, whose sum is -3/2 + 5 = 7/2.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A</w:t>
      </w:r>
    </w:p>
    <w:p>
      <w:pPr>
        <w:spacing w:before="0" w:after="80" w:line="300" w:lineRule="auto"/>
        <w:jc w:val="left"/>
      </w:pPr>
      <w:r>
        <w:rPr>
          <w:rFonts w:ascii="Times New Roman" w:hAnsi="Times New Roman" w:eastAsia="宋体"/>
          <w:b w:val="0"/>
          <w:i w:val="0"/>
          <w:sz w:val="21"/>
        </w:rPr>
        <w:t>设原数为 x。Cindy 计算了 x-9/3 = 43，所以 x - 9 = 129，x = 138。</w:t>
      </w:r>
    </w:p>
    <w:p>
      <w:pPr>
        <w:spacing w:before="0" w:after="80" w:line="300" w:lineRule="auto"/>
        <w:jc w:val="left"/>
      </w:pPr>
      <w:r>
        <w:rPr>
          <w:rFonts w:ascii="Times New Roman" w:hAnsi="Times New Roman" w:eastAsia="宋体"/>
          <w:b w:val="0"/>
          <w:i w:val="0"/>
          <w:sz w:val="21"/>
        </w:rPr>
        <w:t>正确计算为 138-3/9 = 135/9 = 15。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 be the number. Cindy computed x-9/3 = 43, so x - 9 = 129 and x = 138.</w:t>
      </w:r>
    </w:p>
    <w:p>
      <w:pPr>
        <w:spacing w:before="0" w:after="80" w:line="300" w:lineRule="auto"/>
        <w:jc w:val="left"/>
      </w:pPr>
      <w:r>
        <w:rPr>
          <w:rFonts w:ascii="Times New Roman" w:hAnsi="Times New Roman" w:eastAsia="宋体"/>
          <w:b w:val="0"/>
          <w:i w:val="0"/>
          <w:color w:val="333333"/>
          <w:sz w:val="19"/>
        </w:rPr>
        <w:t>The correct computation gives 138-3/9 = 135/9 = 15.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B</w:t>
      </w:r>
    </w:p>
    <w:p>
      <w:pPr>
        <w:spacing w:before="0" w:after="80" w:line="300" w:lineRule="auto"/>
        <w:jc w:val="left"/>
      </w:pPr>
      <w:r>
        <w:rPr>
          <w:rFonts w:ascii="Times New Roman" w:hAnsi="Times New Roman" w:eastAsia="宋体"/>
          <w:b w:val="0"/>
          <w:i w:val="0"/>
          <w:sz w:val="21"/>
        </w:rPr>
        <w:t>2^(2^(2²)) 的五种加括号方式给出</w:t>
      </w:r>
    </w:p>
    <w:p>
      <w:pPr>
        <w:spacing w:before="0" w:after="80" w:line="300" w:lineRule="auto"/>
        <w:jc w:val="left"/>
      </w:pPr>
      <w:r>
        <w:rPr>
          <w:rFonts w:ascii="Times New Roman" w:hAnsi="Times New Roman" w:eastAsia="宋体"/>
          <w:b w:val="0"/>
          <w:i w:val="0"/>
          <w:sz w:val="21"/>
        </w:rPr>
        <w:t>((2²)²)² = 2⁸,</w:t>
      </w:r>
    </w:p>
    <w:p>
      <w:pPr>
        <w:spacing w:before="0" w:after="80" w:line="300" w:lineRule="auto"/>
        <w:jc w:val="left"/>
      </w:pPr>
      <w:r>
        <w:rPr>
          <w:rFonts w:ascii="Times New Roman" w:hAnsi="Times New Roman" w:eastAsia="宋体"/>
          <w:b w:val="0"/>
          <w:i w:val="0"/>
          <w:sz w:val="21"/>
        </w:rPr>
        <w:t>(2^(2²))² = 2⁸,</w:t>
      </w:r>
    </w:p>
    <w:p>
      <w:pPr>
        <w:spacing w:before="0" w:after="80" w:line="300" w:lineRule="auto"/>
        <w:jc w:val="left"/>
      </w:pPr>
      <w:r>
        <w:rPr>
          <w:rFonts w:ascii="Times New Roman" w:hAnsi="Times New Roman" w:eastAsia="宋体"/>
          <w:b w:val="0"/>
          <w:i w:val="0"/>
          <w:sz w:val="21"/>
        </w:rPr>
        <w:t>(2²)^(2²) = 2⁸</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2^((2²)²) = 2¹⁶, 2^(2^(2²)) = 2¹⁶。</w:t>
      </w:r>
    </w:p>
    <w:p>
      <w:pPr>
        <w:spacing w:before="0" w:after="80" w:line="300" w:lineRule="auto"/>
        <w:jc w:val="left"/>
      </w:pPr>
      <w:r>
        <w:rPr>
          <w:rFonts w:ascii="Times New Roman" w:hAnsi="Times New Roman" w:eastAsia="宋体"/>
          <w:b w:val="0"/>
          <w:i w:val="0"/>
          <w:sz w:val="21"/>
        </w:rPr>
        <w:t>因此只可能得到 2¹⁶ = 65,536 和 2⁸ = 256。除标准值外，恰好还有 1 个其他值。</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five parenthesizations of 2^(2^(2²)) give</w:t>
      </w:r>
    </w:p>
    <w:p>
      <w:pPr>
        <w:spacing w:before="0" w:after="80" w:line="300" w:lineRule="auto"/>
        <w:jc w:val="left"/>
      </w:pPr>
      <w:r>
        <w:rPr>
          <w:rFonts w:ascii="Times New Roman" w:hAnsi="Times New Roman" w:eastAsia="宋体"/>
          <w:b w:val="0"/>
          <w:i w:val="0"/>
          <w:color w:val="333333"/>
          <w:sz w:val="19"/>
        </w:rPr>
        <w:t>((2²)²)² = 2⁸,</w:t>
      </w:r>
    </w:p>
    <w:p>
      <w:pPr>
        <w:spacing w:before="0" w:after="80" w:line="300" w:lineRule="auto"/>
        <w:jc w:val="left"/>
      </w:pPr>
      <w:r>
        <w:rPr>
          <w:rFonts w:ascii="Times New Roman" w:hAnsi="Times New Roman" w:eastAsia="宋体"/>
          <w:b w:val="0"/>
          <w:i w:val="0"/>
          <w:color w:val="333333"/>
          <w:sz w:val="19"/>
        </w:rPr>
        <w:t>(2^(2²))² = 2⁸,</w:t>
      </w:r>
    </w:p>
    <w:p>
      <w:pPr>
        <w:spacing w:before="0" w:after="80" w:line="300" w:lineRule="auto"/>
        <w:jc w:val="left"/>
      </w:pPr>
      <w:r>
        <w:rPr>
          <w:rFonts w:ascii="Times New Roman" w:hAnsi="Times New Roman" w:eastAsia="宋体"/>
          <w:b w:val="0"/>
          <w:i w:val="0"/>
          <w:color w:val="333333"/>
          <w:sz w:val="19"/>
        </w:rPr>
        <w:t>(2²)^(2²) = 2⁸,</w:t>
      </w:r>
    </w:p>
    <w:p>
      <w:pPr>
        <w:spacing w:before="0" w:after="80" w:line="300" w:lineRule="auto"/>
        <w:jc w:val="left"/>
      </w:pPr>
      <w:r>
        <w:rPr>
          <w:rFonts w:ascii="Times New Roman" w:hAnsi="Times New Roman" w:eastAsia="宋体"/>
          <w:b w:val="0"/>
          <w:i w:val="0"/>
          <w:color w:val="333333"/>
          <w:sz w:val="19"/>
        </w:rPr>
        <w:t>2^((2²)²) = 2¹⁶, 2^(2^(2²)) = 2¹⁶.</w:t>
      </w:r>
    </w:p>
    <w:p>
      <w:pPr>
        <w:spacing w:before="0" w:after="80" w:line="300" w:lineRule="auto"/>
        <w:jc w:val="left"/>
      </w:pPr>
      <w:r>
        <w:rPr>
          <w:rFonts w:ascii="Times New Roman" w:hAnsi="Times New Roman" w:eastAsia="宋体"/>
          <w:b w:val="0"/>
          <w:i w:val="0"/>
          <w:color w:val="333333"/>
          <w:sz w:val="19"/>
        </w:rPr>
        <w:t>So the only values are 2¹⁶ = 65,536 and 2⁸ = 256. Besides the standard value there is exactly 1 other.</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B</w:t>
      </w:r>
    </w:p>
    <w:p>
      <w:pPr>
        <w:spacing w:before="0" w:after="80" w:line="300" w:lineRule="auto"/>
        <w:jc w:val="left"/>
      </w:pPr>
      <w:r>
        <w:rPr>
          <w:rFonts w:ascii="Times New Roman" w:hAnsi="Times New Roman" w:eastAsia="宋体"/>
          <w:b w:val="0"/>
          <w:i w:val="0"/>
          <w:sz w:val="21"/>
        </w:rPr>
        <w:t>设这个角为 x，则 90 - x = 1/4(180 - x)，所以 360 - 4x = 180 - x。</w:t>
      </w:r>
    </w:p>
    <w:p>
      <w:pPr>
        <w:spacing w:before="0" w:after="80" w:line="300" w:lineRule="auto"/>
        <w:jc w:val="left"/>
      </w:pPr>
      <w:r>
        <w:rPr>
          <w:rFonts w:ascii="Times New Roman" w:hAnsi="Times New Roman" w:eastAsia="宋体"/>
          <w:b w:val="0"/>
          <w:i w:val="0"/>
          <w:sz w:val="21"/>
        </w:rPr>
        <w:t>由此 3x = 180，所以 x = 60。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angle be x. Then 90 - x = 1/4(180 - x), so 360 - 4x = 180 - x.</w:t>
      </w:r>
    </w:p>
    <w:p>
      <w:pPr>
        <w:spacing w:before="0" w:after="80" w:line="300" w:lineRule="auto"/>
        <w:jc w:val="left"/>
      </w:pPr>
      <w:r>
        <w:rPr>
          <w:rFonts w:ascii="Times New Roman" w:hAnsi="Times New Roman" w:eastAsia="宋体"/>
          <w:b w:val="0"/>
          <w:i w:val="0"/>
          <w:color w:val="333333"/>
          <w:sz w:val="19"/>
        </w:rPr>
        <w:t>This gives 3x = 180, so x = 60.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C</w:t>
      </w:r>
    </w:p>
    <w:p>
      <w:pPr>
        <w:spacing w:before="0" w:after="80" w:line="300" w:lineRule="auto"/>
        <w:jc w:val="left"/>
      </w:pPr>
      <w:r>
        <w:rPr>
          <w:rFonts w:ascii="Times New Roman" w:hAnsi="Times New Roman" w:eastAsia="宋体"/>
          <w:b w:val="0"/>
          <w:i w:val="0"/>
          <w:sz w:val="21"/>
        </w:rPr>
        <w:t>六个外圈单位圆都与中心单位圆相切，所以它们的圆心到中心距离为 2。再加上一个半径，大圆半径为 3，面积为 9π。</w:t>
      </w:r>
    </w:p>
    <w:p>
      <w:pPr>
        <w:spacing w:before="0" w:after="80" w:line="300" w:lineRule="auto"/>
        <w:jc w:val="left"/>
      </w:pPr>
      <w:r>
        <w:rPr>
          <w:rFonts w:ascii="Times New Roman" w:hAnsi="Times New Roman" w:eastAsia="宋体"/>
          <w:b w:val="0"/>
          <w:i w:val="0"/>
          <w:sz w:val="21"/>
        </w:rPr>
        <w:t>七个单位圆的总面积为 7π，所以阴影区域面积为 9π - 7π = 2π。</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of the six outer unit circles is tangent to the central unit circle, so its center is 2 units from the center. Adding one more radius, the large circle has radius 3 and area 9π.</w:t>
      </w:r>
    </w:p>
    <w:p>
      <w:pPr>
        <w:spacing w:before="0" w:after="80" w:line="300" w:lineRule="auto"/>
        <w:jc w:val="left"/>
      </w:pPr>
      <w:r>
        <w:rPr>
          <w:rFonts w:ascii="Times New Roman" w:hAnsi="Times New Roman" w:eastAsia="宋体"/>
          <w:b w:val="0"/>
          <w:i w:val="0"/>
          <w:color w:val="333333"/>
          <w:sz w:val="19"/>
        </w:rPr>
        <w:t>The seven unit circles have total area 7π, so the shaded region has area 9π - 7π = 2π.</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E</w:t>
      </w:r>
    </w:p>
    <w:p>
      <w:pPr>
        <w:spacing w:before="0" w:after="80" w:line="300" w:lineRule="auto"/>
        <w:jc w:val="left"/>
      </w:pPr>
      <w:r>
        <w:rPr>
          <w:rFonts w:ascii="Times New Roman" w:hAnsi="Times New Roman" w:eastAsia="宋体"/>
          <w:b w:val="0"/>
          <w:i w:val="0"/>
          <w:sz w:val="21"/>
        </w:rPr>
        <w:t>取 n = 1，不等式变为 m ≤ m + 1，这对每个正整数 m 都成立。</w:t>
      </w:r>
    </w:p>
    <w:p>
      <w:pPr>
        <w:spacing w:before="0" w:after="80" w:line="300" w:lineRule="auto"/>
        <w:jc w:val="left"/>
      </w:pPr>
      <w:r>
        <w:rPr>
          <w:rFonts w:ascii="Times New Roman" w:hAnsi="Times New Roman" w:eastAsia="宋体"/>
          <w:b w:val="0"/>
          <w:i w:val="0"/>
          <w:sz w:val="21"/>
        </w:rPr>
        <w:t>所以每个正整数 m 都满足条件，共有无穷多个。</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Taking n = 1, the inequality becomes m ≤ m + 1, which holds for every positive integer m.</w:t>
      </w:r>
    </w:p>
    <w:p>
      <w:pPr>
        <w:spacing w:before="0" w:after="80" w:line="300" w:lineRule="auto"/>
        <w:jc w:val="left"/>
      </w:pPr>
      <w:r>
        <w:rPr>
          <w:rFonts w:ascii="Times New Roman" w:hAnsi="Times New Roman" w:eastAsia="宋体"/>
          <w:b w:val="0"/>
          <w:i w:val="0"/>
          <w:color w:val="333333"/>
          <w:sz w:val="19"/>
        </w:rPr>
        <w:t>So every positive integer m works, and there are infinitely many.</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A</w:t>
      </w:r>
    </w:p>
    <w:p>
      <w:pPr>
        <w:spacing w:before="0" w:after="80" w:line="300" w:lineRule="auto"/>
        <w:jc w:val="left"/>
      </w:pPr>
      <w:r>
        <w:rPr>
          <w:rFonts w:ascii="Times New Roman" w:hAnsi="Times New Roman" w:eastAsia="宋体"/>
          <w:b w:val="0"/>
          <w:i w:val="0"/>
          <w:sz w:val="21"/>
        </w:rPr>
        <w:t>弧长相等给出 45/360· 2π R_(A) = 30/360· 2π R_(B)，所以 (R_(A))/(R_(B)) = 30/45 = 2/3。</w:t>
      </w:r>
    </w:p>
    <w:p>
      <w:pPr>
        <w:spacing w:before="0" w:after="80" w:line="300" w:lineRule="auto"/>
        <w:jc w:val="left"/>
      </w:pPr>
      <w:r>
        <w:rPr>
          <w:rFonts w:ascii="Times New Roman" w:hAnsi="Times New Roman" w:eastAsia="宋体"/>
          <w:b w:val="0"/>
          <w:i w:val="0"/>
          <w:sz w:val="21"/>
        </w:rPr>
        <w:t>面积比为 ((R_(A))/(R_(B)))² = 4/9。</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Equal arc lengths give 45/360· 2π R_(A) = 30/360· 2π R_(B), so (R_(A))/(R_(B)) = 30/45 = 2/3.</w:t>
      </w:r>
    </w:p>
    <w:p>
      <w:pPr>
        <w:spacing w:before="0" w:after="80" w:line="300" w:lineRule="auto"/>
        <w:jc w:val="left"/>
      </w:pPr>
      <w:r>
        <w:rPr>
          <w:rFonts w:ascii="Times New Roman" w:hAnsi="Times New Roman" w:eastAsia="宋体"/>
          <w:b w:val="0"/>
          <w:i w:val="0"/>
          <w:color w:val="333333"/>
          <w:sz w:val="19"/>
        </w:rPr>
        <w:t>The ratio of areas is ((R_(A))/(R_(B)))² = 4/9.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A</w:t>
      </w:r>
    </w:p>
    <w:p>
      <w:pPr>
        <w:spacing w:before="0" w:after="80" w:line="300" w:lineRule="auto"/>
        <w:jc w:val="left"/>
      </w:pPr>
      <w:r>
        <w:rPr>
          <w:rFonts w:ascii="Times New Roman" w:hAnsi="Times New Roman" w:eastAsia="宋体"/>
          <w:b w:val="0"/>
          <w:i w:val="0"/>
          <w:sz w:val="21"/>
        </w:rPr>
        <w:t>画出所示的对角线后，整面旗帜被分成全等三角形。数一数可得，蓝色区域有 24 个三角形，白色区域有 24 个，红色正方形有 16 个。</w:t>
      </w:r>
    </w:p>
    <w:p>
      <w:pPr>
        <w:spacing w:before="0" w:after="80" w:line="300" w:lineRule="auto"/>
        <w:jc w:val="left"/>
      </w:pPr>
      <w:r>
        <w:rPr>
          <w:rFonts w:ascii="Times New Roman" w:hAnsi="Times New Roman" w:eastAsia="宋体"/>
          <w:b w:val="0"/>
          <w:i w:val="0"/>
          <w:sz w:val="21"/>
        </w:rPr>
        <w:t>由于蓝色和白色区域含有相同数量的三角形，所以 B = W。</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Drawing the diagonals shown, the entire flag is tiled by congruent triangles. Counting, there are 24 triangles in the blue region, 24 in the white region, and 16 in the red square.</w:t>
      </w:r>
    </w:p>
    <w:p>
      <w:pPr>
        <w:spacing w:before="0" w:after="80" w:line="300" w:lineRule="auto"/>
        <w:jc w:val="left"/>
      </w:pPr>
      <w:r>
        <w:rPr>
          <w:rFonts w:ascii="Times New Roman" w:hAnsi="Times New Roman" w:eastAsia="宋体"/>
          <w:b w:val="0"/>
          <w:i w:val="0"/>
          <w:color w:val="333333"/>
          <w:sz w:val="19"/>
        </w:rPr>
        <w:t>Since the blue and white regions contain the same number of triangles, B = W.</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B</w:t>
      </w:r>
    </w:p>
    <w:p>
      <w:pPr>
        <w:spacing w:before="0" w:after="80" w:line="300" w:lineRule="auto"/>
        <w:jc w:val="left"/>
      </w:pPr>
      <w:r>
        <w:rPr>
          <w:rFonts w:ascii="Times New Roman" w:hAnsi="Times New Roman" w:eastAsia="宋体"/>
          <w:b w:val="0"/>
          <w:i w:val="0"/>
          <w:sz w:val="21"/>
        </w:rPr>
        <w:t>文件总大小为 3(0.8)+12(0.7) +15(0.4) = 16.8 mb，所以仅按容量至少需要 16.8/1.44 = 112/3 张软盘。</w:t>
      </w:r>
    </w:p>
    <w:p>
      <w:pPr>
        <w:spacing w:before="0" w:after="80" w:line="300" w:lineRule="auto"/>
        <w:jc w:val="left"/>
      </w:pPr>
      <w:r>
        <w:rPr>
          <w:rFonts w:ascii="Times New Roman" w:hAnsi="Times New Roman" w:eastAsia="宋体"/>
          <w:b w:val="0"/>
          <w:i w:val="0"/>
          <w:sz w:val="21"/>
        </w:rPr>
        <w:t>含有 0.8-mb 文件的软盘只能再放一个 0.4-mb 文件，至少留下 0.24 mb 空间。三个 0.8-mb 文件总共至少浪费 3(0.24) = 0.72 mb，超过半张软盘容量，因此至少需要 13 张。</w:t>
      </w:r>
    </w:p>
    <w:p>
      <w:pPr>
        <w:spacing w:before="0" w:after="80" w:line="300" w:lineRule="auto"/>
        <w:jc w:val="left"/>
      </w:pPr>
      <w:r>
        <w:rPr>
          <w:rFonts w:ascii="Times New Roman" w:hAnsi="Times New Roman" w:eastAsia="宋体"/>
          <w:b w:val="0"/>
          <w:i w:val="0"/>
          <w:sz w:val="21"/>
        </w:rPr>
        <w:t>十三张也足够：六张各放两个 0.7-mb 文件，三张各放一个 0.8-mb 文件和一个 0.4-mb 文件，四张各放三个 0.4-mb 文件。</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files need 3(0.8)+12(0.7) +15(0.4) = 16.8 mb, so at least 16.8/1.44 = 112/3 disks by volume alone.</w:t>
      </w:r>
    </w:p>
    <w:p>
      <w:pPr>
        <w:spacing w:before="0" w:after="80" w:line="300" w:lineRule="auto"/>
        <w:jc w:val="left"/>
      </w:pPr>
      <w:r>
        <w:rPr>
          <w:rFonts w:ascii="Times New Roman" w:hAnsi="Times New Roman" w:eastAsia="宋体"/>
          <w:b w:val="0"/>
          <w:i w:val="0"/>
          <w:color w:val="333333"/>
          <w:sz w:val="19"/>
        </w:rPr>
        <w:t>A disk containing a 0.8-mb file has room for only one more 0.4-mb file, leaving at least 0.24 mb unused. Across the three 0.8-mb files this wastes at least 3(0.24) = 0.72 mb, over half a disk, forcing at least 13 disks.</w:t>
      </w:r>
    </w:p>
    <w:p>
      <w:pPr>
        <w:spacing w:before="0" w:after="80" w:line="300" w:lineRule="auto"/>
        <w:jc w:val="left"/>
      </w:pPr>
      <w:r>
        <w:rPr>
          <w:rFonts w:ascii="Times New Roman" w:hAnsi="Times New Roman" w:eastAsia="宋体"/>
          <w:b w:val="0"/>
          <w:i w:val="0"/>
          <w:color w:val="333333"/>
          <w:sz w:val="19"/>
        </w:rPr>
        <w:t>Thirteen suffice: six disks each hold two 0.7-mb files, three disks each hold one 0.8-mb file plus one 0.4-mb file, and four disks each hold three 0.4-mb files.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D</w:t>
      </w:r>
    </w:p>
    <w:p>
      <w:pPr>
        <w:spacing w:before="0" w:after="80" w:line="300" w:lineRule="auto"/>
        <w:jc w:val="left"/>
      </w:pPr>
      <w:r>
        <w:rPr>
          <w:rFonts w:ascii="Times New Roman" w:hAnsi="Times New Roman" w:eastAsia="宋体"/>
          <w:b w:val="0"/>
          <w:i w:val="0"/>
          <w:sz w:val="21"/>
        </w:rPr>
        <w:t>倒出一半咖啡后，杯 1 有 2 oz 咖啡；杯 2 有 2 oz 咖啡和 4 oz 奶油，共 6 oz。</w:t>
      </w:r>
    </w:p>
    <w:p>
      <w:pPr>
        <w:spacing w:before="0" w:after="80" w:line="300" w:lineRule="auto"/>
        <w:jc w:val="left"/>
      </w:pPr>
      <w:r>
        <w:rPr>
          <w:rFonts w:ascii="Times New Roman" w:hAnsi="Times New Roman" w:eastAsia="宋体"/>
          <w:b w:val="0"/>
          <w:i w:val="0"/>
          <w:sz w:val="21"/>
        </w:rPr>
        <w:t>杯 2 倒回一半，会转移 1 oz 咖啡和 2 oz 奶油。于是杯 1 有 2 + 1 = 3 oz 咖啡和 2 oz 奶油。</w:t>
      </w:r>
    </w:p>
    <w:p>
      <w:pPr>
        <w:spacing w:before="0" w:after="80" w:line="300" w:lineRule="auto"/>
        <w:jc w:val="left"/>
      </w:pPr>
      <w:r>
        <w:rPr>
          <w:rFonts w:ascii="Times New Roman" w:hAnsi="Times New Roman" w:eastAsia="宋体"/>
          <w:b w:val="0"/>
          <w:i w:val="0"/>
          <w:sz w:val="21"/>
        </w:rPr>
        <w:t>奶油所占比例为 2/2+3 = 2/5。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After transferring half the coffee, cup 1 has 2 oz coffee and cup 2 has 2 oz coffee and 4 oz cream, a total of 6 oz.</w:t>
      </w:r>
    </w:p>
    <w:p>
      <w:pPr>
        <w:spacing w:before="0" w:after="80" w:line="300" w:lineRule="auto"/>
        <w:jc w:val="left"/>
      </w:pPr>
      <w:r>
        <w:rPr>
          <w:rFonts w:ascii="Times New Roman" w:hAnsi="Times New Roman" w:eastAsia="宋体"/>
          <w:b w:val="0"/>
          <w:i w:val="0"/>
          <w:color w:val="333333"/>
          <w:sz w:val="19"/>
        </w:rPr>
        <w:t>Transferring half of cup 2 back moves 1 oz coffee and 2 oz cream. Cup 1 then holds 2 + 1 = 3 oz coffee and 2 oz cream.</w:t>
      </w:r>
    </w:p>
    <w:p>
      <w:pPr>
        <w:spacing w:before="0" w:after="80" w:line="300" w:lineRule="auto"/>
        <w:jc w:val="left"/>
      </w:pPr>
      <w:r>
        <w:rPr>
          <w:rFonts w:ascii="Times New Roman" w:hAnsi="Times New Roman" w:eastAsia="宋体"/>
          <w:b w:val="0"/>
          <w:i w:val="0"/>
          <w:color w:val="333333"/>
          <w:sz w:val="19"/>
        </w:rPr>
        <w:t>The fraction that is cream is 2/2+3 = 2/5.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B</w:t>
      </w:r>
    </w:p>
    <w:p>
      <w:pPr>
        <w:spacing w:before="0" w:after="80" w:line="300" w:lineRule="auto"/>
        <w:jc w:val="left"/>
      </w:pPr>
      <w:r>
        <w:rPr>
          <w:rFonts w:ascii="Times New Roman" w:hAnsi="Times New Roman" w:eastAsia="宋体"/>
          <w:b w:val="0"/>
          <w:i w:val="0"/>
          <w:sz w:val="21"/>
        </w:rPr>
        <w:t>设准时所需时间为 t 小时。三分钟是 0.05 小时，所以 40(t+0.05) = 60(t-0.05)。</w:t>
      </w:r>
    </w:p>
    <w:p>
      <w:pPr>
        <w:spacing w:before="0" w:after="80" w:line="300" w:lineRule="auto"/>
        <w:jc w:val="left"/>
      </w:pPr>
      <w:r>
        <w:rPr>
          <w:rFonts w:ascii="Times New Roman" w:hAnsi="Times New Roman" w:eastAsia="宋体"/>
          <w:b w:val="0"/>
          <w:i w:val="0"/>
          <w:sz w:val="21"/>
        </w:rPr>
        <w:t>得 40t + 2 = 60t - 3，所以 t = 0.25。路程为 40(0.25+0.05) = 12 英里，所需速度为 12/0.25 = 48 英里每小时。</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 be the time in hours to arrive on time. Since three minutes is 0.05 hours, 40(t+0.05) = 60(t-0.05).</w:t>
      </w:r>
    </w:p>
    <w:p>
      <w:pPr>
        <w:spacing w:before="0" w:after="80" w:line="300" w:lineRule="auto"/>
        <w:jc w:val="left"/>
      </w:pPr>
      <w:r>
        <w:rPr>
          <w:rFonts w:ascii="Times New Roman" w:hAnsi="Times New Roman" w:eastAsia="宋体"/>
          <w:b w:val="0"/>
          <w:i w:val="0"/>
          <w:color w:val="333333"/>
          <w:sz w:val="19"/>
        </w:rPr>
        <w:t>This gives 40t + 2 = 60t - 3, so t = 0.25. The distance is 40(0.25+0.05) = 12 miles, and the required speed is 12/0.25 = 48 miles per hour.</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B</w:t>
      </w:r>
    </w:p>
    <w:p>
      <w:pPr>
        <w:spacing w:before="0" w:after="80" w:line="300" w:lineRule="auto"/>
        <w:jc w:val="left"/>
      </w:pPr>
      <w:r>
        <w:rPr>
          <w:rFonts w:ascii="Times New Roman" w:hAnsi="Times New Roman" w:eastAsia="宋体"/>
          <w:b w:val="0"/>
          <w:i w:val="0"/>
          <w:sz w:val="21"/>
        </w:rPr>
        <w:t>如果两个根是质数 p 和 q，则由韦达定理 p + q = 63，且 pq = k。</w:t>
      </w:r>
    </w:p>
    <w:p>
      <w:pPr>
        <w:spacing w:before="0" w:after="80" w:line="300" w:lineRule="auto"/>
        <w:jc w:val="left"/>
      </w:pPr>
      <w:r>
        <w:rPr>
          <w:rFonts w:ascii="Times New Roman" w:hAnsi="Times New Roman" w:eastAsia="宋体"/>
          <w:b w:val="0"/>
          <w:i w:val="0"/>
          <w:sz w:val="21"/>
        </w:rPr>
        <w:t>因为 63 是奇数，所以一个质数必须是偶数，即 2，另一个是 61。两者都是质数，所以 k = 2· 61 = 122 是唯一可能值。</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roots are primes p and q, then by Vieta’s formulas p + q = 63 and pq = k.</w:t>
      </w:r>
    </w:p>
    <w:p>
      <w:pPr>
        <w:spacing w:before="0" w:after="80" w:line="300" w:lineRule="auto"/>
        <w:jc w:val="left"/>
      </w:pPr>
      <w:r>
        <w:rPr>
          <w:rFonts w:ascii="Times New Roman" w:hAnsi="Times New Roman" w:eastAsia="宋体"/>
          <w:b w:val="0"/>
          <w:i w:val="0"/>
          <w:color w:val="333333"/>
          <w:sz w:val="19"/>
        </w:rPr>
        <w:t>Since 63 is odd, one prime must be even, namely 2, and the other is 61. Both are prime, so k = 2· 61 = 122 is the only possible value.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C</w:t>
      </w:r>
    </w:p>
    <w:p>
      <w:pPr>
        <w:spacing w:before="0" w:after="80" w:line="300" w:lineRule="auto"/>
        <w:jc w:val="left"/>
      </w:pPr>
      <w:r>
        <w:rPr>
          <w:rFonts w:ascii="Times New Roman" w:hAnsi="Times New Roman" w:eastAsia="宋体"/>
          <w:b w:val="0"/>
          <w:i w:val="0"/>
          <w:sz w:val="21"/>
        </w:rPr>
        <w:t>正数 x 与其倒数相差 1 时，x - 1/x = 1 或 x - 1/x = -1，即 x² - x - 1 = 0 或 x² + x - 1 = 0。</w:t>
      </w:r>
    </w:p>
    <w:p>
      <w:pPr>
        <w:spacing w:before="0" w:after="80" w:line="300" w:lineRule="auto"/>
        <w:jc w:val="left"/>
      </w:pPr>
      <w:r>
        <w:rPr>
          <w:rFonts w:ascii="Times New Roman" w:hAnsi="Times New Roman" w:eastAsia="宋体"/>
          <w:b w:val="0"/>
          <w:i w:val="0"/>
          <w:sz w:val="21"/>
        </w:rPr>
        <w:t>正根为 (1+√(5))/2 和 (-1+√(5))/2，它们互为倒数。它们的和是 a + b = √(5)。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positive number x differs from its reciprocal by 1 when x - 1/x = 1 or x - 1/x = -1, i.e. x² - x - 1 = 0 or x² + x - 1 = 0.</w:t>
      </w:r>
    </w:p>
    <w:p>
      <w:pPr>
        <w:spacing w:before="0" w:after="80" w:line="300" w:lineRule="auto"/>
        <w:jc w:val="left"/>
      </w:pPr>
      <w:r>
        <w:rPr>
          <w:rFonts w:ascii="Times New Roman" w:hAnsi="Times New Roman" w:eastAsia="宋体"/>
          <w:b w:val="0"/>
          <w:i w:val="0"/>
          <w:color w:val="333333"/>
          <w:sz w:val="19"/>
        </w:rPr>
        <w:t>The positive roots are (1+√(5))/2 and (-1+√(5))/2, which are reciprocals of each other. Their sum is a + b = √(5).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D</w:t>
      </w:r>
    </w:p>
    <w:p>
      <w:pPr>
        <w:spacing w:before="0" w:after="80" w:line="300" w:lineRule="auto"/>
        <w:jc w:val="left"/>
      </w:pPr>
      <w:r>
        <w:rPr>
          <w:rFonts w:ascii="Times New Roman" w:hAnsi="Times New Roman" w:eastAsia="宋体"/>
          <w:b w:val="0"/>
          <w:i w:val="0"/>
          <w:sz w:val="21"/>
        </w:rPr>
        <w:t>利用 log a² = 2log a 并合并对数，</w:t>
      </w:r>
    </w:p>
    <w:p>
      <w:pPr>
        <w:spacing w:before="0" w:after="80" w:line="300" w:lineRule="auto"/>
        <w:jc w:val="left"/>
      </w:pPr>
      <w:r>
        <w:rPr>
          <w:rFonts w:ascii="Times New Roman" w:hAnsi="Times New Roman" w:eastAsia="宋体"/>
          <w:b w:val="0"/>
          <w:i w:val="0"/>
          <w:sz w:val="21"/>
        </w:rPr>
        <w:t>N = log₂₀₀₂ 11² + log₂₀₀₂ 13²</w:t>
      </w:r>
    </w:p>
    <w:p>
      <w:pPr>
        <w:spacing w:before="0" w:after="80" w:line="300" w:lineRule="auto"/>
        <w:jc w:val="left"/>
      </w:pPr>
      <w:r>
        <w:rPr>
          <w:rFonts w:ascii="Times New Roman" w:hAnsi="Times New Roman" w:eastAsia="宋体"/>
          <w:b w:val="0"/>
          <w:i w:val="0"/>
          <w:sz w:val="21"/>
        </w:rPr>
        <w:t>+ log₂₀₀₂ 14²</w:t>
      </w:r>
    </w:p>
    <w:p>
      <w:pPr>
        <w:spacing w:before="0" w:after="80" w:line="300" w:lineRule="auto"/>
        <w:jc w:val="left"/>
      </w:pPr>
      <w:r>
        <w:rPr>
          <w:rFonts w:ascii="Times New Roman" w:hAnsi="Times New Roman" w:eastAsia="宋体"/>
          <w:b w:val="0"/>
          <w:i w:val="0"/>
          <w:sz w:val="21"/>
        </w:rPr>
        <w:t>= log₂₀₀₂(11· 13· 14)²</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因为 11· 13· 14 = 2002，所以这是 log₂₀₀₂ 2002² = 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Using log a² = 2log a and adding logs,</w:t>
      </w:r>
    </w:p>
    <w:p>
      <w:pPr>
        <w:spacing w:before="0" w:after="80" w:line="300" w:lineRule="auto"/>
        <w:jc w:val="left"/>
      </w:pPr>
      <w:r>
        <w:rPr>
          <w:rFonts w:ascii="Times New Roman" w:hAnsi="Times New Roman" w:eastAsia="宋体"/>
          <w:b w:val="0"/>
          <w:i w:val="0"/>
          <w:color w:val="333333"/>
          <w:sz w:val="19"/>
        </w:rPr>
        <w:t>N = log₂₀₀₂ 11² + log₂₀₀₂ 13²</w:t>
      </w:r>
    </w:p>
    <w:p>
      <w:pPr>
        <w:spacing w:before="0" w:after="80" w:line="300" w:lineRule="auto"/>
        <w:jc w:val="left"/>
      </w:pPr>
      <w:r>
        <w:rPr>
          <w:rFonts w:ascii="Times New Roman" w:hAnsi="Times New Roman" w:eastAsia="宋体"/>
          <w:b w:val="0"/>
          <w:i w:val="0"/>
          <w:color w:val="333333"/>
          <w:sz w:val="19"/>
        </w:rPr>
        <w:t>+ log₂₀₀₂ 14²</w:t>
      </w:r>
    </w:p>
    <w:p>
      <w:pPr>
        <w:spacing w:before="0" w:after="80" w:line="300" w:lineRule="auto"/>
        <w:jc w:val="left"/>
      </w:pPr>
      <w:r>
        <w:rPr>
          <w:rFonts w:ascii="Times New Roman" w:hAnsi="Times New Roman" w:eastAsia="宋体"/>
          <w:b w:val="0"/>
          <w:i w:val="0"/>
          <w:color w:val="333333"/>
          <w:sz w:val="19"/>
        </w:rPr>
        <w:t>= log₂₀₀₂(11· 13· 14)².</w:t>
      </w:r>
    </w:p>
    <w:p>
      <w:pPr>
        <w:spacing w:before="0" w:after="80" w:line="300" w:lineRule="auto"/>
        <w:jc w:val="left"/>
      </w:pPr>
      <w:r>
        <w:rPr>
          <w:rFonts w:ascii="Times New Roman" w:hAnsi="Times New Roman" w:eastAsia="宋体"/>
          <w:b w:val="0"/>
          <w:i w:val="0"/>
          <w:color w:val="333333"/>
          <w:sz w:val="19"/>
        </w:rPr>
        <w:t>Since 11· 13· 14 = 2002, this is log₂₀₀₂ 2002² = 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D</w:t>
      </w:r>
    </w:p>
    <w:p>
      <w:pPr>
        <w:spacing w:before="0" w:after="80" w:line="300" w:lineRule="auto"/>
        <w:jc w:val="left"/>
      </w:pPr>
      <w:r>
        <w:rPr>
          <w:rFonts w:ascii="Times New Roman" w:hAnsi="Times New Roman" w:eastAsia="宋体"/>
          <w:b w:val="0"/>
          <w:i w:val="0"/>
          <w:sz w:val="21"/>
        </w:rPr>
        <w:t>集合 6, 6, 6, 8, 8, 8, 8, 14 的平均数、中位数、唯一众数和极差都等于 8，所以 14 可以达到。</w:t>
      </w:r>
    </w:p>
    <w:p>
      <w:pPr>
        <w:spacing w:before="0" w:after="80" w:line="300" w:lineRule="auto"/>
        <w:jc w:val="left"/>
      </w:pPr>
      <w:r>
        <w:rPr>
          <w:rFonts w:ascii="Times New Roman" w:hAnsi="Times New Roman" w:eastAsia="宋体"/>
          <w:b w:val="0"/>
          <w:i w:val="0"/>
          <w:sz w:val="21"/>
        </w:rPr>
        <w:t>假设最大值为 15。极差 8 迫使最小值为 7。因为 8 是众数，它在排好序的八个数中重复出现；再结合中位数 8，中间两个数只能是 8, 8。于是 7 + 8 + 8 + 15 = 38，剩下四个数的和为 64 - 38 = 26，平均为 6.5。这样至少有一个数会小于 7，与最小值矛盾。因此 15 不可能。</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collection 6, 6, 6, 8, 8, 8, 8, 14 has mean, median, unique mode, and range all equal to 8, so 14 is attainable.</w:t>
      </w:r>
    </w:p>
    <w:p>
      <w:pPr>
        <w:spacing w:before="0" w:after="80" w:line="300" w:lineRule="auto"/>
        <w:jc w:val="left"/>
      </w:pPr>
      <w:r>
        <w:rPr>
          <w:rFonts w:ascii="Times New Roman" w:hAnsi="Times New Roman" w:eastAsia="宋体"/>
          <w:b w:val="0"/>
          <w:i w:val="0"/>
          <w:color w:val="333333"/>
          <w:sz w:val="19"/>
        </w:rPr>
        <w:t>Suppose the largest were 15. The range 8 forces the smallest to be 7. Because 8 is the mode, it occurs in the sorted list; together with median 8, this forces the two middle values to be 8, 8. Then 7 + 8 + 8 + 15 = 38, so the remaining four values sum to 64 - 38 = 26, averaging 6.5. At least one would be below 7, contradicting the minimum. So 15 is impossible.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A</w:t>
      </w:r>
    </w:p>
    <w:p>
      <w:pPr>
        <w:spacing w:before="0" w:after="80" w:line="300" w:lineRule="auto"/>
        <w:jc w:val="left"/>
      </w:pPr>
      <w:r>
        <w:rPr>
          <w:rFonts w:ascii="Times New Roman" w:hAnsi="Times New Roman" w:eastAsia="宋体"/>
          <w:b w:val="0"/>
          <w:i w:val="0"/>
          <w:sz w:val="21"/>
        </w:rPr>
        <w:t>Tina 的十个数对的和为 3, 4, 5, 5, 6, 6, 7, 7, 8, 9。对于和 s，Sergio 的数大于它的概率为 (10 - s)/10。</w:t>
      </w:r>
    </w:p>
    <w:p>
      <w:pPr>
        <w:spacing w:before="0" w:after="80" w:line="300" w:lineRule="auto"/>
        <w:jc w:val="left"/>
      </w:pPr>
      <w:r>
        <w:rPr>
          <w:rFonts w:ascii="Times New Roman" w:hAnsi="Times New Roman" w:eastAsia="宋体"/>
          <w:b w:val="0"/>
          <w:i w:val="0"/>
          <w:sz w:val="21"/>
        </w:rPr>
        <w:t>相应的 10 - s 值为 7, 6, 5, 5, 4, 4, 3, 3, 2, 1，总和为 40。总概率为 40/(10· 10) = 2/5。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Tina’s ten pairs have sums 3, 4, 5, 5, 6, 6, 7, 7, 8, 9. For a sum s, Sergio’s number exceeds it with probability (10 - s)/10.</w:t>
      </w:r>
    </w:p>
    <w:p>
      <w:pPr>
        <w:spacing w:before="0" w:after="80" w:line="300" w:lineRule="auto"/>
        <w:jc w:val="left"/>
      </w:pPr>
      <w:r>
        <w:rPr>
          <w:rFonts w:ascii="Times New Roman" w:hAnsi="Times New Roman" w:eastAsia="宋体"/>
          <w:b w:val="0"/>
          <w:i w:val="0"/>
          <w:color w:val="333333"/>
          <w:sz w:val="19"/>
        </w:rPr>
        <w:t>The corresponding values of 10 - s are 7, 6, 5, 5, 4, 4, 3, 3, 2, 1, totaling 40. The overall probability is 40/(10· 10) = 2/5.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B</w:t>
      </w:r>
    </w:p>
    <w:p>
      <w:pPr>
        <w:spacing w:before="0" w:after="80" w:line="300" w:lineRule="auto"/>
        <w:jc w:val="left"/>
      </w:pPr>
      <w:r>
        <w:rPr>
          <w:rFonts w:ascii="Times New Roman" w:hAnsi="Times New Roman" w:eastAsia="宋体"/>
          <w:b w:val="0"/>
          <w:i w:val="0"/>
          <w:sz w:val="21"/>
        </w:rPr>
        <w:t>偶数字 4, 6, 8 不能作为多位质数的个位，所以每个都必须出现在十位或更高位，至少贡献 40 + 60 + 80 = 180。另外六个数字至少贡献 1 + 2 + 3 + 5 + 7 + 9 = 27，因此总和至少为 207。</w:t>
      </w:r>
    </w:p>
    <w:p>
      <w:pPr>
        <w:spacing w:before="0" w:after="80" w:line="300" w:lineRule="auto"/>
        <w:jc w:val="left"/>
      </w:pPr>
      <w:r>
        <w:rPr>
          <w:rFonts w:ascii="Times New Roman" w:hAnsi="Times New Roman" w:eastAsia="宋体"/>
          <w:b w:val="0"/>
          <w:i w:val="0"/>
          <w:sz w:val="21"/>
        </w:rPr>
        <w:t>这个下界可以达到，例如 {2, 3, 5, 41, 67, 89}，它们的和为 207。</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even digits 4, 6, 8 cannot be the units digit of a multi-digit prime, so each must appear in a tens place or higher, contributing at least 40 + 60 + 80 = 180. The other six digits contribute at least 1 + 2 + 3 + 5 + 7 + 9 = 27, so the sum is at least 207.</w:t>
      </w:r>
    </w:p>
    <w:p>
      <w:pPr>
        <w:spacing w:before="0" w:after="80" w:line="300" w:lineRule="auto"/>
        <w:jc w:val="left"/>
      </w:pPr>
      <w:r>
        <w:rPr>
          <w:rFonts w:ascii="Times New Roman" w:hAnsi="Times New Roman" w:eastAsia="宋体"/>
          <w:b w:val="0"/>
          <w:i w:val="0"/>
          <w:color w:val="333333"/>
          <w:sz w:val="19"/>
        </w:rPr>
        <w:t>This bound is achieved, for example by {2, 3, 5, 41, 67, 89}, whose sum is 207.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C</w:t>
      </w:r>
    </w:p>
    <w:p>
      <w:pPr>
        <w:spacing w:before="0" w:after="80" w:line="300" w:lineRule="auto"/>
        <w:jc w:val="left"/>
      </w:pPr>
      <w:r>
        <w:rPr>
          <w:rFonts w:ascii="Times New Roman" w:hAnsi="Times New Roman" w:eastAsia="宋体"/>
          <w:b w:val="0"/>
          <w:i w:val="0"/>
          <w:sz w:val="21"/>
        </w:rPr>
        <w:t>圆心为 A = (10, 0) 和 B = (-15, 0)，半径分别为 6 和 9，所以 AB = 25。最短切线是内公切线，它在点 D 与 AB 相交，并按 6: 9 分割该线段，因此 D = (0, 0)。</w:t>
      </w:r>
    </w:p>
    <w:p>
      <w:pPr>
        <w:spacing w:before="0" w:after="80" w:line="300" w:lineRule="auto"/>
        <w:jc w:val="left"/>
      </w:pPr>
      <w:r>
        <w:rPr>
          <w:rFonts w:ascii="Times New Roman" w:hAnsi="Times New Roman" w:eastAsia="宋体"/>
          <w:b w:val="0"/>
          <w:i w:val="0"/>
          <w:sz w:val="21"/>
        </w:rPr>
        <w:t>直角三角形 APD 和 BQD 相似，比例为 2: 3。因而 PD = √(10² - 6²) = 8，QD = √(15² - 9²) = 12，所以 PQ = 8 + 12 = 20。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centers are A = (10, 0) and B = (-15, 0), with radii 6 and 9, so AB = 25. The shortest tangent is the internal one, meeting AB at a point D that splits it in the ratio 6: 9, giving D = (0, 0).</w:t>
      </w:r>
    </w:p>
    <w:p>
      <w:pPr>
        <w:spacing w:before="0" w:after="80" w:line="300" w:lineRule="auto"/>
        <w:jc w:val="left"/>
      </w:pPr>
      <w:r>
        <w:rPr>
          <w:rFonts w:ascii="Times New Roman" w:hAnsi="Times New Roman" w:eastAsia="宋体"/>
          <w:b w:val="0"/>
          <w:i w:val="0"/>
          <w:color w:val="333333"/>
          <w:sz w:val="19"/>
        </w:rPr>
        <w:t>The right triangles APD and BQD are similar with ratio 2: 3. Then PD = √(10² - 6²) = 8 and QD = √(15² - 9²) = 12, so PQ = 8 + 12 = 20.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D</w:t>
      </w:r>
    </w:p>
    <w:p>
      <w:pPr>
        <w:spacing w:before="0" w:after="80" w:line="300" w:lineRule="auto"/>
        <w:jc w:val="left"/>
      </w:pPr>
      <w:r>
        <w:rPr>
          <w:rFonts w:ascii="Times New Roman" w:hAnsi="Times New Roman" w:eastAsia="宋体"/>
          <w:b w:val="0"/>
          <w:i w:val="0"/>
          <w:sz w:val="21"/>
        </w:rPr>
        <w:t>图像在 x = -2 和 x = 1 处达到 6，所以 f(f(x)) = 6 要求 f(x) = -2 或 f(x) = 1。</w:t>
      </w:r>
    </w:p>
    <w:p>
      <w:pPr>
        <w:spacing w:before="0" w:after="80" w:line="300" w:lineRule="auto"/>
        <w:jc w:val="left"/>
      </w:pPr>
      <w:r>
        <w:rPr>
          <w:rFonts w:ascii="Times New Roman" w:hAnsi="Times New Roman" w:eastAsia="宋体"/>
          <w:b w:val="0"/>
          <w:i w:val="0"/>
          <w:sz w:val="21"/>
        </w:rPr>
        <w:t>水平线 y = -2 与图像相交两次，y = 1 与图像相交四次，共有 2 + 4 = 6 个解。</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graph reaches 6 at x = -2 and x = 1, so f(f(x)) = 6 requires f(x) = -2 or f(x) = 1.</w:t>
      </w:r>
    </w:p>
    <w:p>
      <w:pPr>
        <w:spacing w:before="0" w:after="80" w:line="300" w:lineRule="auto"/>
        <w:jc w:val="left"/>
      </w:pPr>
      <w:r>
        <w:rPr>
          <w:rFonts w:ascii="Times New Roman" w:hAnsi="Times New Roman" w:eastAsia="宋体"/>
          <w:b w:val="0"/>
          <w:i w:val="0"/>
          <w:color w:val="333333"/>
          <w:sz w:val="19"/>
        </w:rPr>
        <w:t>The horizontal line y = -2 meets the graph twice, and y = 1 meets it four times, giving 2 + 4 = 6 solutions.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C</w:t>
      </w:r>
    </w:p>
    <w:p>
      <w:pPr>
        <w:spacing w:before="0" w:after="80" w:line="300" w:lineRule="auto"/>
        <w:jc w:val="left"/>
      </w:pPr>
      <w:r>
        <w:rPr>
          <w:rFonts w:ascii="Times New Roman" w:hAnsi="Times New Roman" w:eastAsia="宋体"/>
          <w:b w:val="0"/>
          <w:i w:val="0"/>
          <w:sz w:val="21"/>
        </w:rPr>
        <w:t>因为 0.ab = ab/99，最简分母必须整除 99 = 3²· 11。它的因数为 1, 3, 9, 11, 33, 99。</w:t>
      </w:r>
    </w:p>
    <w:p>
      <w:pPr>
        <w:spacing w:before="0" w:after="80" w:line="300" w:lineRule="auto"/>
        <w:jc w:val="left"/>
      </w:pPr>
      <w:r>
        <w:rPr>
          <w:rFonts w:ascii="Times New Roman" w:hAnsi="Times New Roman" w:eastAsia="宋体"/>
          <w:b w:val="0"/>
          <w:i w:val="0"/>
          <w:sz w:val="21"/>
        </w:rPr>
        <w:t>分母为 1 会要求 ab = 99，即 a = b = 9，但这种情况被排除。其余各个分母都能达到：分子 33, 11, 9, 3 和 1 分别约分后得到分母 3, 9, 11, 33 和 99，所以共有 5 种可能的分母。</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0.ab = ab/99, the reduced denominator divides 99 = 3²· 11. The divisors are 1, 3, 9, 11, 33, 99.</w:t>
      </w:r>
    </w:p>
    <w:p>
      <w:pPr>
        <w:spacing w:before="0" w:after="80" w:line="300" w:lineRule="auto"/>
        <w:jc w:val="left"/>
      </w:pPr>
      <w:r>
        <w:rPr>
          <w:rFonts w:ascii="Times New Roman" w:hAnsi="Times New Roman" w:eastAsia="宋体"/>
          <w:b w:val="0"/>
          <w:i w:val="0"/>
          <w:color w:val="333333"/>
          <w:sz w:val="19"/>
        </w:rPr>
        <w:t>The denominator 1 would require ab = 99, i.e. a = b = 9, which is excluded. Each is achievable: numerators 33, 11, 9, 3, and 1 reduce to denominators 3, 9, 11, 33, and 99, respectively. Thus there are 5 possible denominators.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B</w:t>
      </w:r>
    </w:p>
    <w:p>
      <w:pPr>
        <w:spacing w:before="0" w:after="80" w:line="300" w:lineRule="auto"/>
        <w:jc w:val="left"/>
      </w:pPr>
      <w:r>
        <w:rPr>
          <w:rFonts w:ascii="Times New Roman" w:hAnsi="Times New Roman" w:eastAsia="宋体"/>
          <w:b w:val="0"/>
          <w:i w:val="0"/>
          <w:sz w:val="21"/>
        </w:rPr>
        <w:t>继续写数列得到 4, 7, 1, 8, 9, 7, 6，3, 9, 2, 1, 3, 4, 7, 1, …，它以 12 为周期重复。每个 12 项循环的和为 60。</w:t>
      </w:r>
    </w:p>
    <w:p>
      <w:pPr>
        <w:spacing w:before="0" w:after="80" w:line="300" w:lineRule="auto"/>
        <w:jc w:val="left"/>
      </w:pPr>
      <w:r>
        <w:rPr>
          <w:rFonts w:ascii="Times New Roman" w:hAnsi="Times New Roman" w:eastAsia="宋体"/>
          <w:b w:val="0"/>
          <w:i w:val="0"/>
          <w:sz w:val="21"/>
        </w:rPr>
        <w:t>满足 60k ≤ 10,000 的最大 k 是 k = 166，因此 S_(12· 166) = 9960。再加上下一轮的 4, 7, 1, 8, 9, 7, 6，增加 42，总和超过 10,000。所以 n = 12· 166 + 7 = 1999。</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Continuing the sequence gives 4, 7, 1, 8, 9, 7, 6, 3, 9, 2, 1, 3, 4, 7, 1, …, which repeats with period 12. Each block of 12 terms sums to 60.</w:t>
      </w:r>
    </w:p>
    <w:p>
      <w:pPr>
        <w:spacing w:before="0" w:after="80" w:line="300" w:lineRule="auto"/>
        <w:jc w:val="left"/>
      </w:pPr>
      <w:r>
        <w:rPr>
          <w:rFonts w:ascii="Times New Roman" w:hAnsi="Times New Roman" w:eastAsia="宋体"/>
          <w:b w:val="0"/>
          <w:i w:val="0"/>
          <w:color w:val="333333"/>
          <w:sz w:val="19"/>
        </w:rPr>
        <w:t>The largest k with 60k ≤ 10,000 is k = 166, giving S_(12· 166) = 9960. Adding the next terms 4, 7, 1, 8, 9, 7, 6 contributes 42, pushing the total past 10,000. So n = 12· 166 + 7 = 1999.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C</w:t>
      </w:r>
    </w:p>
    <w:p>
      <w:pPr>
        <w:spacing w:before="0" w:after="80" w:line="300" w:lineRule="auto"/>
        <w:jc w:val="left"/>
      </w:pPr>
      <w:r>
        <w:rPr>
          <w:rFonts w:ascii="Times New Roman" w:hAnsi="Times New Roman" w:eastAsia="宋体"/>
          <w:b w:val="0"/>
          <w:i w:val="0"/>
          <w:sz w:val="21"/>
        </w:rPr>
        <w:t>因为 AB = 10 且 ∠ ABC = 60°，这个 30-60-90 三角形满足 BC = 5，AC = 5√(3)。</w:t>
      </w:r>
    </w:p>
    <w:p>
      <w:pPr>
        <w:spacing w:before="0" w:after="80" w:line="300" w:lineRule="auto"/>
        <w:jc w:val="left"/>
      </w:pPr>
      <w:r>
        <w:rPr>
          <w:rFonts w:ascii="Times New Roman" w:hAnsi="Times New Roman" w:eastAsia="宋体"/>
          <w:b w:val="0"/>
          <w:i w:val="0"/>
          <w:sz w:val="21"/>
        </w:rPr>
        <w:t>在 AC 上取点 E，使 CE = 5，则 BE = √(5² + 5²) = 5√(2)。当 D 沿 AC 移动时，BD = √(25 + CD²)。它超过 5√(2) 正好等价于 CD &gt; 5，也就是 D 位于 E 的外侧；这又当且仅当 P 在 △ ABE 内。</w:t>
      </w:r>
    </w:p>
    <w:p>
      <w:pPr>
        <w:spacing w:before="0" w:after="80" w:line="300" w:lineRule="auto"/>
        <w:jc w:val="left"/>
      </w:pPr>
      <w:r>
        <w:rPr>
          <w:rFonts w:ascii="Times New Roman" w:hAnsi="Times New Roman" w:eastAsia="宋体"/>
          <w:b w:val="0"/>
          <w:i w:val="0"/>
          <w:sz w:val="21"/>
        </w:rPr>
        <w:t>所求概率为</w:t>
      </w:r>
    </w:p>
    <w:p>
      <w:pPr>
        <w:spacing w:before="0" w:after="80" w:line="300" w:lineRule="auto"/>
        <w:jc w:val="left"/>
      </w:pPr>
      <w:r>
        <w:rPr>
          <w:rFonts w:ascii="Times New Roman" w:hAnsi="Times New Roman" w:eastAsia="宋体"/>
          <w:b w:val="0"/>
          <w:i w:val="0"/>
          <w:sz w:val="21"/>
        </w:rPr>
        <w:t>([ABE])/([ABC]) = EA/CA</w:t>
      </w:r>
    </w:p>
    <w:p>
      <w:pPr>
        <w:spacing w:before="0" w:after="80" w:line="300" w:lineRule="auto"/>
        <w:jc w:val="left"/>
      </w:pPr>
      <w:r>
        <w:rPr>
          <w:rFonts w:ascii="Times New Roman" w:hAnsi="Times New Roman" w:eastAsia="宋体"/>
          <w:b w:val="0"/>
          <w:i w:val="0"/>
          <w:sz w:val="21"/>
        </w:rPr>
        <w:t>= (5√(3) - 5)/(5√(3))</w:t>
      </w:r>
    </w:p>
    <w:p>
      <w:pPr>
        <w:spacing w:before="0" w:after="80" w:line="300" w:lineRule="auto"/>
        <w:jc w:val="left"/>
      </w:pPr>
      <w:r>
        <w:rPr>
          <w:rFonts w:ascii="Times New Roman" w:hAnsi="Times New Roman" w:eastAsia="宋体"/>
          <w:b w:val="0"/>
          <w:i w:val="0"/>
          <w:sz w:val="21"/>
        </w:rPr>
        <w:t>= (3 - √(3))/3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AB = 10 and ∠ ABC = 60°, the 30-60-90 triangle has BC = 5 and AC = 5√(3).</w:t>
      </w:r>
    </w:p>
    <w:p>
      <w:pPr>
        <w:spacing w:before="0" w:after="80" w:line="300" w:lineRule="auto"/>
        <w:jc w:val="left"/>
      </w:pPr>
      <w:r>
        <w:rPr>
          <w:rFonts w:ascii="Times New Roman" w:hAnsi="Times New Roman" w:eastAsia="宋体"/>
          <w:b w:val="0"/>
          <w:i w:val="0"/>
          <w:color w:val="333333"/>
          <w:sz w:val="19"/>
        </w:rPr>
        <w:t>Place E on AC with CE = 5; then BE = √(5² + 5²) = 5√(2). As D moves along AC, BD = √(25 + CD²) exceeds 5√(2) exactly when CD &gt; 5, i.e. when D lies beyond E, which happens iff P is inside △ ABE.</w:t>
      </w:r>
    </w:p>
    <w:p>
      <w:pPr>
        <w:spacing w:before="0" w:after="80" w:line="300" w:lineRule="auto"/>
        <w:jc w:val="left"/>
      </w:pPr>
      <w:r>
        <w:rPr>
          <w:rFonts w:ascii="Times New Roman" w:hAnsi="Times New Roman" w:eastAsia="宋体"/>
          <w:b w:val="0"/>
          <w:i w:val="0"/>
          <w:color w:val="333333"/>
          <w:sz w:val="19"/>
        </w:rPr>
        <w:t>The probability is</w:t>
      </w:r>
    </w:p>
    <w:p>
      <w:pPr>
        <w:spacing w:before="0" w:after="80" w:line="300" w:lineRule="auto"/>
        <w:jc w:val="left"/>
      </w:pPr>
      <w:r>
        <w:rPr>
          <w:rFonts w:ascii="Times New Roman" w:hAnsi="Times New Roman" w:eastAsia="宋体"/>
          <w:b w:val="0"/>
          <w:i w:val="0"/>
          <w:color w:val="333333"/>
          <w:sz w:val="19"/>
        </w:rPr>
        <w:t>([ABE])/([ABC]) = EA/CA</w:t>
      </w:r>
    </w:p>
    <w:p>
      <w:pPr>
        <w:spacing w:before="0" w:after="80" w:line="300" w:lineRule="auto"/>
        <w:jc w:val="left"/>
      </w:pPr>
      <w:r>
        <w:rPr>
          <w:rFonts w:ascii="Times New Roman" w:hAnsi="Times New Roman" w:eastAsia="宋体"/>
          <w:b w:val="0"/>
          <w:i w:val="0"/>
          <w:color w:val="333333"/>
          <w:sz w:val="19"/>
        </w:rPr>
        <w:t>= (5√(3) - 5)/(5√(3))</w:t>
      </w:r>
    </w:p>
    <w:p>
      <w:pPr>
        <w:spacing w:before="0" w:after="80" w:line="300" w:lineRule="auto"/>
        <w:jc w:val="left"/>
      </w:pPr>
      <w:r>
        <w:rPr>
          <w:rFonts w:ascii="Times New Roman" w:hAnsi="Times New Roman" w:eastAsia="宋体"/>
          <w:b w:val="0"/>
          <w:i w:val="0"/>
          <w:color w:val="333333"/>
          <w:sz w:val="19"/>
        </w:rPr>
        <w:t>= (3 - √(3))/3.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D</w:t>
      </w:r>
    </w:p>
    <w:p>
      <w:pPr>
        <w:spacing w:before="0" w:after="80" w:line="300" w:lineRule="auto"/>
        <w:jc w:val="left"/>
      </w:pPr>
      <w:r>
        <w:rPr>
          <w:rFonts w:ascii="Times New Roman" w:hAnsi="Times New Roman" w:eastAsia="宋体"/>
          <w:b w:val="0"/>
          <w:i w:val="0"/>
          <w:sz w:val="21"/>
        </w:rPr>
        <w:t>因为 D 在 BC 的垂直平分线上，所以 DB = DC = 7。角平分线 BD 给出 AB/BC = AD/DC = 9/7，设 AB = 9x，BC = 7x。</w:t>
      </w:r>
    </w:p>
    <w:p>
      <w:pPr>
        <w:spacing w:before="0" w:after="80" w:line="300" w:lineRule="auto"/>
        <w:jc w:val="left"/>
      </w:pPr>
      <w:r>
        <w:rPr>
          <w:rFonts w:ascii="Times New Roman" w:hAnsi="Times New Roman" w:eastAsia="宋体"/>
          <w:b w:val="0"/>
          <w:i w:val="0"/>
          <w:sz w:val="21"/>
        </w:rPr>
        <w:t>令 θ = ∠ ABD = ∠ DBC。在等腰三角形 △ BDC 中，垂足是 BC 的中点 M，所以 cosθ = BM/BD = (7x/2)/7 = x/2。</w:t>
      </w:r>
    </w:p>
    <w:p>
      <w:pPr>
        <w:spacing w:before="0" w:after="80" w:line="300" w:lineRule="auto"/>
        <w:jc w:val="left"/>
      </w:pPr>
      <w:r>
        <w:rPr>
          <w:rFonts w:ascii="Times New Roman" w:hAnsi="Times New Roman" w:eastAsia="宋体"/>
          <w:b w:val="0"/>
          <w:i w:val="0"/>
          <w:sz w:val="21"/>
        </w:rPr>
        <w:t>在 △ ABD 中应用余弦定理：</w:t>
      </w:r>
    </w:p>
    <w:p>
      <w:pPr>
        <w:spacing w:before="0" w:after="80" w:line="300" w:lineRule="auto"/>
        <w:jc w:val="left"/>
      </w:pPr>
      <w:r>
        <w:rPr>
          <w:rFonts w:ascii="Times New Roman" w:hAnsi="Times New Roman" w:eastAsia="宋体"/>
          <w:b w:val="0"/>
          <w:i w:val="0"/>
          <w:sz w:val="21"/>
        </w:rPr>
        <w:t>9² = (9x)² + 7² - 2(9x)(7)·x/2，</w:t>
      </w:r>
    </w:p>
    <w:p>
      <w:pPr>
        <w:spacing w:before="0" w:after="80" w:line="300" w:lineRule="auto"/>
        <w:jc w:val="left"/>
      </w:pPr>
      <w:r>
        <w:rPr>
          <w:rFonts w:ascii="Times New Roman" w:hAnsi="Times New Roman" w:eastAsia="宋体"/>
          <w:b w:val="0"/>
          <w:i w:val="0"/>
          <w:sz w:val="21"/>
        </w:rPr>
        <w:t>化简得 81 = 18x² + 49，所以 x = 4/3，AB = 12。</w:t>
      </w:r>
    </w:p>
    <w:p>
      <w:pPr>
        <w:spacing w:before="0" w:after="80" w:line="300" w:lineRule="auto"/>
        <w:jc w:val="left"/>
      </w:pPr>
      <w:r>
        <w:rPr>
          <w:rFonts w:ascii="Times New Roman" w:hAnsi="Times New Roman" w:eastAsia="宋体"/>
          <w:b w:val="0"/>
          <w:i w:val="0"/>
          <w:sz w:val="21"/>
        </w:rPr>
        <w:t>现在 △ ABD 的三边为 9, 7, 12。由海伦公式，半周长 s = 14，面积为 √(14· 5· 7· 2) = √(980) = 14√(5)。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D lies on the perpendicular bisector of BC, DB = DC = 7. The angle bisector BD gives AB/BC = AD/DC = 9/7, so write AB = 9x and BC = 7x.</w:t>
      </w:r>
    </w:p>
    <w:p>
      <w:pPr>
        <w:spacing w:before="0" w:after="80" w:line="300" w:lineRule="auto"/>
        <w:jc w:val="left"/>
      </w:pPr>
      <w:r>
        <w:rPr>
          <w:rFonts w:ascii="Times New Roman" w:hAnsi="Times New Roman" w:eastAsia="宋体"/>
          <w:b w:val="0"/>
          <w:i w:val="0"/>
          <w:color w:val="333333"/>
          <w:sz w:val="19"/>
        </w:rPr>
        <w:t>Let θ = ∠ ABD = ∠ DBC. In isosceles △ BDC, the foot of the perpendicular is the midpoint M of BC, so cosθ = BM/BD = (7x/2)/7 = x/2.</w:t>
      </w:r>
    </w:p>
    <w:p>
      <w:pPr>
        <w:spacing w:before="0" w:after="80" w:line="300" w:lineRule="auto"/>
        <w:jc w:val="left"/>
      </w:pPr>
      <w:r>
        <w:rPr>
          <w:rFonts w:ascii="Times New Roman" w:hAnsi="Times New Roman" w:eastAsia="宋体"/>
          <w:b w:val="0"/>
          <w:i w:val="0"/>
          <w:color w:val="333333"/>
          <w:sz w:val="19"/>
        </w:rPr>
        <w:t>Applying the Law of Cosines in △ ABD:</w:t>
      </w:r>
    </w:p>
    <w:p>
      <w:pPr>
        <w:spacing w:before="0" w:after="80" w:line="300" w:lineRule="auto"/>
        <w:jc w:val="left"/>
      </w:pPr>
      <w:r>
        <w:rPr>
          <w:rFonts w:ascii="Times New Roman" w:hAnsi="Times New Roman" w:eastAsia="宋体"/>
          <w:b w:val="0"/>
          <w:i w:val="0"/>
          <w:color w:val="333333"/>
          <w:sz w:val="19"/>
        </w:rPr>
        <w:t>9² = (9x)² + 7² - 2(9x)(7)·x/2,</w:t>
      </w:r>
    </w:p>
    <w:p>
      <w:pPr>
        <w:spacing w:before="0" w:after="80" w:line="300" w:lineRule="auto"/>
        <w:jc w:val="left"/>
      </w:pPr>
      <w:r>
        <w:rPr>
          <w:rFonts w:ascii="Times New Roman" w:hAnsi="Times New Roman" w:eastAsia="宋体"/>
          <w:b w:val="0"/>
          <w:i w:val="0"/>
          <w:color w:val="333333"/>
          <w:sz w:val="19"/>
        </w:rPr>
        <w:t>which simplifies to 81 = 18x² + 49, so x = 4/3 and AB = 12.</w:t>
      </w:r>
    </w:p>
    <w:p>
      <w:pPr>
        <w:spacing w:before="0" w:after="80" w:line="300" w:lineRule="auto"/>
        <w:jc w:val="left"/>
      </w:pPr>
      <w:r>
        <w:rPr>
          <w:rFonts w:ascii="Times New Roman" w:hAnsi="Times New Roman" w:eastAsia="宋体"/>
          <w:b w:val="0"/>
          <w:i w:val="0"/>
          <w:color w:val="333333"/>
          <w:sz w:val="19"/>
        </w:rPr>
        <w:t>Now △ ABD has sides 9, 7, 12. By Heron’s formula with s = 14, the area is √(14· 5· 7· 2) = √(980) = 14√(5).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E</w:t>
      </w:r>
    </w:p>
    <w:p>
      <w:pPr>
        <w:spacing w:before="0" w:after="80" w:line="300" w:lineRule="auto"/>
        <w:jc w:val="left"/>
      </w:pPr>
      <w:r>
        <w:rPr>
          <w:rFonts w:ascii="Times New Roman" w:hAnsi="Times New Roman" w:eastAsia="宋体"/>
          <w:b w:val="0"/>
          <w:i w:val="0"/>
          <w:sz w:val="21"/>
        </w:rPr>
        <w:t>设 z = a + bi。方程为 z²⁰⁰² = z。取模长，得 |z|²⁰⁰² = |z|，所以 |z|(|z|²⁰⁰¹ - 1) = 0，因此 |z| = 0 或 |z| = 1。</w:t>
      </w:r>
    </w:p>
    <w:p>
      <w:pPr>
        <w:spacing w:before="0" w:after="80" w:line="300" w:lineRule="auto"/>
        <w:jc w:val="left"/>
      </w:pPr>
      <w:r>
        <w:rPr>
          <w:rFonts w:ascii="Times New Roman" w:hAnsi="Times New Roman" w:eastAsia="宋体"/>
          <w:b w:val="0"/>
          <w:i w:val="0"/>
          <w:sz w:val="21"/>
        </w:rPr>
        <w:t>若 |z| = 0，则 (a, b) = (0, 0)，得到一个解。若 |z| = 1，则 z = 1/z，所以 z²⁰⁰² = 1/z，即 z²⁰⁰³ = 1，它有 2003 个不同的根。</w:t>
      </w:r>
    </w:p>
    <w:p>
      <w:pPr>
        <w:spacing w:before="0" w:after="80" w:line="300" w:lineRule="auto"/>
        <w:jc w:val="left"/>
      </w:pPr>
      <w:r>
        <w:rPr>
          <w:rFonts w:ascii="Times New Roman" w:hAnsi="Times New Roman" w:eastAsia="宋体"/>
          <w:b w:val="0"/>
          <w:i w:val="0"/>
          <w:sz w:val="21"/>
        </w:rPr>
        <w:t>总共有 1 + 2003 = 2004 个有序对。</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z = a + bi. The equation is z²⁰⁰² = z. Taking magnitudes, |z|²⁰⁰² = |z|, so |z|(|z|²⁰⁰¹ - 1) = 0, giving |z| = 0 or |z| = 1.</w:t>
      </w:r>
    </w:p>
    <w:p>
      <w:pPr>
        <w:spacing w:before="0" w:after="80" w:line="300" w:lineRule="auto"/>
        <w:jc w:val="left"/>
      </w:pPr>
      <w:r>
        <w:rPr>
          <w:rFonts w:ascii="Times New Roman" w:hAnsi="Times New Roman" w:eastAsia="宋体"/>
          <w:b w:val="0"/>
          <w:i w:val="0"/>
          <w:color w:val="333333"/>
          <w:sz w:val="19"/>
        </w:rPr>
        <w:t>If |z| = 0, then (a, b) = (0, 0), one solution. If |z| = 1, then z = 1/z, so z²⁰⁰² = 1/z, i.e. z²⁰⁰³ = 1, which has 2003 distinct roots.</w:t>
      </w:r>
    </w:p>
    <w:p>
      <w:pPr>
        <w:spacing w:before="0" w:after="80" w:line="300" w:lineRule="auto"/>
        <w:jc w:val="left"/>
      </w:pPr>
      <w:r>
        <w:rPr>
          <w:rFonts w:ascii="Times New Roman" w:hAnsi="Times New Roman" w:eastAsia="宋体"/>
          <w:b w:val="0"/>
          <w:i w:val="0"/>
          <w:color w:val="333333"/>
          <w:sz w:val="19"/>
        </w:rPr>
        <w:t>Altogether there are 1 + 2003 = 2004 ordered pairs.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B</w:t>
      </w:r>
    </w:p>
    <w:p>
      <w:pPr>
        <w:spacing w:before="0" w:after="80" w:line="300" w:lineRule="auto"/>
        <w:jc w:val="left"/>
      </w:pPr>
      <w:r>
        <w:rPr>
          <w:rFonts w:ascii="Times New Roman" w:hAnsi="Times New Roman" w:eastAsia="宋体"/>
          <w:b w:val="0"/>
          <w:i w:val="0"/>
          <w:sz w:val="21"/>
        </w:rPr>
        <w:t>将非零系数替换为它们的平均数，会保持系数总和不变，所以 P 和 Q 的系数和相同。由于 P(1) 和 Q(1) 都等于各自的系数和，P(1) = Q(1)。</w:t>
      </w:r>
    </w:p>
    <w:p>
      <w:pPr>
        <w:spacing w:before="0" w:after="80" w:line="300" w:lineRule="auto"/>
        <w:jc w:val="left"/>
      </w:pPr>
      <w:r>
        <w:rPr>
          <w:rFonts w:ascii="Times New Roman" w:hAnsi="Times New Roman" w:eastAsia="宋体"/>
          <w:b w:val="0"/>
          <w:i w:val="0"/>
          <w:sz w:val="21"/>
        </w:rPr>
        <w:t>因此 y = P(x) 和 y = Q(x) 的图像必须在 x = 1 处相交。唯一显示在 x = 1 处相交的是图 B。（其中 P(x) = 2x⁴ - 3x² - 3x - 4，Q(x) = -2x⁴ - 2x² - 2x - 2。）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Replacing the nonzero coefficients by their mean keeps the total of the coefficients unchanged, so P and Q have the same coefficient sum. Since P(1) and Q(1) each equal that sum, P(1) = Q(1).</w:t>
      </w:r>
    </w:p>
    <w:p>
      <w:pPr>
        <w:spacing w:before="0" w:after="80" w:line="300" w:lineRule="auto"/>
        <w:jc w:val="left"/>
      </w:pPr>
      <w:r>
        <w:rPr>
          <w:rFonts w:ascii="Times New Roman" w:hAnsi="Times New Roman" w:eastAsia="宋体"/>
          <w:b w:val="0"/>
          <w:i w:val="0"/>
          <w:color w:val="333333"/>
          <w:sz w:val="19"/>
        </w:rPr>
        <w:t>Therefore the graphs of y = P(x) and y = Q(x) must cross at x = 1. The only choice showing an intersection at x = 1 is graph B. (There, P(x) = 2x⁴ - 3x² - 3x - 4 and Q(x) = -2x⁴ - 2x² - 2x - 2.)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