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2001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两个数的和是 S。给每个数都加上 3，再将所得的两个数分别翻倍。最后这两个数的和是多少？</w:t>
      </w:r>
    </w:p>
    <w:p>
      <w:pPr>
        <w:spacing w:before="0" w:after="120" w:line="300" w:lineRule="auto"/>
      </w:pPr>
      <w:r>
        <w:rPr>
          <w:rFonts w:ascii="Times New Roman" w:hAnsi="Times New Roman" w:eastAsia="宋体"/>
          <w:b w:val="0"/>
          <w:i w:val="0"/>
          <w:sz w:val="21"/>
        </w:rPr>
        <w:t>（A）2S + 3　　（B）3S + 2　　（C）3S + 6　　（D）2S + 6　　（E）2S + 12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numbers is S. Suppose 3 is added to each number and then each of the resulting numbers is doubled. What is the sum of the final two numbers?</w:t>
      </w:r>
    </w:p>
    <w:p>
      <w:pPr>
        <w:spacing w:before="0" w:after="160" w:line="300" w:lineRule="auto"/>
      </w:pPr>
      <w:r>
        <w:rPr>
          <w:rFonts w:ascii="Times New Roman" w:hAnsi="Times New Roman" w:eastAsia="宋体"/>
          <w:b w:val="0"/>
          <w:i w:val="0"/>
          <w:color w:val="333333"/>
          <w:sz w:val="19"/>
        </w:rPr>
        <w:t>(A) 2S + 3　　(B) 3S + 2　　(C) 3S + 6　　(D) 2S + 6　　(E) 2S + 12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设 P(n) 和 S(n) 分别表示整数 n 的各位数字之积和各位数字之和。例如，P(23) = 6 且 S(23) = 5。假设 N 是一个两位数，并且 N = P(N) + S(N)。N 的个位数字是多少？</w:t>
      </w:r>
    </w:p>
    <w:p>
      <w:pPr>
        <w:spacing w:before="0" w:after="120" w:line="300" w:lineRule="auto"/>
      </w:pPr>
      <w:r>
        <w:rPr>
          <w:rFonts w:ascii="Times New Roman" w:hAnsi="Times New Roman" w:eastAsia="宋体"/>
          <w:b w:val="0"/>
          <w:i w:val="0"/>
          <w:sz w:val="21"/>
        </w:rPr>
        <w:t>（A）2　　（B）3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P(n) and S(n) denote the product and the sum, respectively, of the digits of the integer n. For example, P(23) = 6 and S(23) = 5. Suppose N is a two-digit number such that N = P(N) + S(N). What is the units digit of N?</w:t>
      </w:r>
    </w:p>
    <w:p>
      <w:pPr>
        <w:spacing w:before="0" w:after="160" w:line="300" w:lineRule="auto"/>
      </w:pPr>
      <w:r>
        <w:rPr>
          <w:rFonts w:ascii="Times New Roman" w:hAnsi="Times New Roman" w:eastAsia="宋体"/>
          <w:b w:val="0"/>
          <w:i w:val="0"/>
          <w:color w:val="333333"/>
          <w:sz w:val="19"/>
        </w:rPr>
        <w:t>(A) 2　　(B) 3　　(C) 6　　(D) 8　　(E) 9</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Kristin 所住的州规定，年收入中前 $28000 的所得税率为 p%，超过 $28000 的部分税率为 (p + 2)%。Kristin 发现，她缴纳的州所得税相当于年收入的 (p + 0.25)%。她的年收入是多少？</w:t>
      </w:r>
    </w:p>
    <w:p>
      <w:pPr>
        <w:spacing w:before="0" w:after="120" w:line="300" w:lineRule="auto"/>
      </w:pPr>
      <w:r>
        <w:rPr>
          <w:rFonts w:ascii="Times New Roman" w:hAnsi="Times New Roman" w:eastAsia="宋体"/>
          <w:b w:val="0"/>
          <w:i w:val="0"/>
          <w:sz w:val="21"/>
        </w:rPr>
        <w:t>（A）$28000　　（B）$32000　　（C）$35000　　（D）$42000　　（E）$56000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 income tax where Kristin lives is levied at the rate of p% of the first $28000 of annual income plus (p + 2)% of any amount above $28000. Kristin noticed that the state income tax she paid amounted to (p + 0.25)% of her annual income. What was her annual income?</w:t>
      </w:r>
    </w:p>
    <w:p>
      <w:pPr>
        <w:spacing w:before="0" w:after="160" w:line="300" w:lineRule="auto"/>
      </w:pPr>
      <w:r>
        <w:rPr>
          <w:rFonts w:ascii="Times New Roman" w:hAnsi="Times New Roman" w:eastAsia="宋体"/>
          <w:b w:val="0"/>
          <w:i w:val="0"/>
          <w:color w:val="333333"/>
          <w:sz w:val="19"/>
        </w:rPr>
        <w:t>(A) $28000　　(B) $32000　　(C) $35000　　(D) $42000　　(E) $56000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三个数的平均数比其中最小的数大 10，并且比其中最大的数小 15。这三个数的中位数是 5。它们的和是多少？</w:t>
      </w:r>
    </w:p>
    <w:p>
      <w:pPr>
        <w:spacing w:before="0" w:after="120" w:line="300" w:lineRule="auto"/>
      </w:pPr>
      <w:r>
        <w:rPr>
          <w:rFonts w:ascii="Times New Roman" w:hAnsi="Times New Roman" w:eastAsia="宋体"/>
          <w:b w:val="0"/>
          <w:i w:val="0"/>
          <w:sz w:val="21"/>
        </w:rPr>
        <w:t>（A）5　　（B）20　　（C）25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of three numbers is 10 more than the least of the numbers and 15 less than the greatest. The median of the three numbers is 5. What is their sum?</w:t>
      </w:r>
    </w:p>
    <w:p>
      <w:pPr>
        <w:spacing w:before="0" w:after="160" w:line="300" w:lineRule="auto"/>
      </w:pPr>
      <w:r>
        <w:rPr>
          <w:rFonts w:ascii="Times New Roman" w:hAnsi="Times New Roman" w:eastAsia="宋体"/>
          <w:b w:val="0"/>
          <w:i w:val="0"/>
          <w:color w:val="333333"/>
          <w:sz w:val="19"/>
        </w:rPr>
        <w:t>(A) 5　　(B) 20　　(C) 25　　(D) 30　　(E) 36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所有小于 10,000 的正奇整数的乘积是多少？</w:t>
      </w:r>
    </w:p>
    <w:p>
      <w:pPr>
        <w:spacing w:before="0" w:after="120" w:line="300" w:lineRule="auto"/>
      </w:pPr>
      <w:r>
        <w:rPr>
          <w:rFonts w:ascii="Times New Roman" w:hAnsi="Times New Roman" w:eastAsia="宋体"/>
          <w:b w:val="0"/>
          <w:i w:val="0"/>
          <w:sz w:val="21"/>
        </w:rPr>
        <w:t>（A）(10000!)/((5000!)²)　　（B）(10000!)/2⁵⁰⁰⁰　　（C）(9999!)/2⁵⁰⁰⁰　　（D）(10000!)/(2⁵⁰⁰⁰ · 5000!)　　（E）(5000!)/2⁵⁰⁰⁰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product of all positive odd integers less than 10,000?</w:t>
      </w:r>
    </w:p>
    <w:p>
      <w:pPr>
        <w:spacing w:before="0" w:after="160" w:line="300" w:lineRule="auto"/>
      </w:pPr>
      <w:r>
        <w:rPr>
          <w:rFonts w:ascii="Times New Roman" w:hAnsi="Times New Roman" w:eastAsia="宋体"/>
          <w:b w:val="0"/>
          <w:i w:val="0"/>
          <w:color w:val="333333"/>
          <w:sz w:val="19"/>
        </w:rPr>
        <w:t>(A) (10000!)/((5000!)²)　　(B) (10000!)/2⁵⁰⁰⁰　　(C) (9999!)/2⁵⁰⁰⁰　　(D) (10000!)/(2⁵⁰⁰⁰ · 5000!)　　(E) (5000!)/2⁵⁰⁰⁰</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一个电话号码的形式为 ABC - DEF - GHIJ，其中每个字母代表一个不同的数字。号码每一段中的数字都按递减顺序排列；也就是说，A &gt; B &gt; C，D &gt; E &gt; F，且 G &gt; H &gt; I &gt; J。此外，D，E，和 F 是连续的偶数字；G，H，I，和 J 是连续的奇数字；并且 A + B + C = 9。求 A。</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telephone number has the form ABC - DEF - GHIJ, where each letter represents a different digit. The digits in each part of the number are in decreasing order; that is, A &gt; B &gt; C, D &gt; E &gt; F, and G &gt; H &gt; I &gt; J. Furthermore, D, E, and F are consecutive even digits; G, H, I, and J are consecutive odd digits; and A + B + C = 9. Find A.</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一个慈善机构出售了 140 张义演票，共收入 $2001。有些票按全价出售（全价是整数美元），其余按半价出售。全价票一共收入了多少钱？</w:t>
      </w:r>
    </w:p>
    <w:p>
      <w:pPr>
        <w:spacing w:before="0" w:after="120" w:line="300" w:lineRule="auto"/>
      </w:pPr>
      <w:r>
        <w:rPr>
          <w:rFonts w:ascii="Times New Roman" w:hAnsi="Times New Roman" w:eastAsia="宋体"/>
          <w:b w:val="0"/>
          <w:i w:val="0"/>
          <w:sz w:val="21"/>
        </w:rPr>
        <w:t>（A）$782　　（B）$986　　（C）$1158　　（D）$1219　　（E）$1449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charity sells 140 benefit tickets for a total of $2001. Some tickets sell for full price (a whole dollar amount), and the rest sell for half price. How much money is raised by the full-price tickets?</w:t>
      </w:r>
    </w:p>
    <w:p>
      <w:pPr>
        <w:spacing w:before="0" w:after="160" w:line="300" w:lineRule="auto"/>
      </w:pPr>
      <w:r>
        <w:rPr>
          <w:rFonts w:ascii="Times New Roman" w:hAnsi="Times New Roman" w:eastAsia="宋体"/>
          <w:b w:val="0"/>
          <w:i w:val="0"/>
          <w:color w:val="333333"/>
          <w:sz w:val="19"/>
        </w:rPr>
        <w:t>(A) $782　　(B) $986　　(C) $1158　　(D) $1219　　(E) $1449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下面哪个圆锥可以由一个半径为 10、圆心角为 252° 的扇形，把两条直边对齐后形成？</w:t>
      </w:r>
    </w:p>
    <w:p>
      <w:pPr>
        <w:spacing w:before="80" w:after="80"/>
        <w:jc w:val="center"/>
      </w:pPr>
      <w:r>
        <w:drawing>
          <wp:inline xmlns:a="http://schemas.openxmlformats.org/drawingml/2006/main" xmlns:pic="http://schemas.openxmlformats.org/drawingml/2006/picture">
            <wp:extent cx="2316700" cy="2260612"/>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316700" cy="2260612"/>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628161" cy="726569"/>
            <wp:docPr id="2" name="Picture 2"/>
            <wp:cNvGraphicFramePr>
              <a:graphicFrameLocks noChangeAspect="1"/>
            </wp:cNvGraphicFramePr>
            <a:graphic>
              <a:graphicData uri="http://schemas.openxmlformats.org/drawingml/2006/picture">
                <pic:pic>
                  <pic:nvPicPr>
                    <pic:cNvPr id="0" name="q08-a-1@300dpi.png"/>
                    <pic:cNvPicPr/>
                  </pic:nvPicPr>
                  <pic:blipFill>
                    <a:blip r:embed="rId10"/>
                    <a:stretch>
                      <a:fillRect/>
                    </a:stretch>
                  </pic:blipFill>
                  <pic:spPr>
                    <a:xfrm>
                      <a:off x="0" y="0"/>
                      <a:ext cx="628161" cy="726569"/>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624699" cy="726569"/>
            <wp:docPr id="3" name="Picture 3"/>
            <wp:cNvGraphicFramePr>
              <a:graphicFrameLocks noChangeAspect="1"/>
            </wp:cNvGraphicFramePr>
            <a:graphic>
              <a:graphicData uri="http://schemas.openxmlformats.org/drawingml/2006/picture">
                <pic:pic>
                  <pic:nvPicPr>
                    <pic:cNvPr id="0" name="q08-b-1@300dpi.png"/>
                    <pic:cNvPicPr/>
                  </pic:nvPicPr>
                  <pic:blipFill>
                    <a:blip r:embed="rId11"/>
                    <a:stretch>
                      <a:fillRect/>
                    </a:stretch>
                  </pic:blipFill>
                  <pic:spPr>
                    <a:xfrm>
                      <a:off x="0" y="0"/>
                      <a:ext cx="624699" cy="726569"/>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732699" cy="726569"/>
            <wp:docPr id="4" name="Picture 4"/>
            <wp:cNvGraphicFramePr>
              <a:graphicFrameLocks noChangeAspect="1"/>
            </wp:cNvGraphicFramePr>
            <a:graphic>
              <a:graphicData uri="http://schemas.openxmlformats.org/drawingml/2006/picture">
                <pic:pic>
                  <pic:nvPicPr>
                    <pic:cNvPr id="0" name="q08-c-1@300dpi.png"/>
                    <pic:cNvPicPr/>
                  </pic:nvPicPr>
                  <pic:blipFill>
                    <a:blip r:embed="rId12"/>
                    <a:stretch>
                      <a:fillRect/>
                    </a:stretch>
                  </pic:blipFill>
                  <pic:spPr>
                    <a:xfrm>
                      <a:off x="0" y="0"/>
                      <a:ext cx="732699" cy="726569"/>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732699" cy="726569"/>
            <wp:docPr id="5" name="Picture 5"/>
            <wp:cNvGraphicFramePr>
              <a:graphicFrameLocks noChangeAspect="1"/>
            </wp:cNvGraphicFramePr>
            <a:graphic>
              <a:graphicData uri="http://schemas.openxmlformats.org/drawingml/2006/picture">
                <pic:pic>
                  <pic:nvPicPr>
                    <pic:cNvPr id="0" name="q08-d-1@300dpi.png"/>
                    <pic:cNvPicPr/>
                  </pic:nvPicPr>
                  <pic:blipFill>
                    <a:blip r:embed="rId13"/>
                    <a:stretch>
                      <a:fillRect/>
                    </a:stretch>
                  </pic:blipFill>
                  <pic:spPr>
                    <a:xfrm>
                      <a:off x="0" y="0"/>
                      <a:ext cx="732699" cy="726569"/>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819100" cy="726569"/>
            <wp:docPr id="6" name="Picture 6"/>
            <wp:cNvGraphicFramePr>
              <a:graphicFrameLocks noChangeAspect="1"/>
            </wp:cNvGraphicFramePr>
            <a:graphic>
              <a:graphicData uri="http://schemas.openxmlformats.org/drawingml/2006/picture">
                <pic:pic>
                  <pic:nvPicPr>
                    <pic:cNvPr id="0" name="q08-e-1@300dpi.png"/>
                    <pic:cNvPicPr/>
                  </pic:nvPicPr>
                  <pic:blipFill>
                    <a:blip r:embed="rId14"/>
                    <a:stretch>
                      <a:fillRect/>
                    </a:stretch>
                  </pic:blipFill>
                  <pic:spPr>
                    <a:xfrm>
                      <a:off x="0" y="0"/>
                      <a:ext cx="819100" cy="726569"/>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cones below can be formed from a 252° sector of a circle of radius 10 by aligning the two straight sides?</w:t>
      </w:r>
    </w:p>
    <w:p>
      <w:pPr>
        <w:spacing w:before="80" w:after="80"/>
        <w:jc w:val="center"/>
      </w:pPr>
      <w:r>
        <w:drawing>
          <wp:inline xmlns:a="http://schemas.openxmlformats.org/drawingml/2006/main" xmlns:pic="http://schemas.openxmlformats.org/drawingml/2006/picture">
            <wp:extent cx="2316700" cy="2260612"/>
            <wp:docPr id="7" name="Picture 7"/>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316700" cy="2260612"/>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628161" cy="726569"/>
            <wp:docPr id="8" name="Picture 8"/>
            <wp:cNvGraphicFramePr>
              <a:graphicFrameLocks noChangeAspect="1"/>
            </wp:cNvGraphicFramePr>
            <a:graphic>
              <a:graphicData uri="http://schemas.openxmlformats.org/drawingml/2006/picture">
                <pic:pic>
                  <pic:nvPicPr>
                    <pic:cNvPr id="0" name="q08-a-1@300dpi.png"/>
                    <pic:cNvPicPr/>
                  </pic:nvPicPr>
                  <pic:blipFill>
                    <a:blip r:embed="rId10"/>
                    <a:stretch>
                      <a:fillRect/>
                    </a:stretch>
                  </pic:blipFill>
                  <pic:spPr>
                    <a:xfrm>
                      <a:off x="0" y="0"/>
                      <a:ext cx="628161" cy="72656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624699" cy="726569"/>
            <wp:docPr id="9" name="Picture 9"/>
            <wp:cNvGraphicFramePr>
              <a:graphicFrameLocks noChangeAspect="1"/>
            </wp:cNvGraphicFramePr>
            <a:graphic>
              <a:graphicData uri="http://schemas.openxmlformats.org/drawingml/2006/picture">
                <pic:pic>
                  <pic:nvPicPr>
                    <pic:cNvPr id="0" name="q08-b-1@300dpi.png"/>
                    <pic:cNvPicPr/>
                  </pic:nvPicPr>
                  <pic:blipFill>
                    <a:blip r:embed="rId11"/>
                    <a:stretch>
                      <a:fillRect/>
                    </a:stretch>
                  </pic:blipFill>
                  <pic:spPr>
                    <a:xfrm>
                      <a:off x="0" y="0"/>
                      <a:ext cx="624699" cy="72656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732699" cy="726569"/>
            <wp:docPr id="10" name="Picture 10"/>
            <wp:cNvGraphicFramePr>
              <a:graphicFrameLocks noChangeAspect="1"/>
            </wp:cNvGraphicFramePr>
            <a:graphic>
              <a:graphicData uri="http://schemas.openxmlformats.org/drawingml/2006/picture">
                <pic:pic>
                  <pic:nvPicPr>
                    <pic:cNvPr id="0" name="q08-c-1@300dpi.png"/>
                    <pic:cNvPicPr/>
                  </pic:nvPicPr>
                  <pic:blipFill>
                    <a:blip r:embed="rId12"/>
                    <a:stretch>
                      <a:fillRect/>
                    </a:stretch>
                  </pic:blipFill>
                  <pic:spPr>
                    <a:xfrm>
                      <a:off x="0" y="0"/>
                      <a:ext cx="732699" cy="72656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732699" cy="726569"/>
            <wp:docPr id="11" name="Picture 11"/>
            <wp:cNvGraphicFramePr>
              <a:graphicFrameLocks noChangeAspect="1"/>
            </wp:cNvGraphicFramePr>
            <a:graphic>
              <a:graphicData uri="http://schemas.openxmlformats.org/drawingml/2006/picture">
                <pic:pic>
                  <pic:nvPicPr>
                    <pic:cNvPr id="0" name="q08-d-1@300dpi.png"/>
                    <pic:cNvPicPr/>
                  </pic:nvPicPr>
                  <pic:blipFill>
                    <a:blip r:embed="rId13"/>
                    <a:stretch>
                      <a:fillRect/>
                    </a:stretch>
                  </pic:blipFill>
                  <pic:spPr>
                    <a:xfrm>
                      <a:off x="0" y="0"/>
                      <a:ext cx="732699" cy="72656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819100" cy="726569"/>
            <wp:docPr id="12" name="Picture 12"/>
            <wp:cNvGraphicFramePr>
              <a:graphicFrameLocks noChangeAspect="1"/>
            </wp:cNvGraphicFramePr>
            <a:graphic>
              <a:graphicData uri="http://schemas.openxmlformats.org/drawingml/2006/picture">
                <pic:pic>
                  <pic:nvPicPr>
                    <pic:cNvPr id="0" name="q08-e-1@300dpi.png"/>
                    <pic:cNvPicPr/>
                  </pic:nvPicPr>
                  <pic:blipFill>
                    <a:blip r:embed="rId14"/>
                    <a:stretch>
                      <a:fillRect/>
                    </a:stretch>
                  </pic:blipFill>
                  <pic:spPr>
                    <a:xfrm>
                      <a:off x="0" y="0"/>
                      <a:ext cx="819100" cy="726569"/>
                    </a:xfrm>
                    <a:prstGeom prst="rect"/>
                  </pic:spPr>
                </pic:pic>
              </a:graphicData>
            </a:graphic>
          </wp:inline>
        </w:drawing>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f 是一个函数，对所有正实数 x 和 y 都满足 f(xy) = (f(x))/y。若 f(500) = 3，则 f(600) 的值是多少？</w:t>
      </w:r>
    </w:p>
    <w:p>
      <w:pPr>
        <w:spacing w:before="0" w:after="120" w:line="300" w:lineRule="auto"/>
      </w:pPr>
      <w:r>
        <w:rPr>
          <w:rFonts w:ascii="Times New Roman" w:hAnsi="Times New Roman" w:eastAsia="宋体"/>
          <w:b w:val="0"/>
          <w:i w:val="0"/>
          <w:sz w:val="21"/>
        </w:rPr>
        <w:t>（A）1　　（B）2　　（C）5/2　　（D）3　　（E）18/5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function satisfying f(xy) = (f(x))/y for all positive real numbers x and y. If f(500) = 3, what is the value of f(600)?</w:t>
      </w:r>
    </w:p>
    <w:p>
      <w:pPr>
        <w:spacing w:before="0" w:after="160" w:line="300" w:lineRule="auto"/>
      </w:pPr>
      <w:r>
        <w:rPr>
          <w:rFonts w:ascii="Times New Roman" w:hAnsi="Times New Roman" w:eastAsia="宋体"/>
          <w:b w:val="0"/>
          <w:i w:val="0"/>
          <w:color w:val="333333"/>
          <w:sz w:val="19"/>
        </w:rPr>
        <w:t>(A) 1　　(B) 2　　(C) 5/2　　(D) 3　　(E) 18/5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平面按图所示由全等的正方形和全等的五边形铺成。被五边形覆盖的平面面积百分比最接近</w:t>
      </w:r>
    </w:p>
    <w:p>
      <w:pPr>
        <w:spacing w:before="80" w:after="80"/>
        <w:jc w:val="center"/>
      </w:pPr>
      <w:r>
        <w:drawing>
          <wp:inline xmlns:a="http://schemas.openxmlformats.org/drawingml/2006/main" xmlns:pic="http://schemas.openxmlformats.org/drawingml/2006/picture">
            <wp:extent cx="1373499" cy="1373499"/>
            <wp:docPr id="13" name="Picture 13"/>
            <wp:cNvGraphicFramePr>
              <a:graphicFrameLocks noChangeAspect="1"/>
            </wp:cNvGraphicFramePr>
            <a:graphic>
              <a:graphicData uri="http://schemas.openxmlformats.org/drawingml/2006/picture">
                <pic:pic>
                  <pic:nvPicPr>
                    <pic:cNvPr id="0" name="q10-1@300dpi.png"/>
                    <pic:cNvPicPr/>
                  </pic:nvPicPr>
                  <pic:blipFill>
                    <a:blip r:embed="rId15"/>
                    <a:stretch>
                      <a:fillRect/>
                    </a:stretch>
                  </pic:blipFill>
                  <pic:spPr>
                    <a:xfrm>
                      <a:off x="0" y="0"/>
                      <a:ext cx="1373499" cy="1373499"/>
                    </a:xfrm>
                    <a:prstGeom prst="rect"/>
                  </pic:spPr>
                </pic:pic>
              </a:graphicData>
            </a:graphic>
          </wp:inline>
        </w:drawing>
      </w:r>
    </w:p>
    <w:p>
      <w:pPr>
        <w:spacing w:before="0" w:after="120" w:line="300" w:lineRule="auto"/>
      </w:pPr>
      <w:r>
        <w:rPr>
          <w:rFonts w:ascii="Times New Roman" w:hAnsi="Times New Roman" w:eastAsia="宋体"/>
          <w:b w:val="0"/>
          <w:i w:val="0"/>
          <w:sz w:val="21"/>
        </w:rPr>
        <w:t>（A）50　　（B）52　　（C）54　　（D）56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plane is tiled by congruent squares and congruent pentagons as indicated. The percent of the plane that is enclosed by the pentagons is closest to</w:t>
      </w:r>
    </w:p>
    <w:p>
      <w:pPr>
        <w:spacing w:before="80" w:after="80"/>
        <w:jc w:val="center"/>
      </w:pPr>
      <w:r>
        <w:drawing>
          <wp:inline xmlns:a="http://schemas.openxmlformats.org/drawingml/2006/main" xmlns:pic="http://schemas.openxmlformats.org/drawingml/2006/picture">
            <wp:extent cx="1373499" cy="1373499"/>
            <wp:docPr id="14" name="Picture 14"/>
            <wp:cNvGraphicFramePr>
              <a:graphicFrameLocks noChangeAspect="1"/>
            </wp:cNvGraphicFramePr>
            <a:graphic>
              <a:graphicData uri="http://schemas.openxmlformats.org/drawingml/2006/picture">
                <pic:pic>
                  <pic:nvPicPr>
                    <pic:cNvPr id="0" name="q10-1@300dpi.png"/>
                    <pic:cNvPicPr/>
                  </pic:nvPicPr>
                  <pic:blipFill>
                    <a:blip r:embed="rId15"/>
                    <a:stretch>
                      <a:fillRect/>
                    </a:stretch>
                  </pic:blipFill>
                  <pic:spPr>
                    <a:xfrm>
                      <a:off x="0" y="0"/>
                      <a:ext cx="1373499" cy="13734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　　(B) 52　　(C) 54　　(D) 56　　(E) 58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一个盒子里恰有五枚筹码，三枚红色、两枚白色。随机一次取出一枚且不放回，直到所有红筹码都被取出或所有白筹码都被取出为止。最后一枚被取出的筹码是白色的概率是多少？</w:t>
      </w:r>
    </w:p>
    <w:p>
      <w:pPr>
        <w:spacing w:before="0" w:after="120" w:line="300" w:lineRule="auto"/>
      </w:pPr>
      <w:r>
        <w:rPr>
          <w:rFonts w:ascii="Times New Roman" w:hAnsi="Times New Roman" w:eastAsia="宋体"/>
          <w:b w:val="0"/>
          <w:i w:val="0"/>
          <w:sz w:val="21"/>
        </w:rPr>
        <w:t>（A）3/10　　（B）2/5　　（C）1/2　　（D）3/5　　（E）7/10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exactly five chips, three red and two white. Chips are randomly removed one at a time without replacement until all the red chips are drawn or all the white chips are drawn. What is the probability that the last chip drawn is white?</w:t>
      </w:r>
    </w:p>
    <w:p>
      <w:pPr>
        <w:spacing w:before="0" w:after="160" w:line="300" w:lineRule="auto"/>
      </w:pPr>
      <w:r>
        <w:rPr>
          <w:rFonts w:ascii="Times New Roman" w:hAnsi="Times New Roman" w:eastAsia="宋体"/>
          <w:b w:val="0"/>
          <w:i w:val="0"/>
          <w:color w:val="333333"/>
          <w:sz w:val="19"/>
        </w:rPr>
        <w:t>(A) 3/10　　(B) 2/5　　(C) 1/2　　(D) 3/5　　(E) 7/10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不超过 2001 的正整数中，有多少个是 3 或 4 的倍数，但不是 5 的倍数？</w:t>
      </w:r>
    </w:p>
    <w:p>
      <w:pPr>
        <w:spacing w:before="0" w:after="120" w:line="300" w:lineRule="auto"/>
      </w:pPr>
      <w:r>
        <w:rPr>
          <w:rFonts w:ascii="Times New Roman" w:hAnsi="Times New Roman" w:eastAsia="宋体"/>
          <w:b w:val="0"/>
          <w:i w:val="0"/>
          <w:sz w:val="21"/>
        </w:rPr>
        <w:t>（A）768　　（B）801　　（C）934　　（D）1067　　（E）1167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not exceeding 2001 are multiples of 3 or 4 but not 5?</w:t>
      </w:r>
    </w:p>
    <w:p>
      <w:pPr>
        <w:spacing w:before="0" w:after="160" w:line="300" w:lineRule="auto"/>
      </w:pPr>
      <w:r>
        <w:rPr>
          <w:rFonts w:ascii="Times New Roman" w:hAnsi="Times New Roman" w:eastAsia="宋体"/>
          <w:b w:val="0"/>
          <w:i w:val="0"/>
          <w:color w:val="333333"/>
          <w:sz w:val="19"/>
        </w:rPr>
        <w:t>(A) 768　　(B) 801　　(C) 934　　(D) 1067　　(E) 1167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方程为 y = ax² + bx + c、顶点为 (h, k) 的抛物线关于直线 y = k 反射后，得到的抛物线方程为 y = dx² + ex + f。以下哪一个等于 a + b + c + d + e + f？</w:t>
      </w:r>
    </w:p>
    <w:p>
      <w:pPr>
        <w:spacing w:before="0" w:after="120" w:line="300" w:lineRule="auto"/>
      </w:pPr>
      <w:r>
        <w:rPr>
          <w:rFonts w:ascii="Times New Roman" w:hAnsi="Times New Roman" w:eastAsia="宋体"/>
          <w:b w:val="0"/>
          <w:i w:val="0"/>
          <w:sz w:val="21"/>
        </w:rPr>
        <w:t>（A）2b　　（B）2c　　（C）2a + 2b　　（D）2h　　（E）2k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parabola with equation y = ax² + bx + c and vertex (h, k) is reflected about the line y = k. This results in the parabola with equation y = dx² + ex + f. Which of the following equals a + b + c + d + e + f?</w:t>
      </w:r>
    </w:p>
    <w:p>
      <w:pPr>
        <w:spacing w:before="0" w:after="160" w:line="300" w:lineRule="auto"/>
      </w:pPr>
      <w:r>
        <w:rPr>
          <w:rFonts w:ascii="Times New Roman" w:hAnsi="Times New Roman" w:eastAsia="宋体"/>
          <w:b w:val="0"/>
          <w:i w:val="0"/>
          <w:color w:val="333333"/>
          <w:sz w:val="19"/>
        </w:rPr>
        <w:t>(A) 2b　　(B) 2c　　(C) 2a + 2b　　(D) 2h　　(E) 2k</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给定正九边形 A₁ A₂ A₃ A₄ A₅ A₆ A₇ A₈ A₉，在该多边形所在平面内，有多少个不同的等边三角形至少有两个顶点属于集合 {A₁, A₂, …, A₉}？</w:t>
      </w:r>
    </w:p>
    <w:p>
      <w:pPr>
        <w:spacing w:before="0" w:after="120" w:line="300" w:lineRule="auto"/>
      </w:pPr>
      <w:r>
        <w:rPr>
          <w:rFonts w:ascii="Times New Roman" w:hAnsi="Times New Roman" w:eastAsia="宋体"/>
          <w:b w:val="0"/>
          <w:i w:val="0"/>
          <w:sz w:val="21"/>
        </w:rPr>
        <w:t>（A）30　　（B）36　　（C）63　　（D）66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nine-sided regular polygon A₁ A₂ A₃ A₄ A₅ A₆ A₇ A₈ A₉, how many distinct equilateral triangles in the plane of the polygon have at least two vertices in the set {A₁, A₂, …, A₉}?</w:t>
      </w:r>
    </w:p>
    <w:p>
      <w:pPr>
        <w:spacing w:before="0" w:after="160" w:line="300" w:lineRule="auto"/>
      </w:pPr>
      <w:r>
        <w:rPr>
          <w:rFonts w:ascii="Times New Roman" w:hAnsi="Times New Roman" w:eastAsia="宋体"/>
          <w:b w:val="0"/>
          <w:i w:val="0"/>
          <w:color w:val="333333"/>
          <w:sz w:val="19"/>
        </w:rPr>
        <w:t>(A) 30　　(B) 36　　(C) 63　　(D) 66　　(E) 72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一只昆虫生活在边长为 1 的正四面体表面。它想沿四面体表面，从一条棱的中点走到其对棱的中点。这样的最短路程是多少？（注：四面体的两条棱若没有公共端点，则称为</w:t>
      </w:r>
      <w:r>
        <w:rPr>
          <w:rFonts w:ascii="Times New Roman" w:hAnsi="Times New Roman" w:eastAsia="宋体"/>
          <w:b w:val="0"/>
          <w:i/>
          <w:sz w:val="21"/>
        </w:rPr>
        <w:t>对棱</w:t>
      </w:r>
      <w:r>
        <w:rPr>
          <w:rFonts w:ascii="Times New Roman" w:hAnsi="Times New Roman" w:eastAsia="宋体"/>
          <w:b w:val="0"/>
          <w:i w:val="0"/>
          <w:sz w:val="21"/>
        </w:rPr>
        <w:t>。）</w:t>
      </w:r>
    </w:p>
    <w:p>
      <w:pPr>
        <w:spacing w:before="80" w:after="80"/>
        <w:jc w:val="center"/>
      </w:pPr>
      <w:r>
        <w:drawing>
          <wp:inline xmlns:a="http://schemas.openxmlformats.org/drawingml/2006/main" xmlns:pic="http://schemas.openxmlformats.org/drawingml/2006/picture">
            <wp:extent cx="1992700" cy="1452700"/>
            <wp:docPr id="15" name="Picture 15"/>
            <wp:cNvGraphicFramePr>
              <a:graphicFrameLocks noChangeAspect="1"/>
            </wp:cNvGraphicFramePr>
            <a:graphic>
              <a:graphicData uri="http://schemas.openxmlformats.org/drawingml/2006/picture">
                <pic:pic>
                  <pic:nvPicPr>
                    <pic:cNvPr id="0" name="q15-1@300dpi.png"/>
                    <pic:cNvPicPr/>
                  </pic:nvPicPr>
                  <pic:blipFill>
                    <a:blip r:embed="rId16"/>
                    <a:stretch>
                      <a:fillRect/>
                    </a:stretch>
                  </pic:blipFill>
                  <pic:spPr>
                    <a:xfrm>
                      <a:off x="0" y="0"/>
                      <a:ext cx="1992700" cy="1452700"/>
                    </a:xfrm>
                    <a:prstGeom prst="rect"/>
                  </pic:spPr>
                </pic:pic>
              </a:graphicData>
            </a:graphic>
          </wp:inline>
        </w:drawing>
      </w:r>
    </w:p>
    <w:p>
      <w:pPr>
        <w:spacing w:before="0" w:after="120" w:line="300" w:lineRule="auto"/>
      </w:pPr>
      <w:r>
        <w:rPr>
          <w:rFonts w:ascii="Times New Roman" w:hAnsi="Times New Roman" w:eastAsia="宋体"/>
          <w:b w:val="0"/>
          <w:i w:val="0"/>
          <w:sz w:val="21"/>
        </w:rPr>
        <w:t>（A）1/2√(3)　　（B）1　　（C）√(2)　　（D）3/2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insect lives on the surface of a regular tetrahedron with edges of length 1. It wishes to travel on the surface of the tetrahedron from the midpoint of one edge to the midpoint of the opposite edge. What is the length of the shortest such trip? (Note: Two edges of a tetrahedron are</w:t>
      </w:r>
      <w:r>
        <w:rPr>
          <w:rFonts w:ascii="Times New Roman" w:hAnsi="Times New Roman" w:eastAsia="宋体"/>
          <w:b w:val="0"/>
          <w:i/>
          <w:color w:val="333333"/>
          <w:sz w:val="19"/>
        </w:rPr>
        <w:t>opposite</w:t>
      </w:r>
      <w:r>
        <w:rPr>
          <w:rFonts w:ascii="Times New Roman" w:hAnsi="Times New Roman" w:eastAsia="宋体"/>
          <w:b w:val="0"/>
          <w:i w:val="0"/>
          <w:color w:val="333333"/>
          <w:sz w:val="19"/>
        </w:rPr>
        <w:t>if they have no common endpoint.)</w:t>
      </w:r>
    </w:p>
    <w:p>
      <w:pPr>
        <w:spacing w:before="80" w:after="80"/>
        <w:jc w:val="center"/>
      </w:pPr>
      <w:r>
        <w:drawing>
          <wp:inline xmlns:a="http://schemas.openxmlformats.org/drawingml/2006/main" xmlns:pic="http://schemas.openxmlformats.org/drawingml/2006/picture">
            <wp:extent cx="1992700" cy="1452700"/>
            <wp:docPr id="16" name="Picture 16"/>
            <wp:cNvGraphicFramePr>
              <a:graphicFrameLocks noChangeAspect="1"/>
            </wp:cNvGraphicFramePr>
            <a:graphic>
              <a:graphicData uri="http://schemas.openxmlformats.org/drawingml/2006/picture">
                <pic:pic>
                  <pic:nvPicPr>
                    <pic:cNvPr id="0" name="q15-1@300dpi.png"/>
                    <pic:cNvPicPr/>
                  </pic:nvPicPr>
                  <pic:blipFill>
                    <a:blip r:embed="rId16"/>
                    <a:stretch>
                      <a:fillRect/>
                    </a:stretch>
                  </pic:blipFill>
                  <pic:spPr>
                    <a:xfrm>
                      <a:off x="0" y="0"/>
                      <a:ext cx="1992700" cy="145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1/2√(3)　　(B) 1　　(C) √(2)　　(D) 3/2　　(E) 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一只蜘蛛的八条腿各有一只袜子和一只鞋。若每条腿上必须先穿袜子再穿鞋，那么这只蜘蛛穿上所有袜子和鞋的顺序共有多少种？</w:t>
      </w:r>
    </w:p>
    <w:p>
      <w:pPr>
        <w:spacing w:before="0" w:after="120" w:line="300" w:lineRule="auto"/>
      </w:pPr>
      <w:r>
        <w:rPr>
          <w:rFonts w:ascii="Times New Roman" w:hAnsi="Times New Roman" w:eastAsia="宋体"/>
          <w:b w:val="0"/>
          <w:i w:val="0"/>
          <w:sz w:val="21"/>
        </w:rPr>
        <w:t>（A）8!　　（B）2⁸ 8!　　（C）(8!)²　　（D）(16!)/2⁸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spider has one sock and one shoe for each of its eight legs. In how many different orders can the spider put on its socks and shoes, assuming that, on each leg, the sock must be put on before the shoe?</w:t>
      </w:r>
    </w:p>
    <w:p>
      <w:pPr>
        <w:spacing w:before="0" w:after="160" w:line="300" w:lineRule="auto"/>
      </w:pPr>
      <w:r>
        <w:rPr>
          <w:rFonts w:ascii="Times New Roman" w:hAnsi="Times New Roman" w:eastAsia="宋体"/>
          <w:b w:val="0"/>
          <w:i w:val="0"/>
          <w:color w:val="333333"/>
          <w:sz w:val="19"/>
        </w:rPr>
        <w:t>(A) 8!　　(B) 2⁸ 8!　　(C) (8!)²　　(D) (16!)/2⁸　　(E) 16!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从顶点为 A = (0, 2)、B = (4, 0)、C = (2π + 1, 0)、D = (2π + 1, 4) 和 E = (0, 4) 的五边形内部随机选取一点 P。∠ APB 为钝角的概率是多少？</w:t>
      </w:r>
    </w:p>
    <w:p>
      <w:pPr>
        <w:spacing w:before="80" w:after="80"/>
        <w:jc w:val="center"/>
      </w:pPr>
      <w:r>
        <w:drawing>
          <wp:inline xmlns:a="http://schemas.openxmlformats.org/drawingml/2006/main" xmlns:pic="http://schemas.openxmlformats.org/drawingml/2006/picture">
            <wp:extent cx="1749475" cy="1069160"/>
            <wp:docPr id="17" name="Picture 17"/>
            <wp:cNvGraphicFramePr>
              <a:graphicFrameLocks noChangeAspect="1"/>
            </wp:cNvGraphicFramePr>
            <a:graphic>
              <a:graphicData uri="http://schemas.openxmlformats.org/drawingml/2006/picture">
                <pic:pic>
                  <pic:nvPicPr>
                    <pic:cNvPr id="0" name="q17-1@300dpi.png"/>
                    <pic:cNvPicPr/>
                  </pic:nvPicPr>
                  <pic:blipFill>
                    <a:blip r:embed="rId17"/>
                    <a:stretch>
                      <a:fillRect/>
                    </a:stretch>
                  </pic:blipFill>
                  <pic:spPr>
                    <a:xfrm>
                      <a:off x="0" y="0"/>
                      <a:ext cx="1749475" cy="1069160"/>
                    </a:xfrm>
                    <a:prstGeom prst="rect"/>
                  </pic:spPr>
                </pic:pic>
              </a:graphicData>
            </a:graphic>
          </wp:inline>
        </w:drawing>
      </w:r>
    </w:p>
    <w:p>
      <w:pPr>
        <w:spacing w:before="0" w:after="120" w:line="300" w:lineRule="auto"/>
      </w:pPr>
      <w:r>
        <w:rPr>
          <w:rFonts w:ascii="Times New Roman" w:hAnsi="Times New Roman" w:eastAsia="宋体"/>
          <w:b w:val="0"/>
          <w:i w:val="0"/>
          <w:sz w:val="21"/>
        </w:rPr>
        <w:t>（A）1/5　　（B）1/4　　（C）5/16　　（D）3/8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P is selected at random from the interior of the pentagon with vertices A = (0, 2), B = (4, 0), C = (2π + 1, 0), D = (2π + 1, 4), and E = (0, 4). What is the probability that ∠ APB is obtuse?</w:t>
      </w:r>
    </w:p>
    <w:p>
      <w:pPr>
        <w:spacing w:before="80" w:after="80"/>
        <w:jc w:val="center"/>
      </w:pPr>
      <w:r>
        <w:drawing>
          <wp:inline xmlns:a="http://schemas.openxmlformats.org/drawingml/2006/main" xmlns:pic="http://schemas.openxmlformats.org/drawingml/2006/picture">
            <wp:extent cx="1749475" cy="1069160"/>
            <wp:docPr id="18" name="Picture 18"/>
            <wp:cNvGraphicFramePr>
              <a:graphicFrameLocks noChangeAspect="1"/>
            </wp:cNvGraphicFramePr>
            <a:graphic>
              <a:graphicData uri="http://schemas.openxmlformats.org/drawingml/2006/picture">
                <pic:pic>
                  <pic:nvPicPr>
                    <pic:cNvPr id="0" name="q17-1@300dpi.png"/>
                    <pic:cNvPicPr/>
                  </pic:nvPicPr>
                  <pic:blipFill>
                    <a:blip r:embed="rId17"/>
                    <a:stretch>
                      <a:fillRect/>
                    </a:stretch>
                  </pic:blipFill>
                  <pic:spPr>
                    <a:xfrm>
                      <a:off x="0" y="0"/>
                      <a:ext cx="1749475" cy="10691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1/4　　(C) 5/16　　(D) 3/8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一个以 A 为圆心、半径为 1 的圆和一个以 B 为圆心、半径为 4 的圆外切。第三个圆与前两个圆相切，并且与它们的一条公共外切线相切，如图所示。第三个圆的半径是</w:t>
      </w:r>
    </w:p>
    <w:p>
      <w:pPr>
        <w:spacing w:before="80" w:after="80"/>
        <w:jc w:val="center"/>
      </w:pPr>
      <w:r>
        <w:drawing>
          <wp:inline xmlns:a="http://schemas.openxmlformats.org/drawingml/2006/main" xmlns:pic="http://schemas.openxmlformats.org/drawingml/2006/picture">
            <wp:extent cx="2431900" cy="2028700"/>
            <wp:docPr id="19" name="Picture 19"/>
            <wp:cNvGraphicFramePr>
              <a:graphicFrameLocks noChangeAspect="1"/>
            </wp:cNvGraphicFramePr>
            <a:graphic>
              <a:graphicData uri="http://schemas.openxmlformats.org/drawingml/2006/picture">
                <pic:pic>
                  <pic:nvPicPr>
                    <pic:cNvPr id="0" name="q18-1@300dpi.png"/>
                    <pic:cNvPicPr/>
                  </pic:nvPicPr>
                  <pic:blipFill>
                    <a:blip r:embed="rId18"/>
                    <a:stretch>
                      <a:fillRect/>
                    </a:stretch>
                  </pic:blipFill>
                  <pic:spPr>
                    <a:xfrm>
                      <a:off x="0" y="0"/>
                      <a:ext cx="2431900" cy="2028700"/>
                    </a:xfrm>
                    <a:prstGeom prst="rect"/>
                  </pic:spPr>
                </pic:pic>
              </a:graphicData>
            </a:graphic>
          </wp:inline>
        </w:drawing>
      </w:r>
    </w:p>
    <w:p>
      <w:pPr>
        <w:spacing w:before="0" w:after="120" w:line="300" w:lineRule="auto"/>
      </w:pPr>
      <w:r>
        <w:rPr>
          <w:rFonts w:ascii="Times New Roman" w:hAnsi="Times New Roman" w:eastAsia="宋体"/>
          <w:b w:val="0"/>
          <w:i w:val="0"/>
          <w:sz w:val="21"/>
        </w:rPr>
        <w:t>（A）1/3　　（B）2/5　　（C）5/12　　（D）4/9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centered at A with a radius of 1 and a circle centered at B with a radius of 4 are externally tangent. A third circle is tangent to the first two and to one of their common external tangents as shown. The radius of the third circle is</w:t>
      </w:r>
    </w:p>
    <w:p>
      <w:pPr>
        <w:spacing w:before="80" w:after="80"/>
        <w:jc w:val="center"/>
      </w:pPr>
      <w:r>
        <w:drawing>
          <wp:inline xmlns:a="http://schemas.openxmlformats.org/drawingml/2006/main" xmlns:pic="http://schemas.openxmlformats.org/drawingml/2006/picture">
            <wp:extent cx="2431900" cy="2028700"/>
            <wp:docPr id="20" name="Picture 20"/>
            <wp:cNvGraphicFramePr>
              <a:graphicFrameLocks noChangeAspect="1"/>
            </wp:cNvGraphicFramePr>
            <a:graphic>
              <a:graphicData uri="http://schemas.openxmlformats.org/drawingml/2006/picture">
                <pic:pic>
                  <pic:nvPicPr>
                    <pic:cNvPr id="0" name="q18-1@300dpi.png"/>
                    <pic:cNvPicPr/>
                  </pic:nvPicPr>
                  <pic:blipFill>
                    <a:blip r:embed="rId18"/>
                    <a:stretch>
                      <a:fillRect/>
                    </a:stretch>
                  </pic:blipFill>
                  <pic:spPr>
                    <a:xfrm>
                      <a:off x="0" y="0"/>
                      <a:ext cx="2431900" cy="2028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2/5　　(C) 5/12　　(D) 4/9　　(E) 1/2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多项式 P(x) = x³ + ax² + bx + c 具有如下性质：它的零点的平均数、零点的乘积以及各项系数之和都相等。若函数 y = P(x) 的图像的 y-截距是 2，则 b 是多少？</w:t>
      </w:r>
    </w:p>
    <w:p>
      <w:pPr>
        <w:spacing w:before="0" w:after="120" w:line="300" w:lineRule="auto"/>
      </w:pPr>
      <w:r>
        <w:rPr>
          <w:rFonts w:ascii="Times New Roman" w:hAnsi="Times New Roman" w:eastAsia="宋体"/>
          <w:b w:val="0"/>
          <w:i w:val="0"/>
          <w:sz w:val="21"/>
        </w:rPr>
        <w:t>（A）-11　　（B）-10　　（C）-9　　（D）1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polynomial P(x) = x³ + ax² + bx + c has the property that the mean of its zeros, the product of its zeros, and the sum of its coefficients are all equal. If the y-intercept of the graph of y = P(x) is 2, what is b?</w:t>
      </w:r>
    </w:p>
    <w:p>
      <w:pPr>
        <w:spacing w:before="0" w:after="160" w:line="300" w:lineRule="auto"/>
      </w:pPr>
      <w:r>
        <w:rPr>
          <w:rFonts w:ascii="Times New Roman" w:hAnsi="Times New Roman" w:eastAsia="宋体"/>
          <w:b w:val="0"/>
          <w:i w:val="0"/>
          <w:color w:val="333333"/>
          <w:sz w:val="19"/>
        </w:rPr>
        <w:t>(A) -11　　(B) -10　　(C) -9　　(D) 1　　(E) 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点 A = (3, 9)，B = (1, 1)，C = (5, 3)，和 D = (a, b) 位于第一象限，并且是四边形 ABCD 的顶点。连接 AB，BC，CD，和 DA 的中点所形成的四边形是一个正方形。点 D 的坐标之和是多少？</w:t>
      </w:r>
    </w:p>
    <w:p>
      <w:pPr>
        <w:spacing w:before="0" w:after="120" w:line="300" w:lineRule="auto"/>
      </w:pPr>
      <w:r>
        <w:rPr>
          <w:rFonts w:ascii="Times New Roman" w:hAnsi="Times New Roman" w:eastAsia="宋体"/>
          <w:b w:val="0"/>
          <w:i w:val="0"/>
          <w:sz w:val="21"/>
        </w:rPr>
        <w:t>（A）7　　（B）9　　（C）10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 (3, 9), B = (1, 1), C = (5, 3), and D = (a, b) lie in the first quadrant and are the vertices of quadrilateral ABCD. The quadrilateral formed by joining the midpoints of AB, BC, CD, and DA is a square. What is the sum of the coordinates of point D?</w:t>
      </w:r>
    </w:p>
    <w:p>
      <w:pPr>
        <w:spacing w:before="0" w:after="160" w:line="300" w:lineRule="auto"/>
      </w:pPr>
      <w:r>
        <w:rPr>
          <w:rFonts w:ascii="Times New Roman" w:hAnsi="Times New Roman" w:eastAsia="宋体"/>
          <w:b w:val="0"/>
          <w:i w:val="0"/>
          <w:color w:val="333333"/>
          <w:sz w:val="19"/>
        </w:rPr>
        <w:t>(A) 7　　(B) 9　　(C) 10　　(D) 12　　(E) 16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四个正整数 a，b，c，和 d 的乘积为 8! 并满足</w:t>
      </w:r>
    </w:p>
    <w:p>
      <w:pPr>
        <w:spacing w:before="0" w:after="80" w:line="300" w:lineRule="auto"/>
        <w:jc w:val="left"/>
      </w:pPr>
      <w:r>
        <w:rPr>
          <w:rFonts w:ascii="Times New Roman" w:hAnsi="Times New Roman" w:eastAsia="宋体"/>
          <w:b w:val="0"/>
          <w:i w:val="0"/>
          <w:sz w:val="21"/>
        </w:rPr>
        <w:t>ab + a + b = 524，</w:t>
      </w:r>
    </w:p>
    <w:p>
      <w:pPr>
        <w:spacing w:before="0" w:after="80" w:line="300" w:lineRule="auto"/>
        <w:jc w:val="left"/>
      </w:pPr>
      <w:r>
        <w:rPr>
          <w:rFonts w:ascii="Times New Roman" w:hAnsi="Times New Roman" w:eastAsia="宋体"/>
          <w:b w:val="0"/>
          <w:i w:val="0"/>
          <w:sz w:val="21"/>
        </w:rPr>
        <w:t>bc + b + c = 146，</w:t>
      </w:r>
    </w:p>
    <w:p>
      <w:pPr>
        <w:spacing w:before="0" w:after="80" w:line="300" w:lineRule="auto"/>
        <w:jc w:val="left"/>
      </w:pPr>
      <w:r>
        <w:rPr>
          <w:rFonts w:ascii="Times New Roman" w:hAnsi="Times New Roman" w:eastAsia="宋体"/>
          <w:b w:val="0"/>
          <w:i w:val="0"/>
          <w:sz w:val="21"/>
        </w:rPr>
        <w:t>cd + c + d = 104。</w:t>
      </w:r>
    </w:p>
    <w:p>
      <w:pPr>
        <w:spacing w:before="0" w:after="80" w:line="300" w:lineRule="auto"/>
        <w:jc w:val="left"/>
      </w:pPr>
      <w:r>
        <w:rPr>
          <w:rFonts w:ascii="Times New Roman" w:hAnsi="Times New Roman" w:eastAsia="宋体"/>
          <w:b w:val="0"/>
          <w:i w:val="0"/>
          <w:sz w:val="21"/>
        </w:rPr>
        <w:t>a - d 是多少？</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positive integers a, b, c, and d have a product of 8! and satisfy</w:t>
      </w:r>
    </w:p>
    <w:p>
      <w:pPr>
        <w:spacing w:before="0" w:after="80" w:line="300" w:lineRule="auto"/>
        <w:jc w:val="left"/>
      </w:pPr>
      <w:r>
        <w:rPr>
          <w:rFonts w:ascii="Times New Roman" w:hAnsi="Times New Roman" w:eastAsia="宋体"/>
          <w:b w:val="0"/>
          <w:i w:val="0"/>
          <w:color w:val="333333"/>
          <w:sz w:val="19"/>
        </w:rPr>
        <w:t>ab + a + b = 524,</w:t>
      </w:r>
    </w:p>
    <w:p>
      <w:pPr>
        <w:spacing w:before="0" w:after="80" w:line="300" w:lineRule="auto"/>
        <w:jc w:val="left"/>
      </w:pPr>
      <w:r>
        <w:rPr>
          <w:rFonts w:ascii="Times New Roman" w:hAnsi="Times New Roman" w:eastAsia="宋体"/>
          <w:b w:val="0"/>
          <w:i w:val="0"/>
          <w:color w:val="333333"/>
          <w:sz w:val="19"/>
        </w:rPr>
        <w:t>bc + b + c = 146,</w:t>
      </w:r>
    </w:p>
    <w:p>
      <w:pPr>
        <w:spacing w:before="0" w:after="80" w:line="300" w:lineRule="auto"/>
        <w:jc w:val="left"/>
      </w:pPr>
      <w:r>
        <w:rPr>
          <w:rFonts w:ascii="Times New Roman" w:hAnsi="Times New Roman" w:eastAsia="宋体"/>
          <w:b w:val="0"/>
          <w:i w:val="0"/>
          <w:color w:val="333333"/>
          <w:sz w:val="19"/>
        </w:rPr>
        <w:t>cd + c + d = 104.</w:t>
      </w:r>
    </w:p>
    <w:p>
      <w:pPr>
        <w:spacing w:before="0" w:after="80" w:line="300" w:lineRule="auto"/>
        <w:jc w:val="left"/>
      </w:pPr>
      <w:r>
        <w:rPr>
          <w:rFonts w:ascii="Times New Roman" w:hAnsi="Times New Roman" w:eastAsia="宋体"/>
          <w:b w:val="0"/>
          <w:i w:val="0"/>
          <w:color w:val="333333"/>
          <w:sz w:val="19"/>
        </w:rPr>
        <w:t>What is a - d?</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在矩形 ABCD 中，点 F 和 G 在 AB 上，使得 AF = FG = GB，而 E 是 DC 的中点。另外，AC 与 EF 交于 H，与 EG 交于 J。矩形 ABCD 的面积为 70。求三角形 EHJ 的面积。</w:t>
      </w:r>
    </w:p>
    <w:p>
      <w:pPr>
        <w:spacing w:before="80" w:after="80"/>
        <w:jc w:val="center"/>
      </w:pPr>
      <w:r>
        <w:drawing>
          <wp:inline xmlns:a="http://schemas.openxmlformats.org/drawingml/2006/main" xmlns:pic="http://schemas.openxmlformats.org/drawingml/2006/picture">
            <wp:extent cx="2191255" cy="1567213"/>
            <wp:docPr id="21" name="Picture 21"/>
            <wp:cNvGraphicFramePr>
              <a:graphicFrameLocks noChangeAspect="1"/>
            </wp:cNvGraphicFramePr>
            <a:graphic>
              <a:graphicData uri="http://schemas.openxmlformats.org/drawingml/2006/picture">
                <pic:pic>
                  <pic:nvPicPr>
                    <pic:cNvPr id="0" name="q22-1@300dpi.png"/>
                    <pic:cNvPicPr/>
                  </pic:nvPicPr>
                  <pic:blipFill>
                    <a:blip r:embed="rId19"/>
                    <a:stretch>
                      <a:fillRect/>
                    </a:stretch>
                  </pic:blipFill>
                  <pic:spPr>
                    <a:xfrm>
                      <a:off x="0" y="0"/>
                      <a:ext cx="2191255" cy="1567213"/>
                    </a:xfrm>
                    <a:prstGeom prst="rect"/>
                  </pic:spPr>
                </pic:pic>
              </a:graphicData>
            </a:graphic>
          </wp:inline>
        </w:drawing>
      </w:r>
    </w:p>
    <w:p>
      <w:pPr>
        <w:spacing w:before="0" w:after="120" w:line="300" w:lineRule="auto"/>
      </w:pPr>
      <w:r>
        <w:rPr>
          <w:rFonts w:ascii="Times New Roman" w:hAnsi="Times New Roman" w:eastAsia="宋体"/>
          <w:b w:val="0"/>
          <w:i w:val="0"/>
          <w:sz w:val="21"/>
        </w:rPr>
        <w:t>（A）5/2　　（B）35/12　　（C）3　　（D）7/2　　（E）35/8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points F and G lie on AB so that AF = FG = GB and E is the midpoint of DC. Also, AC intersects EF at H and EG at J. The area of rectangle ABCD is 70. Find the area of triangle EHJ.</w:t>
      </w:r>
    </w:p>
    <w:p>
      <w:pPr>
        <w:spacing w:before="80" w:after="80"/>
        <w:jc w:val="center"/>
      </w:pPr>
      <w:r>
        <w:drawing>
          <wp:inline xmlns:a="http://schemas.openxmlformats.org/drawingml/2006/main" xmlns:pic="http://schemas.openxmlformats.org/drawingml/2006/picture">
            <wp:extent cx="2191255" cy="1567213"/>
            <wp:docPr id="22" name="Picture 22"/>
            <wp:cNvGraphicFramePr>
              <a:graphicFrameLocks noChangeAspect="1"/>
            </wp:cNvGraphicFramePr>
            <a:graphic>
              <a:graphicData uri="http://schemas.openxmlformats.org/drawingml/2006/picture">
                <pic:pic>
                  <pic:nvPicPr>
                    <pic:cNvPr id="0" name="q22-1@300dpi.png"/>
                    <pic:cNvPicPr/>
                  </pic:nvPicPr>
                  <pic:blipFill>
                    <a:blip r:embed="rId19"/>
                    <a:stretch>
                      <a:fillRect/>
                    </a:stretch>
                  </pic:blipFill>
                  <pic:spPr>
                    <a:xfrm>
                      <a:off x="0" y="0"/>
                      <a:ext cx="2191255" cy="15672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5/2　　(B) 35/12　　(C) 3　　(D) 7/2　　(E) 35/8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一个首项系数为 1、系数为整数的四次多项式有两个实零点，并且这两个实零点都是整数。以下哪一个也可能是该多项式的一个零点？</w:t>
      </w:r>
    </w:p>
    <w:p>
      <w:pPr>
        <w:spacing w:before="0" w:after="120" w:line="300" w:lineRule="auto"/>
      </w:pPr>
      <w:r>
        <w:rPr>
          <w:rFonts w:ascii="Times New Roman" w:hAnsi="Times New Roman" w:eastAsia="宋体"/>
          <w:b w:val="0"/>
          <w:i w:val="0"/>
          <w:sz w:val="21"/>
        </w:rPr>
        <w:t>（A）(1 + i√(11))/2　　（B）(1 + i)/2　　（C）1/2 + i　　（D）1 + i/2　　（E）(1 + i√(13))/2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polynomial of degree four with leading coefficient 1 and integer coefficients has two real zeros, both of which are integers. Which of the following can also be a zero of the polynomial?</w:t>
      </w:r>
    </w:p>
    <w:p>
      <w:pPr>
        <w:spacing w:before="0" w:after="160" w:line="300" w:lineRule="auto"/>
      </w:pPr>
      <w:r>
        <w:rPr>
          <w:rFonts w:ascii="Times New Roman" w:hAnsi="Times New Roman" w:eastAsia="宋体"/>
          <w:b w:val="0"/>
          <w:i w:val="0"/>
          <w:color w:val="333333"/>
          <w:sz w:val="19"/>
        </w:rPr>
        <w:t>(A) (1 + i√(11))/2　　(B) (1 + i)/2　　(C) 1/2 + i　　(D) 1 + i/2　　(E) (1 + i√(13))/2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在三角形 ABC 中，∠ ABC = 45°。点 D 在 BC 上，使得 2 · BD = CD，且 ∠ DAB = 15°。求 ∠ ACB。</w:t>
      </w:r>
    </w:p>
    <w:p>
      <w:pPr>
        <w:spacing w:before="80" w:after="80"/>
        <w:jc w:val="center"/>
      </w:pPr>
      <w:r>
        <w:drawing>
          <wp:inline xmlns:a="http://schemas.openxmlformats.org/drawingml/2006/main" xmlns:pic="http://schemas.openxmlformats.org/drawingml/2006/picture">
            <wp:extent cx="1680259" cy="1158440"/>
            <wp:docPr id="23" name="Picture 23"/>
            <wp:cNvGraphicFramePr>
              <a:graphicFrameLocks noChangeAspect="1"/>
            </wp:cNvGraphicFramePr>
            <a:graphic>
              <a:graphicData uri="http://schemas.openxmlformats.org/drawingml/2006/picture">
                <pic:pic>
                  <pic:nvPicPr>
                    <pic:cNvPr id="0" name="q24-1@300dpi.png"/>
                    <pic:cNvPicPr/>
                  </pic:nvPicPr>
                  <pic:blipFill>
                    <a:blip r:embed="rId20"/>
                    <a:stretch>
                      <a:fillRect/>
                    </a:stretch>
                  </pic:blipFill>
                  <pic:spPr>
                    <a:xfrm>
                      <a:off x="0" y="0"/>
                      <a:ext cx="1680259" cy="1158440"/>
                    </a:xfrm>
                    <a:prstGeom prst="rect"/>
                  </pic:spPr>
                </pic:pic>
              </a:graphicData>
            </a:graphic>
          </wp:inline>
        </w:drawing>
      </w:r>
    </w:p>
    <w:p>
      <w:pPr>
        <w:spacing w:before="0" w:after="120" w:line="300" w:lineRule="auto"/>
      </w:pPr>
      <w:r>
        <w:rPr>
          <w:rFonts w:ascii="Times New Roman" w:hAnsi="Times New Roman" w:eastAsia="宋体"/>
          <w:b w:val="0"/>
          <w:i w:val="0"/>
          <w:sz w:val="21"/>
        </w:rPr>
        <w:t>（A）54°　　（B）60°　　（C）72°　　（D）75°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 ABC = 45°. Point D is on BC so that 2 · BD = CD and ∠ DAB = 15°. Find ∠ ACB.</w:t>
      </w:r>
    </w:p>
    <w:p>
      <w:pPr>
        <w:spacing w:before="80" w:after="80"/>
        <w:jc w:val="center"/>
      </w:pPr>
      <w:r>
        <w:drawing>
          <wp:inline xmlns:a="http://schemas.openxmlformats.org/drawingml/2006/main" xmlns:pic="http://schemas.openxmlformats.org/drawingml/2006/picture">
            <wp:extent cx="1680259" cy="1158440"/>
            <wp:docPr id="24" name="Picture 24"/>
            <wp:cNvGraphicFramePr>
              <a:graphicFrameLocks noChangeAspect="1"/>
            </wp:cNvGraphicFramePr>
            <a:graphic>
              <a:graphicData uri="http://schemas.openxmlformats.org/drawingml/2006/picture">
                <pic:pic>
                  <pic:nvPicPr>
                    <pic:cNvPr id="0" name="q24-1@300dpi.png"/>
                    <pic:cNvPicPr/>
                  </pic:nvPicPr>
                  <pic:blipFill>
                    <a:blip r:embed="rId20"/>
                    <a:stretch>
                      <a:fillRect/>
                    </a:stretch>
                  </pic:blipFill>
                  <pic:spPr>
                    <a:xfrm>
                      <a:off x="0" y="0"/>
                      <a:ext cx="1680259" cy="11584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54°　　(B) 60°　　(C) 72°　　(D) 75°　　(E) 90°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考虑形如 x，2000，y，… 的正实数数列，其中从第二项开始，每一项都比它相邻两项的乘积少 1。对多少个不同的 x 值，项 2001 会出现在数列的某处？</w:t>
      </w:r>
    </w:p>
    <w:p>
      <w:pPr>
        <w:spacing w:before="0" w:after="120" w:line="300" w:lineRule="auto"/>
      </w:pPr>
      <w:r>
        <w:rPr>
          <w:rFonts w:ascii="Times New Roman" w:hAnsi="Times New Roman" w:eastAsia="宋体"/>
          <w:b w:val="0"/>
          <w:i w:val="0"/>
          <w:sz w:val="21"/>
        </w:rPr>
        <w:t>（A）1　　（B）2　　（C）3　　（D）4　　（E）多于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sequences of positive real numbers of the form x, 2000, y, …, in which every term after the first is 1 less than the product of its two immediate neighbors. For how many different values of x does the term 2001 appear somewhere in the sequence?</w:t>
      </w:r>
    </w:p>
    <w:p>
      <w:pPr>
        <w:spacing w:before="0" w:after="160" w:line="300" w:lineRule="auto"/>
      </w:pPr>
      <w:r>
        <w:rPr>
          <w:rFonts w:ascii="Times New Roman" w:hAnsi="Times New Roman" w:eastAsia="宋体"/>
          <w:b w:val="0"/>
          <w:i w:val="0"/>
          <w:color w:val="333333"/>
          <w:sz w:val="19"/>
        </w:rPr>
        <w:t>(A) 1　　(B) 2　　(C) 3　　(D) 4　　(E) more than 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E　B　D　D　E　A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B　E　D　B　D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C　D　C　A　D　D</w:t>
      </w:r>
    </w:p>
    <w:p>
      <w:pPr>
        <w:spacing w:before="0" w:after="200" w:line="300" w:lineRule="auto"/>
      </w:pPr>
      <w:r>
        <w:rPr>
          <w:rFonts w:ascii="Times New Roman" w:hAnsi="Times New Roman" w:eastAsia="宋体"/>
          <w:b w:val="0"/>
          <w:i w:val="0"/>
          <w:color w:val="666666"/>
          <w:sz w:val="18"/>
        </w:rPr>
        <w:t>答案串：EEBDDEACCDDBEDBDCDACDCADD</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给每个数加 3 后，总和从 S 变为 S + 6。再把每个数翻倍，总和也翻倍，得到</w:t>
      </w:r>
    </w:p>
    <w:p>
      <w:pPr>
        <w:spacing w:before="0" w:after="80" w:line="300" w:lineRule="auto"/>
        <w:jc w:val="left"/>
      </w:pPr>
      <w:r>
        <w:rPr>
          <w:rFonts w:ascii="Times New Roman" w:hAnsi="Times New Roman" w:eastAsia="宋体"/>
          <w:b w:val="0"/>
          <w:i w:val="0"/>
          <w:sz w:val="21"/>
        </w:rPr>
        <w:t>2(S + 6) = 2S + 12。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3 to each number raises the sum from S to S + 6. Doubling each number doubles the sum, giving</w:t>
      </w:r>
    </w:p>
    <w:p>
      <w:pPr>
        <w:spacing w:before="0" w:after="80" w:line="300" w:lineRule="auto"/>
        <w:jc w:val="left"/>
      </w:pPr>
      <w:r>
        <w:rPr>
          <w:rFonts w:ascii="Times New Roman" w:hAnsi="Times New Roman" w:eastAsia="宋体"/>
          <w:b w:val="0"/>
          <w:i w:val="0"/>
          <w:color w:val="333333"/>
          <w:sz w:val="19"/>
        </w:rPr>
        <w:t>2(S + 6) = 2S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设 N = 10a + b，则 P(N) = ab，且 S(N) = a + b，所以</w:t>
      </w:r>
    </w:p>
    <w:p>
      <w:pPr>
        <w:spacing w:before="0" w:after="80" w:line="300" w:lineRule="auto"/>
        <w:jc w:val="left"/>
      </w:pPr>
      <w:r>
        <w:rPr>
          <w:rFonts w:ascii="Times New Roman" w:hAnsi="Times New Roman" w:eastAsia="宋体"/>
          <w:b w:val="0"/>
          <w:i w:val="0"/>
          <w:sz w:val="21"/>
        </w:rPr>
        <w:t>10a + b = ab + a + b。</w:t>
      </w:r>
    </w:p>
    <w:p>
      <w:pPr>
        <w:spacing w:before="0" w:after="80" w:line="300" w:lineRule="auto"/>
        <w:jc w:val="left"/>
      </w:pPr>
      <w:r>
        <w:rPr>
          <w:rFonts w:ascii="Times New Roman" w:hAnsi="Times New Roman" w:eastAsia="宋体"/>
          <w:b w:val="0"/>
          <w:i w:val="0"/>
          <w:sz w:val="21"/>
        </w:rPr>
        <w:t>化简得 9a = ab。因为 a ≠ 0，可除以 a，得到 b = 9。</w:t>
      </w:r>
    </w:p>
    <w:p>
      <w:pPr>
        <w:spacing w:before="0" w:after="80" w:line="300" w:lineRule="auto"/>
        <w:jc w:val="left"/>
      </w:pPr>
      <w:r>
        <w:rPr>
          <w:rFonts w:ascii="Times New Roman" w:hAnsi="Times New Roman" w:eastAsia="宋体"/>
          <w:b w:val="0"/>
          <w:i w:val="0"/>
          <w:sz w:val="21"/>
        </w:rPr>
        <w:t>N 的个位数字是 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 = 10a + b. Then P(N) = ab and S(N) = a + b, so</w:t>
      </w:r>
    </w:p>
    <w:p>
      <w:pPr>
        <w:spacing w:before="0" w:after="80" w:line="300" w:lineRule="auto"/>
        <w:jc w:val="left"/>
      </w:pPr>
      <w:r>
        <w:rPr>
          <w:rFonts w:ascii="Times New Roman" w:hAnsi="Times New Roman" w:eastAsia="宋体"/>
          <w:b w:val="0"/>
          <w:i w:val="0"/>
          <w:color w:val="333333"/>
          <w:sz w:val="19"/>
        </w:rPr>
        <w:t>10a + b = ab + a + b.</w:t>
      </w:r>
    </w:p>
    <w:p>
      <w:pPr>
        <w:spacing w:before="0" w:after="80" w:line="300" w:lineRule="auto"/>
        <w:jc w:val="left"/>
      </w:pPr>
      <w:r>
        <w:rPr>
          <w:rFonts w:ascii="Times New Roman" w:hAnsi="Times New Roman" w:eastAsia="宋体"/>
          <w:b w:val="0"/>
          <w:i w:val="0"/>
          <w:color w:val="333333"/>
          <w:sz w:val="19"/>
        </w:rPr>
        <w:t>This reduces to 9a = ab. Since a ≠ 0, we can divide by a to get b = 9.</w:t>
      </w:r>
    </w:p>
    <w:p>
      <w:pPr>
        <w:spacing w:before="0" w:after="80" w:line="300" w:lineRule="auto"/>
        <w:jc w:val="left"/>
      </w:pPr>
      <w:r>
        <w:rPr>
          <w:rFonts w:ascii="Times New Roman" w:hAnsi="Times New Roman" w:eastAsia="宋体"/>
          <w:b w:val="0"/>
          <w:i w:val="0"/>
          <w:color w:val="333333"/>
          <w:sz w:val="19"/>
        </w:rPr>
        <w:t>The units digit of N is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设她的收入为 x &gt; 28000 美元。用两种描述写出税额，并同乘以 100，</w:t>
      </w:r>
    </w:p>
    <w:p>
      <w:pPr>
        <w:spacing w:before="0" w:after="80" w:line="300" w:lineRule="auto"/>
        <w:jc w:val="left"/>
      </w:pPr>
      <w:r>
        <w:rPr>
          <w:rFonts w:ascii="Times New Roman" w:hAnsi="Times New Roman" w:eastAsia="宋体"/>
          <w:b w:val="0"/>
          <w:i w:val="0"/>
          <w:sz w:val="21"/>
        </w:rPr>
        <w:t>p · 28000</w:t>
      </w:r>
    </w:p>
    <w:p>
      <w:pPr>
        <w:spacing w:before="0" w:after="80" w:line="300" w:lineRule="auto"/>
        <w:jc w:val="left"/>
      </w:pPr>
      <w:r>
        <w:rPr>
          <w:rFonts w:ascii="Times New Roman" w:hAnsi="Times New Roman" w:eastAsia="宋体"/>
          <w:b w:val="0"/>
          <w:i w:val="0"/>
          <w:sz w:val="21"/>
        </w:rPr>
        <w:t>+ (p + 2)(x - 28000)</w:t>
      </w:r>
    </w:p>
    <w:p>
      <w:pPr>
        <w:spacing w:before="0" w:after="80" w:line="300" w:lineRule="auto"/>
        <w:jc w:val="left"/>
      </w:pPr>
      <w:r>
        <w:rPr>
          <w:rFonts w:ascii="Times New Roman" w:hAnsi="Times New Roman" w:eastAsia="宋体"/>
          <w:b w:val="0"/>
          <w:i w:val="0"/>
          <w:sz w:val="21"/>
        </w:rPr>
        <w:t>= (p + 0.25)x。</w:t>
      </w:r>
    </w:p>
    <w:p>
      <w:pPr>
        <w:spacing w:before="0" w:after="80" w:line="300" w:lineRule="auto"/>
        <w:jc w:val="left"/>
      </w:pPr>
      <w:r>
        <w:rPr>
          <w:rFonts w:ascii="Times New Roman" w:hAnsi="Times New Roman" w:eastAsia="宋体"/>
          <w:b w:val="0"/>
          <w:i w:val="0"/>
          <w:sz w:val="21"/>
        </w:rPr>
        <w:t>展开后，所有含 p 的项都抵消，剩下</w:t>
      </w:r>
    </w:p>
    <w:p>
      <w:pPr>
        <w:spacing w:before="0" w:after="80" w:line="300" w:lineRule="auto"/>
        <w:jc w:val="left"/>
      </w:pPr>
      <w:r>
        <w:rPr>
          <w:rFonts w:ascii="Times New Roman" w:hAnsi="Times New Roman" w:eastAsia="宋体"/>
          <w:b w:val="0"/>
          <w:i w:val="0"/>
          <w:sz w:val="21"/>
        </w:rPr>
        <w:t>2x - 56000 = 0.25x，</w:t>
      </w:r>
    </w:p>
    <w:p>
      <w:pPr>
        <w:spacing w:before="0" w:after="80" w:line="300" w:lineRule="auto"/>
        <w:jc w:val="left"/>
      </w:pPr>
      <w:r>
        <w:rPr>
          <w:rFonts w:ascii="Times New Roman" w:hAnsi="Times New Roman" w:eastAsia="宋体"/>
          <w:b w:val="0"/>
          <w:i w:val="0"/>
          <w:sz w:val="21"/>
        </w:rPr>
        <w:t>所以 1.75x = 56000，且 x = 32000。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her income be x &gt; 28000 dollars. Writing the tax with both descriptions and multiplying by 100,</w:t>
      </w:r>
    </w:p>
    <w:p>
      <w:pPr>
        <w:spacing w:before="0" w:after="80" w:line="300" w:lineRule="auto"/>
        <w:jc w:val="left"/>
      </w:pPr>
      <w:r>
        <w:rPr>
          <w:rFonts w:ascii="Times New Roman" w:hAnsi="Times New Roman" w:eastAsia="宋体"/>
          <w:b w:val="0"/>
          <w:i w:val="0"/>
          <w:color w:val="333333"/>
          <w:sz w:val="19"/>
        </w:rPr>
        <w:t>p · 28000</w:t>
      </w:r>
    </w:p>
    <w:p>
      <w:pPr>
        <w:spacing w:before="0" w:after="80" w:line="300" w:lineRule="auto"/>
        <w:jc w:val="left"/>
      </w:pPr>
      <w:r>
        <w:rPr>
          <w:rFonts w:ascii="Times New Roman" w:hAnsi="Times New Roman" w:eastAsia="宋体"/>
          <w:b w:val="0"/>
          <w:i w:val="0"/>
          <w:color w:val="333333"/>
          <w:sz w:val="19"/>
        </w:rPr>
        <w:t>+ (p + 2)(x - 28000)</w:t>
      </w:r>
    </w:p>
    <w:p>
      <w:pPr>
        <w:spacing w:before="0" w:after="80" w:line="300" w:lineRule="auto"/>
        <w:jc w:val="left"/>
      </w:pPr>
      <w:r>
        <w:rPr>
          <w:rFonts w:ascii="Times New Roman" w:hAnsi="Times New Roman" w:eastAsia="宋体"/>
          <w:b w:val="0"/>
          <w:i w:val="0"/>
          <w:color w:val="333333"/>
          <w:sz w:val="19"/>
        </w:rPr>
        <w:t>= (p + 0.25)x.</w:t>
      </w:r>
    </w:p>
    <w:p>
      <w:pPr>
        <w:spacing w:before="0" w:after="80" w:line="300" w:lineRule="auto"/>
        <w:jc w:val="left"/>
      </w:pPr>
      <w:r>
        <w:rPr>
          <w:rFonts w:ascii="Times New Roman" w:hAnsi="Times New Roman" w:eastAsia="宋体"/>
          <w:b w:val="0"/>
          <w:i w:val="0"/>
          <w:color w:val="333333"/>
          <w:sz w:val="19"/>
        </w:rPr>
        <w:t>Expanding, every term containing p cancels, leaving</w:t>
      </w:r>
    </w:p>
    <w:p>
      <w:pPr>
        <w:spacing w:before="0" w:after="80" w:line="300" w:lineRule="auto"/>
        <w:jc w:val="left"/>
      </w:pPr>
      <w:r>
        <w:rPr>
          <w:rFonts w:ascii="Times New Roman" w:hAnsi="Times New Roman" w:eastAsia="宋体"/>
          <w:b w:val="0"/>
          <w:i w:val="0"/>
          <w:color w:val="333333"/>
          <w:sz w:val="19"/>
        </w:rPr>
        <w:t>2x - 56000 = 0.25x,</w:t>
      </w:r>
    </w:p>
    <w:p>
      <w:pPr>
        <w:spacing w:before="0" w:after="80" w:line="300" w:lineRule="auto"/>
        <w:jc w:val="left"/>
      </w:pPr>
      <w:r>
        <w:rPr>
          <w:rFonts w:ascii="Times New Roman" w:hAnsi="Times New Roman" w:eastAsia="宋体"/>
          <w:b w:val="0"/>
          <w:i w:val="0"/>
          <w:color w:val="333333"/>
          <w:sz w:val="19"/>
        </w:rPr>
        <w:t>so 1.75x = 56000 and x = 32000.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设平均数为 m。最小的数是 m - 10，最大的数是 m + 15，中间的数是中位数 5。它们的和是 3m，因此</w:t>
      </w:r>
    </w:p>
    <w:p>
      <w:pPr>
        <w:spacing w:before="0" w:after="80" w:line="300" w:lineRule="auto"/>
        <w:jc w:val="left"/>
      </w:pPr>
      <w:r>
        <w:rPr>
          <w:rFonts w:ascii="Times New Roman" w:hAnsi="Times New Roman" w:eastAsia="宋体"/>
          <w:b w:val="0"/>
          <w:i w:val="0"/>
          <w:sz w:val="21"/>
        </w:rPr>
        <w:t>(m - 10) + 5 + (m + 15) = 3m。</w:t>
      </w:r>
    </w:p>
    <w:p>
      <w:pPr>
        <w:spacing w:before="0" w:after="80" w:line="300" w:lineRule="auto"/>
        <w:jc w:val="left"/>
      </w:pPr>
      <w:r>
        <w:rPr>
          <w:rFonts w:ascii="Times New Roman" w:hAnsi="Times New Roman" w:eastAsia="宋体"/>
          <w:b w:val="0"/>
          <w:i w:val="0"/>
          <w:sz w:val="21"/>
        </w:rPr>
        <w:t>由此得 m = 10，所以三个数的和是 3m = 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mean. The least number is m - 10, the greatest is m + 15, and the middle number is the median 5. Their sum is 3m, so</w:t>
      </w:r>
    </w:p>
    <w:p>
      <w:pPr>
        <w:spacing w:before="0" w:after="80" w:line="300" w:lineRule="auto"/>
        <w:jc w:val="left"/>
      </w:pPr>
      <w:r>
        <w:rPr>
          <w:rFonts w:ascii="Times New Roman" w:hAnsi="Times New Roman" w:eastAsia="宋体"/>
          <w:b w:val="0"/>
          <w:i w:val="0"/>
          <w:color w:val="333333"/>
          <w:sz w:val="19"/>
        </w:rPr>
        <w:t>(m - 10) + 5 + (m + 15) = 3m.</w:t>
      </w:r>
    </w:p>
    <w:p>
      <w:pPr>
        <w:spacing w:before="0" w:after="80" w:line="300" w:lineRule="auto"/>
        <w:jc w:val="left"/>
      </w:pPr>
      <w:r>
        <w:rPr>
          <w:rFonts w:ascii="Times New Roman" w:hAnsi="Times New Roman" w:eastAsia="宋体"/>
          <w:b w:val="0"/>
          <w:i w:val="0"/>
          <w:color w:val="333333"/>
          <w:sz w:val="19"/>
        </w:rPr>
        <w:t>This gives m = 10, so the sum of the three numbers is 3m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从 1 到 10000 的所有整数的乘积是 10000!，所以所有奇数的乘积等于 10000! 除以所有偶数的乘积。</w:t>
      </w:r>
    </w:p>
    <w:p>
      <w:pPr>
        <w:spacing w:before="0" w:after="80" w:line="300" w:lineRule="auto"/>
        <w:jc w:val="left"/>
      </w:pPr>
      <w:r>
        <w:rPr>
          <w:rFonts w:ascii="Times New Roman" w:hAnsi="Times New Roman" w:eastAsia="宋体"/>
          <w:b w:val="0"/>
          <w:i w:val="0"/>
          <w:sz w:val="21"/>
        </w:rPr>
        <w:t>偶数的乘积可分解为</w:t>
      </w:r>
    </w:p>
    <w:p>
      <w:pPr>
        <w:spacing w:before="0" w:after="80" w:line="300" w:lineRule="auto"/>
        <w:jc w:val="left"/>
      </w:pPr>
      <w:r>
        <w:rPr>
          <w:rFonts w:ascii="Times New Roman" w:hAnsi="Times New Roman" w:eastAsia="宋体"/>
          <w:b w:val="0"/>
          <w:i w:val="0"/>
          <w:sz w:val="21"/>
        </w:rPr>
        <w:t>2 · 4 ⋯ 10000</w:t>
      </w:r>
    </w:p>
    <w:p>
      <w:pPr>
        <w:spacing w:before="0" w:after="80" w:line="300" w:lineRule="auto"/>
        <w:jc w:val="left"/>
      </w:pPr>
      <w:r>
        <w:rPr>
          <w:rFonts w:ascii="Times New Roman" w:hAnsi="Times New Roman" w:eastAsia="宋体"/>
          <w:b w:val="0"/>
          <w:i w:val="0"/>
          <w:sz w:val="21"/>
        </w:rPr>
        <w:t>= 2⁵⁰⁰⁰(1 · 2 ⋯ 5000)</w:t>
      </w:r>
    </w:p>
    <w:p>
      <w:pPr>
        <w:spacing w:before="0" w:after="80" w:line="300" w:lineRule="auto"/>
        <w:jc w:val="left"/>
      </w:pPr>
      <w:r>
        <w:rPr>
          <w:rFonts w:ascii="Times New Roman" w:hAnsi="Times New Roman" w:eastAsia="宋体"/>
          <w:b w:val="0"/>
          <w:i w:val="0"/>
          <w:sz w:val="21"/>
        </w:rPr>
        <w:t>= 2⁵⁰⁰⁰ · 5000!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因此奇整数的乘积是</w:t>
      </w:r>
    </w:p>
    <w:p>
      <w:pPr>
        <w:spacing w:before="0" w:after="80" w:line="300" w:lineRule="auto"/>
        <w:jc w:val="left"/>
      </w:pPr>
      <w:r>
        <w:rPr>
          <w:rFonts w:ascii="Times New Roman" w:hAnsi="Times New Roman" w:eastAsia="宋体"/>
          <w:b w:val="0"/>
          <w:i w:val="0"/>
          <w:sz w:val="21"/>
        </w:rPr>
        <w:t>(10000!)/(2⁵⁰⁰⁰ · 5000!)。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every integer from 1 to 10000 is 10000!, so the product of the odd ones is 10000! divided by the product of the even ones.</w:t>
      </w:r>
    </w:p>
    <w:p>
      <w:pPr>
        <w:spacing w:before="0" w:after="80" w:line="300" w:lineRule="auto"/>
        <w:jc w:val="left"/>
      </w:pPr>
      <w:r>
        <w:rPr>
          <w:rFonts w:ascii="Times New Roman" w:hAnsi="Times New Roman" w:eastAsia="宋体"/>
          <w:b w:val="0"/>
          <w:i w:val="0"/>
          <w:color w:val="333333"/>
          <w:sz w:val="19"/>
        </w:rPr>
        <w:t>The even numbers factor as</w:t>
      </w:r>
    </w:p>
    <w:p>
      <w:pPr>
        <w:spacing w:before="0" w:after="80" w:line="300" w:lineRule="auto"/>
        <w:jc w:val="left"/>
      </w:pPr>
      <w:r>
        <w:rPr>
          <w:rFonts w:ascii="Times New Roman" w:hAnsi="Times New Roman" w:eastAsia="宋体"/>
          <w:b w:val="0"/>
          <w:i w:val="0"/>
          <w:color w:val="333333"/>
          <w:sz w:val="19"/>
        </w:rPr>
        <w:t>2 · 4 ⋯ 10000</w:t>
      </w:r>
    </w:p>
    <w:p>
      <w:pPr>
        <w:spacing w:before="0" w:after="80" w:line="300" w:lineRule="auto"/>
        <w:jc w:val="left"/>
      </w:pPr>
      <w:r>
        <w:rPr>
          <w:rFonts w:ascii="Times New Roman" w:hAnsi="Times New Roman" w:eastAsia="宋体"/>
          <w:b w:val="0"/>
          <w:i w:val="0"/>
          <w:color w:val="333333"/>
          <w:sz w:val="19"/>
        </w:rPr>
        <w:t>= 2⁵⁰⁰⁰(1 · 2 ⋯ 5000)</w:t>
      </w:r>
    </w:p>
    <w:p>
      <w:pPr>
        <w:spacing w:before="0" w:after="80" w:line="300" w:lineRule="auto"/>
        <w:jc w:val="left"/>
      </w:pPr>
      <w:r>
        <w:rPr>
          <w:rFonts w:ascii="Times New Roman" w:hAnsi="Times New Roman" w:eastAsia="宋体"/>
          <w:b w:val="0"/>
          <w:i w:val="0"/>
          <w:color w:val="333333"/>
          <w:sz w:val="19"/>
        </w:rPr>
        <w:t>= 2⁵⁰⁰⁰ · 5000!.</w:t>
      </w:r>
    </w:p>
    <w:p>
      <w:pPr>
        <w:spacing w:before="0" w:after="80" w:line="300" w:lineRule="auto"/>
        <w:jc w:val="left"/>
      </w:pPr>
      <w:r>
        <w:rPr>
          <w:rFonts w:ascii="Times New Roman" w:hAnsi="Times New Roman" w:eastAsia="宋体"/>
          <w:b w:val="0"/>
          <w:i w:val="0"/>
          <w:color w:val="333333"/>
          <w:sz w:val="19"/>
        </w:rPr>
        <w:t>Therefore the product of the odd integers is</w:t>
      </w:r>
    </w:p>
    <w:p>
      <w:pPr>
        <w:spacing w:before="0" w:after="80" w:line="300" w:lineRule="auto"/>
        <w:jc w:val="left"/>
      </w:pPr>
      <w:r>
        <w:rPr>
          <w:rFonts w:ascii="Times New Roman" w:hAnsi="Times New Roman" w:eastAsia="宋体"/>
          <w:b w:val="0"/>
          <w:i w:val="0"/>
          <w:color w:val="333333"/>
          <w:sz w:val="19"/>
        </w:rPr>
        <w:t>(10000!)/(2⁵⁰⁰⁰ · 5000!).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四个连续递减的奇数字 GHIJ 只能是 9753 或 7531，因而留给 ABC 的奇数字是 1 或 9。</w:t>
      </w:r>
    </w:p>
    <w:p>
      <w:pPr>
        <w:spacing w:before="0" w:after="80" w:line="300" w:lineRule="auto"/>
        <w:jc w:val="left"/>
      </w:pPr>
      <w:r>
        <w:rPr>
          <w:rFonts w:ascii="Times New Roman" w:hAnsi="Times New Roman" w:eastAsia="宋体"/>
          <w:b w:val="0"/>
          <w:i w:val="0"/>
          <w:sz w:val="21"/>
        </w:rPr>
        <w:t>因为 A + B + C = 9 且 ABC 的另外两个数字是偶数，那个奇数字必须是 1（若为 9，两个偶数字之和就必须为 0）。所以两个偶数字之和为 8。</w:t>
      </w:r>
    </w:p>
    <w:p>
      <w:pPr>
        <w:spacing w:before="0" w:after="80" w:line="300" w:lineRule="auto"/>
        <w:jc w:val="left"/>
      </w:pPr>
      <w:r>
        <w:rPr>
          <w:rFonts w:ascii="Times New Roman" w:hAnsi="Times New Roman" w:eastAsia="宋体"/>
          <w:b w:val="0"/>
          <w:i w:val="0"/>
          <w:sz w:val="21"/>
        </w:rPr>
        <w:t>三个连续递减的偶数字 DEF 是 864、642 或 420，留给 ABC 的偶数对分别是 {2, 0}、{8, 0} 或 {8, 6}。只有 {8, 0} 的和为 8，所以 ABC = 810，且 A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consecutive decreasing odd digits GHIJ are either 9753 or 7531, leaving one odd digit (1 or 9) for ABC.</w:t>
      </w:r>
    </w:p>
    <w:p>
      <w:pPr>
        <w:spacing w:before="0" w:after="80" w:line="300" w:lineRule="auto"/>
        <w:jc w:val="left"/>
      </w:pPr>
      <w:r>
        <w:rPr>
          <w:rFonts w:ascii="Times New Roman" w:hAnsi="Times New Roman" w:eastAsia="宋体"/>
          <w:b w:val="0"/>
          <w:i w:val="0"/>
          <w:color w:val="333333"/>
          <w:sz w:val="19"/>
        </w:rPr>
        <w:t>Since A + B + C = 9 and the other two digits of ABC are even, the odd digit must be 1 (a 9 would force the two even digits to sum to 0). So the two even digits sum to 8.</w:t>
      </w:r>
    </w:p>
    <w:p>
      <w:pPr>
        <w:spacing w:before="0" w:after="80" w:line="300" w:lineRule="auto"/>
        <w:jc w:val="left"/>
      </w:pPr>
      <w:r>
        <w:rPr>
          <w:rFonts w:ascii="Times New Roman" w:hAnsi="Times New Roman" w:eastAsia="宋体"/>
          <w:b w:val="0"/>
          <w:i w:val="0"/>
          <w:color w:val="333333"/>
          <w:sz w:val="19"/>
        </w:rPr>
        <w:t>The three consecutive decreasing even digits DEF are 864, 642, or 420, leaving the even pairs {2, 0}, {8, 0}, or {8, 6} for ABC. Only {8, 0} sums to 8, so ABC = 810 and A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设 n 张票以每张 p 美元的全价出售。则</w:t>
      </w:r>
    </w:p>
    <w:p>
      <w:pPr>
        <w:spacing w:before="0" w:after="80" w:line="300" w:lineRule="auto"/>
        <w:jc w:val="left"/>
      </w:pPr>
      <w:r>
        <w:rPr>
          <w:rFonts w:ascii="Times New Roman" w:hAnsi="Times New Roman" w:eastAsia="宋体"/>
          <w:b w:val="0"/>
          <w:i w:val="0"/>
          <w:sz w:val="21"/>
        </w:rPr>
        <w:t>np + (140 - n)p/2 = 2001，</w:t>
      </w:r>
    </w:p>
    <w:p>
      <w:pPr>
        <w:spacing w:before="0" w:after="80" w:line="300" w:lineRule="auto"/>
        <w:jc w:val="left"/>
      </w:pPr>
      <w:r>
        <w:rPr>
          <w:rFonts w:ascii="Times New Roman" w:hAnsi="Times New Roman" w:eastAsia="宋体"/>
          <w:b w:val="0"/>
          <w:i w:val="0"/>
          <w:sz w:val="21"/>
        </w:rPr>
        <w:t>所以 p(n + 140) = 4002 = 2 · 3 · 23 · 29。</w:t>
      </w:r>
    </w:p>
    <w:p>
      <w:pPr>
        <w:spacing w:before="0" w:after="80" w:line="300" w:lineRule="auto"/>
        <w:jc w:val="left"/>
      </w:pPr>
      <w:r>
        <w:rPr>
          <w:rFonts w:ascii="Times New Roman" w:hAnsi="Times New Roman" w:eastAsia="宋体"/>
          <w:b w:val="0"/>
          <w:i w:val="0"/>
          <w:sz w:val="21"/>
        </w:rPr>
        <w:t>因为 0 ≤ n ≤ 140，我们需要 4002 的一个因数满足 140 ≤ n + 140 ≤ 280。唯一这样的因数是 174 = 2 · 3 · 29，得 n = 34 且 p = 23。</w:t>
      </w:r>
    </w:p>
    <w:p>
      <w:pPr>
        <w:spacing w:before="0" w:after="80" w:line="300" w:lineRule="auto"/>
        <w:jc w:val="left"/>
      </w:pPr>
      <w:r>
        <w:rPr>
          <w:rFonts w:ascii="Times New Roman" w:hAnsi="Times New Roman" w:eastAsia="宋体"/>
          <w:b w:val="0"/>
          <w:i w:val="0"/>
          <w:sz w:val="21"/>
        </w:rPr>
        <w:t>全价票收入为 34 · 23 = 782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tickets sell at full price p dollars. Then</w:t>
      </w:r>
    </w:p>
    <w:p>
      <w:pPr>
        <w:spacing w:before="0" w:after="80" w:line="300" w:lineRule="auto"/>
        <w:jc w:val="left"/>
      </w:pPr>
      <w:r>
        <w:rPr>
          <w:rFonts w:ascii="Times New Roman" w:hAnsi="Times New Roman" w:eastAsia="宋体"/>
          <w:b w:val="0"/>
          <w:i w:val="0"/>
          <w:color w:val="333333"/>
          <w:sz w:val="19"/>
        </w:rPr>
        <w:t>np + (140 - n)p/2 = 2001,</w:t>
      </w:r>
    </w:p>
    <w:p>
      <w:pPr>
        <w:spacing w:before="0" w:after="80" w:line="300" w:lineRule="auto"/>
        <w:jc w:val="left"/>
      </w:pPr>
      <w:r>
        <w:rPr>
          <w:rFonts w:ascii="Times New Roman" w:hAnsi="Times New Roman" w:eastAsia="宋体"/>
          <w:b w:val="0"/>
          <w:i w:val="0"/>
          <w:color w:val="333333"/>
          <w:sz w:val="19"/>
        </w:rPr>
        <w:t>so p(n + 140) = 4002 = 2 · 3 · 23 · 29.</w:t>
      </w:r>
    </w:p>
    <w:p>
      <w:pPr>
        <w:spacing w:before="0" w:after="80" w:line="300" w:lineRule="auto"/>
        <w:jc w:val="left"/>
      </w:pPr>
      <w:r>
        <w:rPr>
          <w:rFonts w:ascii="Times New Roman" w:hAnsi="Times New Roman" w:eastAsia="宋体"/>
          <w:b w:val="0"/>
          <w:i w:val="0"/>
          <w:color w:val="333333"/>
          <w:sz w:val="19"/>
        </w:rPr>
        <w:t>Since 0 ≤ n ≤ 140, we need a factor of 4002 with 140 ≤ n + 140 ≤ 280. The only such factor is 174 = 2 · 3 · 29, giving n = 34 and p = 23.</w:t>
      </w:r>
    </w:p>
    <w:p>
      <w:pPr>
        <w:spacing w:before="0" w:after="80" w:line="300" w:lineRule="auto"/>
        <w:jc w:val="left"/>
      </w:pPr>
      <w:r>
        <w:rPr>
          <w:rFonts w:ascii="Times New Roman" w:hAnsi="Times New Roman" w:eastAsia="宋体"/>
          <w:b w:val="0"/>
          <w:i w:val="0"/>
          <w:color w:val="333333"/>
          <w:sz w:val="19"/>
        </w:rPr>
        <w:t>The full-price tickets raise 34 · 23 = 782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当扇形卷成圆锥时，它的半径 10 成为母线长，它的弧成为底面圆。</w:t>
      </w:r>
    </w:p>
    <w:p>
      <w:pPr>
        <w:spacing w:before="0" w:after="80" w:line="300" w:lineRule="auto"/>
        <w:jc w:val="left"/>
      </w:pPr>
      <w:r>
        <w:rPr>
          <w:rFonts w:ascii="Times New Roman" w:hAnsi="Times New Roman" w:eastAsia="宋体"/>
          <w:b w:val="0"/>
          <w:i w:val="0"/>
          <w:sz w:val="21"/>
        </w:rPr>
        <w:t>弧长为</w:t>
      </w:r>
    </w:p>
    <w:p>
      <w:pPr>
        <w:spacing w:before="0" w:after="80" w:line="300" w:lineRule="auto"/>
        <w:jc w:val="left"/>
      </w:pPr>
      <w:r>
        <w:rPr>
          <w:rFonts w:ascii="Times New Roman" w:hAnsi="Times New Roman" w:eastAsia="宋体"/>
          <w:b w:val="0"/>
          <w:i w:val="0"/>
          <w:sz w:val="21"/>
        </w:rPr>
        <w:t>252/360· 2π(10) = 7/10· 20π = 14π，</w:t>
      </w:r>
    </w:p>
    <w:p>
      <w:pPr>
        <w:spacing w:before="0" w:after="80" w:line="300" w:lineRule="auto"/>
        <w:jc w:val="left"/>
      </w:pPr>
      <w:r>
        <w:rPr>
          <w:rFonts w:ascii="Times New Roman" w:hAnsi="Times New Roman" w:eastAsia="宋体"/>
          <w:b w:val="0"/>
          <w:i w:val="0"/>
          <w:sz w:val="21"/>
        </w:rPr>
        <w:t>所以底面周长是 14π，底面半径是 7。</w:t>
      </w:r>
    </w:p>
    <w:p>
      <w:pPr>
        <w:spacing w:before="0" w:after="80" w:line="300" w:lineRule="auto"/>
        <w:jc w:val="left"/>
      </w:pPr>
      <w:r>
        <w:rPr>
          <w:rFonts w:ascii="Times New Roman" w:hAnsi="Times New Roman" w:eastAsia="宋体"/>
          <w:b w:val="0"/>
          <w:i w:val="0"/>
          <w:sz w:val="21"/>
        </w:rPr>
        <w:t>因此该圆锥的底面半径为 7，母线长为 10，对应选项 C。</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sector is rolled into a cone, its radius 10 becomes the slant height, and its arc becomes the base circle.</w:t>
      </w:r>
    </w:p>
    <w:p>
      <w:pPr>
        <w:spacing w:before="0" w:after="80" w:line="300" w:lineRule="auto"/>
        <w:jc w:val="left"/>
      </w:pPr>
      <w:r>
        <w:rPr>
          <w:rFonts w:ascii="Times New Roman" w:hAnsi="Times New Roman" w:eastAsia="宋体"/>
          <w:b w:val="0"/>
          <w:i w:val="0"/>
          <w:color w:val="333333"/>
          <w:sz w:val="19"/>
        </w:rPr>
        <w:t>The arc length is</w:t>
      </w:r>
    </w:p>
    <w:p>
      <w:pPr>
        <w:spacing w:before="0" w:after="80" w:line="300" w:lineRule="auto"/>
        <w:jc w:val="left"/>
      </w:pPr>
      <w:r>
        <w:rPr>
          <w:rFonts w:ascii="Times New Roman" w:hAnsi="Times New Roman" w:eastAsia="宋体"/>
          <w:b w:val="0"/>
          <w:i w:val="0"/>
          <w:color w:val="333333"/>
          <w:sz w:val="19"/>
        </w:rPr>
        <w:t>252/360· 2π(10) = 7/10· 20π = 14π,</w:t>
      </w:r>
    </w:p>
    <w:p>
      <w:pPr>
        <w:spacing w:before="0" w:after="80" w:line="300" w:lineRule="auto"/>
        <w:jc w:val="left"/>
      </w:pPr>
      <w:r>
        <w:rPr>
          <w:rFonts w:ascii="Times New Roman" w:hAnsi="Times New Roman" w:eastAsia="宋体"/>
          <w:b w:val="0"/>
          <w:i w:val="0"/>
          <w:color w:val="333333"/>
          <w:sz w:val="19"/>
        </w:rPr>
        <w:t>so the base circumference is 14π and the base radius is 7.</w:t>
      </w:r>
    </w:p>
    <w:p>
      <w:pPr>
        <w:spacing w:before="0" w:after="80" w:line="300" w:lineRule="auto"/>
        <w:jc w:val="left"/>
      </w:pPr>
      <w:r>
        <w:rPr>
          <w:rFonts w:ascii="Times New Roman" w:hAnsi="Times New Roman" w:eastAsia="宋体"/>
          <w:b w:val="0"/>
          <w:i w:val="0"/>
          <w:color w:val="333333"/>
          <w:sz w:val="19"/>
        </w:rPr>
        <w:t>The cone therefore has base radius 7 and slant height 10, which is choice 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取 x = 500，且令 y = 6/5，使得 xy = 600。则</w:t>
      </w:r>
    </w:p>
    <w:p>
      <w:pPr>
        <w:spacing w:before="0" w:after="80" w:line="300" w:lineRule="auto"/>
        <w:jc w:val="left"/>
      </w:pPr>
      <w:r>
        <w:rPr>
          <w:rFonts w:ascii="Times New Roman" w:hAnsi="Times New Roman" w:eastAsia="宋体"/>
          <w:b w:val="0"/>
          <w:i w:val="0"/>
          <w:sz w:val="21"/>
        </w:rPr>
        <w:t>f(600) = (f(500))/(6/5) = 3/(6/5) = 5/2。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x = 500 and y = 6/5 so that xy = 600. Then</w:t>
      </w:r>
    </w:p>
    <w:p>
      <w:pPr>
        <w:spacing w:before="0" w:after="80" w:line="300" w:lineRule="auto"/>
        <w:jc w:val="left"/>
      </w:pPr>
      <w:r>
        <w:rPr>
          <w:rFonts w:ascii="Times New Roman" w:hAnsi="Times New Roman" w:eastAsia="宋体"/>
          <w:b w:val="0"/>
          <w:i w:val="0"/>
          <w:color w:val="333333"/>
          <w:sz w:val="19"/>
        </w:rPr>
        <w:t>f(600) = (f(500))/(6/5) = 3/(6/5) = 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图案在一个由九个单位正方形组成的 3 × 3 方块中重复。其中九个小方格有四个未被五边形覆盖；剩余面积属于五边形。</w:t>
      </w:r>
    </w:p>
    <w:p>
      <w:pPr>
        <w:spacing w:before="0" w:after="80" w:line="300" w:lineRule="auto"/>
        <w:jc w:val="left"/>
      </w:pPr>
      <w:r>
        <w:rPr>
          <w:rFonts w:ascii="Times New Roman" w:hAnsi="Times New Roman" w:eastAsia="宋体"/>
          <w:b w:val="0"/>
          <w:i w:val="0"/>
          <w:sz w:val="21"/>
        </w:rPr>
        <w:t>所以五边形覆盖的比例为</w:t>
      </w:r>
    </w:p>
    <w:p>
      <w:pPr>
        <w:spacing w:before="0" w:after="80" w:line="300" w:lineRule="auto"/>
        <w:jc w:val="left"/>
      </w:pPr>
      <w:r>
        <w:rPr>
          <w:rFonts w:ascii="Times New Roman" w:hAnsi="Times New Roman" w:eastAsia="宋体"/>
          <w:b w:val="0"/>
          <w:i w:val="0"/>
          <w:sz w:val="21"/>
        </w:rPr>
        <w:t>1 - 4/9 = 5/9 = 55.55%，</w:t>
      </w:r>
    </w:p>
    <w:p>
      <w:pPr>
        <w:spacing w:before="0" w:after="80" w:line="300" w:lineRule="auto"/>
        <w:jc w:val="left"/>
      </w:pPr>
      <w:r>
        <w:rPr>
          <w:rFonts w:ascii="Times New Roman" w:hAnsi="Times New Roman" w:eastAsia="宋体"/>
          <w:b w:val="0"/>
          <w:i w:val="0"/>
          <w:sz w:val="21"/>
        </w:rPr>
        <w:t>最接近 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pattern repeats over a 3 × 3 block of nine unit squares. Four of these nine squares are not covered by pentagons; the rest of the area belongs to the pentagons.</w:t>
      </w:r>
    </w:p>
    <w:p>
      <w:pPr>
        <w:spacing w:before="0" w:after="80" w:line="300" w:lineRule="auto"/>
        <w:jc w:val="left"/>
      </w:pPr>
      <w:r>
        <w:rPr>
          <w:rFonts w:ascii="Times New Roman" w:hAnsi="Times New Roman" w:eastAsia="宋体"/>
          <w:b w:val="0"/>
          <w:i w:val="0"/>
          <w:color w:val="333333"/>
          <w:sz w:val="19"/>
        </w:rPr>
        <w:t>So the pentagons enclose</w:t>
      </w:r>
    </w:p>
    <w:p>
      <w:pPr>
        <w:spacing w:before="0" w:after="80" w:line="300" w:lineRule="auto"/>
        <w:jc w:val="left"/>
      </w:pPr>
      <w:r>
        <w:rPr>
          <w:rFonts w:ascii="Times New Roman" w:hAnsi="Times New Roman" w:eastAsia="宋体"/>
          <w:b w:val="0"/>
          <w:i w:val="0"/>
          <w:color w:val="333333"/>
          <w:sz w:val="19"/>
        </w:rPr>
        <w:t>1 - 4/9 = 5/9 = 55.55%,</w:t>
      </w:r>
    </w:p>
    <w:p>
      <w:pPr>
        <w:spacing w:before="0" w:after="80" w:line="300" w:lineRule="auto"/>
        <w:jc w:val="left"/>
      </w:pPr>
      <w:r>
        <w:rPr>
          <w:rFonts w:ascii="Times New Roman" w:hAnsi="Times New Roman" w:eastAsia="宋体"/>
          <w:b w:val="0"/>
          <w:i w:val="0"/>
          <w:color w:val="333333"/>
          <w:sz w:val="19"/>
        </w:rPr>
        <w:t>which is closest to 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想象继续取直到五枚筹码全部取出。实际过程停在白筹码上，恰好说明白筹码先于红筹码用完，也就是完整排列中的最后一枚筹码是红色。</w:t>
      </w:r>
    </w:p>
    <w:p>
      <w:pPr>
        <w:spacing w:before="0" w:after="80" w:line="300" w:lineRule="auto"/>
        <w:jc w:val="left"/>
      </w:pPr>
      <w:r>
        <w:rPr>
          <w:rFonts w:ascii="Times New Roman" w:hAnsi="Times New Roman" w:eastAsia="宋体"/>
          <w:b w:val="0"/>
          <w:i w:val="0"/>
          <w:sz w:val="21"/>
        </w:rPr>
        <w:t>五枚筹码中最后一枚等可能是任意一枚，因此它是红色的概率为 3/5。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Imagine continuing until all five chips are removed. The process actually stops on a white chip exactly when the whites run out before the reds, i.e. when the last chip in the full ordering is red.</w:t>
      </w:r>
    </w:p>
    <w:p>
      <w:pPr>
        <w:spacing w:before="0" w:after="80" w:line="300" w:lineRule="auto"/>
        <w:jc w:val="left"/>
      </w:pPr>
      <w:r>
        <w:rPr>
          <w:rFonts w:ascii="Times New Roman" w:hAnsi="Times New Roman" w:eastAsia="宋体"/>
          <w:b w:val="0"/>
          <w:i w:val="0"/>
          <w:color w:val="333333"/>
          <w:sz w:val="19"/>
        </w:rPr>
        <w:t>The last of the five chips is equally likely to be any chip, so it is red with probability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不超过 2001 的 3 或 4 的倍数共有</w:t>
      </w:r>
    </w:p>
    <w:p>
      <w:pPr>
        <w:spacing w:before="0" w:after="80" w:line="300" w:lineRule="auto"/>
        <w:jc w:val="left"/>
      </w:pPr>
      <w:r>
        <w:rPr>
          <w:rFonts w:ascii="Times New Roman" w:hAnsi="Times New Roman" w:eastAsia="宋体"/>
          <w:b w:val="0"/>
          <w:i w:val="0"/>
          <w:sz w:val="21"/>
        </w:rPr>
        <w:t>667 + 500 - 166 = 1001，</w:t>
      </w:r>
    </w:p>
    <w:p>
      <w:pPr>
        <w:spacing w:before="0" w:after="80" w:line="300" w:lineRule="auto"/>
        <w:jc w:val="left"/>
      </w:pPr>
      <w:r>
        <w:rPr>
          <w:rFonts w:ascii="Times New Roman" w:hAnsi="Times New Roman" w:eastAsia="宋体"/>
          <w:b w:val="0"/>
          <w:i w:val="0"/>
          <w:sz w:val="21"/>
        </w:rPr>
        <w:t>这里用到 ⌊ 2001/3 ⌋ = 667、⌊ 2001/4 ⌋ = 500 以及 ⌊ 2001/12 ⌋ = 166。</w:t>
      </w:r>
    </w:p>
    <w:p>
      <w:pPr>
        <w:spacing w:before="0" w:after="80" w:line="300" w:lineRule="auto"/>
        <w:jc w:val="left"/>
      </w:pPr>
      <w:r>
        <w:rPr>
          <w:rFonts w:ascii="Times New Roman" w:hAnsi="Times New Roman" w:eastAsia="宋体"/>
          <w:b w:val="0"/>
          <w:i w:val="0"/>
          <w:sz w:val="21"/>
        </w:rPr>
        <w:t>其中能被 5 整除的是 15 或 20 的倍数，共有</w:t>
      </w:r>
    </w:p>
    <w:p>
      <w:pPr>
        <w:spacing w:before="0" w:after="80" w:line="300" w:lineRule="auto"/>
        <w:jc w:val="left"/>
      </w:pPr>
      <w:r>
        <w:rPr>
          <w:rFonts w:ascii="Times New Roman" w:hAnsi="Times New Roman" w:eastAsia="宋体"/>
          <w:b w:val="0"/>
          <w:i w:val="0"/>
          <w:sz w:val="21"/>
        </w:rPr>
        <w:t>133 + 100 - 33 = 200，</w:t>
      </w:r>
    </w:p>
    <w:p>
      <w:pPr>
        <w:spacing w:before="0" w:after="80" w:line="300" w:lineRule="auto"/>
        <w:jc w:val="left"/>
      </w:pPr>
      <w:r>
        <w:rPr>
          <w:rFonts w:ascii="Times New Roman" w:hAnsi="Times New Roman" w:eastAsia="宋体"/>
          <w:b w:val="0"/>
          <w:i w:val="0"/>
          <w:sz w:val="21"/>
        </w:rPr>
        <w:t>这里用到 ⌊ 2001/15 ⌋ = 133、⌊ 2001/20 ⌋ = 100 以及 ⌊ 2001/60 ⌋ = 33。</w:t>
      </w:r>
    </w:p>
    <w:p>
      <w:pPr>
        <w:spacing w:before="0" w:after="80" w:line="300" w:lineRule="auto"/>
        <w:jc w:val="left"/>
      </w:pPr>
      <w:r>
        <w:rPr>
          <w:rFonts w:ascii="Times New Roman" w:hAnsi="Times New Roman" w:eastAsia="宋体"/>
          <w:b w:val="0"/>
          <w:i w:val="0"/>
          <w:sz w:val="21"/>
        </w:rPr>
        <w:t>所求个数为 1001 - 200 = 801。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Multiples of 3 or 4 up to 2001 number</w:t>
      </w:r>
    </w:p>
    <w:p>
      <w:pPr>
        <w:spacing w:before="0" w:after="80" w:line="300" w:lineRule="auto"/>
        <w:jc w:val="left"/>
      </w:pPr>
      <w:r>
        <w:rPr>
          <w:rFonts w:ascii="Times New Roman" w:hAnsi="Times New Roman" w:eastAsia="宋体"/>
          <w:b w:val="0"/>
          <w:i w:val="0"/>
          <w:color w:val="333333"/>
          <w:sz w:val="19"/>
        </w:rPr>
        <w:t>667 + 500 - 166 = 1001,</w:t>
      </w:r>
    </w:p>
    <w:p>
      <w:pPr>
        <w:spacing w:before="0" w:after="80" w:line="300" w:lineRule="auto"/>
        <w:jc w:val="left"/>
      </w:pPr>
      <w:r>
        <w:rPr>
          <w:rFonts w:ascii="Times New Roman" w:hAnsi="Times New Roman" w:eastAsia="宋体"/>
          <w:b w:val="0"/>
          <w:i w:val="0"/>
          <w:color w:val="333333"/>
          <w:sz w:val="19"/>
        </w:rPr>
        <w:t>using ⌊ 2001/3 ⌋ = 667, ⌊ 2001/4 ⌋ = 500, and ⌊ 2001/12 ⌋ = 166.</w:t>
      </w:r>
    </w:p>
    <w:p>
      <w:pPr>
        <w:spacing w:before="0" w:after="80" w:line="300" w:lineRule="auto"/>
        <w:jc w:val="left"/>
      </w:pPr>
      <w:r>
        <w:rPr>
          <w:rFonts w:ascii="Times New Roman" w:hAnsi="Times New Roman" w:eastAsia="宋体"/>
          <w:b w:val="0"/>
          <w:i w:val="0"/>
          <w:color w:val="333333"/>
          <w:sz w:val="19"/>
        </w:rPr>
        <w:t>Among these, the ones divisible by 5 are multiples of 15 or 20:</w:t>
      </w:r>
    </w:p>
    <w:p>
      <w:pPr>
        <w:spacing w:before="0" w:after="80" w:line="300" w:lineRule="auto"/>
        <w:jc w:val="left"/>
      </w:pPr>
      <w:r>
        <w:rPr>
          <w:rFonts w:ascii="Times New Roman" w:hAnsi="Times New Roman" w:eastAsia="宋体"/>
          <w:b w:val="0"/>
          <w:i w:val="0"/>
          <w:color w:val="333333"/>
          <w:sz w:val="19"/>
        </w:rPr>
        <w:t>133 + 100 - 33 = 200,</w:t>
      </w:r>
    </w:p>
    <w:p>
      <w:pPr>
        <w:spacing w:before="0" w:after="80" w:line="300" w:lineRule="auto"/>
        <w:jc w:val="left"/>
      </w:pPr>
      <w:r>
        <w:rPr>
          <w:rFonts w:ascii="Times New Roman" w:hAnsi="Times New Roman" w:eastAsia="宋体"/>
          <w:b w:val="0"/>
          <w:i w:val="0"/>
          <w:color w:val="333333"/>
          <w:sz w:val="19"/>
        </w:rPr>
        <w:t>using ⌊ 2001/15 ⌋ = 133, ⌊ 2001/20 ⌋ = 100, and ⌊ 2001/60 ⌋ = 33.</w:t>
      </w:r>
    </w:p>
    <w:p>
      <w:pPr>
        <w:spacing w:before="0" w:after="80" w:line="300" w:lineRule="auto"/>
        <w:jc w:val="left"/>
      </w:pPr>
      <w:r>
        <w:rPr>
          <w:rFonts w:ascii="Times New Roman" w:hAnsi="Times New Roman" w:eastAsia="宋体"/>
          <w:b w:val="0"/>
          <w:i w:val="0"/>
          <w:color w:val="333333"/>
          <w:sz w:val="19"/>
        </w:rPr>
        <w:t>The count is 1001 - 200 = 801.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a + b + c 是原抛物线在 x = 1 处的值，d + e + f 是反射后抛物线在 x = 1 处的值。</w:t>
      </w:r>
    </w:p>
    <w:p>
      <w:pPr>
        <w:spacing w:before="0" w:after="80" w:line="300" w:lineRule="auto"/>
        <w:jc w:val="left"/>
      </w:pPr>
      <w:r>
        <w:rPr>
          <w:rFonts w:ascii="Times New Roman" w:hAnsi="Times New Roman" w:eastAsia="宋体"/>
          <w:b w:val="0"/>
          <w:i w:val="0"/>
          <w:sz w:val="21"/>
        </w:rPr>
        <w:t>关于 y = k 反射，会把每个高度 y 替换成 2k - y。因此在 x = 1 处，两条抛物线的高度之和为</w:t>
      </w:r>
    </w:p>
    <w:p>
      <w:pPr>
        <w:spacing w:before="0" w:after="80" w:line="300" w:lineRule="auto"/>
        <w:jc w:val="left"/>
      </w:pPr>
      <w:r>
        <w:rPr>
          <w:rFonts w:ascii="Times New Roman" w:hAnsi="Times New Roman" w:eastAsia="宋体"/>
          <w:b w:val="0"/>
          <w:i w:val="0"/>
          <w:sz w:val="21"/>
        </w:rPr>
        <w:t>(a + b + c) + (d + e + f) = 2k。</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a + b + c is the first parabola at x = 1, and d + e + f is the reflected parabola at x = 1.</w:t>
      </w:r>
    </w:p>
    <w:p>
      <w:pPr>
        <w:spacing w:before="0" w:after="80" w:line="300" w:lineRule="auto"/>
        <w:jc w:val="left"/>
      </w:pPr>
      <w:r>
        <w:rPr>
          <w:rFonts w:ascii="Times New Roman" w:hAnsi="Times New Roman" w:eastAsia="宋体"/>
          <w:b w:val="0"/>
          <w:i w:val="0"/>
          <w:color w:val="333333"/>
          <w:sz w:val="19"/>
        </w:rPr>
        <w:t>Reflecting the curve about y = k replaces each height y by 2k - y. So at x = 1 the two heights sum to</w:t>
      </w:r>
    </w:p>
    <w:p>
      <w:pPr>
        <w:spacing w:before="0" w:after="80" w:line="300" w:lineRule="auto"/>
        <w:jc w:val="left"/>
      </w:pPr>
      <w:r>
        <w:rPr>
          <w:rFonts w:ascii="Times New Roman" w:hAnsi="Times New Roman" w:eastAsia="宋体"/>
          <w:b w:val="0"/>
          <w:i w:val="0"/>
          <w:color w:val="333333"/>
          <w:sz w:val="19"/>
        </w:rPr>
        <w:t>(a + b + c) + (d + e + f) = 2k.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C(9, 2) = 36 对顶点中的每一对，都可以作为恰好两个等边三角形的一条边，因此按重数计共有 72 个三角形。</w:t>
      </w:r>
    </w:p>
    <w:p>
      <w:pPr>
        <w:spacing w:before="0" w:after="80" w:line="300" w:lineRule="auto"/>
        <w:jc w:val="left"/>
      </w:pPr>
      <w:r>
        <w:rPr>
          <w:rFonts w:ascii="Times New Roman" w:hAnsi="Times New Roman" w:eastAsia="宋体"/>
          <w:b w:val="0"/>
          <w:i w:val="0"/>
          <w:sz w:val="21"/>
        </w:rPr>
        <w:t>三角形 A₁ A₄ A₇，A₂ A₅ A₈，和 A₃ A₆ A₉ 的三个顶点都在该集合中，所以每个被数了三次而不是一次，每个多算了 2 次。</w:t>
      </w:r>
    </w:p>
    <w:p>
      <w:pPr>
        <w:spacing w:before="0" w:after="80" w:line="300" w:lineRule="auto"/>
        <w:jc w:val="left"/>
      </w:pPr>
      <w:r>
        <w:rPr>
          <w:rFonts w:ascii="Times New Roman" w:hAnsi="Times New Roman" w:eastAsia="宋体"/>
          <w:b w:val="0"/>
          <w:i w:val="0"/>
          <w:sz w:val="21"/>
        </w:rPr>
        <w:t>不同三角形的个数为 72 - 3 · 2 = 66。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C(9, 2) = 36 pairs of vertices is a side of exactly two equilateral triangles, giving 72 triangles counted with multiplicity.</w:t>
      </w:r>
    </w:p>
    <w:p>
      <w:pPr>
        <w:spacing w:before="0" w:after="80" w:line="300" w:lineRule="auto"/>
        <w:jc w:val="left"/>
      </w:pPr>
      <w:r>
        <w:rPr>
          <w:rFonts w:ascii="Times New Roman" w:hAnsi="Times New Roman" w:eastAsia="宋体"/>
          <w:b w:val="0"/>
          <w:i w:val="0"/>
          <w:color w:val="333333"/>
          <w:sz w:val="19"/>
        </w:rPr>
        <w:t>The triangles A₁ A₄ A₇, A₂ A₅ A₈, and A₃ A₆ A₉ have all three vertices in the set, so each is counted three times instead of once, an overcount of 2 apiece.</w:t>
      </w:r>
    </w:p>
    <w:p>
      <w:pPr>
        <w:spacing w:before="0" w:after="80" w:line="300" w:lineRule="auto"/>
        <w:jc w:val="left"/>
      </w:pPr>
      <w:r>
        <w:rPr>
          <w:rFonts w:ascii="Times New Roman" w:hAnsi="Times New Roman" w:eastAsia="宋体"/>
          <w:b w:val="0"/>
          <w:i w:val="0"/>
          <w:color w:val="333333"/>
          <w:sz w:val="19"/>
        </w:rPr>
        <w:t>The number of distinct triangles is 72 - 3 · 2 = 66.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将昆虫经过的两个面展开到平面上。它们形成一个由两个等边三角形组成、边长为 1 的菱形。</w:t>
      </w:r>
    </w:p>
    <w:p>
      <w:pPr>
        <w:spacing w:before="0" w:after="80" w:line="300" w:lineRule="auto"/>
        <w:jc w:val="left"/>
      </w:pPr>
      <w:r>
        <w:rPr>
          <w:rFonts w:ascii="Times New Roman" w:hAnsi="Times New Roman" w:eastAsia="宋体"/>
          <w:b w:val="0"/>
          <w:i w:val="0"/>
          <w:sz w:val="21"/>
        </w:rPr>
        <w:t>这两个对棱中点会变成该菱形两条对边的中点，它们之间的直线距离正好是 1。折回四面体不会改变长度，因此最短路程是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shortest path leaves the starting edge through one of its two incident faces and reaches the opposite edge through one of its two incident faces. Any such pair of faces shares an edge. Unfolding that pair gives a rhombus of side 1 made of two equilateral triangles.</w:t>
      </w:r>
    </w:p>
    <w:p>
      <w:pPr>
        <w:spacing w:before="0" w:after="80" w:line="300" w:lineRule="auto"/>
        <w:jc w:val="left"/>
      </w:pPr>
      <w:r>
        <w:rPr>
          <w:rFonts w:ascii="Times New Roman" w:hAnsi="Times New Roman" w:eastAsia="宋体"/>
          <w:b w:val="0"/>
          <w:i w:val="0"/>
          <w:color w:val="333333"/>
          <w:sz w:val="19"/>
        </w:rPr>
        <w:t>The two opposite-edge midpoints become the midpoints of opposite sides of this rhombus, which are exactly 1 unit apart along a straight segment. Folding back preserves the length, so the shortest trip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把 16 件物品（8 只袜子和 8 只鞋）按某个顺序排列：共有 16! 种排列。</w:t>
      </w:r>
    </w:p>
    <w:p>
      <w:pPr>
        <w:spacing w:before="0" w:after="80" w:line="300" w:lineRule="auto"/>
        <w:jc w:val="left"/>
      </w:pPr>
      <w:r>
        <w:rPr>
          <w:rFonts w:ascii="Times New Roman" w:hAnsi="Times New Roman" w:eastAsia="宋体"/>
          <w:b w:val="0"/>
          <w:i w:val="0"/>
          <w:sz w:val="21"/>
        </w:rPr>
        <w:t>对每条腿，袜子在鞋子之前出现的排列恰好占所有排列的一半。对八条腿同时施加这个限制，需要除以 2⁸ 得到</w:t>
      </w:r>
    </w:p>
    <w:p>
      <w:pPr>
        <w:spacing w:before="0" w:after="80" w:line="300" w:lineRule="auto"/>
        <w:jc w:val="left"/>
      </w:pPr>
      <w:r>
        <w:rPr>
          <w:rFonts w:ascii="Times New Roman" w:hAnsi="Times New Roman" w:eastAsia="宋体"/>
          <w:b w:val="0"/>
          <w:i w:val="0"/>
          <w:sz w:val="21"/>
        </w:rPr>
        <w:t>(16!)/2⁸。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Think of the 16 items (8 socks and 8 shoes) arranged in some order: there are 16! arrangements.</w:t>
      </w:r>
    </w:p>
    <w:p>
      <w:pPr>
        <w:spacing w:before="0" w:after="80" w:line="300" w:lineRule="auto"/>
        <w:jc w:val="left"/>
      </w:pPr>
      <w:r>
        <w:rPr>
          <w:rFonts w:ascii="Times New Roman" w:hAnsi="Times New Roman" w:eastAsia="宋体"/>
          <w:b w:val="0"/>
          <w:i w:val="0"/>
          <w:color w:val="333333"/>
          <w:sz w:val="19"/>
        </w:rPr>
        <w:t>For each leg, the sock comes before the shoe in exactly half of all arrangements. Imposing this on all eight legs independently divides by 2⁸, giving</w:t>
      </w:r>
    </w:p>
    <w:p>
      <w:pPr>
        <w:spacing w:before="0" w:after="80" w:line="300" w:lineRule="auto"/>
        <w:jc w:val="left"/>
      </w:pPr>
      <w:r>
        <w:rPr>
          <w:rFonts w:ascii="Times New Roman" w:hAnsi="Times New Roman" w:eastAsia="宋体"/>
          <w:b w:val="0"/>
          <w:i w:val="0"/>
          <w:color w:val="333333"/>
          <w:sz w:val="19"/>
        </w:rPr>
        <w:t>(16!)/2⁸.</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当 P 在以 AB 为直径的圆上时，∠ APB = 90°。该圆的圆心为 (2, 1)，半径为 (|AB|)/2 = (√(20))/2 = √(5)。当 P 在这个圆内时，该角为钝角。</w:t>
      </w:r>
    </w:p>
    <w:p>
      <w:pPr>
        <w:spacing w:before="0" w:after="80" w:line="300" w:lineRule="auto"/>
        <w:jc w:val="left"/>
      </w:pPr>
      <w:r>
        <w:rPr>
          <w:rFonts w:ascii="Times New Roman" w:hAnsi="Times New Roman" w:eastAsia="宋体"/>
          <w:b w:val="0"/>
          <w:i w:val="0"/>
          <w:sz w:val="21"/>
        </w:rPr>
        <w:t>相关的半圆完全在五边形内，面积为 1/2π(√(5))² = 5π/2。</w:t>
      </w:r>
    </w:p>
    <w:p>
      <w:pPr>
        <w:spacing w:before="0" w:after="80" w:line="300" w:lineRule="auto"/>
        <w:jc w:val="left"/>
      </w:pPr>
      <w:r>
        <w:rPr>
          <w:rFonts w:ascii="Times New Roman" w:hAnsi="Times New Roman" w:eastAsia="宋体"/>
          <w:b w:val="0"/>
          <w:i w:val="0"/>
          <w:sz w:val="21"/>
        </w:rPr>
        <w:t>该五边形等于顶点为 (0,0)，C，D，E 的矩形减去三角形 OAB，所以面积为</w:t>
      </w:r>
    </w:p>
    <w:p>
      <w:pPr>
        <w:spacing w:before="0" w:after="80" w:line="300" w:lineRule="auto"/>
        <w:jc w:val="left"/>
      </w:pPr>
      <w:r>
        <w:rPr>
          <w:rFonts w:ascii="Times New Roman" w:hAnsi="Times New Roman" w:eastAsia="宋体"/>
          <w:b w:val="0"/>
          <w:i w:val="0"/>
          <w:sz w:val="21"/>
        </w:rPr>
        <w:t>4(2π + 1) - 1/2(2)(4) = 8π。</w:t>
      </w:r>
    </w:p>
    <w:p>
      <w:pPr>
        <w:spacing w:before="0" w:after="80" w:line="300" w:lineRule="auto"/>
        <w:jc w:val="left"/>
      </w:pPr>
      <w:r>
        <w:rPr>
          <w:rFonts w:ascii="Times New Roman" w:hAnsi="Times New Roman" w:eastAsia="宋体"/>
          <w:b w:val="0"/>
          <w:i w:val="0"/>
          <w:sz w:val="21"/>
        </w:rPr>
        <w:t>概率为 (5π/2)/8π = 5/16。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 APB = 90° when P is on the circle with diameter AB, centered at (2, 1) with radius (|AB|)/2 = (√(20))/2 = √(5). The angle is obtuse when P is inside this circle.</w:t>
      </w:r>
    </w:p>
    <w:p>
      <w:pPr>
        <w:spacing w:before="0" w:after="80" w:line="300" w:lineRule="auto"/>
        <w:jc w:val="left"/>
      </w:pPr>
      <w:r>
        <w:rPr>
          <w:rFonts w:ascii="Times New Roman" w:hAnsi="Times New Roman" w:eastAsia="宋体"/>
          <w:b w:val="0"/>
          <w:i w:val="0"/>
          <w:color w:val="333333"/>
          <w:sz w:val="19"/>
        </w:rPr>
        <w:t>The relevant half-disk lies wholly within the pentagon, with area 1/2π(√(5))² = 5π/2.</w:t>
      </w:r>
    </w:p>
    <w:p>
      <w:pPr>
        <w:spacing w:before="0" w:after="80" w:line="300" w:lineRule="auto"/>
        <w:jc w:val="left"/>
      </w:pPr>
      <w:r>
        <w:rPr>
          <w:rFonts w:ascii="Times New Roman" w:hAnsi="Times New Roman" w:eastAsia="宋体"/>
          <w:b w:val="0"/>
          <w:i w:val="0"/>
          <w:color w:val="333333"/>
          <w:sz w:val="19"/>
        </w:rPr>
        <w:t>The pentagon is the rectangle with corners (0,0), C, D, E minus triangle OAB, so its area is</w:t>
      </w:r>
    </w:p>
    <w:p>
      <w:pPr>
        <w:spacing w:before="0" w:after="80" w:line="300" w:lineRule="auto"/>
        <w:jc w:val="left"/>
      </w:pPr>
      <w:r>
        <w:rPr>
          <w:rFonts w:ascii="Times New Roman" w:hAnsi="Times New Roman" w:eastAsia="宋体"/>
          <w:b w:val="0"/>
          <w:i w:val="0"/>
          <w:color w:val="333333"/>
          <w:sz w:val="19"/>
        </w:rPr>
        <w:t>4(2π + 1) - 1/2(2)(4) = 8π.</w:t>
      </w:r>
    </w:p>
    <w:p>
      <w:pPr>
        <w:spacing w:before="0" w:after="80" w:line="300" w:lineRule="auto"/>
        <w:jc w:val="left"/>
      </w:pPr>
      <w:r>
        <w:rPr>
          <w:rFonts w:ascii="Times New Roman" w:hAnsi="Times New Roman" w:eastAsia="宋体"/>
          <w:b w:val="0"/>
          <w:i w:val="0"/>
          <w:color w:val="333333"/>
          <w:sz w:val="19"/>
        </w:rPr>
        <w:t>The probability is (5π/2)/8π = 5/16.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当两个半径为 r 和 s 的相切圆都贴在同一直线上时，它们在直线上的切点距离为 2√(rs)。</w:t>
      </w:r>
    </w:p>
    <w:p>
      <w:pPr>
        <w:spacing w:before="0" w:after="80" w:line="300" w:lineRule="auto"/>
        <w:jc w:val="left"/>
      </w:pPr>
      <w:r>
        <w:rPr>
          <w:rFonts w:ascii="Times New Roman" w:hAnsi="Times New Roman" w:eastAsia="宋体"/>
          <w:b w:val="0"/>
          <w:i w:val="0"/>
          <w:sz w:val="21"/>
        </w:rPr>
        <w:t>两个大圆的切点相距 2√(1 · 4) = 4。设夹在它们中间的小圆半径为 x，则它到两边的切点距离相加为</w:t>
      </w:r>
    </w:p>
    <w:p>
      <w:pPr>
        <w:spacing w:before="0" w:after="80" w:line="300" w:lineRule="auto"/>
        <w:jc w:val="left"/>
      </w:pPr>
      <w:r>
        <w:rPr>
          <w:rFonts w:ascii="Times New Roman" w:hAnsi="Times New Roman" w:eastAsia="宋体"/>
          <w:b w:val="0"/>
          <w:i w:val="0"/>
          <w:sz w:val="21"/>
        </w:rPr>
        <w:t>2√(1 · x) + 2√(4 · x) = 4。</w:t>
      </w:r>
    </w:p>
    <w:p>
      <w:pPr>
        <w:spacing w:before="0" w:after="80" w:line="300" w:lineRule="auto"/>
        <w:jc w:val="left"/>
      </w:pPr>
      <w:r>
        <w:rPr>
          <w:rFonts w:ascii="Times New Roman" w:hAnsi="Times New Roman" w:eastAsia="宋体"/>
          <w:b w:val="0"/>
          <w:i w:val="0"/>
          <w:sz w:val="21"/>
        </w:rPr>
        <w:t>于是 6√(x) = 4，所以 √(x) = 2/3 且 x = 4/9。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two mutually tangent circles of radii r and s both rest on a line, the distance between their points of tangency is 2√(rs).</w:t>
      </w:r>
    </w:p>
    <w:p>
      <w:pPr>
        <w:spacing w:before="0" w:after="80" w:line="300" w:lineRule="auto"/>
        <w:jc w:val="left"/>
      </w:pPr>
      <w:r>
        <w:rPr>
          <w:rFonts w:ascii="Times New Roman" w:hAnsi="Times New Roman" w:eastAsia="宋体"/>
          <w:b w:val="0"/>
          <w:i w:val="0"/>
          <w:color w:val="333333"/>
          <w:sz w:val="19"/>
        </w:rPr>
        <w:t>The big circles’ contact points are 2√(1 · 4) = 4 apart. Placing the small circle of radius x between them, its two tangent distances add up:</w:t>
      </w:r>
    </w:p>
    <w:p>
      <w:pPr>
        <w:spacing w:before="0" w:after="80" w:line="300" w:lineRule="auto"/>
        <w:jc w:val="left"/>
      </w:pPr>
      <w:r>
        <w:rPr>
          <w:rFonts w:ascii="Times New Roman" w:hAnsi="Times New Roman" w:eastAsia="宋体"/>
          <w:b w:val="0"/>
          <w:i w:val="0"/>
          <w:color w:val="333333"/>
          <w:sz w:val="19"/>
        </w:rPr>
        <w:t>2√(1 · x) + 2√(4 · x) = 4.</w:t>
      </w:r>
    </w:p>
    <w:p>
      <w:pPr>
        <w:spacing w:before="0" w:after="80" w:line="300" w:lineRule="auto"/>
        <w:jc w:val="left"/>
      </w:pPr>
      <w:r>
        <w:rPr>
          <w:rFonts w:ascii="Times New Roman" w:hAnsi="Times New Roman" w:eastAsia="宋体"/>
          <w:b w:val="0"/>
          <w:i w:val="0"/>
          <w:color w:val="333333"/>
          <w:sz w:val="19"/>
        </w:rPr>
        <w:t>Then 6√(x) = 4, so √(x) = 2/3 and x = 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y-截距为 P(0) = c = 2。由韦达定理，零点之积为 -c = -2，零点的平均数为 -a/3，系数之和为 P(1) = 1 + a + b + c。</w:t>
      </w:r>
    </w:p>
    <w:p>
      <w:pPr>
        <w:spacing w:before="0" w:after="80" w:line="300" w:lineRule="auto"/>
        <w:jc w:val="left"/>
      </w:pPr>
      <w:r>
        <w:rPr>
          <w:rFonts w:ascii="Times New Roman" w:hAnsi="Times New Roman" w:eastAsia="宋体"/>
          <w:b w:val="0"/>
          <w:i w:val="0"/>
          <w:sz w:val="21"/>
        </w:rPr>
        <w:t>这三者都等于 -2。由 -a/3 = -2 得 a = 6。</w:t>
      </w:r>
    </w:p>
    <w:p>
      <w:pPr>
        <w:spacing w:before="0" w:after="80" w:line="300" w:lineRule="auto"/>
        <w:jc w:val="left"/>
      </w:pPr>
      <w:r>
        <w:rPr>
          <w:rFonts w:ascii="Times New Roman" w:hAnsi="Times New Roman" w:eastAsia="宋体"/>
          <w:b w:val="0"/>
          <w:i w:val="0"/>
          <w:sz w:val="21"/>
        </w:rPr>
        <w:t>于是 1 + a + b + c = -2 变为 1 + 6 + b + 2 = -2，所以 b = -11。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y-intercept is P(0) = c = 2. By Vieta’s formulas the product of the zeros is -c = -2, the mean of the zeros is -a/3, and the sum of the coefficients is P(1) = 1 + a + b + c.</w:t>
      </w:r>
    </w:p>
    <w:p>
      <w:pPr>
        <w:spacing w:before="0" w:after="80" w:line="300" w:lineRule="auto"/>
        <w:jc w:val="left"/>
      </w:pPr>
      <w:r>
        <w:rPr>
          <w:rFonts w:ascii="Times New Roman" w:hAnsi="Times New Roman" w:eastAsia="宋体"/>
          <w:b w:val="0"/>
          <w:i w:val="0"/>
          <w:color w:val="333333"/>
          <w:sz w:val="19"/>
        </w:rPr>
        <w:t>All three are equal to -2. From -a/3 = -2 we get a = 6.</w:t>
      </w:r>
    </w:p>
    <w:p>
      <w:pPr>
        <w:spacing w:before="0" w:after="80" w:line="300" w:lineRule="auto"/>
        <w:jc w:val="left"/>
      </w:pPr>
      <w:r>
        <w:rPr>
          <w:rFonts w:ascii="Times New Roman" w:hAnsi="Times New Roman" w:eastAsia="宋体"/>
          <w:b w:val="0"/>
          <w:i w:val="0"/>
          <w:color w:val="333333"/>
          <w:sz w:val="19"/>
        </w:rPr>
        <w:t>Then 1 + a + b + c = -2 becomes 1 + 6 + b + 2 = -2, so b =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AB 的中点为 M = (2, 5)，BC 的中点为 N = (3, 2)。</w:t>
      </w:r>
    </w:p>
    <w:p>
      <w:pPr>
        <w:spacing w:before="0" w:after="80" w:line="300" w:lineRule="auto"/>
        <w:jc w:val="left"/>
      </w:pPr>
      <w:r>
        <w:rPr>
          <w:rFonts w:ascii="Times New Roman" w:hAnsi="Times New Roman" w:eastAsia="宋体"/>
          <w:b w:val="0"/>
          <w:i w:val="0"/>
          <w:sz w:val="21"/>
        </w:rPr>
        <w:t>为了使中点四边形成为正方形，相邻边必须垂直且等长。由于 overrightarrowNM = 〈 -1, 3 〉，通向 DA 的中点 Q 的边向量 overrightarrowMQ 必须为 〈 3, 1 〉，所以 Q = (5, 6)。</w:t>
      </w:r>
    </w:p>
    <w:p>
      <w:pPr>
        <w:spacing w:before="0" w:after="80" w:line="300" w:lineRule="auto"/>
        <w:jc w:val="left"/>
      </w:pPr>
      <w:r>
        <w:rPr>
          <w:rFonts w:ascii="Times New Roman" w:hAnsi="Times New Roman" w:eastAsia="宋体"/>
          <w:b w:val="0"/>
          <w:i w:val="0"/>
          <w:sz w:val="21"/>
        </w:rPr>
        <w:t>因为 Q 是 DA 的中点，且 A = (3, 9)，得 D = 2Q - A = (7, 3)。它的坐标和为 7 + 3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midpoints are M = (2, 5) of AB and N = (3, 2) of BC.</w:t>
      </w:r>
    </w:p>
    <w:p>
      <w:pPr>
        <w:spacing w:before="0" w:after="80" w:line="300" w:lineRule="auto"/>
        <w:jc w:val="left"/>
      </w:pPr>
      <w:r>
        <w:rPr>
          <w:rFonts w:ascii="Times New Roman" w:hAnsi="Times New Roman" w:eastAsia="宋体"/>
          <w:b w:val="0"/>
          <w:i w:val="0"/>
          <w:color w:val="333333"/>
          <w:sz w:val="19"/>
        </w:rPr>
        <w:t>For the midpoint quadrilateral to be a square, consecutive sides are perpendicular and equal. With overrightarrowNM = 〈 -1, 3 〉, the side overrightarrowMQ to the midpoint Q of DA must be 〈 3, 1 〉, so Q = (5, 6).</w:t>
      </w:r>
    </w:p>
    <w:p>
      <w:pPr>
        <w:spacing w:before="0" w:after="80" w:line="300" w:lineRule="auto"/>
        <w:jc w:val="left"/>
      </w:pPr>
      <w:r>
        <w:rPr>
          <w:rFonts w:ascii="Times New Roman" w:hAnsi="Times New Roman" w:eastAsia="宋体"/>
          <w:b w:val="0"/>
          <w:i w:val="0"/>
          <w:color w:val="333333"/>
          <w:sz w:val="19"/>
        </w:rPr>
        <w:t>Since Q is the midpoint of DA and A = (3, 9), we get D = 2Q - A = (7, 3). The sum of its coordinates is 7 + 3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给每个方程两边加 1，左边就可以分解：</w:t>
      </w:r>
    </w:p>
    <w:p>
      <w:pPr>
        <w:spacing w:before="0" w:after="80" w:line="300" w:lineRule="auto"/>
        <w:jc w:val="left"/>
      </w:pPr>
      <w:r>
        <w:rPr>
          <w:rFonts w:ascii="Times New Roman" w:hAnsi="Times New Roman" w:eastAsia="宋体"/>
          <w:b w:val="0"/>
          <w:i w:val="0"/>
          <w:sz w:val="21"/>
        </w:rPr>
        <w:t>(a + 1)(b + 1) = 525 = 3 · 5² · 7,</w:t>
      </w:r>
    </w:p>
    <w:p>
      <w:pPr>
        <w:spacing w:before="0" w:after="80" w:line="300" w:lineRule="auto"/>
        <w:jc w:val="left"/>
      </w:pPr>
      <w:r>
        <w:rPr>
          <w:rFonts w:ascii="Times New Roman" w:hAnsi="Times New Roman" w:eastAsia="宋体"/>
          <w:b w:val="0"/>
          <w:i w:val="0"/>
          <w:sz w:val="21"/>
        </w:rPr>
        <w:t>(b + 1)(c + 1) = 147 = 3 · 7²,</w:t>
      </w:r>
    </w:p>
    <w:p>
      <w:pPr>
        <w:spacing w:before="0" w:after="80" w:line="300" w:lineRule="auto"/>
        <w:jc w:val="left"/>
      </w:pPr>
      <w:r>
        <w:rPr>
          <w:rFonts w:ascii="Times New Roman" w:hAnsi="Times New Roman" w:eastAsia="宋体"/>
          <w:b w:val="0"/>
          <w:i w:val="0"/>
          <w:sz w:val="21"/>
        </w:rPr>
        <w:t>(c + 1)(d + 1) = 105 = 3 · 5 · 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525 含有因数 25 而 147 不能被 5 整除，所以因数 a + 1 必须包含这个 25。在 525 的因数中，只有 a + 1 = 25 会使 a = 24 整除 8! = 40320。</w:t>
      </w:r>
    </w:p>
    <w:p>
      <w:pPr>
        <w:spacing w:before="0" w:after="80" w:line="300" w:lineRule="auto"/>
        <w:jc w:val="left"/>
      </w:pPr>
      <w:r>
        <w:rPr>
          <w:rFonts w:ascii="Times New Roman" w:hAnsi="Times New Roman" w:eastAsia="宋体"/>
          <w:b w:val="0"/>
          <w:i w:val="0"/>
          <w:sz w:val="21"/>
        </w:rPr>
        <w:t>接着 b + 1 = 21，c + 1 = 7，且 d + 1 = 15，所以 b = 20，c = 6，d = 14。（确实 24 · 20 · 6 · 14 = 40320 = 8!。）</w:t>
      </w:r>
    </w:p>
    <w:p>
      <w:pPr>
        <w:spacing w:before="0" w:after="80" w:line="300" w:lineRule="auto"/>
        <w:jc w:val="left"/>
      </w:pPr>
      <w:r>
        <w:rPr>
          <w:rFonts w:ascii="Times New Roman" w:hAnsi="Times New Roman" w:eastAsia="宋体"/>
          <w:b w:val="0"/>
          <w:i w:val="0"/>
          <w:sz w:val="21"/>
        </w:rPr>
        <w:t>所以 a - d = 24 - 14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1 to each equation factors the left sides:</w:t>
      </w:r>
    </w:p>
    <w:p>
      <w:pPr>
        <w:spacing w:before="0" w:after="80" w:line="300" w:lineRule="auto"/>
        <w:jc w:val="left"/>
      </w:pPr>
      <w:r>
        <w:rPr>
          <w:rFonts w:ascii="Times New Roman" w:hAnsi="Times New Roman" w:eastAsia="宋体"/>
          <w:b w:val="0"/>
          <w:i w:val="0"/>
          <w:color w:val="333333"/>
          <w:sz w:val="19"/>
        </w:rPr>
        <w:t>(a + 1)(b + 1) = 525 = 3 · 5² · 7,</w:t>
      </w:r>
    </w:p>
    <w:p>
      <w:pPr>
        <w:spacing w:before="0" w:after="80" w:line="300" w:lineRule="auto"/>
        <w:jc w:val="left"/>
      </w:pPr>
      <w:r>
        <w:rPr>
          <w:rFonts w:ascii="Times New Roman" w:hAnsi="Times New Roman" w:eastAsia="宋体"/>
          <w:b w:val="0"/>
          <w:i w:val="0"/>
          <w:color w:val="333333"/>
          <w:sz w:val="19"/>
        </w:rPr>
        <w:t>(b + 1)(c + 1) = 147 = 3 · 7²,</w:t>
      </w:r>
    </w:p>
    <w:p>
      <w:pPr>
        <w:spacing w:before="0" w:after="80" w:line="300" w:lineRule="auto"/>
        <w:jc w:val="left"/>
      </w:pPr>
      <w:r>
        <w:rPr>
          <w:rFonts w:ascii="Times New Roman" w:hAnsi="Times New Roman" w:eastAsia="宋体"/>
          <w:b w:val="0"/>
          <w:i w:val="0"/>
          <w:color w:val="333333"/>
          <w:sz w:val="19"/>
        </w:rPr>
        <w:t>(c + 1)(d + 1) = 105 = 3 · 5 · 7.</w:t>
      </w:r>
    </w:p>
    <w:p>
      <w:pPr>
        <w:spacing w:before="0" w:after="80" w:line="300" w:lineRule="auto"/>
        <w:jc w:val="left"/>
      </w:pPr>
      <w:r>
        <w:rPr>
          <w:rFonts w:ascii="Times New Roman" w:hAnsi="Times New Roman" w:eastAsia="宋体"/>
          <w:b w:val="0"/>
          <w:i w:val="0"/>
          <w:color w:val="333333"/>
          <w:sz w:val="19"/>
        </w:rPr>
        <w:t>Since 525 has a factor of 25 while 147 is not divisible by 5, the factor a + 1 must carry the 25. Among divisors of 525, only a + 1 = 25 makes a = 24 divide 8! = 40320.</w:t>
      </w:r>
    </w:p>
    <w:p>
      <w:pPr>
        <w:spacing w:before="0" w:after="80" w:line="300" w:lineRule="auto"/>
        <w:jc w:val="left"/>
      </w:pPr>
      <w:r>
        <w:rPr>
          <w:rFonts w:ascii="Times New Roman" w:hAnsi="Times New Roman" w:eastAsia="宋体"/>
          <w:b w:val="0"/>
          <w:i w:val="0"/>
          <w:color w:val="333333"/>
          <w:sz w:val="19"/>
        </w:rPr>
        <w:t>Then b + 1 = 21, c + 1 = 7, and d + 1 = 15, giving b = 20, c = 6, d = 14. (Indeed 24 · 20 · 6 · 14 = 40320 = 8!.)</w:t>
      </w:r>
    </w:p>
    <w:p>
      <w:pPr>
        <w:spacing w:before="0" w:after="80" w:line="300" w:lineRule="auto"/>
        <w:jc w:val="left"/>
      </w:pPr>
      <w:r>
        <w:rPr>
          <w:rFonts w:ascii="Times New Roman" w:hAnsi="Times New Roman" w:eastAsia="宋体"/>
          <w:b w:val="0"/>
          <w:i w:val="0"/>
          <w:color w:val="333333"/>
          <w:sz w:val="19"/>
        </w:rPr>
        <w:t>So a - d = 24 - 14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三角形 EFG 的底边 FG = 1/3AB，高等于矩形的高，所以它的面积是 1/6(70) = 35/3。</w:t>
      </w:r>
    </w:p>
    <w:p>
      <w:pPr>
        <w:spacing w:before="0" w:after="80" w:line="300" w:lineRule="auto"/>
        <w:jc w:val="left"/>
      </w:pPr>
      <w:r>
        <w:rPr>
          <w:rFonts w:ascii="Times New Roman" w:hAnsi="Times New Roman" w:eastAsia="宋体"/>
          <w:b w:val="0"/>
          <w:i w:val="0"/>
          <w:sz w:val="21"/>
        </w:rPr>
        <w:t>因为 EC ∥ AF，三角形 AFH 与 CEH 相似，比例为 EC/AF = 3/2，所以 EH/EF = 3/5。同理 EJ/EG = 3/7。</w:t>
      </w:r>
    </w:p>
    <w:p>
      <w:pPr>
        <w:spacing w:before="0" w:after="80" w:line="300" w:lineRule="auto"/>
        <w:jc w:val="left"/>
      </w:pPr>
      <w:r>
        <w:rPr>
          <w:rFonts w:ascii="Times New Roman" w:hAnsi="Times New Roman" w:eastAsia="宋体"/>
          <w:b w:val="0"/>
          <w:i w:val="0"/>
          <w:sz w:val="21"/>
        </w:rPr>
        <w:t>因此 ([EHJ])/([EFG]) = EH/EF·EJ/EG = 3/5·3/7 = 9/35，得</w:t>
      </w:r>
    </w:p>
    <w:p>
      <w:pPr>
        <w:spacing w:before="0" w:after="80" w:line="300" w:lineRule="auto"/>
        <w:jc w:val="left"/>
      </w:pPr>
      <w:r>
        <w:rPr>
          <w:rFonts w:ascii="Times New Roman" w:hAnsi="Times New Roman" w:eastAsia="宋体"/>
          <w:b w:val="0"/>
          <w:i w:val="0"/>
          <w:sz w:val="21"/>
        </w:rPr>
        <w:t>[EHJ] = 9/35·35/3 =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EFG has base FG = 1/3AB and height equal to the rectangle’s height, so its area is 1/6(70) = 35/3.</w:t>
      </w:r>
    </w:p>
    <w:p>
      <w:pPr>
        <w:spacing w:before="0" w:after="80" w:line="300" w:lineRule="auto"/>
        <w:jc w:val="left"/>
      </w:pPr>
      <w:r>
        <w:rPr>
          <w:rFonts w:ascii="Times New Roman" w:hAnsi="Times New Roman" w:eastAsia="宋体"/>
          <w:b w:val="0"/>
          <w:i w:val="0"/>
          <w:color w:val="333333"/>
          <w:sz w:val="19"/>
        </w:rPr>
        <w:t>Because EC ∥ AF, triangles AFH and CEH are similar with ratio EC/AF = 3/2, so EH/EF = 3/5. Likewise EJ/EG = 3/7.</w:t>
      </w:r>
    </w:p>
    <w:p>
      <w:pPr>
        <w:spacing w:before="0" w:after="80" w:line="300" w:lineRule="auto"/>
        <w:jc w:val="left"/>
      </w:pPr>
      <w:r>
        <w:rPr>
          <w:rFonts w:ascii="Times New Roman" w:hAnsi="Times New Roman" w:eastAsia="宋体"/>
          <w:b w:val="0"/>
          <w:i w:val="0"/>
          <w:color w:val="333333"/>
          <w:sz w:val="19"/>
        </w:rPr>
        <w:t>Then ([EHJ])/([EFG]) = EH/EF·EJ/EG = 3/5·3/7 = 9/35, giving</w:t>
      </w:r>
    </w:p>
    <w:p>
      <w:pPr>
        <w:spacing w:before="0" w:after="80" w:line="300" w:lineRule="auto"/>
        <w:jc w:val="left"/>
      </w:pPr>
      <w:r>
        <w:rPr>
          <w:rFonts w:ascii="Times New Roman" w:hAnsi="Times New Roman" w:eastAsia="宋体"/>
          <w:b w:val="0"/>
          <w:i w:val="0"/>
          <w:color w:val="333333"/>
          <w:sz w:val="19"/>
        </w:rPr>
        <w:t>[EHJ] = 9/35·35/3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写成 P(x) = (x - r)(x - s)(x² + α x + β)，其中 r, s 是整数根；比较系数可知 α 和 β 必须是整数。</w:t>
      </w:r>
    </w:p>
    <w:p>
      <w:pPr>
        <w:spacing w:before="0" w:after="80" w:line="300" w:lineRule="auto"/>
        <w:jc w:val="left"/>
      </w:pPr>
      <w:r>
        <w:rPr>
          <w:rFonts w:ascii="Times New Roman" w:hAnsi="Times New Roman" w:eastAsia="宋体"/>
          <w:b w:val="0"/>
          <w:i w:val="0"/>
          <w:sz w:val="21"/>
        </w:rPr>
        <w:t>另外两个零点为</w:t>
      </w:r>
    </w:p>
    <w:p>
      <w:pPr>
        <w:spacing w:before="0" w:after="80" w:line="300" w:lineRule="auto"/>
        <w:jc w:val="left"/>
      </w:pPr>
      <w:r>
        <w:rPr>
          <w:rFonts w:ascii="Times New Roman" w:hAnsi="Times New Roman" w:eastAsia="宋体"/>
          <w:b w:val="0"/>
          <w:i w:val="0"/>
          <w:sz w:val="21"/>
        </w:rPr>
        <w:t>-α/2 ± (i√(4β - α²))/2。</w:t>
      </w:r>
    </w:p>
    <w:p>
      <w:pPr>
        <w:spacing w:before="0" w:after="80" w:line="300" w:lineRule="auto"/>
        <w:jc w:val="left"/>
      </w:pPr>
      <w:r>
        <w:rPr>
          <w:rFonts w:ascii="Times New Roman" w:hAnsi="Times New Roman" w:eastAsia="宋体"/>
          <w:b w:val="0"/>
          <w:i w:val="0"/>
          <w:sz w:val="21"/>
        </w:rPr>
        <w:t>若实部为 1/2，则需要 α = -1，从而虚部为 (√(4β - 1))/2。</w:t>
      </w:r>
    </w:p>
    <w:p>
      <w:pPr>
        <w:spacing w:before="0" w:after="80" w:line="300" w:lineRule="auto"/>
        <w:jc w:val="left"/>
      </w:pPr>
      <w:r>
        <w:rPr>
          <w:rFonts w:ascii="Times New Roman" w:hAnsi="Times New Roman" w:eastAsia="宋体"/>
          <w:b w:val="0"/>
          <w:i w:val="0"/>
          <w:sz w:val="21"/>
        </w:rPr>
        <w:t>选项 A 要求 √(4β - 1) = √(11)，即 β = 3 是整数，所以可行。其他选项都会迫使 β 不是整数（例如选项 E 需要 β = 3.5，选项 D 需要 α = -2 且 β = 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P(x) = (x - r)(x - s)(x² + α x + β) with integer roots r, s, matching coefficients forces α and β to be integers.</w:t>
      </w:r>
    </w:p>
    <w:p>
      <w:pPr>
        <w:spacing w:before="0" w:after="80" w:line="300" w:lineRule="auto"/>
        <w:jc w:val="left"/>
      </w:pPr>
      <w:r>
        <w:rPr>
          <w:rFonts w:ascii="Times New Roman" w:hAnsi="Times New Roman" w:eastAsia="宋体"/>
          <w:b w:val="0"/>
          <w:i w:val="0"/>
          <w:color w:val="333333"/>
          <w:sz w:val="19"/>
        </w:rPr>
        <w:t>The other two zeros are</w:t>
      </w:r>
    </w:p>
    <w:p>
      <w:pPr>
        <w:spacing w:before="0" w:after="80" w:line="300" w:lineRule="auto"/>
        <w:jc w:val="left"/>
      </w:pPr>
      <w:r>
        <w:rPr>
          <w:rFonts w:ascii="Times New Roman" w:hAnsi="Times New Roman" w:eastAsia="宋体"/>
          <w:b w:val="0"/>
          <w:i w:val="0"/>
          <w:color w:val="333333"/>
          <w:sz w:val="19"/>
        </w:rPr>
        <w:t>-α/2 ± (i√(4β - α²))/2.</w:t>
      </w:r>
    </w:p>
    <w:p>
      <w:pPr>
        <w:spacing w:before="0" w:after="80" w:line="300" w:lineRule="auto"/>
        <w:jc w:val="left"/>
      </w:pPr>
      <w:r>
        <w:rPr>
          <w:rFonts w:ascii="Times New Roman" w:hAnsi="Times New Roman" w:eastAsia="宋体"/>
          <w:b w:val="0"/>
          <w:i w:val="0"/>
          <w:color w:val="333333"/>
          <w:sz w:val="19"/>
        </w:rPr>
        <w:t>A real part of 1/2 requires α = -1, making the imaginary part (√(4β - 1))/2.</w:t>
      </w:r>
    </w:p>
    <w:p>
      <w:pPr>
        <w:spacing w:before="0" w:after="80" w:line="300" w:lineRule="auto"/>
        <w:jc w:val="left"/>
      </w:pPr>
      <w:r>
        <w:rPr>
          <w:rFonts w:ascii="Times New Roman" w:hAnsi="Times New Roman" w:eastAsia="宋体"/>
          <w:b w:val="0"/>
          <w:i w:val="0"/>
          <w:color w:val="333333"/>
          <w:sz w:val="19"/>
        </w:rPr>
        <w:t>Choice A needs √(4β - 1) = √(11), i.e. β = 3, an integer, so it works. The other choices force a non-integer β (for example choice E needs β = 3.5, and choice D needs α = -2 with β = 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设 E 为从 C 到直线 AD 的垂足。由 △ ADB 的外角可得 ∠ ADC = 15° + 45° = 60°，所以 △ CDE 是一个 30-60-90 三角形，且 DE = 1/2CD = BD。</w:t>
      </w:r>
    </w:p>
    <w:p>
      <w:pPr>
        <w:spacing w:before="0" w:after="80" w:line="300" w:lineRule="auto"/>
        <w:jc w:val="left"/>
      </w:pPr>
      <w:r>
        <w:rPr>
          <w:rFonts w:ascii="Times New Roman" w:hAnsi="Times New Roman" w:eastAsia="宋体"/>
          <w:b w:val="0"/>
          <w:i w:val="0"/>
          <w:sz w:val="21"/>
        </w:rPr>
        <w:t>因此 △ BDE 是等腰三角形，∠ EBD = ∠ BED = 30°，又因为 ∠ ECB = 30°，所以 △ BEC 是等腰三角形，BE = EC。</w:t>
      </w:r>
    </w:p>
    <w:p>
      <w:pPr>
        <w:spacing w:before="0" w:after="80" w:line="300" w:lineRule="auto"/>
        <w:jc w:val="left"/>
      </w:pPr>
      <w:r>
        <w:rPr>
          <w:rFonts w:ascii="Times New Roman" w:hAnsi="Times New Roman" w:eastAsia="宋体"/>
          <w:b w:val="0"/>
          <w:i w:val="0"/>
          <w:sz w:val="21"/>
        </w:rPr>
        <w:t>同时 ∠ ABE = 45° - 30° = 15° = ∠ EAB，所以 △ ABE 是等腰三角形，AE = BE。因此 AE = BE = EC，使得直角三角形 AEC 为等腰直角三角形，∠ ECA = 45°。</w:t>
      </w:r>
    </w:p>
    <w:p>
      <w:pPr>
        <w:spacing w:before="0" w:after="80" w:line="300" w:lineRule="auto"/>
        <w:jc w:val="left"/>
      </w:pPr>
      <w:r>
        <w:rPr>
          <w:rFonts w:ascii="Times New Roman" w:hAnsi="Times New Roman" w:eastAsia="宋体"/>
          <w:b w:val="0"/>
          <w:i w:val="0"/>
          <w:sz w:val="21"/>
        </w:rPr>
        <w:t>所以 ∠ ACB = ∠ ECA + ∠ ECD = 45° + 30° = 75°。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 be the foot of the perpendicular from C to line AD. The exterior angle of △ ADB gives ∠ ADC = 15° + 45° = 60°, so △ CDE is a 30-60-90 triangle with DE = 1/2CD = BD.</w:t>
      </w:r>
    </w:p>
    <w:p>
      <w:pPr>
        <w:spacing w:before="0" w:after="80" w:line="300" w:lineRule="auto"/>
        <w:jc w:val="left"/>
      </w:pPr>
      <w:r>
        <w:rPr>
          <w:rFonts w:ascii="Times New Roman" w:hAnsi="Times New Roman" w:eastAsia="宋体"/>
          <w:b w:val="0"/>
          <w:i w:val="0"/>
          <w:color w:val="333333"/>
          <w:sz w:val="19"/>
        </w:rPr>
        <w:t>Then △ BDE is isosceles with ∠ EBD = ∠ BED = 30°, and since ∠ ECB = 30° too, △ BEC is isosceles with BE = EC.</w:t>
      </w:r>
    </w:p>
    <w:p>
      <w:pPr>
        <w:spacing w:before="0" w:after="80" w:line="300" w:lineRule="auto"/>
        <w:jc w:val="left"/>
      </w:pPr>
      <w:r>
        <w:rPr>
          <w:rFonts w:ascii="Times New Roman" w:hAnsi="Times New Roman" w:eastAsia="宋体"/>
          <w:b w:val="0"/>
          <w:i w:val="0"/>
          <w:color w:val="333333"/>
          <w:sz w:val="19"/>
        </w:rPr>
        <w:t>Also ∠ ABE = 45° - 30° = 15° = ∠ EAB, so △ ABE is isosceles with AE = BE. Hence AE = BE = EC, making right triangle AEC isosceles with ∠ ECA = 45°.</w:t>
      </w:r>
    </w:p>
    <w:p>
      <w:pPr>
        <w:spacing w:before="0" w:after="80" w:line="300" w:lineRule="auto"/>
        <w:jc w:val="left"/>
      </w:pPr>
      <w:r>
        <w:rPr>
          <w:rFonts w:ascii="Times New Roman" w:hAnsi="Times New Roman" w:eastAsia="宋体"/>
          <w:b w:val="0"/>
          <w:i w:val="0"/>
          <w:color w:val="333333"/>
          <w:sz w:val="19"/>
        </w:rPr>
        <w:t>Therefore ∠ ACB = ∠ ECA + ∠ ECD = 45° + 30° = 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若 a, b, c 是连续三项，则 b = ac - 1，所以 c = (1 + b)/a。反复应用这个关系，前五项依次为</w:t>
      </w:r>
    </w:p>
    <w:p>
      <w:pPr>
        <w:spacing w:before="0" w:after="80" w:line="300" w:lineRule="auto"/>
        <w:jc w:val="left"/>
      </w:pPr>
      <w:r>
        <w:rPr>
          <w:rFonts w:ascii="Times New Roman" w:hAnsi="Times New Roman" w:eastAsia="宋体"/>
          <w:b w:val="0"/>
          <w:i w:val="0"/>
          <w:sz w:val="21"/>
        </w:rPr>
        <w:t>a, b, (1 + b)/a, (1 + a + b)/ab, (1 + a)/b，</w:t>
      </w:r>
    </w:p>
    <w:p>
      <w:pPr>
        <w:spacing w:before="0" w:after="80" w:line="300" w:lineRule="auto"/>
        <w:jc w:val="left"/>
      </w:pPr>
      <w:r>
        <w:rPr>
          <w:rFonts w:ascii="Times New Roman" w:hAnsi="Times New Roman" w:eastAsia="宋体"/>
          <w:b w:val="0"/>
          <w:i w:val="0"/>
          <w:sz w:val="21"/>
        </w:rPr>
        <w:t>此后 a 和 b 又重新出现，因此数列以 5 为周期。</w:t>
      </w:r>
    </w:p>
    <w:p>
      <w:pPr>
        <w:spacing w:before="0" w:after="80" w:line="300" w:lineRule="auto"/>
        <w:jc w:val="left"/>
      </w:pPr>
      <w:r>
        <w:rPr>
          <w:rFonts w:ascii="Times New Roman" w:hAnsi="Times New Roman" w:eastAsia="宋体"/>
          <w:b w:val="0"/>
          <w:i w:val="0"/>
          <w:sz w:val="21"/>
        </w:rPr>
        <w:t>此处 b = 2000 是第二项。令上面另外四项分别等于 2001，依次解得</w:t>
      </w:r>
    </w:p>
    <w:p>
      <w:pPr>
        <w:spacing w:before="0" w:after="80" w:line="300" w:lineRule="auto"/>
        <w:jc w:val="left"/>
      </w:pPr>
      <w:r>
        <w:rPr>
          <w:rFonts w:ascii="Times New Roman" w:hAnsi="Times New Roman" w:eastAsia="宋体"/>
          <w:b w:val="0"/>
          <w:i w:val="0"/>
          <w:sz w:val="21"/>
        </w:rPr>
        <w:t>a=2001, a=1,</w:t>
      </w:r>
    </w:p>
    <w:p>
      <w:pPr>
        <w:spacing w:before="0" w:after="80" w:line="300" w:lineRule="auto"/>
        <w:jc w:val="left"/>
      </w:pPr>
      <w:r>
        <w:rPr>
          <w:rFonts w:ascii="Times New Roman" w:hAnsi="Times New Roman" w:eastAsia="宋体"/>
          <w:b w:val="0"/>
          <w:i w:val="0"/>
          <w:sz w:val="21"/>
        </w:rPr>
        <w:t>a=2001/4001999, a=4001999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这四个值都是正数且互不相同。而第二项本身等于 2000，再由周期性可知没有其他位置需要考虑。</w:t>
      </w:r>
    </w:p>
    <w:p>
      <w:pPr>
        <w:spacing w:before="0" w:after="80" w:line="300" w:lineRule="auto"/>
        <w:jc w:val="left"/>
      </w:pPr>
      <w:r>
        <w:rPr>
          <w:rFonts w:ascii="Times New Roman" w:hAnsi="Times New Roman" w:eastAsia="宋体"/>
          <w:b w:val="0"/>
          <w:i w:val="0"/>
          <w:sz w:val="21"/>
        </w:rPr>
        <w:t>所以共有 4 个 x 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c are consecutive terms then b = ac - 1, so c = (1 + b)/a. Applying this repeatedly, the first five terms are</w:t>
      </w:r>
    </w:p>
    <w:p>
      <w:pPr>
        <w:spacing w:before="0" w:after="80" w:line="300" w:lineRule="auto"/>
        <w:jc w:val="left"/>
      </w:pPr>
      <w:r>
        <w:rPr>
          <w:rFonts w:ascii="Times New Roman" w:hAnsi="Times New Roman" w:eastAsia="宋体"/>
          <w:b w:val="0"/>
          <w:i w:val="0"/>
          <w:color w:val="333333"/>
          <w:sz w:val="19"/>
        </w:rPr>
        <w:t>a, b, (1 + b)/a, (1 + a + b)/ab, (1 + a)/b,</w:t>
      </w:r>
    </w:p>
    <w:p>
      <w:pPr>
        <w:spacing w:before="0" w:after="80" w:line="300" w:lineRule="auto"/>
        <w:jc w:val="left"/>
      </w:pPr>
      <w:r>
        <w:rPr>
          <w:rFonts w:ascii="Times New Roman" w:hAnsi="Times New Roman" w:eastAsia="宋体"/>
          <w:b w:val="0"/>
          <w:i w:val="0"/>
          <w:color w:val="333333"/>
          <w:sz w:val="19"/>
        </w:rPr>
        <w:t>after which a and b recur, so the sequence is periodic with period 5.</w:t>
      </w:r>
    </w:p>
    <w:p>
      <w:pPr>
        <w:spacing w:before="0" w:after="80" w:line="300" w:lineRule="auto"/>
        <w:jc w:val="left"/>
      </w:pPr>
      <w:r>
        <w:rPr>
          <w:rFonts w:ascii="Times New Roman" w:hAnsi="Times New Roman" w:eastAsia="宋体"/>
          <w:b w:val="0"/>
          <w:i w:val="0"/>
          <w:color w:val="333333"/>
          <w:sz w:val="19"/>
        </w:rPr>
        <w:t>Here b = 2000 is the second term. Setting each of the other four displayed terms equal to 2001 gives, respectively,</w:t>
      </w:r>
    </w:p>
    <w:p>
      <w:pPr>
        <w:spacing w:before="0" w:after="80" w:line="300" w:lineRule="auto"/>
        <w:jc w:val="left"/>
      </w:pPr>
      <w:r>
        <w:rPr>
          <w:rFonts w:ascii="Times New Roman" w:hAnsi="Times New Roman" w:eastAsia="宋体"/>
          <w:b w:val="0"/>
          <w:i w:val="0"/>
          <w:color w:val="333333"/>
          <w:sz w:val="19"/>
        </w:rPr>
        <w:t>a=2001, a=1,</w:t>
      </w:r>
    </w:p>
    <w:p>
      <w:pPr>
        <w:spacing w:before="0" w:after="80" w:line="300" w:lineRule="auto"/>
        <w:jc w:val="left"/>
      </w:pPr>
      <w:r>
        <w:rPr>
          <w:rFonts w:ascii="Times New Roman" w:hAnsi="Times New Roman" w:eastAsia="宋体"/>
          <w:b w:val="0"/>
          <w:i w:val="0"/>
          <w:color w:val="333333"/>
          <w:sz w:val="19"/>
        </w:rPr>
        <w:t>a=2001/4001999, a=4001999.</w:t>
      </w:r>
    </w:p>
    <w:p>
      <w:pPr>
        <w:spacing w:before="0" w:after="80" w:line="300" w:lineRule="auto"/>
        <w:jc w:val="left"/>
      </w:pPr>
      <w:r>
        <w:rPr>
          <w:rFonts w:ascii="Times New Roman" w:hAnsi="Times New Roman" w:eastAsia="宋体"/>
          <w:b w:val="0"/>
          <w:i w:val="0"/>
          <w:color w:val="333333"/>
          <w:sz w:val="19"/>
        </w:rPr>
        <w:t>These four values are positive and distinct. The second term itself is 2000, and periodicity shows there are no other positions to consider.</w:t>
      </w:r>
    </w:p>
    <w:p>
      <w:pPr>
        <w:spacing w:before="0" w:after="80" w:line="300" w:lineRule="auto"/>
        <w:jc w:val="left"/>
      </w:pPr>
      <w:r>
        <w:rPr>
          <w:rFonts w:ascii="Times New Roman" w:hAnsi="Times New Roman" w:eastAsia="宋体"/>
          <w:b w:val="0"/>
          <w:i w:val="0"/>
          <w:color w:val="333333"/>
          <w:sz w:val="19"/>
        </w:rPr>
        <w:t>So there are 4 values of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