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1999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1 - 2 + 3 - 4 + ⋯ - 98</w:t>
      </w:r>
    </w:p>
    <w:p>
      <w:pPr>
        <w:spacing w:before="0" w:after="80" w:line="300" w:lineRule="auto"/>
        <w:jc w:val="left"/>
      </w:pPr>
      <w:r>
        <w:rPr>
          <w:rFonts w:ascii="Times New Roman" w:hAnsi="Times New Roman" w:eastAsia="宋体"/>
          <w:b w:val="0"/>
          <w:i w:val="0"/>
          <w:sz w:val="21"/>
        </w:rPr>
        <w:t>+ 99 = ?</w:t>
      </w:r>
    </w:p>
    <w:p>
      <w:pPr>
        <w:spacing w:before="0" w:after="120" w:line="300" w:lineRule="auto"/>
      </w:pPr>
      <w:r>
        <w:rPr>
          <w:rFonts w:ascii="Times New Roman" w:hAnsi="Times New Roman" w:eastAsia="宋体"/>
          <w:b w:val="0"/>
          <w:i w:val="0"/>
          <w:sz w:val="21"/>
        </w:rPr>
        <w:t>（A）-50　　（B）-49　　（C）0　　（D）49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1 - 2 + 3 - 4 + ⋯ - 98</w:t>
      </w:r>
    </w:p>
    <w:p>
      <w:pPr>
        <w:spacing w:before="0" w:after="80" w:line="300" w:lineRule="auto"/>
        <w:jc w:val="left"/>
      </w:pPr>
      <w:r>
        <w:rPr>
          <w:rFonts w:ascii="Times New Roman" w:hAnsi="Times New Roman" w:eastAsia="宋体"/>
          <w:b w:val="0"/>
          <w:i w:val="0"/>
          <w:color w:val="333333"/>
          <w:sz w:val="19"/>
        </w:rPr>
        <w:t>+ 99 = ?</w:t>
      </w:r>
    </w:p>
    <w:p>
      <w:pPr>
        <w:spacing w:before="0" w:after="160" w:line="300" w:lineRule="auto"/>
      </w:pPr>
      <w:r>
        <w:rPr>
          <w:rFonts w:ascii="Times New Roman" w:hAnsi="Times New Roman" w:eastAsia="宋体"/>
          <w:b w:val="0"/>
          <w:i w:val="0"/>
          <w:color w:val="333333"/>
          <w:sz w:val="19"/>
        </w:rPr>
        <w:t>(A) -50　　(B) -49　　(C) 0　　(D) 49　　(E) 50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下列哪一个命题是假的？</w:t>
      </w:r>
    </w:p>
    <w:p>
      <w:pPr>
        <w:spacing w:before="0" w:after="120" w:line="300" w:lineRule="auto"/>
      </w:pPr>
      <w:r>
        <w:rPr>
          <w:rFonts w:ascii="Times New Roman" w:hAnsi="Times New Roman" w:eastAsia="宋体"/>
          <w:b w:val="0"/>
          <w:i w:val="0"/>
          <w:sz w:val="21"/>
        </w:rPr>
        <w:t>（A）所有等边三角形都彼此全等。　　（B）所有等边三角形都是凸的。　　（C）所有等边三角形都是等角的。　　（D）所有等边三角形都是正多边形。　　（E）所有等边三角形都彼此相似。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statements is false?</w:t>
      </w:r>
    </w:p>
    <w:p>
      <w:pPr>
        <w:spacing w:before="0" w:after="160" w:line="300" w:lineRule="auto"/>
      </w:pPr>
      <w:r>
        <w:rPr>
          <w:rFonts w:ascii="Times New Roman" w:hAnsi="Times New Roman" w:eastAsia="宋体"/>
          <w:b w:val="0"/>
          <w:i w:val="0"/>
          <w:color w:val="333333"/>
          <w:sz w:val="19"/>
        </w:rPr>
        <w:t>(A) All equilateral triangles are congruent to each</w:t>
        <w:br/>
        <w:t>other.　　(B) All equilateral triangles are convex.　　(C) All equilateral triangles are equiangular.　　(D) All equilateral triangles are regular polygons.　　(E) All equilateral triangles are similar to each other.</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1/8 和 1/10 正中间的数是</w:t>
      </w:r>
    </w:p>
    <w:p>
      <w:pPr>
        <w:spacing w:before="0" w:after="120" w:line="300" w:lineRule="auto"/>
      </w:pPr>
      <w:r>
        <w:rPr>
          <w:rFonts w:ascii="Times New Roman" w:hAnsi="Times New Roman" w:eastAsia="宋体"/>
          <w:b w:val="0"/>
          <w:i w:val="0"/>
          <w:sz w:val="21"/>
        </w:rPr>
        <w:t>（A）1/80　　（B）1/40　　（C）1/18　　（D）1/9　　（E）9/80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halfway between 1/8 and 1/10 is</w:t>
      </w:r>
    </w:p>
    <w:p>
      <w:pPr>
        <w:spacing w:before="0" w:after="160" w:line="300" w:lineRule="auto"/>
      </w:pPr>
      <w:r>
        <w:rPr>
          <w:rFonts w:ascii="Times New Roman" w:hAnsi="Times New Roman" w:eastAsia="宋体"/>
          <w:b w:val="0"/>
          <w:i w:val="0"/>
          <w:color w:val="333333"/>
          <w:sz w:val="19"/>
        </w:rPr>
        <w:t>(A) 1/80　　(B) 1/40　　(C) 1/18　　(D) 1/9　　(E) 9/80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求 1 到 100 之间所有质数的和，这些质数同时满足：比某个 4 的倍数大 1，并且比某个 5 的倍数小 1。</w:t>
      </w:r>
    </w:p>
    <w:p>
      <w:pPr>
        <w:spacing w:before="0" w:after="120" w:line="300" w:lineRule="auto"/>
      </w:pPr>
      <w:r>
        <w:rPr>
          <w:rFonts w:ascii="Times New Roman" w:hAnsi="Times New Roman" w:eastAsia="宋体"/>
          <w:b w:val="0"/>
          <w:i w:val="0"/>
          <w:sz w:val="21"/>
        </w:rPr>
        <w:t>（A）118　　（B）137　　（C）158　　（D）187　　（E）245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 of all prime numbers between 1 and 100 that are simultaneously 1 greater than a multiple of 4 and 1 less than a multiple of 5.</w:t>
      </w:r>
    </w:p>
    <w:p>
      <w:pPr>
        <w:spacing w:before="0" w:after="160" w:line="300" w:lineRule="auto"/>
      </w:pPr>
      <w:r>
        <w:rPr>
          <w:rFonts w:ascii="Times New Roman" w:hAnsi="Times New Roman" w:eastAsia="宋体"/>
          <w:b w:val="0"/>
          <w:i w:val="0"/>
          <w:color w:val="333333"/>
          <w:sz w:val="19"/>
        </w:rPr>
        <w:t>(A) 118　　(B) 137　　(C) 158　　(D) 187　　(E) 245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一本书的标价比建议零售价低 30%。Alice 在五十周年促销中以标价的一半买下这本书。Alice 支付的是建议零售价的百分之几？</w:t>
      </w:r>
    </w:p>
    <w:p>
      <w:pPr>
        <w:spacing w:before="0" w:after="120" w:line="300" w:lineRule="auto"/>
      </w:pPr>
      <w:r>
        <w:rPr>
          <w:rFonts w:ascii="Times New Roman" w:hAnsi="Times New Roman" w:eastAsia="宋体"/>
          <w:b w:val="0"/>
          <w:i w:val="0"/>
          <w:sz w:val="21"/>
        </w:rPr>
        <w:t>（A）25%　　（B）30%　　（C）35%　　（D）60%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marked price of a book was 30% less than the suggested retail price. Alice purchased the book for half the marked price at a Fiftieth Anniversary sale. What percent of the suggested retail price did Alice pay?</w:t>
      </w:r>
    </w:p>
    <w:p>
      <w:pPr>
        <w:spacing w:before="0" w:after="160" w:line="300" w:lineRule="auto"/>
      </w:pPr>
      <w:r>
        <w:rPr>
          <w:rFonts w:ascii="Times New Roman" w:hAnsi="Times New Roman" w:eastAsia="宋体"/>
          <w:b w:val="0"/>
          <w:i w:val="0"/>
          <w:color w:val="333333"/>
          <w:sz w:val="19"/>
        </w:rPr>
        <w:t>(A) 25%　　(B) 30%　　(C) 35%　　(D) 60%　　(E) 65%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求乘积 2¹⁹⁹⁹ · 5²⁰⁰¹ 写成十进制形式时各位数字之和。</w:t>
      </w:r>
    </w:p>
    <w:p>
      <w:pPr>
        <w:spacing w:before="0" w:after="120" w:line="300" w:lineRule="auto"/>
      </w:pPr>
      <w:r>
        <w:rPr>
          <w:rFonts w:ascii="Times New Roman" w:hAnsi="Times New Roman" w:eastAsia="宋体"/>
          <w:b w:val="0"/>
          <w:i w:val="0"/>
          <w:sz w:val="21"/>
        </w:rPr>
        <w:t>（A）2　　（B）4　　（C）5　　（D）7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digits of the decimal form of the product 2¹⁹⁹⁹ · 5²⁰⁰¹?</w:t>
      </w:r>
    </w:p>
    <w:p>
      <w:pPr>
        <w:spacing w:before="0" w:after="160" w:line="300" w:lineRule="auto"/>
      </w:pPr>
      <w:r>
        <w:rPr>
          <w:rFonts w:ascii="Times New Roman" w:hAnsi="Times New Roman" w:eastAsia="宋体"/>
          <w:b w:val="0"/>
          <w:i w:val="0"/>
          <w:color w:val="333333"/>
          <w:sz w:val="19"/>
        </w:rPr>
        <w:t>(A) 2　　(B) 4　　(C) 5　　(D) 7　　(E) 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一个凸六边形最多可以有多少个锐角？</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largest number of acute angles that a convex hexagon can have?</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 1994 年底，Walter 的年龄是他祖母年龄的一半。他们出生年份之和为 3838。到 1999 年底，Walter 几岁？</w:t>
      </w:r>
    </w:p>
    <w:p>
      <w:pPr>
        <w:spacing w:before="0" w:after="120" w:line="300" w:lineRule="auto"/>
      </w:pPr>
      <w:r>
        <w:rPr>
          <w:rFonts w:ascii="Times New Roman" w:hAnsi="Times New Roman" w:eastAsia="宋体"/>
          <w:b w:val="0"/>
          <w:i w:val="0"/>
          <w:sz w:val="21"/>
        </w:rPr>
        <w:t>（A）48　　（B）49　　（C）53　　（D）55　　（E）101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end of 1994 Walter was half as old as his grandmother. The sum of the years in which they were born is 3838. How old will Walter be at the end of 1999?</w:t>
      </w:r>
    </w:p>
    <w:p>
      <w:pPr>
        <w:spacing w:before="0" w:after="160" w:line="300" w:lineRule="auto"/>
      </w:pPr>
      <w:r>
        <w:rPr>
          <w:rFonts w:ascii="Times New Roman" w:hAnsi="Times New Roman" w:eastAsia="宋体"/>
          <w:b w:val="0"/>
          <w:i w:val="0"/>
          <w:color w:val="333333"/>
          <w:sz w:val="19"/>
        </w:rPr>
        <w:t>(A) 48　　(B) 49　　(C) 53　　(D) 55　　(E) 101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Ashley 开始三小时车程前，汽车里程表读数为 29792，这是一个回文数，也就是从左到右和从右到左读都相同。到达目的地时，里程表又显示另一个回文数。若 Ashley 从未超过每小时 75 英里的限速，下列哪个是她最大的可能平均速度？</w:t>
      </w:r>
    </w:p>
    <w:p>
      <w:pPr>
        <w:spacing w:before="0" w:after="120" w:line="300" w:lineRule="auto"/>
      </w:pPr>
      <w:r>
        <w:rPr>
          <w:rFonts w:ascii="Times New Roman" w:hAnsi="Times New Roman" w:eastAsia="宋体"/>
          <w:b w:val="0"/>
          <w:i w:val="0"/>
          <w:sz w:val="21"/>
        </w:rPr>
        <w:t>（A）331/3　　（B）531/3　　（C）662/3　　（D）701/3　　（E）741/3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Ashley started a three-hour drive, her car’s odometer reading was 29792, a palindrome. (A palindrome is a number that reads the same way from left to right as it does from right to left.) At her destination, the odometer reading was another palindrome. If Ashley never exceeded the speed limit of 75 miles per hour, which of the following was her greatest possible average speed?</w:t>
      </w:r>
    </w:p>
    <w:p>
      <w:pPr>
        <w:spacing w:before="0" w:after="160" w:line="300" w:lineRule="auto"/>
      </w:pPr>
      <w:r>
        <w:rPr>
          <w:rFonts w:ascii="Times New Roman" w:hAnsi="Times New Roman" w:eastAsia="宋体"/>
          <w:b w:val="0"/>
          <w:i w:val="0"/>
          <w:color w:val="333333"/>
          <w:sz w:val="19"/>
        </w:rPr>
        <w:t>(A) 331/3　　(B) 531/3　　(C) 662/3　　(D) 701/3　　(E) 741/3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一个密封信封中有一张写着单个数字的卡片。下列四个命题中有三个为真，一个为假。</w:t>
      </w:r>
    </w:p>
    <w:p>
      <w:pPr>
        <w:spacing w:before="0" w:after="80" w:line="300" w:lineRule="auto"/>
        <w:jc w:val="left"/>
      </w:pPr>
      <w:r>
        <w:rPr>
          <w:rFonts w:ascii="Times New Roman" w:hAnsi="Times New Roman" w:eastAsia="宋体"/>
          <w:b w:val="0"/>
          <w:i w:val="0"/>
          <w:sz w:val="21"/>
        </w:rPr>
        <w:t>I. 这个数字是 1。</w:t>
      </w:r>
    </w:p>
    <w:p>
      <w:pPr>
        <w:spacing w:before="0" w:after="80" w:line="300" w:lineRule="auto"/>
        <w:jc w:val="left"/>
      </w:pPr>
      <w:r>
        <w:rPr>
          <w:rFonts w:ascii="Times New Roman" w:hAnsi="Times New Roman" w:eastAsia="宋体"/>
          <w:b w:val="0"/>
          <w:i w:val="0"/>
          <w:sz w:val="21"/>
        </w:rPr>
        <w:t>II. 这个数字不是 2。</w:t>
      </w:r>
    </w:p>
    <w:p>
      <w:pPr>
        <w:spacing w:before="0" w:after="80" w:line="300" w:lineRule="auto"/>
        <w:jc w:val="left"/>
      </w:pPr>
      <w:r>
        <w:rPr>
          <w:rFonts w:ascii="Times New Roman" w:hAnsi="Times New Roman" w:eastAsia="宋体"/>
          <w:b w:val="0"/>
          <w:i w:val="0"/>
          <w:sz w:val="21"/>
        </w:rPr>
        <w:t>III. 这个数字是 3。</w:t>
      </w:r>
    </w:p>
    <w:p>
      <w:pPr>
        <w:spacing w:before="0" w:after="80" w:line="300" w:lineRule="auto"/>
        <w:jc w:val="left"/>
      </w:pPr>
      <w:r>
        <w:rPr>
          <w:rFonts w:ascii="Times New Roman" w:hAnsi="Times New Roman" w:eastAsia="宋体"/>
          <w:b w:val="0"/>
          <w:i w:val="0"/>
          <w:sz w:val="21"/>
        </w:rPr>
        <w:t>IV. 这个数字不是 4。</w:t>
      </w:r>
    </w:p>
    <w:p>
      <w:pPr>
        <w:spacing w:before="0" w:after="80" w:line="300" w:lineRule="auto"/>
        <w:jc w:val="left"/>
      </w:pPr>
      <w:r>
        <w:rPr>
          <w:rFonts w:ascii="Times New Roman" w:hAnsi="Times New Roman" w:eastAsia="宋体"/>
          <w:b w:val="0"/>
          <w:i w:val="0"/>
          <w:sz w:val="21"/>
        </w:rPr>
        <w:t>下列哪一项必定正确？</w:t>
      </w:r>
    </w:p>
    <w:p>
      <w:pPr>
        <w:spacing w:before="0" w:after="120" w:line="300" w:lineRule="auto"/>
      </w:pPr>
      <w:r>
        <w:rPr>
          <w:rFonts w:ascii="Times New Roman" w:hAnsi="Times New Roman" w:eastAsia="宋体"/>
          <w:b w:val="0"/>
          <w:i w:val="0"/>
          <w:sz w:val="21"/>
        </w:rPr>
        <w:t>（A）I 为真。　　（B）I 为假。　　（C）II 为真。　　（D）III 为真。　　（E）IV 为假。</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sealed envelope contains a card with a single digit on it. Three of the following statements are true, and the other is false.</w:t>
      </w:r>
    </w:p>
    <w:p>
      <w:pPr>
        <w:spacing w:before="0" w:after="80" w:line="300" w:lineRule="auto"/>
        <w:jc w:val="left"/>
      </w:pPr>
      <w:r>
        <w:rPr>
          <w:rFonts w:ascii="Times New Roman" w:hAnsi="Times New Roman" w:eastAsia="宋体"/>
          <w:b w:val="0"/>
          <w:i w:val="0"/>
          <w:color w:val="333333"/>
          <w:sz w:val="19"/>
        </w:rPr>
        <w:t>I. The digit is 1.</w:t>
      </w:r>
    </w:p>
    <w:p>
      <w:pPr>
        <w:spacing w:before="0" w:after="80" w:line="300" w:lineRule="auto"/>
        <w:jc w:val="left"/>
      </w:pPr>
      <w:r>
        <w:rPr>
          <w:rFonts w:ascii="Times New Roman" w:hAnsi="Times New Roman" w:eastAsia="宋体"/>
          <w:b w:val="0"/>
          <w:i w:val="0"/>
          <w:color w:val="333333"/>
          <w:sz w:val="19"/>
        </w:rPr>
        <w:t>II. The digit is not 2.</w:t>
      </w:r>
    </w:p>
    <w:p>
      <w:pPr>
        <w:spacing w:before="0" w:after="80" w:line="300" w:lineRule="auto"/>
        <w:jc w:val="left"/>
      </w:pPr>
      <w:r>
        <w:rPr>
          <w:rFonts w:ascii="Times New Roman" w:hAnsi="Times New Roman" w:eastAsia="宋体"/>
          <w:b w:val="0"/>
          <w:i w:val="0"/>
          <w:color w:val="333333"/>
          <w:sz w:val="19"/>
        </w:rPr>
        <w:t>III. The digit is 3.</w:t>
      </w:r>
    </w:p>
    <w:p>
      <w:pPr>
        <w:spacing w:before="0" w:after="80" w:line="300" w:lineRule="auto"/>
        <w:jc w:val="left"/>
      </w:pPr>
      <w:r>
        <w:rPr>
          <w:rFonts w:ascii="Times New Roman" w:hAnsi="Times New Roman" w:eastAsia="宋体"/>
          <w:b w:val="0"/>
          <w:i w:val="0"/>
          <w:color w:val="333333"/>
          <w:sz w:val="19"/>
        </w:rPr>
        <w:t>IV. The digit is not 4.</w:t>
      </w:r>
    </w:p>
    <w:p>
      <w:pPr>
        <w:spacing w:before="0" w:after="80" w:line="300" w:lineRule="auto"/>
        <w:jc w:val="left"/>
      </w:pPr>
      <w:r>
        <w:rPr>
          <w:rFonts w:ascii="Times New Roman" w:hAnsi="Times New Roman" w:eastAsia="宋体"/>
          <w:b w:val="0"/>
          <w:i w:val="0"/>
          <w:color w:val="333333"/>
          <w:sz w:val="19"/>
        </w:rPr>
        <w:t>Which one of the following must necessarily be correct?</w:t>
      </w:r>
    </w:p>
    <w:p>
      <w:pPr>
        <w:spacing w:before="0" w:after="160" w:line="300" w:lineRule="auto"/>
      </w:pPr>
      <w:r>
        <w:rPr>
          <w:rFonts w:ascii="Times New Roman" w:hAnsi="Times New Roman" w:eastAsia="宋体"/>
          <w:b w:val="0"/>
          <w:i w:val="0"/>
          <w:color w:val="333333"/>
          <w:sz w:val="19"/>
        </w:rPr>
        <w:t>(A) I is true.　　(B) I is false.　　(C) II is true.　　(D) III is true.　　(E) IV is false.</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Olympic High 的学生储物柜从 1 号开始连续编号。用于给储物柜编号的塑料数字每个花费 2 美分。因此，标记 9 号柜需要 2 美分，标记 10 号柜需要 4 美分。若给所有储物柜编号共花费 $137.94，学校有多少个储物柜？</w:t>
      </w:r>
    </w:p>
    <w:p>
      <w:pPr>
        <w:spacing w:before="0" w:after="120" w:line="300" w:lineRule="auto"/>
      </w:pPr>
      <w:r>
        <w:rPr>
          <w:rFonts w:ascii="Times New Roman" w:hAnsi="Times New Roman" w:eastAsia="宋体"/>
          <w:b w:val="0"/>
          <w:i w:val="0"/>
          <w:sz w:val="21"/>
        </w:rPr>
        <w:t>（A）2001　　（B）2010　　（C）2100　　（D）2726　　（E）6897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student lockers at Olympic High are numbered consecutively beginning with locker number 1. The plastic digits used to number the lockers cost 2 cents apiece. Thus, it costs 2 cents to label locker number 9 and 4 cents to label locker number 10. If it costs $137.94 to label all the lockers, how many lockers are there at the school?</w:t>
      </w:r>
    </w:p>
    <w:p>
      <w:pPr>
        <w:spacing w:before="0" w:after="160" w:line="300" w:lineRule="auto"/>
      </w:pPr>
      <w:r>
        <w:rPr>
          <w:rFonts w:ascii="Times New Roman" w:hAnsi="Times New Roman" w:eastAsia="宋体"/>
          <w:b w:val="0"/>
          <w:i w:val="0"/>
          <w:color w:val="333333"/>
          <w:sz w:val="19"/>
        </w:rPr>
        <w:t>(A) 2001　　(B) 2010　　(C) 2100　　(D) 2726　　(E) 6897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若两个不同的四次多项式函数 y = p(x) 和 y = q(x) 的首项系数都为 1，则它们的图像最多有多少个交点？</w:t>
      </w:r>
    </w:p>
    <w:p>
      <w:pPr>
        <w:spacing w:before="0" w:after="120" w:line="300" w:lineRule="auto"/>
      </w:pPr>
      <w:r>
        <w:rPr>
          <w:rFonts w:ascii="Times New Roman" w:hAnsi="Times New Roman" w:eastAsia="宋体"/>
          <w:b w:val="0"/>
          <w:i w:val="0"/>
          <w:sz w:val="21"/>
        </w:rPr>
        <w:t>（A）1　　（B）2　　（C）3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maximum number of points of intersection of the graphs of two different fourth degree polynomial functions y = p(x) and y = q(x), each with leading coefficient 1?</w:t>
      </w:r>
    </w:p>
    <w:p>
      <w:pPr>
        <w:spacing w:before="0" w:after="160" w:line="300" w:lineRule="auto"/>
      </w:pPr>
      <w:r>
        <w:rPr>
          <w:rFonts w:ascii="Times New Roman" w:hAnsi="Times New Roman" w:eastAsia="宋体"/>
          <w:b w:val="0"/>
          <w:i w:val="0"/>
          <w:color w:val="333333"/>
          <w:sz w:val="19"/>
        </w:rPr>
        <w:t>(A) 1　　(B) 2　　(C) 3　　(D) 4　　(E) 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定义实数列 a₁，a₂，a₃，…，其中 a₁ = 1，且对所有 n ≥ 1 有 aₙ₊₁³ = 99 aₙ³。则 a₁₀₀ 等于</w:t>
      </w:r>
    </w:p>
    <w:p>
      <w:pPr>
        <w:spacing w:before="0" w:after="120" w:line="300" w:lineRule="auto"/>
      </w:pPr>
      <w:r>
        <w:rPr>
          <w:rFonts w:ascii="Times New Roman" w:hAnsi="Times New Roman" w:eastAsia="宋体"/>
          <w:b w:val="0"/>
          <w:i w:val="0"/>
          <w:sz w:val="21"/>
        </w:rPr>
        <w:t>（A）33³³　　（B）33⁹⁹　　（C）99³³　　（D）99⁹⁹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 sequence of real numbers a₁, a₂, a₃, … by a₁ = 1 and aₙ₊₁³ = 99 aₙ³ for all n ≥ 1. Then a₁₀₀ equals</w:t>
      </w:r>
    </w:p>
    <w:p>
      <w:pPr>
        <w:spacing w:before="0" w:after="160" w:line="300" w:lineRule="auto"/>
      </w:pPr>
      <w:r>
        <w:rPr>
          <w:rFonts w:ascii="Times New Roman" w:hAnsi="Times New Roman" w:eastAsia="宋体"/>
          <w:b w:val="0"/>
          <w:i w:val="0"/>
          <w:color w:val="333333"/>
          <w:sz w:val="19"/>
        </w:rPr>
        <w:t>(A) 33³³　　(B) 33⁹⁹　　(C) 99³³　　(D) 99⁹⁹　　(E) none of these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Mary、Alina、Tina 和 Hanna 四个女孩在音乐会上以三人组合唱歌，每首歌有一个女孩不唱。Hanna 唱了 7 首，比任何其他女孩都多；Mary 唱了 4 首，比任何其他女孩都少。这些三人组合一共唱了多少首歌？</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girls — Mary, Alina, Tina, and Hanna — sang songs in a concert as trios, with one girl sitting out each time. Hanna sang 7 songs, which was more than any other girl, and Mary sang 4 songs, which was fewer than any other girl. How many songs did these trios sing?</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设实数 x 满足 sec x - tan x = 2。求 sec x + tan x。</w:t>
      </w:r>
    </w:p>
    <w:p>
      <w:pPr>
        <w:spacing w:before="0" w:after="120" w:line="300" w:lineRule="auto"/>
      </w:pPr>
      <w:r>
        <w:rPr>
          <w:rFonts w:ascii="Times New Roman" w:hAnsi="Times New Roman" w:eastAsia="宋体"/>
          <w:b w:val="0"/>
          <w:i w:val="0"/>
          <w:sz w:val="21"/>
        </w:rPr>
        <w:t>（A）0.1　　（B）0.2　　（C）0.3　　（D）0.4　　（E）0.5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a real number such that sec x - tan x = 2. What is sec x + tan x?</w:t>
      </w:r>
    </w:p>
    <w:p>
      <w:pPr>
        <w:spacing w:before="0" w:after="160" w:line="300" w:lineRule="auto"/>
      </w:pPr>
      <w:r>
        <w:rPr>
          <w:rFonts w:ascii="Times New Roman" w:hAnsi="Times New Roman" w:eastAsia="宋体"/>
          <w:b w:val="0"/>
          <w:i w:val="0"/>
          <w:color w:val="333333"/>
          <w:sz w:val="19"/>
        </w:rPr>
        <w:t>(A) 0.1　　(B) 0.2　　(C) 0.3　　(D) 0.4　　(E) 0.5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一个对角线长分别为 10 和 24 的菱形内切圆半径是多少？</w:t>
      </w:r>
    </w:p>
    <w:p>
      <w:pPr>
        <w:spacing w:before="0" w:after="120" w:line="300" w:lineRule="auto"/>
      </w:pPr>
      <w:r>
        <w:rPr>
          <w:rFonts w:ascii="Times New Roman" w:hAnsi="Times New Roman" w:eastAsia="宋体"/>
          <w:b w:val="0"/>
          <w:i w:val="0"/>
          <w:sz w:val="21"/>
        </w:rPr>
        <w:t>（A）4　　（B）58/13　　（C）60/13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radius of a circle inscribed in a rhombus with diagonals of length 10 and 24?</w:t>
      </w:r>
    </w:p>
    <w:p>
      <w:pPr>
        <w:spacing w:before="0" w:after="160" w:line="300" w:lineRule="auto"/>
      </w:pPr>
      <w:r>
        <w:rPr>
          <w:rFonts w:ascii="Times New Roman" w:hAnsi="Times New Roman" w:eastAsia="宋体"/>
          <w:b w:val="0"/>
          <w:i w:val="0"/>
          <w:color w:val="333333"/>
          <w:sz w:val="19"/>
        </w:rPr>
        <w:t>(A) 4　　(B) 58/13　　(C) 60/13　　(D) 5　　(E) 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P(x) 是一个多项式，当 P(x) 除以 x - 19 时余数为 99，当 P(x) 除以 x - 99 时余数为 19。当 P(x) 除以 (x - 19)(x - 99) 时，余数是多少？</w:t>
      </w:r>
    </w:p>
    <w:p>
      <w:pPr>
        <w:spacing w:before="0" w:after="120" w:line="300" w:lineRule="auto"/>
      </w:pPr>
      <w:r>
        <w:rPr>
          <w:rFonts w:ascii="Times New Roman" w:hAnsi="Times New Roman" w:eastAsia="宋体"/>
          <w:b w:val="0"/>
          <w:i w:val="0"/>
          <w:sz w:val="21"/>
        </w:rPr>
        <w:t>（A）-x + 80　　（B）x + 80　　（C）-x + 118　　（D）x + 118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 be a polynomial such that when P(x) is divided by x - 19, the remainder is 99, and when P(x) is divided by x - 99, the remainder is 19. What is the remainder when P(x) is divided by (x - 19)(x - 99)?</w:t>
      </w:r>
    </w:p>
    <w:p>
      <w:pPr>
        <w:spacing w:before="0" w:after="160" w:line="300" w:lineRule="auto"/>
      </w:pPr>
      <w:r>
        <w:rPr>
          <w:rFonts w:ascii="Times New Roman" w:hAnsi="Times New Roman" w:eastAsia="宋体"/>
          <w:b w:val="0"/>
          <w:i w:val="0"/>
          <w:color w:val="333333"/>
          <w:sz w:val="19"/>
        </w:rPr>
        <w:t>(A) -x + 80　　(B) x + 80　　(C) -x + 118　　(D) x + 118　　(E) 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函数 f(x) = cos(log x) 在区间 0 &lt; x &lt; 1 上有多少个零点？</w:t>
      </w:r>
    </w:p>
    <w:p>
      <w:pPr>
        <w:spacing w:before="0" w:after="120" w:line="300" w:lineRule="auto"/>
      </w:pPr>
      <w:r>
        <w:rPr>
          <w:rFonts w:ascii="Times New Roman" w:hAnsi="Times New Roman" w:eastAsia="宋体"/>
          <w:b w:val="0"/>
          <w:i w:val="0"/>
          <w:sz w:val="21"/>
        </w:rPr>
        <w:t>（A）0　　（B）1　　（C）2　　（D）10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zeros does f(x) = cos(log x) have on the interval 0 &lt; x &lt; 1?</w:t>
      </w:r>
    </w:p>
    <w:p>
      <w:pPr>
        <w:spacing w:before="0" w:after="160" w:line="300" w:lineRule="auto"/>
      </w:pPr>
      <w:r>
        <w:rPr>
          <w:rFonts w:ascii="Times New Roman" w:hAnsi="Times New Roman" w:eastAsia="宋体"/>
          <w:b w:val="0"/>
          <w:i w:val="0"/>
          <w:color w:val="333333"/>
          <w:sz w:val="19"/>
        </w:rPr>
        <w:t>(A) 0　　(B) 1　　(C) 2　　(D) 10　　(E) infinitely many</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考虑所有满足下列条件的三角形 ABC：AB = AC，点 D 在线段 AC 上，且 BD ⊥ AC，AD 与 CD 均为整数，且 BD² = 57。在所有这样的三角形中，AC 的最小可能值是</w:t>
      </w:r>
    </w:p>
    <w:p>
      <w:pPr>
        <w:spacing w:before="80" w:after="80"/>
        <w:jc w:val="center"/>
      </w:pPr>
      <w:r>
        <w:drawing>
          <wp:inline xmlns:a="http://schemas.openxmlformats.org/drawingml/2006/main" xmlns:pic="http://schemas.openxmlformats.org/drawingml/2006/picture">
            <wp:extent cx="1046082" cy="1208507"/>
            <wp:docPr id="1" name="Picture 1"/>
            <wp:cNvGraphicFramePr>
              <a:graphicFrameLocks noChangeAspect="1"/>
            </wp:cNvGraphicFramePr>
            <a:graphic>
              <a:graphicData uri="http://schemas.openxmlformats.org/drawingml/2006/picture">
                <pic:pic>
                  <pic:nvPicPr>
                    <pic:cNvPr id="0" name="q19-1@300dpi.png"/>
                    <pic:cNvPicPr/>
                  </pic:nvPicPr>
                  <pic:blipFill>
                    <a:blip r:embed="rId9"/>
                    <a:stretch>
                      <a:fillRect/>
                    </a:stretch>
                  </pic:blipFill>
                  <pic:spPr>
                    <a:xfrm>
                      <a:off x="0" y="0"/>
                      <a:ext cx="1046082" cy="1208507"/>
                    </a:xfrm>
                    <a:prstGeom prst="rect"/>
                  </pic:spPr>
                </pic:pic>
              </a:graphicData>
            </a:graphic>
          </wp:inline>
        </w:drawing>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all triangles ABC satisfying the following conditions: AB = AC, D is a point on AC for which BD ⊥ AC, AD and CD are integers, and BD² = 57. Among all such triangles, the smallest possible value of AC is</w:t>
      </w:r>
    </w:p>
    <w:p>
      <w:pPr>
        <w:spacing w:before="80" w:after="80"/>
        <w:jc w:val="center"/>
      </w:pPr>
      <w:r>
        <w:drawing>
          <wp:inline xmlns:a="http://schemas.openxmlformats.org/drawingml/2006/main" xmlns:pic="http://schemas.openxmlformats.org/drawingml/2006/picture">
            <wp:extent cx="1046082" cy="1208507"/>
            <wp:docPr id="2" name="Picture 2"/>
            <wp:cNvGraphicFramePr>
              <a:graphicFrameLocks noChangeAspect="1"/>
            </wp:cNvGraphicFramePr>
            <a:graphic>
              <a:graphicData uri="http://schemas.openxmlformats.org/drawingml/2006/picture">
                <pic:pic>
                  <pic:nvPicPr>
                    <pic:cNvPr id="0" name="q19-1@300dpi.png"/>
                    <pic:cNvPicPr/>
                  </pic:nvPicPr>
                  <pic:blipFill>
                    <a:blip r:embed="rId9"/>
                    <a:stretch>
                      <a:fillRect/>
                    </a:stretch>
                  </pic:blipFill>
                  <pic:spPr>
                    <a:xfrm>
                      <a:off x="0" y="0"/>
                      <a:ext cx="1046082" cy="120850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数列 a₁，a₂，a₃，… 满足 a₁ = 19、a₉ = 99，并且对所有 n ≥ 3，aₙ 是前 n - 1 项的算术平均数。求 a₂。</w:t>
      </w:r>
    </w:p>
    <w:p>
      <w:pPr>
        <w:spacing w:before="0" w:after="120" w:line="300" w:lineRule="auto"/>
      </w:pPr>
      <w:r>
        <w:rPr>
          <w:rFonts w:ascii="Times New Roman" w:hAnsi="Times New Roman" w:eastAsia="宋体"/>
          <w:b w:val="0"/>
          <w:i w:val="0"/>
          <w:sz w:val="21"/>
        </w:rPr>
        <w:t>（A）29　　（B）59　　（C）79　　（D）99　　（E）179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a₁, a₂, a₃, … satisfies a₁ = 19, a₉ = 99, and, for all n ≥ 3, aₙ is the arithmetic mean of the first n - 1 terms. Find a₂.</w:t>
      </w:r>
    </w:p>
    <w:p>
      <w:pPr>
        <w:spacing w:before="0" w:after="160" w:line="300" w:lineRule="auto"/>
      </w:pPr>
      <w:r>
        <w:rPr>
          <w:rFonts w:ascii="Times New Roman" w:hAnsi="Times New Roman" w:eastAsia="宋体"/>
          <w:b w:val="0"/>
          <w:i w:val="0"/>
          <w:color w:val="333333"/>
          <w:sz w:val="19"/>
        </w:rPr>
        <w:t>(A) 29　　(B) 59　　(C) 79　　(D) 99　　(E) 179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一个圆外接于边长为 20，21 和 29 的三角形，从而将圆内部划分为四个区域。令 A、B、C 为三个非三角形区域的面积，其中 C 最大。则</w:t>
      </w:r>
    </w:p>
    <w:p>
      <w:pPr>
        <w:spacing w:before="0" w:after="120" w:line="300" w:lineRule="auto"/>
      </w:pPr>
      <w:r>
        <w:rPr>
          <w:rFonts w:ascii="Times New Roman" w:hAnsi="Times New Roman" w:eastAsia="宋体"/>
          <w:b w:val="0"/>
          <w:i w:val="0"/>
          <w:sz w:val="21"/>
        </w:rPr>
        <w:t>（A）A + B = C　　（B）A + B + 210 = C　　（C）A² + B² = C²　　（D）20A + 21B = 29C　　（E）1/A² + 1/B² = 1/C²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is circumscribed about a triangle with sides 20, 21, and 29, thus dividing the interior of the circle into four regions. Let A, B, and C be the areas of the non-triangular regions, with C being the largest. Then</w:t>
      </w:r>
    </w:p>
    <w:p>
      <w:pPr>
        <w:spacing w:before="0" w:after="160" w:line="300" w:lineRule="auto"/>
      </w:pPr>
      <w:r>
        <w:rPr>
          <w:rFonts w:ascii="Times New Roman" w:hAnsi="Times New Roman" w:eastAsia="宋体"/>
          <w:b w:val="0"/>
          <w:i w:val="0"/>
          <w:color w:val="333333"/>
          <w:sz w:val="19"/>
        </w:rPr>
        <w:t>(A) A + B = C　　(B) A + B + 210 = C　　(C) A² + B² = C²　　(D) 20A + 21B = 29C　　(E) 1/A² + 1/B² = 1/C²</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图像 y = -|x - a| + b 和 y = |x - c| + d 相交于点 (2, 5) 和 (8, 3)。求 a + c。</w:t>
      </w:r>
    </w:p>
    <w:p>
      <w:pPr>
        <w:spacing w:before="0" w:after="120" w:line="300" w:lineRule="auto"/>
      </w:pPr>
      <w:r>
        <w:rPr>
          <w:rFonts w:ascii="Times New Roman" w:hAnsi="Times New Roman" w:eastAsia="宋体"/>
          <w:b w:val="0"/>
          <w:i w:val="0"/>
          <w:sz w:val="21"/>
        </w:rPr>
        <w:t>（A）7　　（B）8　　（C）10　　（D）13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graphs of y = -|x - a| + b and y = |x - c| + d intersect at points (2, 5) and (8, 3). Find a + c.</w:t>
      </w:r>
    </w:p>
    <w:p>
      <w:pPr>
        <w:spacing w:before="0" w:after="160" w:line="300" w:lineRule="auto"/>
      </w:pPr>
      <w:r>
        <w:rPr>
          <w:rFonts w:ascii="Times New Roman" w:hAnsi="Times New Roman" w:eastAsia="宋体"/>
          <w:b w:val="0"/>
          <w:i w:val="0"/>
          <w:color w:val="333333"/>
          <w:sz w:val="19"/>
        </w:rPr>
        <w:t>(A) 7　　(B) 8　　(C) 10　　(D) 13　　(E) 18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等角凸六边形 ABCDEF 满足 AB = 1、BC = 4、CD = 2、DE = 4。该六边形面积为</w:t>
      </w:r>
    </w:p>
    <w:p>
      <w:pPr>
        <w:spacing w:before="0" w:after="120" w:line="300" w:lineRule="auto"/>
      </w:pPr>
      <w:r>
        <w:rPr>
          <w:rFonts w:ascii="Times New Roman" w:hAnsi="Times New Roman" w:eastAsia="宋体"/>
          <w:b w:val="0"/>
          <w:i w:val="0"/>
          <w:sz w:val="21"/>
        </w:rPr>
        <w:t>（A）15/2√(3)　　（B）9√(3)　　（C）16　　（D）39/4√(3)　　（E）43/4√(3)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equiangular convex hexagon ABCDEF has AB = 1, BC = 4, CD = 2, and DE = 4. The area of the hexagon is</w:t>
      </w:r>
    </w:p>
    <w:p>
      <w:pPr>
        <w:spacing w:before="0" w:after="160" w:line="300" w:lineRule="auto"/>
      </w:pPr>
      <w:r>
        <w:rPr>
          <w:rFonts w:ascii="Times New Roman" w:hAnsi="Times New Roman" w:eastAsia="宋体"/>
          <w:b w:val="0"/>
          <w:i w:val="0"/>
          <w:color w:val="333333"/>
          <w:sz w:val="19"/>
        </w:rPr>
        <w:t>(A) 15/2√(3)　　(B) 9√(3)　　(C) 16　　(D) 39/4√(3)　　(E) 43/4√(3)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给定圆上的六个点。从连接这六点两两之间的弦中随机选择四条。四条弦构成一个凸四边形的概率是多少？</w:t>
      </w:r>
    </w:p>
    <w:p>
      <w:pPr>
        <w:spacing w:before="0" w:after="120" w:line="300" w:lineRule="auto"/>
      </w:pPr>
      <w:r>
        <w:rPr>
          <w:rFonts w:ascii="Times New Roman" w:hAnsi="Times New Roman" w:eastAsia="宋体"/>
          <w:b w:val="0"/>
          <w:i w:val="0"/>
          <w:sz w:val="21"/>
        </w:rPr>
        <w:t>（A）1/15　　（B）1/91　　（C）1/273　　（D）1/455　　（E）1/1365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points on a circle are given. Four of the chords joining pairs of the six points are selected at random. What is the probability that the four chords form a convex quadrilateral?</w:t>
      </w:r>
    </w:p>
    <w:p>
      <w:pPr>
        <w:spacing w:before="0" w:after="160" w:line="300" w:lineRule="auto"/>
      </w:pPr>
      <w:r>
        <w:rPr>
          <w:rFonts w:ascii="Times New Roman" w:hAnsi="Times New Roman" w:eastAsia="宋体"/>
          <w:b w:val="0"/>
          <w:i w:val="0"/>
          <w:color w:val="333333"/>
          <w:sz w:val="19"/>
        </w:rPr>
        <w:t>(A) 1/15　　(B) 1/91　　(C) 1/273　　(D) 1/455　　(E) 1/1365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存在唯一的整数 a₂，a₃，a₄，a₅，a₆，a₇，使得</w:t>
      </w:r>
    </w:p>
    <w:p>
      <w:pPr>
        <w:spacing w:before="0" w:after="80" w:line="300" w:lineRule="auto"/>
        <w:jc w:val="left"/>
      </w:pPr>
      <w:r>
        <w:rPr>
          <w:rFonts w:ascii="Times New Roman" w:hAnsi="Times New Roman" w:eastAsia="宋体"/>
          <w:b w:val="0"/>
          <w:i w:val="0"/>
          <w:sz w:val="21"/>
        </w:rPr>
        <w:t>5/7 = a₂/(2!) + a₃/(3!) + a₄/(4!)</w:t>
      </w:r>
    </w:p>
    <w:p>
      <w:pPr>
        <w:spacing w:before="0" w:after="80" w:line="300" w:lineRule="auto"/>
        <w:jc w:val="left"/>
      </w:pPr>
      <w:r>
        <w:rPr>
          <w:rFonts w:ascii="Times New Roman" w:hAnsi="Times New Roman" w:eastAsia="宋体"/>
          <w:b w:val="0"/>
          <w:i w:val="0"/>
          <w:sz w:val="21"/>
        </w:rPr>
        <w:t>+ a₅/(5!) + a₆/(6!) + a₇/(7!)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其中对 i = 2，3，…，7 有 0 ≤ aᵢ &lt; i。求 a₂ + a₃ + a₄ + a₅ + a₆ + a₇。</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unique integers a₂, a₃, a₄, a₅, a₆, a₇ such that</w:t>
      </w:r>
    </w:p>
    <w:p>
      <w:pPr>
        <w:spacing w:before="0" w:after="80" w:line="300" w:lineRule="auto"/>
        <w:jc w:val="left"/>
      </w:pPr>
      <w:r>
        <w:rPr>
          <w:rFonts w:ascii="Times New Roman" w:hAnsi="Times New Roman" w:eastAsia="宋体"/>
          <w:b w:val="0"/>
          <w:i w:val="0"/>
          <w:color w:val="333333"/>
          <w:sz w:val="19"/>
        </w:rPr>
        <w:t>5/7 = a₂/(2!) + a₃/(3!) + a₄/(4!)</w:t>
      </w:r>
    </w:p>
    <w:p>
      <w:pPr>
        <w:spacing w:before="0" w:after="80" w:line="300" w:lineRule="auto"/>
        <w:jc w:val="left"/>
      </w:pPr>
      <w:r>
        <w:rPr>
          <w:rFonts w:ascii="Times New Roman" w:hAnsi="Times New Roman" w:eastAsia="宋体"/>
          <w:b w:val="0"/>
          <w:i w:val="0"/>
          <w:color w:val="333333"/>
          <w:sz w:val="19"/>
        </w:rPr>
        <w:t>+ a₅/(5!) + a₆/(6!) + a₇/(7!),</w:t>
      </w:r>
    </w:p>
    <w:p>
      <w:pPr>
        <w:spacing w:before="0" w:after="80" w:line="300" w:lineRule="auto"/>
        <w:jc w:val="left"/>
      </w:pPr>
      <w:r>
        <w:rPr>
          <w:rFonts w:ascii="Times New Roman" w:hAnsi="Times New Roman" w:eastAsia="宋体"/>
          <w:b w:val="0"/>
          <w:i w:val="0"/>
          <w:color w:val="333333"/>
          <w:sz w:val="19"/>
        </w:rPr>
        <w:t>where 0 ≤ aᵢ &lt; i for i = 2, 3, …, 7. Find a₂ + a₃ + a₄ + a₅ + a₆ + a₇.</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三个不重叠的正多边形，至少两个全等，边长都为 1。这些多边形在点 A 处相接，使得在 A 处的三个内角之和为 360°。于是这三个多边形形成一个新的多边形，且 A 为内部点。这个新多边形的最大可能周长是多少？</w:t>
      </w:r>
    </w:p>
    <w:p>
      <w:pPr>
        <w:spacing w:before="0" w:after="120" w:line="300" w:lineRule="auto"/>
      </w:pPr>
      <w:r>
        <w:rPr>
          <w:rFonts w:ascii="Times New Roman" w:hAnsi="Times New Roman" w:eastAsia="宋体"/>
          <w:b w:val="0"/>
          <w:i w:val="0"/>
          <w:sz w:val="21"/>
        </w:rPr>
        <w:t>（A）12　　（B）14　　（C）18　　（D）21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non-overlapping regular plane polygons, at least two of which are congruent, all have sides of length 1. The polygons meet at a point A in such a way that the sum of the three interior angles at A is 360°. Thus the three polygons form a new polygon with A as an interior point. What is the largest possible perimeter that this polygon can have?</w:t>
      </w:r>
    </w:p>
    <w:p>
      <w:pPr>
        <w:spacing w:before="0" w:after="160" w:line="300" w:lineRule="auto"/>
      </w:pPr>
      <w:r>
        <w:rPr>
          <w:rFonts w:ascii="Times New Roman" w:hAnsi="Times New Roman" w:eastAsia="宋体"/>
          <w:b w:val="0"/>
          <w:i w:val="0"/>
          <w:color w:val="333333"/>
          <w:sz w:val="19"/>
        </w:rPr>
        <w:t>(A) 12　　(B) 14　　(C) 18　　(D) 21　　(E) 24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在三角形 ABC 中，3sin A + 4cos B = 6，且 4sin B + 3cos A = 1。则 ∠ C 的度数为</w:t>
      </w:r>
    </w:p>
    <w:p>
      <w:pPr>
        <w:spacing w:before="0" w:after="120" w:line="300" w:lineRule="auto"/>
      </w:pPr>
      <w:r>
        <w:rPr>
          <w:rFonts w:ascii="Times New Roman" w:hAnsi="Times New Roman" w:eastAsia="宋体"/>
          <w:b w:val="0"/>
          <w:i w:val="0"/>
          <w:sz w:val="21"/>
        </w:rPr>
        <w:t>（A）30　　（B）60　　（C）90　　（D）120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3sin A + 4cos B = 6 and 4sin B + 3cos A = 1. Then ∠ C in degrees is</w:t>
      </w:r>
    </w:p>
    <w:p>
      <w:pPr>
        <w:spacing w:before="0" w:after="160" w:line="300" w:lineRule="auto"/>
      </w:pPr>
      <w:r>
        <w:rPr>
          <w:rFonts w:ascii="Times New Roman" w:hAnsi="Times New Roman" w:eastAsia="宋体"/>
          <w:b w:val="0"/>
          <w:i w:val="0"/>
          <w:color w:val="333333"/>
          <w:sz w:val="19"/>
        </w:rPr>
        <w:t>(A) 30　　(B) 60　　(C) 90　　(D) 120　　(E) 150</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设 x₁，x₂，…，xₙ 是一个整数序列，满足：</w:t>
      </w:r>
    </w:p>
    <w:p>
      <w:pPr>
        <w:spacing w:before="0" w:after="80" w:line="300" w:lineRule="auto"/>
        <w:jc w:val="left"/>
      </w:pPr>
      <w:r>
        <w:rPr>
          <w:rFonts w:ascii="Times New Roman" w:hAnsi="Times New Roman" w:eastAsia="宋体"/>
          <w:b w:val="0"/>
          <w:i w:val="0"/>
          <w:sz w:val="21"/>
        </w:rPr>
        <w:t>(i) -1 ≤ xᵢ ≤ 2，其中 i = 1，2，3，…，n；</w:t>
      </w:r>
    </w:p>
    <w:p>
      <w:pPr>
        <w:spacing w:before="0" w:after="80" w:line="300" w:lineRule="auto"/>
        <w:jc w:val="left"/>
      </w:pPr>
      <w:r>
        <w:rPr>
          <w:rFonts w:ascii="Times New Roman" w:hAnsi="Times New Roman" w:eastAsia="宋体"/>
          <w:b w:val="0"/>
          <w:i w:val="0"/>
          <w:sz w:val="21"/>
        </w:rPr>
        <w:t>(ii) x₁ + x₂ + ⋯ + xₙ = 19；</w:t>
      </w:r>
    </w:p>
    <w:p>
      <w:pPr>
        <w:spacing w:before="0" w:after="80" w:line="300" w:lineRule="auto"/>
        <w:jc w:val="left"/>
      </w:pPr>
      <w:r>
        <w:rPr>
          <w:rFonts w:ascii="Times New Roman" w:hAnsi="Times New Roman" w:eastAsia="宋体"/>
          <w:b w:val="0"/>
          <w:i w:val="0"/>
          <w:sz w:val="21"/>
        </w:rPr>
        <w:t>(iii) x₁² + x₂² + ⋯ + xₙ² = 99。</w:t>
      </w:r>
    </w:p>
    <w:p>
      <w:pPr>
        <w:spacing w:before="0" w:after="80" w:line="300" w:lineRule="auto"/>
        <w:jc w:val="left"/>
      </w:pPr>
      <w:r>
        <w:rPr>
          <w:rFonts w:ascii="Times New Roman" w:hAnsi="Times New Roman" w:eastAsia="宋体"/>
          <w:b w:val="0"/>
          <w:i w:val="0"/>
          <w:sz w:val="21"/>
        </w:rPr>
        <w:t>令 m 和 M 分别为 x₁³ + x₂³ + ⋯ + xₙ³ 的最小和最大可能值。求 M/m。</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x₁, x₂, …, xₙ be a sequence of integers such that</w:t>
      </w:r>
    </w:p>
    <w:p>
      <w:pPr>
        <w:spacing w:before="0" w:after="80" w:line="300" w:lineRule="auto"/>
        <w:jc w:val="left"/>
      </w:pPr>
      <w:r>
        <w:rPr>
          <w:rFonts w:ascii="Times New Roman" w:hAnsi="Times New Roman" w:eastAsia="宋体"/>
          <w:b w:val="0"/>
          <w:i w:val="0"/>
          <w:color w:val="333333"/>
          <w:sz w:val="19"/>
        </w:rPr>
        <w:t>(i) -1 ≤ xᵢ ≤ 2, for i = 1, 2, 3, …, n;</w:t>
      </w:r>
    </w:p>
    <w:p>
      <w:pPr>
        <w:spacing w:before="0" w:after="80" w:line="300" w:lineRule="auto"/>
        <w:jc w:val="left"/>
      </w:pPr>
      <w:r>
        <w:rPr>
          <w:rFonts w:ascii="Times New Roman" w:hAnsi="Times New Roman" w:eastAsia="宋体"/>
          <w:b w:val="0"/>
          <w:i w:val="0"/>
          <w:color w:val="333333"/>
          <w:sz w:val="19"/>
        </w:rPr>
        <w:t>(ii) x₁ + x₂ + ⋯ + xₙ = 19; and</w:t>
      </w:r>
    </w:p>
    <w:p>
      <w:pPr>
        <w:spacing w:before="0" w:after="80" w:line="300" w:lineRule="auto"/>
        <w:jc w:val="left"/>
      </w:pPr>
      <w:r>
        <w:rPr>
          <w:rFonts w:ascii="Times New Roman" w:hAnsi="Times New Roman" w:eastAsia="宋体"/>
          <w:b w:val="0"/>
          <w:i w:val="0"/>
          <w:color w:val="333333"/>
          <w:sz w:val="19"/>
        </w:rPr>
        <w:t>(iii) x₁² + x₂² + ⋯ + xₙ² = 99.</w:t>
      </w:r>
    </w:p>
    <w:p>
      <w:pPr>
        <w:spacing w:before="0" w:after="80" w:line="300" w:lineRule="auto"/>
        <w:jc w:val="left"/>
      </w:pPr>
      <w:r>
        <w:rPr>
          <w:rFonts w:ascii="Times New Roman" w:hAnsi="Times New Roman" w:eastAsia="宋体"/>
          <w:b w:val="0"/>
          <w:i w:val="0"/>
          <w:color w:val="333333"/>
          <w:sz w:val="19"/>
        </w:rPr>
        <w:t>Let m and M be the minimal and maximal possible values of x₁³ + x₂³ + ⋯ + xₙ³, respectively. What is M/m?</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一个四个面都是等边三角形的四面体内切一个球，并外接一个球。对四个面中的每一个面，都有一个球与该面在其中心处外切，并与外接球相切。随机选择外接球内部一点 P。P 落在这五个小球之一内部的概率最接近</w:t>
      </w:r>
    </w:p>
    <w:p>
      <w:pPr>
        <w:spacing w:before="0" w:after="120" w:line="300" w:lineRule="auto"/>
      </w:pPr>
      <w:r>
        <w:rPr>
          <w:rFonts w:ascii="Times New Roman" w:hAnsi="Times New Roman" w:eastAsia="宋体"/>
          <w:b w:val="0"/>
          <w:i w:val="0"/>
          <w:sz w:val="21"/>
        </w:rPr>
        <w:t>（A）0　　（B）0.1　　（C）0.2　　（D）0.3　　（E）0.4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tetrahedron with four equilateral triangular faces has a sphere inscribed within it and a sphere circumscribed about it. For each of the four faces, there is a sphere tangent externally to the face at its center and to the circumscribed sphere. A point P is selected at random inside the circumscribed sphere. The probability that P lies inside one of the five small spheres is closest to</w:t>
      </w:r>
    </w:p>
    <w:p>
      <w:pPr>
        <w:spacing w:before="0" w:after="160" w:line="300" w:lineRule="auto"/>
      </w:pPr>
      <w:r>
        <w:rPr>
          <w:rFonts w:ascii="Times New Roman" w:hAnsi="Times New Roman" w:eastAsia="宋体"/>
          <w:b w:val="0"/>
          <w:i w:val="0"/>
          <w:color w:val="333333"/>
          <w:sz w:val="19"/>
        </w:rPr>
        <w:t>(A) 0　　(B) 0.1　　(C) 0.2　　(D) 0.3　　(E) 0.4</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满足 mn ≥ 0 的整数有序对 (m, n)，且</w:t>
      </w:r>
    </w:p>
    <w:p>
      <w:pPr>
        <w:spacing w:before="0" w:after="80" w:line="300" w:lineRule="auto"/>
        <w:jc w:val="left"/>
      </w:pPr>
      <w:r>
        <w:rPr>
          <w:rFonts w:ascii="Times New Roman" w:hAnsi="Times New Roman" w:eastAsia="宋体"/>
          <w:b w:val="0"/>
          <w:i w:val="0"/>
          <w:sz w:val="21"/>
        </w:rPr>
        <w:t>m³ + n³ + 99mn = 33³</w:t>
      </w:r>
    </w:p>
    <w:p>
      <w:pPr>
        <w:spacing w:before="0" w:after="80" w:line="300" w:lineRule="auto"/>
        <w:jc w:val="left"/>
      </w:pPr>
      <w:r>
        <w:rPr>
          <w:rFonts w:ascii="Times New Roman" w:hAnsi="Times New Roman" w:eastAsia="宋体"/>
          <w:b w:val="0"/>
          <w:i w:val="0"/>
          <w:sz w:val="21"/>
        </w:rPr>
        <w:t>的个数等于</w:t>
      </w:r>
    </w:p>
    <w:p>
      <w:pPr>
        <w:spacing w:before="0" w:after="120" w:line="300" w:lineRule="auto"/>
      </w:pPr>
      <w:r>
        <w:rPr>
          <w:rFonts w:ascii="Times New Roman" w:hAnsi="Times New Roman" w:eastAsia="宋体"/>
          <w:b w:val="0"/>
          <w:i w:val="0"/>
          <w:sz w:val="21"/>
        </w:rPr>
        <w:t>（A）2　　（B）3　　（C）33　　（D）35　　（E）99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ordered pairs of integers (m, n) for which mn ≥ 0 and</w:t>
      </w:r>
    </w:p>
    <w:p>
      <w:pPr>
        <w:spacing w:before="0" w:after="80" w:line="300" w:lineRule="auto"/>
        <w:jc w:val="left"/>
      </w:pPr>
      <w:r>
        <w:rPr>
          <w:rFonts w:ascii="Times New Roman" w:hAnsi="Times New Roman" w:eastAsia="宋体"/>
          <w:b w:val="0"/>
          <w:i w:val="0"/>
          <w:color w:val="333333"/>
          <w:sz w:val="19"/>
        </w:rPr>
        <w:t>m³ + n³ + 99mn = 33³</w:t>
      </w:r>
    </w:p>
    <w:p>
      <w:pPr>
        <w:spacing w:before="0" w:after="80" w:line="300" w:lineRule="auto"/>
        <w:jc w:val="left"/>
      </w:pPr>
      <w:r>
        <w:rPr>
          <w:rFonts w:ascii="Times New Roman" w:hAnsi="Times New Roman" w:eastAsia="宋体"/>
          <w:b w:val="0"/>
          <w:i w:val="0"/>
          <w:color w:val="333333"/>
          <w:sz w:val="19"/>
        </w:rPr>
        <w:t>is equal to</w:t>
      </w:r>
    </w:p>
    <w:p>
      <w:pPr>
        <w:spacing w:before="0" w:after="160" w:line="300" w:lineRule="auto"/>
      </w:pPr>
      <w:r>
        <w:rPr>
          <w:rFonts w:ascii="Times New Roman" w:hAnsi="Times New Roman" w:eastAsia="宋体"/>
          <w:b w:val="0"/>
          <w:i w:val="0"/>
          <w:color w:val="333333"/>
          <w:sz w:val="19"/>
        </w:rPr>
        <w:t>(A) 2　　(B) 3　　(C) 33　　(D) 35　　(E) 99</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E　A　C　D　B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C　C　A　E　C　C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E　B　C　E　B　B　D　A</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E　C　D</w:t>
      </w:r>
    </w:p>
    <w:p>
      <w:pPr>
        <w:spacing w:before="0" w:after="200" w:line="300" w:lineRule="auto"/>
      </w:pPr>
      <w:r>
        <w:rPr>
          <w:rFonts w:ascii="Times New Roman" w:hAnsi="Times New Roman" w:eastAsia="宋体"/>
          <w:b w:val="0"/>
          <w:i w:val="0"/>
          <w:color w:val="666666"/>
          <w:sz w:val="18"/>
        </w:rPr>
        <w:t>答案串：EAEACDBDDCACCAECCECEBCEBBDAECD</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两两分组可得</w:t>
      </w:r>
    </w:p>
    <w:p>
      <w:pPr>
        <w:spacing w:before="0" w:after="80" w:line="300" w:lineRule="auto"/>
        <w:jc w:val="left"/>
      </w:pPr>
      <w:r>
        <w:rPr>
          <w:rFonts w:ascii="Times New Roman" w:hAnsi="Times New Roman" w:eastAsia="宋体"/>
          <w:b w:val="0"/>
          <w:i w:val="0"/>
          <w:sz w:val="21"/>
        </w:rPr>
        <w:t>(1-2) + (3-4) + ⋯</w:t>
      </w:r>
    </w:p>
    <w:p>
      <w:pPr>
        <w:spacing w:before="0" w:after="80" w:line="300" w:lineRule="auto"/>
        <w:jc w:val="left"/>
      </w:pPr>
      <w:r>
        <w:rPr>
          <w:rFonts w:ascii="Times New Roman" w:hAnsi="Times New Roman" w:eastAsia="宋体"/>
          <w:b w:val="0"/>
          <w:i w:val="0"/>
          <w:sz w:val="21"/>
        </w:rPr>
        <w:t>+ (97-98) + 99。</w:t>
      </w:r>
    </w:p>
    <w:p>
      <w:pPr>
        <w:spacing w:before="0" w:after="80" w:line="300" w:lineRule="auto"/>
        <w:jc w:val="left"/>
      </w:pPr>
      <w:r>
        <w:rPr>
          <w:rFonts w:ascii="Times New Roman" w:hAnsi="Times New Roman" w:eastAsia="宋体"/>
          <w:b w:val="0"/>
          <w:i w:val="0"/>
          <w:sz w:val="21"/>
        </w:rPr>
        <w:t>共有 49 组，每组等于 -1，所以总和为 -49 + 99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Pairing consecutive terms gives</w:t>
      </w:r>
    </w:p>
    <w:p>
      <w:pPr>
        <w:spacing w:before="0" w:after="80" w:line="300" w:lineRule="auto"/>
        <w:jc w:val="left"/>
      </w:pPr>
      <w:r>
        <w:rPr>
          <w:rFonts w:ascii="Times New Roman" w:hAnsi="Times New Roman" w:eastAsia="宋体"/>
          <w:b w:val="0"/>
          <w:i w:val="0"/>
          <w:color w:val="333333"/>
          <w:sz w:val="19"/>
        </w:rPr>
        <w:t>(1-2) + (3-4) + ⋯</w:t>
      </w:r>
    </w:p>
    <w:p>
      <w:pPr>
        <w:spacing w:before="0" w:after="80" w:line="300" w:lineRule="auto"/>
        <w:jc w:val="left"/>
      </w:pPr>
      <w:r>
        <w:rPr>
          <w:rFonts w:ascii="Times New Roman" w:hAnsi="Times New Roman" w:eastAsia="宋体"/>
          <w:b w:val="0"/>
          <w:i w:val="0"/>
          <w:color w:val="333333"/>
          <w:sz w:val="19"/>
        </w:rPr>
        <w:t>+ (97-98) + 99.</w:t>
      </w:r>
    </w:p>
    <w:p>
      <w:pPr>
        <w:spacing w:before="0" w:after="80" w:line="300" w:lineRule="auto"/>
        <w:jc w:val="left"/>
      </w:pPr>
      <w:r>
        <w:rPr>
          <w:rFonts w:ascii="Times New Roman" w:hAnsi="Times New Roman" w:eastAsia="宋体"/>
          <w:b w:val="0"/>
          <w:i w:val="0"/>
          <w:color w:val="333333"/>
          <w:sz w:val="19"/>
        </w:rPr>
        <w:t>There are 49 pairs, each equal to -1, so the sum is -49 + 99 =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边长为 1 和边长为 2 的等边三角形形状相同但大小不同，所以它们相似但不全等。每个等边三角形都是凸的、等角的（每个角都是 60°），也是正多边形，因此唯一错误的命题是所有等边三角形都彼此全等。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Equilateral triangles with side lengths 1 and 2 have the same shape but different sizes, so they are similar but not congruent. Every equilateral triangle is convex, equiangular (all angles 60°), and a regular polygon, so the only false statement is that they are all congruent.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正中间的数为</w:t>
      </w:r>
    </w:p>
    <w:p>
      <w:pPr>
        <w:spacing w:before="0" w:after="80" w:line="300" w:lineRule="auto"/>
        <w:jc w:val="left"/>
      </w:pPr>
      <w:r>
        <w:rPr>
          <w:rFonts w:ascii="Times New Roman" w:hAnsi="Times New Roman" w:eastAsia="宋体"/>
          <w:b w:val="0"/>
          <w:i w:val="0"/>
          <w:sz w:val="21"/>
        </w:rPr>
        <w:t>1/2(1/8 + 1/10) = 1/2 · 18/80 = 9/80。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halfway point is the average</w:t>
      </w:r>
    </w:p>
    <w:p>
      <w:pPr>
        <w:spacing w:before="0" w:after="80" w:line="300" w:lineRule="auto"/>
        <w:jc w:val="left"/>
      </w:pPr>
      <w:r>
        <w:rPr>
          <w:rFonts w:ascii="Times New Roman" w:hAnsi="Times New Roman" w:eastAsia="宋体"/>
          <w:b w:val="0"/>
          <w:i w:val="0"/>
          <w:color w:val="333333"/>
          <w:sz w:val="19"/>
        </w:rPr>
        <w:t>1/2(1/8 + 1/10) = 1/2 · 18/80 = 9/80.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比 5 的倍数小 1 的数个位为 4 或 9，而比 4 的倍数大 1 的数是奇数，所以这些数必须满足 ≡ 9 pmod20。符合条件的数是 9, 29, 49, 69, 89。</w:t>
      </w:r>
    </w:p>
    <w:p>
      <w:pPr>
        <w:spacing w:before="0" w:after="80" w:line="300" w:lineRule="auto"/>
        <w:jc w:val="left"/>
      </w:pPr>
      <w:r>
        <w:rPr>
          <w:rFonts w:ascii="Times New Roman" w:hAnsi="Times New Roman" w:eastAsia="宋体"/>
          <w:b w:val="0"/>
          <w:i w:val="0"/>
          <w:sz w:val="21"/>
        </w:rPr>
        <w:t>其中质数只有 29 和 89，和为 29 + 89 = 118。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that is 1 less than a multiple of 5 ends in 4 or 9, and one that is 1 greater than a multiple of 4 is odd. Together these give numbers ≡ 9 pmod20, namely 9, 29, 49, 69, 89.</w:t>
      </w:r>
    </w:p>
    <w:p>
      <w:pPr>
        <w:spacing w:before="0" w:after="80" w:line="300" w:lineRule="auto"/>
        <w:jc w:val="left"/>
      </w:pPr>
      <w:r>
        <w:rPr>
          <w:rFonts w:ascii="Times New Roman" w:hAnsi="Times New Roman" w:eastAsia="宋体"/>
          <w:b w:val="0"/>
          <w:i w:val="0"/>
          <w:color w:val="333333"/>
          <w:sz w:val="19"/>
        </w:rPr>
        <w:t>Among these, only 29 and 89 are prime, and their sum is 29 + 89 = 118.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若建议零售价为 P，则标价为 0.7P。Alice 支付其中一半，即 0.35P，也就是建议零售价的 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suggested retail price is P, then the marked price is 0.7P. Alice pays half of this, 0.35P, which is 35% of the suggested retail price.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2¹⁹⁹⁹ · 5²⁰⁰¹ = 2¹⁹⁹⁹ · 5¹⁹⁹⁹ · 5²</w:t>
      </w:r>
    </w:p>
    <w:p>
      <w:pPr>
        <w:spacing w:before="0" w:after="80" w:line="300" w:lineRule="auto"/>
        <w:jc w:val="left"/>
      </w:pPr>
      <w:r>
        <w:rPr>
          <w:rFonts w:ascii="Times New Roman" w:hAnsi="Times New Roman" w:eastAsia="宋体"/>
          <w:b w:val="0"/>
          <w:i w:val="0"/>
          <w:sz w:val="21"/>
        </w:rPr>
        <w:t>= 25 · 10¹⁹⁹⁹，</w:t>
      </w:r>
    </w:p>
    <w:p>
      <w:pPr>
        <w:spacing w:before="0" w:after="80" w:line="300" w:lineRule="auto"/>
        <w:jc w:val="left"/>
      </w:pPr>
      <w:r>
        <w:rPr>
          <w:rFonts w:ascii="Times New Roman" w:hAnsi="Times New Roman" w:eastAsia="宋体"/>
          <w:b w:val="0"/>
          <w:i w:val="0"/>
          <w:sz w:val="21"/>
        </w:rPr>
        <w:t>这就是 25 后面跟 1999 个零，所以数字和为 2 + 5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w:t>
      </w:r>
    </w:p>
    <w:p>
      <w:pPr>
        <w:spacing w:before="0" w:after="80" w:line="300" w:lineRule="auto"/>
        <w:jc w:val="left"/>
      </w:pPr>
      <w:r>
        <w:rPr>
          <w:rFonts w:ascii="Times New Roman" w:hAnsi="Times New Roman" w:eastAsia="宋体"/>
          <w:b w:val="0"/>
          <w:i w:val="0"/>
          <w:color w:val="333333"/>
          <w:sz w:val="19"/>
        </w:rPr>
        <w:t>2¹⁹⁹⁹ · 5²⁰⁰¹ = 2¹⁹⁹⁹ · 5¹⁹⁹⁹ · 5²</w:t>
      </w:r>
    </w:p>
    <w:p>
      <w:pPr>
        <w:spacing w:before="0" w:after="80" w:line="300" w:lineRule="auto"/>
        <w:jc w:val="left"/>
      </w:pPr>
      <w:r>
        <w:rPr>
          <w:rFonts w:ascii="Times New Roman" w:hAnsi="Times New Roman" w:eastAsia="宋体"/>
          <w:b w:val="0"/>
          <w:i w:val="0"/>
          <w:color w:val="333333"/>
          <w:sz w:val="19"/>
        </w:rPr>
        <w:t>= 25 · 10¹⁹⁹⁹,</w:t>
      </w:r>
    </w:p>
    <w:p>
      <w:pPr>
        <w:spacing w:before="0" w:after="80" w:line="300" w:lineRule="auto"/>
        <w:jc w:val="left"/>
      </w:pPr>
      <w:r>
        <w:rPr>
          <w:rFonts w:ascii="Times New Roman" w:hAnsi="Times New Roman" w:eastAsia="宋体"/>
          <w:b w:val="0"/>
          <w:i w:val="0"/>
          <w:color w:val="333333"/>
          <w:sz w:val="19"/>
        </w:rPr>
        <w:t>which is 25 followed by 1999 zeros. The sum of the digits is 2 + 5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每个锐内角对应一个大于 90° 的外角。因为凸多边形的外角和为 360°，其中最多有三个外角能大于 90°。这个上界可以达到：取一个等边六边形，其外角交替为 100° 和 20°。它的边方向分成两组三条，每组内相差 120°，所以图形闭合；内角交替为 80° 与 160°。因此最大可能数为三。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acute interior angle corresponds to an exterior angle greater than 90°. Since the exterior angles of a convex polygon sum to 360°, at most three of them can exceed 90°. This bound is attainable: take a hexagon with equal side lengths and exterior angles alternating 100° and 20°. Its edge directions split into two triples 120° apart, so it closes, and its interior angles alternate between 80° and 160°. Hence the largest possible number is three.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 Walter 在 1994 年底为 w 岁，则祖母为 2w 岁。两人的出生年份为 1994 - w 和 1994 - 2w，且</w:t>
      </w:r>
    </w:p>
    <w:p>
      <w:pPr>
        <w:spacing w:before="0" w:after="80" w:line="300" w:lineRule="auto"/>
        <w:jc w:val="left"/>
      </w:pPr>
      <w:r>
        <w:rPr>
          <w:rFonts w:ascii="Times New Roman" w:hAnsi="Times New Roman" w:eastAsia="宋体"/>
          <w:b w:val="0"/>
          <w:i w:val="0"/>
          <w:sz w:val="21"/>
        </w:rPr>
        <w:t>(1994 - w)</w:t>
      </w:r>
    </w:p>
    <w:p>
      <w:pPr>
        <w:spacing w:before="0" w:after="80" w:line="300" w:lineRule="auto"/>
        <w:jc w:val="left"/>
      </w:pPr>
      <w:r>
        <w:rPr>
          <w:rFonts w:ascii="Times New Roman" w:hAnsi="Times New Roman" w:eastAsia="宋体"/>
          <w:b w:val="0"/>
          <w:i w:val="0"/>
          <w:sz w:val="21"/>
        </w:rPr>
        <w:t>+ (1994 - 2w) = 3838。</w:t>
      </w:r>
    </w:p>
    <w:p>
      <w:pPr>
        <w:spacing w:before="0" w:after="80" w:line="300" w:lineRule="auto"/>
        <w:jc w:val="left"/>
      </w:pPr>
      <w:r>
        <w:rPr>
          <w:rFonts w:ascii="Times New Roman" w:hAnsi="Times New Roman" w:eastAsia="宋体"/>
          <w:b w:val="0"/>
          <w:i w:val="0"/>
          <w:sz w:val="21"/>
        </w:rPr>
        <w:t>因此 3988 - 3w = 3838，得 w = 50。</w:t>
      </w:r>
    </w:p>
    <w:p>
      <w:pPr>
        <w:spacing w:before="0" w:after="80" w:line="300" w:lineRule="auto"/>
        <w:jc w:val="left"/>
      </w:pPr>
      <w:r>
        <w:rPr>
          <w:rFonts w:ascii="Times New Roman" w:hAnsi="Times New Roman" w:eastAsia="宋体"/>
          <w:b w:val="0"/>
          <w:i w:val="0"/>
          <w:sz w:val="21"/>
        </w:rPr>
        <w:t>到 1999 年底，Walter 年龄为 50 + 5 = 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Walter be w years old at the end of 1994, so his grandmother is 2w. Their birth years are 1994 - w and 1994 - 2w, and</w:t>
      </w:r>
    </w:p>
    <w:p>
      <w:pPr>
        <w:spacing w:before="0" w:after="80" w:line="300" w:lineRule="auto"/>
        <w:jc w:val="left"/>
      </w:pPr>
      <w:r>
        <w:rPr>
          <w:rFonts w:ascii="Times New Roman" w:hAnsi="Times New Roman" w:eastAsia="宋体"/>
          <w:b w:val="0"/>
          <w:i w:val="0"/>
          <w:color w:val="333333"/>
          <w:sz w:val="19"/>
        </w:rPr>
        <w:t>(1994 - w)</w:t>
      </w:r>
    </w:p>
    <w:p>
      <w:pPr>
        <w:spacing w:before="0" w:after="80" w:line="300" w:lineRule="auto"/>
        <w:jc w:val="left"/>
      </w:pPr>
      <w:r>
        <w:rPr>
          <w:rFonts w:ascii="Times New Roman" w:hAnsi="Times New Roman" w:eastAsia="宋体"/>
          <w:b w:val="0"/>
          <w:i w:val="0"/>
          <w:color w:val="333333"/>
          <w:sz w:val="19"/>
        </w:rPr>
        <w:t>+ (1994 - 2w) = 3838.</w:t>
      </w:r>
    </w:p>
    <w:p>
      <w:pPr>
        <w:spacing w:before="0" w:after="80" w:line="300" w:lineRule="auto"/>
        <w:jc w:val="left"/>
      </w:pPr>
      <w:r>
        <w:rPr>
          <w:rFonts w:ascii="Times New Roman" w:hAnsi="Times New Roman" w:eastAsia="宋体"/>
          <w:b w:val="0"/>
          <w:i w:val="0"/>
          <w:color w:val="333333"/>
          <w:sz w:val="19"/>
        </w:rPr>
        <w:t>This gives 3988 - 3w = 3838, so w = 50.</w:t>
      </w:r>
    </w:p>
    <w:p>
      <w:pPr>
        <w:spacing w:before="0" w:after="80" w:line="300" w:lineRule="auto"/>
        <w:jc w:val="left"/>
      </w:pPr>
      <w:r>
        <w:rPr>
          <w:rFonts w:ascii="Times New Roman" w:hAnsi="Times New Roman" w:eastAsia="宋体"/>
          <w:b w:val="0"/>
          <w:i w:val="0"/>
          <w:color w:val="333333"/>
          <w:sz w:val="19"/>
        </w:rPr>
        <w:t>At the end of 1999, Walter will be 50 + 5 = 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29792 之后的回文数依次为 29892, 29992, 30003 和 30103。三小时内最多行驶 3 · 75 = 225 英里。</w:t>
      </w:r>
    </w:p>
    <w:p>
      <w:pPr>
        <w:spacing w:before="0" w:after="80" w:line="300" w:lineRule="auto"/>
        <w:jc w:val="left"/>
      </w:pPr>
      <w:r>
        <w:rPr>
          <w:rFonts w:ascii="Times New Roman" w:hAnsi="Times New Roman" w:eastAsia="宋体"/>
          <w:b w:val="0"/>
          <w:i w:val="0"/>
          <w:sz w:val="21"/>
        </w:rPr>
        <w:t>到 30103 需要行驶 30103 - 29792 = 311 英里，太远。到 30003 需要行驶 30003 - 29792 = 211 英里，平均速度为 211/3 = 701/3 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palindromes after 29792 are 29892, 29992, 30003, and 30103. In three hours Ashley can drive at most 3 · 75 = 225 miles.</w:t>
      </w:r>
    </w:p>
    <w:p>
      <w:pPr>
        <w:spacing w:before="0" w:after="80" w:line="300" w:lineRule="auto"/>
        <w:jc w:val="left"/>
      </w:pPr>
      <w:r>
        <w:rPr>
          <w:rFonts w:ascii="Times New Roman" w:hAnsi="Times New Roman" w:eastAsia="宋体"/>
          <w:b w:val="0"/>
          <w:i w:val="0"/>
          <w:color w:val="333333"/>
          <w:sz w:val="19"/>
        </w:rPr>
        <w:t>Reaching 30103 would require 30103 - 29792 = 311 miles, which is too far. Reaching 30003 requires 30003 - 29792 = 211 miles, giving average speed 211/3 = 701/3 miles per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命题 I 和 III 不可能同时为真，因此唯一的假命题必定是其中之一。</w:t>
      </w:r>
    </w:p>
    <w:p>
      <w:pPr>
        <w:spacing w:before="0" w:after="80" w:line="300" w:lineRule="auto"/>
        <w:jc w:val="left"/>
      </w:pPr>
      <w:r>
        <w:rPr>
          <w:rFonts w:ascii="Times New Roman" w:hAnsi="Times New Roman" w:eastAsia="宋体"/>
          <w:b w:val="0"/>
          <w:i w:val="0"/>
          <w:sz w:val="21"/>
        </w:rPr>
        <w:t>所以命题 II 和 IV 都为真，故“II 为真”必定正确。实际上数字只能是 1 或 3。若是 1，选项 B 和 D 为假；若是 3，选项 A 为假；选项 E 总不正确。只有 C 必定成立。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Statements I and III cannot both be true, so the single false statement is one of them. Therefore statements II and IV are both true, which makes “II is true” necessarily correct.</w:t>
      </w:r>
    </w:p>
    <w:p>
      <w:pPr>
        <w:spacing w:before="0" w:after="80" w:line="300" w:lineRule="auto"/>
        <w:jc w:val="left"/>
      </w:pPr>
      <w:r>
        <w:rPr>
          <w:rFonts w:ascii="Times New Roman" w:hAnsi="Times New Roman" w:eastAsia="宋体"/>
          <w:b w:val="0"/>
          <w:i w:val="0"/>
          <w:color w:val="333333"/>
          <w:sz w:val="19"/>
        </w:rPr>
        <w:t>The digit is thus 1 or 3. If it were 1, then (B) and (D) are false; if it were 3, then (A) is false; and (E) is always incorrect. Only (C) is guaranteed.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总共使用 ($137.94)/($0.02) = 6897 个数字。编号 1 到 9 使用 9 个数字，10 到 99 使用 2 · 90 = 180 个数字，100 到 999 使用 3 · 900 = 2700 个数字。</w:t>
      </w:r>
    </w:p>
    <w:p>
      <w:pPr>
        <w:spacing w:before="0" w:after="80" w:line="300" w:lineRule="auto"/>
        <w:jc w:val="left"/>
      </w:pPr>
      <w:r>
        <w:rPr>
          <w:rFonts w:ascii="Times New Roman" w:hAnsi="Times New Roman" w:eastAsia="宋体"/>
          <w:b w:val="0"/>
          <w:i w:val="0"/>
          <w:sz w:val="21"/>
        </w:rPr>
        <w:t>剩余数字数为 6897 - 2700 - 180 - 9 = 4008，可编号 4008/4 = 1002 个四位数储物柜。所以总数为 999 + 1002 = 2001。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Labeling costs ($137.94)/($0.02) = 6897 digits. Lockers 1-9 use 9 digits, lockers 10-99 use 2 · 90 = 180 digits, and lockers 100-999 use 3 · 900 = 2700 digits.</w:t>
      </w:r>
    </w:p>
    <w:p>
      <w:pPr>
        <w:spacing w:before="0" w:after="80" w:line="300" w:lineRule="auto"/>
        <w:jc w:val="left"/>
      </w:pPr>
      <w:r>
        <w:rPr>
          <w:rFonts w:ascii="Times New Roman" w:hAnsi="Times New Roman" w:eastAsia="宋体"/>
          <w:b w:val="0"/>
          <w:i w:val="0"/>
          <w:color w:val="333333"/>
          <w:sz w:val="19"/>
        </w:rPr>
        <w:t>The remaining digits number 6897 - 2700 - 180 - 9 = 4008, which label 4008/4 = 1002 four-digit lockers. In all there are 999 + 1002 = 2001 lockers.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交点的 x 坐标是 p(x) - q(x) 的根。由于两个四次多项式首项系数都为 1，相减时 x⁴ 项抵消，所以 p(x) - q(x) 次数至多为 3，最多有 3 个实根。这个上界可以达到，例如取 p(x) = x⁴ 和 q(x) = x⁴ - x(x-1)(x+1)，它们的图像在 x = -1, 0, 1 处相交。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x-coordinates of the intersection points are the roots of p(x) - q(x). Because both leading coefficients are 1, the x⁴ terms cancel, so p(x) - q(x) has degree at most 3 and therefore at most 3 roots. The bound is attainable, for example by taking p(x) = x⁴ and q(x) = x⁴ - x(x-1)(x+1), whose graphs intersect at x = -1, 0,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取立方根得 aₙ₊₁ = ³√(99) aₙ，因此该数列首项为 1，公比为 ³√(99)。</w:t>
      </w:r>
    </w:p>
    <w:p>
      <w:pPr>
        <w:spacing w:before="0" w:after="80" w:line="300" w:lineRule="auto"/>
        <w:jc w:val="left"/>
      </w:pPr>
      <w:r>
        <w:rPr>
          <w:rFonts w:ascii="Times New Roman" w:hAnsi="Times New Roman" w:eastAsia="宋体"/>
          <w:b w:val="0"/>
          <w:i w:val="0"/>
          <w:sz w:val="21"/>
        </w:rPr>
        <w:t>a₁₀₀ = (³√(99))⁹⁹ = 99³³。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cube roots, aₙ₊₁ = ³√(99) aₙ, so the sequence is geometric with first term 1 and ratio ³√(99). Then</w:t>
      </w:r>
    </w:p>
    <w:p>
      <w:pPr>
        <w:spacing w:before="0" w:after="80" w:line="300" w:lineRule="auto"/>
        <w:jc w:val="left"/>
      </w:pPr>
      <w:r>
        <w:rPr>
          <w:rFonts w:ascii="Times New Roman" w:hAnsi="Times New Roman" w:eastAsia="宋体"/>
          <w:b w:val="0"/>
          <w:i w:val="0"/>
          <w:color w:val="333333"/>
          <w:sz w:val="19"/>
        </w:rPr>
        <w:t>a₁₀₀ = (³√(99))⁹⁹ = 99³³.</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若共唱 N 首歌，则总演唱人次为 3N。Alina 和 Tina 的演唱次数都严格介于 4 和 7 之间，所以各为 5 或 6。</w:t>
      </w:r>
    </w:p>
    <w:p>
      <w:pPr>
        <w:spacing w:before="0" w:after="80" w:line="300" w:lineRule="auto"/>
        <w:jc w:val="left"/>
      </w:pPr>
      <w:r>
        <w:rPr>
          <w:rFonts w:ascii="Times New Roman" w:hAnsi="Times New Roman" w:eastAsia="宋体"/>
          <w:b w:val="0"/>
          <w:i w:val="0"/>
          <w:sz w:val="21"/>
        </w:rPr>
        <w:t>因此 3N = 7 + 4 + (Alina) + (Tina)，可能为 21, 22，或 23。只有 21 是 3 的倍数，所以 N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songs are sung, the total number of girl-appearances is 3N. Alina and Tina each sang strictly between 4 and 7, so each sang 5 or 6.</w:t>
      </w:r>
    </w:p>
    <w:p>
      <w:pPr>
        <w:spacing w:before="0" w:after="80" w:line="300" w:lineRule="auto"/>
        <w:jc w:val="left"/>
      </w:pPr>
      <w:r>
        <w:rPr>
          <w:rFonts w:ascii="Times New Roman" w:hAnsi="Times New Roman" w:eastAsia="宋体"/>
          <w:b w:val="0"/>
          <w:i w:val="0"/>
          <w:color w:val="333333"/>
          <w:sz w:val="19"/>
        </w:rPr>
        <w:t>Then 3N = 7 + 4 + (Alina) + (Tina), which is 21, 22, or 23. Only 21 is a multiple of 3, so N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因为 sec² x - tan² x = 1，所以</w:t>
      </w:r>
    </w:p>
    <w:p>
      <w:pPr>
        <w:spacing w:before="0" w:after="80" w:line="300" w:lineRule="auto"/>
        <w:jc w:val="left"/>
      </w:pPr>
      <w:r>
        <w:rPr>
          <w:rFonts w:ascii="Times New Roman" w:hAnsi="Times New Roman" w:eastAsia="宋体"/>
          <w:b w:val="0"/>
          <w:i w:val="0"/>
          <w:sz w:val="21"/>
        </w:rPr>
        <w:t>(sec x - tan x)(sec x + tan x)</w:t>
      </w:r>
    </w:p>
    <w:p>
      <w:pPr>
        <w:spacing w:before="0" w:after="80" w:line="300" w:lineRule="auto"/>
        <w:jc w:val="left"/>
      </w:pPr>
      <w:r>
        <w:rPr>
          <w:rFonts w:ascii="Times New Roman" w:hAnsi="Times New Roman" w:eastAsia="宋体"/>
          <w:b w:val="0"/>
          <w:i w:val="0"/>
          <w:sz w:val="21"/>
        </w:rPr>
        <w:t>= 1。</w:t>
      </w:r>
    </w:p>
    <w:p>
      <w:pPr>
        <w:spacing w:before="0" w:after="80" w:line="300" w:lineRule="auto"/>
        <w:jc w:val="left"/>
      </w:pPr>
      <w:r>
        <w:rPr>
          <w:rFonts w:ascii="Times New Roman" w:hAnsi="Times New Roman" w:eastAsia="宋体"/>
          <w:b w:val="0"/>
          <w:i w:val="0"/>
          <w:sz w:val="21"/>
        </w:rPr>
        <w:t>已知 sec x - tan x = 2，故 sec x + tan x = 1/2 = 0.5。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sec² x - tan² x = 1, we have</w:t>
      </w:r>
    </w:p>
    <w:p>
      <w:pPr>
        <w:spacing w:before="0" w:after="80" w:line="300" w:lineRule="auto"/>
        <w:jc w:val="left"/>
      </w:pPr>
      <w:r>
        <w:rPr>
          <w:rFonts w:ascii="Times New Roman" w:hAnsi="Times New Roman" w:eastAsia="宋体"/>
          <w:b w:val="0"/>
          <w:i w:val="0"/>
          <w:color w:val="333333"/>
          <w:sz w:val="19"/>
        </w:rPr>
        <w:t>(sec x - tan x)(sec x + tan x)</w:t>
      </w:r>
    </w:p>
    <w:p>
      <w:pPr>
        <w:spacing w:before="0" w:after="80" w:line="300" w:lineRule="auto"/>
        <w:jc w:val="left"/>
      </w:pPr>
      <w:r>
        <w:rPr>
          <w:rFonts w:ascii="Times New Roman" w:hAnsi="Times New Roman" w:eastAsia="宋体"/>
          <w:b w:val="0"/>
          <w:i w:val="0"/>
          <w:color w:val="333333"/>
          <w:sz w:val="19"/>
        </w:rPr>
        <w:t>= 1.</w:t>
      </w:r>
    </w:p>
    <w:p>
      <w:pPr>
        <w:spacing w:before="0" w:after="80" w:line="300" w:lineRule="auto"/>
        <w:jc w:val="left"/>
      </w:pPr>
      <w:r>
        <w:rPr>
          <w:rFonts w:ascii="Times New Roman" w:hAnsi="Times New Roman" w:eastAsia="宋体"/>
          <w:b w:val="0"/>
          <w:i w:val="0"/>
          <w:color w:val="333333"/>
          <w:sz w:val="19"/>
        </w:rPr>
        <w:t>With sec x - tan x = 2, it follows that sec x + tan x = 1/2 = 0.5.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半对角线为 5 和 12，所以菱形边长为 √(5² + 12²) = 13。对角线形成的四个直角三角形之一的直角边为 5 和 12，面积为 30。</w:t>
      </w:r>
    </w:p>
    <w:p>
      <w:pPr>
        <w:spacing w:before="0" w:after="80" w:line="300" w:lineRule="auto"/>
        <w:jc w:val="left"/>
      </w:pPr>
      <w:r>
        <w:rPr>
          <w:rFonts w:ascii="Times New Roman" w:hAnsi="Times New Roman" w:eastAsia="宋体"/>
          <w:b w:val="0"/>
          <w:i w:val="0"/>
          <w:sz w:val="21"/>
        </w:rPr>
        <w:t>从中心到边长 13 的边的高为 (2 · 30)/13 = 60/13，这就是内切圆半径。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half-diagonals are 5 and 12, so each side of the rhombus is √(5² + 12²) = 13. One of the four right triangles formed by the diagonals has legs 5 and 12 and area 30.</w:t>
      </w:r>
    </w:p>
    <w:p>
      <w:pPr>
        <w:spacing w:before="0" w:after="80" w:line="300" w:lineRule="auto"/>
        <w:jc w:val="left"/>
      </w:pPr>
      <w:r>
        <w:rPr>
          <w:rFonts w:ascii="Times New Roman" w:hAnsi="Times New Roman" w:eastAsia="宋体"/>
          <w:b w:val="0"/>
          <w:i w:val="0"/>
          <w:color w:val="333333"/>
          <w:sz w:val="19"/>
        </w:rPr>
        <w:t>The altitude from the center to the side of length 13 is (2 · 30)/13 = 60/13, which is the inscribed circle’s radius.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由余数定理，P(19) = 99，P(99) = 19。设</w:t>
      </w:r>
    </w:p>
    <w:p>
      <w:pPr>
        <w:spacing w:before="0" w:after="80" w:line="300" w:lineRule="auto"/>
        <w:jc w:val="left"/>
      </w:pPr>
      <w:r>
        <w:rPr>
          <w:rFonts w:ascii="Times New Roman" w:hAnsi="Times New Roman" w:eastAsia="宋体"/>
          <w:b w:val="0"/>
          <w:i w:val="0"/>
          <w:sz w:val="21"/>
        </w:rPr>
        <w:t>P(x) = (x - 19)(x - 99)Q(x)</w:t>
      </w:r>
    </w:p>
    <w:p>
      <w:pPr>
        <w:spacing w:before="0" w:after="80" w:line="300" w:lineRule="auto"/>
        <w:jc w:val="left"/>
      </w:pPr>
      <w:r>
        <w:rPr>
          <w:rFonts w:ascii="Times New Roman" w:hAnsi="Times New Roman" w:eastAsia="宋体"/>
          <w:b w:val="0"/>
          <w:i w:val="0"/>
          <w:sz w:val="21"/>
        </w:rPr>
        <w:t>+ ax + b。</w:t>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19a + b = 99, 99a + b = 19。</w:t>
      </w:r>
    </w:p>
    <w:p>
      <w:pPr>
        <w:spacing w:before="0" w:after="80" w:line="300" w:lineRule="auto"/>
        <w:jc w:val="left"/>
      </w:pPr>
      <w:r>
        <w:rPr>
          <w:rFonts w:ascii="Times New Roman" w:hAnsi="Times New Roman" w:eastAsia="宋体"/>
          <w:b w:val="0"/>
          <w:i w:val="0"/>
          <w:sz w:val="21"/>
        </w:rPr>
        <w:t>相减得 80a = -80，所以 a = -1，进而 b = 118。余数为 -x + 118。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Remainder Theorem, P(19) = 99 and P(99) = 19. Write</w:t>
      </w:r>
    </w:p>
    <w:p>
      <w:pPr>
        <w:spacing w:before="0" w:after="80" w:line="300" w:lineRule="auto"/>
        <w:jc w:val="left"/>
      </w:pPr>
      <w:r>
        <w:rPr>
          <w:rFonts w:ascii="Times New Roman" w:hAnsi="Times New Roman" w:eastAsia="宋体"/>
          <w:b w:val="0"/>
          <w:i w:val="0"/>
          <w:color w:val="333333"/>
          <w:sz w:val="19"/>
        </w:rPr>
        <w:t>P(x) = (x - 19)(x - 99)Q(x)</w:t>
      </w:r>
    </w:p>
    <w:p>
      <w:pPr>
        <w:spacing w:before="0" w:after="80" w:line="300" w:lineRule="auto"/>
        <w:jc w:val="left"/>
      </w:pPr>
      <w:r>
        <w:rPr>
          <w:rFonts w:ascii="Times New Roman" w:hAnsi="Times New Roman" w:eastAsia="宋体"/>
          <w:b w:val="0"/>
          <w:i w:val="0"/>
          <w:color w:val="333333"/>
          <w:sz w:val="19"/>
        </w:rPr>
        <w:t>+ ax + b.</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19a + b = 99, 99a + b = 19.</w:t>
      </w:r>
    </w:p>
    <w:p>
      <w:pPr>
        <w:spacing w:before="0" w:after="80" w:line="300" w:lineRule="auto"/>
        <w:jc w:val="left"/>
      </w:pPr>
      <w:r>
        <w:rPr>
          <w:rFonts w:ascii="Times New Roman" w:hAnsi="Times New Roman" w:eastAsia="宋体"/>
          <w:b w:val="0"/>
          <w:i w:val="0"/>
          <w:color w:val="333333"/>
          <w:sz w:val="19"/>
        </w:rPr>
        <w:t>Subtracting gives 80a = -80, so a = -1 and b = 118. The remainder is -x + 118.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当 x 在 (0, 1) 中变化时，log x 覆盖所有负实数。余弦函数在 π/2 - nπ 处为零，其中 n 取遍每个正整数，而这些值全都是负数，因此 f 有无限多个零点。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x ranges over (0, 1), log x ranges over all negative real numbers. The cosine function is zero at π/2 - nπ for every positive integer n, all of which are negative, so f has infinitely many zeros.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 AD = n，CD = m。因为 △ ADB 在 D 处为直角，AB² = n² + 57。又 AB = AC = m + n，所以</w:t>
      </w:r>
    </w:p>
    <w:p>
      <w:pPr>
        <w:spacing w:before="0" w:after="80" w:line="300" w:lineRule="auto"/>
        <w:jc w:val="left"/>
      </w:pPr>
      <w:r>
        <w:rPr>
          <w:rFonts w:ascii="Times New Roman" w:hAnsi="Times New Roman" w:eastAsia="宋体"/>
          <w:b w:val="0"/>
          <w:i w:val="0"/>
          <w:sz w:val="21"/>
        </w:rPr>
        <w:t>(m + n)² = n² + 57，</w:t>
      </w:r>
    </w:p>
    <w:p>
      <w:pPr>
        <w:spacing w:before="0" w:after="80" w:line="300" w:lineRule="auto"/>
        <w:jc w:val="left"/>
      </w:pPr>
      <w:r>
        <w:rPr>
          <w:rFonts w:ascii="Times New Roman" w:hAnsi="Times New Roman" w:eastAsia="宋体"/>
          <w:b w:val="0"/>
          <w:i w:val="0"/>
          <w:sz w:val="21"/>
        </w:rPr>
        <w:t>化简为 m(m + 2n) = 57。</w:t>
      </w:r>
    </w:p>
    <w:p>
      <w:pPr>
        <w:spacing w:before="0" w:after="80" w:line="300" w:lineRule="auto"/>
        <w:jc w:val="left"/>
      </w:pPr>
      <w:r>
        <w:rPr>
          <w:rFonts w:ascii="Times New Roman" w:hAnsi="Times New Roman" w:eastAsia="宋体"/>
          <w:b w:val="0"/>
          <w:i w:val="0"/>
          <w:sz w:val="21"/>
        </w:rPr>
        <w:t>正整数解为 m = 1, n = 28，此时 AC = 29；以及 m = 3, n = 8，此时 AC = 11。因此 AC 的最小可能值为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AD = n and CD = m. Since △ ADB is right-angled at D, AB² = n² + 57. Also AB = AC = m + n, so</w:t>
      </w:r>
    </w:p>
    <w:p>
      <w:pPr>
        <w:spacing w:before="0" w:after="80" w:line="300" w:lineRule="auto"/>
        <w:jc w:val="left"/>
      </w:pPr>
      <w:r>
        <w:rPr>
          <w:rFonts w:ascii="Times New Roman" w:hAnsi="Times New Roman" w:eastAsia="宋体"/>
          <w:b w:val="0"/>
          <w:i w:val="0"/>
          <w:color w:val="333333"/>
          <w:sz w:val="19"/>
        </w:rPr>
        <w:t>(m + n)² = n² + 57,</w:t>
      </w:r>
    </w:p>
    <w:p>
      <w:pPr>
        <w:spacing w:before="0" w:after="80" w:line="300" w:lineRule="auto"/>
        <w:jc w:val="left"/>
      </w:pPr>
      <w:r>
        <w:rPr>
          <w:rFonts w:ascii="Times New Roman" w:hAnsi="Times New Roman" w:eastAsia="宋体"/>
          <w:b w:val="0"/>
          <w:i w:val="0"/>
          <w:color w:val="333333"/>
          <w:sz w:val="19"/>
        </w:rPr>
        <w:t>which simplifies to m(m + 2n) = 57.</w:t>
      </w:r>
    </w:p>
    <w:p>
      <w:pPr>
        <w:spacing w:before="0" w:after="80" w:line="300" w:lineRule="auto"/>
        <w:jc w:val="left"/>
      </w:pPr>
      <w:r>
        <w:rPr>
          <w:rFonts w:ascii="Times New Roman" w:hAnsi="Times New Roman" w:eastAsia="宋体"/>
          <w:b w:val="0"/>
          <w:i w:val="0"/>
          <w:color w:val="333333"/>
          <w:sz w:val="19"/>
        </w:rPr>
        <w:t>The positive integer solutions are m = 1, n = 28 (giving AC = 29) and m = 3, n = 8 (giving AC = 11). The smallest possible value of AC is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对 n ≥ 3 有 (n - 1)aₙ = a₁ + ⋯ + aₙ₋₁。因此</w:t>
      </w:r>
    </w:p>
    <w:p>
      <w:pPr>
        <w:spacing w:before="0" w:after="80" w:line="300" w:lineRule="auto"/>
        <w:jc w:val="left"/>
      </w:pPr>
      <w:r>
        <w:rPr>
          <w:rFonts w:ascii="Times New Roman" w:hAnsi="Times New Roman" w:eastAsia="宋体"/>
          <w:b w:val="0"/>
          <w:i w:val="0"/>
          <w:sz w:val="21"/>
        </w:rPr>
        <w:t>aₙ₊₁ = ((n-1)aₙ + aₙ)/n = aₙ，</w:t>
      </w:r>
    </w:p>
    <w:p>
      <w:pPr>
        <w:spacing w:before="0" w:after="80" w:line="300" w:lineRule="auto"/>
        <w:jc w:val="left"/>
      </w:pPr>
      <w:r>
        <w:rPr>
          <w:rFonts w:ascii="Times New Roman" w:hAnsi="Times New Roman" w:eastAsia="宋体"/>
          <w:b w:val="0"/>
          <w:i w:val="0"/>
          <w:sz w:val="21"/>
        </w:rPr>
        <w:t>所以从 a₃ 开始数列为常数。故 a₃ = a₉ = 99。</w:t>
      </w:r>
    </w:p>
    <w:p>
      <w:pPr>
        <w:spacing w:before="0" w:after="80" w:line="300" w:lineRule="auto"/>
        <w:jc w:val="left"/>
      </w:pPr>
      <w:r>
        <w:rPr>
          <w:rFonts w:ascii="Times New Roman" w:hAnsi="Times New Roman" w:eastAsia="宋体"/>
          <w:b w:val="0"/>
          <w:i w:val="0"/>
          <w:sz w:val="21"/>
        </w:rPr>
        <w:t>又 a₃ = (a₁ + a₂)/2 = (19 + a₂)/2 = 99，得 a₂ = 179。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 ≥ 3, (n - 1)aₙ = a₁ + ⋯ + aₙ₋₁. Then</w:t>
      </w:r>
    </w:p>
    <w:p>
      <w:pPr>
        <w:spacing w:before="0" w:after="80" w:line="300" w:lineRule="auto"/>
        <w:jc w:val="left"/>
      </w:pPr>
      <w:r>
        <w:rPr>
          <w:rFonts w:ascii="Times New Roman" w:hAnsi="Times New Roman" w:eastAsia="宋体"/>
          <w:b w:val="0"/>
          <w:i w:val="0"/>
          <w:color w:val="333333"/>
          <w:sz w:val="19"/>
        </w:rPr>
        <w:t>aₙ₊₁ = ((n-1)aₙ + aₙ)/n = aₙ,</w:t>
      </w:r>
    </w:p>
    <w:p>
      <w:pPr>
        <w:spacing w:before="0" w:after="80" w:line="300" w:lineRule="auto"/>
        <w:jc w:val="left"/>
      </w:pPr>
      <w:r>
        <w:rPr>
          <w:rFonts w:ascii="Times New Roman" w:hAnsi="Times New Roman" w:eastAsia="宋体"/>
          <w:b w:val="0"/>
          <w:i w:val="0"/>
          <w:color w:val="333333"/>
          <w:sz w:val="19"/>
        </w:rPr>
        <w:t>so the sequence is constant from a₃ onward. Hence a₃ = a₉ = 99.</w:t>
      </w:r>
    </w:p>
    <w:p>
      <w:pPr>
        <w:spacing w:before="0" w:after="80" w:line="300" w:lineRule="auto"/>
        <w:jc w:val="left"/>
      </w:pPr>
      <w:r>
        <w:rPr>
          <w:rFonts w:ascii="Times New Roman" w:hAnsi="Times New Roman" w:eastAsia="宋体"/>
          <w:b w:val="0"/>
          <w:i w:val="0"/>
          <w:color w:val="333333"/>
          <w:sz w:val="19"/>
        </w:rPr>
        <w:t>Since a₃ = (a₁ + a₂)/2 = (19 + a₂)/2 = 99, we get a₂ = 179.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因为 20² + 21² = 841 = 29²，该三角形为直角三角形，斜边 29 是外接圆直径。因此最大区域 C 是该直径一侧的半圆。</w:t>
      </w:r>
    </w:p>
    <w:p>
      <w:pPr>
        <w:spacing w:before="0" w:after="80" w:line="300" w:lineRule="auto"/>
        <w:jc w:val="left"/>
      </w:pPr>
      <w:r>
        <w:rPr>
          <w:rFonts w:ascii="Times New Roman" w:hAnsi="Times New Roman" w:eastAsia="宋体"/>
          <w:b w:val="0"/>
          <w:i w:val="0"/>
          <w:sz w:val="21"/>
        </w:rPr>
        <w:t>另一半圆由三角形以及区域 A、B 组成。两个半圆面积相等，而三角形面积为 1/2 · 20 · 21 = 210，所以</w:t>
      </w:r>
    </w:p>
    <w:p>
      <w:pPr>
        <w:spacing w:before="0" w:after="80" w:line="300" w:lineRule="auto"/>
        <w:jc w:val="left"/>
      </w:pPr>
      <w:r>
        <w:rPr>
          <w:rFonts w:ascii="Times New Roman" w:hAnsi="Times New Roman" w:eastAsia="宋体"/>
          <w:b w:val="0"/>
          <w:i w:val="0"/>
          <w:sz w:val="21"/>
        </w:rPr>
        <w:t>A + B + 210 = C。</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20² + 21² = 841 = 29², the triangle is right-angled, and its hypotenuse of length 29 is a diameter of the circle. Thus the largest region C is the semicircle on one side of that diameter.</w:t>
      </w:r>
    </w:p>
    <w:p>
      <w:pPr>
        <w:spacing w:before="0" w:after="80" w:line="300" w:lineRule="auto"/>
        <w:jc w:val="left"/>
      </w:pPr>
      <w:r>
        <w:rPr>
          <w:rFonts w:ascii="Times New Roman" w:hAnsi="Times New Roman" w:eastAsia="宋体"/>
          <w:b w:val="0"/>
          <w:i w:val="0"/>
          <w:color w:val="333333"/>
          <w:sz w:val="19"/>
        </w:rPr>
        <w:t>The other semicircle consists of the triangle together with regions A and B. Since the two semicircles are congruent and the triangle has area 1/2 · 20 · 21 = 210, we get</w:t>
      </w:r>
    </w:p>
    <w:p>
      <w:pPr>
        <w:spacing w:before="0" w:after="80" w:line="300" w:lineRule="auto"/>
        <w:jc w:val="left"/>
      </w:pPr>
      <w:r>
        <w:rPr>
          <w:rFonts w:ascii="Times New Roman" w:hAnsi="Times New Roman" w:eastAsia="宋体"/>
          <w:b w:val="0"/>
          <w:i w:val="0"/>
          <w:color w:val="333333"/>
          <w:sz w:val="19"/>
        </w:rPr>
        <w:t>A + B + 210 = 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在交点处有 -|x-a|+b=|x-c|+d，即</w:t>
      </w:r>
    </w:p>
    <w:p>
      <w:pPr>
        <w:spacing w:before="0" w:after="80" w:line="300" w:lineRule="auto"/>
        <w:jc w:val="left"/>
      </w:pPr>
      <w:r>
        <w:rPr>
          <w:rFonts w:ascii="Times New Roman" w:hAnsi="Times New Roman" w:eastAsia="宋体"/>
          <w:b w:val="0"/>
          <w:i w:val="0"/>
          <w:sz w:val="21"/>
        </w:rPr>
        <w:t>|x-a|+|x-c|=b-d。</w:t>
      </w:r>
    </w:p>
    <w:p>
      <w:pPr>
        <w:spacing w:before="0" w:after="80" w:line="300" w:lineRule="auto"/>
        <w:jc w:val="left"/>
      </w:pPr>
      <w:r>
        <w:rPr>
          <w:rFonts w:ascii="Times New Roman" w:hAnsi="Times New Roman" w:eastAsia="宋体"/>
          <w:b w:val="0"/>
          <w:i w:val="0"/>
          <w:sz w:val="21"/>
        </w:rPr>
        <w:t>因为两个交点彼此分离，它们分别位于以 a 和 c 为端点的区间的两侧。这两个解关于 x=a+c/2 对称。它们的 x 坐标为 2 和 8，所以 a+c=2+8=10。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an intersection, -|x-a|+b=|x-c|+d, or</w:t>
      </w:r>
    </w:p>
    <w:p>
      <w:pPr>
        <w:spacing w:before="0" w:after="80" w:line="300" w:lineRule="auto"/>
        <w:jc w:val="left"/>
      </w:pPr>
      <w:r>
        <w:rPr>
          <w:rFonts w:ascii="Times New Roman" w:hAnsi="Times New Roman" w:eastAsia="宋体"/>
          <w:b w:val="0"/>
          <w:i w:val="0"/>
          <w:color w:val="333333"/>
          <w:sz w:val="19"/>
        </w:rPr>
        <w:t>|x-a|+|x-c|=b-d.</w:t>
      </w:r>
    </w:p>
    <w:p>
      <w:pPr>
        <w:spacing w:before="0" w:after="80" w:line="300" w:lineRule="auto"/>
        <w:jc w:val="left"/>
      </w:pPr>
      <w:r>
        <w:rPr>
          <w:rFonts w:ascii="Times New Roman" w:hAnsi="Times New Roman" w:eastAsia="宋体"/>
          <w:b w:val="0"/>
          <w:i w:val="0"/>
          <w:color w:val="333333"/>
          <w:sz w:val="19"/>
        </w:rPr>
        <w:t>Because there are two isolated intersections, they lie on opposite sides of the interval with endpoints a and c. The two solutions are symmetric about x=a+c/2. Their x-coordinates are 2 and 8, so a+c=2+8=10.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等角六边形的每个内角为 120°。延长边 FA 与 BC、BC 与 DE、DE 与 FA，会形成一个大等边三角形，并切去三个等边小角三角形。</w:t>
      </w:r>
    </w:p>
    <w:p>
      <w:pPr>
        <w:spacing w:before="0" w:after="80" w:line="300" w:lineRule="auto"/>
        <w:jc w:val="left"/>
      </w:pPr>
      <w:r>
        <w:rPr>
          <w:rFonts w:ascii="Times New Roman" w:hAnsi="Times New Roman" w:eastAsia="宋体"/>
          <w:b w:val="0"/>
          <w:i w:val="0"/>
          <w:sz w:val="21"/>
        </w:rPr>
        <w:t>设 EF=e，FA=f。把六条边按彼此相差 60° 的方向分解，可得 f-e=4 和 e+f=6，所以 e=1，f=5。于是建立在 AB, CD 和 EF 上的角三角形都是等边三角形。大三角形的边长为 1+4+2=7，而被切去的三角形边长分别为 1,2 和 1。所以面积为</w:t>
      </w:r>
    </w:p>
    <w:p>
      <w:pPr>
        <w:spacing w:before="0" w:after="80" w:line="300" w:lineRule="auto"/>
        <w:jc w:val="left"/>
      </w:pPr>
      <w:r>
        <w:rPr>
          <w:rFonts w:ascii="Times New Roman" w:hAnsi="Times New Roman" w:eastAsia="宋体"/>
          <w:b w:val="0"/>
          <w:i w:val="0"/>
          <w:sz w:val="21"/>
        </w:rPr>
        <w:t>(√(3))/4(7² - 1² - 2² - 1²)</w:t>
      </w:r>
    </w:p>
    <w:p>
      <w:pPr>
        <w:spacing w:before="0" w:after="80" w:line="300" w:lineRule="auto"/>
        <w:jc w:val="left"/>
      </w:pPr>
      <w:r>
        <w:rPr>
          <w:rFonts w:ascii="Times New Roman" w:hAnsi="Times New Roman" w:eastAsia="宋体"/>
          <w:b w:val="0"/>
          <w:i w:val="0"/>
          <w:sz w:val="21"/>
        </w:rPr>
        <w:t>= (43√(3))/4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interior angle is 120°, so extending sides FA and BC, BC and DE, and DE and FA cuts off three equilateral corner triangles and forms a large equilateral triangle.</w:t>
      </w:r>
    </w:p>
    <w:p>
      <w:pPr>
        <w:spacing w:before="0" w:after="80" w:line="300" w:lineRule="auto"/>
        <w:jc w:val="left"/>
      </w:pPr>
      <w:r>
        <w:rPr>
          <w:rFonts w:ascii="Times New Roman" w:hAnsi="Times New Roman" w:eastAsia="宋体"/>
          <w:b w:val="0"/>
          <w:i w:val="0"/>
          <w:color w:val="333333"/>
          <w:sz w:val="19"/>
        </w:rPr>
        <w:t>Let EF=e and FA=f. Resolving the six sides in directions separated by 60° gives f-e=4 and e+f=6, so e=1 and f=5. The corner triangles built on AB, CD, and EF are therefore equilateral. The large triangle has side 1+4+2=7, while the removed triangles have sides 1,2, and 1. The area is</w:t>
      </w:r>
    </w:p>
    <w:p>
      <w:pPr>
        <w:spacing w:before="0" w:after="80" w:line="300" w:lineRule="auto"/>
        <w:jc w:val="left"/>
      </w:pPr>
      <w:r>
        <w:rPr>
          <w:rFonts w:ascii="Times New Roman" w:hAnsi="Times New Roman" w:eastAsia="宋体"/>
          <w:b w:val="0"/>
          <w:i w:val="0"/>
          <w:color w:val="333333"/>
          <w:sz w:val="19"/>
        </w:rPr>
        <w:t>(√(3))/4(7² - 1² - 2² - 1²)</w:t>
      </w:r>
    </w:p>
    <w:p>
      <w:pPr>
        <w:spacing w:before="0" w:after="80" w:line="300" w:lineRule="auto"/>
        <w:jc w:val="left"/>
      </w:pPr>
      <w:r>
        <w:rPr>
          <w:rFonts w:ascii="Times New Roman" w:hAnsi="Times New Roman" w:eastAsia="宋体"/>
          <w:b w:val="0"/>
          <w:i w:val="0"/>
          <w:color w:val="333333"/>
          <w:sz w:val="19"/>
        </w:rPr>
        <w:t>= (43√(3))/4.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共有 C(6, 2) = 15 条弦，因此选择四条弦的方法数为 C(15, 4) = 1365。四条弦形成凸四边形，当且仅当它们是某 4 个圆上点所形成四边形的四条边。</w:t>
      </w:r>
    </w:p>
    <w:p>
      <w:pPr>
        <w:spacing w:before="0" w:after="80" w:line="300" w:lineRule="auto"/>
        <w:jc w:val="left"/>
      </w:pPr>
      <w:r>
        <w:rPr>
          <w:rFonts w:ascii="Times New Roman" w:hAnsi="Times New Roman" w:eastAsia="宋体"/>
          <w:b w:val="0"/>
          <w:i w:val="0"/>
          <w:sz w:val="21"/>
        </w:rPr>
        <w:t>任选四个点恰好给出一个这样的四边形，所以有利情况为 C(6, 4) = 15，概率为 15/1365 = 1/91。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C(6, 2) = 15 chords, so C(15, 4) = 1365 ways to select four of them. A convex quadrilateral arises exactly when the four chords are the sides of a quadrilateral on four of the six points, and each choice of 4 points gives exactly one such quadrilateral.</w:t>
      </w:r>
    </w:p>
    <w:p>
      <w:pPr>
        <w:spacing w:before="0" w:after="80" w:line="300" w:lineRule="auto"/>
        <w:jc w:val="left"/>
      </w:pPr>
      <w:r>
        <w:rPr>
          <w:rFonts w:ascii="Times New Roman" w:hAnsi="Times New Roman" w:eastAsia="宋体"/>
          <w:b w:val="0"/>
          <w:i w:val="0"/>
          <w:color w:val="333333"/>
          <w:sz w:val="19"/>
        </w:rPr>
        <w:t>Hence there are C(6, 4) = 15 favorable outcomes, and the probability is 15/1365 = 1/91.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两边乘以 7! = 5040，得</w:t>
      </w:r>
    </w:p>
    <w:p>
      <w:pPr>
        <w:spacing w:before="0" w:after="80" w:line="300" w:lineRule="auto"/>
        <w:jc w:val="left"/>
      </w:pPr>
      <w:r>
        <w:rPr>
          <w:rFonts w:ascii="Times New Roman" w:hAnsi="Times New Roman" w:eastAsia="宋体"/>
          <w:b w:val="0"/>
          <w:i w:val="0"/>
          <w:sz w:val="21"/>
        </w:rPr>
        <w:t>3600 = 2520a₂ + 840a₃</w:t>
      </w:r>
    </w:p>
    <w:p>
      <w:pPr>
        <w:spacing w:before="0" w:after="80" w:line="300" w:lineRule="auto"/>
        <w:jc w:val="left"/>
      </w:pPr>
      <w:r>
        <w:rPr>
          <w:rFonts w:ascii="Times New Roman" w:hAnsi="Times New Roman" w:eastAsia="宋体"/>
          <w:b w:val="0"/>
          <w:i w:val="0"/>
          <w:sz w:val="21"/>
        </w:rPr>
        <w:t>+ 210a₄ + 42a₅</w:t>
      </w:r>
    </w:p>
    <w:p>
      <w:pPr>
        <w:spacing w:before="0" w:after="80" w:line="300" w:lineRule="auto"/>
        <w:jc w:val="left"/>
      </w:pPr>
      <w:r>
        <w:rPr>
          <w:rFonts w:ascii="Times New Roman" w:hAnsi="Times New Roman" w:eastAsia="宋体"/>
          <w:b w:val="0"/>
          <w:i w:val="0"/>
          <w:sz w:val="21"/>
        </w:rPr>
        <w:t>+ 7a₆ + a₇。</w:t>
      </w:r>
    </w:p>
    <w:p>
      <w:pPr>
        <w:spacing w:before="0" w:after="80" w:line="300" w:lineRule="auto"/>
        <w:jc w:val="left"/>
      </w:pPr>
      <w:r>
        <w:rPr>
          <w:rFonts w:ascii="Times New Roman" w:hAnsi="Times New Roman" w:eastAsia="宋体"/>
          <w:b w:val="0"/>
          <w:i w:val="0"/>
          <w:sz w:val="21"/>
        </w:rPr>
        <w:t>模 7 得 a₇ = 2。</w:t>
      </w:r>
    </w:p>
    <w:p>
      <w:pPr>
        <w:spacing w:before="0" w:after="80" w:line="300" w:lineRule="auto"/>
        <w:jc w:val="left"/>
      </w:pPr>
      <w:r>
        <w:rPr>
          <w:rFonts w:ascii="Times New Roman" w:hAnsi="Times New Roman" w:eastAsia="宋体"/>
          <w:b w:val="0"/>
          <w:i w:val="0"/>
          <w:sz w:val="21"/>
        </w:rPr>
        <w:t>再计算 (3600 - 2)/7 = 514 = 360a₂ + 120a₃ + 30a₄ + 6a₅ + a₆。模 6 得 a₆ = 4，继续同样步骤得到 a₅ = 0, a₄ = 1, a₃ = 1, a₂ = 1。</w:t>
      </w:r>
    </w:p>
    <w:p>
      <w:pPr>
        <w:spacing w:before="0" w:after="80" w:line="300" w:lineRule="auto"/>
        <w:jc w:val="left"/>
      </w:pPr>
      <w:r>
        <w:rPr>
          <w:rFonts w:ascii="Times New Roman" w:hAnsi="Times New Roman" w:eastAsia="宋体"/>
          <w:b w:val="0"/>
          <w:i w:val="0"/>
          <w:sz w:val="21"/>
        </w:rPr>
        <w:t>所求和为 1 + 1 + 1 + 0 + 4 + 2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7! = 5040 gives</w:t>
      </w:r>
    </w:p>
    <w:p>
      <w:pPr>
        <w:spacing w:before="0" w:after="80" w:line="300" w:lineRule="auto"/>
        <w:jc w:val="left"/>
      </w:pPr>
      <w:r>
        <w:rPr>
          <w:rFonts w:ascii="Times New Roman" w:hAnsi="Times New Roman" w:eastAsia="宋体"/>
          <w:b w:val="0"/>
          <w:i w:val="0"/>
          <w:color w:val="333333"/>
          <w:sz w:val="19"/>
        </w:rPr>
        <w:t>3600 = 2520a₂ + 840a₃</w:t>
      </w:r>
    </w:p>
    <w:p>
      <w:pPr>
        <w:spacing w:before="0" w:after="80" w:line="300" w:lineRule="auto"/>
        <w:jc w:val="left"/>
      </w:pPr>
      <w:r>
        <w:rPr>
          <w:rFonts w:ascii="Times New Roman" w:hAnsi="Times New Roman" w:eastAsia="宋体"/>
          <w:b w:val="0"/>
          <w:i w:val="0"/>
          <w:color w:val="333333"/>
          <w:sz w:val="19"/>
        </w:rPr>
        <w:t>+ 210a₄ + 42a₅</w:t>
      </w:r>
    </w:p>
    <w:p>
      <w:pPr>
        <w:spacing w:before="0" w:after="80" w:line="300" w:lineRule="auto"/>
        <w:jc w:val="left"/>
      </w:pPr>
      <w:r>
        <w:rPr>
          <w:rFonts w:ascii="Times New Roman" w:hAnsi="Times New Roman" w:eastAsia="宋体"/>
          <w:b w:val="0"/>
          <w:i w:val="0"/>
          <w:color w:val="333333"/>
          <w:sz w:val="19"/>
        </w:rPr>
        <w:t>+ 7a₆ + a₇.</w:t>
      </w:r>
    </w:p>
    <w:p>
      <w:pPr>
        <w:spacing w:before="0" w:after="80" w:line="300" w:lineRule="auto"/>
        <w:jc w:val="left"/>
      </w:pPr>
      <w:r>
        <w:rPr>
          <w:rFonts w:ascii="Times New Roman" w:hAnsi="Times New Roman" w:eastAsia="宋体"/>
          <w:b w:val="0"/>
          <w:i w:val="0"/>
          <w:color w:val="333333"/>
          <w:sz w:val="19"/>
        </w:rPr>
        <w:t>Reducing modulo 7, a₇ = 2.</w:t>
      </w:r>
    </w:p>
    <w:p>
      <w:pPr>
        <w:spacing w:before="0" w:after="80" w:line="300" w:lineRule="auto"/>
        <w:jc w:val="left"/>
      </w:pPr>
      <w:r>
        <w:rPr>
          <w:rFonts w:ascii="Times New Roman" w:hAnsi="Times New Roman" w:eastAsia="宋体"/>
          <w:b w:val="0"/>
          <w:i w:val="0"/>
          <w:color w:val="333333"/>
          <w:sz w:val="19"/>
        </w:rPr>
        <w:t>Then (3600 - 2)/7 = 514 = 360a₂ + 120a₃ + 30a₄ + 6a₅ + a₆. Reducing modulo 6 gives a₆ = 4, and continuing this way yields a₅ = 0, a₄ = 1, a₃ = 1, a₂ = 1.</w:t>
      </w:r>
    </w:p>
    <w:p>
      <w:pPr>
        <w:spacing w:before="0" w:after="80" w:line="300" w:lineRule="auto"/>
        <w:jc w:val="left"/>
      </w:pPr>
      <w:r>
        <w:rPr>
          <w:rFonts w:ascii="Times New Roman" w:hAnsi="Times New Roman" w:eastAsia="宋体"/>
          <w:b w:val="0"/>
          <w:i w:val="0"/>
          <w:color w:val="333333"/>
          <w:sz w:val="19"/>
        </w:rPr>
        <w:t>The sum is 1 + 1 + 1 + 0 + 4 + 2 =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D</w:t>
      </w:r>
    </w:p>
    <w:p>
      <w:pPr>
        <w:spacing w:before="0" w:after="80" w:line="300" w:lineRule="auto"/>
        <w:jc w:val="left"/>
      </w:pPr>
      <w:r>
        <w:rPr>
          <w:rFonts w:ascii="Times New Roman" w:hAnsi="Times New Roman" w:eastAsia="宋体"/>
          <w:b w:val="0"/>
          <w:i w:val="0"/>
          <w:sz w:val="21"/>
        </w:rPr>
        <w:t>设两个全等的多边形为正 a 边形，另一个为正 b 边形，在点 A 处相接。内角条件为</w:t>
      </w:r>
    </w:p>
    <w:p>
      <w:pPr>
        <w:spacing w:before="0" w:after="80" w:line="300" w:lineRule="auto"/>
        <w:jc w:val="left"/>
      </w:pPr>
      <w:r>
        <w:rPr>
          <w:rFonts w:ascii="Times New Roman" w:hAnsi="Times New Roman" w:eastAsia="宋体"/>
          <w:b w:val="0"/>
          <w:i w:val="0"/>
          <w:sz w:val="21"/>
        </w:rPr>
        <w:t>2 · 180(1 - 2/a)</w:t>
      </w:r>
    </w:p>
    <w:p>
      <w:pPr>
        <w:spacing w:before="0" w:after="80" w:line="300" w:lineRule="auto"/>
        <w:jc w:val="left"/>
      </w:pPr>
      <w:r>
        <w:rPr>
          <w:rFonts w:ascii="Times New Roman" w:hAnsi="Times New Roman" w:eastAsia="宋体"/>
          <w:b w:val="0"/>
          <w:i w:val="0"/>
          <w:sz w:val="21"/>
        </w:rPr>
        <w:t>+ 180(1 - 2/b) = 360，</w:t>
      </w:r>
    </w:p>
    <w:p>
      <w:pPr>
        <w:spacing w:before="0" w:after="80" w:line="300" w:lineRule="auto"/>
        <w:jc w:val="left"/>
      </w:pPr>
      <w:r>
        <w:rPr>
          <w:rFonts w:ascii="Times New Roman" w:hAnsi="Times New Roman" w:eastAsia="宋体"/>
          <w:b w:val="0"/>
          <w:i w:val="0"/>
          <w:sz w:val="21"/>
        </w:rPr>
        <w:t>化简得 (a - 4)(b - 2) = 8。</w:t>
      </w:r>
    </w:p>
    <w:p>
      <w:pPr>
        <w:spacing w:before="0" w:after="80" w:line="300" w:lineRule="auto"/>
        <w:jc w:val="left"/>
      </w:pPr>
      <w:r>
        <w:rPr>
          <w:rFonts w:ascii="Times New Roman" w:hAnsi="Times New Roman" w:eastAsia="宋体"/>
          <w:b w:val="0"/>
          <w:i w:val="0"/>
          <w:sz w:val="21"/>
        </w:rPr>
        <w:t>解为 (a, b) 等于 (5, 10), (6, 6), (8, 4) 或 (12, 3)。新多边形的周长为 2a + b - 6，分别等于 14, 12, 14 和 21。最大值为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two congruent a-gons and one b-gon meet at A. Their interior angles satisfy</w:t>
      </w:r>
    </w:p>
    <w:p>
      <w:pPr>
        <w:spacing w:before="0" w:after="80" w:line="300" w:lineRule="auto"/>
        <w:jc w:val="left"/>
      </w:pPr>
      <w:r>
        <w:rPr>
          <w:rFonts w:ascii="Times New Roman" w:hAnsi="Times New Roman" w:eastAsia="宋体"/>
          <w:b w:val="0"/>
          <w:i w:val="0"/>
          <w:color w:val="333333"/>
          <w:sz w:val="19"/>
        </w:rPr>
        <w:t>2 · 180(1 - 2/a)</w:t>
      </w:r>
    </w:p>
    <w:p>
      <w:pPr>
        <w:spacing w:before="0" w:after="80" w:line="300" w:lineRule="auto"/>
        <w:jc w:val="left"/>
      </w:pPr>
      <w:r>
        <w:rPr>
          <w:rFonts w:ascii="Times New Roman" w:hAnsi="Times New Roman" w:eastAsia="宋体"/>
          <w:b w:val="0"/>
          <w:i w:val="0"/>
          <w:color w:val="333333"/>
          <w:sz w:val="19"/>
        </w:rPr>
        <w:t>+ 180(1 - 2/b) = 360,</w:t>
      </w:r>
    </w:p>
    <w:p>
      <w:pPr>
        <w:spacing w:before="0" w:after="80" w:line="300" w:lineRule="auto"/>
        <w:jc w:val="left"/>
      </w:pPr>
      <w:r>
        <w:rPr>
          <w:rFonts w:ascii="Times New Roman" w:hAnsi="Times New Roman" w:eastAsia="宋体"/>
          <w:b w:val="0"/>
          <w:i w:val="0"/>
          <w:color w:val="333333"/>
          <w:sz w:val="19"/>
        </w:rPr>
        <w:t>which reduces to (a - 4)(b - 2) = 8.</w:t>
      </w:r>
    </w:p>
    <w:p>
      <w:pPr>
        <w:spacing w:before="0" w:after="80" w:line="300" w:lineRule="auto"/>
        <w:jc w:val="left"/>
      </w:pPr>
      <w:r>
        <w:rPr>
          <w:rFonts w:ascii="Times New Roman" w:hAnsi="Times New Roman" w:eastAsia="宋体"/>
          <w:b w:val="0"/>
          <w:i w:val="0"/>
          <w:color w:val="333333"/>
          <w:sz w:val="19"/>
        </w:rPr>
        <w:t>The solutions (a, b) are (5, 10), (6, 6), (8, 4), and (12, 3). The new polygon’s perimeter is 2a + b - 6, giving 14, 12, 14, and 21. The largest is 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将两个方程平方后相加：</w:t>
      </w:r>
    </w:p>
    <w:p>
      <w:pPr>
        <w:spacing w:before="0" w:after="80" w:line="300" w:lineRule="auto"/>
        <w:jc w:val="left"/>
      </w:pPr>
      <w:r>
        <w:rPr>
          <w:rFonts w:ascii="Times New Roman" w:hAnsi="Times New Roman" w:eastAsia="宋体"/>
          <w:b w:val="0"/>
          <w:i w:val="0"/>
          <w:sz w:val="21"/>
        </w:rPr>
        <w:t>9 + 16</w:t>
      </w:r>
    </w:p>
    <w:p>
      <w:pPr>
        <w:spacing w:before="0" w:after="80" w:line="300" w:lineRule="auto"/>
        <w:jc w:val="left"/>
      </w:pPr>
      <w:r>
        <w:rPr>
          <w:rFonts w:ascii="Times New Roman" w:hAnsi="Times New Roman" w:eastAsia="宋体"/>
          <w:b w:val="0"/>
          <w:i w:val="0"/>
          <w:sz w:val="21"/>
        </w:rPr>
        <w:t>+ 24small(sin A cos B + cos A sin B)</w:t>
      </w:r>
    </w:p>
    <w:p>
      <w:pPr>
        <w:spacing w:before="0" w:after="80" w:line="300" w:lineRule="auto"/>
        <w:jc w:val="left"/>
      </w:pPr>
      <w:r>
        <w:rPr>
          <w:rFonts w:ascii="Times New Roman" w:hAnsi="Times New Roman" w:eastAsia="宋体"/>
          <w:b w:val="0"/>
          <w:i w:val="0"/>
          <w:sz w:val="21"/>
        </w:rPr>
        <w:t>= 37，</w:t>
      </w:r>
    </w:p>
    <w:p>
      <w:pPr>
        <w:spacing w:before="0" w:after="80" w:line="300" w:lineRule="auto"/>
        <w:jc w:val="left"/>
      </w:pPr>
      <w:r>
        <w:rPr>
          <w:rFonts w:ascii="Times New Roman" w:hAnsi="Times New Roman" w:eastAsia="宋体"/>
          <w:b w:val="0"/>
          <w:i w:val="0"/>
          <w:sz w:val="21"/>
        </w:rPr>
        <w:t>因此 24sin(A + B) = 12，所以 sin(A + B) = 1/2。</w:t>
      </w:r>
    </w:p>
    <w:p>
      <w:pPr>
        <w:spacing w:before="0" w:after="80" w:line="300" w:lineRule="auto"/>
        <w:jc w:val="left"/>
      </w:pPr>
      <w:r>
        <w:rPr>
          <w:rFonts w:ascii="Times New Roman" w:hAnsi="Times New Roman" w:eastAsia="宋体"/>
          <w:b w:val="0"/>
          <w:i w:val="0"/>
          <w:sz w:val="21"/>
        </w:rPr>
        <w:t>因为第三个内角与前两个内角之和互补，所以 sin C = sin(A + B) = 1/2，即 ∠ C = 30° 或 150°。若 ∠ C = 150°，则 A &lt; 30°，会使 3sin A + 4cos B &lt; 6，产生矛盾。因此 ∠ C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Squaring both equations and adding gives</w:t>
      </w:r>
    </w:p>
    <w:p>
      <w:pPr>
        <w:spacing w:before="0" w:after="80" w:line="300" w:lineRule="auto"/>
        <w:jc w:val="left"/>
      </w:pPr>
      <w:r>
        <w:rPr>
          <w:rFonts w:ascii="Times New Roman" w:hAnsi="Times New Roman" w:eastAsia="宋体"/>
          <w:b w:val="0"/>
          <w:i w:val="0"/>
          <w:color w:val="333333"/>
          <w:sz w:val="19"/>
        </w:rPr>
        <w:t>9 + 16</w:t>
      </w:r>
    </w:p>
    <w:p>
      <w:pPr>
        <w:spacing w:before="0" w:after="80" w:line="300" w:lineRule="auto"/>
        <w:jc w:val="left"/>
      </w:pPr>
      <w:r>
        <w:rPr>
          <w:rFonts w:ascii="Times New Roman" w:hAnsi="Times New Roman" w:eastAsia="宋体"/>
          <w:b w:val="0"/>
          <w:i w:val="0"/>
          <w:color w:val="333333"/>
          <w:sz w:val="19"/>
        </w:rPr>
        <w:t>+ 24small(sin A cos B + cos A sin B)</w:t>
      </w:r>
    </w:p>
    <w:p>
      <w:pPr>
        <w:spacing w:before="0" w:after="80" w:line="300" w:lineRule="auto"/>
        <w:jc w:val="left"/>
      </w:pPr>
      <w:r>
        <w:rPr>
          <w:rFonts w:ascii="Times New Roman" w:hAnsi="Times New Roman" w:eastAsia="宋体"/>
          <w:b w:val="0"/>
          <w:i w:val="0"/>
          <w:color w:val="333333"/>
          <w:sz w:val="19"/>
        </w:rPr>
        <w:t>= 37,</w:t>
      </w:r>
    </w:p>
    <w:p>
      <w:pPr>
        <w:spacing w:before="0" w:after="80" w:line="300" w:lineRule="auto"/>
        <w:jc w:val="left"/>
      </w:pPr>
      <w:r>
        <w:rPr>
          <w:rFonts w:ascii="Times New Roman" w:hAnsi="Times New Roman" w:eastAsia="宋体"/>
          <w:b w:val="0"/>
          <w:i w:val="0"/>
          <w:color w:val="333333"/>
          <w:sz w:val="19"/>
        </w:rPr>
        <w:t>so 24sin(A + B) = 12 and sin(A + B) = 1/2.</w:t>
      </w:r>
    </w:p>
    <w:p>
      <w:pPr>
        <w:spacing w:before="0" w:after="80" w:line="300" w:lineRule="auto"/>
        <w:jc w:val="left"/>
      </w:pPr>
      <w:r>
        <w:rPr>
          <w:rFonts w:ascii="Times New Roman" w:hAnsi="Times New Roman" w:eastAsia="宋体"/>
          <w:b w:val="0"/>
          <w:i w:val="0"/>
          <w:color w:val="333333"/>
          <w:sz w:val="19"/>
        </w:rPr>
        <w:t>Then sin C = sin(A + B) = 1/2, so ∠ C = 30° or 150°. If ∠ C = 150°, then A &lt; 30°, making 3sin A + 4cos B &lt; 6, a contradiction. Hence ∠ C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设 a, b, c 分别为 -1、1、2 的个数。则 -a + b + 2c = 19，且 a + b + 4c = 99，解得 a = 40 - c、b = 59 - 3c，并且 0 ≤ c ≤ 19。</w:t>
      </w:r>
    </w:p>
    <w:p>
      <w:pPr>
        <w:spacing w:before="0" w:after="80" w:line="300" w:lineRule="auto"/>
        <w:jc w:val="left"/>
      </w:pPr>
      <w:r>
        <w:rPr>
          <w:rFonts w:ascii="Times New Roman" w:hAnsi="Times New Roman" w:eastAsia="宋体"/>
          <w:b w:val="0"/>
          <w:i w:val="0"/>
          <w:sz w:val="21"/>
        </w:rPr>
        <w:t>立方和为 -a + b + 8c = 19 + 6c。最小值在 c = 0 时为 19，最大值在 c = 19 时为 133。因此 M/m = 133/19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be the numbers of -1s, 1s, and 2s. Then -a + b + 2c = 19 and a + b + 4c = 99, giving a = 40 - c and b = 59 - 3c with 0 ≤ c ≤ 19.</w:t>
      </w:r>
    </w:p>
    <w:p>
      <w:pPr>
        <w:spacing w:before="0" w:after="80" w:line="300" w:lineRule="auto"/>
        <w:jc w:val="left"/>
      </w:pPr>
      <w:r>
        <w:rPr>
          <w:rFonts w:ascii="Times New Roman" w:hAnsi="Times New Roman" w:eastAsia="宋体"/>
          <w:b w:val="0"/>
          <w:i w:val="0"/>
          <w:color w:val="333333"/>
          <w:sz w:val="19"/>
        </w:rPr>
        <w:t>The sum of cubes is -a + b + 8c = 19 + 6c. The minimum is at c = 0 (value 19) and the maximum at c = 19 (value 133), so M/m = 133/19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设 O 为内切球和外接球的共同球心。从 O 把正四面体分成四个全等部分可知，外接球半径是内切球半径的 3 倍，所以外接球的体积是内切球体积 V 的 27 倍。</w:t>
      </w:r>
    </w:p>
    <w:p>
      <w:pPr>
        <w:spacing w:before="0" w:after="80" w:line="300" w:lineRule="auto"/>
        <w:jc w:val="left"/>
      </w:pPr>
      <w:r>
        <w:rPr>
          <w:rFonts w:ascii="Times New Roman" w:hAnsi="Times New Roman" w:eastAsia="宋体"/>
          <w:b w:val="0"/>
          <w:i w:val="0"/>
          <w:sz w:val="21"/>
        </w:rPr>
        <w:t>若其余四个小球之一的半径为 s，则它的球心到 O 的距离为 r+s；从 O 量起，这段距离同时又等于 3r-s，所以 s=r。这五个球的内部互不相交（中心球与其余四球分别相切），所以并集体积为 5V。概率为 5V/27V = 5/27 ≈ 0.185，最接近 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common center of the inscribed and circumscribed spheres. Splitting the tetrahedron into four congruent pieces from O shows the circumradius is 3 times the inradius, so the circumscribed sphere has 27 times the inscribed sphere’s volume V.</w:t>
      </w:r>
    </w:p>
    <w:p>
      <w:pPr>
        <w:spacing w:before="0" w:after="80" w:line="300" w:lineRule="auto"/>
        <w:jc w:val="left"/>
      </w:pPr>
      <w:r>
        <w:rPr>
          <w:rFonts w:ascii="Times New Roman" w:hAnsi="Times New Roman" w:eastAsia="宋体"/>
          <w:b w:val="0"/>
          <w:i w:val="0"/>
          <w:color w:val="333333"/>
          <w:sz w:val="19"/>
        </w:rPr>
        <w:t>If one of the four other small spheres has radius s, its center is r+s from O and also 3r-s from O, so s=r. These five spheres have disjoint interiors (the central sphere is tangent to each of the other four), so their union has volume 5V. The probability is 5V/27V = 5/27 ≈ 0.185, closest to 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令 z = -33，方程变为 m³ + n³ + z³ - 3mnz = 0，因式分解得</w:t>
      </w:r>
    </w:p>
    <w:p>
      <w:pPr>
        <w:spacing w:before="0" w:after="80" w:line="300" w:lineRule="auto"/>
        <w:jc w:val="left"/>
      </w:pPr>
      <w:r>
        <w:rPr>
          <w:rFonts w:ascii="Times New Roman" w:hAnsi="Times New Roman" w:eastAsia="宋体"/>
          <w:b w:val="0"/>
          <w:i w:val="0"/>
          <w:sz w:val="21"/>
        </w:rPr>
        <w:t>(m + n - 33)</w:t>
      </w:r>
    </w:p>
    <w:p>
      <w:pPr>
        <w:spacing w:before="0" w:after="80" w:line="300" w:lineRule="auto"/>
        <w:jc w:val="left"/>
      </w:pPr>
      <w:r>
        <w:rPr>
          <w:rFonts w:ascii="Times New Roman" w:hAnsi="Times New Roman" w:eastAsia="宋体"/>
          <w:b w:val="0"/>
          <w:i w:val="0"/>
          <w:sz w:val="21"/>
        </w:rPr>
        <w:t>· scriptsize(m² + n² + 33² - mn + 33m + 33n)</w:t>
      </w:r>
    </w:p>
    <w:p>
      <w:pPr>
        <w:spacing w:before="0" w:after="80" w:line="300" w:lineRule="auto"/>
        <w:jc w:val="left"/>
      </w:pPr>
      <w:r>
        <w:rPr>
          <w:rFonts w:ascii="Times New Roman" w:hAnsi="Times New Roman" w:eastAsia="宋体"/>
          <w:b w:val="0"/>
          <w:i w:val="0"/>
          <w:sz w:val="21"/>
        </w:rPr>
        <w:t>= 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第二个因子等于 scriptsize1/2[(m - n)² + (m + 33)² + (n + 33)²]，只在 (m, n) = (-33, -33) 时为 0，且满足 mn ≥ 0。</w:t>
      </w:r>
    </w:p>
    <w:p>
      <w:pPr>
        <w:spacing w:before="0" w:after="80" w:line="300" w:lineRule="auto"/>
        <w:jc w:val="left"/>
      </w:pPr>
      <w:r>
        <w:rPr>
          <w:rFonts w:ascii="Times New Roman" w:hAnsi="Times New Roman" w:eastAsia="宋体"/>
          <w:b w:val="0"/>
          <w:i w:val="0"/>
          <w:sz w:val="21"/>
        </w:rPr>
        <w:t>否则 m + n = 33。由 mn ≥ 0，二者同为非负，得到 (0, 33), (1, 32), …, (33, 0)，共 34 对。总计 35 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z = -33, the equation becomes m³ + n³ + z³ - 3mnz = 0, which factors as</w:t>
      </w:r>
    </w:p>
    <w:p>
      <w:pPr>
        <w:spacing w:before="0" w:after="80" w:line="300" w:lineRule="auto"/>
        <w:jc w:val="left"/>
      </w:pPr>
      <w:r>
        <w:rPr>
          <w:rFonts w:ascii="Times New Roman" w:hAnsi="Times New Roman" w:eastAsia="宋体"/>
          <w:b w:val="0"/>
          <w:i w:val="0"/>
          <w:color w:val="333333"/>
          <w:sz w:val="19"/>
        </w:rPr>
        <w:t>(m + n - 33)</w:t>
      </w:r>
    </w:p>
    <w:p>
      <w:pPr>
        <w:spacing w:before="0" w:after="80" w:line="300" w:lineRule="auto"/>
        <w:jc w:val="left"/>
      </w:pPr>
      <w:r>
        <w:rPr>
          <w:rFonts w:ascii="Times New Roman" w:hAnsi="Times New Roman" w:eastAsia="宋体"/>
          <w:b w:val="0"/>
          <w:i w:val="0"/>
          <w:color w:val="333333"/>
          <w:sz w:val="19"/>
        </w:rPr>
        <w:t>· scriptsize(m² + n² + 33² - mn + 33m + 33n)</w:t>
      </w:r>
    </w:p>
    <w:p>
      <w:pPr>
        <w:spacing w:before="0" w:after="80" w:line="300" w:lineRule="auto"/>
        <w:jc w:val="left"/>
      </w:pPr>
      <w:r>
        <w:rPr>
          <w:rFonts w:ascii="Times New Roman" w:hAnsi="Times New Roman" w:eastAsia="宋体"/>
          <w:b w:val="0"/>
          <w:i w:val="0"/>
          <w:color w:val="333333"/>
          <w:sz w:val="19"/>
        </w:rPr>
        <w:t>= 0.</w:t>
      </w:r>
    </w:p>
    <w:p>
      <w:pPr>
        <w:spacing w:before="0" w:after="80" w:line="300" w:lineRule="auto"/>
        <w:jc w:val="left"/>
      </w:pPr>
      <w:r>
        <w:rPr>
          <w:rFonts w:ascii="Times New Roman" w:hAnsi="Times New Roman" w:eastAsia="宋体"/>
          <w:b w:val="0"/>
          <w:i w:val="0"/>
          <w:color w:val="333333"/>
          <w:sz w:val="19"/>
        </w:rPr>
        <w:t>The second factor equals scriptsize1/2[(m - n)² + (m + 33)² + (n + 33)²], which is 0 only at (m, n) = (-33, -33); this satisfies mn ≥ 0.</w:t>
      </w:r>
    </w:p>
    <w:p>
      <w:pPr>
        <w:spacing w:before="0" w:after="80" w:line="300" w:lineRule="auto"/>
        <w:jc w:val="left"/>
      </w:pPr>
      <w:r>
        <w:rPr>
          <w:rFonts w:ascii="Times New Roman" w:hAnsi="Times New Roman" w:eastAsia="宋体"/>
          <w:b w:val="0"/>
          <w:i w:val="0"/>
          <w:color w:val="333333"/>
          <w:sz w:val="19"/>
        </w:rPr>
        <w:t>Otherwise m + n = 33. With mn ≥ 0 both are nonnegative, giving (0, 33), (1, 32), …, (33, 0), which is 34 pairs. Together there are 35 solutions.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