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1998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如图所示，五个全等长方形的每条边都标有一个整数。将这五个长方形不经旋转或翻转，分别放入位置 I 至 V，使重合边上的标号相等。位置 I 中是哪一个长方形？</w:t>
      </w:r>
    </w:p>
    <w:p>
      <w:pPr>
        <w:spacing w:before="80" w:after="80"/>
        <w:jc w:val="center"/>
      </w:pPr>
      <w:r>
        <w:drawing>
          <wp:inline xmlns:a="http://schemas.openxmlformats.org/drawingml/2006/main" xmlns:pic="http://schemas.openxmlformats.org/drawingml/2006/picture">
            <wp:extent cx="3358159" cy="1158468"/>
            <wp:docPr id="1" name="Picture 1"/>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3358159" cy="1158468"/>
                    </a:xfrm>
                    <a:prstGeom prst="rect"/>
                  </pic:spPr>
                </pic:pic>
              </a:graphicData>
            </a:graphic>
          </wp:inline>
        </w:drawing>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sides of five congruent rectangles is labeled with an integer, as shown. These five rectangles are placed, without rotating or reflecting, in positions I through V so that the labels on coincident sides are equal. Which of the rectangles is in position I?</w:t>
      </w:r>
    </w:p>
    <w:p>
      <w:pPr>
        <w:spacing w:before="80" w:after="80"/>
        <w:jc w:val="center"/>
      </w:pPr>
      <w:r>
        <w:drawing>
          <wp:inline xmlns:a="http://schemas.openxmlformats.org/drawingml/2006/main" xmlns:pic="http://schemas.openxmlformats.org/drawingml/2006/picture">
            <wp:extent cx="3358159" cy="1158468"/>
            <wp:docPr id="2" name="Picture 2"/>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3358159" cy="115846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字母 A、B、C 和 D 表示从 0、1、2、…、9 中选出的四个不同数字。若 A+B/C+D 是尽可能大的整数，那么 A+B 的值是多少？</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Letters A, B, C, and D represent four different digits selected from 0, 1, 2, …, 9. If A+B/C+D is an integer that is as large as possible, what is the value of A+B?</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a、b 和 c 是满足</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sz w:val="20"/>
              </w:rPr>
              <w:t>7a2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sz w:val="20"/>
              </w:rPr>
              <w:t>-48b</w:t>
            </w:r>
          </w:p>
        </w:tc>
      </w:tr>
      <w:tr>
        <w:tc>
          <w:tcPr>
            <w:tcW w:type="dxa" w:w="9412"/>
          </w:tcPr>
          <w:p>
            <w:pPr>
              <w:spacing w:before="20" w:after="20" w:line="240" w:lineRule="auto"/>
              <w:jc w:val="right"/>
            </w:pPr>
            <w:r/>
            <w:r>
              <w:rPr>
                <w:rFonts w:ascii="Times New Roman" w:hAnsi="Times New Roman" w:eastAsia="宋体"/>
                <w:b w:val="0"/>
                <w:i w:val="0"/>
                <w:sz w:val="20"/>
              </w:rPr>
              <w:t>c73</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的数字，则 a+b+c=</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c are digits for which</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color w:val="333333"/>
                <w:sz w:val="19"/>
              </w:rPr>
              <w:t>7a2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-48b</w:t>
            </w:r>
          </w:p>
        </w:tc>
      </w:tr>
      <w:tr>
        <w:tc>
          <w:tcPr>
            <w:tcW w:type="dxa" w:w="9412"/>
          </w:tcPr>
          <w:p>
            <w:pPr>
              <w:spacing w:before="20" w:after="20" w:line="240" w:lineRule="auto"/>
              <w:jc w:val="right"/>
            </w:pPr>
            <w:r/>
            <w:r>
              <w:rPr>
                <w:rFonts w:ascii="Times New Roman" w:hAnsi="Times New Roman" w:eastAsia="宋体"/>
                <w:b w:val="0"/>
                <w:i w:val="0"/>
                <w:color w:val="333333"/>
                <w:sz w:val="19"/>
              </w:rPr>
              <w:t>c73</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then a+b+c=</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定义 [a,b,c] 为 a+b/c，其中 c≠0。求</w:t>
      </w:r>
    </w:p>
    <w:p>
      <w:pPr>
        <w:spacing w:before="0" w:after="80" w:line="300" w:lineRule="auto"/>
        <w:jc w:val="left"/>
      </w:pPr>
      <w:r>
        <w:rPr>
          <w:rFonts w:ascii="Times New Roman" w:hAnsi="Times New Roman" w:eastAsia="宋体"/>
          <w:b w:val="0"/>
          <w:i w:val="0"/>
          <w:sz w:val="21"/>
        </w:rPr>
        <w:t>[[60,30,90],[2,1,3],[10,5,15]]？</w:t>
      </w:r>
    </w:p>
    <w:p>
      <w:pPr>
        <w:spacing w:before="0" w:after="120" w:line="300" w:lineRule="auto"/>
      </w:pPr>
      <w:r>
        <w:rPr>
          <w:rFonts w:ascii="Times New Roman" w:hAnsi="Times New Roman" w:eastAsia="宋体"/>
          <w:b w:val="0"/>
          <w:i w:val="0"/>
          <w:sz w:val="21"/>
        </w:rPr>
        <w:t>（A）0　　（B）0.5　　（C）1　　（D）1.5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[a,b,c] to mean a+b/c, where c≠0. What is the value of</w:t>
      </w:r>
    </w:p>
    <w:p>
      <w:pPr>
        <w:spacing w:before="0" w:after="80" w:line="300" w:lineRule="auto"/>
        <w:jc w:val="left"/>
      </w:pPr>
      <w:r>
        <w:rPr>
          <w:rFonts w:ascii="Times New Roman" w:hAnsi="Times New Roman" w:eastAsia="宋体"/>
          <w:b w:val="0"/>
          <w:i w:val="0"/>
          <w:color w:val="333333"/>
          <w:sz w:val="19"/>
        </w:rPr>
        <w:t>[[60,30,90],[2,1,3],[10,5,15]]?</w:t>
      </w:r>
    </w:p>
    <w:p>
      <w:pPr>
        <w:spacing w:before="0" w:after="160" w:line="300" w:lineRule="auto"/>
      </w:pPr>
      <w:r>
        <w:rPr>
          <w:rFonts w:ascii="Times New Roman" w:hAnsi="Times New Roman" w:eastAsia="宋体"/>
          <w:b w:val="0"/>
          <w:i w:val="0"/>
          <w:color w:val="333333"/>
          <w:sz w:val="19"/>
        </w:rPr>
        <w:t>(A) 0　　(B) 0.5　　(C) 1　　(D) 1.5　　(E) 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2¹⁹⁹⁸-2¹⁹⁹⁷ -2¹⁹⁹⁶+2¹⁹⁹⁵ =k·2¹⁹⁹⁵，求 k 的值。</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2¹⁹⁹⁸-2¹⁹⁹⁷ -2¹⁹⁹⁶+2¹⁹⁹⁵ =k·2¹⁹⁹⁵, what is the value of k?</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把 1998 写成两个正整数的乘积，并使这两个正整数的差尽可能小，则这个差为</w:t>
      </w:r>
    </w:p>
    <w:p>
      <w:pPr>
        <w:spacing w:before="0" w:after="120" w:line="300" w:lineRule="auto"/>
      </w:pPr>
      <w:r>
        <w:rPr>
          <w:rFonts w:ascii="Times New Roman" w:hAnsi="Times New Roman" w:eastAsia="宋体"/>
          <w:b w:val="0"/>
          <w:i w:val="0"/>
          <w:sz w:val="21"/>
        </w:rPr>
        <w:t>（A）8　　（B）15　　（C）17　　（D）47　　（E）93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1998 is written as a product of two positive integers whose difference is as small as possible, then the difference is</w:t>
      </w:r>
    </w:p>
    <w:p>
      <w:pPr>
        <w:spacing w:before="0" w:after="160" w:line="300" w:lineRule="auto"/>
      </w:pPr>
      <w:r>
        <w:rPr>
          <w:rFonts w:ascii="Times New Roman" w:hAnsi="Times New Roman" w:eastAsia="宋体"/>
          <w:b w:val="0"/>
          <w:i w:val="0"/>
          <w:color w:val="333333"/>
          <w:sz w:val="19"/>
        </w:rPr>
        <w:t>(A) 8　　(B) 15　　(C) 17　　(D) 47　　(E) 93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 N&gt;1，则</w:t>
      </w:r>
    </w:p>
    <w:p>
      <w:pPr>
        <w:spacing w:before="0" w:after="80" w:line="300" w:lineRule="auto"/>
        <w:jc w:val="left"/>
      </w:pPr>
      <w:r>
        <w:rPr>
          <w:rFonts w:ascii="Times New Roman" w:hAnsi="Times New Roman" w:eastAsia="宋体"/>
          <w:b w:val="0"/>
          <w:i w:val="0"/>
          <w:sz w:val="21"/>
        </w:rPr>
        <w:t>³√(N³√(N³√(N)))=</w:t>
      </w:r>
    </w:p>
    <w:p>
      <w:pPr>
        <w:spacing w:before="0" w:after="120" w:line="300" w:lineRule="auto"/>
      </w:pPr>
      <w:r>
        <w:rPr>
          <w:rFonts w:ascii="Times New Roman" w:hAnsi="Times New Roman" w:eastAsia="宋体"/>
          <w:b w:val="0"/>
          <w:i w:val="0"/>
          <w:sz w:val="21"/>
        </w:rPr>
        <w:t>（A）N^(1/27)　　（B）N^(1/9)　　（C）N^(1/3)　　（D）N^(13/27)　　（E）N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N&gt;1, then</w:t>
      </w:r>
    </w:p>
    <w:p>
      <w:pPr>
        <w:spacing w:before="0" w:after="80" w:line="300" w:lineRule="auto"/>
        <w:jc w:val="left"/>
      </w:pPr>
      <w:r>
        <w:rPr>
          <w:rFonts w:ascii="Times New Roman" w:hAnsi="Times New Roman" w:eastAsia="宋体"/>
          <w:b w:val="0"/>
          <w:i w:val="0"/>
          <w:color w:val="333333"/>
          <w:sz w:val="19"/>
        </w:rPr>
        <w:t>³√(N³√(N³√(N)))=</w:t>
      </w:r>
    </w:p>
    <w:p>
      <w:pPr>
        <w:spacing w:before="0" w:after="160" w:line="300" w:lineRule="auto"/>
      </w:pPr>
      <w:r>
        <w:rPr>
          <w:rFonts w:ascii="Times New Roman" w:hAnsi="Times New Roman" w:eastAsia="宋体"/>
          <w:b w:val="0"/>
          <w:i w:val="0"/>
          <w:color w:val="333333"/>
          <w:sz w:val="19"/>
        </w:rPr>
        <w:t>(A) N^(1/27)　　(B) N^(1/9)　　(C) N^(1/3)　　(D) N^(13/27)　　(E) N</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一个边长为 1 的正方形被分成两个全等梯形和一个五边形，三个图形面积相等；分割线由正方形中心连接三条边上的点而成，如图所示。求每个梯形较长平行边的长度 x。</w:t>
      </w:r>
    </w:p>
    <w:p>
      <w:pPr>
        <w:spacing w:before="80" w:after="80"/>
        <w:jc w:val="center"/>
      </w:pPr>
      <w:r>
        <w:drawing>
          <wp:inline xmlns:a="http://schemas.openxmlformats.org/drawingml/2006/main" xmlns:pic="http://schemas.openxmlformats.org/drawingml/2006/picture">
            <wp:extent cx="996959" cy="1077925"/>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996959" cy="1077925"/>
                    </a:xfrm>
                    <a:prstGeom prst="rect"/>
                  </pic:spPr>
                </pic:pic>
              </a:graphicData>
            </a:graphic>
          </wp:inline>
        </w:drawing>
      </w:r>
    </w:p>
    <w:p>
      <w:pPr>
        <w:spacing w:before="0" w:after="120" w:line="300" w:lineRule="auto"/>
      </w:pPr>
      <w:r>
        <w:rPr>
          <w:rFonts w:ascii="Times New Roman" w:hAnsi="Times New Roman" w:eastAsia="宋体"/>
          <w:b w:val="0"/>
          <w:i w:val="0"/>
          <w:sz w:val="21"/>
        </w:rPr>
        <w:t>（A）3/5　　（B）2/3　　（C）3/4　　（D）5/6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sides of length 1 is divided into two congruent trapezoids and a pentagon, which have equal areas, by joining the center of the square with points on three of the sides, as shown. Find x, the length of the longer parallel side of each trapezoid.</w:t>
      </w:r>
    </w:p>
    <w:p>
      <w:pPr>
        <w:spacing w:before="80" w:after="80"/>
        <w:jc w:val="center"/>
      </w:pPr>
      <w:r>
        <w:drawing>
          <wp:inline xmlns:a="http://schemas.openxmlformats.org/drawingml/2006/main" xmlns:pic="http://schemas.openxmlformats.org/drawingml/2006/picture">
            <wp:extent cx="996959" cy="1077925"/>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996959" cy="107792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　　(B) 2/3　　(C) 3/4　　(D) 5/6　　(E) 7/8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一位演讲者在座无虚席的礼堂中演讲了六十分钟。听众中有百分之二十听完了全程，百分之十从头睡到尾。其余听众中，一半听了演讲的三分之一，另一半听了三分之二。听众平均听了多少分钟的演讲？</w:t>
      </w:r>
    </w:p>
    <w:p>
      <w:pPr>
        <w:spacing w:before="0" w:after="120" w:line="300" w:lineRule="auto"/>
      </w:pPr>
      <w:r>
        <w:rPr>
          <w:rFonts w:ascii="Times New Roman" w:hAnsi="Times New Roman" w:eastAsia="宋体"/>
          <w:b w:val="0"/>
          <w:i w:val="0"/>
          <w:sz w:val="21"/>
        </w:rPr>
        <w:t>（A）24　　（B）27　　（C）30　　（D）33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speaker talked for sixty minutes to a full auditorium. Twenty percent of the audience heard the entire talk and ten percent slept through the entire talk. Half of the remainder heard one third of the talk and the other half heard two thirds of the talk. What was the average number of minutes of the talk heard by members of the audience?</w:t>
      </w:r>
    </w:p>
    <w:p>
      <w:pPr>
        <w:spacing w:before="0" w:after="160" w:line="300" w:lineRule="auto"/>
      </w:pPr>
      <w:r>
        <w:rPr>
          <w:rFonts w:ascii="Times New Roman" w:hAnsi="Times New Roman" w:eastAsia="宋体"/>
          <w:b w:val="0"/>
          <w:i w:val="0"/>
          <w:color w:val="333333"/>
          <w:sz w:val="19"/>
        </w:rPr>
        <w:t>(A) 24　　(B) 27　　(C) 30　　(D) 33　　(E) 36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如图所示，一个大正方形被分成一个小正方形和围绕它的四个全等长方形。每个全等长方形的周长为 14。大正方形的面积是多少？</w:t>
      </w:r>
    </w:p>
    <w:p>
      <w:pPr>
        <w:spacing w:before="80" w:after="80"/>
        <w:jc w:val="center"/>
      </w:pPr>
      <w:r>
        <w:drawing>
          <wp:inline xmlns:a="http://schemas.openxmlformats.org/drawingml/2006/main" xmlns:pic="http://schemas.openxmlformats.org/drawingml/2006/picture">
            <wp:extent cx="1666160" cy="1666159"/>
            <wp:docPr id="5" name="Picture 5"/>
            <wp:cNvGraphicFramePr>
              <a:graphicFrameLocks noChangeAspect="1"/>
            </wp:cNvGraphicFramePr>
            <a:graphic>
              <a:graphicData uri="http://schemas.openxmlformats.org/drawingml/2006/picture">
                <pic:pic>
                  <pic:nvPicPr>
                    <pic:cNvPr id="0" name="q10-1@300dpi.png"/>
                    <pic:cNvPicPr/>
                  </pic:nvPicPr>
                  <pic:blipFill>
                    <a:blip r:embed="rId11"/>
                    <a:stretch>
                      <a:fillRect/>
                    </a:stretch>
                  </pic:blipFill>
                  <pic:spPr>
                    <a:xfrm>
                      <a:off x="0" y="0"/>
                      <a:ext cx="1666160" cy="1666159"/>
                    </a:xfrm>
                    <a:prstGeom prst="rect"/>
                  </pic:spPr>
                </pic:pic>
              </a:graphicData>
            </a:graphic>
          </wp:inline>
        </w:drawing>
      </w:r>
    </w:p>
    <w:p>
      <w:pPr>
        <w:spacing w:before="0" w:after="120" w:line="300" w:lineRule="auto"/>
      </w:pPr>
      <w:r>
        <w:rPr>
          <w:rFonts w:ascii="Times New Roman" w:hAnsi="Times New Roman" w:eastAsia="宋体"/>
          <w:b w:val="0"/>
          <w:i w:val="0"/>
          <w:sz w:val="21"/>
        </w:rPr>
        <w:t>（A）49　　（B）64　　（C）100　　（D）121　　（E）196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square is divided into a small square surrounded by four congruent rectangles as shown. The perimeter of each of the congruent rectangles is 14. What is the area of the large square?</w:t>
      </w:r>
    </w:p>
    <w:p>
      <w:pPr>
        <w:spacing w:before="80" w:after="80"/>
        <w:jc w:val="center"/>
      </w:pPr>
      <w:r>
        <w:drawing>
          <wp:inline xmlns:a="http://schemas.openxmlformats.org/drawingml/2006/main" xmlns:pic="http://schemas.openxmlformats.org/drawingml/2006/picture">
            <wp:extent cx="1666160" cy="1666159"/>
            <wp:docPr id="6" name="Picture 6"/>
            <wp:cNvGraphicFramePr>
              <a:graphicFrameLocks noChangeAspect="1"/>
            </wp:cNvGraphicFramePr>
            <a:graphic>
              <a:graphicData uri="http://schemas.openxmlformats.org/drawingml/2006/picture">
                <pic:pic>
                  <pic:nvPicPr>
                    <pic:cNvPr id="0" name="q10-1@300dpi.png"/>
                    <pic:cNvPicPr/>
                  </pic:nvPicPr>
                  <pic:blipFill>
                    <a:blip r:embed="rId11"/>
                    <a:stretch>
                      <a:fillRect/>
                    </a:stretch>
                  </pic:blipFill>
                  <pic:spPr>
                    <a:xfrm>
                      <a:off x="0" y="0"/>
                      <a:ext cx="1666160" cy="1666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49　　(B) 64　　(C) 100　　(D) 121　　(E) 196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设 R 是一个长方形。在 R 所在平面内，有多少个圆的某条直径以 R 的两个顶点为端点？</w:t>
      </w:r>
    </w:p>
    <w:p>
      <w:pPr>
        <w:spacing w:before="0" w:after="120" w:line="300" w:lineRule="auto"/>
      </w:pPr>
      <w:r>
        <w:rPr>
          <w:rFonts w:ascii="Times New Roman" w:hAnsi="Times New Roman" w:eastAsia="宋体"/>
          <w:b w:val="0"/>
          <w:i w:val="0"/>
          <w:sz w:val="21"/>
        </w:rPr>
        <w:t>（A）1　　（B）2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a rectangle. How many circles in the plane of R have a diameter both of whose endpoints are vertices of R?</w:t>
      </w:r>
    </w:p>
    <w:p>
      <w:pPr>
        <w:spacing w:before="0" w:after="160" w:line="300" w:lineRule="auto"/>
      </w:pPr>
      <w:r>
        <w:rPr>
          <w:rFonts w:ascii="Times New Roman" w:hAnsi="Times New Roman" w:eastAsia="宋体"/>
          <w:b w:val="0"/>
          <w:i w:val="0"/>
          <w:color w:val="333333"/>
          <w:sz w:val="19"/>
        </w:rPr>
        <w:t>(A) 1　　(B) 2　　(C) 4　　(D) 5　　(E) 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若下式成立，则 N 有多少个不同的质因数？</w:t>
      </w:r>
    </w:p>
    <w:p>
      <w:pPr>
        <w:spacing w:before="0" w:after="80" w:line="300" w:lineRule="auto"/>
        <w:jc w:val="left"/>
      </w:pPr>
      <w:r>
        <w:rPr>
          <w:rFonts w:ascii="Times New Roman" w:hAnsi="Times New Roman" w:eastAsia="宋体"/>
          <w:b w:val="0"/>
          <w:i w:val="0"/>
          <w:sz w:val="21"/>
        </w:rPr>
        <w:t>log₂(log₃(log₅(log₇N)))=11？</w:t>
      </w:r>
    </w:p>
    <w:p>
      <w:pPr>
        <w:spacing w:before="0" w:after="120" w:line="300" w:lineRule="auto"/>
      </w:pPr>
      <w:r>
        <w:rPr>
          <w:rFonts w:ascii="Times New Roman" w:hAnsi="Times New Roman" w:eastAsia="宋体"/>
          <w:b w:val="0"/>
          <w:i w:val="0"/>
          <w:sz w:val="21"/>
        </w:rPr>
        <w:t>（A）1　　（B）2　　（C）3　　（D）4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prime numbers are factors of N if</w:t>
      </w:r>
    </w:p>
    <w:p>
      <w:pPr>
        <w:spacing w:before="0" w:after="80" w:line="300" w:lineRule="auto"/>
        <w:jc w:val="left"/>
      </w:pPr>
      <w:r>
        <w:rPr>
          <w:rFonts w:ascii="Times New Roman" w:hAnsi="Times New Roman" w:eastAsia="宋体"/>
          <w:b w:val="0"/>
          <w:i w:val="0"/>
          <w:color w:val="333333"/>
          <w:sz w:val="19"/>
        </w:rPr>
        <w:t>log₂(log₃(log₅(log₇N)))=11?</w:t>
      </w:r>
    </w:p>
    <w:p>
      <w:pPr>
        <w:spacing w:before="0" w:after="160" w:line="300" w:lineRule="auto"/>
      </w:pPr>
      <w:r>
        <w:rPr>
          <w:rFonts w:ascii="Times New Roman" w:hAnsi="Times New Roman" w:eastAsia="宋体"/>
          <w:b w:val="0"/>
          <w:i w:val="0"/>
          <w:color w:val="333333"/>
          <w:sz w:val="19"/>
        </w:rPr>
        <w:t>(A) 1　　(B) 2　　(C) 3　　(D) 4　　(E) 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沃尔特掷四枚标准六面骰子，发现朝上四个面的数字之积为 144。下列哪一个数不可能是朝上四个面的数字之和？</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Walter rolls four standard six-sided dice and finds that the product of the numbers on the upper faces is 144. Which of the following could not be the sum of the upper four faces?</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一条抛物线的顶点为 (4,-5)，并有两个 x 轴截距，一个为正，一个为负。若这条抛物线是 y=ax²+bx+c 的图像，则 a、b 和 c 中哪些一定为正？</w:t>
      </w:r>
    </w:p>
    <w:p>
      <w:pPr>
        <w:spacing w:before="0" w:after="120" w:line="300" w:lineRule="auto"/>
      </w:pPr>
      <w:r>
        <w:rPr>
          <w:rFonts w:ascii="Times New Roman" w:hAnsi="Times New Roman" w:eastAsia="宋体"/>
          <w:b w:val="0"/>
          <w:i w:val="0"/>
          <w:sz w:val="21"/>
        </w:rPr>
        <w:t>（A）仅 a　　（B）仅 b　　（C）仅 c　　（D）仅 a 和 b　　（E）都不是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parabola has vertex at (4,-5) and has two x-intercepts, one positive and one negative. If this parabola is the graph of y=ax²+bx+c, which of a, b, and c must be positive?</w:t>
      </w:r>
    </w:p>
    <w:p>
      <w:pPr>
        <w:spacing w:before="0" w:after="160" w:line="300" w:lineRule="auto"/>
      </w:pPr>
      <w:r>
        <w:rPr>
          <w:rFonts w:ascii="Times New Roman" w:hAnsi="Times New Roman" w:eastAsia="宋体"/>
          <w:b w:val="0"/>
          <w:i w:val="0"/>
          <w:color w:val="333333"/>
          <w:sz w:val="19"/>
        </w:rPr>
        <w:t>(A) only a　　(B) only b　　(C) only c　　(D) a and b only　　(E) none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一个正六边形与一个等边三角形面积相等。三角形边长与六边形边长之比是多少？</w:t>
      </w:r>
    </w:p>
    <w:p>
      <w:pPr>
        <w:spacing w:before="0" w:after="120" w:line="300" w:lineRule="auto"/>
      </w:pPr>
      <w:r>
        <w:rPr>
          <w:rFonts w:ascii="Times New Roman" w:hAnsi="Times New Roman" w:eastAsia="宋体"/>
          <w:b w:val="0"/>
          <w:i w:val="0"/>
          <w:sz w:val="21"/>
        </w:rPr>
        <w:t>（A）√(3)　　（B）2　　（C）√(6)　　（D）3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hexagon and an equilateral triangle have equal areas. What is the ratio of the length of a side of the triangle to the length of a side of the hexagon?</w:t>
      </w:r>
    </w:p>
    <w:p>
      <w:pPr>
        <w:spacing w:before="0" w:after="160" w:line="300" w:lineRule="auto"/>
      </w:pPr>
      <w:r>
        <w:rPr>
          <w:rFonts w:ascii="Times New Roman" w:hAnsi="Times New Roman" w:eastAsia="宋体"/>
          <w:b w:val="0"/>
          <w:i w:val="0"/>
          <w:color w:val="333333"/>
          <w:sz w:val="19"/>
        </w:rPr>
        <w:t>(A) √(3)　　(B) 2　　(C) √(6)　　(D) 3　　(E) 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图形由一个圆和两个直径分别为 a 与 b 的半圆组成，三者的圆心共线。阴影区域面积与非阴影区域面积之比为</w:t>
      </w:r>
    </w:p>
    <w:p>
      <w:pPr>
        <w:spacing w:before="80" w:after="80"/>
        <w:jc w:val="center"/>
      </w:pPr>
      <w:r>
        <w:drawing>
          <wp:inline xmlns:a="http://schemas.openxmlformats.org/drawingml/2006/main" xmlns:pic="http://schemas.openxmlformats.org/drawingml/2006/picture">
            <wp:extent cx="1585159" cy="1585159"/>
            <wp:docPr id="7" name="Picture 7"/>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585159" cy="1585159"/>
                    </a:xfrm>
                    <a:prstGeom prst="rect"/>
                  </pic:spPr>
                </pic:pic>
              </a:graphicData>
            </a:graphic>
          </wp:inline>
        </w:drawing>
      </w:r>
    </w:p>
    <w:p>
      <w:pPr>
        <w:spacing w:before="0" w:after="120" w:line="300" w:lineRule="auto"/>
      </w:pPr>
      <w:r>
        <w:rPr>
          <w:rFonts w:ascii="Times New Roman" w:hAnsi="Times New Roman" w:eastAsia="宋体"/>
          <w:b w:val="0"/>
          <w:i w:val="0"/>
          <w:sz w:val="21"/>
        </w:rPr>
        <w:t>（A）√(a/b)　　（B）a/b　　（C）a²/b²　　（D）a+b/2b　　（E）a²+2ab/b²+2ab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shown is the union of a circle and two semicircles of diameters a and b, all of whose centers are collinear. The ratio of the area of the shaded region to that of the unshaded region is</w:t>
      </w:r>
    </w:p>
    <w:p>
      <w:pPr>
        <w:spacing w:before="80" w:after="80"/>
        <w:jc w:val="center"/>
      </w:pPr>
      <w:r>
        <w:drawing>
          <wp:inline xmlns:a="http://schemas.openxmlformats.org/drawingml/2006/main" xmlns:pic="http://schemas.openxmlformats.org/drawingml/2006/picture">
            <wp:extent cx="1585159" cy="1585159"/>
            <wp:docPr id="8" name="Picture 8"/>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585159" cy="1585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√(a/b)　　(B) a/b　　(C) a²/b²　　(D) a+b/2b　　(E) a²+2ab/b²+2ab</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函数 f(x) 具有以下两个性质：</w:t>
      </w:r>
    </w:p>
    <w:p>
      <w:pPr>
        <w:spacing w:before="0" w:after="80" w:line="300" w:lineRule="auto"/>
        <w:jc w:val="left"/>
      </w:pPr>
      <w:r>
        <w:rPr>
          <w:rFonts w:ascii="Times New Roman" w:hAnsi="Times New Roman" w:eastAsia="宋体"/>
          <w:b w:val="0"/>
          <w:i w:val="0"/>
          <w:sz w:val="21"/>
        </w:rPr>
        <w:t>（a）对于任意两个实数 x 和 y，f(x+y)=x+f(y)；</w:t>
      </w:r>
    </w:p>
    <w:p>
      <w:pPr>
        <w:spacing w:before="0" w:after="80" w:line="300" w:lineRule="auto"/>
        <w:jc w:val="left"/>
      </w:pPr>
      <w:r>
        <w:rPr>
          <w:rFonts w:ascii="Times New Roman" w:hAnsi="Times New Roman" w:eastAsia="宋体"/>
          <w:b w:val="0"/>
          <w:i w:val="0"/>
          <w:sz w:val="21"/>
        </w:rPr>
        <w:t>（b）f(0)=2。</w:t>
      </w:r>
    </w:p>
    <w:p>
      <w:pPr>
        <w:spacing w:before="0" w:after="80" w:line="300" w:lineRule="auto"/>
        <w:jc w:val="left"/>
      </w:pPr>
      <w:r>
        <w:rPr>
          <w:rFonts w:ascii="Times New Roman" w:hAnsi="Times New Roman" w:eastAsia="宋体"/>
          <w:b w:val="0"/>
          <w:i w:val="0"/>
          <w:sz w:val="21"/>
        </w:rPr>
        <w:t>求 f(1998) 的值。</w:t>
      </w:r>
    </w:p>
    <w:p>
      <w:pPr>
        <w:spacing w:before="0" w:after="120" w:line="300" w:lineRule="auto"/>
      </w:pPr>
      <w:r>
        <w:rPr>
          <w:rFonts w:ascii="Times New Roman" w:hAnsi="Times New Roman" w:eastAsia="宋体"/>
          <w:b w:val="0"/>
          <w:i w:val="0"/>
          <w:sz w:val="21"/>
        </w:rPr>
        <w:t>（A）0　　（B）2　　（C）1996　　（D）1998　　（E）2000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 be a function with the two properties:</w:t>
      </w:r>
    </w:p>
    <w:p>
      <w:pPr>
        <w:spacing w:before="0" w:after="80" w:line="300" w:lineRule="auto"/>
        <w:jc w:val="left"/>
      </w:pPr>
      <w:r>
        <w:rPr>
          <w:rFonts w:ascii="Times New Roman" w:hAnsi="Times New Roman" w:eastAsia="宋体"/>
          <w:b w:val="0"/>
          <w:i w:val="0"/>
          <w:color w:val="333333"/>
          <w:sz w:val="19"/>
        </w:rPr>
        <w:t>(a) for any two real numbers x and y, f(x+y)=x+f(y), and</w:t>
      </w:r>
    </w:p>
    <w:p>
      <w:pPr>
        <w:spacing w:before="0" w:after="80" w:line="300" w:lineRule="auto"/>
        <w:jc w:val="left"/>
      </w:pPr>
      <w:r>
        <w:rPr>
          <w:rFonts w:ascii="Times New Roman" w:hAnsi="Times New Roman" w:eastAsia="宋体"/>
          <w:b w:val="0"/>
          <w:i w:val="0"/>
          <w:color w:val="333333"/>
          <w:sz w:val="19"/>
        </w:rPr>
        <w:t>(b) f(0)=2.</w:t>
      </w:r>
    </w:p>
    <w:p>
      <w:pPr>
        <w:spacing w:before="0" w:after="80" w:line="300" w:lineRule="auto"/>
        <w:jc w:val="left"/>
      </w:pPr>
      <w:r>
        <w:rPr>
          <w:rFonts w:ascii="Times New Roman" w:hAnsi="Times New Roman" w:eastAsia="宋体"/>
          <w:b w:val="0"/>
          <w:i w:val="0"/>
          <w:color w:val="333333"/>
          <w:sz w:val="19"/>
        </w:rPr>
        <w:t>What is the value of f(1998)?</w:t>
      </w:r>
    </w:p>
    <w:p>
      <w:pPr>
        <w:spacing w:before="0" w:after="160" w:line="300" w:lineRule="auto"/>
      </w:pPr>
      <w:r>
        <w:rPr>
          <w:rFonts w:ascii="Times New Roman" w:hAnsi="Times New Roman" w:eastAsia="宋体"/>
          <w:b w:val="0"/>
          <w:i w:val="0"/>
          <w:color w:val="333333"/>
          <w:sz w:val="19"/>
        </w:rPr>
        <w:t>(A) 0　　(B) 2　　(C) 1996　　(D) 1998　　(E) 2000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一个体积为 A 的直圆锥、一个体积为 M 的直圆柱和一个体积为 C 的球具有相同半径，而且圆锥和圆柱的共同高度等于球的直径。则</w:t>
      </w:r>
    </w:p>
    <w:p>
      <w:pPr>
        <w:spacing w:before="0" w:after="120" w:line="300" w:lineRule="auto"/>
      </w:pPr>
      <w:r>
        <w:rPr>
          <w:rFonts w:ascii="Times New Roman" w:hAnsi="Times New Roman" w:eastAsia="宋体"/>
          <w:b w:val="0"/>
          <w:i w:val="0"/>
          <w:sz w:val="21"/>
        </w:rPr>
        <w:t>（A）A-M+C=0　　（B）A+M=C　　（C）2A=M+C　　（D）A²-M²+C²=0　　（E）2A+2M=3C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circular cone of volume A, a right circular cylinder of volume M, and a sphere of volume C all have the same radius, and the common height of the cone and the cylinder is equal to the diameter of the sphere. Then</w:t>
      </w:r>
    </w:p>
    <w:p>
      <w:pPr>
        <w:spacing w:before="0" w:after="160" w:line="300" w:lineRule="auto"/>
      </w:pPr>
      <w:r>
        <w:rPr>
          <w:rFonts w:ascii="Times New Roman" w:hAnsi="Times New Roman" w:eastAsia="宋体"/>
          <w:b w:val="0"/>
          <w:i w:val="0"/>
          <w:color w:val="333333"/>
          <w:sz w:val="19"/>
        </w:rPr>
        <w:t>(A) A-M+C=0　　(B) A+M=C　　(C) 2A=M+C　　(D) A²-M²+C²=0　　(E) 2A+2M=3C</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有多少个三角形的面积为 10，且其三个顶点分别为 (-5,0)、(5,0) 和 (5cosθ,5sinθ)，其中 θ 是某个角？</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triangles have area 10 and vertices at (-5,0), (5,0), and (5cosθ,5sinθ) for some angle θ?</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三张牌背面朝上放在桌上，每张牌上写着一个正整数。凯西、斯泰西和特蕾西得知：</w:t>
      </w:r>
    </w:p>
    <w:p>
      <w:pPr>
        <w:spacing w:before="0" w:after="80" w:line="300" w:lineRule="auto"/>
        <w:jc w:val="left"/>
      </w:pPr>
      <w:r>
        <w:rPr>
          <w:rFonts w:ascii="Times New Roman" w:hAnsi="Times New Roman" w:eastAsia="宋体"/>
          <w:b w:val="0"/>
          <w:i w:val="0"/>
          <w:sz w:val="21"/>
        </w:rPr>
        <w:t>（a）三个数互不相同；</w:t>
      </w:r>
    </w:p>
    <w:p>
      <w:pPr>
        <w:spacing w:before="0" w:after="80" w:line="300" w:lineRule="auto"/>
        <w:jc w:val="left"/>
      </w:pPr>
      <w:r>
        <w:rPr>
          <w:rFonts w:ascii="Times New Roman" w:hAnsi="Times New Roman" w:eastAsia="宋体"/>
          <w:b w:val="0"/>
          <w:i w:val="0"/>
          <w:sz w:val="21"/>
        </w:rPr>
        <w:t>（b）三个数的和为 13；</w:t>
      </w:r>
    </w:p>
    <w:p>
      <w:pPr>
        <w:spacing w:before="0" w:after="80" w:line="300" w:lineRule="auto"/>
        <w:jc w:val="left"/>
      </w:pPr>
      <w:r>
        <w:rPr>
          <w:rFonts w:ascii="Times New Roman" w:hAnsi="Times New Roman" w:eastAsia="宋体"/>
          <w:b w:val="0"/>
          <w:i w:val="0"/>
          <w:sz w:val="21"/>
        </w:rPr>
        <w:t>（c）三个数从左到右递增。</w:t>
      </w:r>
    </w:p>
    <w:p>
      <w:pPr>
        <w:spacing w:before="0" w:after="80" w:line="300" w:lineRule="auto"/>
        <w:jc w:val="left"/>
      </w:pPr>
      <w:r>
        <w:rPr>
          <w:rFonts w:ascii="Times New Roman" w:hAnsi="Times New Roman" w:eastAsia="宋体"/>
          <w:b w:val="0"/>
          <w:i w:val="0"/>
          <w:sz w:val="21"/>
        </w:rPr>
        <w:t>首先，凯西看了最左边牌上的数，说：“我没有足够的信息确定另外两个数。”接着，特蕾西看了最右边牌上的数，说：“我没有足够的信息确定另外两个数。”最后，斯泰西看了中间牌上的数，说：“我没有足够的信息确定另外两个数。”假设每个人都知道另外两人能够进行完全正确的推理，而且都听到了他们的发言。中间牌上的数是多少？</w:t>
      </w:r>
    </w:p>
    <w:p>
      <w:pPr>
        <w:spacing w:before="0" w:after="120" w:line="300" w:lineRule="auto"/>
      </w:pPr>
      <w:r>
        <w:rPr>
          <w:rFonts w:ascii="Times New Roman" w:hAnsi="Times New Roman" w:eastAsia="宋体"/>
          <w:b w:val="0"/>
          <w:i w:val="0"/>
          <w:sz w:val="21"/>
        </w:rPr>
        <w:t>（A）2　　（B）3　　（C）4　　（D）5　　（E）没有足够的信息确定这个数。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cards, each with a positive integer written on it, are lying face-down on a table. Casey, Stacy, and Tracy are told that</w:t>
      </w:r>
    </w:p>
    <w:p>
      <w:pPr>
        <w:spacing w:before="0" w:after="80" w:line="300" w:lineRule="auto"/>
        <w:jc w:val="left"/>
      </w:pPr>
      <w:r>
        <w:rPr>
          <w:rFonts w:ascii="Times New Roman" w:hAnsi="Times New Roman" w:eastAsia="宋体"/>
          <w:b w:val="0"/>
          <w:i w:val="0"/>
          <w:color w:val="333333"/>
          <w:sz w:val="19"/>
        </w:rPr>
        <w:t>(a) the numbers are all different,</w:t>
      </w:r>
    </w:p>
    <w:p>
      <w:pPr>
        <w:spacing w:before="0" w:after="80" w:line="300" w:lineRule="auto"/>
        <w:jc w:val="left"/>
      </w:pPr>
      <w:r>
        <w:rPr>
          <w:rFonts w:ascii="Times New Roman" w:hAnsi="Times New Roman" w:eastAsia="宋体"/>
          <w:b w:val="0"/>
          <w:i w:val="0"/>
          <w:color w:val="333333"/>
          <w:sz w:val="19"/>
        </w:rPr>
        <w:t>(b) they sum to 13, and</w:t>
      </w:r>
    </w:p>
    <w:p>
      <w:pPr>
        <w:spacing w:before="0" w:after="80" w:line="300" w:lineRule="auto"/>
        <w:jc w:val="left"/>
      </w:pPr>
      <w:r>
        <w:rPr>
          <w:rFonts w:ascii="Times New Roman" w:hAnsi="Times New Roman" w:eastAsia="宋体"/>
          <w:b w:val="0"/>
          <w:i w:val="0"/>
          <w:color w:val="333333"/>
          <w:sz w:val="19"/>
        </w:rPr>
        <w:t>(c) they are in increasing order, left to right.</w:t>
      </w:r>
    </w:p>
    <w:p>
      <w:pPr>
        <w:spacing w:before="0" w:after="80" w:line="300" w:lineRule="auto"/>
        <w:jc w:val="left"/>
      </w:pPr>
      <w:r>
        <w:rPr>
          <w:rFonts w:ascii="Times New Roman" w:hAnsi="Times New Roman" w:eastAsia="宋体"/>
          <w:b w:val="0"/>
          <w:i w:val="0"/>
          <w:color w:val="333333"/>
          <w:sz w:val="19"/>
        </w:rPr>
        <w:t>First, Casey looks at the number on the leftmost card and says, “I don’t have enough information to determine the other two numbers.” Then Tracy looks at the number on the rightmost card and says, “I don’t have enough information to determine the other two numbers.” Finally, Stacy looks at the number on the middle card and says, “I don’t have enough information to determine the other two numbers.” Assume that each person knows that the other two reason perfectly and hears their comments. What number is on the middle card?</w:t>
      </w:r>
    </w:p>
    <w:p>
      <w:pPr>
        <w:spacing w:before="0" w:after="160" w:line="300" w:lineRule="auto"/>
      </w:pPr>
      <w:r>
        <w:rPr>
          <w:rFonts w:ascii="Times New Roman" w:hAnsi="Times New Roman" w:eastAsia="宋体"/>
          <w:b w:val="0"/>
          <w:i w:val="0"/>
          <w:color w:val="333333"/>
          <w:sz w:val="19"/>
        </w:rPr>
        <w:t>(A) 2　　(B) 3　　(C) 4　　(D) 5　　(E) There is not enough information to determine the number.</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在一场全程 h 米的赛跑中，桑妮到达终点时正好领先温迪 d 米。两人下次比赛时，桑妮公平地从温迪后方 d 米处出发，而温迪在起跑线上。两人的匀速与第一次比赛时各自的速度相同。桑妮完成第二次比赛时领先多少米？</w:t>
      </w:r>
    </w:p>
    <w:p>
      <w:pPr>
        <w:spacing w:before="0" w:after="120" w:line="300" w:lineRule="auto"/>
      </w:pPr>
      <w:r>
        <w:rPr>
          <w:rFonts w:ascii="Times New Roman" w:hAnsi="Times New Roman" w:eastAsia="宋体"/>
          <w:b w:val="0"/>
          <w:i w:val="0"/>
          <w:sz w:val="21"/>
        </w:rPr>
        <w:t>（A）d/h　　（B）0　　（C）d²/h　　（D）h²/d　　（E）d²/h-d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h-meter race, Sunny is exactly d meters ahead of Windy when Sunny finishes the race. The next time they race, Sunny sportingly starts d meters behind Windy, who is at the starting line. Both runners run at the same constant speed as they did in the first race. How many meters ahead is Sunny when Sunny finishes the second race?</w:t>
      </w:r>
    </w:p>
    <w:p>
      <w:pPr>
        <w:spacing w:before="0" w:after="160" w:line="300" w:lineRule="auto"/>
      </w:pPr>
      <w:r>
        <w:rPr>
          <w:rFonts w:ascii="Times New Roman" w:hAnsi="Times New Roman" w:eastAsia="宋体"/>
          <w:b w:val="0"/>
          <w:i w:val="0"/>
          <w:color w:val="333333"/>
          <w:sz w:val="19"/>
        </w:rPr>
        <w:t>(A) d/h　　(B) 0　　(C) d²/h　　(D) h²/d　　(E) d²/h-d</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1/(log₂ 100!)+1/(log₃ 100!)</w:t>
      </w:r>
    </w:p>
    <w:p>
      <w:pPr>
        <w:spacing w:before="0" w:after="80" w:line="300" w:lineRule="auto"/>
        <w:jc w:val="left"/>
      </w:pPr>
      <w:r>
        <w:rPr>
          <w:rFonts w:ascii="Times New Roman" w:hAnsi="Times New Roman" w:eastAsia="宋体"/>
          <w:b w:val="0"/>
          <w:i w:val="0"/>
          <w:sz w:val="21"/>
        </w:rPr>
        <w:t>+1/(log₄ 100!)+⋯</w:t>
      </w:r>
    </w:p>
    <w:p>
      <w:pPr>
        <w:spacing w:before="0" w:after="80" w:line="300" w:lineRule="auto"/>
        <w:jc w:val="left"/>
      </w:pPr>
      <w:r>
        <w:rPr>
          <w:rFonts w:ascii="Times New Roman" w:hAnsi="Times New Roman" w:eastAsia="宋体"/>
          <w:b w:val="0"/>
          <w:i w:val="0"/>
          <w:sz w:val="21"/>
        </w:rPr>
        <w:t>+1/(log₁₀₀100!)？</w:t>
      </w:r>
    </w:p>
    <w:p>
      <w:pPr>
        <w:spacing w:before="0" w:after="120" w:line="300" w:lineRule="auto"/>
      </w:pPr>
      <w:r>
        <w:rPr>
          <w:rFonts w:ascii="Times New Roman" w:hAnsi="Times New Roman" w:eastAsia="宋体"/>
          <w:b w:val="0"/>
          <w:i w:val="0"/>
          <w:sz w:val="21"/>
        </w:rPr>
        <w:t>（A）0.01　　（B）0.1　　（C）1　　（D）2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expression</w:t>
      </w:r>
    </w:p>
    <w:p>
      <w:pPr>
        <w:spacing w:before="0" w:after="80" w:line="300" w:lineRule="auto"/>
        <w:jc w:val="left"/>
      </w:pPr>
      <w:r>
        <w:rPr>
          <w:rFonts w:ascii="Times New Roman" w:hAnsi="Times New Roman" w:eastAsia="宋体"/>
          <w:b w:val="0"/>
          <w:i w:val="0"/>
          <w:color w:val="333333"/>
          <w:sz w:val="19"/>
        </w:rPr>
        <w:t>1/(log₂ 100!)+1/(log₃ 100!)</w:t>
      </w:r>
    </w:p>
    <w:p>
      <w:pPr>
        <w:spacing w:before="0" w:after="80" w:line="300" w:lineRule="auto"/>
        <w:jc w:val="left"/>
      </w:pPr>
      <w:r>
        <w:rPr>
          <w:rFonts w:ascii="Times New Roman" w:hAnsi="Times New Roman" w:eastAsia="宋体"/>
          <w:b w:val="0"/>
          <w:i w:val="0"/>
          <w:color w:val="333333"/>
          <w:sz w:val="19"/>
        </w:rPr>
        <w:t>+1/(log₄ 100!)+⋯</w:t>
      </w:r>
    </w:p>
    <w:p>
      <w:pPr>
        <w:spacing w:before="0" w:after="80" w:line="300" w:lineRule="auto"/>
        <w:jc w:val="left"/>
      </w:pPr>
      <w:r>
        <w:rPr>
          <w:rFonts w:ascii="Times New Roman" w:hAnsi="Times New Roman" w:eastAsia="宋体"/>
          <w:b w:val="0"/>
          <w:i w:val="0"/>
          <w:color w:val="333333"/>
          <w:sz w:val="19"/>
        </w:rPr>
        <w:t>+1/(log₁₀₀100!)?</w:t>
      </w:r>
    </w:p>
    <w:p>
      <w:pPr>
        <w:spacing w:before="0" w:after="160" w:line="300" w:lineRule="auto"/>
      </w:pPr>
      <w:r>
        <w:rPr>
          <w:rFonts w:ascii="Times New Roman" w:hAnsi="Times New Roman" w:eastAsia="宋体"/>
          <w:b w:val="0"/>
          <w:i w:val="0"/>
          <w:color w:val="333333"/>
          <w:sz w:val="19"/>
        </w:rPr>
        <w:t>(A) 0.01　　(B) 0.1　　(C) 1　　(D) 2　　(E) 10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图像 x²+y²=4+12x+6y 与 x²+y²=k+4x+12y 在 k 满足 a≤ k≤ b 时相交，并且对其他 k 值均不相交。求 b-a。</w:t>
      </w:r>
    </w:p>
    <w:p>
      <w:pPr>
        <w:spacing w:before="0" w:after="120" w:line="300" w:lineRule="auto"/>
      </w:pPr>
      <w:r>
        <w:rPr>
          <w:rFonts w:ascii="Times New Roman" w:hAnsi="Times New Roman" w:eastAsia="宋体"/>
          <w:b w:val="0"/>
          <w:i w:val="0"/>
          <w:sz w:val="21"/>
        </w:rPr>
        <w:t>（A）5　　（B）68　　（C）104　　（D）140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graphs of x²+y²=4+12x+6y and x²+y²=k+4x+12y intersect when k satisfies a≤ k≤ b, and for no other values of k. Find b-a.</w:t>
      </w:r>
    </w:p>
    <w:p>
      <w:pPr>
        <w:spacing w:before="0" w:after="160" w:line="300" w:lineRule="auto"/>
      </w:pPr>
      <w:r>
        <w:rPr>
          <w:rFonts w:ascii="Times New Roman" w:hAnsi="Times New Roman" w:eastAsia="宋体"/>
          <w:b w:val="0"/>
          <w:i w:val="0"/>
          <w:color w:val="333333"/>
          <w:sz w:val="19"/>
        </w:rPr>
        <w:t>(A) 5　　(B) 68　　(C) 104　　(D) 140　　(E) 144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若一个 7 位电话号码 d₁d₂d₃-d₄d₅d₆d₇ 的前三位序列 d₁d₂d₃ 与序列 d₄d₅d₆ 或 d₅d₆d₇ 完全相同（也可能两者都相同），则称它是</w:t>
      </w:r>
      <w:r>
        <w:rPr>
          <w:rFonts w:ascii="Times New Roman" w:hAnsi="Times New Roman" w:eastAsia="宋体"/>
          <w:b w:val="0"/>
          <w:i/>
          <w:sz w:val="21"/>
        </w:rPr>
        <w:t>易记的</w:t>
      </w:r>
      <w:r>
        <w:rPr>
          <w:rFonts w:ascii="Times New Roman" w:hAnsi="Times New Roman" w:eastAsia="宋体"/>
          <w:b w:val="0"/>
          <w:i w:val="0"/>
          <w:sz w:val="21"/>
        </w:rPr>
        <w:t>。假设每个 dᵢ 都可以是十进制数字 0、1、2、…、9 中的任意一个，则不同的易记电话号码共有</w:t>
      </w:r>
    </w:p>
    <w:p>
      <w:pPr>
        <w:spacing w:before="0" w:after="120" w:line="300" w:lineRule="auto"/>
      </w:pPr>
      <w:r>
        <w:rPr>
          <w:rFonts w:ascii="Times New Roman" w:hAnsi="Times New Roman" w:eastAsia="宋体"/>
          <w:b w:val="0"/>
          <w:i w:val="0"/>
          <w:sz w:val="21"/>
        </w:rPr>
        <w:t>（A）19,810　　（B）19,910　　（C）19,990　　（D）20,000　　（E）20,100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7-digit telephone number d₁d₂d₃-d₄d₅d₆d₇</w:t>
      </w:r>
      <w:r>
        <w:rPr>
          <w:rFonts w:ascii="Times New Roman" w:hAnsi="Times New Roman" w:eastAsia="宋体"/>
          <w:b w:val="0"/>
          <w:i/>
          <w:color w:val="333333"/>
          <w:sz w:val="19"/>
        </w:rPr>
        <w:t>memorable</w:t>
      </w:r>
      <w:r>
        <w:rPr>
          <w:rFonts w:ascii="Times New Roman" w:hAnsi="Times New Roman" w:eastAsia="宋体"/>
          <w:b w:val="0"/>
          <w:i w:val="0"/>
          <w:color w:val="333333"/>
          <w:sz w:val="19"/>
        </w:rPr>
        <w:t>if the prefix sequence d₁d₂d₃ is exactly the same as either of the sequences d₄d₅d₆ or d₅d₆d₇ (possibly both). Assuming that each dᵢ can be any of the ten decimal digits 0, 1, 2, …, 9, the number of different memorable telephone numbers is</w:t>
      </w:r>
    </w:p>
    <w:p>
      <w:pPr>
        <w:spacing w:before="0" w:after="160" w:line="300" w:lineRule="auto"/>
      </w:pPr>
      <w:r>
        <w:rPr>
          <w:rFonts w:ascii="Times New Roman" w:hAnsi="Times New Roman" w:eastAsia="宋体"/>
          <w:b w:val="0"/>
          <w:i w:val="0"/>
          <w:color w:val="333333"/>
          <w:sz w:val="19"/>
        </w:rPr>
        <w:t>(A) 19,810　　(B) 19,910　　(C) 19,990　　(D) 20,000　　(E) 20,100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把一张方格纸折叠一次，使 (0,2) 与 (4,0) 重合，并使 (7,3) 与 (m,n) 重合。求 m+n。</w:t>
      </w:r>
    </w:p>
    <w:p>
      <w:pPr>
        <w:spacing w:before="0" w:after="120" w:line="300" w:lineRule="auto"/>
      </w:pPr>
      <w:r>
        <w:rPr>
          <w:rFonts w:ascii="Times New Roman" w:hAnsi="Times New Roman" w:eastAsia="宋体"/>
          <w:b w:val="0"/>
          <w:i w:val="0"/>
          <w:sz w:val="21"/>
        </w:rPr>
        <w:t>（A）6.7　　（B）6.8　　（C）6.9　　（D）7.0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piece of graph paper is folded once so that (0,2) is matched with (4,0), and (7,3) is matched with (m,n). Find m+n.</w:t>
      </w:r>
    </w:p>
    <w:p>
      <w:pPr>
        <w:spacing w:before="0" w:after="160" w:line="300" w:lineRule="auto"/>
      </w:pPr>
      <w:r>
        <w:rPr>
          <w:rFonts w:ascii="Times New Roman" w:hAnsi="Times New Roman" w:eastAsia="宋体"/>
          <w:b w:val="0"/>
          <w:i w:val="0"/>
          <w:color w:val="333333"/>
          <w:sz w:val="19"/>
        </w:rPr>
        <w:t>(A) 6.7　　(B) 6.8　　(C) 6.9　　(D) 7.0　　(E) 8.0</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在四边形 ABCD 中，已知 ∠ A=120°，角 B 和角 D 均为直角，AB=13，且 AD=46。则 AC=</w:t>
      </w:r>
    </w:p>
    <w:p>
      <w:pPr>
        <w:spacing w:before="0" w:after="120" w:line="300" w:lineRule="auto"/>
      </w:pPr>
      <w:r>
        <w:rPr>
          <w:rFonts w:ascii="Times New Roman" w:hAnsi="Times New Roman" w:eastAsia="宋体"/>
          <w:b w:val="0"/>
          <w:i w:val="0"/>
          <w:sz w:val="21"/>
        </w:rPr>
        <w:t>（A）60　　（B）62　　（C）64　　（D）65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quadrilateral ABCD, it is given that ∠ A=120°, angles B and D are right angles, AB=13, and AD=46. Then AC=</w:t>
      </w:r>
    </w:p>
    <w:p>
      <w:pPr>
        <w:spacing w:before="0" w:after="160" w:line="300" w:lineRule="auto"/>
      </w:pPr>
      <w:r>
        <w:rPr>
          <w:rFonts w:ascii="Times New Roman" w:hAnsi="Times New Roman" w:eastAsia="宋体"/>
          <w:b w:val="0"/>
          <w:i w:val="0"/>
          <w:color w:val="333333"/>
          <w:sz w:val="19"/>
        </w:rPr>
        <w:t>(A) 60　　(B) 62　　(C) 64　　(D) 65　　(E) 72</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 9×9×9 的大立方体由二十七个 3×3×3 的小立方体组成。按如下方式给大立方体“打隧道”：首先，如图所示，移除构成每个面中心的六个 3×3×3 小立方体以及正中心的一个 3×3×3 小立方体。其次，对剩余二十个 3×3×3 小立方体逐个进行同样的操作，即移除各面中心的单位立方体以及正中心的单位立方体。最终图形的表面积为</w:t>
      </w:r>
    </w:p>
    <w:p>
      <w:pPr>
        <w:spacing w:before="80" w:after="80"/>
        <w:jc w:val="center"/>
      </w:pPr>
      <w:r>
        <w:drawing>
          <wp:inline xmlns:a="http://schemas.openxmlformats.org/drawingml/2006/main" xmlns:pic="http://schemas.openxmlformats.org/drawingml/2006/picture">
            <wp:extent cx="922417" cy="772081"/>
            <wp:docPr id="9" name="Picture 9"/>
            <wp:cNvGraphicFramePr>
              <a:graphicFrameLocks noChangeAspect="1"/>
            </wp:cNvGraphicFramePr>
            <a:graphic>
              <a:graphicData uri="http://schemas.openxmlformats.org/drawingml/2006/picture">
                <pic:pic>
                  <pic:nvPicPr>
                    <pic:cNvPr id="0" name="q27-1@300dpi.png"/>
                    <pic:cNvPicPr/>
                  </pic:nvPicPr>
                  <pic:blipFill>
                    <a:blip r:embed="rId13"/>
                    <a:stretch>
                      <a:fillRect/>
                    </a:stretch>
                  </pic:blipFill>
                  <pic:spPr>
                    <a:xfrm>
                      <a:off x="0" y="0"/>
                      <a:ext cx="922417" cy="772081"/>
                    </a:xfrm>
                    <a:prstGeom prst="rect"/>
                  </pic:spPr>
                </pic:pic>
              </a:graphicData>
            </a:graphic>
          </wp:inline>
        </w:drawing>
      </w:r>
    </w:p>
    <w:p>
      <w:pPr>
        <w:spacing w:before="0" w:after="120" w:line="300" w:lineRule="auto"/>
      </w:pPr>
      <w:r>
        <w:rPr>
          <w:rFonts w:ascii="Times New Roman" w:hAnsi="Times New Roman" w:eastAsia="宋体"/>
          <w:b w:val="0"/>
          <w:i w:val="0"/>
          <w:sz w:val="21"/>
        </w:rPr>
        <w:t>（A）384　　（B）729　　（C）864　　（D）1024　　（E）1056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9×9×9 cube is composed of twenty-seven 3×3×3 cubes. The big cube is “tunneled” as follows: First, the six 3×3×3 cubes which make up the center of each face as well as the center 3×3×3 cube are removed as shown. Second, each of the twenty remaining 3×3×3 cubes is diminished in the same way. That is, the center facial unit cubes as well as each center cube are removed. The surface area of the final figure is</w:t>
      </w:r>
    </w:p>
    <w:p>
      <w:pPr>
        <w:spacing w:before="80" w:after="80"/>
        <w:jc w:val="center"/>
      </w:pPr>
      <w:r>
        <w:drawing>
          <wp:inline xmlns:a="http://schemas.openxmlformats.org/drawingml/2006/main" xmlns:pic="http://schemas.openxmlformats.org/drawingml/2006/picture">
            <wp:extent cx="922417" cy="772081"/>
            <wp:docPr id="10" name="Picture 10"/>
            <wp:cNvGraphicFramePr>
              <a:graphicFrameLocks noChangeAspect="1"/>
            </wp:cNvGraphicFramePr>
            <a:graphic>
              <a:graphicData uri="http://schemas.openxmlformats.org/drawingml/2006/picture">
                <pic:pic>
                  <pic:nvPicPr>
                    <pic:cNvPr id="0" name="q27-1@300dpi.png"/>
                    <pic:cNvPicPr/>
                  </pic:nvPicPr>
                  <pic:blipFill>
                    <a:blip r:embed="rId13"/>
                    <a:stretch>
                      <a:fillRect/>
                    </a:stretch>
                  </pic:blipFill>
                  <pic:spPr>
                    <a:xfrm>
                      <a:off x="0" y="0"/>
                      <a:ext cx="922417" cy="77208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384　　(B) 729　　(C) 864　　(D) 1024　　(E) 1056</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在三角形 ABC 中，角 C 是直角且 CB&gt; CA。点 D 位于 BC 上，使得角 CAD 是角 DAB 的两倍。若 AC/AD=2/3，则 CD/BD=m/n，其中 m 和 n 是互质正整数。求 m+n。</w:t>
      </w:r>
    </w:p>
    <w:p>
      <w:pPr>
        <w:spacing w:before="0" w:after="120" w:line="300" w:lineRule="auto"/>
      </w:pPr>
      <w:r>
        <w:rPr>
          <w:rFonts w:ascii="Times New Roman" w:hAnsi="Times New Roman" w:eastAsia="宋体"/>
          <w:b w:val="0"/>
          <w:i w:val="0"/>
          <w:sz w:val="21"/>
        </w:rPr>
        <w:t>（A）10　　（B）14　　（C）18　　（D）22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angle C is a right angle and CB&gt; CA. Point D is located on BC so that angle CAD is twice angle DAB. If AC/AD=2/3, then CD/BD=m/n, where m and n are relatively prime positive integers. Find m+n.</w:t>
      </w:r>
    </w:p>
    <w:p>
      <w:pPr>
        <w:spacing w:before="0" w:after="160" w:line="300" w:lineRule="auto"/>
      </w:pPr>
      <w:r>
        <w:rPr>
          <w:rFonts w:ascii="Times New Roman" w:hAnsi="Times New Roman" w:eastAsia="宋体"/>
          <w:b w:val="0"/>
          <w:i w:val="0"/>
          <w:color w:val="333333"/>
          <w:sz w:val="19"/>
        </w:rPr>
        <w:t>(A) 10　　(B) 14　　(C) 18　　(D) 22　　(E) 26</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若平面上的点 (x,y) 的两个坐标 x 和 y 都是整数，则称它为</w:t>
      </w:r>
      <w:r>
        <w:rPr>
          <w:rFonts w:ascii="Times New Roman" w:hAnsi="Times New Roman" w:eastAsia="宋体"/>
          <w:b w:val="0"/>
          <w:i/>
          <w:sz w:val="21"/>
        </w:rPr>
        <w:t>格点</w:t>
      </w:r>
      <w:r>
        <w:rPr>
          <w:rFonts w:ascii="Times New Roman" w:hAnsi="Times New Roman" w:eastAsia="宋体"/>
          <w:b w:val="0"/>
          <w:i w:val="0"/>
          <w:sz w:val="21"/>
        </w:rPr>
        <w:t>。内部恰好含三个格点的最大正方形，其面积最接近</w:t>
      </w:r>
    </w:p>
    <w:p>
      <w:pPr>
        <w:spacing w:before="0" w:after="120" w:line="300" w:lineRule="auto"/>
      </w:pPr>
      <w:r>
        <w:rPr>
          <w:rFonts w:ascii="Times New Roman" w:hAnsi="Times New Roman" w:eastAsia="宋体"/>
          <w:b w:val="0"/>
          <w:i w:val="0"/>
          <w:sz w:val="21"/>
        </w:rPr>
        <w:t>（A）4.0　　（B）4.2　　（C）4.5　　（D）5.0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(x,y) in the plane is called a</w:t>
      </w:r>
      <w:r>
        <w:rPr>
          <w:rFonts w:ascii="Times New Roman" w:hAnsi="Times New Roman" w:eastAsia="宋体"/>
          <w:b w:val="0"/>
          <w:i/>
          <w:color w:val="333333"/>
          <w:sz w:val="19"/>
        </w:rPr>
        <w:t>lattice point</w:t>
      </w:r>
      <w:r>
        <w:rPr>
          <w:rFonts w:ascii="Times New Roman" w:hAnsi="Times New Roman" w:eastAsia="宋体"/>
          <w:b w:val="0"/>
          <w:i w:val="0"/>
          <w:color w:val="333333"/>
          <w:sz w:val="19"/>
        </w:rPr>
        <w:t>if both x and y are integers. The area of the largest square that contains exactly three lattice points in its interior is closest to</w:t>
      </w:r>
    </w:p>
    <w:p>
      <w:pPr>
        <w:spacing w:before="0" w:after="160" w:line="300" w:lineRule="auto"/>
      </w:pPr>
      <w:r>
        <w:rPr>
          <w:rFonts w:ascii="Times New Roman" w:hAnsi="Times New Roman" w:eastAsia="宋体"/>
          <w:b w:val="0"/>
          <w:i w:val="0"/>
          <w:color w:val="333333"/>
          <w:sz w:val="19"/>
        </w:rPr>
        <w:t>(A) 4.0　　(B) 4.2　　(C) 4.5　　(D) 5.0　　(E) 5.6</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对每个正整数 n，定义</w:t>
      </w:r>
    </w:p>
    <w:p>
      <w:pPr>
        <w:spacing w:before="0" w:after="80" w:line="300" w:lineRule="auto"/>
        <w:jc w:val="left"/>
      </w:pPr>
      <w:r>
        <w:rPr>
          <w:rFonts w:ascii="Times New Roman" w:hAnsi="Times New Roman" w:eastAsia="宋体"/>
          <w:b w:val="0"/>
          <w:i w:val="0"/>
          <w:sz w:val="21"/>
        </w:rPr>
        <w:t>aₙ=((n+9)!)/((n-1)!)。</w:t>
      </w:r>
    </w:p>
    <w:p>
      <w:pPr>
        <w:spacing w:before="0" w:after="80" w:line="300" w:lineRule="auto"/>
        <w:jc w:val="left"/>
      </w:pPr>
      <w:r>
        <w:rPr>
          <w:rFonts w:ascii="Times New Roman" w:hAnsi="Times New Roman" w:eastAsia="宋体"/>
          <w:b w:val="0"/>
          <w:i w:val="0"/>
          <w:sz w:val="21"/>
        </w:rPr>
        <w:t>设 k 是使 aₖ 最右端非零数字为奇数的最小正整数。aₖ 最右端的非零数字为</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let</w:t>
      </w:r>
    </w:p>
    <w:p>
      <w:pPr>
        <w:spacing w:before="0" w:after="80" w:line="300" w:lineRule="auto"/>
        <w:jc w:val="left"/>
      </w:pPr>
      <w:r>
        <w:rPr>
          <w:rFonts w:ascii="Times New Roman" w:hAnsi="Times New Roman" w:eastAsia="宋体"/>
          <w:b w:val="0"/>
          <w:i w:val="0"/>
          <w:color w:val="333333"/>
          <w:sz w:val="19"/>
        </w:rPr>
        <w:t>aₙ=((n+9)!)/((n-1)!).</w:t>
      </w:r>
    </w:p>
    <w:p>
      <w:pPr>
        <w:spacing w:before="0" w:after="80" w:line="300" w:lineRule="auto"/>
        <w:jc w:val="left"/>
      </w:pPr>
      <w:r>
        <w:rPr>
          <w:rFonts w:ascii="Times New Roman" w:hAnsi="Times New Roman" w:eastAsia="宋体"/>
          <w:b w:val="0"/>
          <w:i w:val="0"/>
          <w:color w:val="333333"/>
          <w:sz w:val="19"/>
        </w:rPr>
        <w:t>Let k denote the smallest positive integer for which the rightmost nonzero digit of aₖ is odd. The rightmost nonzero digit of aₖ is</w:t>
      </w:r>
    </w:p>
    <w:p>
      <w:pPr>
        <w:spacing w:before="0" w:after="160" w:line="300" w:lineRule="auto"/>
      </w:pPr>
      <w:r>
        <w:rPr>
          <w:rFonts w:ascii="Times New Roman" w:hAnsi="Times New Roman" w:eastAsia="宋体"/>
          <w:b w:val="0"/>
          <w:i w:val="0"/>
          <w:color w:val="333333"/>
          <w:sz w:val="19"/>
        </w:rPr>
        <w:t>(A) 1　　(B) 3　　(C) 5　　(D) 7　　(E) 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E　D　E　C　C　D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A　E　A　C　B　E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C　C　C　D　C　B　B　E</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B　D　E</w:t>
      </w:r>
    </w:p>
    <w:p>
      <w:pPr>
        <w:spacing w:before="0" w:after="200" w:line="300" w:lineRule="auto"/>
      </w:pPr>
      <w:r>
        <w:rPr>
          <w:rFonts w:ascii="Times New Roman" w:hAnsi="Times New Roman" w:eastAsia="宋体"/>
          <w:b w:val="0"/>
          <w:i w:val="0"/>
          <w:color w:val="666666"/>
          <w:sz w:val="18"/>
        </w:rPr>
        <w:t>答案串：EEDECCDDDADAEACBEACCCCDCBBEBDE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位置 II 中长方形的左、右标号必须分别能在另两个长方形的右、左边找到。只有 D 能同时满足，因为它的两个侧边标号为 7 和 4：E 的右边标号为 7，而 A 的左边标号为 4。因此位置 I 中是 E，正确答案是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Position II needs both its left and right labels to occur as right and left labels, respectively, on two other rectangles. Only D, with side labels 7 and 4, permits both matches: E has right label 7, and A has left label 4. Hence position I contains E,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最小的正分母是 0+1=1，再用另两个数字组成的最大分子是 8+9=17。它们的比是整数 17，显然已经最大。因此 A+B=17，正确答案是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positive denominator is 0+1=1, and the greatest numerator using two other digits is 8+9=17. Their ratio is the integer 17, which is plainly maximal. Thus A+B=17, and</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个位给出 12-b=3，所以 b=9。十位中，a-1 必须再借位，而 a-1+10-8=7，所以 a=6。百位于是给出 7-1-4=c=2。因此 a+b+c=6+9+2=17，正确答案是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column gives 12-b=3, so b=9. In the tens column, a-1 must borrow, and a-1+10-8=7, giving a=6. The hundreds column then gives 7-1-4=c=2. Therefore a+b+c=6+9+2=17, so</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三个内层值都是 1：90/90=1,3/3=1，且 15/15=1。所以外层表达式为 [1,1,1]=1+1/1=2。正确答案是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inner value is 1: 90/90=1,3/3=1, and 15/15=1. Thus the outer expression is [1,1,1]=1+1/1=2.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因式分解得 2¹⁹⁹⁵(8-4-2+1)=3·2¹⁹⁹⁵。因此 k=3，正确答案是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 2¹⁹⁹⁵(8-4-2+1)=3·2¹⁹⁹⁵. Hence k=3, so</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因为 1998=2·3³·37，最接近 √(1998) 的因数对是 37·54。它们的差为 54-37=17，正确答案是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1998=2·3³·37, its factor pair nearest √(1998) is 37·54. Their difference is 54-37=17, so</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最内层根式为 N^(1/3)。下一层为 (N· N^(1/3))^(1/3)=N^(4/9)。最外层为 (N· N^(4/9))^(1/3)=N^(13/27)。所以正确答案是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innermost radical is N^(1/3). The next is (N· N^(1/3))^(1/3)=N^(4/9). The outermost is (N· N^(4/9))^(1/3)=N^(13/27). Thus</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每个梯形的面积为 1/3。它的高为 1/2，两条平行边长为 x 和 1/2。因此</w:t>
      </w:r>
    </w:p>
    <w:p>
      <w:pPr>
        <w:spacing w:before="0" w:after="80" w:line="300" w:lineRule="auto"/>
        <w:jc w:val="left"/>
      </w:pPr>
      <w:r>
        <w:rPr>
          <w:rFonts w:ascii="Times New Roman" w:hAnsi="Times New Roman" w:eastAsia="宋体"/>
          <w:b w:val="0"/>
          <w:i w:val="0"/>
          <w:sz w:val="21"/>
        </w:rPr>
        <w:t>1/2·1/2(x+1/2)=1/3，</w:t>
      </w:r>
    </w:p>
    <w:p>
      <w:pPr>
        <w:spacing w:before="0" w:after="80" w:line="300" w:lineRule="auto"/>
        <w:jc w:val="left"/>
      </w:pPr>
      <w:r>
        <w:rPr>
          <w:rFonts w:ascii="Times New Roman" w:hAnsi="Times New Roman" w:eastAsia="宋体"/>
          <w:b w:val="0"/>
          <w:i w:val="0"/>
          <w:sz w:val="21"/>
        </w:rPr>
        <w:t>解得 x=5/6。所以正确答案是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trapezoid has area 1/3. Its height is 1/2, and its parallel sides have lengths x and 1/2. Therefore</w:t>
      </w:r>
    </w:p>
    <w:p>
      <w:pPr>
        <w:spacing w:before="0" w:after="80" w:line="300" w:lineRule="auto"/>
        <w:jc w:val="left"/>
      </w:pPr>
      <w:r>
        <w:rPr>
          <w:rFonts w:ascii="Times New Roman" w:hAnsi="Times New Roman" w:eastAsia="宋体"/>
          <w:b w:val="0"/>
          <w:i w:val="0"/>
          <w:color w:val="333333"/>
          <w:sz w:val="19"/>
        </w:rPr>
        <w:t>1/2·1/2(x+1/2)=1/3,</w:t>
      </w:r>
    </w:p>
    <w:p>
      <w:pPr>
        <w:spacing w:before="0" w:after="80" w:line="300" w:lineRule="auto"/>
        <w:jc w:val="left"/>
      </w:pPr>
      <w:r>
        <w:rPr>
          <w:rFonts w:ascii="Times New Roman" w:hAnsi="Times New Roman" w:eastAsia="宋体"/>
          <w:b w:val="0"/>
          <w:i w:val="0"/>
          <w:color w:val="333333"/>
          <w:sz w:val="19"/>
        </w:rPr>
        <w:t>which gives x=5/6. Thus</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平均时间为 0.20(60)+0.10(0) +0.35(20)+0.35(40) =12+7+14=33 分钟。所以正确答案是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is 0.20(60)+0.10(0) +0.35(20)+0.35(40) =12+7+14=33 minutes. Thus</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若长方形的边长为 x,y，则 2x+2y=14，所以 x+y=7。大正方形的边长为 x+y，故其面积为 7²=49。正确答案是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rectangle has sides x,y, then 2x+2y=14, so x+y=7. The large square has side x+y, hence area 7²=49.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四条边分别确定四个不同的直径圆。两条对角线等长且中点相同，所以它们确定同一个、也就是第五个圆。因此共有 5 个，正确答案是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sides determine four distinct diameter circles. The two diagonals are equal and share a midpoint, so they determine the same fifth circle. Hence there are 5, and</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依次取幂得到</w:t>
      </w:r>
    </w:p>
    <w:p>
      <w:pPr>
        <w:spacing w:before="0" w:after="80" w:line="300" w:lineRule="auto"/>
        <w:jc w:val="left"/>
      </w:pPr>
      <w:r>
        <w:rPr>
          <w:rFonts w:ascii="Times New Roman" w:hAnsi="Times New Roman" w:eastAsia="宋体"/>
          <w:b w:val="0"/>
          <w:i w:val="0"/>
          <w:sz w:val="21"/>
        </w:rPr>
        <w:t>N=7^(5^(3^(2¹¹)))。</w:t>
      </w:r>
    </w:p>
    <w:p>
      <w:pPr>
        <w:spacing w:before="0" w:after="80" w:line="300" w:lineRule="auto"/>
        <w:jc w:val="left"/>
      </w:pPr>
      <w:r>
        <w:rPr>
          <w:rFonts w:ascii="Times New Roman" w:hAnsi="Times New Roman" w:eastAsia="宋体"/>
          <w:b w:val="0"/>
          <w:i w:val="0"/>
          <w:sz w:val="21"/>
        </w:rPr>
        <w:t>因此 7 是 N 唯一的质因数，正确答案是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Successively exponentiating gives</w:t>
      </w:r>
    </w:p>
    <w:p>
      <w:pPr>
        <w:spacing w:before="0" w:after="80" w:line="300" w:lineRule="auto"/>
        <w:jc w:val="left"/>
      </w:pPr>
      <w:r>
        <w:rPr>
          <w:rFonts w:ascii="Times New Roman" w:hAnsi="Times New Roman" w:eastAsia="宋体"/>
          <w:b w:val="0"/>
          <w:i w:val="0"/>
          <w:color w:val="333333"/>
          <w:sz w:val="19"/>
        </w:rPr>
        <w:t>N=7^(5^(3^(2¹¹))).</w:t>
      </w:r>
    </w:p>
    <w:p>
      <w:pPr>
        <w:spacing w:before="0" w:after="80" w:line="300" w:lineRule="auto"/>
        <w:jc w:val="left"/>
      </w:pPr>
      <w:r>
        <w:rPr>
          <w:rFonts w:ascii="Times New Roman" w:hAnsi="Times New Roman" w:eastAsia="宋体"/>
          <w:b w:val="0"/>
          <w:i w:val="0"/>
          <w:color w:val="333333"/>
          <w:sz w:val="19"/>
        </w:rPr>
        <w:t>Thus 7 is the only prime factor of N, so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可行的结果包括：(4,4,3,3) 的和为 14，(6,4,3,2) 的和为 15，(6,6,2,2) 的和为 16，而 (6,6,4,1) 的和为 17。若出现两个 6，另外两个面的乘积为 4，其和至多为 5，故总和至多为 17；出现不足两个 6 时，也不可能使总和为 18 且乘积仍为 144。所以 18 不可能出现，正确答案是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Valid rolls include (4,4,3,3) with sum 14, (6,4,3,2) with sum 15, (6,6,2,2) with sum 16, and (6,6,4,1) with sum 17. If two 6s occur, the other two faces have product 4 and sum at most 5, giving total at most 17; the cases with fewer 6s also cannot total 18 while retaining product 144. Thus 18 is impossible, and</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抛物线开口向上，所以 a&gt;0。两根异号，因此 c/a&lt;0，从而 c&lt;0。另外，-b/2a=4&gt;0，所以 b&lt;0。因此只有 a 一定为正，正确答案是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parabola opens upward, so a&gt;0. Its roots have opposite signs, so c/a&lt;0 and hence c&lt;0. Also -b/2a=4&gt;0, so b&lt;0. Therefore only a must be positive, and</w:t>
      </w:r>
      <w:r>
        <w:rPr>
          <w:rFonts w:ascii="Times New Roman" w:hAnsi="Times New Roman" w:eastAsia="宋体"/>
          <w:b/>
          <w:i w:val="0"/>
          <w:color w:val="333333"/>
          <w:sz w:val="19"/>
        </w:rPr>
        <w:t>A</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边长为 s 的正六边形由六个边长为 s 的等边三角形组成。若面积相等的等边三角形边长为 t，则 t²=6s²，所以 t/s=√(6)。正确答案是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hexagon of side s is six equilateral triangles of side s. An equal-area equilateral triangle of side t therefore satisfies t²=6s², so t/s=√(6).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阴影面积为</w:t>
      </w:r>
    </w:p>
    <w:p>
      <w:pPr>
        <w:spacing w:before="0" w:after="80" w:line="300" w:lineRule="auto"/>
        <w:jc w:val="left"/>
      </w:pPr>
      <w:r>
        <w:rPr>
          <w:rFonts w:ascii="Times New Roman" w:hAnsi="Times New Roman" w:eastAsia="宋体"/>
          <w:b w:val="0"/>
          <w:i w:val="0"/>
          <w:sz w:val="21"/>
        </w:rPr>
        <w:t>π/2(a+b/2)² +π/2(a/2)²</w:t>
      </w:r>
    </w:p>
    <w:p>
      <w:pPr>
        <w:spacing w:before="0" w:after="80" w:line="300" w:lineRule="auto"/>
        <w:jc w:val="left"/>
      </w:pPr>
      <w:r>
        <w:rPr>
          <w:rFonts w:ascii="Times New Roman" w:hAnsi="Times New Roman" w:eastAsia="宋体"/>
          <w:b w:val="0"/>
          <w:i w:val="0"/>
          <w:sz w:val="21"/>
        </w:rPr>
        <w:t>-π/2(b/2)² =(π a(a+b))/4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同理，非阴影面积为 (π b(a+b))/4。二者之比为 a/b，正确答案是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shaded area is</w:t>
      </w:r>
    </w:p>
    <w:p>
      <w:pPr>
        <w:spacing w:before="0" w:after="80" w:line="300" w:lineRule="auto"/>
        <w:jc w:val="left"/>
      </w:pPr>
      <w:r>
        <w:rPr>
          <w:rFonts w:ascii="Times New Roman" w:hAnsi="Times New Roman" w:eastAsia="宋体"/>
          <w:b w:val="0"/>
          <w:i w:val="0"/>
          <w:color w:val="333333"/>
          <w:sz w:val="19"/>
        </w:rPr>
        <w:t>π/2(a+b/2)² +π/2(a/2)²</w:t>
      </w:r>
    </w:p>
    <w:p>
      <w:pPr>
        <w:spacing w:before="0" w:after="80" w:line="300" w:lineRule="auto"/>
        <w:jc w:val="left"/>
      </w:pPr>
      <w:r>
        <w:rPr>
          <w:rFonts w:ascii="Times New Roman" w:hAnsi="Times New Roman" w:eastAsia="宋体"/>
          <w:b w:val="0"/>
          <w:i w:val="0"/>
          <w:color w:val="333333"/>
          <w:sz w:val="19"/>
        </w:rPr>
        <w:t>-π/2(b/2)² =(π a(a+b))/4.</w:t>
      </w:r>
    </w:p>
    <w:p>
      <w:pPr>
        <w:spacing w:before="0" w:after="80" w:line="300" w:lineRule="auto"/>
        <w:jc w:val="left"/>
      </w:pPr>
      <w:r>
        <w:rPr>
          <w:rFonts w:ascii="Times New Roman" w:hAnsi="Times New Roman" w:eastAsia="宋体"/>
          <w:b w:val="0"/>
          <w:i w:val="0"/>
          <w:color w:val="333333"/>
          <w:sz w:val="19"/>
        </w:rPr>
        <w:t>Similarly, the unshaded area is (π b(a+b))/4. Their ratio is a/b, so</w:t>
      </w:r>
      <w:r>
        <w:rPr>
          <w:rFonts w:ascii="Times New Roman" w:hAnsi="Times New Roman" w:eastAsia="宋体"/>
          <w:b/>
          <w:i w:val="0"/>
          <w:color w:val="333333"/>
          <w:sz w:val="19"/>
        </w:rPr>
        <w:t>B</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令 y=0，得到 f(x)=x+f(0)=x+2。因此 f(1998)=2000，正确答案是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y=0 gives f(x)=x+f(0)=x+2. Hence f(1998)=2000, so</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三个体积分别为 A=2/3π r³、M=2π r³ 和 C=4/3π r³。因此 A-M+C =(2/3-2+4/3)π r³=0，正确答案是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volumes are A=2/3π r³, M=2π r³, and C=4/3π r³. Therefore A-M+C =(2/3-2+4/3)π r³=0, so</w:t>
      </w:r>
      <w:r>
        <w:rPr>
          <w:rFonts w:ascii="Times New Roman" w:hAnsi="Times New Roman" w:eastAsia="宋体"/>
          <w:b/>
          <w:i w:val="0"/>
          <w:color w:val="333333"/>
          <w:sz w:val="19"/>
        </w:rPr>
        <w:t>A</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面积为 1/2(10)|5sinθ|=25|sinθ|。所以 |sinθ|=2/5。圆上有四个相应的点，每个点都给出一个不同的三角形。因此答案为 4，正确答案是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is 1/2(10)|5sinθ|=25|sinθ|. Thus |sinθ|=2/5. There are four corresponding points on the circle, and each gives a distinct triangle. Hence the answer is 4, making</w:t>
      </w:r>
      <w:r>
        <w:rPr>
          <w:rFonts w:ascii="Times New Roman" w:hAnsi="Times New Roman" w:eastAsia="宋体"/>
          <w:b/>
          <w:i w:val="0"/>
          <w:color w:val="333333"/>
          <w:sz w:val="19"/>
        </w:rPr>
        <w:t>C</w:t>
      </w:r>
      <w:r>
        <w:rPr>
          <w:rFonts w:ascii="Times New Roman" w:hAnsi="Times New Roman" w:eastAsia="宋体"/>
          <w:b w:val="0"/>
          <w:i w:val="0"/>
          <w:color w:val="333333"/>
          <w:sz w:val="19"/>
        </w:rPr>
        <w:t>correct.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八个三元组为</w:t>
      </w:r>
    </w:p>
    <w:p>
      <w:pPr>
        <w:spacing w:before="0" w:after="80" w:line="300" w:lineRule="auto"/>
        <w:jc w:val="left"/>
      </w:pPr>
      <w:r>
        <w:rPr>
          <w:rFonts w:ascii="Times New Roman" w:hAnsi="Times New Roman" w:eastAsia="宋体"/>
          <w:b w:val="0"/>
          <w:i w:val="0"/>
          <w:sz w:val="21"/>
        </w:rPr>
        <w:t>(1,2,10),(1,3,9),</w:t>
      </w:r>
    </w:p>
    <w:p>
      <w:pPr>
        <w:spacing w:before="0" w:after="80" w:line="300" w:lineRule="auto"/>
        <w:jc w:val="left"/>
      </w:pPr>
      <w:r>
        <w:rPr>
          <w:rFonts w:ascii="Times New Roman" w:hAnsi="Times New Roman" w:eastAsia="宋体"/>
          <w:b w:val="0"/>
          <w:i w:val="0"/>
          <w:sz w:val="21"/>
        </w:rPr>
        <w:t>(1,4,8),(1,5,7),</w:t>
      </w:r>
    </w:p>
    <w:p>
      <w:pPr>
        <w:spacing w:before="0" w:after="80" w:line="300" w:lineRule="auto"/>
        <w:jc w:val="left"/>
      </w:pPr>
      <w:r>
        <w:rPr>
          <w:rFonts w:ascii="Times New Roman" w:hAnsi="Times New Roman" w:eastAsia="宋体"/>
          <w:b w:val="0"/>
          <w:i w:val="0"/>
          <w:sz w:val="21"/>
        </w:rPr>
        <w:t>(2,3,8),(2,4,7),</w:t>
      </w:r>
    </w:p>
    <w:p>
      <w:pPr>
        <w:spacing w:before="0" w:after="80" w:line="300" w:lineRule="auto"/>
        <w:jc w:val="left"/>
      </w:pPr>
      <w:r>
        <w:rPr>
          <w:rFonts w:ascii="Times New Roman" w:hAnsi="Times New Roman" w:eastAsia="宋体"/>
          <w:b w:val="0"/>
          <w:i w:val="0"/>
          <w:sz w:val="21"/>
        </w:rPr>
        <w:t>(2,5,6),(3,4,6)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凯西的话排除 (3,4,6)。得知这一点后，特蕾西的话排除最右端为 10,9 或 6 的情形。剩下的三元组为 (1,4,8),(2,3,8) 和 (1,5,7),(2,4,7)。若中间数为 3 或 5，斯泰西此时就能确定三元组，所以她的话迫使中间数为 4。因此正确答案是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eight triples are</w:t>
      </w:r>
    </w:p>
    <w:p>
      <w:pPr>
        <w:spacing w:before="0" w:after="80" w:line="300" w:lineRule="auto"/>
        <w:jc w:val="left"/>
      </w:pPr>
      <w:r>
        <w:rPr>
          <w:rFonts w:ascii="Times New Roman" w:hAnsi="Times New Roman" w:eastAsia="宋体"/>
          <w:b w:val="0"/>
          <w:i w:val="0"/>
          <w:color w:val="333333"/>
          <w:sz w:val="19"/>
        </w:rPr>
        <w:t>(1,2,10),(1,3,9),</w:t>
      </w:r>
    </w:p>
    <w:p>
      <w:pPr>
        <w:spacing w:before="0" w:after="80" w:line="300" w:lineRule="auto"/>
        <w:jc w:val="left"/>
      </w:pPr>
      <w:r>
        <w:rPr>
          <w:rFonts w:ascii="Times New Roman" w:hAnsi="Times New Roman" w:eastAsia="宋体"/>
          <w:b w:val="0"/>
          <w:i w:val="0"/>
          <w:color w:val="333333"/>
          <w:sz w:val="19"/>
        </w:rPr>
        <w:t>(1,4,8),(1,5,7),</w:t>
      </w:r>
    </w:p>
    <w:p>
      <w:pPr>
        <w:spacing w:before="0" w:after="80" w:line="300" w:lineRule="auto"/>
        <w:jc w:val="left"/>
      </w:pPr>
      <w:r>
        <w:rPr>
          <w:rFonts w:ascii="Times New Roman" w:hAnsi="Times New Roman" w:eastAsia="宋体"/>
          <w:b w:val="0"/>
          <w:i w:val="0"/>
          <w:color w:val="333333"/>
          <w:sz w:val="19"/>
        </w:rPr>
        <w:t>(2,3,8),(2,4,7),</w:t>
      </w:r>
    </w:p>
    <w:p>
      <w:pPr>
        <w:spacing w:before="0" w:after="80" w:line="300" w:lineRule="auto"/>
        <w:jc w:val="left"/>
      </w:pPr>
      <w:r>
        <w:rPr>
          <w:rFonts w:ascii="Times New Roman" w:hAnsi="Times New Roman" w:eastAsia="宋体"/>
          <w:b w:val="0"/>
          <w:i w:val="0"/>
          <w:color w:val="333333"/>
          <w:sz w:val="19"/>
        </w:rPr>
        <w:t>(2,5,6),(3,4,6).</w:t>
      </w:r>
    </w:p>
    <w:p>
      <w:pPr>
        <w:spacing w:before="0" w:after="80" w:line="300" w:lineRule="auto"/>
        <w:jc w:val="left"/>
      </w:pPr>
      <w:r>
        <w:rPr>
          <w:rFonts w:ascii="Times New Roman" w:hAnsi="Times New Roman" w:eastAsia="宋体"/>
          <w:b w:val="0"/>
          <w:i w:val="0"/>
          <w:color w:val="333333"/>
          <w:sz w:val="19"/>
        </w:rPr>
        <w:t>Casey’s statement excludes (3,4,6). With that known, Tracy’s statement excludes rightmost values 10,9, and 6. The remaining triples are (1,4,8),(2,3,8) and (1,5,7),(2,4,7). A middle value 3 or 5 would now identify the triple, so Stacy’s statement forces the middle value 4. Thus</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若桑妮的速度为 r，则温迪的速度为 (r(h-d))/h。第二次比赛中，桑妮需要 h+d/r 的时间，在此期间温迪跑了</w:t>
      </w:r>
    </w:p>
    <w:p>
      <w:pPr>
        <w:spacing w:before="0" w:after="80" w:line="300" w:lineRule="auto"/>
        <w:jc w:val="left"/>
      </w:pPr>
      <w:r>
        <w:rPr>
          <w:rFonts w:ascii="Times New Roman" w:hAnsi="Times New Roman" w:eastAsia="宋体"/>
          <w:b w:val="0"/>
          <w:i w:val="0"/>
          <w:sz w:val="21"/>
        </w:rPr>
        <w:t>(r(h-d))/h·h+d/r =h-d²/h。</w:t>
      </w:r>
    </w:p>
    <w:p>
      <w:pPr>
        <w:spacing w:before="0" w:after="80" w:line="300" w:lineRule="auto"/>
        <w:jc w:val="left"/>
      </w:pPr>
      <w:r>
        <w:rPr>
          <w:rFonts w:ascii="Times New Roman" w:hAnsi="Times New Roman" w:eastAsia="宋体"/>
          <w:b w:val="0"/>
          <w:i w:val="0"/>
          <w:sz w:val="21"/>
        </w:rPr>
        <w:t>桑妮到达位置 h 时完成比赛，所以领先距离为 d²/h。正确答案是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Sunny’s speed is r, Windy’s is (r(h-d))/h. Sunny needs time h+d/r in the second race, during which Windy runs</w:t>
      </w:r>
    </w:p>
    <w:p>
      <w:pPr>
        <w:spacing w:before="0" w:after="80" w:line="300" w:lineRule="auto"/>
        <w:jc w:val="left"/>
      </w:pPr>
      <w:r>
        <w:rPr>
          <w:rFonts w:ascii="Times New Roman" w:hAnsi="Times New Roman" w:eastAsia="宋体"/>
          <w:b w:val="0"/>
          <w:i w:val="0"/>
          <w:color w:val="333333"/>
          <w:sz w:val="19"/>
        </w:rPr>
        <w:t>(r(h-d))/h·h+d/r =h-d²/h.</w:t>
      </w:r>
    </w:p>
    <w:p>
      <w:pPr>
        <w:spacing w:before="0" w:after="80" w:line="300" w:lineRule="auto"/>
        <w:jc w:val="left"/>
      </w:pPr>
      <w:r>
        <w:rPr>
          <w:rFonts w:ascii="Times New Roman" w:hAnsi="Times New Roman" w:eastAsia="宋体"/>
          <w:b w:val="0"/>
          <w:i w:val="0"/>
          <w:color w:val="333333"/>
          <w:sz w:val="19"/>
        </w:rPr>
        <w:t>Sunny finishes at position h, so the lead is d²/h. Thus</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每一项都等于 log_(100!)b。因此总和为</w:t>
      </w:r>
    </w:p>
    <w:p>
      <w:pPr>
        <w:spacing w:before="0" w:after="80" w:line="300" w:lineRule="auto"/>
        <w:jc w:val="left"/>
      </w:pPr>
      <w:r>
        <w:rPr>
          <w:rFonts w:ascii="Times New Roman" w:hAnsi="Times New Roman" w:eastAsia="宋体"/>
          <w:b w:val="0"/>
          <w:i w:val="0"/>
          <w:sz w:val="21"/>
        </w:rPr>
        <w:t>log_(100!)(2·3⋯100)</w:t>
      </w:r>
    </w:p>
    <w:p>
      <w:pPr>
        <w:spacing w:before="0" w:after="80" w:line="300" w:lineRule="auto"/>
        <w:jc w:val="left"/>
      </w:pPr>
      <w:r>
        <w:rPr>
          <w:rFonts w:ascii="Times New Roman" w:hAnsi="Times New Roman" w:eastAsia="宋体"/>
          <w:b w:val="0"/>
          <w:i w:val="0"/>
          <w:sz w:val="21"/>
        </w:rPr>
        <w:t>=log_(100!)(100!)=1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term equals log_(100!)b. Therefore the sum is</w:t>
      </w:r>
    </w:p>
    <w:p>
      <w:pPr>
        <w:spacing w:before="0" w:after="80" w:line="300" w:lineRule="auto"/>
        <w:jc w:val="left"/>
      </w:pPr>
      <w:r>
        <w:rPr>
          <w:rFonts w:ascii="Times New Roman" w:hAnsi="Times New Roman" w:eastAsia="宋体"/>
          <w:b w:val="0"/>
          <w:i w:val="0"/>
          <w:color w:val="333333"/>
          <w:sz w:val="19"/>
        </w:rPr>
        <w:t>log_(100!)(2·3⋯100)</w:t>
      </w:r>
    </w:p>
    <w:p>
      <w:pPr>
        <w:spacing w:before="0" w:after="80" w:line="300" w:lineRule="auto"/>
        <w:jc w:val="left"/>
      </w:pPr>
      <w:r>
        <w:rPr>
          <w:rFonts w:ascii="Times New Roman" w:hAnsi="Times New Roman" w:eastAsia="宋体"/>
          <w:b w:val="0"/>
          <w:i w:val="0"/>
          <w:color w:val="333333"/>
          <w:sz w:val="19"/>
        </w:rPr>
        <w:t>=log_(100!)(100!)=1.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两个圆分别为</w:t>
      </w:r>
    </w:p>
    <w:p>
      <w:pPr>
        <w:spacing w:before="0" w:after="80" w:line="300" w:lineRule="auto"/>
        <w:jc w:val="left"/>
      </w:pPr>
      <w:r>
        <w:rPr>
          <w:rFonts w:ascii="Times New Roman" w:hAnsi="Times New Roman" w:eastAsia="宋体"/>
          <w:b w:val="0"/>
          <w:i w:val="0"/>
          <w:sz w:val="21"/>
        </w:rPr>
        <w:t>(x-6)²+(y-3)²=49，</w:t>
      </w:r>
    </w:p>
    <w:p>
      <w:pPr>
        <w:spacing w:before="0" w:after="80" w:line="300" w:lineRule="auto"/>
        <w:jc w:val="left"/>
      </w:pPr>
      <w:r>
        <w:rPr>
          <w:rFonts w:ascii="Times New Roman" w:hAnsi="Times New Roman" w:eastAsia="宋体"/>
          <w:b w:val="0"/>
          <w:i w:val="0"/>
          <w:sz w:val="21"/>
        </w:rPr>
        <w:t>(x-2)²+(y-6)²=k+40。</w:t>
      </w:r>
    </w:p>
    <w:p>
      <w:pPr>
        <w:spacing w:before="0" w:after="80" w:line="300" w:lineRule="auto"/>
        <w:jc w:val="left"/>
      </w:pPr>
      <w:r>
        <w:rPr>
          <w:rFonts w:ascii="Times New Roman" w:hAnsi="Times New Roman" w:eastAsia="宋体"/>
          <w:b w:val="0"/>
          <w:i w:val="0"/>
          <w:sz w:val="21"/>
        </w:rPr>
        <w:t>两圆圆心距为 5。设第二个圆的半径为 r=√(k+40)，相交条件为 |7-r|≤5≤7+r，即 2≤ r≤12。所以 -36≤ k≤104，且 b-a=140。正确答案是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circles are</w:t>
      </w:r>
    </w:p>
    <w:p>
      <w:pPr>
        <w:spacing w:before="0" w:after="80" w:line="300" w:lineRule="auto"/>
        <w:jc w:val="left"/>
      </w:pPr>
      <w:r>
        <w:rPr>
          <w:rFonts w:ascii="Times New Roman" w:hAnsi="Times New Roman" w:eastAsia="宋体"/>
          <w:b w:val="0"/>
          <w:i w:val="0"/>
          <w:color w:val="333333"/>
          <w:sz w:val="19"/>
        </w:rPr>
        <w:t>(x-6)²+(y-3)²=49,</w:t>
      </w:r>
    </w:p>
    <w:p>
      <w:pPr>
        <w:spacing w:before="0" w:after="80" w:line="300" w:lineRule="auto"/>
        <w:jc w:val="left"/>
      </w:pPr>
      <w:r>
        <w:rPr>
          <w:rFonts w:ascii="Times New Roman" w:hAnsi="Times New Roman" w:eastAsia="宋体"/>
          <w:b w:val="0"/>
          <w:i w:val="0"/>
          <w:color w:val="333333"/>
          <w:sz w:val="19"/>
        </w:rPr>
        <w:t>(x-2)²+(y-6)²=k+40.</w:t>
      </w:r>
    </w:p>
    <w:p>
      <w:pPr>
        <w:spacing w:before="0" w:after="80" w:line="300" w:lineRule="auto"/>
        <w:jc w:val="left"/>
      </w:pPr>
      <w:r>
        <w:rPr>
          <w:rFonts w:ascii="Times New Roman" w:hAnsi="Times New Roman" w:eastAsia="宋体"/>
          <w:b w:val="0"/>
          <w:i w:val="0"/>
          <w:color w:val="333333"/>
          <w:sz w:val="19"/>
        </w:rPr>
        <w:t>Their centers are 5 units apart. With second radius r=√(k+40), intersection requires |7-r|≤5≤7+r, or 2≤ r≤12. Thus -36≤ k≤104, and b-a=140.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每个匹配条件都给出 10⁴=10,000 个号码：选择三个前缀数字和剩余一个不受限制的数字。若两个条件同时成立，则 d₁d₂d₃=d₄d₅d₆=d₅d₆d₇，迫使所有数字相同，所以交集有 10 个。由容斥原理，答案为 10,000+10,000-10=19,990，正确答案是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matching condition gives 10⁴=10,000 numbers: choose the three prefix digits and the one unconstrained remaining digit. If both hold, then d₁d₂d₃=d₄d₅d₆=d₅d₆d₇, forcing all digits equal, so there are 10 overlaps. Inclusion-exclusion gives 10,000+10,000-10=19,990, so</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折痕经过 (2,1)，斜率为 2，所以其方程为 y=2x-3。过 (7,3) 的垂线斜率为 -1/2，与折痕交于 (19/5,23/5)。该交点是 (7,3) 与 (m,n) 的中点，所以 m=3/5, n=31/5。因此 m+n=34/5=6.8，正确答案是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crease passes through (2,1) with slope 2, so it is y=2x-3. The perpendicular through (7,3) has slope -1/2 and meets the crease at (19/5,23/5). This intersection is the midpoint of (7,3) and (m,n), giving m=3/5, n=31/5. Hence m+n=34/5=6.8, so</w:t>
      </w:r>
      <w:r>
        <w:rPr>
          <w:rFonts w:ascii="Times New Roman" w:hAnsi="Times New Roman" w:eastAsia="宋体"/>
          <w:b/>
          <w:i w:val="0"/>
          <w:color w:val="333333"/>
          <w:sz w:val="19"/>
        </w:rPr>
        <w:t>B</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因为 ∠ B+∠ D=180°，四边形为圆内接四边形，且 AC 是其直径。在三角形 ABD 中，</w:t>
      </w:r>
    </w:p>
    <w:p>
      <w:pPr>
        <w:spacing w:before="0" w:after="80" w:line="300" w:lineRule="auto"/>
        <w:jc w:val="left"/>
      </w:pPr>
      <w:r>
        <w:rPr>
          <w:rFonts w:ascii="Times New Roman" w:hAnsi="Times New Roman" w:eastAsia="宋体"/>
          <w:b w:val="0"/>
          <w:i w:val="0"/>
          <w:sz w:val="21"/>
        </w:rPr>
        <w:t>BD²=13²+46²</w:t>
      </w:r>
    </w:p>
    <w:p>
      <w:pPr>
        <w:spacing w:before="0" w:after="80" w:line="300" w:lineRule="auto"/>
        <w:jc w:val="left"/>
      </w:pPr>
      <w:r>
        <w:rPr>
          <w:rFonts w:ascii="Times New Roman" w:hAnsi="Times New Roman" w:eastAsia="宋体"/>
          <w:b w:val="0"/>
          <w:i w:val="0"/>
          <w:sz w:val="21"/>
        </w:rPr>
        <w:t>-2(13)(46)cos120°</w:t>
      </w:r>
    </w:p>
    <w:p>
      <w:pPr>
        <w:spacing w:before="0" w:after="80" w:line="300" w:lineRule="auto"/>
        <w:jc w:val="left"/>
      </w:pPr>
      <w:r>
        <w:rPr>
          <w:rFonts w:ascii="Times New Roman" w:hAnsi="Times New Roman" w:eastAsia="宋体"/>
          <w:b w:val="0"/>
          <w:i w:val="0"/>
          <w:sz w:val="21"/>
        </w:rPr>
        <w:t>=2883=(31√(3))²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由正弦定理的推广形式，AC=BD/(sin120°) =(31√(3))/((√(3))/2)=62。所以正确答案是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 B+∠ D=180°, the quadrilateral is cyclic, and AC is its diameter. In triangle ABD,</w:t>
      </w:r>
    </w:p>
    <w:p>
      <w:pPr>
        <w:spacing w:before="0" w:after="80" w:line="300" w:lineRule="auto"/>
        <w:jc w:val="left"/>
      </w:pPr>
      <w:r>
        <w:rPr>
          <w:rFonts w:ascii="Times New Roman" w:hAnsi="Times New Roman" w:eastAsia="宋体"/>
          <w:b w:val="0"/>
          <w:i w:val="0"/>
          <w:color w:val="333333"/>
          <w:sz w:val="19"/>
        </w:rPr>
        <w:t>BD²=13²+46²</w:t>
      </w:r>
    </w:p>
    <w:p>
      <w:pPr>
        <w:spacing w:before="0" w:after="80" w:line="300" w:lineRule="auto"/>
        <w:jc w:val="left"/>
      </w:pPr>
      <w:r>
        <w:rPr>
          <w:rFonts w:ascii="Times New Roman" w:hAnsi="Times New Roman" w:eastAsia="宋体"/>
          <w:b w:val="0"/>
          <w:i w:val="0"/>
          <w:color w:val="333333"/>
          <w:sz w:val="19"/>
        </w:rPr>
        <w:t>-2(13)(46)cos120°</w:t>
      </w:r>
    </w:p>
    <w:p>
      <w:pPr>
        <w:spacing w:before="0" w:after="80" w:line="300" w:lineRule="auto"/>
        <w:jc w:val="left"/>
      </w:pPr>
      <w:r>
        <w:rPr>
          <w:rFonts w:ascii="Times New Roman" w:hAnsi="Times New Roman" w:eastAsia="宋体"/>
          <w:b w:val="0"/>
          <w:i w:val="0"/>
          <w:color w:val="333333"/>
          <w:sz w:val="19"/>
        </w:rPr>
        <w:t>=2883=(31√(3))².</w:t>
      </w:r>
    </w:p>
    <w:p>
      <w:pPr>
        <w:spacing w:before="0" w:after="80" w:line="300" w:lineRule="auto"/>
        <w:jc w:val="left"/>
      </w:pPr>
      <w:r>
        <w:rPr>
          <w:rFonts w:ascii="Times New Roman" w:hAnsi="Times New Roman" w:eastAsia="宋体"/>
          <w:b w:val="0"/>
          <w:i w:val="0"/>
          <w:color w:val="333333"/>
          <w:sz w:val="19"/>
        </w:rPr>
        <w:t>By the extended law of sines, AC=BD/(sin120°) =(31√(3))/((√(3))/2)=62. Thus</w:t>
      </w:r>
      <w:r>
        <w:rPr>
          <w:rFonts w:ascii="Times New Roman" w:hAnsi="Times New Roman" w:eastAsia="宋体"/>
          <w:b/>
          <w:i w:val="0"/>
          <w:color w:val="333333"/>
          <w:sz w:val="19"/>
        </w:rPr>
        <w:t>B</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第一步之后，8 个角块各贡献 27 个外露单位面，12 个棱块各贡献 36 个。给一个角块打隧道会移除 3 个外露单位正方形，并增加 24 个隧道内壁正方形；给一个棱块打隧道会移除 4 个外露面，也增加 24 个内壁面。因此最终面积为</w:t>
      </w:r>
    </w:p>
    <w:p>
      <w:pPr>
        <w:spacing w:before="0" w:after="80" w:line="300" w:lineRule="auto"/>
        <w:jc w:val="left"/>
      </w:pPr>
      <w:r>
        <w:rPr>
          <w:rFonts w:ascii="Times New Roman" w:hAnsi="Times New Roman" w:eastAsia="宋体"/>
          <w:b w:val="0"/>
          <w:i w:val="0"/>
          <w:sz w:val="21"/>
        </w:rPr>
        <w:t>8(27-3+24)</w:t>
      </w:r>
    </w:p>
    <w:p>
      <w:pPr>
        <w:spacing w:before="0" w:after="80" w:line="300" w:lineRule="auto"/>
        <w:jc w:val="left"/>
      </w:pPr>
      <w:r>
        <w:rPr>
          <w:rFonts w:ascii="Times New Roman" w:hAnsi="Times New Roman" w:eastAsia="宋体"/>
          <w:b w:val="0"/>
          <w:i w:val="0"/>
          <w:sz w:val="21"/>
        </w:rPr>
        <w:t>+12(36-4+24)</w:t>
      </w:r>
    </w:p>
    <w:p>
      <w:pPr>
        <w:spacing w:before="0" w:after="80" w:line="300" w:lineRule="auto"/>
        <w:jc w:val="left"/>
      </w:pPr>
      <w:r>
        <w:rPr>
          <w:rFonts w:ascii="Times New Roman" w:hAnsi="Times New Roman" w:eastAsia="宋体"/>
          <w:b w:val="0"/>
          <w:i w:val="0"/>
          <w:sz w:val="21"/>
        </w:rPr>
        <w:t>=384+672=1056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first stage, 8 corner subcubes contribute 27 exposed units each, and 12 edge subcubes contribute 36 each. Tunneling a corner subcube removes 3 exposed unit squares and adds 24 tunnel-wall squares; tunneling an edge subcube removes 4 and also adds 24. Hence the final area is</w:t>
      </w:r>
    </w:p>
    <w:p>
      <w:pPr>
        <w:spacing w:before="0" w:after="80" w:line="300" w:lineRule="auto"/>
        <w:jc w:val="left"/>
      </w:pPr>
      <w:r>
        <w:rPr>
          <w:rFonts w:ascii="Times New Roman" w:hAnsi="Times New Roman" w:eastAsia="宋体"/>
          <w:b w:val="0"/>
          <w:i w:val="0"/>
          <w:color w:val="333333"/>
          <w:sz w:val="19"/>
        </w:rPr>
        <w:t>8(27-3+24)</w:t>
      </w:r>
    </w:p>
    <w:p>
      <w:pPr>
        <w:spacing w:before="0" w:after="80" w:line="300" w:lineRule="auto"/>
        <w:jc w:val="left"/>
      </w:pPr>
      <w:r>
        <w:rPr>
          <w:rFonts w:ascii="Times New Roman" w:hAnsi="Times New Roman" w:eastAsia="宋体"/>
          <w:b w:val="0"/>
          <w:i w:val="0"/>
          <w:color w:val="333333"/>
          <w:sz w:val="19"/>
        </w:rPr>
        <w:t>+12(36-4+24)</w:t>
      </w:r>
    </w:p>
    <w:p>
      <w:pPr>
        <w:spacing w:before="0" w:after="80" w:line="300" w:lineRule="auto"/>
        <w:jc w:val="left"/>
      </w:pPr>
      <w:r>
        <w:rPr>
          <w:rFonts w:ascii="Times New Roman" w:hAnsi="Times New Roman" w:eastAsia="宋体"/>
          <w:b w:val="0"/>
          <w:i w:val="0"/>
          <w:color w:val="333333"/>
          <w:sz w:val="19"/>
        </w:rPr>
        <w:t>=384+672=1056.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设 ∠ DAB=α。因为 AC/AD=cos2α=2/3，由 cos2α 的恒等式可得 tanα=1/(√(5))。取 AC=1，则</w:t>
      </w:r>
    </w:p>
    <w:p>
      <w:pPr>
        <w:spacing w:before="0" w:after="80" w:line="300" w:lineRule="auto"/>
        <w:jc w:val="left"/>
      </w:pPr>
      <w:r>
        <w:rPr>
          <w:rFonts w:ascii="Times New Roman" w:hAnsi="Times New Roman" w:eastAsia="宋体"/>
          <w:b w:val="0"/>
          <w:i w:val="0"/>
          <w:sz w:val="21"/>
        </w:rPr>
        <w:t>CD=tan2α=(√(5))/2,</w:t>
      </w:r>
    </w:p>
    <w:p>
      <w:pPr>
        <w:spacing w:before="0" w:after="80" w:line="300" w:lineRule="auto"/>
        <w:jc w:val="left"/>
      </w:pPr>
      <w:r>
        <w:rPr>
          <w:rFonts w:ascii="Times New Roman" w:hAnsi="Times New Roman" w:eastAsia="宋体"/>
          <w:b w:val="0"/>
          <w:i w:val="0"/>
          <w:sz w:val="21"/>
        </w:rPr>
        <w:t>CB=tan3α=(7√(5))/5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BD=CB-CD=(9√(5))/10，且 CD/BD=5/9。所以 m+n=14，正确答案是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DAB=α. Since AC/AD=cos2α=2/3, the identity for cos2α gives tanα=1/(√(5)). Taking AC=1,</w:t>
      </w:r>
    </w:p>
    <w:p>
      <w:pPr>
        <w:spacing w:before="0" w:after="80" w:line="300" w:lineRule="auto"/>
        <w:jc w:val="left"/>
      </w:pPr>
      <w:r>
        <w:rPr>
          <w:rFonts w:ascii="Times New Roman" w:hAnsi="Times New Roman" w:eastAsia="宋体"/>
          <w:b w:val="0"/>
          <w:i w:val="0"/>
          <w:color w:val="333333"/>
          <w:sz w:val="19"/>
        </w:rPr>
        <w:t>CD=tan2α=(√(5))/2,</w:t>
      </w:r>
    </w:p>
    <w:p>
      <w:pPr>
        <w:spacing w:before="0" w:after="80" w:line="300" w:lineRule="auto"/>
        <w:jc w:val="left"/>
      </w:pPr>
      <w:r>
        <w:rPr>
          <w:rFonts w:ascii="Times New Roman" w:hAnsi="Times New Roman" w:eastAsia="宋体"/>
          <w:b w:val="0"/>
          <w:i w:val="0"/>
          <w:color w:val="333333"/>
          <w:sz w:val="19"/>
        </w:rPr>
        <w:t>CB=tan3α=(7√(5))/5.</w:t>
      </w:r>
    </w:p>
    <w:p>
      <w:pPr>
        <w:spacing w:before="0" w:after="80" w:line="300" w:lineRule="auto"/>
        <w:jc w:val="left"/>
      </w:pPr>
      <w:r>
        <w:rPr>
          <w:rFonts w:ascii="Times New Roman" w:hAnsi="Times New Roman" w:eastAsia="宋体"/>
          <w:b w:val="0"/>
          <w:i w:val="0"/>
          <w:color w:val="333333"/>
          <w:sz w:val="19"/>
        </w:rPr>
        <w:t>Thus BD=CB-CD=(9√(5))/10, and CD/BD=5/9. Therefore m+n=14, so</w:t>
      </w:r>
      <w:r>
        <w:rPr>
          <w:rFonts w:ascii="Times New Roman" w:hAnsi="Times New Roman" w:eastAsia="宋体"/>
          <w:b/>
          <w:i w:val="0"/>
          <w:color w:val="333333"/>
          <w:sz w:val="19"/>
        </w:rPr>
        <w:t>B</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只需包围三个非共线格点 (0,0),(0,1),(1,0)。在最大位置，相对的两条边被邻近格点卡住；最大可能距离为 √(5)，对应的两条平行线分别经过 (1,1) 与 (0,-1)。因此面积至多为 5。由下列四条直线围成的正方形达到这个上界：</w:t>
      </w:r>
    </w:p>
    <w:p>
      <w:pPr>
        <w:spacing w:before="0" w:after="80" w:line="300" w:lineRule="auto"/>
        <w:jc w:val="left"/>
      </w:pPr>
      <w:r>
        <w:rPr>
          <w:rFonts w:ascii="Times New Roman" w:hAnsi="Times New Roman" w:eastAsia="宋体"/>
          <w:b w:val="0"/>
          <w:i w:val="0"/>
          <w:sz w:val="21"/>
        </w:rPr>
        <w:t>y=2x+2,</w:t>
      </w:r>
    </w:p>
    <w:p>
      <w:pPr>
        <w:spacing w:before="0" w:after="80" w:line="300" w:lineRule="auto"/>
        <w:jc w:val="left"/>
      </w:pPr>
      <w:r>
        <w:rPr>
          <w:rFonts w:ascii="Times New Roman" w:hAnsi="Times New Roman" w:eastAsia="宋体"/>
          <w:b w:val="0"/>
          <w:i w:val="0"/>
          <w:sz w:val="21"/>
        </w:rPr>
        <w:t>y=2x-3,</w:t>
      </w:r>
    </w:p>
    <w:p>
      <w:pPr>
        <w:spacing w:before="0" w:after="80" w:line="300" w:lineRule="auto"/>
        <w:jc w:val="left"/>
      </w:pPr>
      <w:r>
        <w:rPr>
          <w:rFonts w:ascii="Times New Roman" w:hAnsi="Times New Roman" w:eastAsia="宋体"/>
          <w:b w:val="0"/>
          <w:i w:val="0"/>
          <w:sz w:val="21"/>
        </w:rPr>
        <w:t>2y+x=3,</w:t>
      </w:r>
    </w:p>
    <w:p>
      <w:pPr>
        <w:spacing w:before="0" w:after="80" w:line="300" w:lineRule="auto"/>
        <w:jc w:val="left"/>
      </w:pPr>
      <w:r>
        <w:rPr>
          <w:rFonts w:ascii="Times New Roman" w:hAnsi="Times New Roman" w:eastAsia="宋体"/>
          <w:b w:val="0"/>
          <w:i w:val="0"/>
          <w:sz w:val="21"/>
        </w:rPr>
        <w:t>2y+x=-2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其面积为 5，且内部恰好包含上述三个格点。所以正确答案是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suffices to enclose the three noncollinear lattice points (0,0),(0,1),(1,0). In a maximal placement, two opposite sides are pinned by neighboring lattice points; the greatest possible separation is the distance √(5) between parallel lines through (1,1) and (0,-1). Hence the area is at most 5. This is attained by the square bounded by</w:t>
      </w:r>
    </w:p>
    <w:p>
      <w:pPr>
        <w:spacing w:before="0" w:after="80" w:line="300" w:lineRule="auto"/>
        <w:jc w:val="left"/>
      </w:pPr>
      <w:r>
        <w:rPr>
          <w:rFonts w:ascii="Times New Roman" w:hAnsi="Times New Roman" w:eastAsia="宋体"/>
          <w:b w:val="0"/>
          <w:i w:val="0"/>
          <w:color w:val="333333"/>
          <w:sz w:val="19"/>
        </w:rPr>
        <w:t>y=2x+2,</w:t>
      </w:r>
    </w:p>
    <w:p>
      <w:pPr>
        <w:spacing w:before="0" w:after="80" w:line="300" w:lineRule="auto"/>
        <w:jc w:val="left"/>
      </w:pPr>
      <w:r>
        <w:rPr>
          <w:rFonts w:ascii="Times New Roman" w:hAnsi="Times New Roman" w:eastAsia="宋体"/>
          <w:b w:val="0"/>
          <w:i w:val="0"/>
          <w:color w:val="333333"/>
          <w:sz w:val="19"/>
        </w:rPr>
        <w:t>y=2x-3,</w:t>
      </w:r>
    </w:p>
    <w:p>
      <w:pPr>
        <w:spacing w:before="0" w:after="80" w:line="300" w:lineRule="auto"/>
        <w:jc w:val="left"/>
      </w:pPr>
      <w:r>
        <w:rPr>
          <w:rFonts w:ascii="Times New Roman" w:hAnsi="Times New Roman" w:eastAsia="宋体"/>
          <w:b w:val="0"/>
          <w:i w:val="0"/>
          <w:color w:val="333333"/>
          <w:sz w:val="19"/>
        </w:rPr>
        <w:t>2y+x=3,</w:t>
      </w:r>
    </w:p>
    <w:p>
      <w:pPr>
        <w:spacing w:before="0" w:after="80" w:line="300" w:lineRule="auto"/>
        <w:jc w:val="left"/>
      </w:pPr>
      <w:r>
        <w:rPr>
          <w:rFonts w:ascii="Times New Roman" w:hAnsi="Times New Roman" w:eastAsia="宋体"/>
          <w:b w:val="0"/>
          <w:i w:val="0"/>
          <w:color w:val="333333"/>
          <w:sz w:val="19"/>
        </w:rPr>
        <w:t>2y+x=-2.</w:t>
      </w:r>
    </w:p>
    <w:p>
      <w:pPr>
        <w:spacing w:before="0" w:after="80" w:line="300" w:lineRule="auto"/>
        <w:jc w:val="left"/>
      </w:pPr>
      <w:r>
        <w:rPr>
          <w:rFonts w:ascii="Times New Roman" w:hAnsi="Times New Roman" w:eastAsia="宋体"/>
          <w:b w:val="0"/>
          <w:i w:val="0"/>
          <w:color w:val="333333"/>
          <w:sz w:val="19"/>
        </w:rPr>
        <w:t>Its area is 5 and exactly the three stated lattice points lie inside. Thus</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任意十个连续整数中的五个偶数至少贡献 2⁸。所以只有当数块至少含八个因数 5 时，最右端非零数字才可能为奇数；第一次可能出现这种情形，是数块包含 5⁷=78125 时。对于 n=5⁷-9，数块中 v₂=9、v₅=8，所以该数字仍为偶数。对于 n=5⁷-8=78117，两个指数都为 8。约去 2⁸ 5⁸，再将剩余奇数的个位数字相乘，得到</w:t>
      </w:r>
    </w:p>
    <w:p>
      <w:pPr>
        <w:spacing w:before="0" w:after="80" w:line="300" w:lineRule="auto"/>
        <w:jc w:val="left"/>
      </w:pPr>
      <w:r>
        <w:rPr>
          <w:rFonts w:ascii="Times New Roman" w:hAnsi="Times New Roman" w:eastAsia="宋体"/>
          <w:b w:val="0"/>
          <w:i w:val="0"/>
          <w:sz w:val="21"/>
        </w:rPr>
        <w:t>7·9·1·3·9·3</w:t>
      </w:r>
    </w:p>
    <w:p>
      <w:pPr>
        <w:spacing w:before="0" w:after="80" w:line="300" w:lineRule="auto"/>
        <w:jc w:val="left"/>
      </w:pPr>
      <w:r>
        <w:rPr>
          <w:rFonts w:ascii="Times New Roman" w:hAnsi="Times New Roman" w:eastAsia="宋体"/>
          <w:b w:val="0"/>
          <w:i w:val="0"/>
          <w:sz w:val="21"/>
        </w:rPr>
        <w:t>·1·1·3 ≡9pmod10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因此第一个为奇数的最右端非零数字是 9，正确答案是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even terms in any ten consecutive integers contribute at least 2⁸. Thus the rightmost nonzero digit can be odd only when the block contains at least eight factors of 5, first possible when it contains 5⁷=78125. For n=5⁷-9, the block has v₂=9 and v₅=8, so the digit remains even. For n=5⁷-8=78117, both valuations are 8. Cancelling 2⁸ 5⁸ and multiplying the remaining odd unit digits gives</w:t>
      </w:r>
    </w:p>
    <w:p>
      <w:pPr>
        <w:spacing w:before="0" w:after="80" w:line="300" w:lineRule="auto"/>
        <w:jc w:val="left"/>
      </w:pPr>
      <w:r>
        <w:rPr>
          <w:rFonts w:ascii="Times New Roman" w:hAnsi="Times New Roman" w:eastAsia="宋体"/>
          <w:b w:val="0"/>
          <w:i w:val="0"/>
          <w:color w:val="333333"/>
          <w:sz w:val="19"/>
        </w:rPr>
        <w:t>7·9·1·3·9·3</w:t>
      </w:r>
    </w:p>
    <w:p>
      <w:pPr>
        <w:spacing w:before="0" w:after="80" w:line="300" w:lineRule="auto"/>
        <w:jc w:val="left"/>
      </w:pPr>
      <w:r>
        <w:rPr>
          <w:rFonts w:ascii="Times New Roman" w:hAnsi="Times New Roman" w:eastAsia="宋体"/>
          <w:b w:val="0"/>
          <w:i w:val="0"/>
          <w:color w:val="333333"/>
          <w:sz w:val="19"/>
        </w:rPr>
        <w:t>·1·1·3 ≡9pmod10.</w:t>
      </w:r>
    </w:p>
    <w:p>
      <w:pPr>
        <w:spacing w:before="0" w:after="80" w:line="300" w:lineRule="auto"/>
        <w:jc w:val="left"/>
      </w:pPr>
      <w:r>
        <w:rPr>
          <w:rFonts w:ascii="Times New Roman" w:hAnsi="Times New Roman" w:eastAsia="宋体"/>
          <w:b w:val="0"/>
          <w:i w:val="0"/>
          <w:color w:val="333333"/>
          <w:sz w:val="19"/>
        </w:rPr>
        <w:t>Hence the first odd rightmost nonzero digit is 9, and</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