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1996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下面的加法算式不正确。要使算式正确，可以改动的最大数字是什么？</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sz w:val="20"/>
              </w:rPr>
              <w:t>641</w:t>
            </w:r>
          </w:p>
        </w:tc>
      </w:tr>
      <w:tr>
        <w:tc>
          <w:tcPr>
            <w:tcW w:type="dxa" w:w="9412"/>
          </w:tcPr>
          <w:p>
            <w:pPr>
              <w:spacing w:before="20" w:after="20" w:line="240" w:lineRule="auto"/>
              <w:jc w:val="right"/>
            </w:pPr>
            <w:r/>
            <w:r>
              <w:rPr>
                <w:rFonts w:ascii="Times New Roman" w:hAnsi="Times New Roman" w:eastAsia="宋体"/>
                <w:b w:val="0"/>
                <w:i w:val="0"/>
                <w:sz w:val="20"/>
              </w:rPr>
              <w:t>852</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sz w:val="20"/>
              </w:rPr>
              <w:t>+973</w:t>
            </w:r>
          </w:p>
        </w:tc>
      </w:tr>
      <w:tr>
        <w:tc>
          <w:tcPr>
            <w:tcW w:type="dxa" w:w="9412"/>
          </w:tcPr>
          <w:p>
            <w:pPr>
              <w:spacing w:before="20" w:after="20" w:line="240" w:lineRule="auto"/>
              <w:jc w:val="right"/>
            </w:pPr>
            <w:r/>
            <w:r>
              <w:rPr>
                <w:rFonts w:ascii="Times New Roman" w:hAnsi="Times New Roman" w:eastAsia="宋体"/>
                <w:b w:val="0"/>
                <w:i w:val="0"/>
                <w:sz w:val="20"/>
              </w:rPr>
              <w:t>2456</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addition below is incorrect. What is the largest digit that can be changed to make the addition correct?</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color w:val="333333"/>
                <w:sz w:val="19"/>
              </w:rPr>
              <w:t>641</w:t>
            </w:r>
          </w:p>
        </w:tc>
      </w:tr>
      <w:tr>
        <w:tc>
          <w:tcPr>
            <w:tcW w:type="dxa" w:w="9412"/>
          </w:tcPr>
          <w:p>
            <w:pPr>
              <w:spacing w:before="20" w:after="20" w:line="240" w:lineRule="auto"/>
              <w:jc w:val="right"/>
            </w:pPr>
            <w:r/>
            <w:r>
              <w:rPr>
                <w:rFonts w:ascii="Times New Roman" w:hAnsi="Times New Roman" w:eastAsia="宋体"/>
                <w:b w:val="0"/>
                <w:i w:val="0"/>
                <w:color w:val="333333"/>
                <w:sz w:val="19"/>
              </w:rPr>
              <w:t>852</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+973</w:t>
            </w:r>
          </w:p>
        </w:tc>
      </w:tr>
      <w:tr>
        <w:tc>
          <w:tcPr>
            <w:tcW w:type="dxa" w:w="9412"/>
          </w:tcPr>
          <w:p>
            <w:pPr>
              <w:spacing w:before="20" w:after="20" w:line="240" w:lineRule="auto"/>
              <w:jc w:val="right"/>
            </w:pPr>
            <w:r/>
            <w:r>
              <w:rPr>
                <w:rFonts w:ascii="Times New Roman" w:hAnsi="Times New Roman" w:eastAsia="宋体"/>
                <w:b w:val="0"/>
                <w:i w:val="0"/>
                <w:color w:val="333333"/>
                <w:sz w:val="19"/>
              </w:rPr>
              <w:t>2456</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沃尔特每天做家务可得 $3，如果做得特别好则可得 $5。他连续 10 天每天都做家务，共收到 $36。沃尔特有多少天把家务做得特别好？</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day Walter gets $3 for doing his chores or $5 for doing them exceptionally well. After 10 days of doing his chores daily, Walter has received a total of $36. On how many days did Walter do them exceptionally well?</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/(3!)!3!=</w:t>
      </w:r>
    </w:p>
    <w:p>
      <w:pPr>
        <w:spacing w:before="0" w:after="120" w:line="300" w:lineRule="auto"/>
      </w:pPr>
      <w:r>
        <w:rPr>
          <w:rFonts w:ascii="Times New Roman" w:hAnsi="Times New Roman" w:eastAsia="宋体"/>
          <w:b w:val="0"/>
          <w:i w:val="0"/>
          <w:sz w:val="21"/>
        </w:rPr>
        <w:t>（A）1　　（B）2　　（C）6　　（D）40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/(3!)!3!=</w:t>
      </w:r>
    </w:p>
    <w:p>
      <w:pPr>
        <w:spacing w:before="0" w:after="160" w:line="300" w:lineRule="auto"/>
      </w:pPr>
      <w:r>
        <w:rPr>
          <w:rFonts w:ascii="Times New Roman" w:hAnsi="Times New Roman" w:eastAsia="宋体"/>
          <w:b w:val="0"/>
          <w:i w:val="0"/>
          <w:color w:val="333333"/>
          <w:sz w:val="19"/>
        </w:rPr>
        <w:t>(A) 1　　(B) 2　　(C) 6　　(D) 40　　(E) 120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一个由九个整数组成的数列中，有六个数是 7、8、3、5、9 和 5。这九个数的中位数可能达到的最大值是</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numbers from a list of nine integers are 7, 8, 3, 5, 9, and 5. The largest possible value of the median of all nine numbers in this list is</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已知 0&lt; a&lt; b&lt; c&lt; d，下列哪一个最大？</w:t>
      </w:r>
    </w:p>
    <w:p>
      <w:pPr>
        <w:spacing w:before="0" w:after="120" w:line="300" w:lineRule="auto"/>
      </w:pPr>
      <w:r>
        <w:rPr>
          <w:rFonts w:ascii="Times New Roman" w:hAnsi="Times New Roman" w:eastAsia="宋体"/>
          <w:b w:val="0"/>
          <w:i w:val="0"/>
          <w:sz w:val="21"/>
        </w:rPr>
        <w:t>（A）a+b/c+d　　（B）a+d/b+c　　（C）b+c/a+d　　（D）b+d/a+c　　（E）c+d/a+b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that 0&lt; a&lt; b&lt; c&lt; d, which of the following is the largest?</w:t>
      </w:r>
    </w:p>
    <w:p>
      <w:pPr>
        <w:spacing w:before="0" w:after="160" w:line="300" w:lineRule="auto"/>
      </w:pPr>
      <w:r>
        <w:rPr>
          <w:rFonts w:ascii="Times New Roman" w:hAnsi="Times New Roman" w:eastAsia="宋体"/>
          <w:b w:val="0"/>
          <w:i w:val="0"/>
          <w:color w:val="333333"/>
          <w:sz w:val="19"/>
        </w:rPr>
        <w:t>(A) a+b/c+d　　(B) a+d/b+c　　(C) b+c/a+d　　(D) b+d/a+c　　(E) c+d/a+b</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若 f(x)=xˣ⁺¹(x+2)ˣ⁺³，则</w:t>
      </w:r>
    </w:p>
    <w:p>
      <w:pPr>
        <w:spacing w:before="0" w:after="80" w:line="300" w:lineRule="auto"/>
        <w:jc w:val="left"/>
      </w:pPr>
      <w:r>
        <w:rPr>
          <w:rFonts w:ascii="Times New Roman" w:hAnsi="Times New Roman" w:eastAsia="宋体"/>
          <w:b w:val="0"/>
          <w:i w:val="0"/>
          <w:sz w:val="21"/>
        </w:rPr>
        <w:t>f(0)+f(-1)</w:t>
      </w:r>
    </w:p>
    <w:p>
      <w:pPr>
        <w:spacing w:before="0" w:after="80" w:line="300" w:lineRule="auto"/>
        <w:jc w:val="left"/>
      </w:pPr>
      <w:r>
        <w:rPr>
          <w:rFonts w:ascii="Times New Roman" w:hAnsi="Times New Roman" w:eastAsia="宋体"/>
          <w:b w:val="0"/>
          <w:i w:val="0"/>
          <w:sz w:val="21"/>
        </w:rPr>
        <w:t>+f(-2)+f(-3)=</w:t>
      </w:r>
    </w:p>
    <w:p>
      <w:pPr>
        <w:spacing w:before="0" w:after="120" w:line="300" w:lineRule="auto"/>
      </w:pPr>
      <w:r>
        <w:rPr>
          <w:rFonts w:ascii="Times New Roman" w:hAnsi="Times New Roman" w:eastAsia="宋体"/>
          <w:b w:val="0"/>
          <w:i w:val="0"/>
          <w:sz w:val="21"/>
        </w:rPr>
        <w:t>（A）-8/9　　（B）0　　（C）8/9　　（D）1　　（E）10/9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f(x)=xˣ⁺¹(x+2)ˣ⁺³, then</w:t>
      </w:r>
    </w:p>
    <w:p>
      <w:pPr>
        <w:spacing w:before="0" w:after="80" w:line="300" w:lineRule="auto"/>
        <w:jc w:val="left"/>
      </w:pPr>
      <w:r>
        <w:rPr>
          <w:rFonts w:ascii="Times New Roman" w:hAnsi="Times New Roman" w:eastAsia="宋体"/>
          <w:b w:val="0"/>
          <w:i w:val="0"/>
          <w:color w:val="333333"/>
          <w:sz w:val="19"/>
        </w:rPr>
        <w:t>f(0)+f(-1)</w:t>
      </w:r>
    </w:p>
    <w:p>
      <w:pPr>
        <w:spacing w:before="0" w:after="80" w:line="300" w:lineRule="auto"/>
        <w:jc w:val="left"/>
      </w:pPr>
      <w:r>
        <w:rPr>
          <w:rFonts w:ascii="Times New Roman" w:hAnsi="Times New Roman" w:eastAsia="宋体"/>
          <w:b w:val="0"/>
          <w:i w:val="0"/>
          <w:color w:val="333333"/>
          <w:sz w:val="19"/>
        </w:rPr>
        <w:t>+f(-2)+f(-3)=</w:t>
      </w:r>
    </w:p>
    <w:p>
      <w:pPr>
        <w:spacing w:before="0" w:after="160" w:line="300" w:lineRule="auto"/>
      </w:pPr>
      <w:r>
        <w:rPr>
          <w:rFonts w:ascii="Times New Roman" w:hAnsi="Times New Roman" w:eastAsia="宋体"/>
          <w:b w:val="0"/>
          <w:i w:val="0"/>
          <w:color w:val="333333"/>
          <w:sz w:val="19"/>
        </w:rPr>
        <w:t>(A) -8/9　　(B) 0　　(C) 8/9　　(D) 1　　(E) 10/9</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一位父亲在双胞胎生日当天，带着他们和一个更小的孩子外出用餐。餐厅向父亲收取 $4.95，每个孩子则按年龄每岁收取 $0.45，这里的年龄是指最近一次生日时的年龄。若账单为 $9.45，下列哪一个可能是最小孩子的年龄？</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father takes his twins and a younger child out to dinner on the twins’ birthday. The restaurant charges $4.95 for the father and $0.45 for each year of a child’s age, where age is defined as the age at the most recent birthday. If the bill is $9.45, which of the following could be the age of the youngest child?</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若 3=k·2^(r) 且 15=k·4^(r)，则 r=</w:t>
      </w:r>
    </w:p>
    <w:p>
      <w:pPr>
        <w:spacing w:before="0" w:after="120" w:line="300" w:lineRule="auto"/>
      </w:pPr>
      <w:r>
        <w:rPr>
          <w:rFonts w:ascii="Times New Roman" w:hAnsi="Times New Roman" w:eastAsia="宋体"/>
          <w:b w:val="0"/>
          <w:i w:val="0"/>
          <w:sz w:val="21"/>
        </w:rPr>
        <w:t>（A）-log₂ 5　　（B）log₅ 2　　（C）log₁₀5　　（D）log₂ 5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3=k·2^(r) and 15=k·4^(r), then r=</w:t>
      </w:r>
    </w:p>
    <w:p>
      <w:pPr>
        <w:spacing w:before="0" w:after="160" w:line="300" w:lineRule="auto"/>
      </w:pPr>
      <w:r>
        <w:rPr>
          <w:rFonts w:ascii="Times New Roman" w:hAnsi="Times New Roman" w:eastAsia="宋体"/>
          <w:b w:val="0"/>
          <w:i w:val="0"/>
          <w:color w:val="333333"/>
          <w:sz w:val="19"/>
        </w:rPr>
        <w:t>(A) -log₂ 5　　(B) log₅ 2　　(C) log₁₀5　　(D) log₂ 5　　(E) 5/2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三角形 PAB 与正方形 ABCD 位于互相垂直的两个平面内。已知 PA=3、PB=4、AB=5，求 PD。</w:t>
      </w:r>
    </w:p>
    <w:p>
      <w:pPr>
        <w:spacing w:before="0" w:after="120" w:line="300" w:lineRule="auto"/>
      </w:pPr>
      <w:r>
        <w:rPr>
          <w:rFonts w:ascii="Times New Roman" w:hAnsi="Times New Roman" w:eastAsia="宋体"/>
          <w:b w:val="0"/>
          <w:i w:val="0"/>
          <w:sz w:val="21"/>
        </w:rPr>
        <w:t>（A）5　　（B）√(34)　　（C）√(41)　　（D）2√(13)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PAB and square ABCD are in perpendicular planes. Given that PA=3, PB=4, and AB=5, what is PD?</w:t>
      </w:r>
    </w:p>
    <w:p>
      <w:pPr>
        <w:spacing w:before="0" w:after="160" w:line="300" w:lineRule="auto"/>
      </w:pPr>
      <w:r>
        <w:rPr>
          <w:rFonts w:ascii="Times New Roman" w:hAnsi="Times New Roman" w:eastAsia="宋体"/>
          <w:b w:val="0"/>
          <w:i w:val="0"/>
          <w:color w:val="333333"/>
          <w:sz w:val="19"/>
        </w:rPr>
        <w:t>(A) 5　　(B) √(34)　　(C) √(41)　　(D) 2√(13)　　(E) 8</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一个给定立方体的顶点之间一共可以确定多少条线段？</w:t>
      </w:r>
    </w:p>
    <w:p>
      <w:pPr>
        <w:spacing w:before="0" w:after="120" w:line="300" w:lineRule="auto"/>
      </w:pPr>
      <w:r>
        <w:rPr>
          <w:rFonts w:ascii="Times New Roman" w:hAnsi="Times New Roman" w:eastAsia="宋体"/>
          <w:b w:val="0"/>
          <w:i w:val="0"/>
          <w:sz w:val="21"/>
        </w:rPr>
        <w:t>（A）12　　（B）15　　（C）24　　（D）28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line segments have both their endpoints located at the vertices of a given cube?</w:t>
      </w:r>
    </w:p>
    <w:p>
      <w:pPr>
        <w:spacing w:before="0" w:after="160" w:line="300" w:lineRule="auto"/>
      </w:pPr>
      <w:r>
        <w:rPr>
          <w:rFonts w:ascii="Times New Roman" w:hAnsi="Times New Roman" w:eastAsia="宋体"/>
          <w:b w:val="0"/>
          <w:i w:val="0"/>
          <w:color w:val="333333"/>
          <w:sz w:val="19"/>
        </w:rPr>
        <w:t>(A) 12　　(B) 15　　(C) 24　　(D) 28　　(E) 56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给定一个半径为 2 的圆，有许多长度为 2 的线段在各自中点处与圆相切。求所有这些线段组成区域的面积。</w:t>
      </w:r>
    </w:p>
    <w:p>
      <w:pPr>
        <w:spacing w:before="0" w:after="120" w:line="300" w:lineRule="auto"/>
      </w:pPr>
      <w:r>
        <w:rPr>
          <w:rFonts w:ascii="Times New Roman" w:hAnsi="Times New Roman" w:eastAsia="宋体"/>
          <w:b w:val="0"/>
          <w:i w:val="0"/>
          <w:sz w:val="21"/>
        </w:rPr>
        <w:t>（A）π/4　　（B）4-π　　（C）π/2　　（D）π　　（E）2π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a circle of radius 2, there are many line segments of length 2 that are tangent to the circle at their midpoints. Find the area of the region consisting of all such line segments.</w:t>
      </w:r>
    </w:p>
    <w:p>
      <w:pPr>
        <w:spacing w:before="0" w:after="160" w:line="300" w:lineRule="auto"/>
      </w:pPr>
      <w:r>
        <w:rPr>
          <w:rFonts w:ascii="Times New Roman" w:hAnsi="Times New Roman" w:eastAsia="宋体"/>
          <w:b w:val="0"/>
          <w:i w:val="0"/>
          <w:color w:val="333333"/>
          <w:sz w:val="19"/>
        </w:rPr>
        <w:t>(A) π/4　　(B) 4-π　　(C) π/2　　(D) π　　(E) 2π</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从整数到整数的函数 f 定义如下：</w:t>
      </w:r>
    </w:p>
    <w:p>
      <w:pPr>
        <w:spacing w:before="0" w:after="80" w:line="300" w:lineRule="auto"/>
        <w:jc w:val="left"/>
      </w:pPr>
      <w:r>
        <w:rPr>
          <w:rFonts w:ascii="Times New Roman" w:hAnsi="Times New Roman" w:eastAsia="宋体"/>
          <w:b w:val="0"/>
          <w:i w:val="0"/>
          <w:sz w:val="21"/>
        </w:rPr>
        <w:t>f(n)=</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n+3</w:t>
            </w:r>
          </w:p>
        </w:tc>
        <w:tc>
          <w:tcPr>
            <w:tcW w:type="dxa" w:w="4706"/>
          </w:tcPr>
          <w:p>
            <w:pPr>
              <w:spacing w:before="20" w:after="20" w:line="240" w:lineRule="auto"/>
              <w:jc w:val="center"/>
            </w:pPr>
            <w:r/>
            <w:r>
              <w:rPr>
                <w:rFonts w:ascii="Times New Roman" w:hAnsi="Times New Roman" w:eastAsia="宋体"/>
                <w:b w:val="0"/>
                <w:i w:val="0"/>
                <w:sz w:val="20"/>
              </w:rPr>
              <w:t>若 n 为奇数,</w:t>
            </w:r>
          </w:p>
        </w:tc>
      </w:tr>
      <w:tr>
        <w:tc>
          <w:tcPr>
            <w:tcW w:type="dxa" w:w="4706"/>
          </w:tcPr>
          <w:p>
            <w:pPr>
              <w:spacing w:before="20" w:after="20" w:line="240" w:lineRule="auto"/>
              <w:jc w:val="center"/>
            </w:pPr>
            <w:r/>
            <w:r>
              <w:rPr>
                <w:rFonts w:ascii="Times New Roman" w:hAnsi="Times New Roman" w:eastAsia="宋体"/>
                <w:b w:val="0"/>
                <w:i w:val="0"/>
                <w:sz w:val="20"/>
              </w:rPr>
              <w:t>n/2</w:t>
            </w:r>
          </w:p>
        </w:tc>
        <w:tc>
          <w:tcPr>
            <w:tcW w:type="dxa" w:w="4706"/>
          </w:tcPr>
          <w:p>
            <w:pPr>
              <w:spacing w:before="20" w:after="20" w:line="240" w:lineRule="auto"/>
              <w:jc w:val="center"/>
            </w:pPr>
            <w:r/>
            <w:r>
              <w:rPr>
                <w:rFonts w:ascii="Times New Roman" w:hAnsi="Times New Roman" w:eastAsia="宋体"/>
                <w:b w:val="0"/>
                <w:i w:val="0"/>
                <w:sz w:val="20"/>
              </w:rPr>
              <w:t>若 n 为偶数</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假设 k 是奇数，且 f(f(f(k)))=27。k 的各位数字之和是多少？</w:t>
      </w:r>
    </w:p>
    <w:p>
      <w:pPr>
        <w:spacing w:before="0" w:after="120" w:line="300" w:lineRule="auto"/>
      </w:pPr>
      <w:r>
        <w:rPr>
          <w:rFonts w:ascii="Times New Roman" w:hAnsi="Times New Roman" w:eastAsia="宋体"/>
          <w:b w:val="0"/>
          <w:i w:val="0"/>
          <w:sz w:val="21"/>
        </w:rPr>
        <w:t>（A）3　　（B）6　　（C）9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function f from the integers to the integers is defined as follows:</w:t>
      </w:r>
    </w:p>
    <w:p>
      <w:pPr>
        <w:spacing w:before="0" w:after="80" w:line="300" w:lineRule="auto"/>
        <w:jc w:val="left"/>
      </w:pPr>
      <w:r>
        <w:rPr>
          <w:rFonts w:ascii="Times New Roman" w:hAnsi="Times New Roman" w:eastAsia="宋体"/>
          <w:b w:val="0"/>
          <w:i w:val="0"/>
          <w:color w:val="333333"/>
          <w:sz w:val="19"/>
        </w:rPr>
        <w:t>f(n)=</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n+3</w:t>
            </w:r>
          </w:p>
        </w:tc>
        <w:tc>
          <w:tcPr>
            <w:tcW w:type="dxa" w:w="4706"/>
          </w:tcPr>
          <w:p>
            <w:pPr>
              <w:spacing w:before="20" w:after="20" w:line="240" w:lineRule="auto"/>
              <w:jc w:val="center"/>
            </w:pPr>
            <w:r/>
            <w:r>
              <w:rPr>
                <w:rFonts w:ascii="Times New Roman" w:hAnsi="Times New Roman" w:eastAsia="宋体"/>
                <w:b w:val="0"/>
                <w:i w:val="0"/>
                <w:color w:val="333333"/>
                <w:sz w:val="19"/>
              </w:rPr>
              <w:t>if n is odd,</w:t>
            </w:r>
          </w:p>
        </w:tc>
      </w:tr>
      <w:tr>
        <w:tc>
          <w:tcPr>
            <w:tcW w:type="dxa" w:w="4706"/>
          </w:tcPr>
          <w:p>
            <w:pPr>
              <w:spacing w:before="20" w:after="20" w:line="240" w:lineRule="auto"/>
              <w:jc w:val="center"/>
            </w:pPr>
            <w:r/>
            <w:r>
              <w:rPr>
                <w:rFonts w:ascii="Times New Roman" w:hAnsi="Times New Roman" w:eastAsia="宋体"/>
                <w:b w:val="0"/>
                <w:i w:val="0"/>
                <w:color w:val="333333"/>
                <w:sz w:val="19"/>
              </w:rPr>
              <w:t>n/2</w:t>
            </w:r>
          </w:p>
        </w:tc>
        <w:tc>
          <w:tcPr>
            <w:tcW w:type="dxa" w:w="4706"/>
          </w:tcPr>
          <w:p>
            <w:pPr>
              <w:spacing w:before="20" w:after="20" w:line="240" w:lineRule="auto"/>
              <w:jc w:val="center"/>
            </w:pPr>
            <w:r/>
            <w:r>
              <w:rPr>
                <w:rFonts w:ascii="Times New Roman" w:hAnsi="Times New Roman" w:eastAsia="宋体"/>
                <w:b w:val="0"/>
                <w:i w:val="0"/>
                <w:color w:val="333333"/>
                <w:sz w:val="19"/>
              </w:rPr>
              <w:t>if n is even.</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Suppose k is odd and f(f(f(k)))=27. What is the sum of the digits of k?</w:t>
      </w:r>
    </w:p>
    <w:p>
      <w:pPr>
        <w:spacing w:before="0" w:after="160" w:line="300" w:lineRule="auto"/>
      </w:pPr>
      <w:r>
        <w:rPr>
          <w:rFonts w:ascii="Times New Roman" w:hAnsi="Times New Roman" w:eastAsia="宋体"/>
          <w:b w:val="0"/>
          <w:i w:val="0"/>
          <w:color w:val="333333"/>
          <w:sz w:val="19"/>
        </w:rPr>
        <w:t>(A) 3　　(B) 6　　(C) 9　　(D) 12　　(E) 15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桑妮以恒定速度跑步，月光的速度是她的 m 倍，其中 m 大于 1。如果月光让桑妮先跑 h 米，那么月光必须跑多少米才能追上桑妮？</w:t>
      </w:r>
    </w:p>
    <w:p>
      <w:pPr>
        <w:spacing w:before="0" w:after="120" w:line="300" w:lineRule="auto"/>
      </w:pPr>
      <w:r>
        <w:rPr>
          <w:rFonts w:ascii="Times New Roman" w:hAnsi="Times New Roman" w:eastAsia="宋体"/>
          <w:b w:val="0"/>
          <w:i w:val="0"/>
          <w:sz w:val="21"/>
        </w:rPr>
        <w:t>（A）hm　　（B）h/h+m　　（C）h/m-1　　（D）hm/m-1　　（E）h+m/m-1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Sunny runs at a steady rate, and Moonbeam runs m times as fast, where m is a number greater than 1. If Moonbeam gives Sunny a head start of h meters, how many meters must Moonbeam run to overtake Sunny?</w:t>
      </w:r>
    </w:p>
    <w:p>
      <w:pPr>
        <w:spacing w:before="0" w:after="160" w:line="300" w:lineRule="auto"/>
      </w:pPr>
      <w:r>
        <w:rPr>
          <w:rFonts w:ascii="Times New Roman" w:hAnsi="Times New Roman" w:eastAsia="宋体"/>
          <w:b w:val="0"/>
          <w:i w:val="0"/>
          <w:color w:val="333333"/>
          <w:sz w:val="19"/>
        </w:rPr>
        <w:t>(A) hm　　(B) h/h+m　　(C) h/m-1　　(D) hm/m-1　　(E) h+m/m-1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令 E(n) 表示 n 的偶数数字之和。例如，E(5681)=6+8=14。求</w:t>
      </w:r>
    </w:p>
    <w:p>
      <w:pPr>
        <w:spacing w:before="0" w:after="80" w:line="300" w:lineRule="auto"/>
        <w:jc w:val="left"/>
      </w:pPr>
      <w:r>
        <w:rPr>
          <w:rFonts w:ascii="Times New Roman" w:hAnsi="Times New Roman" w:eastAsia="宋体"/>
          <w:b w:val="0"/>
          <w:i w:val="0"/>
          <w:sz w:val="21"/>
        </w:rPr>
        <w:t>E(1)+E(2)+E(3)+⋯</w:t>
      </w:r>
    </w:p>
    <w:p>
      <w:pPr>
        <w:spacing w:before="0" w:after="80" w:line="300" w:lineRule="auto"/>
        <w:jc w:val="left"/>
      </w:pPr>
      <w:r>
        <w:rPr>
          <w:rFonts w:ascii="Times New Roman" w:hAnsi="Times New Roman" w:eastAsia="宋体"/>
          <w:b w:val="0"/>
          <w:i w:val="0"/>
          <w:sz w:val="21"/>
        </w:rPr>
        <w:t>+E(100)</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（A）200　　（B）360　　（C）400　　（D）900　　（E）2250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E(n) denote the sum of the even digits of n. For example, E(5681)=6+8=14. Find</w:t>
      </w:r>
    </w:p>
    <w:p>
      <w:pPr>
        <w:spacing w:before="0" w:after="80" w:line="300" w:lineRule="auto"/>
        <w:jc w:val="left"/>
      </w:pPr>
      <w:r>
        <w:rPr>
          <w:rFonts w:ascii="Times New Roman" w:hAnsi="Times New Roman" w:eastAsia="宋体"/>
          <w:b w:val="0"/>
          <w:i w:val="0"/>
          <w:color w:val="333333"/>
          <w:sz w:val="19"/>
        </w:rPr>
        <w:t>E(1)+E(2)+E(3)+⋯</w:t>
      </w:r>
    </w:p>
    <w:p>
      <w:pPr>
        <w:spacing w:before="0" w:after="80" w:line="300" w:lineRule="auto"/>
        <w:jc w:val="left"/>
      </w:pPr>
      <w:r>
        <w:rPr>
          <w:rFonts w:ascii="Times New Roman" w:hAnsi="Times New Roman" w:eastAsia="宋体"/>
          <w:b w:val="0"/>
          <w:i w:val="0"/>
          <w:color w:val="333333"/>
          <w:sz w:val="19"/>
        </w:rPr>
        <w:t>+E(100).</w:t>
      </w:r>
    </w:p>
    <w:p>
      <w:pPr>
        <w:spacing w:before="0" w:after="160" w:line="300" w:lineRule="auto"/>
      </w:pPr>
      <w:r>
        <w:rPr>
          <w:rFonts w:ascii="Times New Roman" w:hAnsi="Times New Roman" w:eastAsia="宋体"/>
          <w:b w:val="0"/>
          <w:i w:val="0"/>
          <w:color w:val="333333"/>
          <w:sz w:val="19"/>
        </w:rPr>
        <w:t>(A) 200　　(B) 360　　(C) 400　　(D) 900　　(E) 2250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把一个长方形的一对对边各分成 n 条全等线段，并把其中一条线段的两个端点与长方形中心相连，形成三角形 A。再把另一对边各分成 m 条全等线段，并把其中一条线段的两个端点与中心相连，形成三角形 B。（图中所示为 n=5、m=7 的情形。）三角形 A 的面积与三角形 B 的面积之比是多少？</w:t>
      </w:r>
    </w:p>
    <w:p>
      <w:pPr>
        <w:spacing w:before="80" w:after="80"/>
        <w:jc w:val="center"/>
      </w:pPr>
      <w:r>
        <w:drawing>
          <wp:inline xmlns:a="http://schemas.openxmlformats.org/drawingml/2006/main" xmlns:pic="http://schemas.openxmlformats.org/drawingml/2006/picture">
            <wp:extent cx="2413000" cy="1734457"/>
            <wp:docPr id="1" name="Picture 1"/>
            <wp:cNvGraphicFramePr>
              <a:graphicFrameLocks noChangeAspect="1"/>
            </wp:cNvGraphicFramePr>
            <a:graphic>
              <a:graphicData uri="http://schemas.openxmlformats.org/drawingml/2006/picture">
                <pic:pic>
                  <pic:nvPicPr>
                    <pic:cNvPr id="0" name="q15-1@300dpi.png"/>
                    <pic:cNvPicPr/>
                  </pic:nvPicPr>
                  <pic:blipFill>
                    <a:blip r:embed="rId9"/>
                    <a:stretch>
                      <a:fillRect/>
                    </a:stretch>
                  </pic:blipFill>
                  <pic:spPr>
                    <a:xfrm>
                      <a:off x="0" y="0"/>
                      <a:ext cx="2413000" cy="1734457"/>
                    </a:xfrm>
                    <a:prstGeom prst="rect"/>
                  </pic:spPr>
                </pic:pic>
              </a:graphicData>
            </a:graphic>
          </wp:inline>
        </w:drawing>
      </w:r>
    </w:p>
    <w:p>
      <w:pPr>
        <w:spacing w:before="0" w:after="120" w:line="300" w:lineRule="auto"/>
      </w:pPr>
      <w:r>
        <w:rPr>
          <w:rFonts w:ascii="Times New Roman" w:hAnsi="Times New Roman" w:eastAsia="宋体"/>
          <w:b w:val="0"/>
          <w:i w:val="0"/>
          <w:sz w:val="21"/>
        </w:rPr>
        <w:t>（A）1　　（B）m/n　　（C）n/m　　（D）2m/n　　（E）2n/m</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opposite sides of a rectangle are each divided into n congruent segments, and the endpoints of one segment are joined to the center to form triangle A. The other sides are each divided into m congruent segments, and the endpoints of one of these segments are joined to the center to form triangle B. [See figure for n=5, m=7.] What is the ratio of the area of triangle A to the area of triangle B?</w:t>
      </w:r>
    </w:p>
    <w:p>
      <w:pPr>
        <w:spacing w:before="80" w:after="80"/>
        <w:jc w:val="center"/>
      </w:pPr>
      <w:r>
        <w:drawing>
          <wp:inline xmlns:a="http://schemas.openxmlformats.org/drawingml/2006/main" xmlns:pic="http://schemas.openxmlformats.org/drawingml/2006/picture">
            <wp:extent cx="2413000" cy="1734457"/>
            <wp:docPr id="2" name="Picture 2"/>
            <wp:cNvGraphicFramePr>
              <a:graphicFrameLocks noChangeAspect="1"/>
            </wp:cNvGraphicFramePr>
            <a:graphic>
              <a:graphicData uri="http://schemas.openxmlformats.org/drawingml/2006/picture">
                <pic:pic>
                  <pic:nvPicPr>
                    <pic:cNvPr id="0" name="q15-1@300dpi.png"/>
                    <pic:cNvPicPr/>
                  </pic:nvPicPr>
                  <pic:blipFill>
                    <a:blip r:embed="rId9"/>
                    <a:stretch>
                      <a:fillRect/>
                    </a:stretch>
                  </pic:blipFill>
                  <pic:spPr>
                    <a:xfrm>
                      <a:off x="0" y="0"/>
                      <a:ext cx="2413000" cy="173445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m/n　　(C) n/m　　(D) 2m/n　　(E) 2n/m</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将一枚公平的标准六面骰子掷三次。已知前两次点数之和等于第三次点数，求至少有一次掷出 2 的概率。</w:t>
      </w:r>
    </w:p>
    <w:p>
      <w:pPr>
        <w:spacing w:before="0" w:after="120" w:line="300" w:lineRule="auto"/>
      </w:pPr>
      <w:r>
        <w:rPr>
          <w:rFonts w:ascii="Times New Roman" w:hAnsi="Times New Roman" w:eastAsia="宋体"/>
          <w:b w:val="0"/>
          <w:i w:val="0"/>
          <w:sz w:val="21"/>
        </w:rPr>
        <w:t>（A）1/6　　（B）91/216　　（C）1/2　　（D）8/15　　（E）7/12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fair standard six-sided dice is tossed three times. Given that the sum of the first two tosses equals the third, what is the probability that at least one 2 is tossed?</w:t>
      </w:r>
    </w:p>
    <w:p>
      <w:pPr>
        <w:spacing w:before="0" w:after="160" w:line="300" w:lineRule="auto"/>
      </w:pPr>
      <w:r>
        <w:rPr>
          <w:rFonts w:ascii="Times New Roman" w:hAnsi="Times New Roman" w:eastAsia="宋体"/>
          <w:b w:val="0"/>
          <w:i w:val="0"/>
          <w:color w:val="333333"/>
          <w:sz w:val="19"/>
        </w:rPr>
        <w:t>(A) 1/6　　(B) 91/216　　(C) 1/2　　(D) 8/15　　(E) 7/12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在长方形 ABCD 中，角 C 被 CF 和 CE 三等分，其中 E 在 AB 上，F 在 AD 上，BE=6，且 AF=2。下列哪一个数最接近长方形 ABCD 的面积？</w:t>
      </w:r>
    </w:p>
    <w:p>
      <w:pPr>
        <w:spacing w:before="80" w:after="80"/>
        <w:jc w:val="center"/>
      </w:pPr>
      <w:r>
        <w:drawing>
          <wp:inline xmlns:a="http://schemas.openxmlformats.org/drawingml/2006/main" xmlns:pic="http://schemas.openxmlformats.org/drawingml/2006/picture">
            <wp:extent cx="2984500" cy="2134671"/>
            <wp:docPr id="3" name="Picture 3"/>
            <wp:cNvGraphicFramePr>
              <a:graphicFrameLocks noChangeAspect="1"/>
            </wp:cNvGraphicFramePr>
            <a:graphic>
              <a:graphicData uri="http://schemas.openxmlformats.org/drawingml/2006/picture">
                <pic:pic>
                  <pic:nvPicPr>
                    <pic:cNvPr id="0" name="q17-1@300dpi.png"/>
                    <pic:cNvPicPr/>
                  </pic:nvPicPr>
                  <pic:blipFill>
                    <a:blip r:embed="rId10"/>
                    <a:stretch>
                      <a:fillRect/>
                    </a:stretch>
                  </pic:blipFill>
                  <pic:spPr>
                    <a:xfrm>
                      <a:off x="0" y="0"/>
                      <a:ext cx="2984500" cy="2134671"/>
                    </a:xfrm>
                    <a:prstGeom prst="rect"/>
                  </pic:spPr>
                </pic:pic>
              </a:graphicData>
            </a:graphic>
          </wp:inline>
        </w:drawing>
      </w:r>
    </w:p>
    <w:p>
      <w:pPr>
        <w:spacing w:before="0" w:after="120" w:line="300" w:lineRule="auto"/>
      </w:pPr>
      <w:r>
        <w:rPr>
          <w:rFonts w:ascii="Times New Roman" w:hAnsi="Times New Roman" w:eastAsia="宋体"/>
          <w:b w:val="0"/>
          <w:i w:val="0"/>
          <w:sz w:val="21"/>
        </w:rPr>
        <w:t>（A）110　　（B）120　　（C）130　　（D）140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angle C is trisected by CF and CE, where E is on AB, F is on AD, BE=6, and AF=2. Which of the following is closest to the area of the rectangle ABCD?</w:t>
      </w:r>
    </w:p>
    <w:p>
      <w:pPr>
        <w:spacing w:before="80" w:after="80"/>
        <w:jc w:val="center"/>
      </w:pPr>
      <w:r>
        <w:drawing>
          <wp:inline xmlns:a="http://schemas.openxmlformats.org/drawingml/2006/main" xmlns:pic="http://schemas.openxmlformats.org/drawingml/2006/picture">
            <wp:extent cx="2984500" cy="2134671"/>
            <wp:docPr id="4" name="Picture 4"/>
            <wp:cNvGraphicFramePr>
              <a:graphicFrameLocks noChangeAspect="1"/>
            </wp:cNvGraphicFramePr>
            <a:graphic>
              <a:graphicData uri="http://schemas.openxmlformats.org/drawingml/2006/picture">
                <pic:pic>
                  <pic:nvPicPr>
                    <pic:cNvPr id="0" name="q17-1@300dpi.png"/>
                    <pic:cNvPicPr/>
                  </pic:nvPicPr>
                  <pic:blipFill>
                    <a:blip r:embed="rId10"/>
                    <a:stretch>
                      <a:fillRect/>
                    </a:stretch>
                  </pic:blipFill>
                  <pic:spPr>
                    <a:xfrm>
                      <a:off x="0" y="0"/>
                      <a:ext cx="2984500" cy="21346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110　　(B) 120　　(C) 130　　(D) 140　　(E) 150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一个半径为 2 的圆，圆心为 (2,0)。另一个半径为 1 的圆，圆心为 (5,0)。一条直线在第一象限内的两点分别与这两个圆相切。下列哪一个数最接近该直线的 y 轴截距？</w:t>
      </w:r>
    </w:p>
    <w:p>
      <w:pPr>
        <w:spacing w:before="0" w:after="120" w:line="300" w:lineRule="auto"/>
      </w:pPr>
      <w:r>
        <w:rPr>
          <w:rFonts w:ascii="Times New Roman" w:hAnsi="Times New Roman" w:eastAsia="宋体"/>
          <w:b w:val="0"/>
          <w:i w:val="0"/>
          <w:sz w:val="21"/>
        </w:rPr>
        <w:t>（A）(√(2))/4　　（B）(√(8))/3　　（C）1+√(3)　　（D）2√(2)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2 has center at (2,0). A circle of radius 1 has center at (5,0). A line is tangent to the two circles at points in the first quadrant. Which of the following is closest to the y-intercept of the line?</w:t>
      </w:r>
    </w:p>
    <w:p>
      <w:pPr>
        <w:spacing w:before="0" w:after="160" w:line="300" w:lineRule="auto"/>
      </w:pPr>
      <w:r>
        <w:rPr>
          <w:rFonts w:ascii="Times New Roman" w:hAnsi="Times New Roman" w:eastAsia="宋体"/>
          <w:b w:val="0"/>
          <w:i w:val="0"/>
          <w:color w:val="333333"/>
          <w:sz w:val="19"/>
        </w:rPr>
        <w:t>(A) (√(2))/4　　(B) (√(8))/3　　(C) 1+√(3)　　(D) 2√(2)　　(E) 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连接正六边形 ABCDEF 各边的中点，形成一个较小的六边形。这个较小六边形所围面积是 ABCDEF 面积的几分之几？</w:t>
      </w:r>
    </w:p>
    <w:p>
      <w:pPr>
        <w:spacing w:before="80" w:after="80"/>
        <w:jc w:val="center"/>
      </w:pPr>
      <w:r>
        <w:drawing>
          <wp:inline xmlns:a="http://schemas.openxmlformats.org/drawingml/2006/main" xmlns:pic="http://schemas.openxmlformats.org/drawingml/2006/picture">
            <wp:extent cx="2413000" cy="2083590"/>
            <wp:docPr id="5" name="Picture 5"/>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2413000" cy="2083590"/>
                    </a:xfrm>
                    <a:prstGeom prst="rect"/>
                  </pic:spPr>
                </pic:pic>
              </a:graphicData>
            </a:graphic>
          </wp:inline>
        </w:drawing>
      </w:r>
    </w:p>
    <w:p>
      <w:pPr>
        <w:spacing w:before="0" w:after="120" w:line="300" w:lineRule="auto"/>
      </w:pPr>
      <w:r>
        <w:rPr>
          <w:rFonts w:ascii="Times New Roman" w:hAnsi="Times New Roman" w:eastAsia="宋体"/>
          <w:b w:val="0"/>
          <w:i w:val="0"/>
          <w:sz w:val="21"/>
        </w:rPr>
        <w:t>（A）1/2　　（B）(√(3))/3　　（C）2/3　　（D）3/4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midpoints of the sides of a regular hexagon ABCDEF are joined to form a smaller hexagon. What fraction of the area of ABCDEF is enclosed by the smaller hexagon?</w:t>
      </w:r>
    </w:p>
    <w:p>
      <w:pPr>
        <w:spacing w:before="80" w:after="80"/>
        <w:jc w:val="center"/>
      </w:pPr>
      <w:r>
        <w:drawing>
          <wp:inline xmlns:a="http://schemas.openxmlformats.org/drawingml/2006/main" xmlns:pic="http://schemas.openxmlformats.org/drawingml/2006/picture">
            <wp:extent cx="2413000" cy="2083590"/>
            <wp:docPr id="6" name="Picture 6"/>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2413000" cy="20835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(√(3))/3　　(C) 2/3　　(D) 3/4　　(E) (√(3))/2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 xy 平面内，从 (0,0) 到 (12,16) 且不进入圆 (x-6)²+(y-8)²=25 内部的最短路径长度是多少？</w:t>
      </w:r>
    </w:p>
    <w:p>
      <w:pPr>
        <w:spacing w:before="0" w:after="120" w:line="300" w:lineRule="auto"/>
      </w:pPr>
      <w:r>
        <w:rPr>
          <w:rFonts w:ascii="Times New Roman" w:hAnsi="Times New Roman" w:eastAsia="宋体"/>
          <w:b w:val="0"/>
          <w:i w:val="0"/>
          <w:sz w:val="21"/>
        </w:rPr>
        <w:t>（A）10√(3)　　（B）10√(5)　　（C）10√(3)+5π/3　　（D）(40√(3))/3　　（E）10+5π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xy-plane, what is the length of the shortest path from (0,0) to (12,16) that does not go inside the circle (x-6)²+(y-8)²=25?</w:t>
      </w:r>
    </w:p>
    <w:p>
      <w:pPr>
        <w:spacing w:before="0" w:after="160" w:line="300" w:lineRule="auto"/>
      </w:pPr>
      <w:r>
        <w:rPr>
          <w:rFonts w:ascii="Times New Roman" w:hAnsi="Times New Roman" w:eastAsia="宋体"/>
          <w:b w:val="0"/>
          <w:i w:val="0"/>
          <w:color w:val="333333"/>
          <w:sz w:val="19"/>
        </w:rPr>
        <w:t>(A) 10√(3)　　(B) 10√(5)　　(C) 10√(3)+5π/3　　(D) (40√(3))/3　　(E) 10+5π</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三角形 ABC 和 ABD 都是等腰三角形，且 AB=AC=BD，BD 与 AC 交于 E。若 BD⊥AC，则 ∠ C+∠ D 等于</w:t>
      </w:r>
    </w:p>
    <w:p>
      <w:pPr>
        <w:spacing w:before="80" w:after="80"/>
        <w:jc w:val="center"/>
      </w:pPr>
      <w:r>
        <w:drawing>
          <wp:inline xmlns:a="http://schemas.openxmlformats.org/drawingml/2006/main" xmlns:pic="http://schemas.openxmlformats.org/drawingml/2006/picture">
            <wp:extent cx="2603500" cy="2554702"/>
            <wp:docPr id="7" name="Picture 7"/>
            <wp:cNvGraphicFramePr>
              <a:graphicFrameLocks noChangeAspect="1"/>
            </wp:cNvGraphicFramePr>
            <a:graphic>
              <a:graphicData uri="http://schemas.openxmlformats.org/drawingml/2006/picture">
                <pic:pic>
                  <pic:nvPicPr>
                    <pic:cNvPr id="0" name="q21-1@300dpi.png"/>
                    <pic:cNvPicPr/>
                  </pic:nvPicPr>
                  <pic:blipFill>
                    <a:blip r:embed="rId12"/>
                    <a:stretch>
                      <a:fillRect/>
                    </a:stretch>
                  </pic:blipFill>
                  <pic:spPr>
                    <a:xfrm>
                      <a:off x="0" y="0"/>
                      <a:ext cx="2603500" cy="2554702"/>
                    </a:xfrm>
                    <a:prstGeom prst="rect"/>
                  </pic:spPr>
                </pic:pic>
              </a:graphicData>
            </a:graphic>
          </wp:inline>
        </w:drawing>
      </w:r>
    </w:p>
    <w:p>
      <w:pPr>
        <w:spacing w:before="0" w:after="120" w:line="300" w:lineRule="auto"/>
      </w:pPr>
      <w:r>
        <w:rPr>
          <w:rFonts w:ascii="Times New Roman" w:hAnsi="Times New Roman" w:eastAsia="宋体"/>
          <w:b w:val="0"/>
          <w:i w:val="0"/>
          <w:sz w:val="21"/>
        </w:rPr>
        <w:t>（A）115°　　（B）120°　　（C）130°　　（D）135°　　（E）不能唯一确定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ABC and ABD are isosceles with AB=AC=BD, and BD intersects AC at E. If BD⊥AC, then ∠ C+∠ D is</w:t>
      </w:r>
    </w:p>
    <w:p>
      <w:pPr>
        <w:spacing w:before="80" w:after="80"/>
        <w:jc w:val="center"/>
      </w:pPr>
      <w:r>
        <w:drawing>
          <wp:inline xmlns:a="http://schemas.openxmlformats.org/drawingml/2006/main" xmlns:pic="http://schemas.openxmlformats.org/drawingml/2006/picture">
            <wp:extent cx="2603500" cy="2554702"/>
            <wp:docPr id="8" name="Picture 8"/>
            <wp:cNvGraphicFramePr>
              <a:graphicFrameLocks noChangeAspect="1"/>
            </wp:cNvGraphicFramePr>
            <a:graphic>
              <a:graphicData uri="http://schemas.openxmlformats.org/drawingml/2006/picture">
                <pic:pic>
                  <pic:nvPicPr>
                    <pic:cNvPr id="0" name="q21-1@300dpi.png"/>
                    <pic:cNvPicPr/>
                  </pic:nvPicPr>
                  <pic:blipFill>
                    <a:blip r:embed="rId12"/>
                    <a:stretch>
                      <a:fillRect/>
                    </a:stretch>
                  </pic:blipFill>
                  <pic:spPr>
                    <a:xfrm>
                      <a:off x="0" y="0"/>
                      <a:ext cx="2603500" cy="255470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115°　　(B) 120°　　(C) 130°　　(D) 135°　　(E) not uniquely determined</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选取四个不同的点 A、B、C 和 D，它们来自圆周上均匀分布的 1996 个点，每个四点组被选中的可能性相同。弦 AB 与弦 CD 相交的概率是多少？</w:t>
      </w:r>
    </w:p>
    <w:p>
      <w:pPr>
        <w:spacing w:before="0" w:after="120" w:line="300" w:lineRule="auto"/>
      </w:pPr>
      <w:r>
        <w:rPr>
          <w:rFonts w:ascii="Times New Roman" w:hAnsi="Times New Roman" w:eastAsia="宋体"/>
          <w:b w:val="0"/>
          <w:i w:val="0"/>
          <w:sz w:val="21"/>
        </w:rPr>
        <w:t>（A）1/4　　（B）1/3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distinct points, A, B, C, and D, are to be selected from 1996 points evenly spaced around a circle. All quadruples are equally likely to be chosen. What is the probability that the chord AB intersects the chord CD?</w:t>
      </w:r>
    </w:p>
    <w:p>
      <w:pPr>
        <w:spacing w:before="0" w:after="160" w:line="300" w:lineRule="auto"/>
      </w:pPr>
      <w:r>
        <w:rPr>
          <w:rFonts w:ascii="Times New Roman" w:hAnsi="Times New Roman" w:eastAsia="宋体"/>
          <w:b w:val="0"/>
          <w:i w:val="0"/>
          <w:color w:val="333333"/>
          <w:sz w:val="19"/>
        </w:rPr>
        <w:t>(A) 1/4　　(B) 1/3　　(C) 1/2　　(D) 2/3　　(E) 3/4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一个长方体的十二条棱长之和为 140，从一个顶点到最远顶点的距离为 21。该长方体的总表面积是</w:t>
      </w:r>
    </w:p>
    <w:p>
      <w:pPr>
        <w:spacing w:before="0" w:after="120" w:line="300" w:lineRule="auto"/>
      </w:pPr>
      <w:r>
        <w:rPr>
          <w:rFonts w:ascii="Times New Roman" w:hAnsi="Times New Roman" w:eastAsia="宋体"/>
          <w:b w:val="0"/>
          <w:i w:val="0"/>
          <w:sz w:val="21"/>
        </w:rPr>
        <w:t>（A）776　　（B）784　　（C）798　　（D）800　　（E）812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lengths of the twelve edges of a rectangular box is 140, and the distance from one corner of the box to the farthest corner is 21. The total surface area of the box is</w:t>
      </w:r>
    </w:p>
    <w:p>
      <w:pPr>
        <w:spacing w:before="0" w:after="160" w:line="300" w:lineRule="auto"/>
      </w:pPr>
      <w:r>
        <w:rPr>
          <w:rFonts w:ascii="Times New Roman" w:hAnsi="Times New Roman" w:eastAsia="宋体"/>
          <w:b w:val="0"/>
          <w:i w:val="0"/>
          <w:color w:val="333333"/>
          <w:sz w:val="19"/>
        </w:rPr>
        <w:t>(A) 776　　(B) 784　　(C) 798　　(D) 800　　(E) 812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数列</w:t>
      </w:r>
    </w:p>
    <w:p>
      <w:pPr>
        <w:spacing w:before="0" w:after="80" w:line="300" w:lineRule="auto"/>
        <w:jc w:val="left"/>
      </w:pPr>
      <w:r>
        <w:rPr>
          <w:rFonts w:ascii="Times New Roman" w:hAnsi="Times New Roman" w:eastAsia="宋体"/>
          <w:b w:val="0"/>
          <w:i w:val="0"/>
          <w:sz w:val="21"/>
        </w:rPr>
        <w:t>1,2,1,2,2,1,2,2,2,1,2,</w:t>
      </w:r>
    </w:p>
    <w:p>
      <w:pPr>
        <w:spacing w:before="0" w:after="80" w:line="300" w:lineRule="auto"/>
        <w:jc w:val="left"/>
      </w:pPr>
      <w:r>
        <w:rPr>
          <w:rFonts w:ascii="Times New Roman" w:hAnsi="Times New Roman" w:eastAsia="宋体"/>
          <w:b w:val="0"/>
          <w:i w:val="0"/>
          <w:sz w:val="21"/>
        </w:rPr>
        <w:t>2,2,2,1,2,2,2,2,2,1,2,…</w:t>
      </w:r>
    </w:p>
    <w:p>
      <w:pPr>
        <w:spacing w:before="0" w:after="80" w:line="300" w:lineRule="auto"/>
        <w:jc w:val="left"/>
      </w:pPr>
      <w:r>
        <w:rPr>
          <w:rFonts w:ascii="Times New Roman" w:hAnsi="Times New Roman" w:eastAsia="宋体"/>
          <w:b w:val="0"/>
          <w:i w:val="0"/>
          <w:sz w:val="21"/>
        </w:rPr>
        <w:t>由若干个 1 组成，相邻两项之间隔着由 2 构成的数块，第 n 个数块中有 n 个 2。这个数列前 1234 项的和是</w:t>
      </w:r>
    </w:p>
    <w:p>
      <w:pPr>
        <w:spacing w:before="0" w:after="120" w:line="300" w:lineRule="auto"/>
      </w:pPr>
      <w:r>
        <w:rPr>
          <w:rFonts w:ascii="Times New Roman" w:hAnsi="Times New Roman" w:eastAsia="宋体"/>
          <w:b w:val="0"/>
          <w:i w:val="0"/>
          <w:sz w:val="21"/>
        </w:rPr>
        <w:t>（A）1996　　（B）2419　　（C）2429　　（D）2439　　（E）2449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w:t>
      </w:r>
    </w:p>
    <w:p>
      <w:pPr>
        <w:spacing w:before="0" w:after="80" w:line="300" w:lineRule="auto"/>
        <w:jc w:val="left"/>
      </w:pPr>
      <w:r>
        <w:rPr>
          <w:rFonts w:ascii="Times New Roman" w:hAnsi="Times New Roman" w:eastAsia="宋体"/>
          <w:b w:val="0"/>
          <w:i w:val="0"/>
          <w:color w:val="333333"/>
          <w:sz w:val="19"/>
        </w:rPr>
        <w:t>1,2,1,2,2,1,2,2,2,1,2,</w:t>
      </w:r>
    </w:p>
    <w:p>
      <w:pPr>
        <w:spacing w:before="0" w:after="80" w:line="300" w:lineRule="auto"/>
        <w:jc w:val="left"/>
      </w:pPr>
      <w:r>
        <w:rPr>
          <w:rFonts w:ascii="Times New Roman" w:hAnsi="Times New Roman" w:eastAsia="宋体"/>
          <w:b w:val="0"/>
          <w:i w:val="0"/>
          <w:color w:val="333333"/>
          <w:sz w:val="19"/>
        </w:rPr>
        <w:t>2,2,2,1,2,2,2,2,2,1,2,…</w:t>
      </w:r>
    </w:p>
    <w:p>
      <w:pPr>
        <w:spacing w:before="0" w:after="80" w:line="300" w:lineRule="auto"/>
        <w:jc w:val="left"/>
      </w:pPr>
      <w:r>
        <w:rPr>
          <w:rFonts w:ascii="Times New Roman" w:hAnsi="Times New Roman" w:eastAsia="宋体"/>
          <w:b w:val="0"/>
          <w:i w:val="0"/>
          <w:color w:val="333333"/>
          <w:sz w:val="19"/>
        </w:rPr>
        <w:t>consists of 1’s separated by blocks of 2’s with n 2’s in the nth block. The sum of the first 1234 terms of this sequence is</w:t>
      </w:r>
    </w:p>
    <w:p>
      <w:pPr>
        <w:spacing w:before="0" w:after="160" w:line="300" w:lineRule="auto"/>
      </w:pPr>
      <w:r>
        <w:rPr>
          <w:rFonts w:ascii="Times New Roman" w:hAnsi="Times New Roman" w:eastAsia="宋体"/>
          <w:b w:val="0"/>
          <w:i w:val="0"/>
          <w:color w:val="333333"/>
          <w:sz w:val="19"/>
        </w:rPr>
        <w:t>(A) 1996　　(B) 2419　　(C) 2429　　(D) 2439　　(E) 2449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已知 x²+y²=14x+6y+6，3x+4y 的最大可能值是多少？</w:t>
      </w:r>
    </w:p>
    <w:p>
      <w:pPr>
        <w:spacing w:before="0" w:after="120" w:line="300" w:lineRule="auto"/>
      </w:pPr>
      <w:r>
        <w:rPr>
          <w:rFonts w:ascii="Times New Roman" w:hAnsi="Times New Roman" w:eastAsia="宋体"/>
          <w:b w:val="0"/>
          <w:i w:val="0"/>
          <w:sz w:val="21"/>
        </w:rPr>
        <w:t>（A）72　　（B）73　　（C）74　　（D）75　　（E）76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that x²+y²=14x+6y+6, what is the largest possible value that 3x+4y can have?</w:t>
      </w:r>
    </w:p>
    <w:p>
      <w:pPr>
        <w:spacing w:before="0" w:after="160" w:line="300" w:lineRule="auto"/>
      </w:pPr>
      <w:r>
        <w:rPr>
          <w:rFonts w:ascii="Times New Roman" w:hAnsi="Times New Roman" w:eastAsia="宋体"/>
          <w:b w:val="0"/>
          <w:i w:val="0"/>
          <w:color w:val="333333"/>
          <w:sz w:val="19"/>
        </w:rPr>
        <w:t>(A) 72　　(B) 73　　(C) 74　　(D) 75　　(E) 76</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一个罐子里有红、白、蓝、绿四种颜色的弹珠。不放回地抽取四颗弹珠时，下列事件的发生概率相同：</w:t>
      </w:r>
    </w:p>
    <w:p>
      <w:pPr>
        <w:spacing w:before="0" w:after="80" w:line="300" w:lineRule="auto"/>
        <w:jc w:val="left"/>
      </w:pPr>
      <w:r>
        <w:rPr>
          <w:rFonts w:ascii="Times New Roman" w:hAnsi="Times New Roman" w:eastAsia="宋体"/>
          <w:b w:val="0"/>
          <w:i w:val="0"/>
          <w:sz w:val="21"/>
        </w:rPr>
        <w:t>（a）抽到四颗红色弹珠；</w:t>
      </w:r>
    </w:p>
    <w:p>
      <w:pPr>
        <w:spacing w:before="0" w:after="80" w:line="300" w:lineRule="auto"/>
        <w:jc w:val="left"/>
      </w:pPr>
      <w:r>
        <w:rPr>
          <w:rFonts w:ascii="Times New Roman" w:hAnsi="Times New Roman" w:eastAsia="宋体"/>
          <w:b w:val="0"/>
          <w:i w:val="0"/>
          <w:sz w:val="21"/>
        </w:rPr>
        <w:t>（b）抽到一颗白色弹珠和三颗红色弹珠；</w:t>
      </w:r>
    </w:p>
    <w:p>
      <w:pPr>
        <w:spacing w:before="0" w:after="80" w:line="300" w:lineRule="auto"/>
        <w:jc w:val="left"/>
      </w:pPr>
      <w:r>
        <w:rPr>
          <w:rFonts w:ascii="Times New Roman" w:hAnsi="Times New Roman" w:eastAsia="宋体"/>
          <w:b w:val="0"/>
          <w:i w:val="0"/>
          <w:sz w:val="21"/>
        </w:rPr>
        <w:t>（c）抽到一颗白色、一颗蓝色和两颗红色弹珠；以及</w:t>
      </w:r>
    </w:p>
    <w:p>
      <w:pPr>
        <w:spacing w:before="0" w:after="80" w:line="300" w:lineRule="auto"/>
        <w:jc w:val="left"/>
      </w:pPr>
      <w:r>
        <w:rPr>
          <w:rFonts w:ascii="Times New Roman" w:hAnsi="Times New Roman" w:eastAsia="宋体"/>
          <w:b w:val="0"/>
          <w:i w:val="0"/>
          <w:sz w:val="21"/>
        </w:rPr>
        <w:t>（d）每种颜色各抽到一颗弹珠。</w:t>
      </w:r>
    </w:p>
    <w:p>
      <w:pPr>
        <w:spacing w:before="0" w:after="80" w:line="300" w:lineRule="auto"/>
        <w:jc w:val="left"/>
      </w:pPr>
      <w:r>
        <w:rPr>
          <w:rFonts w:ascii="Times New Roman" w:hAnsi="Times New Roman" w:eastAsia="宋体"/>
          <w:b w:val="0"/>
          <w:i w:val="0"/>
          <w:sz w:val="21"/>
        </w:rPr>
        <w:t>满足上述条件的弹珠总数最少是多少？</w:t>
      </w:r>
    </w:p>
    <w:p>
      <w:pPr>
        <w:spacing w:before="0" w:after="120" w:line="300" w:lineRule="auto"/>
      </w:pPr>
      <w:r>
        <w:rPr>
          <w:rFonts w:ascii="Times New Roman" w:hAnsi="Times New Roman" w:eastAsia="宋体"/>
          <w:b w:val="0"/>
          <w:i w:val="0"/>
          <w:sz w:val="21"/>
        </w:rPr>
        <w:t>（A）19　　（B）21　　（C）46　　（D）69　　（E）大于 69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urn contains marbles of four colors: red, white, blue, and green. When four marbles are drawn without replacement, the following events are equally likely:</w:t>
      </w:r>
    </w:p>
    <w:p>
      <w:pPr>
        <w:spacing w:before="0" w:after="80" w:line="300" w:lineRule="auto"/>
        <w:jc w:val="left"/>
      </w:pPr>
      <w:r>
        <w:rPr>
          <w:rFonts w:ascii="Times New Roman" w:hAnsi="Times New Roman" w:eastAsia="宋体"/>
          <w:b w:val="0"/>
          <w:i w:val="0"/>
          <w:color w:val="333333"/>
          <w:sz w:val="19"/>
        </w:rPr>
        <w:t>(a) the selection of four red marbles;</w:t>
      </w:r>
    </w:p>
    <w:p>
      <w:pPr>
        <w:spacing w:before="0" w:after="80" w:line="300" w:lineRule="auto"/>
        <w:jc w:val="left"/>
      </w:pPr>
      <w:r>
        <w:rPr>
          <w:rFonts w:ascii="Times New Roman" w:hAnsi="Times New Roman" w:eastAsia="宋体"/>
          <w:b w:val="0"/>
          <w:i w:val="0"/>
          <w:color w:val="333333"/>
          <w:sz w:val="19"/>
        </w:rPr>
        <w:t>(b) the selection of one white and three red marbles;</w:t>
      </w:r>
    </w:p>
    <w:p>
      <w:pPr>
        <w:spacing w:before="0" w:after="80" w:line="300" w:lineRule="auto"/>
        <w:jc w:val="left"/>
      </w:pPr>
      <w:r>
        <w:rPr>
          <w:rFonts w:ascii="Times New Roman" w:hAnsi="Times New Roman" w:eastAsia="宋体"/>
          <w:b w:val="0"/>
          <w:i w:val="0"/>
          <w:color w:val="333333"/>
          <w:sz w:val="19"/>
        </w:rPr>
        <w:t>(c) the selection of one white, one blue, and two red marbles; and</w:t>
      </w:r>
    </w:p>
    <w:p>
      <w:pPr>
        <w:spacing w:before="0" w:after="80" w:line="300" w:lineRule="auto"/>
        <w:jc w:val="left"/>
      </w:pPr>
      <w:r>
        <w:rPr>
          <w:rFonts w:ascii="Times New Roman" w:hAnsi="Times New Roman" w:eastAsia="宋体"/>
          <w:b w:val="0"/>
          <w:i w:val="0"/>
          <w:color w:val="333333"/>
          <w:sz w:val="19"/>
        </w:rPr>
        <w:t>(d) the selection of one marble of each color.</w:t>
      </w:r>
    </w:p>
    <w:p>
      <w:pPr>
        <w:spacing w:before="0" w:after="80" w:line="300" w:lineRule="auto"/>
        <w:jc w:val="left"/>
      </w:pPr>
      <w:r>
        <w:rPr>
          <w:rFonts w:ascii="Times New Roman" w:hAnsi="Times New Roman" w:eastAsia="宋体"/>
          <w:b w:val="0"/>
          <w:i w:val="0"/>
          <w:color w:val="333333"/>
          <w:sz w:val="19"/>
        </w:rPr>
        <w:t>What is the smallest number of marbles satisfying the given condition?</w:t>
      </w:r>
    </w:p>
    <w:p>
      <w:pPr>
        <w:spacing w:before="0" w:after="160" w:line="300" w:lineRule="auto"/>
      </w:pPr>
      <w:r>
        <w:rPr>
          <w:rFonts w:ascii="Times New Roman" w:hAnsi="Times New Roman" w:eastAsia="宋体"/>
          <w:b w:val="0"/>
          <w:i w:val="0"/>
          <w:color w:val="333333"/>
          <w:sz w:val="19"/>
        </w:rPr>
        <w:t>(A) 19　　(B) 21　　(C) 46　　(D) 69　　(E) more than 69</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考虑两个实心球体：一个球心为 (0,0,21/2)，半径为 6；另一个球心为 (0,0,1)，半径为 9/2。两个球体的交集中有多少个坐标全为整数的点 (x,y,z)（格点）？</w:t>
      </w:r>
    </w:p>
    <w:p>
      <w:pPr>
        <w:spacing w:before="0" w:after="120" w:line="300" w:lineRule="auto"/>
      </w:pPr>
      <w:r>
        <w:rPr>
          <w:rFonts w:ascii="Times New Roman" w:hAnsi="Times New Roman" w:eastAsia="宋体"/>
          <w:b w:val="0"/>
          <w:i w:val="0"/>
          <w:sz w:val="21"/>
        </w:rPr>
        <w:t>（A）7　　（B）9　　（C）11　　（D）13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two solid spherical balls, one centered at (0,0,21/2) with radius 6, and the other centered at (0,0,1) with radius 9/2. How many points (x,y,z) with only integer coordinates (lattice points) are there in the intersection of the balls?</w:t>
      </w:r>
    </w:p>
    <w:p>
      <w:pPr>
        <w:spacing w:before="0" w:after="160" w:line="300" w:lineRule="auto"/>
      </w:pPr>
      <w:r>
        <w:rPr>
          <w:rFonts w:ascii="Times New Roman" w:hAnsi="Times New Roman" w:eastAsia="宋体"/>
          <w:b w:val="0"/>
          <w:i w:val="0"/>
          <w:color w:val="333333"/>
          <w:sz w:val="19"/>
        </w:rPr>
        <w:t>(A) 7　　(B) 9　　(C) 11　　(D) 13　　(E) 15</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在一个 4×4×3 的长方体上，顶点 A、B 和 C 都与顶点 D 相邻。从 D 到包含 A、B、C 的平面的垂直距离最接近</w:t>
      </w:r>
    </w:p>
    <w:p>
      <w:pPr>
        <w:spacing w:before="0" w:after="120" w:line="300" w:lineRule="auto"/>
      </w:pPr>
      <w:r>
        <w:rPr>
          <w:rFonts w:ascii="Times New Roman" w:hAnsi="Times New Roman" w:eastAsia="宋体"/>
          <w:b w:val="0"/>
          <w:i w:val="0"/>
          <w:sz w:val="21"/>
        </w:rPr>
        <w:t>（A）1.6　　（B）1.9　　（C）2.1　　（D）2.7　　（E）2.9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4×4×3 rectangular parallelepiped, vertices A, B, and C are adjacent to vertex D. The perpendicular distance from D to the plane containing A, B, and C is closest to</w:t>
      </w:r>
    </w:p>
    <w:p>
      <w:pPr>
        <w:spacing w:before="0" w:after="160" w:line="300" w:lineRule="auto"/>
      </w:pPr>
      <w:r>
        <w:rPr>
          <w:rFonts w:ascii="Times New Roman" w:hAnsi="Times New Roman" w:eastAsia="宋体"/>
          <w:b w:val="0"/>
          <w:i w:val="0"/>
          <w:color w:val="333333"/>
          <w:sz w:val="19"/>
        </w:rPr>
        <w:t>(A) 1.6　　(B) 1.9　　(C) 2.1　　(D) 2.7　　(E) 2.9</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若正整数 n 满足 2n 有 28 个正因数，且 3n 有 30 个正因数，那么 6n 有多少个正因数？</w:t>
      </w:r>
    </w:p>
    <w:p>
      <w:pPr>
        <w:spacing w:before="0" w:after="120" w:line="300" w:lineRule="auto"/>
      </w:pPr>
      <w:r>
        <w:rPr>
          <w:rFonts w:ascii="Times New Roman" w:hAnsi="Times New Roman" w:eastAsia="宋体"/>
          <w:b w:val="0"/>
          <w:i w:val="0"/>
          <w:sz w:val="21"/>
        </w:rPr>
        <w:t>（A）32　　（B）34　　（C）35　　（D）36　　（E）38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is a positive integer such that 2n has 28 positive divisors and 3n has 30 positive divisors, then how many positive divisors does 6n have?</w:t>
      </w:r>
    </w:p>
    <w:p>
      <w:pPr>
        <w:spacing w:before="0" w:after="160" w:line="300" w:lineRule="auto"/>
      </w:pPr>
      <w:r>
        <w:rPr>
          <w:rFonts w:ascii="Times New Roman" w:hAnsi="Times New Roman" w:eastAsia="宋体"/>
          <w:b w:val="0"/>
          <w:i w:val="0"/>
          <w:color w:val="333333"/>
          <w:sz w:val="19"/>
        </w:rPr>
        <w:t>(A) 32　　(B) 34　　(C) 35　　(D) 36　　(E) 38</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一个内接于圆的六边形有连续三条边的长度均为 3，另有连续三条边的长度均为 5。一条弦把六边形分成两个梯形，其中一个梯形有三条长度均为 3 的边，另一个有三条长度均为 5 的边。该弦长等于 m/n，其中 m 和 n 是互质正整数。求 m+n。</w:t>
      </w:r>
    </w:p>
    <w:p>
      <w:pPr>
        <w:spacing w:before="0" w:after="120" w:line="300" w:lineRule="auto"/>
      </w:pPr>
      <w:r>
        <w:rPr>
          <w:rFonts w:ascii="Times New Roman" w:hAnsi="Times New Roman" w:eastAsia="宋体"/>
          <w:b w:val="0"/>
          <w:i w:val="0"/>
          <w:sz w:val="21"/>
        </w:rPr>
        <w:t>（A）309　　（B）349　　（C）369　　（D）389　　（E）409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hexagon inscribed in a circle has three consecutive sides each of length 3 and three consecutive sides each of length 5. The chord of the circle that divides the hexagon into two trapezoids, one with three sides each of length 3 and the other with three sides each of length 5, has length equal to m/n, where m and n are relatively prime positive integers. Find m+n.</w:t>
      </w:r>
    </w:p>
    <w:p>
      <w:pPr>
        <w:spacing w:before="0" w:after="160" w:line="300" w:lineRule="auto"/>
      </w:pPr>
      <w:r>
        <w:rPr>
          <w:rFonts w:ascii="Times New Roman" w:hAnsi="Times New Roman" w:eastAsia="宋体"/>
          <w:b w:val="0"/>
          <w:i w:val="0"/>
          <w:color w:val="333333"/>
          <w:sz w:val="19"/>
        </w:rPr>
        <w:t>(A) 309　　(B) 349　　(C) 369　　(D) 389　　(E) 409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A　E　D　E　E　B　D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D　B　D　C　B　D　E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C　D　B　B　B　B　B　D</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C　C　E</w:t>
      </w:r>
    </w:p>
    <w:p>
      <w:pPr>
        <w:spacing w:before="0" w:after="200" w:line="300" w:lineRule="auto"/>
      </w:pPr>
      <w:r>
        <w:rPr>
          <w:rFonts w:ascii="Times New Roman" w:hAnsi="Times New Roman" w:eastAsia="宋体"/>
          <w:b w:val="0"/>
          <w:i w:val="0"/>
          <w:color w:val="666666"/>
          <w:sz w:val="18"/>
        </w:rPr>
        <w:t>答案串：DAEDEEBDBDDBDCBDEDDCDBBBBBDCCE</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三个加数之和为 641+852+973=2466，比正确结果大 10。把十位数字 7（在 973 中）改为 6，总和就减少 10，变成 2456。题中没有更大的数字能通过改动达到这个效果，所以正确答案是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addends total 641+852+973=2466, which is 10 too large. Changing the tens digit 7 in 973 to 6 lowers the sum by 10 and gives 2456. No larger listed digit can make that change, so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十个普通日子会得到 10·3=30 美元。每个表现特别好的日子会多得 5-3=2 美元，而实际总额多出 6 美元。因此共有 6/2=3 个表现特别好的日子，所以正确答案是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Ten ordinary days would pay 10·3=30 dollars. Each exceptional day adds 5-3=2 dollars, and the actual total is 6 dollars higher. Thus there were 6/2=3 exceptional days, so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因为 3!=6，原式为 (6!)/6=5!=120。因此正确答案是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3!=6, the expression is (6!)/6=5!=120.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六个已知数按顺序排列为 3,5,5,7,8,9。即使三个未给出的整数都大于 9，完整数列中的第五个数仍为 8。这个值可以达到，所以正确答案是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specified values in order are 3,5,5,7,8,9. Even if all three unspecified integers exceed 9, the fifth entry of the full sorted list is 8. This is attainable, so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所列分子中，c+d 最大；所列分母中，a+b 最小。因此 c+d/a+b 大于其余每个正分数，所以正确答案是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Among the displayed numerators, c+d is largest; among the denominators, a+b is smallest. Therefore c+d/a+b exceeds every other positive fraction listed, so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直接代入得</w:t>
      </w:r>
    </w:p>
    <w:p>
      <w:pPr>
        <w:spacing w:before="0" w:after="80" w:line="300" w:lineRule="auto"/>
        <w:jc w:val="left"/>
      </w:pPr>
      <w:r>
        <w:rPr>
          <w:rFonts w:ascii="Times New Roman" w:hAnsi="Times New Roman" w:eastAsia="宋体"/>
          <w:b w:val="0"/>
          <w:i w:val="0"/>
          <w:sz w:val="21"/>
        </w:rPr>
        <w:t>f(0)=0,</w:t>
      </w:r>
    </w:p>
    <w:p>
      <w:pPr>
        <w:spacing w:before="0" w:after="80" w:line="300" w:lineRule="auto"/>
        <w:jc w:val="left"/>
      </w:pPr>
      <w:r>
        <w:rPr>
          <w:rFonts w:ascii="Times New Roman" w:hAnsi="Times New Roman" w:eastAsia="宋体"/>
          <w:b w:val="0"/>
          <w:i w:val="0"/>
          <w:sz w:val="21"/>
        </w:rPr>
        <w:t>f(-1)=1,</w:t>
      </w:r>
    </w:p>
    <w:p>
      <w:pPr>
        <w:spacing w:before="0" w:after="80" w:line="300" w:lineRule="auto"/>
        <w:jc w:val="left"/>
      </w:pPr>
      <w:r>
        <w:rPr>
          <w:rFonts w:ascii="Times New Roman" w:hAnsi="Times New Roman" w:eastAsia="宋体"/>
          <w:b w:val="0"/>
          <w:i w:val="0"/>
          <w:sz w:val="21"/>
        </w:rPr>
        <w:t>f(-2)=0,</w:t>
      </w:r>
    </w:p>
    <w:p>
      <w:pPr>
        <w:spacing w:before="0" w:after="80" w:line="300" w:lineRule="auto"/>
        <w:jc w:val="left"/>
      </w:pPr>
      <w:r>
        <w:rPr>
          <w:rFonts w:ascii="Times New Roman" w:hAnsi="Times New Roman" w:eastAsia="宋体"/>
          <w:b w:val="0"/>
          <w:i w:val="0"/>
          <w:sz w:val="21"/>
        </w:rPr>
        <w:t>f(-3)=1/9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它们的和是 10/9，所以正确答案是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Direct substitution gives</w:t>
      </w:r>
    </w:p>
    <w:p>
      <w:pPr>
        <w:spacing w:before="0" w:after="80" w:line="300" w:lineRule="auto"/>
        <w:jc w:val="left"/>
      </w:pPr>
      <w:r>
        <w:rPr>
          <w:rFonts w:ascii="Times New Roman" w:hAnsi="Times New Roman" w:eastAsia="宋体"/>
          <w:b w:val="0"/>
          <w:i w:val="0"/>
          <w:color w:val="333333"/>
          <w:sz w:val="19"/>
        </w:rPr>
        <w:t>f(0)=0,</w:t>
      </w:r>
    </w:p>
    <w:p>
      <w:pPr>
        <w:spacing w:before="0" w:after="80" w:line="300" w:lineRule="auto"/>
        <w:jc w:val="left"/>
      </w:pPr>
      <w:r>
        <w:rPr>
          <w:rFonts w:ascii="Times New Roman" w:hAnsi="Times New Roman" w:eastAsia="宋体"/>
          <w:b w:val="0"/>
          <w:i w:val="0"/>
          <w:color w:val="333333"/>
          <w:sz w:val="19"/>
        </w:rPr>
        <w:t>f(-1)=1,</w:t>
      </w:r>
    </w:p>
    <w:p>
      <w:pPr>
        <w:spacing w:before="0" w:after="80" w:line="300" w:lineRule="auto"/>
        <w:jc w:val="left"/>
      </w:pPr>
      <w:r>
        <w:rPr>
          <w:rFonts w:ascii="Times New Roman" w:hAnsi="Times New Roman" w:eastAsia="宋体"/>
          <w:b w:val="0"/>
          <w:i w:val="0"/>
          <w:color w:val="333333"/>
          <w:sz w:val="19"/>
        </w:rPr>
        <w:t>f(-2)=0,</w:t>
      </w:r>
    </w:p>
    <w:p>
      <w:pPr>
        <w:spacing w:before="0" w:after="80" w:line="300" w:lineRule="auto"/>
        <w:jc w:val="left"/>
      </w:pPr>
      <w:r>
        <w:rPr>
          <w:rFonts w:ascii="Times New Roman" w:hAnsi="Times New Roman" w:eastAsia="宋体"/>
          <w:b w:val="0"/>
          <w:i w:val="0"/>
          <w:color w:val="333333"/>
          <w:sz w:val="19"/>
        </w:rPr>
        <w:t>f(-3)=1/9.</w:t>
      </w:r>
    </w:p>
    <w:p>
      <w:pPr>
        <w:spacing w:before="0" w:after="80" w:line="300" w:lineRule="auto"/>
        <w:jc w:val="left"/>
      </w:pPr>
      <w:r>
        <w:rPr>
          <w:rFonts w:ascii="Times New Roman" w:hAnsi="Times New Roman" w:eastAsia="宋体"/>
          <w:b w:val="0"/>
          <w:i w:val="0"/>
          <w:color w:val="333333"/>
          <w:sz w:val="19"/>
        </w:rPr>
        <w:t>Their sum is 10/9, so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孩子们的费用为 9.45-4.95=4.50 美元，所以他们的年龄总和为 4.50/0.45=10。若每个双胞胎都是 t 岁，较小的孩子是 y 岁，则 2t+y=10，且 y&lt; t。在各选项中，y=2 给出 t=4，符合要求。因此正确答案是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children account for 9.45-4.95=4.50 dollars, so their ages total 4.50/0.45=10. If each twin is t and the younger child is y, then 2t+y=10 with y&lt; t. Of the choices, y=2 gives t=4, which works.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两个方程相除得 5=(4/2)^(r)=2^(r)。因此 r=log₂ 5，所以正确答案是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Dividing the equations gives 5=(4/2)^(r)=2^(r). Hence r=log₂ 5, so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因为 PA²+PB² =3²+4²=5²=AB²，所以三角形 PAB 在 P 处为直角。在正方形 ABCD 中，AD=5，且 AD⊥ AB。由于两个平面沿 AB 互相垂直，AD 垂直于 PAB 所在平面，因而也垂直于 AP。所以 PD²=PA²+AD² =3²+5²=34。正确答案是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PA²+PB² =3²+4²=5²=AB², triangle PAB is right at P. In square ABCD, AD=5 and AD⊥ AB. Because the two planes are perpendicular along AB, AD is perpendicular to the plane of PAB, and hence to AP. Thus PD²=PA²+AD² =3²+5²=34.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立方体的 8 个顶点中，每个无序点对都确定一条线段，其中包括棱和对角线。共有 C(8, 2)=28 条，所以正确答案是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unordered pair of the cube’s 8 vertices determines one segment, including edges and diagonals. There are C(8, 2)=28, so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每条线段的中心是距圆心 2 个单位的切点，并沿切线向两个方向各延伸 1 个单位。当切点绕圆转动时，这些线段填满一个内半径为 2、外半径为 √(2²+1²)=√(5) 的圆环。其面积为 π(5-4)=π，所以正确答案是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segment is centered at a tangency point 2 units from the circle’s center and extends 1 unit along the tangent in both directions. As the tangency point rotates, the segments fill the annulus with inner radius 2 and outer radius √(2²+1²)=√(5). Its area is π(5-4)=π, so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因为 k 是奇数，所以 f(k)=k+3 是偶数，于是 f(f(k))=k+3/2。若这个值是奇数，加上 3 不可能得到 27，因为这会要求该值为 24。因此它是偶数，除以二后得到 27，所以 k+3/2=54。由此 k=105，其各位数字之和为 6。正确答案是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k is odd, f(k)=k+3 is even, so f(f(k))=k+3/2. If this value were odd, adding 3 could not produce 27 because that would require the value 24. Therefore it is even and is halved to 27, so k+3/2=54. Hence k=105, whose digits sum to 6.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假设月光跑了 x 米。经过的时间为 x/mv，所以从月光出发起，桑妮又跑了 (v· x)/mv=x/m 米。追上时，x=h+x/m。解得 x=hm/m-1，所以正确答案是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Moonbeam runs x meters. The elapsed time is x/mv, so Sunny runs (v· x)/mv=x/m meters after the start. At the catch, x=h+x/m. Solving gives x=hm/m-1, so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从 00 到 99，每个数字在两个数位上都各出现 10 次。正偶数数字的和为 2+4+6+8=20，所以总贡献为 2·10·20=400。数 100 不贡献任何正偶数数字，所以正确答案是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00 through 99, each digit occurs 10 times in each of the two positions. The positive even digits sum to 2+4+6+8=20, so the total contribution is 2·10·20=400. The number 100 contributes no even positive digit, so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三角形 A 的底为 w/n，高为 h/2，所以面积为 wh/4n。三角形 B 的底为 h/m，高为 w/2，所以面积为 wh/4m。二者之比为 m/n，正确答案是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 has base w/n and altitude h/2, so its area is wh/4n. Triangle B has base h/m and altitude w/2, so its area is wh/4m. Their ratio is m/n, and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当第三次点数依次为 2,3,4,5,6 时，前两次点数的有序数对数量依次为 1,2,3,4,5，所以共有 15 个等可能的条件结果。第三次掷出 2 对应 (1,1,2)。第一次掷出 2 有 4 个结果，第二次掷出 2 也有 4 个结果，而 (2,2,4) 被重复计算。因此有利结果共有 1+4+4-1=8 个，正确答案是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third tosses 2,3,4,5,6, the numbers of ordered first-two-toss pairs are 1,2,3,4,5, for 15 equally likely conditional outcomes. A third toss of 2 contributes (1,1,2). A 2 in the first position gives 4 outcomes and a 2 in the second gives 4, with (2,2,4) counted twice. Thus there are 1+4+4-1=8 favorable outcomes,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设长方形的宽为 w，高为 h。在直角三角形 CBE 中，tan30°=BE/CB=6/h，所以 h=6√(3)。在由 C,F,D 构成的三角形中，水平距离为 w，竖直下降距离为 h-2，所以 tan60°=w/h-2。因此</w:t>
      </w:r>
    </w:p>
    <w:p>
      <w:pPr>
        <w:spacing w:before="0" w:after="80" w:line="300" w:lineRule="auto"/>
        <w:jc w:val="left"/>
      </w:pPr>
      <w:r>
        <w:rPr>
          <w:rFonts w:ascii="Times New Roman" w:hAnsi="Times New Roman" w:eastAsia="宋体"/>
          <w:b w:val="0"/>
          <w:i w:val="0"/>
          <w:sz w:val="21"/>
        </w:rPr>
        <w:t>w=√(3)(6√(3)-2)=18-2√(3)。</w:t>
      </w:r>
    </w:p>
    <w:p>
      <w:pPr>
        <w:spacing w:before="0" w:after="80" w:line="300" w:lineRule="auto"/>
        <w:jc w:val="left"/>
      </w:pPr>
      <w:r>
        <w:rPr>
          <w:rFonts w:ascii="Times New Roman" w:hAnsi="Times New Roman" w:eastAsia="宋体"/>
          <w:b w:val="0"/>
          <w:i w:val="0"/>
          <w:sz w:val="21"/>
        </w:rPr>
        <w:t>面积为 6√(3)(18-2√(3)) =108√(3)-36≈151.1，最接近 150。所以正确答案是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rectangle have width w and height h. In right triangle CBE, tan30°=BE/CB=6/h, so h=6√(3). In the triangle using C,F,D, the horizontal run is w and the vertical drop is h-2, so tan60°=w/h-2. Hence</w:t>
      </w:r>
    </w:p>
    <w:p>
      <w:pPr>
        <w:spacing w:before="0" w:after="80" w:line="300" w:lineRule="auto"/>
        <w:jc w:val="left"/>
      </w:pPr>
      <w:r>
        <w:rPr>
          <w:rFonts w:ascii="Times New Roman" w:hAnsi="Times New Roman" w:eastAsia="宋体"/>
          <w:b w:val="0"/>
          <w:i w:val="0"/>
          <w:color w:val="333333"/>
          <w:sz w:val="19"/>
        </w:rPr>
        <w:t>w=√(3)(6√(3)-2)=18-2√(3).</w:t>
      </w:r>
    </w:p>
    <w:p>
      <w:pPr>
        <w:spacing w:before="0" w:after="80" w:line="300" w:lineRule="auto"/>
        <w:jc w:val="left"/>
      </w:pPr>
      <w:r>
        <w:rPr>
          <w:rFonts w:ascii="Times New Roman" w:hAnsi="Times New Roman" w:eastAsia="宋体"/>
          <w:b w:val="0"/>
          <w:i w:val="0"/>
          <w:color w:val="333333"/>
          <w:sz w:val="19"/>
        </w:rPr>
        <w:t>The area is 6√(3)(18-2√(3)) =108√(3)-36≈151.1, closest to 150.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把上方的公切线写成 mx-y+b=0，并令 s=√(m²+1)。两个圆心到直线的距离给出</w:t>
      </w:r>
    </w:p>
    <w:p>
      <w:pPr>
        <w:spacing w:before="0" w:after="80" w:line="300" w:lineRule="auto"/>
        <w:jc w:val="left"/>
      </w:pPr>
      <w:r>
        <w:rPr>
          <w:rFonts w:ascii="Times New Roman" w:hAnsi="Times New Roman" w:eastAsia="宋体"/>
          <w:b w:val="0"/>
          <w:i w:val="0"/>
          <w:sz w:val="21"/>
        </w:rPr>
        <w:t>2m+b=2s, 5m+b=s。</w:t>
      </w:r>
    </w:p>
    <w:p>
      <w:pPr>
        <w:spacing w:before="0" w:after="80" w:line="300" w:lineRule="auto"/>
        <w:jc w:val="left"/>
      </w:pPr>
      <w:r>
        <w:rPr>
          <w:rFonts w:ascii="Times New Roman" w:hAnsi="Times New Roman" w:eastAsia="宋体"/>
          <w:b w:val="0"/>
          <w:i w:val="0"/>
          <w:sz w:val="21"/>
        </w:rPr>
        <w:t>因此 3m=-s，所以 9m²=m²+1，且 m=-1/(√(8))。由第二个方程，</w:t>
      </w:r>
    </w:p>
    <w:p>
      <w:pPr>
        <w:spacing w:before="0" w:after="80" w:line="300" w:lineRule="auto"/>
        <w:jc w:val="left"/>
      </w:pPr>
      <w:r>
        <w:rPr>
          <w:rFonts w:ascii="Times New Roman" w:hAnsi="Times New Roman" w:eastAsia="宋体"/>
          <w:b w:val="0"/>
          <w:i w:val="0"/>
          <w:sz w:val="21"/>
        </w:rPr>
        <w:t>b=s-5m</w:t>
      </w:r>
    </w:p>
    <w:p>
      <w:pPr>
        <w:spacing w:before="0" w:after="80" w:line="300" w:lineRule="auto"/>
        <w:jc w:val="left"/>
      </w:pPr>
      <w:r>
        <w:rPr>
          <w:rFonts w:ascii="Times New Roman" w:hAnsi="Times New Roman" w:eastAsia="宋体"/>
          <w:b w:val="0"/>
          <w:i w:val="0"/>
          <w:sz w:val="21"/>
        </w:rPr>
        <w:t>=3/(√(8))+5/(√(8))=2√(2)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upper common tangent as mx-y+b=0 and let s=√(m²+1). The two center-to-line distances give</w:t>
      </w:r>
    </w:p>
    <w:p>
      <w:pPr>
        <w:spacing w:before="0" w:after="80" w:line="300" w:lineRule="auto"/>
        <w:jc w:val="left"/>
      </w:pPr>
      <w:r>
        <w:rPr>
          <w:rFonts w:ascii="Times New Roman" w:hAnsi="Times New Roman" w:eastAsia="宋体"/>
          <w:b w:val="0"/>
          <w:i w:val="0"/>
          <w:color w:val="333333"/>
          <w:sz w:val="19"/>
        </w:rPr>
        <w:t>2m+b=2s, 5m+b=s.</w:t>
      </w:r>
    </w:p>
    <w:p>
      <w:pPr>
        <w:spacing w:before="0" w:after="80" w:line="300" w:lineRule="auto"/>
        <w:jc w:val="left"/>
      </w:pPr>
      <w:r>
        <w:rPr>
          <w:rFonts w:ascii="Times New Roman" w:hAnsi="Times New Roman" w:eastAsia="宋体"/>
          <w:b w:val="0"/>
          <w:i w:val="0"/>
          <w:color w:val="333333"/>
          <w:sz w:val="19"/>
        </w:rPr>
        <w:t>Thus 3m=-s, so 9m²=m²+1 and m=-1/(√(8)). From the second equation,</w:t>
      </w:r>
    </w:p>
    <w:p>
      <w:pPr>
        <w:spacing w:before="0" w:after="80" w:line="300" w:lineRule="auto"/>
        <w:jc w:val="left"/>
      </w:pPr>
      <w:r>
        <w:rPr>
          <w:rFonts w:ascii="Times New Roman" w:hAnsi="Times New Roman" w:eastAsia="宋体"/>
          <w:b w:val="0"/>
          <w:i w:val="0"/>
          <w:color w:val="333333"/>
          <w:sz w:val="19"/>
        </w:rPr>
        <w:t>b=s-5m</w:t>
      </w:r>
    </w:p>
    <w:p>
      <w:pPr>
        <w:spacing w:before="0" w:after="80" w:line="300" w:lineRule="auto"/>
        <w:jc w:val="left"/>
      </w:pPr>
      <w:r>
        <w:rPr>
          <w:rFonts w:ascii="Times New Roman" w:hAnsi="Times New Roman" w:eastAsia="宋体"/>
          <w:b w:val="0"/>
          <w:i w:val="0"/>
          <w:color w:val="333333"/>
          <w:sz w:val="19"/>
        </w:rPr>
        <w:t>=3/(√(8))+5/(√(8))=2√(2).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两个相邻中点与它们共有的顶点组成一个三角形，其中两边均为 s/2，夹角为 120°。其对边长度的平方为</w:t>
      </w:r>
    </w:p>
    <w:p>
      <w:pPr>
        <w:spacing w:before="0" w:after="80" w:line="300" w:lineRule="auto"/>
        <w:jc w:val="left"/>
      </w:pPr>
      <w:r>
        <w:rPr>
          <w:rFonts w:ascii="Times New Roman" w:hAnsi="Times New Roman" w:eastAsia="宋体"/>
          <w:b w:val="0"/>
          <w:i w:val="0"/>
          <w:sz w:val="21"/>
        </w:rPr>
        <w:t>s²/4+s²/4 -2(s/2)²cos120°</w:t>
      </w:r>
    </w:p>
    <w:p>
      <w:pPr>
        <w:spacing w:before="0" w:after="80" w:line="300" w:lineRule="auto"/>
        <w:jc w:val="left"/>
      </w:pPr>
      <w:r>
        <w:rPr>
          <w:rFonts w:ascii="Times New Roman" w:hAnsi="Times New Roman" w:eastAsia="宋体"/>
          <w:b w:val="0"/>
          <w:i w:val="0"/>
          <w:sz w:val="21"/>
        </w:rPr>
        <w:t>=3s²/4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因此较小六边形的缩放比例为 (√(3))/2，面积之比为 3/4。正确答案是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adjacent midpoints and their shared vertex form a triangle with two sides s/2 and included angle 120°. Its opposite side has squared length</w:t>
      </w:r>
    </w:p>
    <w:p>
      <w:pPr>
        <w:spacing w:before="0" w:after="80" w:line="300" w:lineRule="auto"/>
        <w:jc w:val="left"/>
      </w:pPr>
      <w:r>
        <w:rPr>
          <w:rFonts w:ascii="Times New Roman" w:hAnsi="Times New Roman" w:eastAsia="宋体"/>
          <w:b w:val="0"/>
          <w:i w:val="0"/>
          <w:color w:val="333333"/>
          <w:sz w:val="19"/>
        </w:rPr>
        <w:t>s²/4+s²/4 -2(s/2)²cos120°</w:t>
      </w:r>
    </w:p>
    <w:p>
      <w:pPr>
        <w:spacing w:before="0" w:after="80" w:line="300" w:lineRule="auto"/>
        <w:jc w:val="left"/>
      </w:pPr>
      <w:r>
        <w:rPr>
          <w:rFonts w:ascii="Times New Roman" w:hAnsi="Times New Roman" w:eastAsia="宋体"/>
          <w:b w:val="0"/>
          <w:i w:val="0"/>
          <w:color w:val="333333"/>
          <w:sz w:val="19"/>
        </w:rPr>
        <w:t>=3s²/4.</w:t>
      </w:r>
    </w:p>
    <w:p>
      <w:pPr>
        <w:spacing w:before="0" w:after="80" w:line="300" w:lineRule="auto"/>
        <w:jc w:val="left"/>
      </w:pPr>
      <w:r>
        <w:rPr>
          <w:rFonts w:ascii="Times New Roman" w:hAnsi="Times New Roman" w:eastAsia="宋体"/>
          <w:b w:val="0"/>
          <w:i w:val="0"/>
          <w:color w:val="333333"/>
          <w:sz w:val="19"/>
        </w:rPr>
        <w:t>Thus the smaller hexagon has scale factor (√(3))/2, and its area ratio is 3/4.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每个端点到圆心的距离都是 10，所以每条切线段的长度为 √(10²-5²)=5√(3)。在切点处的直角三角形中，圆心处的角为 60°。由于从圆心到两个端点的射线方向相反，两个切点之间的小弧所对圆心角为 180°-2(60°)=60°，所以弧长为 5π/3。总长度为 10√(3)+5π/3，正确答案是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endpoint is 10 units from the circle’s center, so each tangent segment has length √(10²-5²)=5√(3). In the right triangle at a tangency point, the angle at the center is 60°. Since the endpoint rays are opposite, the intervening minor arc subtends 180°-2(60°)=60°, so its length is 5π/3. The total is 10√(3)+5π/3,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设 ∠ BAC=α。由于 AB=AC，</w:t>
      </w:r>
    </w:p>
    <w:p>
      <w:pPr>
        <w:spacing w:before="0" w:after="80" w:line="300" w:lineRule="auto"/>
        <w:jc w:val="left"/>
      </w:pPr>
      <w:r>
        <w:rPr>
          <w:rFonts w:ascii="Times New Roman" w:hAnsi="Times New Roman" w:eastAsia="宋体"/>
          <w:b w:val="0"/>
          <w:i w:val="0"/>
          <w:sz w:val="21"/>
        </w:rPr>
        <w:t>∠ C=(180°-α)/2=90°-α/2。</w:t>
      </w:r>
    </w:p>
    <w:p>
      <w:pPr>
        <w:spacing w:before="0" w:after="80" w:line="300" w:lineRule="auto"/>
        <w:jc w:val="left"/>
      </w:pPr>
      <w:r>
        <w:rPr>
          <w:rFonts w:ascii="Times New Roman" w:hAnsi="Times New Roman" w:eastAsia="宋体"/>
          <w:b w:val="0"/>
          <w:i w:val="0"/>
          <w:sz w:val="21"/>
        </w:rPr>
        <w:t>由于 BD⊥ AC，BA 与 BD 的夹角为 90°-α。在等腰三角形 ABD 中，AB=BD，所以两个底角为</w:t>
      </w:r>
    </w:p>
    <w:p>
      <w:pPr>
        <w:spacing w:before="0" w:after="80" w:line="300" w:lineRule="auto"/>
        <w:jc w:val="left"/>
      </w:pPr>
      <w:r>
        <w:rPr>
          <w:rFonts w:ascii="Times New Roman" w:hAnsi="Times New Roman" w:eastAsia="宋体"/>
          <w:b w:val="0"/>
          <w:i w:val="0"/>
          <w:sz w:val="21"/>
        </w:rPr>
        <w:t>∠ D =(180°-(90°-α))/2</w:t>
      </w:r>
    </w:p>
    <w:p>
      <w:pPr>
        <w:spacing w:before="0" w:after="80" w:line="300" w:lineRule="auto"/>
        <w:jc w:val="left"/>
      </w:pPr>
      <w:r>
        <w:rPr>
          <w:rFonts w:ascii="Times New Roman" w:hAnsi="Times New Roman" w:eastAsia="宋体"/>
          <w:b w:val="0"/>
          <w:i w:val="0"/>
          <w:sz w:val="21"/>
        </w:rPr>
        <w:t>=45°+α/2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二者之和为 135°，所以正确答案是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BAC=α. Since AB=AC,</w:t>
      </w:r>
    </w:p>
    <w:p>
      <w:pPr>
        <w:spacing w:before="0" w:after="80" w:line="300" w:lineRule="auto"/>
        <w:jc w:val="left"/>
      </w:pPr>
      <w:r>
        <w:rPr>
          <w:rFonts w:ascii="Times New Roman" w:hAnsi="Times New Roman" w:eastAsia="宋体"/>
          <w:b w:val="0"/>
          <w:i w:val="0"/>
          <w:color w:val="333333"/>
          <w:sz w:val="19"/>
        </w:rPr>
        <w:t>∠ C=(180°-α)/2=90°-α/2.</w:t>
      </w:r>
    </w:p>
    <w:p>
      <w:pPr>
        <w:spacing w:before="0" w:after="80" w:line="300" w:lineRule="auto"/>
        <w:jc w:val="left"/>
      </w:pPr>
      <w:r>
        <w:rPr>
          <w:rFonts w:ascii="Times New Roman" w:hAnsi="Times New Roman" w:eastAsia="宋体"/>
          <w:b w:val="0"/>
          <w:i w:val="0"/>
          <w:color w:val="333333"/>
          <w:sz w:val="19"/>
        </w:rPr>
        <w:t>Because BD⊥ AC, the angle between BA and BD is 90°-α. In isosceles triangle ABD, AB=BD, so its two base angles are</w:t>
      </w:r>
    </w:p>
    <w:p>
      <w:pPr>
        <w:spacing w:before="0" w:after="80" w:line="300" w:lineRule="auto"/>
        <w:jc w:val="left"/>
      </w:pPr>
      <w:r>
        <w:rPr>
          <w:rFonts w:ascii="Times New Roman" w:hAnsi="Times New Roman" w:eastAsia="宋体"/>
          <w:b w:val="0"/>
          <w:i w:val="0"/>
          <w:color w:val="333333"/>
          <w:sz w:val="19"/>
        </w:rPr>
        <w:t>∠ D =(180°-(90°-α))/2</w:t>
      </w:r>
    </w:p>
    <w:p>
      <w:pPr>
        <w:spacing w:before="0" w:after="80" w:line="300" w:lineRule="auto"/>
        <w:jc w:val="left"/>
      </w:pPr>
      <w:r>
        <w:rPr>
          <w:rFonts w:ascii="Times New Roman" w:hAnsi="Times New Roman" w:eastAsia="宋体"/>
          <w:b w:val="0"/>
          <w:i w:val="0"/>
          <w:color w:val="333333"/>
          <w:sz w:val="19"/>
        </w:rPr>
        <w:t>=45°+α/2.</w:t>
      </w:r>
    </w:p>
    <w:p>
      <w:pPr>
        <w:spacing w:before="0" w:after="80" w:line="300" w:lineRule="auto"/>
        <w:jc w:val="left"/>
      </w:pPr>
      <w:r>
        <w:rPr>
          <w:rFonts w:ascii="Times New Roman" w:hAnsi="Times New Roman" w:eastAsia="宋体"/>
          <w:b w:val="0"/>
          <w:i w:val="0"/>
          <w:color w:val="333333"/>
          <w:sz w:val="19"/>
        </w:rPr>
        <w:t>Their sum is 135°, so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对于任意固定的四个点，把它们的标号分成两组无序弦对共有三种方式。恰有一种配对连接圆周上交错排列的点，因此两弦相交。指定的弦对 AB,CD 等可能地对应这三种配对中的任意一种，所以概率为 1/3。正确答案是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fixed four points, there are three ways to partition their labels into two unordered chord pairs. Exactly one pairing joins alternating points around the circle and therefore crosses. The named pair AB,CD is equally likely to be any of these three pairings, so the probability is 1/3.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棱长之和给出 4(a+b+c)=140，所以 a+b+c=35。空间对角线给出 a²+b²+c²=21²=441。因此总表面积为</w:t>
      </w:r>
    </w:p>
    <w:p>
      <w:pPr>
        <w:spacing w:before="0" w:after="80" w:line="300" w:lineRule="auto"/>
        <w:jc w:val="left"/>
      </w:pPr>
      <w:r>
        <w:rPr>
          <w:rFonts w:ascii="Times New Roman" w:hAnsi="Times New Roman" w:eastAsia="宋体"/>
          <w:b w:val="0"/>
          <w:i w:val="0"/>
          <w:sz w:val="21"/>
        </w:rPr>
        <w:t>2(ab+bc+ca)</w:t>
      </w:r>
    </w:p>
    <w:p>
      <w:pPr>
        <w:spacing w:before="0" w:after="80" w:line="300" w:lineRule="auto"/>
        <w:jc w:val="left"/>
      </w:pPr>
      <w:r>
        <w:rPr>
          <w:rFonts w:ascii="Times New Roman" w:hAnsi="Times New Roman" w:eastAsia="宋体"/>
          <w:b w:val="0"/>
          <w:i w:val="0"/>
          <w:sz w:val="21"/>
        </w:rPr>
        <w:t>=(a+b+c)²</w:t>
      </w:r>
    </w:p>
    <w:p>
      <w:pPr>
        <w:spacing w:before="0" w:after="80" w:line="300" w:lineRule="auto"/>
        <w:jc w:val="left"/>
      </w:pPr>
      <w:r>
        <w:rPr>
          <w:rFonts w:ascii="Times New Roman" w:hAnsi="Times New Roman" w:eastAsia="宋体"/>
          <w:b w:val="0"/>
          <w:i w:val="0"/>
          <w:sz w:val="21"/>
        </w:rPr>
        <w:t>-(a²+b²+c²)</w:t>
      </w:r>
    </w:p>
    <w:p>
      <w:pPr>
        <w:spacing w:before="0" w:after="80" w:line="300" w:lineRule="auto"/>
        <w:jc w:val="left"/>
      </w:pPr>
      <w:r>
        <w:rPr>
          <w:rFonts w:ascii="Times New Roman" w:hAnsi="Times New Roman" w:eastAsia="宋体"/>
          <w:b w:val="0"/>
          <w:i w:val="0"/>
          <w:sz w:val="21"/>
        </w:rPr>
        <w:t>=35²-441=784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edge sum gives 4(a+b+c)=140, so a+b+c=35. The space diagonal gives a²+b²+c²=21²=441. Therefore the surface area is</w:t>
      </w:r>
    </w:p>
    <w:p>
      <w:pPr>
        <w:spacing w:before="0" w:after="80" w:line="300" w:lineRule="auto"/>
        <w:jc w:val="left"/>
      </w:pPr>
      <w:r>
        <w:rPr>
          <w:rFonts w:ascii="Times New Roman" w:hAnsi="Times New Roman" w:eastAsia="宋体"/>
          <w:b w:val="0"/>
          <w:i w:val="0"/>
          <w:color w:val="333333"/>
          <w:sz w:val="19"/>
        </w:rPr>
        <w:t>2(ab+bc+ca)</w:t>
      </w:r>
    </w:p>
    <w:p>
      <w:pPr>
        <w:spacing w:before="0" w:after="80" w:line="300" w:lineRule="auto"/>
        <w:jc w:val="left"/>
      </w:pPr>
      <w:r>
        <w:rPr>
          <w:rFonts w:ascii="Times New Roman" w:hAnsi="Times New Roman" w:eastAsia="宋体"/>
          <w:b w:val="0"/>
          <w:i w:val="0"/>
          <w:color w:val="333333"/>
          <w:sz w:val="19"/>
        </w:rPr>
        <w:t>=(a+b+c)²</w:t>
      </w:r>
    </w:p>
    <w:p>
      <w:pPr>
        <w:spacing w:before="0" w:after="80" w:line="300" w:lineRule="auto"/>
        <w:jc w:val="left"/>
      </w:pPr>
      <w:r>
        <w:rPr>
          <w:rFonts w:ascii="Times New Roman" w:hAnsi="Times New Roman" w:eastAsia="宋体"/>
          <w:b w:val="0"/>
          <w:i w:val="0"/>
          <w:color w:val="333333"/>
          <w:sz w:val="19"/>
        </w:rPr>
        <w:t>-(a²+b²+c²)</w:t>
      </w:r>
    </w:p>
    <w:p>
      <w:pPr>
        <w:spacing w:before="0" w:after="80" w:line="300" w:lineRule="auto"/>
        <w:jc w:val="left"/>
      </w:pPr>
      <w:r>
        <w:rPr>
          <w:rFonts w:ascii="Times New Roman" w:hAnsi="Times New Roman" w:eastAsia="宋体"/>
          <w:b w:val="0"/>
          <w:i w:val="0"/>
          <w:color w:val="333333"/>
          <w:sz w:val="19"/>
        </w:rPr>
        <w:t>=35²-441=784.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到第 k 个数块为止，有 k 个一和 (k(k+1))/2 个二，因此共有 (k(k+3))/2 项。当 k=48 时，项数为 1224。这些项的和为</w:t>
      </w:r>
    </w:p>
    <w:p>
      <w:pPr>
        <w:spacing w:before="0" w:after="80" w:line="300" w:lineRule="auto"/>
        <w:jc w:val="left"/>
      </w:pPr>
      <w:r>
        <w:rPr>
          <w:rFonts w:ascii="Times New Roman" w:hAnsi="Times New Roman" w:eastAsia="宋体"/>
          <w:b w:val="0"/>
          <w:i w:val="0"/>
          <w:sz w:val="21"/>
        </w:rPr>
        <w:t>48+2((48·49)/2)=2400。</w:t>
      </w:r>
    </w:p>
    <w:p>
      <w:pPr>
        <w:spacing w:before="0" w:after="80" w:line="300" w:lineRule="auto"/>
        <w:jc w:val="left"/>
      </w:pPr>
      <w:r>
        <w:rPr>
          <w:rFonts w:ascii="Times New Roman" w:hAnsi="Times New Roman" w:eastAsia="宋体"/>
          <w:b w:val="0"/>
          <w:i w:val="0"/>
          <w:sz w:val="21"/>
        </w:rPr>
        <w:t>接下来的 10 项是一个 1 和九个 2，和为 19。所求总和为 2419，所以正确答案是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Through block k there are k ones and (k(k+1))/2 twos, hence (k(k+3))/2 terms. For k=48 this is 1224. Their sum is</w:t>
      </w:r>
    </w:p>
    <w:p>
      <w:pPr>
        <w:spacing w:before="0" w:after="80" w:line="300" w:lineRule="auto"/>
        <w:jc w:val="left"/>
      </w:pPr>
      <w:r>
        <w:rPr>
          <w:rFonts w:ascii="Times New Roman" w:hAnsi="Times New Roman" w:eastAsia="宋体"/>
          <w:b w:val="0"/>
          <w:i w:val="0"/>
          <w:color w:val="333333"/>
          <w:sz w:val="19"/>
        </w:rPr>
        <w:t>48+2((48·49)/2)=2400.</w:t>
      </w:r>
    </w:p>
    <w:p>
      <w:pPr>
        <w:spacing w:before="0" w:after="80" w:line="300" w:lineRule="auto"/>
        <w:jc w:val="left"/>
      </w:pPr>
      <w:r>
        <w:rPr>
          <w:rFonts w:ascii="Times New Roman" w:hAnsi="Times New Roman" w:eastAsia="宋体"/>
          <w:b w:val="0"/>
          <w:i w:val="0"/>
          <w:color w:val="333333"/>
          <w:sz w:val="19"/>
        </w:rPr>
        <w:t>The next 10 terms are one 1 and nine 2’s, with sum 19. The requested sum is 2419, so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配方得</w:t>
      </w:r>
    </w:p>
    <w:p>
      <w:pPr>
        <w:spacing w:before="0" w:after="80" w:line="300" w:lineRule="auto"/>
        <w:jc w:val="left"/>
      </w:pPr>
      <w:r>
        <w:rPr>
          <w:rFonts w:ascii="Times New Roman" w:hAnsi="Times New Roman" w:eastAsia="宋体"/>
          <w:b w:val="0"/>
          <w:i w:val="0"/>
          <w:sz w:val="21"/>
        </w:rPr>
        <w:t>(x-7)²+(y-3)²=64。</w:t>
      </w:r>
    </w:p>
    <w:p>
      <w:pPr>
        <w:spacing w:before="0" w:after="80" w:line="300" w:lineRule="auto"/>
        <w:jc w:val="left"/>
      </w:pPr>
      <w:r>
        <w:rPr>
          <w:rFonts w:ascii="Times New Roman" w:hAnsi="Times New Roman" w:eastAsia="宋体"/>
          <w:b w:val="0"/>
          <w:i w:val="0"/>
          <w:sz w:val="21"/>
        </w:rPr>
        <w:t>在圆心处，3x+4y=3(7)+4(3)=33。移动 8 个单位，方向取为向量 (3,4) 的方向，表达式会增加 8√(3²+4²)=40。最大值为 73，所以正确答案是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square gives</w:t>
      </w:r>
    </w:p>
    <w:p>
      <w:pPr>
        <w:spacing w:before="0" w:after="80" w:line="300" w:lineRule="auto"/>
        <w:jc w:val="left"/>
      </w:pPr>
      <w:r>
        <w:rPr>
          <w:rFonts w:ascii="Times New Roman" w:hAnsi="Times New Roman" w:eastAsia="宋体"/>
          <w:b w:val="0"/>
          <w:i w:val="0"/>
          <w:color w:val="333333"/>
          <w:sz w:val="19"/>
        </w:rPr>
        <w:t>(x-7)²+(y-3)²=64.</w:t>
      </w:r>
    </w:p>
    <w:p>
      <w:pPr>
        <w:spacing w:before="0" w:after="80" w:line="300" w:lineRule="auto"/>
        <w:jc w:val="left"/>
      </w:pPr>
      <w:r>
        <w:rPr>
          <w:rFonts w:ascii="Times New Roman" w:hAnsi="Times New Roman" w:eastAsia="宋体"/>
          <w:b w:val="0"/>
          <w:i w:val="0"/>
          <w:color w:val="333333"/>
          <w:sz w:val="19"/>
        </w:rPr>
        <w:t>At the center, 3x+4y=3(7)+4(3)=33. Moving 8 units in the direction of the vector (3,4) increases the expression by 8√(3²+4²)=40. The maximum is 73, so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相等的概率具有相同的总样本数，因此有利选法数满足 C(r, 4)=wC(r, 3) =wbC(r, 2)=wbgr。逐次取比值得 w=r-3/4、b=r-2/3 和 g=r-1/2。使三者均为正整数的最小 r≥4 是 r=11。此时 (w,b,g)=(2,3,5)，弹珠总数为 11+2+3+5=21。所以正确答案是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Equal probabilities have the same common denominator, so their favorable selection counts satisfy C(r, 4)=wC(r, 3) =wbC(r, 2)=wbgr. Successive ratios give w=r-3/4, b=r-2/3, and g=r-1/2. The least r≥4 making all three positive integers is r=11. Then (w,b,g)=(2,3,5), for 11+2+3+5=21 marbles.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D</w:t>
      </w:r>
    </w:p>
    <w:p>
      <w:pPr>
        <w:spacing w:before="0" w:after="80" w:line="300" w:lineRule="auto"/>
        <w:jc w:val="left"/>
      </w:pPr>
      <w:r>
        <w:rPr>
          <w:rFonts w:ascii="Times New Roman" w:hAnsi="Times New Roman" w:eastAsia="宋体"/>
          <w:b w:val="0"/>
          <w:i w:val="0"/>
          <w:sz w:val="21"/>
        </w:rPr>
        <w:t>第一个球体允许的整数高度为 5 到 16，第二个允许的整数高度为 -3 到 5，所以交集中的格点必须满足 z=5。在这个高度，两个限制为</w:t>
      </w:r>
    </w:p>
    <w:p>
      <w:pPr>
        <w:spacing w:before="0" w:after="80" w:line="300" w:lineRule="auto"/>
        <w:jc w:val="left"/>
      </w:pPr>
      <w:r>
        <w:rPr>
          <w:rFonts w:ascii="Times New Roman" w:hAnsi="Times New Roman" w:eastAsia="宋体"/>
          <w:b w:val="0"/>
          <w:i w:val="0"/>
          <w:sz w:val="21"/>
        </w:rPr>
        <w:t>x²+y² ≤36-(5-21/2)²</w:t>
      </w:r>
    </w:p>
    <w:p>
      <w:pPr>
        <w:spacing w:before="0" w:after="80" w:line="300" w:lineRule="auto"/>
        <w:jc w:val="left"/>
      </w:pPr>
      <w:r>
        <w:rPr>
          <w:rFonts w:ascii="Times New Roman" w:hAnsi="Times New Roman" w:eastAsia="宋体"/>
          <w:b w:val="0"/>
          <w:i w:val="0"/>
          <w:sz w:val="21"/>
        </w:rPr>
        <w:t>=23/4,</w:t>
      </w:r>
    </w:p>
    <w:p>
      <w:pPr>
        <w:spacing w:before="0" w:after="80" w:line="300" w:lineRule="auto"/>
        <w:jc w:val="left"/>
      </w:pPr>
      <w:r>
        <w:rPr>
          <w:rFonts w:ascii="Times New Roman" w:hAnsi="Times New Roman" w:eastAsia="宋体"/>
          <w:b w:val="0"/>
          <w:i w:val="0"/>
          <w:sz w:val="21"/>
        </w:rPr>
        <w:t>x²+y² ≤81/4-(5-1)²</w:t>
      </w:r>
    </w:p>
    <w:p>
      <w:pPr>
        <w:spacing w:before="0" w:after="80" w:line="300" w:lineRule="auto"/>
        <w:jc w:val="left"/>
      </w:pPr>
      <w:r>
        <w:rPr>
          <w:rFonts w:ascii="Times New Roman" w:hAnsi="Times New Roman" w:eastAsia="宋体"/>
          <w:b w:val="0"/>
          <w:i w:val="0"/>
          <w:sz w:val="21"/>
        </w:rPr>
        <w:t>=17/4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x²+y² 可以是 0,1,2 或 4。它们分别给出 1,4,4 和 4 个有序整数对，共有 13 个点。正确答案是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ball permits integer heights 5 through 16, while the second permits -3 through 5, so an intersection lattice point must have z=5. At that height the two bounds are</w:t>
      </w:r>
    </w:p>
    <w:p>
      <w:pPr>
        <w:spacing w:before="0" w:after="80" w:line="300" w:lineRule="auto"/>
        <w:jc w:val="left"/>
      </w:pPr>
      <w:r>
        <w:rPr>
          <w:rFonts w:ascii="Times New Roman" w:hAnsi="Times New Roman" w:eastAsia="宋体"/>
          <w:b w:val="0"/>
          <w:i w:val="0"/>
          <w:color w:val="333333"/>
          <w:sz w:val="19"/>
        </w:rPr>
        <w:t>x²+y² ≤36-(5-21/2)²</w:t>
      </w:r>
    </w:p>
    <w:p>
      <w:pPr>
        <w:spacing w:before="0" w:after="80" w:line="300" w:lineRule="auto"/>
        <w:jc w:val="left"/>
      </w:pPr>
      <w:r>
        <w:rPr>
          <w:rFonts w:ascii="Times New Roman" w:hAnsi="Times New Roman" w:eastAsia="宋体"/>
          <w:b w:val="0"/>
          <w:i w:val="0"/>
          <w:color w:val="333333"/>
          <w:sz w:val="19"/>
        </w:rPr>
        <w:t>=23/4,</w:t>
      </w:r>
    </w:p>
    <w:p>
      <w:pPr>
        <w:spacing w:before="0" w:after="80" w:line="300" w:lineRule="auto"/>
        <w:jc w:val="left"/>
      </w:pPr>
      <w:r>
        <w:rPr>
          <w:rFonts w:ascii="Times New Roman" w:hAnsi="Times New Roman" w:eastAsia="宋体"/>
          <w:b w:val="0"/>
          <w:i w:val="0"/>
          <w:color w:val="333333"/>
          <w:sz w:val="19"/>
        </w:rPr>
        <w:t>x²+y² ≤81/4-(5-1)²</w:t>
      </w:r>
    </w:p>
    <w:p>
      <w:pPr>
        <w:spacing w:before="0" w:after="80" w:line="300" w:lineRule="auto"/>
        <w:jc w:val="left"/>
      </w:pPr>
      <w:r>
        <w:rPr>
          <w:rFonts w:ascii="Times New Roman" w:hAnsi="Times New Roman" w:eastAsia="宋体"/>
          <w:b w:val="0"/>
          <w:i w:val="0"/>
          <w:color w:val="333333"/>
          <w:sz w:val="19"/>
        </w:rPr>
        <w:t>=17/4.</w:t>
      </w:r>
    </w:p>
    <w:p>
      <w:pPr>
        <w:spacing w:before="0" w:after="80" w:line="300" w:lineRule="auto"/>
        <w:jc w:val="left"/>
      </w:pPr>
      <w:r>
        <w:rPr>
          <w:rFonts w:ascii="Times New Roman" w:hAnsi="Times New Roman" w:eastAsia="宋体"/>
          <w:b w:val="0"/>
          <w:i w:val="0"/>
          <w:color w:val="333333"/>
          <w:sz w:val="19"/>
        </w:rPr>
        <w:t>Thus x²+y² can be 0,1,2, or 4. These give 1,4,4, and 4 ordered integer pairs, respectively, for 13 points.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C</w:t>
      </w:r>
    </w:p>
    <w:p>
      <w:pPr>
        <w:spacing w:before="0" w:after="80" w:line="300" w:lineRule="auto"/>
        <w:jc w:val="left"/>
      </w:pPr>
      <w:r>
        <w:rPr>
          <w:rFonts w:ascii="Times New Roman" w:hAnsi="Times New Roman" w:eastAsia="宋体"/>
          <w:b w:val="0"/>
          <w:i w:val="0"/>
          <w:sz w:val="21"/>
        </w:rPr>
        <w:t>令 D=(0,0,0)，并把三个相邻顶点取为 (4,0,0),(0,4,0),(0,0,3)。它们所在的平面为</w:t>
      </w:r>
    </w:p>
    <w:p>
      <w:pPr>
        <w:spacing w:before="0" w:after="80" w:line="300" w:lineRule="auto"/>
        <w:jc w:val="left"/>
      </w:pPr>
      <w:r>
        <w:rPr>
          <w:rFonts w:ascii="Times New Roman" w:hAnsi="Times New Roman" w:eastAsia="宋体"/>
          <w:b w:val="0"/>
          <w:i w:val="0"/>
          <w:sz w:val="21"/>
        </w:rPr>
        <w:t>x/4+y/4+z/3=1。</w:t>
      </w:r>
    </w:p>
    <w:p>
      <w:pPr>
        <w:spacing w:before="0" w:after="80" w:line="300" w:lineRule="auto"/>
        <w:jc w:val="left"/>
      </w:pPr>
      <w:r>
        <w:rPr>
          <w:rFonts w:ascii="Times New Roman" w:hAnsi="Times New Roman" w:eastAsia="宋体"/>
          <w:b w:val="0"/>
          <w:i w:val="0"/>
          <w:sz w:val="21"/>
        </w:rPr>
        <w:t>该平面到原点的距离为</w:t>
      </w:r>
    </w:p>
    <w:p>
      <w:pPr>
        <w:spacing w:before="0" w:after="80" w:line="300" w:lineRule="auto"/>
        <w:jc w:val="left"/>
      </w:pPr>
      <w:r>
        <w:rPr>
          <w:rFonts w:ascii="Times New Roman" w:hAnsi="Times New Roman" w:eastAsia="宋体"/>
          <w:b w:val="0"/>
          <w:i w:val="0"/>
          <w:sz w:val="21"/>
        </w:rPr>
        <w:t>1/(√((1/4)²+(1/4)²))</w:t>
      </w:r>
    </w:p>
    <w:p>
      <w:pPr>
        <w:spacing w:before="0" w:after="80" w:line="300" w:lineRule="auto"/>
        <w:jc w:val="left"/>
      </w:pPr>
      <w:r>
        <w:rPr>
          <w:rFonts w:ascii="Times New Roman" w:hAnsi="Times New Roman" w:eastAsia="宋体"/>
          <w:b w:val="0"/>
          <w:i w:val="0"/>
          <w:sz w:val="21"/>
        </w:rPr>
        <w:t>+(1/3)² =12/(√(34))</w:t>
      </w:r>
    </w:p>
    <w:p>
      <w:pPr>
        <w:spacing w:before="0" w:after="80" w:line="300" w:lineRule="auto"/>
        <w:jc w:val="left"/>
      </w:pPr>
      <w:r>
        <w:rPr>
          <w:rFonts w:ascii="Times New Roman" w:hAnsi="Times New Roman" w:eastAsia="宋体"/>
          <w:b w:val="0"/>
          <w:i w:val="0"/>
          <w:sz w:val="21"/>
        </w:rPr>
        <w:t>≈2.06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最接近 2.1。所以正确答案是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D=(0,0,0) and take the adjacent vertices as (4,0,0),(0,4,0),(0,0,3). Their plane is</w:t>
      </w:r>
    </w:p>
    <w:p>
      <w:pPr>
        <w:spacing w:before="0" w:after="80" w:line="300" w:lineRule="auto"/>
        <w:jc w:val="left"/>
      </w:pPr>
      <w:r>
        <w:rPr>
          <w:rFonts w:ascii="Times New Roman" w:hAnsi="Times New Roman" w:eastAsia="宋体"/>
          <w:b w:val="0"/>
          <w:i w:val="0"/>
          <w:color w:val="333333"/>
          <w:sz w:val="19"/>
        </w:rPr>
        <w:t>x/4+y/4+z/3=1.</w:t>
      </w:r>
    </w:p>
    <w:p>
      <w:pPr>
        <w:spacing w:before="0" w:after="80" w:line="300" w:lineRule="auto"/>
        <w:jc w:val="left"/>
      </w:pPr>
      <w:r>
        <w:rPr>
          <w:rFonts w:ascii="Times New Roman" w:hAnsi="Times New Roman" w:eastAsia="宋体"/>
          <w:b w:val="0"/>
          <w:i w:val="0"/>
          <w:color w:val="333333"/>
          <w:sz w:val="19"/>
        </w:rPr>
        <w:t>Its distance from the origin is</w:t>
      </w:r>
    </w:p>
    <w:p>
      <w:pPr>
        <w:spacing w:before="0" w:after="80" w:line="300" w:lineRule="auto"/>
        <w:jc w:val="left"/>
      </w:pPr>
      <w:r>
        <w:rPr>
          <w:rFonts w:ascii="Times New Roman" w:hAnsi="Times New Roman" w:eastAsia="宋体"/>
          <w:b w:val="0"/>
          <w:i w:val="0"/>
          <w:color w:val="333333"/>
          <w:sz w:val="19"/>
        </w:rPr>
        <w:t>1/(√((1/4)²+(1/4)²))</w:t>
      </w:r>
    </w:p>
    <w:p>
      <w:pPr>
        <w:spacing w:before="0" w:after="80" w:line="300" w:lineRule="auto"/>
        <w:jc w:val="left"/>
      </w:pPr>
      <w:r>
        <w:rPr>
          <w:rFonts w:ascii="Times New Roman" w:hAnsi="Times New Roman" w:eastAsia="宋体"/>
          <w:b w:val="0"/>
          <w:i w:val="0"/>
          <w:color w:val="333333"/>
          <w:sz w:val="19"/>
        </w:rPr>
        <w:t>+(1/3)² =12/(√(34))</w:t>
      </w:r>
    </w:p>
    <w:p>
      <w:pPr>
        <w:spacing w:before="0" w:after="80" w:line="300" w:lineRule="auto"/>
        <w:jc w:val="left"/>
      </w:pPr>
      <w:r>
        <w:rPr>
          <w:rFonts w:ascii="Times New Roman" w:hAnsi="Times New Roman" w:eastAsia="宋体"/>
          <w:b w:val="0"/>
          <w:i w:val="0"/>
          <w:color w:val="333333"/>
          <w:sz w:val="19"/>
        </w:rPr>
        <w:t>≈2.06,</w:t>
      </w:r>
    </w:p>
    <w:p>
      <w:pPr>
        <w:spacing w:before="0" w:after="80" w:line="300" w:lineRule="auto"/>
        <w:jc w:val="left"/>
      </w:pPr>
      <w:r>
        <w:rPr>
          <w:rFonts w:ascii="Times New Roman" w:hAnsi="Times New Roman" w:eastAsia="宋体"/>
          <w:b w:val="0"/>
          <w:i w:val="0"/>
          <w:color w:val="333333"/>
          <w:sz w:val="19"/>
        </w:rPr>
        <w:t>closest to 2.1.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C</w:t>
      </w:r>
    </w:p>
    <w:p>
      <w:pPr>
        <w:spacing w:before="0" w:after="80" w:line="300" w:lineRule="auto"/>
        <w:jc w:val="left"/>
      </w:pPr>
      <w:r>
        <w:rPr>
          <w:rFonts w:ascii="Times New Roman" w:hAnsi="Times New Roman" w:eastAsia="宋体"/>
          <w:b w:val="0"/>
          <w:i w:val="0"/>
          <w:sz w:val="21"/>
        </w:rPr>
        <w:t>写成 n=2ᵃ3ᵇq，其中 gcd(q,6)=1，并令 t=tau(q)。于是</w:t>
      </w:r>
    </w:p>
    <w:p>
      <w:pPr>
        <w:spacing w:before="0" w:after="80" w:line="300" w:lineRule="auto"/>
        <w:jc w:val="left"/>
      </w:pPr>
      <w:r>
        <w:rPr>
          <w:rFonts w:ascii="Times New Roman" w:hAnsi="Times New Roman" w:eastAsia="宋体"/>
          <w:b w:val="0"/>
          <w:i w:val="0"/>
          <w:sz w:val="21"/>
        </w:rPr>
        <w:t>(a+2)(b+1)t=28,</w:t>
      </w:r>
    </w:p>
    <w:p>
      <w:pPr>
        <w:spacing w:before="0" w:after="80" w:line="300" w:lineRule="auto"/>
        <w:jc w:val="left"/>
      </w:pPr>
      <w:r>
        <w:rPr>
          <w:rFonts w:ascii="Times New Roman" w:hAnsi="Times New Roman" w:eastAsia="宋体"/>
          <w:b w:val="0"/>
          <w:i w:val="0"/>
          <w:sz w:val="21"/>
        </w:rPr>
        <w:t>(a+1)(b+2)t=30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t 是 1 或 2。检验 14,15 的因数对，发现当 t=2 时无解；检验 28,30 的因数对，发现当 t=1 时得到唯一解 a=5,b=3。所以</w:t>
      </w:r>
    </w:p>
    <w:p>
      <w:pPr>
        <w:spacing w:before="0" w:after="80" w:line="300" w:lineRule="auto"/>
        <w:jc w:val="left"/>
      </w:pPr>
      <w:r>
        <w:rPr>
          <w:rFonts w:ascii="Times New Roman" w:hAnsi="Times New Roman" w:eastAsia="宋体"/>
          <w:b w:val="0"/>
          <w:i w:val="0"/>
          <w:sz w:val="21"/>
        </w:rPr>
        <w:t>tau(6n)=(a+2)(b+2)t</w:t>
      </w:r>
    </w:p>
    <w:p>
      <w:pPr>
        <w:spacing w:before="0" w:after="80" w:line="300" w:lineRule="auto"/>
        <w:jc w:val="left"/>
      </w:pPr>
      <w:r>
        <w:rPr>
          <w:rFonts w:ascii="Times New Roman" w:hAnsi="Times New Roman" w:eastAsia="宋体"/>
          <w:b w:val="0"/>
          <w:i w:val="0"/>
          <w:sz w:val="21"/>
        </w:rPr>
        <w:t>=7·5=35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n=2ᵃ3ᵇq with gcd(q,6)=1, and let t=tau(q). Then</w:t>
      </w:r>
    </w:p>
    <w:p>
      <w:pPr>
        <w:spacing w:before="0" w:after="80" w:line="300" w:lineRule="auto"/>
        <w:jc w:val="left"/>
      </w:pPr>
      <w:r>
        <w:rPr>
          <w:rFonts w:ascii="Times New Roman" w:hAnsi="Times New Roman" w:eastAsia="宋体"/>
          <w:b w:val="0"/>
          <w:i w:val="0"/>
          <w:color w:val="333333"/>
          <w:sz w:val="19"/>
        </w:rPr>
        <w:t>(a+2)(b+1)t=28,</w:t>
      </w:r>
    </w:p>
    <w:p>
      <w:pPr>
        <w:spacing w:before="0" w:after="80" w:line="300" w:lineRule="auto"/>
        <w:jc w:val="left"/>
      </w:pPr>
      <w:r>
        <w:rPr>
          <w:rFonts w:ascii="Times New Roman" w:hAnsi="Times New Roman" w:eastAsia="宋体"/>
          <w:b w:val="0"/>
          <w:i w:val="0"/>
          <w:color w:val="333333"/>
          <w:sz w:val="19"/>
        </w:rPr>
        <w:t>(a+1)(b+2)t=30.</w:t>
      </w:r>
    </w:p>
    <w:p>
      <w:pPr>
        <w:spacing w:before="0" w:after="80" w:line="300" w:lineRule="auto"/>
        <w:jc w:val="left"/>
      </w:pPr>
      <w:r>
        <w:rPr>
          <w:rFonts w:ascii="Times New Roman" w:hAnsi="Times New Roman" w:eastAsia="宋体"/>
          <w:b w:val="0"/>
          <w:i w:val="0"/>
          <w:color w:val="333333"/>
          <w:sz w:val="19"/>
        </w:rPr>
        <w:t>Hence t is 1 or 2. Checking the factor pairs of 14,15 gives no solution when t=2. Checking those of 28,30 when t=1 gives the unique solution a=5,b=3. Therefore</w:t>
      </w:r>
    </w:p>
    <w:p>
      <w:pPr>
        <w:spacing w:before="0" w:after="80" w:line="300" w:lineRule="auto"/>
        <w:jc w:val="left"/>
      </w:pPr>
      <w:r>
        <w:rPr>
          <w:rFonts w:ascii="Times New Roman" w:hAnsi="Times New Roman" w:eastAsia="宋体"/>
          <w:b w:val="0"/>
          <w:i w:val="0"/>
          <w:color w:val="333333"/>
          <w:sz w:val="19"/>
        </w:rPr>
        <w:t>tau(6n)=(a+2)(b+2)t</w:t>
      </w:r>
    </w:p>
    <w:p>
      <w:pPr>
        <w:spacing w:before="0" w:after="80" w:line="300" w:lineRule="auto"/>
        <w:jc w:val="left"/>
      </w:pPr>
      <w:r>
        <w:rPr>
          <w:rFonts w:ascii="Times New Roman" w:hAnsi="Times New Roman" w:eastAsia="宋体"/>
          <w:b w:val="0"/>
          <w:i w:val="0"/>
          <w:color w:val="333333"/>
          <w:sz w:val="19"/>
        </w:rPr>
        <w:t>=7·5=35,</w:t>
      </w:r>
    </w:p>
    <w:p>
      <w:pPr>
        <w:spacing w:before="0" w:after="80" w:line="300" w:lineRule="auto"/>
        <w:jc w:val="left"/>
      </w:pPr>
      <w:r>
        <w:rPr>
          <w:rFonts w:ascii="Times New Roman" w:hAnsi="Times New Roman" w:eastAsia="宋体"/>
          <w:b w:val="0"/>
          <w:i w:val="0"/>
          <w:color w:val="333333"/>
          <w:sz w:val="19"/>
        </w:rPr>
        <w:t>so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E</w:t>
      </w:r>
    </w:p>
    <w:p>
      <w:pPr>
        <w:spacing w:before="0" w:after="80" w:line="300" w:lineRule="auto"/>
        <w:jc w:val="left"/>
      </w:pPr>
      <w:r>
        <w:rPr>
          <w:rFonts w:ascii="Times New Roman" w:hAnsi="Times New Roman" w:eastAsia="宋体"/>
          <w:b w:val="0"/>
          <w:i w:val="0"/>
          <w:sz w:val="21"/>
        </w:rPr>
        <w:t>设圆的半径为 R，并设 α,β 分别为长度 3,5 的边所对半圆心角。则 3=2Rsinα、5=2Rsinβ，且 α+β=60°。因此 5/3=(sin(60°-α))/sinα =(√(3))/2cotα-1/2，所以 tanα=(3√(3))/13，且 sin²α=27/196。分割弦跨过连续三条长度为 3 的边，所以 L/3=sin3α/sinα =3-4sin²α=3-27/49=120/49。因此 L=360/49，所以 m+n=409。正确答案是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circle have radius R, and let α,β be the half-central angles for the sides 3,5. Then 3=2Rsinα, 5=2Rsinβ, and α+β=60°. Thus 5/3=(sin(60°-α))/sinα =(√(3))/2cotα-1/2, so tanα=(3√(3))/13 and sin²α=27/196. The dividing chord spans the three consecutive sides of length 3, so L/3=sin3α/sinα =3-4sin²α=3-27/49=120/49. Therefore L=360/49, so m+n=409.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