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1982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多项式 x³-2 除以多项式 x²-2 的余式是</w:t>
      </w:r>
    </w:p>
    <w:p>
      <w:pPr>
        <w:spacing w:before="0" w:after="120" w:line="300" w:lineRule="auto"/>
      </w:pPr>
      <w:r>
        <w:rPr>
          <w:rFonts w:ascii="Times New Roman" w:hAnsi="Times New Roman" w:eastAsia="宋体"/>
          <w:b w:val="0"/>
          <w:i w:val="0"/>
          <w:sz w:val="21"/>
        </w:rPr>
        <w:t>（A）2　　（B）-2　　（C）-2x-2　　（D）2x+2　　（E）2x-2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polynomial x³-2 is divided by the polynomial x²-2, the remainder is</w:t>
      </w:r>
    </w:p>
    <w:p>
      <w:pPr>
        <w:spacing w:before="0" w:after="160" w:line="300" w:lineRule="auto"/>
      </w:pPr>
      <w:r>
        <w:rPr>
          <w:rFonts w:ascii="Times New Roman" w:hAnsi="Times New Roman" w:eastAsia="宋体"/>
          <w:b w:val="0"/>
          <w:i w:val="0"/>
          <w:color w:val="333333"/>
          <w:sz w:val="19"/>
        </w:rPr>
        <w:t>(A) 2　　(B) -2　　(C) -2x-2　　(D) 2x+2　　(E) 2x-2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将 x 的八倍增加二，再取所得结果的四分之一，等于</w:t>
      </w:r>
    </w:p>
    <w:p>
      <w:pPr>
        <w:spacing w:before="0" w:after="120" w:line="300" w:lineRule="auto"/>
      </w:pPr>
      <w:r>
        <w:rPr>
          <w:rFonts w:ascii="Times New Roman" w:hAnsi="Times New Roman" w:eastAsia="宋体"/>
          <w:b w:val="0"/>
          <w:i w:val="0"/>
          <w:sz w:val="21"/>
        </w:rPr>
        <w:t>（A）2x+1/2　　（B）x+1/2　　（C）2x+2　　（D）2x+4　　（E）2x+16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number eight times as large as x is increased by two, then one fourth of the result equals</w:t>
      </w:r>
    </w:p>
    <w:p>
      <w:pPr>
        <w:spacing w:before="0" w:after="160" w:line="300" w:lineRule="auto"/>
      </w:pPr>
      <w:r>
        <w:rPr>
          <w:rFonts w:ascii="Times New Roman" w:hAnsi="Times New Roman" w:eastAsia="宋体"/>
          <w:b w:val="0"/>
          <w:i w:val="0"/>
          <w:color w:val="333333"/>
          <w:sz w:val="19"/>
        </w:rPr>
        <w:t>(A) 2x+1/2　　(B) x+1/2　　(C) 2x+2　　(D) 2x+4　　(E) 2x+16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求 x=2 时 (xˣ)^((xˣ)) 的值。</w:t>
      </w:r>
    </w:p>
    <w:p>
      <w:pPr>
        <w:spacing w:before="0" w:after="120" w:line="300" w:lineRule="auto"/>
      </w:pPr>
      <w:r>
        <w:rPr>
          <w:rFonts w:ascii="Times New Roman" w:hAnsi="Times New Roman" w:eastAsia="宋体"/>
          <w:b w:val="0"/>
          <w:i w:val="0"/>
          <w:sz w:val="21"/>
        </w:rPr>
        <w:t>（A）16　　（B）64　　（C）256　　（D）1024　　（E）65,536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Evaluate (xˣ)^((xˣ)) at x=2.</w:t>
      </w:r>
    </w:p>
    <w:p>
      <w:pPr>
        <w:spacing w:before="0" w:after="160" w:line="300" w:lineRule="auto"/>
      </w:pPr>
      <w:r>
        <w:rPr>
          <w:rFonts w:ascii="Times New Roman" w:hAnsi="Times New Roman" w:eastAsia="宋体"/>
          <w:b w:val="0"/>
          <w:i w:val="0"/>
          <w:color w:val="333333"/>
          <w:sz w:val="19"/>
        </w:rPr>
        <w:t>(A) 16　　(B) 64　　(C) 256　　(D) 1024　　(E) 65,536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一个半圆形区域的周长（以厘米计）与其面积（以平方厘米计）数值相等。这个半圆的半径（以厘米计）是</w:t>
      </w:r>
    </w:p>
    <w:p>
      <w:pPr>
        <w:spacing w:before="0" w:after="120" w:line="300" w:lineRule="auto"/>
      </w:pPr>
      <w:r>
        <w:rPr>
          <w:rFonts w:ascii="Times New Roman" w:hAnsi="Times New Roman" w:eastAsia="宋体"/>
          <w:b w:val="0"/>
          <w:i w:val="0"/>
          <w:sz w:val="21"/>
        </w:rPr>
        <w:t>（A）π　　（B）2/π　　（C）1　　（D）1/2　　（E）4/π+2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of a semicircular region, measured in centimeters, is numerically equal to its area, measured in square centimeters. The radius of the semicircle, measured in centimeters, is</w:t>
      </w:r>
    </w:p>
    <w:p>
      <w:pPr>
        <w:spacing w:before="0" w:after="160" w:line="300" w:lineRule="auto"/>
      </w:pPr>
      <w:r>
        <w:rPr>
          <w:rFonts w:ascii="Times New Roman" w:hAnsi="Times New Roman" w:eastAsia="宋体"/>
          <w:b w:val="0"/>
          <w:i w:val="0"/>
          <w:color w:val="333333"/>
          <w:sz w:val="19"/>
        </w:rPr>
        <w:t>(A) π　　(B) 2/π　　(C) 1　　(D) 1/2　　(E) 4/π+2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两个正数 x 和 y 的比为 a:b，其中 0&lt; a&lt; b。若 x+y=c，则 x 和 y 中较小的数是</w:t>
      </w:r>
    </w:p>
    <w:p>
      <w:pPr>
        <w:spacing w:before="0" w:after="120" w:line="300" w:lineRule="auto"/>
      </w:pPr>
      <w:r>
        <w:rPr>
          <w:rFonts w:ascii="Times New Roman" w:hAnsi="Times New Roman" w:eastAsia="宋体"/>
          <w:b w:val="0"/>
          <w:i w:val="0"/>
          <w:sz w:val="21"/>
        </w:rPr>
        <w:t>（A）ac/b　　（B）bc-ac/b　　（C）ac/a+b　　（D）bc/a+b　　（E）ac/b-a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positive numbers x and y are in the ratio a:b, where 0&lt; a&lt; b. If x+y=c, then the smaller of x and y is</w:t>
      </w:r>
    </w:p>
    <w:p>
      <w:pPr>
        <w:spacing w:before="0" w:after="160" w:line="300" w:lineRule="auto"/>
      </w:pPr>
      <w:r>
        <w:rPr>
          <w:rFonts w:ascii="Times New Roman" w:hAnsi="Times New Roman" w:eastAsia="宋体"/>
          <w:b w:val="0"/>
          <w:i w:val="0"/>
          <w:color w:val="333333"/>
          <w:sz w:val="19"/>
        </w:rPr>
        <w:t>(A) ac/b　　(B) bc-ac/b　　(C) ac/a+b　　(D) bc/a+b　　(E) ac/b-a</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一个凸多边形除一个内角以外的所有内角之和为 2570°。剩下的内角是</w:t>
      </w:r>
    </w:p>
    <w:p>
      <w:pPr>
        <w:spacing w:before="0" w:after="120" w:line="300" w:lineRule="auto"/>
      </w:pPr>
      <w:r>
        <w:rPr>
          <w:rFonts w:ascii="Times New Roman" w:hAnsi="Times New Roman" w:eastAsia="宋体"/>
          <w:b w:val="0"/>
          <w:i w:val="0"/>
          <w:sz w:val="21"/>
        </w:rPr>
        <w:t>（A）90°　　（B）105°　　（C）120°　　（D）130°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all but one of the interior angles of a convex polygon equals 2570°. The remaining angle is</w:t>
      </w:r>
    </w:p>
    <w:p>
      <w:pPr>
        <w:spacing w:before="0" w:after="160" w:line="300" w:lineRule="auto"/>
      </w:pPr>
      <w:r>
        <w:rPr>
          <w:rFonts w:ascii="Times New Roman" w:hAnsi="Times New Roman" w:eastAsia="宋体"/>
          <w:b w:val="0"/>
          <w:i w:val="0"/>
          <w:color w:val="333333"/>
          <w:sz w:val="19"/>
        </w:rPr>
        <w:t>(A) 90°　　(B) 105°　　(C) 120°　　(D) 130°　　(E) 144°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若运算 x*y 定义为 x*y=(x+1)(y+1)-1，则下列哪一项是错误的？</w:t>
      </w:r>
    </w:p>
    <w:p>
      <w:pPr>
        <w:spacing w:before="0" w:after="120" w:line="300" w:lineRule="auto"/>
      </w:pPr>
      <w:r>
        <w:rPr>
          <w:rFonts w:ascii="Times New Roman" w:hAnsi="Times New Roman" w:eastAsia="宋体"/>
          <w:b w:val="0"/>
          <w:i w:val="0"/>
          <w:sz w:val="21"/>
        </w:rPr>
        <w:t>（A）对所有实数 x 和 y，都有 x*y=y*x。　　（B）对所有实数 x、y 和 z，x*(y+z) 等于</w:t>
        <w:br/>
        <w:t>(x*y)+(x*z)。　　（C）对所有实数 x，(x-1)*(x+1) 等于 (x*x)-1。　　（D）对所有实数 x，都有 x*0=x。　　（E）对所有实数 x、y 和 z，都有 x*(y*z)=(x*y)*z。</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operation x*y is defined by x*y=(x+1)(y+1)-1, then which one of the following is false?</w:t>
      </w:r>
    </w:p>
    <w:p>
      <w:pPr>
        <w:spacing w:before="0" w:after="160" w:line="300" w:lineRule="auto"/>
      </w:pPr>
      <w:r>
        <w:rPr>
          <w:rFonts w:ascii="Times New Roman" w:hAnsi="Times New Roman" w:eastAsia="宋体"/>
          <w:b w:val="0"/>
          <w:i w:val="0"/>
          <w:color w:val="333333"/>
          <w:sz w:val="19"/>
        </w:rPr>
        <w:t>(A) x*y=y*x for all real x and y.　　(B) x*(y+z) equals (x*y)+(x*z) for all real</w:t>
        <w:br/>
        <w:t>x, y, and z.　　(C) (x-1)*(x+1) equals (x*x)-1 for all real x.　　(D) x*0=x for all real x.　　(E) x*(y*z)=(x*y)*z for all real x, y, and z.</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按定义，r!=r(r-1)⋯1，且 C(j, k)=(j!)/(k!(j-k)!)，其中 r、j、k 为正整数且 k&lt; j。若 C(n, 1)、C(n, 2)、C(n, 3) 构成等差数列，且 n&gt;3，则 n 等于</w:t>
      </w:r>
    </w:p>
    <w:p>
      <w:pPr>
        <w:spacing w:before="0" w:after="120" w:line="300" w:lineRule="auto"/>
      </w:pPr>
      <w:r>
        <w:rPr>
          <w:rFonts w:ascii="Times New Roman" w:hAnsi="Times New Roman" w:eastAsia="宋体"/>
          <w:b w:val="0"/>
          <w:i w:val="0"/>
          <w:sz w:val="21"/>
        </w:rPr>
        <w:t>（A）5　　（B）7　　（C）9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definition r!=r(r-1)⋯1 and C(j, k)=(j!)/(k!(j-k)!), where r, j, k are positive integers and k&lt; j. If C(n, 1), C(n, 2), C(n, 3) form an arithmetic progression with n&gt;3, then n equals</w:t>
      </w:r>
    </w:p>
    <w:p>
      <w:pPr>
        <w:spacing w:before="0" w:after="160" w:line="300" w:lineRule="auto"/>
      </w:pPr>
      <w:r>
        <w:rPr>
          <w:rFonts w:ascii="Times New Roman" w:hAnsi="Times New Roman" w:eastAsia="宋体"/>
          <w:b w:val="0"/>
          <w:i w:val="0"/>
          <w:color w:val="333333"/>
          <w:sz w:val="19"/>
        </w:rPr>
        <w:t>(A) 5　　(B) 7　　(C) 9　　(D) 11　　(E) 12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 xy 平面中，一条竖直直线将顶点为 (0,0)、(1,1) 和 (9,1) 的三角形分成面积相等的两个区域。这条直线的方程为 x=</w:t>
      </w:r>
    </w:p>
    <w:p>
      <w:pPr>
        <w:spacing w:before="0" w:after="120" w:line="300" w:lineRule="auto"/>
      </w:pPr>
      <w:r>
        <w:rPr>
          <w:rFonts w:ascii="Times New Roman" w:hAnsi="Times New Roman" w:eastAsia="宋体"/>
          <w:b w:val="0"/>
          <w:i w:val="0"/>
          <w:sz w:val="21"/>
        </w:rPr>
        <w:t>（A）2.5　　（B）3.0　　（C）3.5　　（D）4.0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vertical line divides the triangle with vertices (0,0), (1,1) and (9,1) in the xy-plane into two regions of equal area. The equation of the line is x=</w:t>
      </w:r>
    </w:p>
    <w:p>
      <w:pPr>
        <w:spacing w:before="0" w:after="160" w:line="300" w:lineRule="auto"/>
      </w:pPr>
      <w:r>
        <w:rPr>
          <w:rFonts w:ascii="Times New Roman" w:hAnsi="Times New Roman" w:eastAsia="宋体"/>
          <w:b w:val="0"/>
          <w:i w:val="0"/>
          <w:color w:val="333333"/>
          <w:sz w:val="19"/>
        </w:rPr>
        <w:t>(A) 2.5　　(B) 3.0　　(C) 3.5　　(D) 4.0　　(E) 4.5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在右图中，BO 平分 ∠ CBA，CO 平分 ∠ ACB，且 MN 平行于 BC。若 AB=12、BC=24、AC=18，则 △ AMN 的周长为</w:t>
      </w:r>
    </w:p>
    <w:p>
      <w:pPr>
        <w:spacing w:before="80" w:after="80"/>
        <w:jc w:val="center"/>
      </w:pPr>
      <w:r>
        <w:drawing>
          <wp:inline xmlns:a="http://schemas.openxmlformats.org/drawingml/2006/main" xmlns:pic="http://schemas.openxmlformats.org/drawingml/2006/picture">
            <wp:extent cx="2250329" cy="952290"/>
            <wp:docPr id="1" name="Picture 1"/>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2250329" cy="952290"/>
                    </a:xfrm>
                    <a:prstGeom prst="rect"/>
                  </pic:spPr>
                </pic:pic>
              </a:graphicData>
            </a:graphic>
          </wp:inline>
        </w:drawing>
      </w:r>
    </w:p>
    <w:p>
      <w:pPr>
        <w:spacing w:before="0" w:after="120" w:line="300" w:lineRule="auto"/>
      </w:pPr>
      <w:r>
        <w:rPr>
          <w:rFonts w:ascii="Times New Roman" w:hAnsi="Times New Roman" w:eastAsia="宋体"/>
          <w:b w:val="0"/>
          <w:i w:val="0"/>
          <w:sz w:val="21"/>
        </w:rPr>
        <w:t>（A）30　　（B）33　　（C）36　　（D）39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diagram, BO bisects ∠ CBA, CO bisects ∠ ACB, and MN is parallel to BC. If AB=12, BC=24, and AC=18, then the perimeter of △ AMN is</w:t>
      </w:r>
    </w:p>
    <w:p>
      <w:pPr>
        <w:spacing w:before="80" w:after="80"/>
        <w:jc w:val="center"/>
      </w:pPr>
      <w:r>
        <w:drawing>
          <wp:inline xmlns:a="http://schemas.openxmlformats.org/drawingml/2006/main" xmlns:pic="http://schemas.openxmlformats.org/drawingml/2006/picture">
            <wp:extent cx="2250329" cy="952290"/>
            <wp:docPr id="2" name="Picture 2"/>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2250329" cy="9522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33　　(C) 36　　(D) 39　　(E) 42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 1,000 与 9,999 之间，有多少个各位数字互不相同的四位整数，使得首位数字与末位数字之差的绝对值为 2？</w:t>
      </w:r>
    </w:p>
    <w:p>
      <w:pPr>
        <w:spacing w:before="0" w:after="120" w:line="300" w:lineRule="auto"/>
      </w:pPr>
      <w:r>
        <w:rPr>
          <w:rFonts w:ascii="Times New Roman" w:hAnsi="Times New Roman" w:eastAsia="宋体"/>
          <w:b w:val="0"/>
          <w:i w:val="0"/>
          <w:sz w:val="21"/>
        </w:rPr>
        <w:t>（A）672　　（B）784　　（C）840　　（D）896　　（E）1,008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integers with four different digits are there between 1,000 and 9,999 such that the absolute value of the difference between the first digit and the last digit is 2?</w:t>
      </w:r>
    </w:p>
    <w:p>
      <w:pPr>
        <w:spacing w:before="0" w:after="160" w:line="300" w:lineRule="auto"/>
      </w:pPr>
      <w:r>
        <w:rPr>
          <w:rFonts w:ascii="Times New Roman" w:hAnsi="Times New Roman" w:eastAsia="宋体"/>
          <w:b w:val="0"/>
          <w:i w:val="0"/>
          <w:color w:val="333333"/>
          <w:sz w:val="19"/>
        </w:rPr>
        <w:t>(A) 672　　(B) 784　　(C) 840　　(D) 896　　(E) 1,008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f(x)=ax⁷+bx³+cx-5，其中 a、b 和 c 为常数。若 f(-7)=7，则 f(7) 等于</w:t>
      </w:r>
    </w:p>
    <w:p>
      <w:pPr>
        <w:spacing w:before="0" w:after="120" w:line="300" w:lineRule="auto"/>
      </w:pPr>
      <w:r>
        <w:rPr>
          <w:rFonts w:ascii="Times New Roman" w:hAnsi="Times New Roman" w:eastAsia="宋体"/>
          <w:b w:val="0"/>
          <w:i w:val="0"/>
          <w:sz w:val="21"/>
        </w:rPr>
        <w:t>（A）-17　　（B）-7　　（C）14　　（D）21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f(x)=ax⁷+bx³+cx-5, where a, b, and c are constants. If f(-7)=7, then f(7) equals</w:t>
      </w:r>
    </w:p>
    <w:p>
      <w:pPr>
        <w:spacing w:before="0" w:after="160" w:line="300" w:lineRule="auto"/>
      </w:pPr>
      <w:r>
        <w:rPr>
          <w:rFonts w:ascii="Times New Roman" w:hAnsi="Times New Roman" w:eastAsia="宋体"/>
          <w:b w:val="0"/>
          <w:i w:val="0"/>
          <w:color w:val="333333"/>
          <w:sz w:val="19"/>
        </w:rPr>
        <w:t>(A) -17　　(B) -7　　(C) 14　　(D) 21　　(E) not uniquely determined</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若 a&gt;1、b&gt;1，且 p=(log_(b)(log_(b)a))/(log_(b)a)，则 aᵖ 等于</w:t>
      </w:r>
    </w:p>
    <w:p>
      <w:pPr>
        <w:spacing w:before="0" w:after="120" w:line="300" w:lineRule="auto"/>
      </w:pPr>
      <w:r>
        <w:rPr>
          <w:rFonts w:ascii="Times New Roman" w:hAnsi="Times New Roman" w:eastAsia="宋体"/>
          <w:b w:val="0"/>
          <w:i w:val="0"/>
          <w:sz w:val="21"/>
        </w:rPr>
        <w:t>（A）1　　（B）b　　（C）logₐb　　（D）log_(b)a　　（E）a^(log_(b)a)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a&gt;1, b&gt;1 and p=(log_(b)(log_(b)a))/(log_(b)a), then aᵖ equals</w:t>
      </w:r>
    </w:p>
    <w:p>
      <w:pPr>
        <w:spacing w:before="0" w:after="160" w:line="300" w:lineRule="auto"/>
      </w:pPr>
      <w:r>
        <w:rPr>
          <w:rFonts w:ascii="Times New Roman" w:hAnsi="Times New Roman" w:eastAsia="宋体"/>
          <w:b w:val="0"/>
          <w:i w:val="0"/>
          <w:color w:val="333333"/>
          <w:sz w:val="19"/>
        </w:rPr>
        <w:t>(A) 1　　(B) b　　(C) logₐb　　(D) log_(b)a　　(E) a^(log_(b)a)</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在右图中，点 B 和 C 位于线段 AD 上，且 AB、BC 和 CD 分别为圆 O、N 和 P 的直径。圆 O、N 和 P 的半径均为 15，直线 AG 在点 G 处与圆 P 相切。若 AG 与圆 N 相交于点 E 和 F，则弦 EF 的长度为</w:t>
      </w:r>
    </w:p>
    <w:p>
      <w:pPr>
        <w:spacing w:before="80" w:after="80"/>
        <w:jc w:val="center"/>
      </w:pPr>
      <w:r>
        <w:drawing>
          <wp:inline xmlns:a="http://schemas.openxmlformats.org/drawingml/2006/main" xmlns:pic="http://schemas.openxmlformats.org/drawingml/2006/picture">
            <wp:extent cx="1646492" cy="564997"/>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646492" cy="564997"/>
                    </a:xfrm>
                    <a:prstGeom prst="rect"/>
                  </pic:spPr>
                </pic:pic>
              </a:graphicData>
            </a:graphic>
          </wp:inline>
        </w:drawing>
      </w:r>
    </w:p>
    <w:p>
      <w:pPr>
        <w:spacing w:before="0" w:after="120" w:line="300" w:lineRule="auto"/>
      </w:pPr>
      <w:r>
        <w:rPr>
          <w:rFonts w:ascii="Times New Roman" w:hAnsi="Times New Roman" w:eastAsia="宋体"/>
          <w:b w:val="0"/>
          <w:i w:val="0"/>
          <w:sz w:val="21"/>
        </w:rPr>
        <w:t>（A）20　　（B）15√(2)　　（C）24　　（D）25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points B and C lie on line segment AD, and AB, BC, and CD are diameters of circles O, N, and P, respectively. Circles O, N, and P all have radius 15, and the line AG is tangent to circle P at G. If AG intersects circle N at points E and F, then chord EF has length</w:t>
      </w:r>
    </w:p>
    <w:p>
      <w:pPr>
        <w:spacing w:before="80" w:after="80"/>
        <w:jc w:val="center"/>
      </w:pPr>
      <w:r>
        <w:drawing>
          <wp:inline xmlns:a="http://schemas.openxmlformats.org/drawingml/2006/main" xmlns:pic="http://schemas.openxmlformats.org/drawingml/2006/picture">
            <wp:extent cx="1646492" cy="564997"/>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646492" cy="56499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15√(2)　　(C) 24　　(D) 25　　(E) none of these</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以 ⌊ z⌋ 表示不超过 z 的最大整数。设 x 与 y 满足联立方程</w:t>
      </w:r>
    </w:p>
    <w:p>
      <w:pPr>
        <w:spacing w:before="0" w:after="80" w:line="300" w:lineRule="auto"/>
        <w:jc w:val="left"/>
      </w:pPr>
      <w:r>
        <w:rPr>
          <w:rFonts w:ascii="Times New Roman" w:hAnsi="Times New Roman" w:eastAsia="宋体"/>
          <w:b w:val="0"/>
          <w:i w:val="0"/>
          <w:sz w:val="21"/>
        </w:rPr>
        <w:t>y=2⌊ x⌋+3,</w:t>
      </w:r>
    </w:p>
    <w:p>
      <w:pPr>
        <w:spacing w:before="0" w:after="80" w:line="300" w:lineRule="auto"/>
        <w:jc w:val="left"/>
      </w:pPr>
      <w:r>
        <w:rPr>
          <w:rFonts w:ascii="Times New Roman" w:hAnsi="Times New Roman" w:eastAsia="宋体"/>
          <w:b w:val="0"/>
          <w:i w:val="0"/>
          <w:sz w:val="21"/>
        </w:rPr>
        <w:t>y=3⌊ x-2⌋+5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 x 不是整数，则 x+y</w:t>
      </w:r>
    </w:p>
    <w:p>
      <w:pPr>
        <w:spacing w:before="0" w:after="120" w:line="300" w:lineRule="auto"/>
      </w:pPr>
      <w:r>
        <w:rPr>
          <w:rFonts w:ascii="Times New Roman" w:hAnsi="Times New Roman" w:eastAsia="宋体"/>
          <w:b w:val="0"/>
          <w:i w:val="0"/>
          <w:sz w:val="21"/>
        </w:rPr>
        <w:t>（A）是整数　　（B）在 4 与 5 之间　　（C）在 -4 与 4 之间　　（D）在 15 与 16 之间　　（E）16.5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z⌋ denote the greatest integer not exceeding z. Let x and y satisfy the simultaneous equations</w:t>
      </w:r>
    </w:p>
    <w:p>
      <w:pPr>
        <w:spacing w:before="0" w:after="80" w:line="300" w:lineRule="auto"/>
        <w:jc w:val="left"/>
      </w:pPr>
      <w:r>
        <w:rPr>
          <w:rFonts w:ascii="Times New Roman" w:hAnsi="Times New Roman" w:eastAsia="宋体"/>
          <w:b w:val="0"/>
          <w:i w:val="0"/>
          <w:color w:val="333333"/>
          <w:sz w:val="19"/>
        </w:rPr>
        <w:t>y=2⌊ x⌋+3,</w:t>
      </w:r>
    </w:p>
    <w:p>
      <w:pPr>
        <w:spacing w:before="0" w:after="80" w:line="300" w:lineRule="auto"/>
        <w:jc w:val="left"/>
      </w:pPr>
      <w:r>
        <w:rPr>
          <w:rFonts w:ascii="Times New Roman" w:hAnsi="Times New Roman" w:eastAsia="宋体"/>
          <w:b w:val="0"/>
          <w:i w:val="0"/>
          <w:color w:val="333333"/>
          <w:sz w:val="19"/>
        </w:rPr>
        <w:t>y=3⌊ x-2⌋+5.</w:t>
      </w:r>
    </w:p>
    <w:p>
      <w:pPr>
        <w:spacing w:before="0" w:after="80" w:line="300" w:lineRule="auto"/>
        <w:jc w:val="left"/>
      </w:pPr>
      <w:r>
        <w:rPr>
          <w:rFonts w:ascii="Times New Roman" w:hAnsi="Times New Roman" w:eastAsia="宋体"/>
          <w:b w:val="0"/>
          <w:i w:val="0"/>
          <w:color w:val="333333"/>
          <w:sz w:val="19"/>
        </w:rPr>
        <w:t>If x is not an integer, then x+y is</w:t>
      </w:r>
    </w:p>
    <w:p>
      <w:pPr>
        <w:spacing w:before="0" w:after="160" w:line="300" w:lineRule="auto"/>
      </w:pPr>
      <w:r>
        <w:rPr>
          <w:rFonts w:ascii="Times New Roman" w:hAnsi="Times New Roman" w:eastAsia="宋体"/>
          <w:b w:val="0"/>
          <w:i w:val="0"/>
          <w:color w:val="333333"/>
          <w:sz w:val="19"/>
        </w:rPr>
        <w:t>(A) an integer　　(B) between 4 and 5　　(C) between -4 and 4　　(D) between 15 and 16　　(E) 16.5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在右图中，一个木制正方体的棱长为 3 米。以每个面中心为中心，开出边长为一米并贯穿到相对面的正方形孔洞。孔洞的各边均与正方体的棱平行。包括孔洞内部在内的总表面积（单位：平方米）为</w:t>
      </w:r>
    </w:p>
    <w:p>
      <w:pPr>
        <w:spacing w:before="80" w:after="80"/>
        <w:jc w:val="center"/>
      </w:pPr>
      <w:r>
        <w:drawing>
          <wp:inline xmlns:a="http://schemas.openxmlformats.org/drawingml/2006/main" xmlns:pic="http://schemas.openxmlformats.org/drawingml/2006/picture">
            <wp:extent cx="767415" cy="716931"/>
            <wp:docPr id="5" name="Picture 5"/>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767415" cy="716931"/>
                    </a:xfrm>
                    <a:prstGeom prst="rect"/>
                  </pic:spPr>
                </pic:pic>
              </a:graphicData>
            </a:graphic>
          </wp:inline>
        </w:drawing>
      </w:r>
    </w:p>
    <w:p>
      <w:pPr>
        <w:spacing w:before="0" w:after="120" w:line="300" w:lineRule="auto"/>
      </w:pPr>
      <w:r>
        <w:rPr>
          <w:rFonts w:ascii="Times New Roman" w:hAnsi="Times New Roman" w:eastAsia="宋体"/>
          <w:b w:val="0"/>
          <w:i w:val="0"/>
          <w:sz w:val="21"/>
        </w:rPr>
        <w:t>（A）54　　（B）72　　（C）76　　（D）84　　（E）86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a wooden cube has edges of length 3 meters. Square holes of side one meter, centered in each face, are cut through to the opposite face. The edges of the holes are parallel to the edges of the cube. The entire surface area including the inside, in square meters, is</w:t>
      </w:r>
    </w:p>
    <w:p>
      <w:pPr>
        <w:spacing w:before="80" w:after="80"/>
        <w:jc w:val="center"/>
      </w:pPr>
      <w:r>
        <w:drawing>
          <wp:inline xmlns:a="http://schemas.openxmlformats.org/drawingml/2006/main" xmlns:pic="http://schemas.openxmlformats.org/drawingml/2006/picture">
            <wp:extent cx="767415" cy="716931"/>
            <wp:docPr id="6" name="Picture 6"/>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767415" cy="71693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54　　(B) 72　　(C) 76　　(D) 84　　(E) 86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有多少个实数 x 满足方程 3²ˣ⁺²-3ˣ⁺³-3ˣ+3=0？</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real numbers x satisfy the equation 3²ˣ⁺²-3ˣ⁺³-3ˣ+3=0?</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在右图的长方体中，∠ DHG=45°，且 ∠ FHB=60°。求 ∠ BHD 的余弦值。</w:t>
      </w:r>
    </w:p>
    <w:p>
      <w:pPr>
        <w:spacing w:before="80" w:after="80"/>
        <w:jc w:val="center"/>
      </w:pPr>
      <w:r>
        <w:drawing>
          <wp:inline xmlns:a="http://schemas.openxmlformats.org/drawingml/2006/main" xmlns:pic="http://schemas.openxmlformats.org/drawingml/2006/picture">
            <wp:extent cx="997435" cy="1249823"/>
            <wp:docPr id="7" name="Picture 7"/>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997435" cy="1249823"/>
                    </a:xfrm>
                    <a:prstGeom prst="rect"/>
                  </pic:spPr>
                </pic:pic>
              </a:graphicData>
            </a:graphic>
          </wp:inline>
        </w:drawing>
      </w:r>
    </w:p>
    <w:p>
      <w:pPr>
        <w:spacing w:before="0" w:after="120" w:line="300" w:lineRule="auto"/>
      </w:pPr>
      <w:r>
        <w:rPr>
          <w:rFonts w:ascii="Times New Roman" w:hAnsi="Times New Roman" w:eastAsia="宋体"/>
          <w:b w:val="0"/>
          <w:i w:val="0"/>
          <w:sz w:val="21"/>
        </w:rPr>
        <w:t>（A）(√(3))/6　　（B）(√(2))/6　　（C）(√(6))/3　　（D）(√(6))/4　　（E）(√(6)-√(2))/4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of a rectangular solid, ∠ DHG=45° and ∠ FHB=60°. Find the cosine of ∠ BHD.</w:t>
      </w:r>
    </w:p>
    <w:p>
      <w:pPr>
        <w:spacing w:before="80" w:after="80"/>
        <w:jc w:val="center"/>
      </w:pPr>
      <w:r>
        <w:drawing>
          <wp:inline xmlns:a="http://schemas.openxmlformats.org/drawingml/2006/main" xmlns:pic="http://schemas.openxmlformats.org/drawingml/2006/picture">
            <wp:extent cx="997435" cy="1249823"/>
            <wp:docPr id="8" name="Picture 8"/>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997435" cy="124982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(√(3))/6　　(B) (√(2))/6　　(C) (√(6))/3　　(D) (√(6))/4　　(E) (√(6)-√(2))/4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f(x)=|x-2|+|x-4| -|2x-6|，其中 2≤ x≤8。则 f(x) 的最大值与最小值之和为</w:t>
      </w:r>
    </w:p>
    <w:p>
      <w:pPr>
        <w:spacing w:before="0" w:after="120" w:line="300" w:lineRule="auto"/>
      </w:pPr>
      <w:r>
        <w:rPr>
          <w:rFonts w:ascii="Times New Roman" w:hAnsi="Times New Roman" w:eastAsia="宋体"/>
          <w:b w:val="0"/>
          <w:i w:val="0"/>
          <w:sz w:val="21"/>
        </w:rPr>
        <w:t>（A）1　　（B）2　　（C）4　　（D）6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f(x)=|x-2|+|x-4| -|2x-6|, for 2≤ x≤8. The sum of the largest and smallest values of f(x) is</w:t>
      </w:r>
    </w:p>
    <w:p>
      <w:pPr>
        <w:spacing w:before="0" w:after="160" w:line="300" w:lineRule="auto"/>
      </w:pPr>
      <w:r>
        <w:rPr>
          <w:rFonts w:ascii="Times New Roman" w:hAnsi="Times New Roman" w:eastAsia="宋体"/>
          <w:b w:val="0"/>
          <w:i w:val="0"/>
          <w:color w:val="333333"/>
          <w:sz w:val="19"/>
        </w:rPr>
        <w:t>(A) 1　　(B) 2　　(C) 4　　(D) 6　　(E) none of these</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满足方程 x²+y²=x³ 的正整数对 (x,y) 的数量为</w:t>
      </w:r>
    </w:p>
    <w:p>
      <w:pPr>
        <w:spacing w:before="0" w:after="120" w:line="300" w:lineRule="auto"/>
      </w:pPr>
      <w:r>
        <w:rPr>
          <w:rFonts w:ascii="Times New Roman" w:hAnsi="Times New Roman" w:eastAsia="宋体"/>
          <w:b w:val="0"/>
          <w:i w:val="0"/>
          <w:sz w:val="21"/>
        </w:rPr>
        <w:t>（A）0　　（B）1　　（C）2　　（D）无限多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pairs of positive integers (x,y) which satisfy the equation x²+y²=x³ is</w:t>
      </w:r>
    </w:p>
    <w:p>
      <w:pPr>
        <w:spacing w:before="0" w:after="160" w:line="300" w:lineRule="auto"/>
      </w:pPr>
      <w:r>
        <w:rPr>
          <w:rFonts w:ascii="Times New Roman" w:hAnsi="Times New Roman" w:eastAsia="宋体"/>
          <w:b w:val="0"/>
          <w:i w:val="0"/>
          <w:color w:val="333333"/>
          <w:sz w:val="19"/>
        </w:rPr>
        <w:t>(A) 0　　(B) 1　　(C) 2　　(D) not finite　　(E) none of these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在右图中，三角形 ABC 是满足 ∠ BCA=90° 的直角三角形。中线 CM 垂直于中线 BN，且边 BC=s。则 BN 的长度为</w:t>
      </w:r>
    </w:p>
    <w:p>
      <w:pPr>
        <w:spacing w:before="80" w:after="80"/>
        <w:jc w:val="center"/>
      </w:pPr>
      <w:r>
        <w:drawing>
          <wp:inline xmlns:a="http://schemas.openxmlformats.org/drawingml/2006/main" xmlns:pic="http://schemas.openxmlformats.org/drawingml/2006/picture">
            <wp:extent cx="1101801" cy="821910"/>
            <wp:docPr id="9" name="Picture 9"/>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1101801" cy="821910"/>
                    </a:xfrm>
                    <a:prstGeom prst="rect"/>
                  </pic:spPr>
                </pic:pic>
              </a:graphicData>
            </a:graphic>
          </wp:inline>
        </w:drawing>
      </w:r>
    </w:p>
    <w:p>
      <w:pPr>
        <w:spacing w:before="0" w:after="120" w:line="300" w:lineRule="auto"/>
      </w:pPr>
      <w:r>
        <w:rPr>
          <w:rFonts w:ascii="Times New Roman" w:hAnsi="Times New Roman" w:eastAsia="宋体"/>
          <w:b w:val="0"/>
          <w:i w:val="0"/>
          <w:sz w:val="21"/>
        </w:rPr>
        <w:t>（A）s√(2)　　（B）3/2s√(2)　　（C）2s√(2)　　（D）(s√(5))/2　　（E）(s√(6))/2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the triangle ABC is a right triangle with ∠ BCA=90°. Median CM is perpendicular to median BN, and side BC=s. The length of BN is</w:t>
      </w:r>
    </w:p>
    <w:p>
      <w:pPr>
        <w:spacing w:before="80" w:after="80"/>
        <w:jc w:val="center"/>
      </w:pPr>
      <w:r>
        <w:drawing>
          <wp:inline xmlns:a="http://schemas.openxmlformats.org/drawingml/2006/main" xmlns:pic="http://schemas.openxmlformats.org/drawingml/2006/picture">
            <wp:extent cx="1101801" cy="821910"/>
            <wp:docPr id="10" name="Picture 10"/>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1101801" cy="82191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s√(2)　　(B) 3/2s√(2)　　(C) 2s√(2)　　(D) (s√(5))/2　　(E) (s√(6))/2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在一条宽为 w 的狭窄小巷中，有一架长为 a 的梯子，其底端位于两墙之间的点 P。梯子靠在一面墙的点 Q 时，该点离地高度为 k，梯子与地面成 45° 角。梯子靠在另一面墙的点 R 时，该点离地高度为 h，梯子与地面成 75° 角。巷宽 w 等于</w:t>
      </w:r>
    </w:p>
    <w:p>
      <w:pPr>
        <w:spacing w:before="80" w:after="80"/>
        <w:jc w:val="center"/>
      </w:pPr>
      <w:r>
        <w:drawing>
          <wp:inline xmlns:a="http://schemas.openxmlformats.org/drawingml/2006/main" xmlns:pic="http://schemas.openxmlformats.org/drawingml/2006/picture">
            <wp:extent cx="811671" cy="899580"/>
            <wp:docPr id="11" name="Picture 11"/>
            <wp:cNvGraphicFramePr>
              <a:graphicFrameLocks noChangeAspect="1"/>
            </wp:cNvGraphicFramePr>
            <a:graphic>
              <a:graphicData uri="http://schemas.openxmlformats.org/drawingml/2006/picture">
                <pic:pic>
                  <pic:nvPicPr>
                    <pic:cNvPr id="0" name="q22-1@300dpi.png"/>
                    <pic:cNvPicPr/>
                  </pic:nvPicPr>
                  <pic:blipFill>
                    <a:blip r:embed="rId14"/>
                    <a:stretch>
                      <a:fillRect/>
                    </a:stretch>
                  </pic:blipFill>
                  <pic:spPr>
                    <a:xfrm>
                      <a:off x="0" y="0"/>
                      <a:ext cx="811671" cy="899580"/>
                    </a:xfrm>
                    <a:prstGeom prst="rect"/>
                  </pic:spPr>
                </pic:pic>
              </a:graphicData>
            </a:graphic>
          </wp:inline>
        </w:drawing>
      </w:r>
    </w:p>
    <w:p>
      <w:pPr>
        <w:spacing w:before="0" w:after="120" w:line="300" w:lineRule="auto"/>
      </w:pPr>
      <w:r>
        <w:rPr>
          <w:rFonts w:ascii="Times New Roman" w:hAnsi="Times New Roman" w:eastAsia="宋体"/>
          <w:b w:val="0"/>
          <w:i w:val="0"/>
          <w:sz w:val="21"/>
        </w:rPr>
        <w:t>（A）a　　（B）RQ　　（C）k　　（D）h+k/2　　（E）h</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narrow alley of width w a ladder of length a is placed with its foot at a point P between the walls. Resting against one wall at Q, a distance k above the ground, the ladder makes a 45° angle with the ground. Resting against the other wall at R, a distance h above the ground, the ladder makes a 75° angle with the ground. The width w is equal to</w:t>
      </w:r>
    </w:p>
    <w:p>
      <w:pPr>
        <w:spacing w:before="80" w:after="80"/>
        <w:jc w:val="center"/>
      </w:pPr>
      <w:r>
        <w:drawing>
          <wp:inline xmlns:a="http://schemas.openxmlformats.org/drawingml/2006/main" xmlns:pic="http://schemas.openxmlformats.org/drawingml/2006/picture">
            <wp:extent cx="811671" cy="899580"/>
            <wp:docPr id="12" name="Picture 12"/>
            <wp:cNvGraphicFramePr>
              <a:graphicFrameLocks noChangeAspect="1"/>
            </wp:cNvGraphicFramePr>
            <a:graphic>
              <a:graphicData uri="http://schemas.openxmlformats.org/drawingml/2006/picture">
                <pic:pic>
                  <pic:nvPicPr>
                    <pic:cNvPr id="0" name="q22-1@300dpi.png"/>
                    <pic:cNvPicPr/>
                  </pic:nvPicPr>
                  <pic:blipFill>
                    <a:blip r:embed="rId14"/>
                    <a:stretch>
                      <a:fillRect/>
                    </a:stretch>
                  </pic:blipFill>
                  <pic:spPr>
                    <a:xfrm>
                      <a:off x="0" y="0"/>
                      <a:ext cx="811671" cy="89958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　　(B) RQ　　(C) k　　(D) h+k/2　　(E) h</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一个三角形的三边长为连续整数，且最大角是最小角的两倍。最小角的余弦值为</w:t>
      </w:r>
    </w:p>
    <w:p>
      <w:pPr>
        <w:spacing w:before="0" w:after="120" w:line="300" w:lineRule="auto"/>
      </w:pPr>
      <w:r>
        <w:rPr>
          <w:rFonts w:ascii="Times New Roman" w:hAnsi="Times New Roman" w:eastAsia="宋体"/>
          <w:b w:val="0"/>
          <w:i w:val="0"/>
          <w:sz w:val="21"/>
        </w:rPr>
        <w:t>（A）3/4　　（B）7/10　　（C）2/3　　（D）9/14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lengths of the sides of a triangle are consecutive integers, and the largest angle is twice the smallest angle. The cosine of the smallest angle is</w:t>
      </w:r>
    </w:p>
    <w:p>
      <w:pPr>
        <w:spacing w:before="0" w:after="160" w:line="300" w:lineRule="auto"/>
      </w:pPr>
      <w:r>
        <w:rPr>
          <w:rFonts w:ascii="Times New Roman" w:hAnsi="Times New Roman" w:eastAsia="宋体"/>
          <w:b w:val="0"/>
          <w:i w:val="0"/>
          <w:color w:val="333333"/>
          <w:sz w:val="19"/>
        </w:rPr>
        <w:t>(A) 3/4　　(B) 7/10　　(C) 2/3　　(D) 9/14　　(E) none of these</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在右图中，一个圆与等边三角形的各边相交于六个点。若 AG=2、GF=13、FC=1，且 HJ=7，则 DE 等于</w:t>
      </w:r>
    </w:p>
    <w:p>
      <w:pPr>
        <w:spacing w:before="80" w:after="80"/>
        <w:jc w:val="center"/>
      </w:pPr>
      <w:r>
        <w:drawing>
          <wp:inline xmlns:a="http://schemas.openxmlformats.org/drawingml/2006/main" xmlns:pic="http://schemas.openxmlformats.org/drawingml/2006/picture">
            <wp:extent cx="2229078" cy="1990584"/>
            <wp:docPr id="13" name="Picture 13"/>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2229078" cy="1990584"/>
                    </a:xfrm>
                    <a:prstGeom prst="rect"/>
                  </pic:spPr>
                </pic:pic>
              </a:graphicData>
            </a:graphic>
          </wp:inline>
        </w:drawing>
      </w:r>
    </w:p>
    <w:p>
      <w:pPr>
        <w:spacing w:before="0" w:after="120" w:line="300" w:lineRule="auto"/>
      </w:pPr>
      <w:r>
        <w:rPr>
          <w:rFonts w:ascii="Times New Roman" w:hAnsi="Times New Roman" w:eastAsia="宋体"/>
          <w:b w:val="0"/>
          <w:i w:val="0"/>
          <w:sz w:val="21"/>
        </w:rPr>
        <w:t>（A）2√(22)　　（B）7√(3)　　（C）9　　（D）10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the circle meets the sides of an equilateral triangle at six points. If AG=2, GF=13, FC=1 and HJ=7, then DE equals</w:t>
      </w:r>
    </w:p>
    <w:p>
      <w:pPr>
        <w:spacing w:before="80" w:after="80"/>
        <w:jc w:val="center"/>
      </w:pPr>
      <w:r>
        <w:drawing>
          <wp:inline xmlns:a="http://schemas.openxmlformats.org/drawingml/2006/main" xmlns:pic="http://schemas.openxmlformats.org/drawingml/2006/picture">
            <wp:extent cx="2229078" cy="1990584"/>
            <wp:docPr id="14" name="Picture 14"/>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2229078" cy="199058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2√(22)　　(B) 7√(3)　　(C) 9　　(D) 10　　(E) 13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右图是城市一部分的地图：小长方形是街区，其间的空隙是街道。每天早晨，一名学生从十字路口 A 沿图示街道步行到十字路口 B，且始终向东或向南走。为了使路线有所变化，每到一个可以选择方向的路口，他都以 1/2 的概率选择向东或向南，各次选择相互独立。求他在任意一天早晨经过十字路口 C 的概率。</w:t>
      </w:r>
    </w:p>
    <w:p>
      <w:pPr>
        <w:spacing w:before="80" w:after="80"/>
        <w:jc w:val="center"/>
      </w:pPr>
      <w:r>
        <w:drawing>
          <wp:inline xmlns:a="http://schemas.openxmlformats.org/drawingml/2006/main" xmlns:pic="http://schemas.openxmlformats.org/drawingml/2006/picture">
            <wp:extent cx="1347127" cy="713058"/>
            <wp:docPr id="15" name="Picture 15"/>
            <wp:cNvGraphicFramePr>
              <a:graphicFrameLocks noChangeAspect="1"/>
            </wp:cNvGraphicFramePr>
            <a:graphic>
              <a:graphicData uri="http://schemas.openxmlformats.org/drawingml/2006/picture">
                <pic:pic>
                  <pic:nvPicPr>
                    <pic:cNvPr id="0" name="q25-1@300dpi.png"/>
                    <pic:cNvPicPr/>
                  </pic:nvPicPr>
                  <pic:blipFill>
                    <a:blip r:embed="rId16"/>
                    <a:stretch>
                      <a:fillRect/>
                    </a:stretch>
                  </pic:blipFill>
                  <pic:spPr>
                    <a:xfrm>
                      <a:off x="0" y="0"/>
                      <a:ext cx="1347127" cy="713058"/>
                    </a:xfrm>
                    <a:prstGeom prst="rect"/>
                  </pic:spPr>
                </pic:pic>
              </a:graphicData>
            </a:graphic>
          </wp:inline>
        </w:drawing>
      </w:r>
    </w:p>
    <w:p>
      <w:pPr>
        <w:spacing w:before="0" w:after="120" w:line="300" w:lineRule="auto"/>
      </w:pPr>
      <w:r>
        <w:rPr>
          <w:rFonts w:ascii="Times New Roman" w:hAnsi="Times New Roman" w:eastAsia="宋体"/>
          <w:b w:val="0"/>
          <w:i w:val="0"/>
          <w:sz w:val="21"/>
        </w:rPr>
        <w:t>（A）11/32　　（B）1/2　　（C）4/7　　（D）21/32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adjoining figure is a map of part of a city: the small rectangles are blocks and the spaces in between are streets. Each morning a student walks from intersection A to intersection B, always walking along streets shown, always going east or south. For variety, at each intersection where he has a choice, he chooses with probability 1/2 (independent of all other choices) whether to go east or south. Find the probability that, on any given morning, he walks through intersection C.</w:t>
      </w:r>
    </w:p>
    <w:p>
      <w:pPr>
        <w:spacing w:before="80" w:after="80"/>
        <w:jc w:val="center"/>
      </w:pPr>
      <w:r>
        <w:drawing>
          <wp:inline xmlns:a="http://schemas.openxmlformats.org/drawingml/2006/main" xmlns:pic="http://schemas.openxmlformats.org/drawingml/2006/picture">
            <wp:extent cx="1347127" cy="713058"/>
            <wp:docPr id="16" name="Picture 16"/>
            <wp:cNvGraphicFramePr>
              <a:graphicFrameLocks noChangeAspect="1"/>
            </wp:cNvGraphicFramePr>
            <a:graphic>
              <a:graphicData uri="http://schemas.openxmlformats.org/drawingml/2006/picture">
                <pic:pic>
                  <pic:nvPicPr>
                    <pic:cNvPr id="0" name="q25-1@300dpi.png"/>
                    <pic:cNvPicPr/>
                  </pic:nvPicPr>
                  <pic:blipFill>
                    <a:blip r:embed="rId16"/>
                    <a:stretch>
                      <a:fillRect/>
                    </a:stretch>
                  </pic:blipFill>
                  <pic:spPr>
                    <a:xfrm>
                      <a:off x="0" y="0"/>
                      <a:ext cx="1347127" cy="71305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11/32　　(B) 1/2　　(C) 4/7　　(D) 21/32　　(E) 3/4</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若一个完全平方数的 8 进制表示为 ab3c，其中 a≠0，则 c 为</w:t>
      </w:r>
    </w:p>
    <w:p>
      <w:pPr>
        <w:spacing w:before="0" w:after="120" w:line="300" w:lineRule="auto"/>
      </w:pPr>
      <w:r>
        <w:rPr>
          <w:rFonts w:ascii="Times New Roman" w:hAnsi="Times New Roman" w:eastAsia="宋体"/>
          <w:b w:val="0"/>
          <w:i w:val="0"/>
          <w:sz w:val="21"/>
        </w:rPr>
        <w:t>（A）0　　（B）1　　（C）3　　（D）4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base 8 representation of a perfect square is ab3c, where a≠0, then c is</w:t>
      </w:r>
    </w:p>
    <w:p>
      <w:pPr>
        <w:spacing w:before="0" w:after="160" w:line="300" w:lineRule="auto"/>
      </w:pPr>
      <w:r>
        <w:rPr>
          <w:rFonts w:ascii="Times New Roman" w:hAnsi="Times New Roman" w:eastAsia="宋体"/>
          <w:b w:val="0"/>
          <w:i w:val="0"/>
          <w:color w:val="333333"/>
          <w:sz w:val="19"/>
        </w:rPr>
        <w:t>(A) 0　　(B) 1　　(C) 3　　(D) 4　　(E) not uniquely determined</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设 z=a+bi 是多项式方程</w:t>
      </w:r>
    </w:p>
    <w:p>
      <w:pPr>
        <w:spacing w:before="0" w:after="80" w:line="300" w:lineRule="auto"/>
        <w:jc w:val="left"/>
      </w:pPr>
      <w:r>
        <w:rPr>
          <w:rFonts w:ascii="Times New Roman" w:hAnsi="Times New Roman" w:eastAsia="宋体"/>
          <w:b w:val="0"/>
          <w:i w:val="0"/>
          <w:sz w:val="21"/>
        </w:rPr>
        <w:t>c₄z⁴+ic₃z³+c₂z²</w:t>
      </w:r>
    </w:p>
    <w:p>
      <w:pPr>
        <w:spacing w:before="0" w:after="80" w:line="300" w:lineRule="auto"/>
        <w:jc w:val="left"/>
      </w:pPr>
      <w:r>
        <w:rPr>
          <w:rFonts w:ascii="Times New Roman" w:hAnsi="Times New Roman" w:eastAsia="宋体"/>
          <w:b w:val="0"/>
          <w:i w:val="0"/>
          <w:sz w:val="21"/>
        </w:rPr>
        <w:t>+ic₁z+c₀=0</w:t>
      </w:r>
    </w:p>
    <w:p>
      <w:pPr>
        <w:spacing w:before="0" w:after="80" w:line="300" w:lineRule="auto"/>
        <w:jc w:val="left"/>
      </w:pPr>
      <w:r>
        <w:rPr>
          <w:rFonts w:ascii="Times New Roman" w:hAnsi="Times New Roman" w:eastAsia="宋体"/>
          <w:b w:val="0"/>
          <w:i w:val="0"/>
          <w:sz w:val="21"/>
        </w:rPr>
        <w:t>的一个解，其中 c₀、c₁、c₂、c₃、c₄、a 和 b 为实常数，且 i²=-1。下列哪一项也必定是该方程的解？</w:t>
      </w:r>
    </w:p>
    <w:p>
      <w:pPr>
        <w:spacing w:before="0" w:after="120" w:line="300" w:lineRule="auto"/>
      </w:pPr>
      <w:r>
        <w:rPr>
          <w:rFonts w:ascii="Times New Roman" w:hAnsi="Times New Roman" w:eastAsia="宋体"/>
          <w:b w:val="0"/>
          <w:i w:val="0"/>
          <w:sz w:val="21"/>
        </w:rPr>
        <w:t>（A）-a-bi　　（B）a-bi　　（C）-a+bi　　（D）b+ai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z=a+bi is a solution of the polynomial equation</w:t>
      </w:r>
    </w:p>
    <w:p>
      <w:pPr>
        <w:spacing w:before="0" w:after="80" w:line="300" w:lineRule="auto"/>
        <w:jc w:val="left"/>
      </w:pPr>
      <w:r>
        <w:rPr>
          <w:rFonts w:ascii="Times New Roman" w:hAnsi="Times New Roman" w:eastAsia="宋体"/>
          <w:b w:val="0"/>
          <w:i w:val="0"/>
          <w:color w:val="333333"/>
          <w:sz w:val="19"/>
        </w:rPr>
        <w:t>c₄z⁴+ic₃z³+c₂z²</w:t>
      </w:r>
    </w:p>
    <w:p>
      <w:pPr>
        <w:spacing w:before="0" w:after="80" w:line="300" w:lineRule="auto"/>
        <w:jc w:val="left"/>
      </w:pPr>
      <w:r>
        <w:rPr>
          <w:rFonts w:ascii="Times New Roman" w:hAnsi="Times New Roman" w:eastAsia="宋体"/>
          <w:b w:val="0"/>
          <w:i w:val="0"/>
          <w:color w:val="333333"/>
          <w:sz w:val="19"/>
        </w:rPr>
        <w:t>+ic₁z+c₀=0,</w:t>
      </w:r>
    </w:p>
    <w:p>
      <w:pPr>
        <w:spacing w:before="0" w:after="80" w:line="300" w:lineRule="auto"/>
        <w:jc w:val="left"/>
      </w:pPr>
      <w:r>
        <w:rPr>
          <w:rFonts w:ascii="Times New Roman" w:hAnsi="Times New Roman" w:eastAsia="宋体"/>
          <w:b w:val="0"/>
          <w:i w:val="0"/>
          <w:color w:val="333333"/>
          <w:sz w:val="19"/>
        </w:rPr>
        <w:t>where c₀, c₁, c₂, c₃, c₄, a, and b are real constants and i²=-1. Which one of the following must also be a solution?</w:t>
      </w:r>
    </w:p>
    <w:p>
      <w:pPr>
        <w:spacing w:before="0" w:after="160" w:line="300" w:lineRule="auto"/>
      </w:pPr>
      <w:r>
        <w:rPr>
          <w:rFonts w:ascii="Times New Roman" w:hAnsi="Times New Roman" w:eastAsia="宋体"/>
          <w:b w:val="0"/>
          <w:i w:val="0"/>
          <w:color w:val="333333"/>
          <w:sz w:val="19"/>
        </w:rPr>
        <w:t>(A) -a-bi　　(B) a-bi　　(C) -a+bi　　(D) b+ai　　(E) none of these</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黑板上写有一组从 1 开始的连续正整数。擦去其中一个数后，其余各数的平均数（算术平均值）为 357/17。擦去的是哪个数？</w:t>
      </w:r>
    </w:p>
    <w:p>
      <w:pPr>
        <w:spacing w:before="0" w:after="120" w:line="300" w:lineRule="auto"/>
      </w:pPr>
      <w:r>
        <w:rPr>
          <w:rFonts w:ascii="Times New Roman" w:hAnsi="Times New Roman" w:eastAsia="宋体"/>
          <w:b w:val="0"/>
          <w:i w:val="0"/>
          <w:sz w:val="21"/>
        </w:rPr>
        <w:t>（A）6　　（B）7　　（C）8　　（D）9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consecutive positive integers beginning with 1 is written on a blackboard. One number is erased. The average (arithmetic mean) of the remaining numbers is 357/17. What number was erased?</w:t>
      </w:r>
    </w:p>
    <w:p>
      <w:pPr>
        <w:spacing w:before="0" w:after="160" w:line="300" w:lineRule="auto"/>
      </w:pPr>
      <w:r>
        <w:rPr>
          <w:rFonts w:ascii="Times New Roman" w:hAnsi="Times New Roman" w:eastAsia="宋体"/>
          <w:b w:val="0"/>
          <w:i w:val="0"/>
          <w:color w:val="333333"/>
          <w:sz w:val="19"/>
        </w:rPr>
        <w:t>(A) 6　　(B) 7　　(C) 8　　(D) 9　　(E) can not be determined</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设 x、y 和 z 是三个和为 1 的正实数。若其中任何一个数都不超过另一个数的两倍，则乘积 xyz 的最小可能值为</w:t>
      </w:r>
    </w:p>
    <w:p>
      <w:pPr>
        <w:spacing w:before="0" w:after="120" w:line="300" w:lineRule="auto"/>
      </w:pPr>
      <w:r>
        <w:rPr>
          <w:rFonts w:ascii="Times New Roman" w:hAnsi="Times New Roman" w:eastAsia="宋体"/>
          <w:b w:val="0"/>
          <w:i w:val="0"/>
          <w:sz w:val="21"/>
        </w:rPr>
        <w:t>（A）1/32　　（B）1/36　　（C）4/125　　（D）1/127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y, and z be three positive real numbers whose sum is 1. If no one of these numbers is more than twice any other, then the minimum possible value of the product xyz is</w:t>
      </w:r>
    </w:p>
    <w:p>
      <w:pPr>
        <w:spacing w:before="0" w:after="160" w:line="300" w:lineRule="auto"/>
      </w:pPr>
      <w:r>
        <w:rPr>
          <w:rFonts w:ascii="Times New Roman" w:hAnsi="Times New Roman" w:eastAsia="宋体"/>
          <w:b w:val="0"/>
          <w:i w:val="0"/>
          <w:color w:val="333333"/>
          <w:sz w:val="19"/>
        </w:rPr>
        <w:t>(A) 1/32　　(B) 1/36　　(C) 4/125　　(D) 1/127　　(E) none of these</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求下式的十进制展开式的个位数字：</w:t>
      </w:r>
    </w:p>
    <w:p>
      <w:pPr>
        <w:spacing w:before="0" w:after="80" w:line="300" w:lineRule="auto"/>
        <w:jc w:val="left"/>
      </w:pPr>
      <w:r>
        <w:rPr>
          <w:rFonts w:ascii="Times New Roman" w:hAnsi="Times New Roman" w:eastAsia="宋体"/>
          <w:b w:val="0"/>
          <w:i w:val="0"/>
          <w:sz w:val="21"/>
        </w:rPr>
        <w:t>(15+√(220))¹⁹+(15+√(220))⁸²。</w:t>
      </w:r>
    </w:p>
    <w:p>
      <w:pPr>
        <w:spacing w:before="0" w:after="120" w:line="300" w:lineRule="auto"/>
      </w:pPr>
      <w:r>
        <w:rPr>
          <w:rFonts w:ascii="Times New Roman" w:hAnsi="Times New Roman" w:eastAsia="宋体"/>
          <w:b w:val="0"/>
          <w:i w:val="0"/>
          <w:sz w:val="21"/>
        </w:rPr>
        <w:t>（A）0　　（B）2　　（C）5　　（D）9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units digit in the decimal expansion of</w:t>
      </w:r>
    </w:p>
    <w:p>
      <w:pPr>
        <w:spacing w:before="0" w:after="80" w:line="300" w:lineRule="auto"/>
        <w:jc w:val="left"/>
      </w:pPr>
      <w:r>
        <w:rPr>
          <w:rFonts w:ascii="Times New Roman" w:hAnsi="Times New Roman" w:eastAsia="宋体"/>
          <w:b w:val="0"/>
          <w:i w:val="0"/>
          <w:color w:val="333333"/>
          <w:sz w:val="19"/>
        </w:rPr>
        <w:t>(15+√(220))¹⁹+(15+√(220))⁸².</w:t>
      </w:r>
    </w:p>
    <w:p>
      <w:pPr>
        <w:spacing w:before="0" w:after="160" w:line="300" w:lineRule="auto"/>
      </w:pPr>
      <w:r>
        <w:rPr>
          <w:rFonts w:ascii="Times New Roman" w:hAnsi="Times New Roman" w:eastAsia="宋体"/>
          <w:b w:val="0"/>
          <w:i w:val="0"/>
          <w:color w:val="333333"/>
          <w:sz w:val="19"/>
        </w:rPr>
        <w:t>(A) 0　　(B) 2　　(C) 5　　(D) 9　　(E) none of these</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A　C　E　C　D　B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C　A　D　C　D　B　C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D　E　E　A　A　D　B　C</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B　A　D</w:t>
      </w:r>
    </w:p>
    <w:p>
      <w:pPr>
        <w:spacing w:before="0" w:after="200" w:line="300" w:lineRule="auto"/>
      </w:pPr>
      <w:r>
        <w:rPr>
          <w:rFonts w:ascii="Times New Roman" w:hAnsi="Times New Roman" w:eastAsia="宋体"/>
          <w:b w:val="0"/>
          <w:i w:val="0"/>
          <w:color w:val="666666"/>
          <w:sz w:val="18"/>
        </w:rPr>
        <w:t>答案串：EACECDBBBACADCDBCDBDEEAADBCBAD</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模 x²-2 时，x²≡2，所以 x³-2≡2x-2。这个一次多项式就是余式。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Modulo x²-2, we have x²≡2, so x³-2≡2x-2. This linear polynomial is the remainder.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x 的八倍增加二后是 8x+2。它的四分之一为 8x+2/4=2x+1/2。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times x, increased by two, is 8x+2. One fourth is 8x+2/4=2x+1/2.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当 x=2 时，xˣ=2²=4。因此 (xˣ)^((xˣ))=4⁴=256。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x=2, xˣ=2²=4. Hence (xˣ)^((xˣ))=4⁴=256.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当 r&gt;0 时，周长与面积相等给出 π r+2r=(π r²)/2。两边除以 r 并求解，得到 r=(2(π+2))/π=2+4/π。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r&gt;0, equality of perimeter and area gives π r+2r=(π r²)/2. Dividing by r and solving yields r=(2(π+2))/π=2+4/π.</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写成 x=ka 和 y=kb。因为 a&lt; b，所以 x 较小。由 k(a+b)=c 得 k=c/a+b，因此 x=ac/a+b。</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x=ka and y=kb. Since a&lt; b, x is smaller. From k(a+b)=c, k=c/a+b, so x=ac/a+b.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内角和必须为 (n-2)180°，而缺少的角介于 0° 与 180° 之间。介于 2570° 与 2750° 之间唯一的 180° 的倍数是 2700°，所以缺少的角为 2700°-2570°=130°。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must be (n-2)180° and the missing angle lies between 0° and 180°. The only multiple of 180° between 2570° and 2750° is 2700°, leaving 2700°-2570°=130°.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因为 x*y=x+y+xy，该运算满足交换律，单位元为 0，并且各数加 1 后会转化为普通乘法。因此它满足结合律，直接展开也能验证 C。当 x=1 且 y=z=0 时，命题 B 不成立：左边为 1*0=1，而右边为 (1*0)+(1*0)=2。所以 B 错误。</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x*y=x+y+xy, the operation is commutative, has identity 0, and becomes ordinary multiplication after adding 1. Thus it is associative, and direct expansion also verifies C. Statement B fails when x=1 and y=z=0: its left side is 1*0=1, but its right side is (1*0)+(1*0)=2. Hence B is false.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等差条件为 2C(n, 2)=C(n, 1)+C(n, 3)。代入并约分得到 n²-9n+14=0，即 (n-2)(n-7)=0。因为 n&gt;3，所以 n=7。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progression condition is 2C(n, 2)=C(n, 1)+C(n, 3). Substitution and cancellation give n²-9n+14=0, or (n-2)(n-7)=0. Since n&gt;3, n=7.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三角形的面积为 4。当 0≤ x≤1 时，该部分面积为</w:t>
      </w:r>
    </w:p>
    <w:p>
      <w:pPr>
        <w:spacing w:before="0" w:after="80" w:line="300" w:lineRule="auto"/>
        <w:jc w:val="left"/>
      </w:pPr>
      <w:r>
        <w:rPr>
          <w:rFonts w:ascii="Times New Roman" w:hAnsi="Times New Roman" w:eastAsia="宋体"/>
          <w:b w:val="0"/>
          <w:i w:val="0"/>
          <w:sz w:val="21"/>
        </w:rPr>
        <w:t>∫₀¹(x-x/9) dx=4/9。</w:t>
      </w:r>
    </w:p>
    <w:p>
      <w:pPr>
        <w:spacing w:before="0" w:after="80" w:line="300" w:lineRule="auto"/>
        <w:jc w:val="left"/>
      </w:pPr>
      <w:r>
        <w:rPr>
          <w:rFonts w:ascii="Times New Roman" w:hAnsi="Times New Roman" w:eastAsia="宋体"/>
          <w:b w:val="0"/>
          <w:i w:val="0"/>
          <w:sz w:val="21"/>
        </w:rPr>
        <w:t>对于截线 x=t≥1，其左侧面积为 4/9+∫₁ᵗ(1-x/9) dx。令其等于 2，得到 t-t²/18=5/2，相关的解为 t=3。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 has area 4. The portion with 0≤ x≤1 has area</w:t>
      </w:r>
    </w:p>
    <w:p>
      <w:pPr>
        <w:spacing w:before="0" w:after="80" w:line="300" w:lineRule="auto"/>
        <w:jc w:val="left"/>
      </w:pPr>
      <w:r>
        <w:rPr>
          <w:rFonts w:ascii="Times New Roman" w:hAnsi="Times New Roman" w:eastAsia="宋体"/>
          <w:b w:val="0"/>
          <w:i w:val="0"/>
          <w:color w:val="333333"/>
          <w:sz w:val="19"/>
        </w:rPr>
        <w:t>∫₀¹(x-x/9) dx=4/9.</w:t>
      </w:r>
    </w:p>
    <w:p>
      <w:pPr>
        <w:spacing w:before="0" w:after="80" w:line="300" w:lineRule="auto"/>
        <w:jc w:val="left"/>
      </w:pPr>
      <w:r>
        <w:rPr>
          <w:rFonts w:ascii="Times New Roman" w:hAnsi="Times New Roman" w:eastAsia="宋体"/>
          <w:b w:val="0"/>
          <w:i w:val="0"/>
          <w:color w:val="333333"/>
          <w:sz w:val="19"/>
        </w:rPr>
        <w:t>For a cut x=t≥1, the area to its left is therefore 4/9+∫₁ᵗ(1-x/9) dx. Setting this equal to 2 gives t-t²/18=5/2, whose relevant solution is t=3.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边长为 12、18、24 的三角形半周长为 27，面积为</w:t>
      </w:r>
    </w:p>
    <w:p>
      <w:pPr>
        <w:spacing w:before="0" w:after="80" w:line="300" w:lineRule="auto"/>
        <w:jc w:val="left"/>
      </w:pPr>
      <w:r>
        <w:rPr>
          <w:rFonts w:ascii="Times New Roman" w:hAnsi="Times New Roman" w:eastAsia="宋体"/>
          <w:b w:val="0"/>
          <w:i w:val="0"/>
          <w:sz w:val="21"/>
        </w:rPr>
        <w:t>√(27·15·9·3)=27√(15)，</w:t>
      </w:r>
    </w:p>
    <w:p>
      <w:pPr>
        <w:spacing w:before="0" w:after="80" w:line="300" w:lineRule="auto"/>
        <w:jc w:val="left"/>
      </w:pPr>
      <w:r>
        <w:rPr>
          <w:rFonts w:ascii="Times New Roman" w:hAnsi="Times New Roman" w:eastAsia="宋体"/>
          <w:b w:val="0"/>
          <w:i w:val="0"/>
          <w:sz w:val="21"/>
        </w:rPr>
        <w:t>所以内切圆半径为 r=√(15)。以 BC 为底，高为 h=(2(27√(15)))/24=(9√(15))/4。因此，从 △ ABC 到 △ AMN 的相似比为 1-r/h=1-4/9=5/9。它的周长为 (5/9)(12+18+24)=30。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12, 18, 24 have semiperimeter 27 and area</w:t>
      </w:r>
    </w:p>
    <w:p>
      <w:pPr>
        <w:spacing w:before="0" w:after="80" w:line="300" w:lineRule="auto"/>
        <w:jc w:val="left"/>
      </w:pPr>
      <w:r>
        <w:rPr>
          <w:rFonts w:ascii="Times New Roman" w:hAnsi="Times New Roman" w:eastAsia="宋体"/>
          <w:b w:val="0"/>
          <w:i w:val="0"/>
          <w:color w:val="333333"/>
          <w:sz w:val="19"/>
        </w:rPr>
        <w:t>√(27·15·9·3)=27√(15),</w:t>
      </w:r>
    </w:p>
    <w:p>
      <w:pPr>
        <w:spacing w:before="0" w:after="80" w:line="300" w:lineRule="auto"/>
        <w:jc w:val="left"/>
      </w:pPr>
      <w:r>
        <w:rPr>
          <w:rFonts w:ascii="Times New Roman" w:hAnsi="Times New Roman" w:eastAsia="宋体"/>
          <w:b w:val="0"/>
          <w:i w:val="0"/>
          <w:color w:val="333333"/>
          <w:sz w:val="19"/>
        </w:rPr>
        <w:t>so the inradius is r=√(15). Taking BC as base, the altitude is h=(2(27√(15)))/24=(9√(15))/4. Thus the similarity scale from △ ABC to △ AMN is 1-r/h=1-4/9=5/9. Its perimeter is (5/9)(12+18+24)=30.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首位数字依次取 1,…,9 时，相差 2 的末位数字个数为 1+1+2+2+2 加上 2+2+1+1，共 14 个。此外，首位为 2 时末位还可为 0，因而共有 15 个首末数字有序对。中间两位有 8·7 种有序选法。因此总数为 15·56=840。</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leading digits 1,…,9, the number of possible last digits differing by 2 is 1+1+2+2+2 plus 2+2+1+1, or 14. In addition, leading digit 2 may end in 0, giving 15 endpoint pairs. The middle digits can then be chosen in 8·7 ordered ways. Thus the count is 15·56=840.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令 g(x)=ax⁷+bx³+cx，则它是奇函数。由 f(-7)=g(-7)-5=7，得 g(-7)=12。因此 g(7)=-12，从而 f(7)=-12-5=-17。</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g(x)=ax⁷+bx³+cx, which is odd. Since f(-7)=g(-7)-5=7, g(-7)=12. Therefore g(7)=-12, and f(7)=-12-5=-17.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令 t=log_(b)a，则 a=bᵗ，且 p=(log_(b)t)/t。于是 aᵖ=(bᵗ)^((log_(b)t)/t)，即 b^(log_(b)t)=t。因此 aᵖ=log_(b)a。</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t=log_(b)a, so a=bᵗ and p=(log_(b)t)/t. Then aᵖ=(bᵗ)^((log_(b)t)/t), which equals b^(log_(b)t)=t. Therefore aᵖ=log_(b)a.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这里 AP=75、PG=15，且 AG⊥ PG。点 N 到 AG 的距离按 AN/AP=45/75 成比例，因此该距离为 15(45/75)=9。所以半径为 15 的圆中，这条弦的长度为 2√(15²-9²)=2√(144)=24。</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AP=75, PG=15, and AG⊥ PG. The distance from N to AG scales with AN/AP=45/75, so it is 15(45/75)=9. Therefore the chord in the radius-15 circle has length 2√(15²-9²)=2√(144)=24.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对于非整数 x，令 n=⌊ x⌋；则 ⌊ x-2⌋=n-2。因而 2n+3=3(n-2)+5，所以 n=4，且 y=11。由于 4&lt; x&lt;5，可得 15&lt; x+y&lt;16。</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nonintegral x, let n=⌊ x⌋; then ⌊ x-2⌋=n-2. Thus 2n+3=3(n-2)+5, so n=4 and y=11. Since 4&lt; x&lt;5, we have 15&lt; x+y&lt;16.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六个外表面的面积为 6(3²-1²)=48。三条长为 3 的正方形通道各有四个内壁，但每个内壁中央长为一个单位的部分被垂直通道挖去，因此每个内壁留下的面积为 2。所以内部表面积为 3·4·2=24。总面积为 48+24=72。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outer faces contribute 6(3²-1²)=48. Each of the three length-3 square tunnels has four inner walls, but the central unit segment of every wall is removed by a perpendicular tunnel, leaving area 2 per wall. Thus the inside contributes 3·4·2=24. The total is 48+24=72.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令 t=3ˣ&gt;0。则 9t²-28t+3=0，其两根为 t=3 和 t=1/9。两根均为正数，且各自对应唯一的实数 x，因此共有 2 个解。</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t=3ˣ&gt;0. Then 9t²-28t+3=0, whose roots are t=3 and t=1/9. Both are positive and each corresponds to one real x, so there are 2 solutions.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令 H=(0,0,0)、F=(u,0,0)、G=(0,v,0)，且 C=(0,0,w)。则 B=(u,0,w)，且 D=(0,v,w)。由 60° 的条件得 w=√(3)u，而由 45° 的条件得 v=w。因此</w:t>
      </w:r>
    </w:p>
    <w:p>
      <w:pPr>
        <w:spacing w:before="0" w:after="80" w:line="300" w:lineRule="auto"/>
        <w:jc w:val="left"/>
      </w:pPr>
      <w:r>
        <w:rPr>
          <w:rFonts w:ascii="Times New Roman" w:hAnsi="Times New Roman" w:eastAsia="宋体"/>
          <w:b w:val="0"/>
          <w:i w:val="0"/>
          <w:sz w:val="21"/>
        </w:rPr>
        <w:t>cos∠ BHD =w²/(√(u²+w²)√(2w²))</w:t>
      </w:r>
    </w:p>
    <w:p>
      <w:pPr>
        <w:spacing w:before="0" w:after="80" w:line="300" w:lineRule="auto"/>
        <w:jc w:val="left"/>
      </w:pPr>
      <w:r>
        <w:rPr>
          <w:rFonts w:ascii="Times New Roman" w:hAnsi="Times New Roman" w:eastAsia="宋体"/>
          <w:b w:val="0"/>
          <w:i w:val="0"/>
          <w:sz w:val="21"/>
        </w:rPr>
        <w:t>=(√(6))/4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H=(0,0,0), F=(u,0,0), G=(0,v,0), and C=(0,0,w). Then B=(u,0,w) and D=(0,v,w). The 60° condition gives w=√(3)u, while the 45° condition gives v=w. Hence</w:t>
      </w:r>
    </w:p>
    <w:p>
      <w:pPr>
        <w:spacing w:before="0" w:after="80" w:line="300" w:lineRule="auto"/>
        <w:jc w:val="left"/>
      </w:pPr>
      <w:r>
        <w:rPr>
          <w:rFonts w:ascii="Times New Roman" w:hAnsi="Times New Roman" w:eastAsia="宋体"/>
          <w:b w:val="0"/>
          <w:i w:val="0"/>
          <w:color w:val="333333"/>
          <w:sz w:val="19"/>
        </w:rPr>
        <w:t>cos∠ BHD =w²/(√(u²+w²)√(2w²))</w:t>
      </w:r>
    </w:p>
    <w:p>
      <w:pPr>
        <w:spacing w:before="0" w:after="80" w:line="300" w:lineRule="auto"/>
        <w:jc w:val="left"/>
      </w:pPr>
      <w:r>
        <w:rPr>
          <w:rFonts w:ascii="Times New Roman" w:hAnsi="Times New Roman" w:eastAsia="宋体"/>
          <w:b w:val="0"/>
          <w:i w:val="0"/>
          <w:color w:val="333333"/>
          <w:sz w:val="19"/>
        </w:rPr>
        <w:t>=(√(6))/4.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在 [2,3] 上，f(x)=2x-4；在 [3,4] 上，f(x)=8-2x；而在 [4,8] 上，f(x)=0。因而最小值为 0，最大值为 2，两者之和为 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[2,3], f(x)=2x-4; on [3,4], f(x)=8-2x; and on [4,8], f(x)=0. Thus the minimum is 0 and the maximum is 2, whose sum is 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对每个正整数 k，取 x=k²+1，且 y=k(k²+1)=kx。则 y²=k²x²=x²(x-1)，所以 x²+y²=x³。这样就得到无穷多个正整数对。</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positive integer k, take x=k²+1 and y=k(k²+1)=kx. Then y²=k²x²=x²(x-1), so x²+y²=x³. This supplies infinitely many positive-integer pairs.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取 C=(0,0)、B=(0,s)，且 A=(t,0)。则 M=(t/2,s/2)，且 N=(t/2,0)。由垂直关系得 (t/2,s/2)·(t/2,-s)=0，从而 t²=2s²。因此</w:t>
      </w:r>
    </w:p>
    <w:p>
      <w:pPr>
        <w:spacing w:before="0" w:after="80" w:line="300" w:lineRule="auto"/>
        <w:jc w:val="left"/>
      </w:pPr>
      <w:r>
        <w:rPr>
          <w:rFonts w:ascii="Times New Roman" w:hAnsi="Times New Roman" w:eastAsia="宋体"/>
          <w:b w:val="0"/>
          <w:i w:val="0"/>
          <w:sz w:val="21"/>
        </w:rPr>
        <w:t>BN=√((t/2)²+s²)</w:t>
      </w:r>
    </w:p>
    <w:p>
      <w:pPr>
        <w:spacing w:before="0" w:after="80" w:line="300" w:lineRule="auto"/>
        <w:jc w:val="left"/>
      </w:pPr>
      <w:r>
        <w:rPr>
          <w:rFonts w:ascii="Times New Roman" w:hAnsi="Times New Roman" w:eastAsia="宋体"/>
          <w:b w:val="0"/>
          <w:i w:val="0"/>
          <w:sz w:val="21"/>
        </w:rPr>
        <w:t>=√(s²/2+s²)</w:t>
      </w:r>
    </w:p>
    <w:p>
      <w:pPr>
        <w:spacing w:before="0" w:after="80" w:line="300" w:lineRule="auto"/>
        <w:jc w:val="left"/>
      </w:pPr>
      <w:r>
        <w:rPr>
          <w:rFonts w:ascii="Times New Roman" w:hAnsi="Times New Roman" w:eastAsia="宋体"/>
          <w:b w:val="0"/>
          <w:i w:val="0"/>
          <w:sz w:val="21"/>
        </w:rPr>
        <w:t>=(s√(6))/2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C=(0,0), B=(0,s), and A=(t,0). Then M=(t/2,s/2) and N=(t/2,0). Perpendicularity gives (t/2,s/2)·(t/2,-s)=0, hence t²=2s². Therefore</w:t>
      </w:r>
    </w:p>
    <w:p>
      <w:pPr>
        <w:spacing w:before="0" w:after="80" w:line="300" w:lineRule="auto"/>
        <w:jc w:val="left"/>
      </w:pPr>
      <w:r>
        <w:rPr>
          <w:rFonts w:ascii="Times New Roman" w:hAnsi="Times New Roman" w:eastAsia="宋体"/>
          <w:b w:val="0"/>
          <w:i w:val="0"/>
          <w:color w:val="333333"/>
          <w:sz w:val="19"/>
        </w:rPr>
        <w:t>BN=√((t/2)²+s²)</w:t>
      </w:r>
    </w:p>
    <w:p>
      <w:pPr>
        <w:spacing w:before="0" w:after="80" w:line="300" w:lineRule="auto"/>
        <w:jc w:val="left"/>
      </w:pPr>
      <w:r>
        <w:rPr>
          <w:rFonts w:ascii="Times New Roman" w:hAnsi="Times New Roman" w:eastAsia="宋体"/>
          <w:b w:val="0"/>
          <w:i w:val="0"/>
          <w:color w:val="333333"/>
          <w:sz w:val="19"/>
        </w:rPr>
        <w:t>=√(s²/2+s²)</w:t>
      </w:r>
    </w:p>
    <w:p>
      <w:pPr>
        <w:spacing w:before="0" w:after="80" w:line="300" w:lineRule="auto"/>
        <w:jc w:val="left"/>
      </w:pPr>
      <w:r>
        <w:rPr>
          <w:rFonts w:ascii="Times New Roman" w:hAnsi="Times New Roman" w:eastAsia="宋体"/>
          <w:b w:val="0"/>
          <w:i w:val="0"/>
          <w:color w:val="333333"/>
          <w:sz w:val="19"/>
        </w:rPr>
        <w:t>=(s√(6))/2.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点 P 到两面墙的水平距离分别为 acos75° 和 acos45°，所以 w=a(cos75°+cos45°)。由和差化积公式，cos75°+cos45°=sin75°。又因为 h=asin75°，所以 w=h。</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horizontal distances from P to the walls are acos75° and acos45°, so w=a(cos75°+cos45°). The sum-to-product identity gives cos75°+cos45°=sin75°. Since h=asin75°, w=h.</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设连续的三边长为 n、n+1、n+2，其对角分别为 θ、φ、2θ。由正弦定理，</w:t>
      </w:r>
    </w:p>
    <w:p>
      <w:pPr>
        <w:spacing w:before="0" w:after="80" w:line="300" w:lineRule="auto"/>
        <w:jc w:val="left"/>
      </w:pPr>
      <w:r>
        <w:rPr>
          <w:rFonts w:ascii="Times New Roman" w:hAnsi="Times New Roman" w:eastAsia="宋体"/>
          <w:b w:val="0"/>
          <w:i w:val="0"/>
          <w:sz w:val="21"/>
        </w:rPr>
        <w:t>n+2/n=sin2θ/sinθ=2cosθ。</w:t>
      </w:r>
    </w:p>
    <w:p>
      <w:pPr>
        <w:spacing w:before="0" w:after="80" w:line="300" w:lineRule="auto"/>
        <w:jc w:val="left"/>
      </w:pPr>
      <w:r>
        <w:rPr>
          <w:rFonts w:ascii="Times New Roman" w:hAnsi="Times New Roman" w:eastAsia="宋体"/>
          <w:b w:val="0"/>
          <w:i w:val="0"/>
          <w:sz w:val="21"/>
        </w:rPr>
        <w:t>对最小角使用余弦定理还可得</w:t>
      </w:r>
    </w:p>
    <w:p>
      <w:pPr>
        <w:spacing w:before="0" w:after="80" w:line="300" w:lineRule="auto"/>
        <w:jc w:val="left"/>
      </w:pPr>
      <w:r>
        <w:rPr>
          <w:rFonts w:ascii="Times New Roman" w:hAnsi="Times New Roman" w:eastAsia="宋体"/>
          <w:b w:val="0"/>
          <w:i w:val="0"/>
          <w:sz w:val="21"/>
        </w:rPr>
        <w:t>cosθ=n²+6n+5/(2(n+1)(n+2))。</w:t>
      </w:r>
    </w:p>
    <w:p>
      <w:pPr>
        <w:spacing w:before="0" w:after="80" w:line="300" w:lineRule="auto"/>
        <w:jc w:val="left"/>
      </w:pPr>
      <w:r>
        <w:rPr>
          <w:rFonts w:ascii="Times New Roman" w:hAnsi="Times New Roman" w:eastAsia="宋体"/>
          <w:b w:val="0"/>
          <w:i w:val="0"/>
          <w:sz w:val="21"/>
        </w:rPr>
        <w:t>令两式相等，得到 n²-3n-4=0，所以 n=4。因此三边长为 4、5、6，且 cosθ=6/(2·4)=3/4。</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consecutive sides be n, n+1, n+2, opposite angles θ, φ, 2θ. By the law of sines,</w:t>
      </w:r>
    </w:p>
    <w:p>
      <w:pPr>
        <w:spacing w:before="0" w:after="80" w:line="300" w:lineRule="auto"/>
        <w:jc w:val="left"/>
      </w:pPr>
      <w:r>
        <w:rPr>
          <w:rFonts w:ascii="Times New Roman" w:hAnsi="Times New Roman" w:eastAsia="宋体"/>
          <w:b w:val="0"/>
          <w:i w:val="0"/>
          <w:color w:val="333333"/>
          <w:sz w:val="19"/>
        </w:rPr>
        <w:t>n+2/n=sin2θ/sinθ=2cosθ.</w:t>
      </w:r>
    </w:p>
    <w:p>
      <w:pPr>
        <w:spacing w:before="0" w:after="80" w:line="300" w:lineRule="auto"/>
        <w:jc w:val="left"/>
      </w:pPr>
      <w:r>
        <w:rPr>
          <w:rFonts w:ascii="Times New Roman" w:hAnsi="Times New Roman" w:eastAsia="宋体"/>
          <w:b w:val="0"/>
          <w:i w:val="0"/>
          <w:color w:val="333333"/>
          <w:sz w:val="19"/>
        </w:rPr>
        <w:t>The law of cosines at the smallest angle also gives</w:t>
      </w:r>
    </w:p>
    <w:p>
      <w:pPr>
        <w:spacing w:before="0" w:after="80" w:line="300" w:lineRule="auto"/>
        <w:jc w:val="left"/>
      </w:pPr>
      <w:r>
        <w:rPr>
          <w:rFonts w:ascii="Times New Roman" w:hAnsi="Times New Roman" w:eastAsia="宋体"/>
          <w:b w:val="0"/>
          <w:i w:val="0"/>
          <w:color w:val="333333"/>
          <w:sz w:val="19"/>
        </w:rPr>
        <w:t>cosθ=n²+6n+5/(2(n+1)(n+2)).</w:t>
      </w:r>
    </w:p>
    <w:p>
      <w:pPr>
        <w:spacing w:before="0" w:after="80" w:line="300" w:lineRule="auto"/>
        <w:jc w:val="left"/>
      </w:pPr>
      <w:r>
        <w:rPr>
          <w:rFonts w:ascii="Times New Roman" w:hAnsi="Times New Roman" w:eastAsia="宋体"/>
          <w:b w:val="0"/>
          <w:i w:val="0"/>
          <w:color w:val="333333"/>
          <w:sz w:val="19"/>
        </w:rPr>
        <w:t>Equating these expressions yields n²-3n-4=0, so n=4. Hence the sides are 4, 5, 6 and cosθ=6/(2·4)=3/4.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首先，由点 A 的幂可得 AH(AH+7)=AG· AF。后一个乘积为 2·15=30，所以 AH=3、BJ=6，且 BH=13。令 BD=u、DE=x、EC=v。对从 B 和 C 引出的割线使用点幂定理，得</w:t>
      </w:r>
    </w:p>
    <w:p>
      <w:pPr>
        <w:spacing w:before="0" w:after="80" w:line="300" w:lineRule="auto"/>
        <w:jc w:val="left"/>
      </w:pPr>
      <w:r>
        <w:rPr>
          <w:rFonts w:ascii="Times New Roman" w:hAnsi="Times New Roman" w:eastAsia="宋体"/>
          <w:b w:val="0"/>
          <w:i w:val="0"/>
          <w:sz w:val="21"/>
        </w:rPr>
        <w:t>u(u+x)=BH· BJ</w:t>
      </w:r>
    </w:p>
    <w:p>
      <w:pPr>
        <w:spacing w:before="0" w:after="80" w:line="300" w:lineRule="auto"/>
        <w:jc w:val="left"/>
      </w:pPr>
      <w:r>
        <w:rPr>
          <w:rFonts w:ascii="Times New Roman" w:hAnsi="Times New Roman" w:eastAsia="宋体"/>
          <w:b w:val="0"/>
          <w:i w:val="0"/>
          <w:sz w:val="21"/>
        </w:rPr>
        <w:t>=13·6=78,</w:t>
      </w:r>
    </w:p>
    <w:p>
      <w:pPr>
        <w:spacing w:before="0" w:after="80" w:line="300" w:lineRule="auto"/>
        <w:jc w:val="left"/>
      </w:pPr>
      <w:r>
        <w:rPr>
          <w:rFonts w:ascii="Times New Roman" w:hAnsi="Times New Roman" w:eastAsia="宋体"/>
          <w:b w:val="0"/>
          <w:i w:val="0"/>
          <w:sz w:val="21"/>
        </w:rPr>
        <w:t>v(v+x)=CF· CG</w:t>
      </w:r>
    </w:p>
    <w:p>
      <w:pPr>
        <w:spacing w:before="0" w:after="80" w:line="300" w:lineRule="auto"/>
        <w:jc w:val="left"/>
      </w:pPr>
      <w:r>
        <w:rPr>
          <w:rFonts w:ascii="Times New Roman" w:hAnsi="Times New Roman" w:eastAsia="宋体"/>
          <w:b w:val="0"/>
          <w:i w:val="0"/>
          <w:sz w:val="21"/>
        </w:rPr>
        <w:t>=1·14=14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另外，u+x+v=16。将两个点幂方程相减，并利用该和式，得到 u-v=4。因而 u=10-x/2，且 v=6-x/2。代入 v(v+x)=14 得 x²=88，所以 DE=2√(22)。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power of A gives AH(AH+7)=AG· AF. The latter product is 2·15=30, so AH=3, BJ=6, and BH=13. Let BD=u, DE=x, EC=v. From the secants at B and C,</w:t>
      </w:r>
    </w:p>
    <w:p>
      <w:pPr>
        <w:spacing w:before="0" w:after="80" w:line="300" w:lineRule="auto"/>
        <w:jc w:val="left"/>
      </w:pPr>
      <w:r>
        <w:rPr>
          <w:rFonts w:ascii="Times New Roman" w:hAnsi="Times New Roman" w:eastAsia="宋体"/>
          <w:b w:val="0"/>
          <w:i w:val="0"/>
          <w:color w:val="333333"/>
          <w:sz w:val="19"/>
        </w:rPr>
        <w:t>u(u+x)=BH· BJ</w:t>
      </w:r>
    </w:p>
    <w:p>
      <w:pPr>
        <w:spacing w:before="0" w:after="80" w:line="300" w:lineRule="auto"/>
        <w:jc w:val="left"/>
      </w:pPr>
      <w:r>
        <w:rPr>
          <w:rFonts w:ascii="Times New Roman" w:hAnsi="Times New Roman" w:eastAsia="宋体"/>
          <w:b w:val="0"/>
          <w:i w:val="0"/>
          <w:color w:val="333333"/>
          <w:sz w:val="19"/>
        </w:rPr>
        <w:t>=13·6=78,</w:t>
      </w:r>
    </w:p>
    <w:p>
      <w:pPr>
        <w:spacing w:before="0" w:after="80" w:line="300" w:lineRule="auto"/>
        <w:jc w:val="left"/>
      </w:pPr>
      <w:r>
        <w:rPr>
          <w:rFonts w:ascii="Times New Roman" w:hAnsi="Times New Roman" w:eastAsia="宋体"/>
          <w:b w:val="0"/>
          <w:i w:val="0"/>
          <w:color w:val="333333"/>
          <w:sz w:val="19"/>
        </w:rPr>
        <w:t>v(v+x)=CF· CG</w:t>
      </w:r>
    </w:p>
    <w:p>
      <w:pPr>
        <w:spacing w:before="0" w:after="80" w:line="300" w:lineRule="auto"/>
        <w:jc w:val="left"/>
      </w:pPr>
      <w:r>
        <w:rPr>
          <w:rFonts w:ascii="Times New Roman" w:hAnsi="Times New Roman" w:eastAsia="宋体"/>
          <w:b w:val="0"/>
          <w:i w:val="0"/>
          <w:color w:val="333333"/>
          <w:sz w:val="19"/>
        </w:rPr>
        <w:t>=1·14=14.</w:t>
      </w:r>
    </w:p>
    <w:p>
      <w:pPr>
        <w:spacing w:before="0" w:after="80" w:line="300" w:lineRule="auto"/>
        <w:jc w:val="left"/>
      </w:pPr>
      <w:r>
        <w:rPr>
          <w:rFonts w:ascii="Times New Roman" w:hAnsi="Times New Roman" w:eastAsia="宋体"/>
          <w:b w:val="0"/>
          <w:i w:val="0"/>
          <w:color w:val="333333"/>
          <w:sz w:val="19"/>
        </w:rPr>
        <w:t>Also u+x+v=16. Subtracting the power equations and using the sum gives u-v=4. Hence u=10-x/2 and v=6-x/2. Substitution into v(v+x)=14 gives x²=88, so DE=2√(22).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若在第三次向东走之前已经向南走了 i 次，则到达 C 的最后一步是向东走，而此前的 2+i 步中有两步向东。因此</w:t>
      </w:r>
    </w:p>
    <w:p>
      <w:pPr>
        <w:spacing w:before="0" w:after="80" w:line="300" w:lineRule="auto"/>
        <w:jc w:val="left"/>
      </w:pPr>
      <w:r>
        <w:rPr>
          <w:rFonts w:ascii="Times New Roman" w:hAnsi="Times New Roman" w:eastAsia="宋体"/>
          <w:b w:val="0"/>
          <w:i w:val="0"/>
          <w:sz w:val="21"/>
        </w:rPr>
        <w:t>Pr(C) =Σᵢ₌₀³C(2+i, 2)2⁻⁽³⁺ⁱ⁾</w:t>
      </w:r>
    </w:p>
    <w:p>
      <w:pPr>
        <w:spacing w:before="0" w:after="80" w:line="300" w:lineRule="auto"/>
        <w:jc w:val="left"/>
      </w:pPr>
      <w:r>
        <w:rPr>
          <w:rFonts w:ascii="Times New Roman" w:hAnsi="Times New Roman" w:eastAsia="宋体"/>
          <w:b w:val="0"/>
          <w:i w:val="0"/>
          <w:sz w:val="21"/>
        </w:rPr>
        <w:t>=1/8+3/16+6/32</w:t>
      </w:r>
    </w:p>
    <w:p>
      <w:pPr>
        <w:spacing w:before="0" w:after="80" w:line="300" w:lineRule="auto"/>
        <w:jc w:val="left"/>
      </w:pPr>
      <w:r>
        <w:rPr>
          <w:rFonts w:ascii="Times New Roman" w:hAnsi="Times New Roman" w:eastAsia="宋体"/>
          <w:b w:val="0"/>
          <w:i w:val="0"/>
          <w:sz w:val="21"/>
        </w:rPr>
        <w:t>+10/64</w:t>
      </w:r>
    </w:p>
    <w:p>
      <w:pPr>
        <w:spacing w:before="0" w:after="80" w:line="300" w:lineRule="auto"/>
        <w:jc w:val="left"/>
      </w:pPr>
      <w:r>
        <w:rPr>
          <w:rFonts w:ascii="Times New Roman" w:hAnsi="Times New Roman" w:eastAsia="宋体"/>
          <w:b w:val="0"/>
          <w:i w:val="0"/>
          <w:sz w:val="21"/>
        </w:rPr>
        <w:t>=21/32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i south moves occur before the third east move, the final step to C is east and the preceding 2+i steps contain two east moves. Thus</w:t>
      </w:r>
    </w:p>
    <w:p>
      <w:pPr>
        <w:spacing w:before="0" w:after="80" w:line="300" w:lineRule="auto"/>
        <w:jc w:val="left"/>
      </w:pPr>
      <w:r>
        <w:rPr>
          <w:rFonts w:ascii="Times New Roman" w:hAnsi="Times New Roman" w:eastAsia="宋体"/>
          <w:b w:val="0"/>
          <w:i w:val="0"/>
          <w:color w:val="333333"/>
          <w:sz w:val="19"/>
        </w:rPr>
        <w:t>Pr(C) =Σᵢ₌₀³C(2+i, 2)2⁻⁽³⁺ⁱ⁾</w:t>
      </w:r>
    </w:p>
    <w:p>
      <w:pPr>
        <w:spacing w:before="0" w:after="80" w:line="300" w:lineRule="auto"/>
        <w:jc w:val="left"/>
      </w:pPr>
      <w:r>
        <w:rPr>
          <w:rFonts w:ascii="Times New Roman" w:hAnsi="Times New Roman" w:eastAsia="宋体"/>
          <w:b w:val="0"/>
          <w:i w:val="0"/>
          <w:color w:val="333333"/>
          <w:sz w:val="19"/>
        </w:rPr>
        <w:t>=1/8+3/16+6/32</w:t>
      </w:r>
    </w:p>
    <w:p>
      <w:pPr>
        <w:spacing w:before="0" w:after="80" w:line="300" w:lineRule="auto"/>
        <w:jc w:val="left"/>
      </w:pPr>
      <w:r>
        <w:rPr>
          <w:rFonts w:ascii="Times New Roman" w:hAnsi="Times New Roman" w:eastAsia="宋体"/>
          <w:b w:val="0"/>
          <w:i w:val="0"/>
          <w:color w:val="333333"/>
          <w:sz w:val="19"/>
        </w:rPr>
        <w:t>+10/64</w:t>
      </w:r>
    </w:p>
    <w:p>
      <w:pPr>
        <w:spacing w:before="0" w:after="80" w:line="300" w:lineRule="auto"/>
        <w:jc w:val="left"/>
      </w:pPr>
      <w:r>
        <w:rPr>
          <w:rFonts w:ascii="Times New Roman" w:hAnsi="Times New Roman" w:eastAsia="宋体"/>
          <w:b w:val="0"/>
          <w:i w:val="0"/>
          <w:color w:val="333333"/>
          <w:sz w:val="19"/>
        </w:rPr>
        <w:t>=21/32.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最后两位八进制数字 3c₈ 表示 24+cpmod64。在 24,…,31 范围内，模 64 的平方数只有 25。因此 24+c=25，所以 c=1。</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last two octal digits 3c₈ represent 24+cpmod64. Squares modulo 64 in the range 24,…,31 include only 25. Thus 24+c=25, so c=1.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对方程取共轭后，每个 i 都变为 -i，且 z 变为 z。由于自变量取相反数时，奇次幂项也会改变符号，所以这个共轭方程恰好就是原多项式在 -z 处取值为零。因此 -z=-a+bi 必定是一个根。</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Conjugating the equation changes each i to -i and z to z. Because the odd-powered terms also change sign when the input is negated, this conjugated equation is precisely the original polynomial evaluated at -z. Thus -z=-a+bi must be a root.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新的平均数 602/17 小于原平均数 n+1/2，但两者之差小于 n/n-1，因而 n=69 或 70。又因为剩余各数之和 (n-1)(602/17) 必须为整数，所以 n-1 是 17 的倍数，从而 n=69。擦去的数为</w:t>
      </w:r>
    </w:p>
    <w:p>
      <w:pPr>
        <w:spacing w:before="0" w:after="80" w:line="300" w:lineRule="auto"/>
        <w:jc w:val="left"/>
      </w:pPr>
      <w:r>
        <w:rPr>
          <w:rFonts w:ascii="Times New Roman" w:hAnsi="Times New Roman" w:eastAsia="宋体"/>
          <w:b w:val="0"/>
          <w:i w:val="0"/>
          <w:sz w:val="21"/>
        </w:rPr>
        <w:t>2415-68·602/17 =2415-2408</w:t>
      </w:r>
    </w:p>
    <w:p>
      <w:pPr>
        <w:spacing w:before="0" w:after="80" w:line="300" w:lineRule="auto"/>
        <w:jc w:val="left"/>
      </w:pPr>
      <w:r>
        <w:rPr>
          <w:rFonts w:ascii="Times New Roman" w:hAnsi="Times New Roman" w:eastAsia="宋体"/>
          <w:b w:val="0"/>
          <w:i w:val="0"/>
          <w:sz w:val="21"/>
        </w:rPr>
        <w:t>=7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new average 602/17 is below the original average n+1/2 but differs from it by less than n/n-1, forcing n=69 or 70. Since the remaining sum (n-1)(602/17) must be integral, n-1 is divisible by 17, so n=69. The erased number is</w:t>
      </w:r>
    </w:p>
    <w:p>
      <w:pPr>
        <w:spacing w:before="0" w:after="80" w:line="300" w:lineRule="auto"/>
        <w:jc w:val="left"/>
      </w:pPr>
      <w:r>
        <w:rPr>
          <w:rFonts w:ascii="Times New Roman" w:hAnsi="Times New Roman" w:eastAsia="宋体"/>
          <w:b w:val="0"/>
          <w:i w:val="0"/>
          <w:color w:val="333333"/>
          <w:sz w:val="19"/>
        </w:rPr>
        <w:t>2415-68·602/17 =2415-2408</w:t>
      </w:r>
    </w:p>
    <w:p>
      <w:pPr>
        <w:spacing w:before="0" w:after="80" w:line="300" w:lineRule="auto"/>
        <w:jc w:val="left"/>
      </w:pPr>
      <w:r>
        <w:rPr>
          <w:rFonts w:ascii="Times New Roman" w:hAnsi="Times New Roman" w:eastAsia="宋体"/>
          <w:b w:val="0"/>
          <w:i w:val="0"/>
          <w:color w:val="333333"/>
          <w:sz w:val="19"/>
        </w:rPr>
        <w:t>=7.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将三者排序为 x≤ y≤ z。取得最小值时三者的差异最大，所以 z=2x，且 y=1-3x。该顺序要求 1/5≤ x≤1/4。因而 xyz=2x²(1-3x)。它唯一的区间内部临界点是最大值点，所以比较两个端点：相应的值分别为 4/125 和 1/32。最小值为 1/32。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Order x≤ y≤ z. At a minimum the spread is maximal, so z=2x and y=1-3x. The ordering requires 1/5≤ x≤1/4. Thus xyz=2x²(1-3x). Its only interior critical point is a maximum, so compare endpoints: the values are 4/125 and 1/32, respectively. The minimum is 1/32.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令 α=15+√(220)，且 β=15-√(220)，则 0&lt;β&lt;1。整数 Sₙ=αⁿ+βⁿ 满足 Sₙ=30Sₙ₋₁-5Sₙ₋₂，因此对每个 n≥1，都有 Sₙ≡0pmod10。于是</w:t>
      </w:r>
    </w:p>
    <w:p>
      <w:pPr>
        <w:spacing w:before="0" w:after="80" w:line="300" w:lineRule="auto"/>
        <w:jc w:val="left"/>
      </w:pPr>
      <w:r>
        <w:rPr>
          <w:rFonts w:ascii="Times New Roman" w:hAnsi="Times New Roman" w:eastAsia="宋体"/>
          <w:b w:val="0"/>
          <w:i w:val="0"/>
          <w:sz w:val="21"/>
        </w:rPr>
        <w:t>α¹⁹+α⁸² =S₁₉+S₈₂</w:t>
      </w:r>
    </w:p>
    <w:p>
      <w:pPr>
        <w:spacing w:before="0" w:after="80" w:line="300" w:lineRule="auto"/>
        <w:jc w:val="left"/>
      </w:pPr>
      <w:r>
        <w:rPr>
          <w:rFonts w:ascii="Times New Roman" w:hAnsi="Times New Roman" w:eastAsia="宋体"/>
          <w:b w:val="0"/>
          <w:i w:val="0"/>
          <w:sz w:val="21"/>
        </w:rPr>
        <w:t>-(β¹⁹+β⁸²)</w:t>
      </w:r>
    </w:p>
    <w:p>
      <w:pPr>
        <w:spacing w:before="0" w:after="80" w:line="300" w:lineRule="auto"/>
        <w:jc w:val="left"/>
      </w:pPr>
      <w:r>
        <w:rPr>
          <w:rFonts w:ascii="Times New Roman" w:hAnsi="Times New Roman" w:eastAsia="宋体"/>
          <w:b w:val="0"/>
          <w:i w:val="0"/>
          <w:sz w:val="21"/>
        </w:rPr>
        <w:t>等于 10 的某个倍数减去一个小于 1 的正数。因此它的整数部分以 9 为个位数字。</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α=15+√(220) and β=15-√(220), so 0&lt;β&lt;1. The integers Sₙ=αⁿ+βⁿ satisfy Sₙ=30Sₙ₋₁-5Sₙ₋₂, hence Sₙ≡0pmod10 for every n≥1. Therefore</w:t>
      </w:r>
    </w:p>
    <w:p>
      <w:pPr>
        <w:spacing w:before="0" w:after="80" w:line="300" w:lineRule="auto"/>
        <w:jc w:val="left"/>
      </w:pPr>
      <w:r>
        <w:rPr>
          <w:rFonts w:ascii="Times New Roman" w:hAnsi="Times New Roman" w:eastAsia="宋体"/>
          <w:b w:val="0"/>
          <w:i w:val="0"/>
          <w:color w:val="333333"/>
          <w:sz w:val="19"/>
        </w:rPr>
        <w:t>α¹⁹+α⁸² =S₁₉+S₈₂</w:t>
      </w:r>
    </w:p>
    <w:p>
      <w:pPr>
        <w:spacing w:before="0" w:after="80" w:line="300" w:lineRule="auto"/>
        <w:jc w:val="left"/>
      </w:pPr>
      <w:r>
        <w:rPr>
          <w:rFonts w:ascii="Times New Roman" w:hAnsi="Times New Roman" w:eastAsia="宋体"/>
          <w:b w:val="0"/>
          <w:i w:val="0"/>
          <w:color w:val="333333"/>
          <w:sz w:val="19"/>
        </w:rPr>
        <w:t>-(β¹⁹+β⁸²)</w:t>
      </w:r>
    </w:p>
    <w:p>
      <w:pPr>
        <w:spacing w:before="0" w:after="80" w:line="300" w:lineRule="auto"/>
        <w:jc w:val="left"/>
      </w:pPr>
      <w:r>
        <w:rPr>
          <w:rFonts w:ascii="Times New Roman" w:hAnsi="Times New Roman" w:eastAsia="宋体"/>
          <w:b w:val="0"/>
          <w:i w:val="0"/>
          <w:color w:val="333333"/>
          <w:sz w:val="19"/>
        </w:rPr>
        <w:t>is a multiple of 10 minus a positive number less than 1. Its integer part therefore ends in 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