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120" w:after="200" w:line="300" w:lineRule="auto"/>
        <w:jc w:val="center"/>
      </w:pPr>
      <w:r>
        <w:rPr>
          <w:rFonts w:ascii="Times New Roman" w:hAnsi="Times New Roman" w:eastAsia="宋体"/>
          <w:b/>
          <w:i w:val="0"/>
          <w:sz w:val="36"/>
        </w:rPr>
        <w:t>1981 年 AMC 12 真题与解答</w:t>
      </w:r>
    </w:p>
    <w:p>
      <w:pPr>
        <w:spacing w:before="0" w:after="40" w:line="300" w:lineRule="auto"/>
        <w:jc w:val="center"/>
      </w:pPr>
      <w:r>
        <w:rPr>
          <w:rFonts w:ascii="Times New Roman" w:hAnsi="Times New Roman" w:eastAsia="宋体"/>
          <w:b w:val="0"/>
          <w:i w:val="0"/>
          <w:color w:val="555555"/>
          <w:sz w:val="21"/>
        </w:rPr>
        <w:t>American Mathematics Competitions 12 · 中英双语</w:t>
      </w:r>
    </w:p>
    <w:p>
      <w:pPr>
        <w:spacing w:before="0" w:after="280" w:line="300" w:lineRule="auto"/>
        <w:jc w:val="center"/>
      </w:pPr>
      <w:r>
        <w:rPr>
          <w:rFonts w:ascii="Times New Roman" w:hAnsi="Times New Roman" w:eastAsia="宋体"/>
          <w:b w:val="0"/>
          <w:i w:val="0"/>
          <w:color w:val="555555"/>
          <w:sz w:val="19"/>
        </w:rPr>
        <w:t>共 30 题；单项选择题。本卷为历史卷（早期 AHSME/AMC 赛制），题量与现行的 25 题不同。</w:t>
      </w:r>
    </w:p>
    <w:p>
      <w:pPr>
        <w:spacing w:before="0" w:after="200" w:line="300" w:lineRule="auto"/>
      </w:pPr>
      <w:r>
        <w:rPr>
          <w:rFonts w:ascii="Times New Roman" w:hAnsi="Times New Roman" w:eastAsia="宋体"/>
          <w:b w:val="0"/>
          <w:i w:val="0"/>
          <w:color w:val="666666"/>
          <w:sz w:val="18"/>
        </w:rPr>
        <w:t>编排说明：第一部分为题目（先中文、后英文原题），第二部分为解答与答案，便于先做题后对答案。</w:t>
      </w:r>
    </w:p>
    <w:p>
      <w:pPr>
        <w:spacing w:before="280" w:after="160" w:line="300" w:lineRule="auto"/>
      </w:pPr>
      <w:r>
        <w:rPr>
          <w:rFonts w:ascii="Times New Roman" w:hAnsi="Times New Roman" w:eastAsia="宋体"/>
          <w:b/>
          <w:i w:val="0"/>
          <w:sz w:val="28"/>
        </w:rPr>
        <w:t>第一部分　题目</w:t>
      </w:r>
    </w:p>
    <w:p>
      <w:pPr>
        <w:spacing w:before="200" w:after="80" w:line="300" w:lineRule="auto"/>
      </w:pPr>
      <w:r>
        <w:rPr>
          <w:rFonts w:ascii="Times New Roman" w:hAnsi="Times New Roman" w:eastAsia="宋体"/>
          <w:b/>
          <w:i w:val="0"/>
          <w:sz w:val="23"/>
        </w:rPr>
        <w:t>第 1 题</w:t>
      </w:r>
    </w:p>
    <w:p>
      <w:pPr>
        <w:spacing w:before="0" w:after="80" w:line="300" w:lineRule="auto"/>
        <w:jc w:val="left"/>
      </w:pPr>
      <w:r>
        <w:rPr>
          <w:rFonts w:ascii="Times New Roman" w:hAnsi="Times New Roman" w:eastAsia="宋体"/>
          <w:b w:val="0"/>
          <w:i w:val="0"/>
          <w:sz w:val="21"/>
        </w:rPr>
        <w:t>若 √(x+2)=2，则 (x+2)² 等于</w:t>
      </w:r>
    </w:p>
    <w:p>
      <w:pPr>
        <w:spacing w:before="0" w:after="120" w:line="300" w:lineRule="auto"/>
      </w:pPr>
      <w:r>
        <w:rPr>
          <w:rFonts w:ascii="Times New Roman" w:hAnsi="Times New Roman" w:eastAsia="宋体"/>
          <w:b w:val="0"/>
          <w:i w:val="0"/>
          <w:sz w:val="21"/>
        </w:rPr>
        <w:t>（A）√(2)　　（B）2　　（C）4　　（D）8　　（E）16</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If √(x+2)=2, then (x+2)² equals</w:t>
      </w:r>
    </w:p>
    <w:p>
      <w:pPr>
        <w:spacing w:before="0" w:after="160" w:line="300" w:lineRule="auto"/>
      </w:pPr>
      <w:r>
        <w:rPr>
          <w:rFonts w:ascii="Times New Roman" w:hAnsi="Times New Roman" w:eastAsia="宋体"/>
          <w:b w:val="0"/>
          <w:i w:val="0"/>
          <w:color w:val="333333"/>
          <w:sz w:val="19"/>
        </w:rPr>
        <w:t>(A) √(2)　　(B) 2　　(C) 4　　(D) 8　　(E) 16</w:t>
      </w:r>
    </w:p>
    <w:p>
      <w:pPr>
        <w:spacing w:before="200" w:after="80" w:line="300" w:lineRule="auto"/>
      </w:pPr>
      <w:r>
        <w:rPr>
          <w:rFonts w:ascii="Times New Roman" w:hAnsi="Times New Roman" w:eastAsia="宋体"/>
          <w:b/>
          <w:i w:val="0"/>
          <w:sz w:val="23"/>
        </w:rPr>
        <w:t>第 2 题</w:t>
      </w:r>
    </w:p>
    <w:p>
      <w:pPr>
        <w:spacing w:before="0" w:after="80" w:line="300" w:lineRule="auto"/>
        <w:jc w:val="left"/>
      </w:pPr>
      <w:r>
        <w:rPr>
          <w:rFonts w:ascii="Times New Roman" w:hAnsi="Times New Roman" w:eastAsia="宋体"/>
          <w:b w:val="0"/>
          <w:i w:val="0"/>
          <w:sz w:val="21"/>
        </w:rPr>
        <w:t>点 E 位于边 AB 上，这条边属于正方形 ABCD。若 EB 的长度为一，EC 的长度为二，则该正方形的面积为</w:t>
      </w:r>
    </w:p>
    <w:p>
      <w:pPr>
        <w:spacing w:before="80" w:after="80"/>
        <w:jc w:val="center"/>
      </w:pPr>
      <w:r>
        <w:drawing>
          <wp:inline xmlns:a="http://schemas.openxmlformats.org/drawingml/2006/main" xmlns:pic="http://schemas.openxmlformats.org/drawingml/2006/picture">
            <wp:extent cx="690390" cy="654184"/>
            <wp:docPr id="1" name="Picture 1"/>
            <wp:cNvGraphicFramePr>
              <a:graphicFrameLocks noChangeAspect="1"/>
            </wp:cNvGraphicFramePr>
            <a:graphic>
              <a:graphicData uri="http://schemas.openxmlformats.org/drawingml/2006/picture">
                <pic:pic>
                  <pic:nvPicPr>
                    <pic:cNvPr id="0" name="q02-1@300dpi.png"/>
                    <pic:cNvPicPr/>
                  </pic:nvPicPr>
                  <pic:blipFill>
                    <a:blip r:embed="rId9"/>
                    <a:stretch>
                      <a:fillRect/>
                    </a:stretch>
                  </pic:blipFill>
                  <pic:spPr>
                    <a:xfrm>
                      <a:off x="0" y="0"/>
                      <a:ext cx="690390" cy="654184"/>
                    </a:xfrm>
                    <a:prstGeom prst="rect"/>
                  </pic:spPr>
                </pic:pic>
              </a:graphicData>
            </a:graphic>
          </wp:inline>
        </w:drawing>
      </w:r>
    </w:p>
    <w:p>
      <w:pPr>
        <w:spacing w:before="0" w:after="120" w:line="300" w:lineRule="auto"/>
      </w:pPr>
      <w:r>
        <w:rPr>
          <w:rFonts w:ascii="Times New Roman" w:hAnsi="Times New Roman" w:eastAsia="宋体"/>
          <w:b w:val="0"/>
          <w:i w:val="0"/>
          <w:sz w:val="21"/>
        </w:rPr>
        <w:t>（A）√(3)　　（B）√(5)　　（C）3　　（D）2√(3)　　（E）5</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Point E is on side AB of square ABCD. If EB has length one and EC has length two, then the area of the square is</w:t>
      </w:r>
    </w:p>
    <w:p>
      <w:pPr>
        <w:spacing w:before="80" w:after="80"/>
        <w:jc w:val="center"/>
      </w:pPr>
      <w:r>
        <w:drawing>
          <wp:inline xmlns:a="http://schemas.openxmlformats.org/drawingml/2006/main" xmlns:pic="http://schemas.openxmlformats.org/drawingml/2006/picture">
            <wp:extent cx="690390" cy="654184"/>
            <wp:docPr id="2" name="Picture 2"/>
            <wp:cNvGraphicFramePr>
              <a:graphicFrameLocks noChangeAspect="1"/>
            </wp:cNvGraphicFramePr>
            <a:graphic>
              <a:graphicData uri="http://schemas.openxmlformats.org/drawingml/2006/picture">
                <pic:pic>
                  <pic:nvPicPr>
                    <pic:cNvPr id="0" name="q02-1@300dpi.png"/>
                    <pic:cNvPicPr/>
                  </pic:nvPicPr>
                  <pic:blipFill>
                    <a:blip r:embed="rId9"/>
                    <a:stretch>
                      <a:fillRect/>
                    </a:stretch>
                  </pic:blipFill>
                  <pic:spPr>
                    <a:xfrm>
                      <a:off x="0" y="0"/>
                      <a:ext cx="690390" cy="654184"/>
                    </a:xfrm>
                    <a:prstGeom prst="rect"/>
                  </pic:spPr>
                </pic:pic>
              </a:graphicData>
            </a:graphic>
          </wp:inline>
        </w:drawing>
      </w:r>
    </w:p>
    <w:p>
      <w:pPr>
        <w:spacing w:before="0" w:after="160" w:line="300" w:lineRule="auto"/>
      </w:pPr>
      <w:r>
        <w:rPr>
          <w:rFonts w:ascii="Times New Roman" w:hAnsi="Times New Roman" w:eastAsia="宋体"/>
          <w:b w:val="0"/>
          <w:i w:val="0"/>
          <w:color w:val="333333"/>
          <w:sz w:val="19"/>
        </w:rPr>
        <w:t>(A) √(3)　　(B) √(5)　　(C) 3　　(D) 2√(3)　　(E) 5</w:t>
      </w:r>
    </w:p>
    <w:p>
      <w:pPr>
        <w:spacing w:before="200" w:after="80" w:line="300" w:lineRule="auto"/>
      </w:pPr>
      <w:r>
        <w:rPr>
          <w:rFonts w:ascii="Times New Roman" w:hAnsi="Times New Roman" w:eastAsia="宋体"/>
          <w:b/>
          <w:i w:val="0"/>
          <w:sz w:val="23"/>
        </w:rPr>
        <w:t>第 3 题</w:t>
      </w:r>
    </w:p>
    <w:p>
      <w:pPr>
        <w:spacing w:before="0" w:after="80" w:line="300" w:lineRule="auto"/>
        <w:jc w:val="left"/>
      </w:pPr>
      <w:r>
        <w:rPr>
          <w:rFonts w:ascii="Times New Roman" w:hAnsi="Times New Roman" w:eastAsia="宋体"/>
          <w:b w:val="0"/>
          <w:i w:val="0"/>
          <w:sz w:val="21"/>
        </w:rPr>
        <w:t>当 x≠0 时，1/x+1/2x+1/3x 等于</w:t>
      </w:r>
    </w:p>
    <w:p>
      <w:pPr>
        <w:spacing w:before="0" w:after="120" w:line="300" w:lineRule="auto"/>
      </w:pPr>
      <w:r>
        <w:rPr>
          <w:rFonts w:ascii="Times New Roman" w:hAnsi="Times New Roman" w:eastAsia="宋体"/>
          <w:b w:val="0"/>
          <w:i w:val="0"/>
          <w:sz w:val="21"/>
        </w:rPr>
        <w:t>（A）1/2x　　（B）1/6x　　（C）5/6x　　（D）11/6x　　（E）1/6x³</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For x≠0, 1/x+1/2x+1/3x equals</w:t>
      </w:r>
    </w:p>
    <w:p>
      <w:pPr>
        <w:spacing w:before="0" w:after="160" w:line="300" w:lineRule="auto"/>
      </w:pPr>
      <w:r>
        <w:rPr>
          <w:rFonts w:ascii="Times New Roman" w:hAnsi="Times New Roman" w:eastAsia="宋体"/>
          <w:b w:val="0"/>
          <w:i w:val="0"/>
          <w:color w:val="333333"/>
          <w:sz w:val="19"/>
        </w:rPr>
        <w:t>(A) 1/2x　　(B) 1/6x　　(C) 5/6x　　(D) 11/6x　　(E) 1/6x³</w:t>
      </w:r>
    </w:p>
    <w:p>
      <w:pPr>
        <w:spacing w:before="200" w:after="80" w:line="300" w:lineRule="auto"/>
      </w:pPr>
      <w:r>
        <w:rPr>
          <w:rFonts w:ascii="Times New Roman" w:hAnsi="Times New Roman" w:eastAsia="宋体"/>
          <w:b/>
          <w:i w:val="0"/>
          <w:sz w:val="23"/>
        </w:rPr>
        <w:t>第 4 题</w:t>
      </w:r>
    </w:p>
    <w:p>
      <w:pPr>
        <w:spacing w:before="0" w:after="80" w:line="300" w:lineRule="auto"/>
        <w:jc w:val="left"/>
      </w:pPr>
      <w:r>
        <w:rPr>
          <w:rFonts w:ascii="Times New Roman" w:hAnsi="Times New Roman" w:eastAsia="宋体"/>
          <w:b w:val="0"/>
          <w:i w:val="0"/>
          <w:sz w:val="21"/>
        </w:rPr>
        <w:t>若两个数中较大数的三倍等于较小数的四倍，且两数之差为 8，则较大数为</w:t>
      </w:r>
    </w:p>
    <w:p>
      <w:pPr>
        <w:spacing w:before="0" w:after="120" w:line="300" w:lineRule="auto"/>
      </w:pPr>
      <w:r>
        <w:rPr>
          <w:rFonts w:ascii="Times New Roman" w:hAnsi="Times New Roman" w:eastAsia="宋体"/>
          <w:b w:val="0"/>
          <w:i w:val="0"/>
          <w:sz w:val="21"/>
        </w:rPr>
        <w:t>（A）16　　（B）24　　（C）32　　（D）44　　（E）52</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If three times the larger of two numbers is four times the smaller and the difference between the numbers is 8, then the larger of the two numbers is</w:t>
      </w:r>
    </w:p>
    <w:p>
      <w:pPr>
        <w:spacing w:before="0" w:after="160" w:line="300" w:lineRule="auto"/>
      </w:pPr>
      <w:r>
        <w:rPr>
          <w:rFonts w:ascii="Times New Roman" w:hAnsi="Times New Roman" w:eastAsia="宋体"/>
          <w:b w:val="0"/>
          <w:i w:val="0"/>
          <w:color w:val="333333"/>
          <w:sz w:val="19"/>
        </w:rPr>
        <w:t>(A) 16　　(B) 24　　(C) 32　　(D) 44　　(E) 52</w:t>
      </w:r>
    </w:p>
    <w:p>
      <w:pPr>
        <w:spacing w:before="200" w:after="80" w:line="300" w:lineRule="auto"/>
      </w:pPr>
      <w:r>
        <w:rPr>
          <w:rFonts w:ascii="Times New Roman" w:hAnsi="Times New Roman" w:eastAsia="宋体"/>
          <w:b/>
          <w:i w:val="0"/>
          <w:sz w:val="23"/>
        </w:rPr>
        <w:t>第 5 题</w:t>
      </w:r>
    </w:p>
    <w:p>
      <w:pPr>
        <w:spacing w:before="0" w:after="80" w:line="300" w:lineRule="auto"/>
        <w:jc w:val="left"/>
      </w:pPr>
      <w:r>
        <w:rPr>
          <w:rFonts w:ascii="Times New Roman" w:hAnsi="Times New Roman" w:eastAsia="宋体"/>
          <w:b w:val="0"/>
          <w:i w:val="0"/>
          <w:sz w:val="21"/>
        </w:rPr>
        <w:t>在梯形 ABCD 中，边 AB 与 CD 平行，对角线 BD 与边 AD 等长。若 ∠ DCB=110°，且 ∠ CBD=30°，则 ∠ ADB=</w:t>
      </w:r>
    </w:p>
    <w:p>
      <w:pPr>
        <w:spacing w:before="80" w:after="80"/>
        <w:jc w:val="center"/>
      </w:pPr>
      <w:r>
        <w:drawing>
          <wp:inline xmlns:a="http://schemas.openxmlformats.org/drawingml/2006/main" xmlns:pic="http://schemas.openxmlformats.org/drawingml/2006/picture">
            <wp:extent cx="1062962" cy="541069"/>
            <wp:docPr id="3" name="Picture 3"/>
            <wp:cNvGraphicFramePr>
              <a:graphicFrameLocks noChangeAspect="1"/>
            </wp:cNvGraphicFramePr>
            <a:graphic>
              <a:graphicData uri="http://schemas.openxmlformats.org/drawingml/2006/picture">
                <pic:pic>
                  <pic:nvPicPr>
                    <pic:cNvPr id="0" name="q05-1@300dpi.png"/>
                    <pic:cNvPicPr/>
                  </pic:nvPicPr>
                  <pic:blipFill>
                    <a:blip r:embed="rId10"/>
                    <a:stretch>
                      <a:fillRect/>
                    </a:stretch>
                  </pic:blipFill>
                  <pic:spPr>
                    <a:xfrm>
                      <a:off x="0" y="0"/>
                      <a:ext cx="1062962" cy="541069"/>
                    </a:xfrm>
                    <a:prstGeom prst="rect"/>
                  </pic:spPr>
                </pic:pic>
              </a:graphicData>
            </a:graphic>
          </wp:inline>
        </w:drawing>
      </w:r>
    </w:p>
    <w:p>
      <w:pPr>
        <w:spacing w:before="0" w:after="120" w:line="300" w:lineRule="auto"/>
      </w:pPr>
      <w:r>
        <w:rPr>
          <w:rFonts w:ascii="Times New Roman" w:hAnsi="Times New Roman" w:eastAsia="宋体"/>
          <w:b w:val="0"/>
          <w:i w:val="0"/>
          <w:sz w:val="21"/>
        </w:rPr>
        <w:t>（A）80°　　（B）90°　　（C）100°　　（D）110°　　（E）120°</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In trapezoid ABCD, sides AB and CD are parallel, and diagonal BD and side AD have equal length. If ∠ DCB=110° and ∠ CBD=30°, then ∠ ADB=</w:t>
      </w:r>
    </w:p>
    <w:p>
      <w:pPr>
        <w:spacing w:before="80" w:after="80"/>
        <w:jc w:val="center"/>
      </w:pPr>
      <w:r>
        <w:drawing>
          <wp:inline xmlns:a="http://schemas.openxmlformats.org/drawingml/2006/main" xmlns:pic="http://schemas.openxmlformats.org/drawingml/2006/picture">
            <wp:extent cx="1062962" cy="541069"/>
            <wp:docPr id="4" name="Picture 4"/>
            <wp:cNvGraphicFramePr>
              <a:graphicFrameLocks noChangeAspect="1"/>
            </wp:cNvGraphicFramePr>
            <a:graphic>
              <a:graphicData uri="http://schemas.openxmlformats.org/drawingml/2006/picture">
                <pic:pic>
                  <pic:nvPicPr>
                    <pic:cNvPr id="0" name="q05-1@300dpi.png"/>
                    <pic:cNvPicPr/>
                  </pic:nvPicPr>
                  <pic:blipFill>
                    <a:blip r:embed="rId10"/>
                    <a:stretch>
                      <a:fillRect/>
                    </a:stretch>
                  </pic:blipFill>
                  <pic:spPr>
                    <a:xfrm>
                      <a:off x="0" y="0"/>
                      <a:ext cx="1062962" cy="541069"/>
                    </a:xfrm>
                    <a:prstGeom prst="rect"/>
                  </pic:spPr>
                </pic:pic>
              </a:graphicData>
            </a:graphic>
          </wp:inline>
        </w:drawing>
      </w:r>
    </w:p>
    <w:p>
      <w:pPr>
        <w:spacing w:before="0" w:after="160" w:line="300" w:lineRule="auto"/>
      </w:pPr>
      <w:r>
        <w:rPr>
          <w:rFonts w:ascii="Times New Roman" w:hAnsi="Times New Roman" w:eastAsia="宋体"/>
          <w:b w:val="0"/>
          <w:i w:val="0"/>
          <w:color w:val="333333"/>
          <w:sz w:val="19"/>
        </w:rPr>
        <w:t>(A) 80°　　(B) 90°　　(C) 100°　　(D) 110°　　(E) 120°</w:t>
      </w:r>
    </w:p>
    <w:p>
      <w:pPr>
        <w:spacing w:before="200" w:after="80" w:line="300" w:lineRule="auto"/>
      </w:pPr>
      <w:r>
        <w:rPr>
          <w:rFonts w:ascii="Times New Roman" w:hAnsi="Times New Roman" w:eastAsia="宋体"/>
          <w:b/>
          <w:i w:val="0"/>
          <w:sz w:val="23"/>
        </w:rPr>
        <w:t>第 6 题</w:t>
      </w:r>
    </w:p>
    <w:p>
      <w:pPr>
        <w:spacing w:before="0" w:after="80" w:line="300" w:lineRule="auto"/>
        <w:jc w:val="left"/>
      </w:pPr>
      <w:r>
        <w:rPr>
          <w:rFonts w:ascii="Times New Roman" w:hAnsi="Times New Roman" w:eastAsia="宋体"/>
          <w:b w:val="0"/>
          <w:i w:val="0"/>
          <w:sz w:val="21"/>
        </w:rPr>
        <w:t>若 x/x-1=y²+2y-1/y²+2y-2，则 x 等于</w:t>
      </w:r>
    </w:p>
    <w:p>
      <w:pPr>
        <w:spacing w:before="0" w:after="120" w:line="300" w:lineRule="auto"/>
      </w:pPr>
      <w:r>
        <w:rPr>
          <w:rFonts w:ascii="Times New Roman" w:hAnsi="Times New Roman" w:eastAsia="宋体"/>
          <w:b w:val="0"/>
          <w:i w:val="0"/>
          <w:sz w:val="21"/>
        </w:rPr>
        <w:t>（A）y²+2y-1　　（B）y²+2y-2　　（C）y²+2y+2　　（D）y²+2y+1　　（E）-y²-2y+1</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If x/x-1=y²+2y-1/y²+2y-2, then x equals</w:t>
      </w:r>
    </w:p>
    <w:p>
      <w:pPr>
        <w:spacing w:before="0" w:after="160" w:line="300" w:lineRule="auto"/>
      </w:pPr>
      <w:r>
        <w:rPr>
          <w:rFonts w:ascii="Times New Roman" w:hAnsi="Times New Roman" w:eastAsia="宋体"/>
          <w:b w:val="0"/>
          <w:i w:val="0"/>
          <w:color w:val="333333"/>
          <w:sz w:val="19"/>
        </w:rPr>
        <w:t>(A) y²+2y-1　　(B) y²+2y-2　　(C) y²+2y+2　　(D) y²+2y+1　　(E) -y²-2y+1</w:t>
      </w:r>
    </w:p>
    <w:p>
      <w:pPr>
        <w:spacing w:before="200" w:after="80" w:line="300" w:lineRule="auto"/>
      </w:pPr>
      <w:r>
        <w:rPr>
          <w:rFonts w:ascii="Times New Roman" w:hAnsi="Times New Roman" w:eastAsia="宋体"/>
          <w:b/>
          <w:i w:val="0"/>
          <w:sz w:val="23"/>
        </w:rPr>
        <w:t>第 7 题</w:t>
      </w:r>
    </w:p>
    <w:p>
      <w:pPr>
        <w:spacing w:before="0" w:after="80" w:line="300" w:lineRule="auto"/>
        <w:jc w:val="left"/>
      </w:pPr>
      <w:r>
        <w:rPr>
          <w:rFonts w:ascii="Times New Roman" w:hAnsi="Times New Roman" w:eastAsia="宋体"/>
          <w:b w:val="0"/>
          <w:i w:val="0"/>
          <w:sz w:val="21"/>
        </w:rPr>
        <w:t>前一百个正整数中，有多少个能同时被 2、3、4、5 整除？</w:t>
      </w:r>
    </w:p>
    <w:p>
      <w:pPr>
        <w:spacing w:before="0" w:after="120" w:line="300" w:lineRule="auto"/>
      </w:pPr>
      <w:r>
        <w:rPr>
          <w:rFonts w:ascii="Times New Roman" w:hAnsi="Times New Roman" w:eastAsia="宋体"/>
          <w:b w:val="0"/>
          <w:i w:val="0"/>
          <w:sz w:val="21"/>
        </w:rPr>
        <w:t>（A）0　　（B）1　　（C）2　　（D）3　　（E）4</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How many of the first one hundred positive integers are divisible by all of the numbers 2, 3, 4, 5?</w:t>
      </w:r>
    </w:p>
    <w:p>
      <w:pPr>
        <w:spacing w:before="0" w:after="160" w:line="300" w:lineRule="auto"/>
      </w:pPr>
      <w:r>
        <w:rPr>
          <w:rFonts w:ascii="Times New Roman" w:hAnsi="Times New Roman" w:eastAsia="宋体"/>
          <w:b w:val="0"/>
          <w:i w:val="0"/>
          <w:color w:val="333333"/>
          <w:sz w:val="19"/>
        </w:rPr>
        <w:t>(A) 0　　(B) 1　　(C) 2　　(D) 3　　(E) 4</w:t>
      </w:r>
    </w:p>
    <w:p>
      <w:pPr>
        <w:spacing w:before="200" w:after="80" w:line="300" w:lineRule="auto"/>
      </w:pPr>
      <w:r>
        <w:rPr>
          <w:rFonts w:ascii="Times New Roman" w:hAnsi="Times New Roman" w:eastAsia="宋体"/>
          <w:b/>
          <w:i w:val="0"/>
          <w:sz w:val="23"/>
        </w:rPr>
        <w:t>第 8 题</w:t>
      </w:r>
    </w:p>
    <w:p>
      <w:pPr>
        <w:spacing w:before="0" w:after="80" w:line="300" w:lineRule="auto"/>
        <w:jc w:val="left"/>
      </w:pPr>
      <w:r>
        <w:rPr>
          <w:rFonts w:ascii="Times New Roman" w:hAnsi="Times New Roman" w:eastAsia="宋体"/>
          <w:b w:val="0"/>
          <w:i w:val="0"/>
          <w:sz w:val="21"/>
        </w:rPr>
        <w:t>对所有正数 x、y、z，乘积</w:t>
      </w:r>
    </w:p>
    <w:p>
      <w:pPr>
        <w:spacing w:before="0" w:after="80" w:line="300" w:lineRule="auto"/>
        <w:jc w:val="left"/>
      </w:pPr>
      <w:r>
        <w:rPr>
          <w:rFonts w:ascii="Times New Roman" w:hAnsi="Times New Roman" w:eastAsia="宋体"/>
          <w:b w:val="0"/>
          <w:i w:val="0"/>
          <w:sz w:val="21"/>
        </w:rPr>
        <w:t>(x+y+z)⁻¹</w:t>
      </w:r>
    </w:p>
    <w:p>
      <w:pPr>
        <w:spacing w:before="0" w:after="80" w:line="300" w:lineRule="auto"/>
        <w:jc w:val="left"/>
      </w:pPr>
      <w:r>
        <w:rPr>
          <w:rFonts w:ascii="Times New Roman" w:hAnsi="Times New Roman" w:eastAsia="宋体"/>
          <w:b w:val="0"/>
          <w:i w:val="0"/>
          <w:sz w:val="21"/>
        </w:rPr>
        <w:t>·(x⁻¹+y⁻¹+z⁻¹)</w:t>
      </w:r>
    </w:p>
    <w:p>
      <w:pPr>
        <w:spacing w:before="0" w:after="80" w:line="300" w:lineRule="auto"/>
        <w:jc w:val="left"/>
      </w:pPr>
      <w:r>
        <w:rPr>
          <w:rFonts w:ascii="Times New Roman" w:hAnsi="Times New Roman" w:eastAsia="宋体"/>
          <w:b w:val="0"/>
          <w:i w:val="0"/>
          <w:sz w:val="21"/>
        </w:rPr>
        <w:t>·(xy+yz+zx)⁻¹</w:t>
      </w:r>
    </w:p>
    <w:p>
      <w:pPr>
        <w:spacing w:before="0" w:after="80" w:line="300" w:lineRule="auto"/>
        <w:jc w:val="left"/>
      </w:pPr>
      <w:r>
        <w:rPr>
          <w:rFonts w:ascii="Times New Roman" w:hAnsi="Times New Roman" w:eastAsia="宋体"/>
          <w:b w:val="0"/>
          <w:i w:val="0"/>
          <w:sz w:val="21"/>
        </w:rPr>
        <w:t>·((xy)⁻¹+(yz)⁻¹+(zx)⁻¹)</w:t>
      </w:r>
    </w:p>
    <w:p>
      <w:pPr>
        <w:spacing w:before="0" w:after="80" w:line="300" w:lineRule="auto"/>
        <w:jc w:val="left"/>
      </w:pPr>
      <w:r>
        <w:rPr>
          <w:rFonts w:ascii="Times New Roman" w:hAnsi="Times New Roman" w:eastAsia="宋体"/>
          <w:b w:val="0"/>
          <w:i w:val="0"/>
          <w:sz w:val="21"/>
        </w:rPr>
        <w:t>等于</w:t>
      </w:r>
    </w:p>
    <w:p>
      <w:pPr>
        <w:spacing w:before="0" w:after="120" w:line="300" w:lineRule="auto"/>
      </w:pPr>
      <w:r>
        <w:rPr>
          <w:rFonts w:ascii="Times New Roman" w:hAnsi="Times New Roman" w:eastAsia="宋体"/>
          <w:b w:val="0"/>
          <w:i w:val="0"/>
          <w:sz w:val="21"/>
        </w:rPr>
        <w:t>（A）x⁻²y⁻²z⁻²　　（B）x⁻²+y⁻²+z⁻²　　（C）(x+y+z)⁻¹　　（D）1/xyz　　（E）1/xy+yz+zx</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For all positive numbers x, y, z, the product</w:t>
      </w:r>
    </w:p>
    <w:p>
      <w:pPr>
        <w:spacing w:before="0" w:after="80" w:line="300" w:lineRule="auto"/>
        <w:jc w:val="left"/>
      </w:pPr>
      <w:r>
        <w:rPr>
          <w:rFonts w:ascii="Times New Roman" w:hAnsi="Times New Roman" w:eastAsia="宋体"/>
          <w:b w:val="0"/>
          <w:i w:val="0"/>
          <w:color w:val="333333"/>
          <w:sz w:val="19"/>
        </w:rPr>
        <w:t>(x+y+z)⁻¹</w:t>
      </w:r>
    </w:p>
    <w:p>
      <w:pPr>
        <w:spacing w:before="0" w:after="80" w:line="300" w:lineRule="auto"/>
        <w:jc w:val="left"/>
      </w:pPr>
      <w:r>
        <w:rPr>
          <w:rFonts w:ascii="Times New Roman" w:hAnsi="Times New Roman" w:eastAsia="宋体"/>
          <w:b w:val="0"/>
          <w:i w:val="0"/>
          <w:color w:val="333333"/>
          <w:sz w:val="19"/>
        </w:rPr>
        <w:t>·(x⁻¹+y⁻¹+z⁻¹)</w:t>
      </w:r>
    </w:p>
    <w:p>
      <w:pPr>
        <w:spacing w:before="0" w:after="80" w:line="300" w:lineRule="auto"/>
        <w:jc w:val="left"/>
      </w:pPr>
      <w:r>
        <w:rPr>
          <w:rFonts w:ascii="Times New Roman" w:hAnsi="Times New Roman" w:eastAsia="宋体"/>
          <w:b w:val="0"/>
          <w:i w:val="0"/>
          <w:color w:val="333333"/>
          <w:sz w:val="19"/>
        </w:rPr>
        <w:t>·(xy+yz+zx)⁻¹</w:t>
      </w:r>
    </w:p>
    <w:p>
      <w:pPr>
        <w:spacing w:before="0" w:after="80" w:line="300" w:lineRule="auto"/>
        <w:jc w:val="left"/>
      </w:pPr>
      <w:r>
        <w:rPr>
          <w:rFonts w:ascii="Times New Roman" w:hAnsi="Times New Roman" w:eastAsia="宋体"/>
          <w:b w:val="0"/>
          <w:i w:val="0"/>
          <w:color w:val="333333"/>
          <w:sz w:val="19"/>
        </w:rPr>
        <w:t>·((xy)⁻¹+(yz)⁻¹+(zx)⁻¹)</w:t>
      </w:r>
    </w:p>
    <w:p>
      <w:pPr>
        <w:spacing w:before="0" w:after="80" w:line="300" w:lineRule="auto"/>
        <w:jc w:val="left"/>
      </w:pPr>
      <w:r>
        <w:rPr>
          <w:rFonts w:ascii="Times New Roman" w:hAnsi="Times New Roman" w:eastAsia="宋体"/>
          <w:b w:val="0"/>
          <w:i w:val="0"/>
          <w:color w:val="333333"/>
          <w:sz w:val="19"/>
        </w:rPr>
        <w:t>equals</w:t>
      </w:r>
    </w:p>
    <w:p>
      <w:pPr>
        <w:spacing w:before="0" w:after="160" w:line="300" w:lineRule="auto"/>
      </w:pPr>
      <w:r>
        <w:rPr>
          <w:rFonts w:ascii="Times New Roman" w:hAnsi="Times New Roman" w:eastAsia="宋体"/>
          <w:b w:val="0"/>
          <w:i w:val="0"/>
          <w:color w:val="333333"/>
          <w:sz w:val="19"/>
        </w:rPr>
        <w:t>(A) x⁻²y⁻²z⁻²　　(B) x⁻²+y⁻²+z⁻²　　(C) (x+y+z)⁻¹　　(D) 1/xyz　　(E) 1/xy+yz+zx</w:t>
      </w:r>
    </w:p>
    <w:p>
      <w:pPr>
        <w:spacing w:before="200" w:after="80" w:line="300" w:lineRule="auto"/>
      </w:pPr>
      <w:r>
        <w:rPr>
          <w:rFonts w:ascii="Times New Roman" w:hAnsi="Times New Roman" w:eastAsia="宋体"/>
          <w:b/>
          <w:i w:val="0"/>
          <w:sz w:val="23"/>
        </w:rPr>
        <w:t>第 9 题</w:t>
      </w:r>
    </w:p>
    <w:p>
      <w:pPr>
        <w:spacing w:before="0" w:after="80" w:line="300" w:lineRule="auto"/>
        <w:jc w:val="left"/>
      </w:pPr>
      <w:r>
        <w:rPr>
          <w:rFonts w:ascii="Times New Roman" w:hAnsi="Times New Roman" w:eastAsia="宋体"/>
          <w:b w:val="0"/>
          <w:i w:val="0"/>
          <w:sz w:val="21"/>
        </w:rPr>
        <w:t>在附图中，PQ 是立方体的一条对角线。若 PQ 的长度为 a，则立方体的表面积为</w:t>
      </w:r>
    </w:p>
    <w:p>
      <w:pPr>
        <w:spacing w:before="80" w:after="80"/>
        <w:jc w:val="center"/>
      </w:pPr>
      <w:r>
        <w:drawing>
          <wp:inline xmlns:a="http://schemas.openxmlformats.org/drawingml/2006/main" xmlns:pic="http://schemas.openxmlformats.org/drawingml/2006/picture">
            <wp:extent cx="769313" cy="1070972"/>
            <wp:docPr id="5" name="Picture 5"/>
            <wp:cNvGraphicFramePr>
              <a:graphicFrameLocks noChangeAspect="1"/>
            </wp:cNvGraphicFramePr>
            <a:graphic>
              <a:graphicData uri="http://schemas.openxmlformats.org/drawingml/2006/picture">
                <pic:pic>
                  <pic:nvPicPr>
                    <pic:cNvPr id="0" name="q09-1@300dpi.png"/>
                    <pic:cNvPicPr/>
                  </pic:nvPicPr>
                  <pic:blipFill>
                    <a:blip r:embed="rId11"/>
                    <a:stretch>
                      <a:fillRect/>
                    </a:stretch>
                  </pic:blipFill>
                  <pic:spPr>
                    <a:xfrm>
                      <a:off x="0" y="0"/>
                      <a:ext cx="769313" cy="1070972"/>
                    </a:xfrm>
                    <a:prstGeom prst="rect"/>
                  </pic:spPr>
                </pic:pic>
              </a:graphicData>
            </a:graphic>
          </wp:inline>
        </w:drawing>
      </w:r>
    </w:p>
    <w:p>
      <w:pPr>
        <w:spacing w:before="0" w:after="120" w:line="300" w:lineRule="auto"/>
      </w:pPr>
      <w:r>
        <w:rPr>
          <w:rFonts w:ascii="Times New Roman" w:hAnsi="Times New Roman" w:eastAsia="宋体"/>
          <w:b w:val="0"/>
          <w:i w:val="0"/>
          <w:sz w:val="21"/>
        </w:rPr>
        <w:t>（A）2a²　　（B）2√(2)a²　　（C）2√(3)a²　　（D）3√(3)a²　　（E）6a²</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In the adjoining figure, PQ is a diagonal of the cube. If PQ has length a, then the surface area of the cube is</w:t>
      </w:r>
    </w:p>
    <w:p>
      <w:pPr>
        <w:spacing w:before="80" w:after="80"/>
        <w:jc w:val="center"/>
      </w:pPr>
      <w:r>
        <w:drawing>
          <wp:inline xmlns:a="http://schemas.openxmlformats.org/drawingml/2006/main" xmlns:pic="http://schemas.openxmlformats.org/drawingml/2006/picture">
            <wp:extent cx="769313" cy="1070972"/>
            <wp:docPr id="6" name="Picture 6"/>
            <wp:cNvGraphicFramePr>
              <a:graphicFrameLocks noChangeAspect="1"/>
            </wp:cNvGraphicFramePr>
            <a:graphic>
              <a:graphicData uri="http://schemas.openxmlformats.org/drawingml/2006/picture">
                <pic:pic>
                  <pic:nvPicPr>
                    <pic:cNvPr id="0" name="q09-1@300dpi.png"/>
                    <pic:cNvPicPr/>
                  </pic:nvPicPr>
                  <pic:blipFill>
                    <a:blip r:embed="rId11"/>
                    <a:stretch>
                      <a:fillRect/>
                    </a:stretch>
                  </pic:blipFill>
                  <pic:spPr>
                    <a:xfrm>
                      <a:off x="0" y="0"/>
                      <a:ext cx="769313" cy="1070972"/>
                    </a:xfrm>
                    <a:prstGeom prst="rect"/>
                  </pic:spPr>
                </pic:pic>
              </a:graphicData>
            </a:graphic>
          </wp:inline>
        </w:drawing>
      </w:r>
    </w:p>
    <w:p>
      <w:pPr>
        <w:spacing w:before="0" w:after="160" w:line="300" w:lineRule="auto"/>
      </w:pPr>
      <w:r>
        <w:rPr>
          <w:rFonts w:ascii="Times New Roman" w:hAnsi="Times New Roman" w:eastAsia="宋体"/>
          <w:b w:val="0"/>
          <w:i w:val="0"/>
          <w:color w:val="333333"/>
          <w:sz w:val="19"/>
        </w:rPr>
        <w:t>(A) 2a²　　(B) 2√(2)a²　　(C) 2√(3)a²　　(D) 3√(3)a²　　(E) 6a²</w:t>
      </w:r>
    </w:p>
    <w:p>
      <w:pPr>
        <w:spacing w:before="200" w:after="80" w:line="300" w:lineRule="auto"/>
      </w:pPr>
      <w:r>
        <w:rPr>
          <w:rFonts w:ascii="Times New Roman" w:hAnsi="Times New Roman" w:eastAsia="宋体"/>
          <w:b/>
          <w:i w:val="0"/>
          <w:sz w:val="23"/>
        </w:rPr>
        <w:t>第 10 题</w:t>
      </w:r>
    </w:p>
    <w:p>
      <w:pPr>
        <w:spacing w:before="0" w:after="80" w:line="300" w:lineRule="auto"/>
        <w:jc w:val="left"/>
      </w:pPr>
      <w:r>
        <w:rPr>
          <w:rFonts w:ascii="Times New Roman" w:hAnsi="Times New Roman" w:eastAsia="宋体"/>
          <w:b w:val="0"/>
          <w:i w:val="0"/>
          <w:sz w:val="21"/>
        </w:rPr>
        <w:t>直线 L 与 K 关于直线 y=x 对称。若直线 L 的方程为 y=ax+b，其中 a≠0 且 b≠0，则 K 的方程为 y=</w:t>
      </w:r>
    </w:p>
    <w:p>
      <w:pPr>
        <w:spacing w:before="0" w:after="120" w:line="300" w:lineRule="auto"/>
      </w:pPr>
      <w:r>
        <w:rPr>
          <w:rFonts w:ascii="Times New Roman" w:hAnsi="Times New Roman" w:eastAsia="宋体"/>
          <w:b w:val="0"/>
          <w:i w:val="0"/>
          <w:sz w:val="21"/>
        </w:rPr>
        <w:t>（A）1/a x+b　　（B）-1/a x+b　　（C）-1/a x-b/a　　（D）1/a x+b/a　　（E）1/a x-b/a</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lines L and K are symmetric to each other with respect to the line y=x. If the equation of line L is y=ax+b with a≠0 and b≠0, then the equation of K is y=</w:t>
      </w:r>
    </w:p>
    <w:p>
      <w:pPr>
        <w:spacing w:before="0" w:after="160" w:line="300" w:lineRule="auto"/>
      </w:pPr>
      <w:r>
        <w:rPr>
          <w:rFonts w:ascii="Times New Roman" w:hAnsi="Times New Roman" w:eastAsia="宋体"/>
          <w:b w:val="0"/>
          <w:i w:val="0"/>
          <w:color w:val="333333"/>
          <w:sz w:val="19"/>
        </w:rPr>
        <w:t>(A) 1/a x+b　　(B) -1/a x+b　　(C) -1/a x-b/a　　(D) 1/a x+b/a　　(E) 1/a x-b/a</w:t>
      </w:r>
    </w:p>
    <w:p>
      <w:pPr>
        <w:spacing w:before="200" w:after="80" w:line="300" w:lineRule="auto"/>
      </w:pPr>
      <w:r>
        <w:rPr>
          <w:rFonts w:ascii="Times New Roman" w:hAnsi="Times New Roman" w:eastAsia="宋体"/>
          <w:b/>
          <w:i w:val="0"/>
          <w:sz w:val="23"/>
        </w:rPr>
        <w:t>第 11 题</w:t>
      </w:r>
    </w:p>
    <w:p>
      <w:pPr>
        <w:spacing w:before="0" w:after="80" w:line="300" w:lineRule="auto"/>
        <w:jc w:val="left"/>
      </w:pPr>
      <w:r>
        <w:rPr>
          <w:rFonts w:ascii="Times New Roman" w:hAnsi="Times New Roman" w:eastAsia="宋体"/>
          <w:b w:val="0"/>
          <w:i w:val="0"/>
          <w:sz w:val="21"/>
        </w:rPr>
        <w:t>一个直角三角形的三条边长均为整数，并且组成等差数列。其中一条边的长度可能为</w:t>
      </w:r>
    </w:p>
    <w:p>
      <w:pPr>
        <w:spacing w:before="0" w:after="120" w:line="300" w:lineRule="auto"/>
      </w:pPr>
      <w:r>
        <w:rPr>
          <w:rFonts w:ascii="Times New Roman" w:hAnsi="Times New Roman" w:eastAsia="宋体"/>
          <w:b w:val="0"/>
          <w:i w:val="0"/>
          <w:sz w:val="21"/>
        </w:rPr>
        <w:t>（A）22　　（B）58　　（C）81　　（D）91　　（E）361</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three sides of a right triangle have integral lengths which form an arithmetic progression. One of the sides could have length</w:t>
      </w:r>
    </w:p>
    <w:p>
      <w:pPr>
        <w:spacing w:before="0" w:after="160" w:line="300" w:lineRule="auto"/>
      </w:pPr>
      <w:r>
        <w:rPr>
          <w:rFonts w:ascii="Times New Roman" w:hAnsi="Times New Roman" w:eastAsia="宋体"/>
          <w:b w:val="0"/>
          <w:i w:val="0"/>
          <w:color w:val="333333"/>
          <w:sz w:val="19"/>
        </w:rPr>
        <w:t>(A) 22　　(B) 58　　(C) 81　　(D) 91　　(E) 361</w:t>
      </w:r>
    </w:p>
    <w:p>
      <w:pPr>
        <w:spacing w:before="200" w:after="80" w:line="300" w:lineRule="auto"/>
      </w:pPr>
      <w:r>
        <w:rPr>
          <w:rFonts w:ascii="Times New Roman" w:hAnsi="Times New Roman" w:eastAsia="宋体"/>
          <w:b/>
          <w:i w:val="0"/>
          <w:sz w:val="23"/>
        </w:rPr>
        <w:t>第 12 题</w:t>
      </w:r>
    </w:p>
    <w:p>
      <w:pPr>
        <w:spacing w:before="0" w:after="80" w:line="300" w:lineRule="auto"/>
        <w:jc w:val="left"/>
      </w:pPr>
      <w:r>
        <w:rPr>
          <w:rFonts w:ascii="Times New Roman" w:hAnsi="Times New Roman" w:eastAsia="宋体"/>
          <w:b w:val="0"/>
          <w:i w:val="0"/>
          <w:sz w:val="21"/>
        </w:rPr>
        <w:t>若 p、q、M 均为正数，且 q&lt;100，先将 M 增加 p%，再将所得结果减少 q%。最终结果大于 M 的充要条件是</w:t>
      </w:r>
    </w:p>
    <w:p>
      <w:pPr>
        <w:spacing w:before="0" w:after="120" w:line="300" w:lineRule="auto"/>
      </w:pPr>
      <w:r>
        <w:rPr>
          <w:rFonts w:ascii="Times New Roman" w:hAnsi="Times New Roman" w:eastAsia="宋体"/>
          <w:b w:val="0"/>
          <w:i w:val="0"/>
          <w:sz w:val="21"/>
        </w:rPr>
        <w:t>（A）p&gt; q　　（B）p&gt;q/100-q　　（C）p&gt;q/1-q　　（D）p&gt;100q/100+q　　（E）p&gt;100q/100-q</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If p, q, and M are positive numbers and q&lt;100, then the number obtained by increasing M by p% and decreasing the result by q% exceeds M if and only if</w:t>
      </w:r>
    </w:p>
    <w:p>
      <w:pPr>
        <w:spacing w:before="0" w:after="160" w:line="300" w:lineRule="auto"/>
      </w:pPr>
      <w:r>
        <w:rPr>
          <w:rFonts w:ascii="Times New Roman" w:hAnsi="Times New Roman" w:eastAsia="宋体"/>
          <w:b w:val="0"/>
          <w:i w:val="0"/>
          <w:color w:val="333333"/>
          <w:sz w:val="19"/>
        </w:rPr>
        <w:t>(A) p&gt; q　　(B) p&gt;q/100-q　　(C) p&gt;q/1-q　　(D) p&gt;100q/100+q　　(E) p&gt;100q/100-q</w:t>
      </w:r>
    </w:p>
    <w:p>
      <w:pPr>
        <w:spacing w:before="200" w:after="80" w:line="300" w:lineRule="auto"/>
      </w:pPr>
      <w:r>
        <w:rPr>
          <w:rFonts w:ascii="Times New Roman" w:hAnsi="Times New Roman" w:eastAsia="宋体"/>
          <w:b/>
          <w:i w:val="0"/>
          <w:sz w:val="23"/>
        </w:rPr>
        <w:t>第 13 题</w:t>
      </w:r>
    </w:p>
    <w:p>
      <w:pPr>
        <w:spacing w:before="0" w:after="80" w:line="300" w:lineRule="auto"/>
        <w:jc w:val="left"/>
      </w:pPr>
      <w:r>
        <w:rPr>
          <w:rFonts w:ascii="Times New Roman" w:hAnsi="Times New Roman" w:eastAsia="宋体"/>
          <w:b w:val="0"/>
          <w:i w:val="0"/>
          <w:sz w:val="21"/>
        </w:rPr>
        <w:t>假设在每年年末，一个货币单位相较该年年初会损失其价值的 10%。求最小的整数 n，使得经过 n 年后，这个货币单位至少损失其价值的 90%。（四舍五入到小数点后三位，log₁₀3 为 0.477。）</w:t>
      </w:r>
    </w:p>
    <w:p>
      <w:pPr>
        <w:spacing w:before="0" w:after="120" w:line="300" w:lineRule="auto"/>
      </w:pPr>
      <w:r>
        <w:rPr>
          <w:rFonts w:ascii="Times New Roman" w:hAnsi="Times New Roman" w:eastAsia="宋体"/>
          <w:b w:val="0"/>
          <w:i w:val="0"/>
          <w:sz w:val="21"/>
        </w:rPr>
        <w:t>（A）14　　（B）16　　（C）18　　（D）20　　（E）22</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Suppose that at the end of any year, a unit of money has lost 10% of the value it had at the beginning of that year. Find the smallest integer n such that after n years the unit of money will have lost at least 90% of its value. (To the nearest thousandth log₁₀3 is 0.477.)</w:t>
      </w:r>
    </w:p>
    <w:p>
      <w:pPr>
        <w:spacing w:before="0" w:after="160" w:line="300" w:lineRule="auto"/>
      </w:pPr>
      <w:r>
        <w:rPr>
          <w:rFonts w:ascii="Times New Roman" w:hAnsi="Times New Roman" w:eastAsia="宋体"/>
          <w:b w:val="0"/>
          <w:i w:val="0"/>
          <w:color w:val="333333"/>
          <w:sz w:val="19"/>
        </w:rPr>
        <w:t>(A) 14　　(B) 16　　(C) 18　　(D) 20　　(E) 22</w:t>
      </w:r>
    </w:p>
    <w:p>
      <w:pPr>
        <w:spacing w:before="200" w:after="80" w:line="300" w:lineRule="auto"/>
      </w:pPr>
      <w:r>
        <w:rPr>
          <w:rFonts w:ascii="Times New Roman" w:hAnsi="Times New Roman" w:eastAsia="宋体"/>
          <w:b/>
          <w:i w:val="0"/>
          <w:sz w:val="23"/>
        </w:rPr>
        <w:t>第 14 题</w:t>
      </w:r>
    </w:p>
    <w:p>
      <w:pPr>
        <w:spacing w:before="0" w:after="80" w:line="300" w:lineRule="auto"/>
        <w:jc w:val="left"/>
      </w:pPr>
      <w:r>
        <w:rPr>
          <w:rFonts w:ascii="Times New Roman" w:hAnsi="Times New Roman" w:eastAsia="宋体"/>
          <w:b w:val="0"/>
          <w:i w:val="0"/>
          <w:sz w:val="21"/>
        </w:rPr>
        <w:t>一个实数等比数列的前两项之和为 7，前六项之和为 91。它的前四项之和为</w:t>
      </w:r>
    </w:p>
    <w:p>
      <w:pPr>
        <w:spacing w:before="0" w:after="120" w:line="300" w:lineRule="auto"/>
      </w:pPr>
      <w:r>
        <w:rPr>
          <w:rFonts w:ascii="Times New Roman" w:hAnsi="Times New Roman" w:eastAsia="宋体"/>
          <w:b w:val="0"/>
          <w:i w:val="0"/>
          <w:sz w:val="21"/>
        </w:rPr>
        <w:t>（A）28　　（B）32　　（C）35　　（D）49　　（E）84</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In a geometric sequence of real numbers, the sum of the first two terms is 7, and the sum of the first six terms is 91. The sum of the first four terms is</w:t>
      </w:r>
    </w:p>
    <w:p>
      <w:pPr>
        <w:spacing w:before="0" w:after="160" w:line="300" w:lineRule="auto"/>
      </w:pPr>
      <w:r>
        <w:rPr>
          <w:rFonts w:ascii="Times New Roman" w:hAnsi="Times New Roman" w:eastAsia="宋体"/>
          <w:b w:val="0"/>
          <w:i w:val="0"/>
          <w:color w:val="333333"/>
          <w:sz w:val="19"/>
        </w:rPr>
        <w:t>(A) 28　　(B) 32　　(C) 35　　(D) 49　　(E) 84</w:t>
      </w:r>
    </w:p>
    <w:p>
      <w:pPr>
        <w:spacing w:before="200" w:after="80" w:line="300" w:lineRule="auto"/>
      </w:pPr>
      <w:r>
        <w:rPr>
          <w:rFonts w:ascii="Times New Roman" w:hAnsi="Times New Roman" w:eastAsia="宋体"/>
          <w:b/>
          <w:i w:val="0"/>
          <w:sz w:val="23"/>
        </w:rPr>
        <w:t>第 15 题</w:t>
      </w:r>
    </w:p>
    <w:p>
      <w:pPr>
        <w:spacing w:before="0" w:after="80" w:line="300" w:lineRule="auto"/>
        <w:jc w:val="left"/>
      </w:pPr>
      <w:r>
        <w:rPr>
          <w:rFonts w:ascii="Times New Roman" w:hAnsi="Times New Roman" w:eastAsia="宋体"/>
          <w:b w:val="0"/>
          <w:i w:val="0"/>
          <w:sz w:val="21"/>
        </w:rPr>
        <w:t>若 b&gt;1、x&gt;0，且 (2x)^(log_(b)2)-(3x)^(log_(b)3)=0，则 x 为</w:t>
      </w:r>
    </w:p>
    <w:p>
      <w:pPr>
        <w:spacing w:before="0" w:after="120" w:line="300" w:lineRule="auto"/>
      </w:pPr>
      <w:r>
        <w:rPr>
          <w:rFonts w:ascii="Times New Roman" w:hAnsi="Times New Roman" w:eastAsia="宋体"/>
          <w:b w:val="0"/>
          <w:i w:val="0"/>
          <w:sz w:val="21"/>
        </w:rPr>
        <w:t>（A）1/216　　（B）1/6　　（C）1　　（D）6　　（E）不能唯一确定</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If b&gt;1, x&gt;0, and (2x)^(log_(b)2)-(3x)^(log_(b)3)=0, then x is</w:t>
      </w:r>
    </w:p>
    <w:p>
      <w:pPr>
        <w:spacing w:before="0" w:after="160" w:line="300" w:lineRule="auto"/>
      </w:pPr>
      <w:r>
        <w:rPr>
          <w:rFonts w:ascii="Times New Roman" w:hAnsi="Times New Roman" w:eastAsia="宋体"/>
          <w:b w:val="0"/>
          <w:i w:val="0"/>
          <w:color w:val="333333"/>
          <w:sz w:val="19"/>
        </w:rPr>
        <w:t>(A) 1/216　　(B) 1/6　　(C) 1　　(D) 6　　(E) not uniquely determined</w:t>
      </w:r>
    </w:p>
    <w:p>
      <w:pPr>
        <w:spacing w:before="200" w:after="80" w:line="300" w:lineRule="auto"/>
      </w:pPr>
      <w:r>
        <w:rPr>
          <w:rFonts w:ascii="Times New Roman" w:hAnsi="Times New Roman" w:eastAsia="宋体"/>
          <w:b/>
          <w:i w:val="0"/>
          <w:sz w:val="23"/>
        </w:rPr>
        <w:t>第 16 题</w:t>
      </w:r>
    </w:p>
    <w:p>
      <w:pPr>
        <w:spacing w:before="0" w:after="80" w:line="300" w:lineRule="auto"/>
        <w:jc w:val="left"/>
      </w:pPr>
      <w:r>
        <w:rPr>
          <w:rFonts w:ascii="Times New Roman" w:hAnsi="Times New Roman" w:eastAsia="宋体"/>
          <w:b w:val="0"/>
          <w:i w:val="0"/>
          <w:sz w:val="21"/>
        </w:rPr>
        <w:t>数 x 的三进制表示为</w:t>
      </w:r>
    </w:p>
    <w:p>
      <w:pPr>
        <w:spacing w:before="0" w:after="80" w:line="300" w:lineRule="auto"/>
        <w:jc w:val="left"/>
      </w:pPr>
      <w:r>
        <w:rPr>
          <w:rFonts w:ascii="Times New Roman" w:hAnsi="Times New Roman" w:eastAsia="宋体"/>
          <w:b w:val="0"/>
          <w:i w:val="0"/>
          <w:sz w:val="21"/>
        </w:rPr>
        <w:t>12112211122211112222。</w:t>
      </w:r>
    </w:p>
    <w:p>
      <w:pPr>
        <w:spacing w:before="0" w:after="80" w:line="300" w:lineRule="auto"/>
        <w:jc w:val="left"/>
      </w:pPr>
      <w:r>
        <w:rPr>
          <w:rFonts w:ascii="Times New Roman" w:hAnsi="Times New Roman" w:eastAsia="宋体"/>
          <w:b w:val="0"/>
          <w:i w:val="0"/>
          <w:sz w:val="21"/>
        </w:rPr>
        <w:t>则 x 的九进制表示中最左边的一位数字是</w:t>
      </w:r>
    </w:p>
    <w:p>
      <w:pPr>
        <w:spacing w:before="0" w:after="120" w:line="300" w:lineRule="auto"/>
      </w:pPr>
      <w:r>
        <w:rPr>
          <w:rFonts w:ascii="Times New Roman" w:hAnsi="Times New Roman" w:eastAsia="宋体"/>
          <w:b w:val="0"/>
          <w:i w:val="0"/>
          <w:sz w:val="21"/>
        </w:rPr>
        <w:t>（A）1　　（B）2　　（C）3　　（D）4　　（E）5</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base three representation of x is</w:t>
      </w:r>
    </w:p>
    <w:p>
      <w:pPr>
        <w:spacing w:before="0" w:after="80" w:line="300" w:lineRule="auto"/>
        <w:jc w:val="left"/>
      </w:pPr>
      <w:r>
        <w:rPr>
          <w:rFonts w:ascii="Times New Roman" w:hAnsi="Times New Roman" w:eastAsia="宋体"/>
          <w:b w:val="0"/>
          <w:i w:val="0"/>
          <w:color w:val="333333"/>
          <w:sz w:val="19"/>
        </w:rPr>
        <w:t>12112211122211112222.</w:t>
      </w:r>
    </w:p>
    <w:p>
      <w:pPr>
        <w:spacing w:before="0" w:after="80" w:line="300" w:lineRule="auto"/>
        <w:jc w:val="left"/>
      </w:pPr>
      <w:r>
        <w:rPr>
          <w:rFonts w:ascii="Times New Roman" w:hAnsi="Times New Roman" w:eastAsia="宋体"/>
          <w:b w:val="0"/>
          <w:i w:val="0"/>
          <w:color w:val="333333"/>
          <w:sz w:val="19"/>
        </w:rPr>
        <w:t>The first digit (on the left) of the base nine representation of x is</w:t>
      </w:r>
    </w:p>
    <w:p>
      <w:pPr>
        <w:spacing w:before="0" w:after="160" w:line="300" w:lineRule="auto"/>
      </w:pPr>
      <w:r>
        <w:rPr>
          <w:rFonts w:ascii="Times New Roman" w:hAnsi="Times New Roman" w:eastAsia="宋体"/>
          <w:b w:val="0"/>
          <w:i w:val="0"/>
          <w:color w:val="333333"/>
          <w:sz w:val="19"/>
        </w:rPr>
        <w:t>(A) 1　　(B) 2　　(C) 3　　(D) 4　　(E) 5</w:t>
      </w:r>
    </w:p>
    <w:p>
      <w:pPr>
        <w:spacing w:before="200" w:after="80" w:line="300" w:lineRule="auto"/>
      </w:pPr>
      <w:r>
        <w:rPr>
          <w:rFonts w:ascii="Times New Roman" w:hAnsi="Times New Roman" w:eastAsia="宋体"/>
          <w:b/>
          <w:i w:val="0"/>
          <w:sz w:val="23"/>
        </w:rPr>
        <w:t>第 17 题</w:t>
      </w:r>
    </w:p>
    <w:p>
      <w:pPr>
        <w:spacing w:before="0" w:after="80" w:line="300" w:lineRule="auto"/>
        <w:jc w:val="left"/>
      </w:pPr>
      <w:r>
        <w:rPr>
          <w:rFonts w:ascii="Times New Roman" w:hAnsi="Times New Roman" w:eastAsia="宋体"/>
          <w:b w:val="0"/>
          <w:i w:val="0"/>
          <w:sz w:val="21"/>
        </w:rPr>
        <w:t>函数 f 在 x=0 时没有定义，但对所有非零实数 x，都有</w:t>
      </w:r>
    </w:p>
    <w:p>
      <w:pPr>
        <w:spacing w:before="0" w:after="80" w:line="300" w:lineRule="auto"/>
        <w:jc w:val="left"/>
      </w:pPr>
      <w:r>
        <w:rPr>
          <w:rFonts w:ascii="Times New Roman" w:hAnsi="Times New Roman" w:eastAsia="宋体"/>
          <w:b w:val="0"/>
          <w:i w:val="0"/>
          <w:sz w:val="21"/>
        </w:rPr>
        <w:t>f(x)+2f(1/x)=3x。</w:t>
      </w:r>
    </w:p>
    <w:p>
      <w:pPr>
        <w:spacing w:before="0" w:after="80" w:line="300" w:lineRule="auto"/>
        <w:jc w:val="left"/>
      </w:pPr>
      <w:r>
        <w:rPr>
          <w:rFonts w:ascii="Times New Roman" w:hAnsi="Times New Roman" w:eastAsia="宋体"/>
          <w:b w:val="0"/>
          <w:i w:val="0"/>
          <w:sz w:val="21"/>
        </w:rPr>
        <w:t>满足方程 f(x)=f(-x) 的实数有</w:t>
      </w:r>
    </w:p>
    <w:p>
      <w:pPr>
        <w:spacing w:before="0" w:after="120" w:line="300" w:lineRule="auto"/>
      </w:pPr>
      <w:r>
        <w:rPr>
          <w:rFonts w:ascii="Times New Roman" w:hAnsi="Times New Roman" w:eastAsia="宋体"/>
          <w:b w:val="0"/>
          <w:i w:val="0"/>
          <w:sz w:val="21"/>
        </w:rPr>
        <w:t>（A）恰好一个　　（B）恰好两个　　（C）一个也没有　　（D）无穷多个，但并非所有非零实数　　（E）所有非零实数</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function f is not defined for x=0, but, for all nonzero real numbers x,</w:t>
      </w:r>
    </w:p>
    <w:p>
      <w:pPr>
        <w:spacing w:before="0" w:after="80" w:line="300" w:lineRule="auto"/>
        <w:jc w:val="left"/>
      </w:pPr>
      <w:r>
        <w:rPr>
          <w:rFonts w:ascii="Times New Roman" w:hAnsi="Times New Roman" w:eastAsia="宋体"/>
          <w:b w:val="0"/>
          <w:i w:val="0"/>
          <w:color w:val="333333"/>
          <w:sz w:val="19"/>
        </w:rPr>
        <w:t>f(x)+2f(1/x)=3x.</w:t>
      </w:r>
    </w:p>
    <w:p>
      <w:pPr>
        <w:spacing w:before="0" w:after="80" w:line="300" w:lineRule="auto"/>
        <w:jc w:val="left"/>
      </w:pPr>
      <w:r>
        <w:rPr>
          <w:rFonts w:ascii="Times New Roman" w:hAnsi="Times New Roman" w:eastAsia="宋体"/>
          <w:b w:val="0"/>
          <w:i w:val="0"/>
          <w:color w:val="333333"/>
          <w:sz w:val="19"/>
        </w:rPr>
        <w:t>The equation f(x)=f(-x) is satisfied by</w:t>
      </w:r>
    </w:p>
    <w:p>
      <w:pPr>
        <w:spacing w:before="0" w:after="160" w:line="300" w:lineRule="auto"/>
      </w:pPr>
      <w:r>
        <w:rPr>
          <w:rFonts w:ascii="Times New Roman" w:hAnsi="Times New Roman" w:eastAsia="宋体"/>
          <w:b w:val="0"/>
          <w:i w:val="0"/>
          <w:color w:val="333333"/>
          <w:sz w:val="19"/>
        </w:rPr>
        <w:t>(A) exactly one real number　　(B) exactly two real numbers　　(C) no real numbers　　(D) infinitely many, but not all, nonzero real numbers　　(E) all nonzero real numbers</w:t>
      </w:r>
    </w:p>
    <w:p>
      <w:pPr>
        <w:spacing w:before="200" w:after="80" w:line="300" w:lineRule="auto"/>
      </w:pPr>
      <w:r>
        <w:rPr>
          <w:rFonts w:ascii="Times New Roman" w:hAnsi="Times New Roman" w:eastAsia="宋体"/>
          <w:b/>
          <w:i w:val="0"/>
          <w:sz w:val="23"/>
        </w:rPr>
        <w:t>第 18 题</w:t>
      </w:r>
    </w:p>
    <w:p>
      <w:pPr>
        <w:spacing w:before="0" w:after="80" w:line="300" w:lineRule="auto"/>
        <w:jc w:val="left"/>
      </w:pPr>
      <w:r>
        <w:rPr>
          <w:rFonts w:ascii="Times New Roman" w:hAnsi="Times New Roman" w:eastAsia="宋体"/>
          <w:b w:val="0"/>
          <w:i w:val="0"/>
          <w:sz w:val="21"/>
        </w:rPr>
        <w:t>方程</w:t>
      </w:r>
    </w:p>
    <w:p>
      <w:pPr>
        <w:spacing w:before="0" w:after="80" w:line="300" w:lineRule="auto"/>
        <w:jc w:val="left"/>
      </w:pPr>
      <w:r>
        <w:rPr>
          <w:rFonts w:ascii="Times New Roman" w:hAnsi="Times New Roman" w:eastAsia="宋体"/>
          <w:b w:val="0"/>
          <w:i w:val="0"/>
          <w:sz w:val="21"/>
        </w:rPr>
        <w:t>x/100=sin x</w:t>
      </w:r>
    </w:p>
    <w:p>
      <w:pPr>
        <w:spacing w:before="0" w:after="80" w:line="300" w:lineRule="auto"/>
        <w:jc w:val="left"/>
      </w:pPr>
      <w:r>
        <w:rPr>
          <w:rFonts w:ascii="Times New Roman" w:hAnsi="Times New Roman" w:eastAsia="宋体"/>
          <w:b w:val="0"/>
          <w:i w:val="0"/>
          <w:sz w:val="21"/>
        </w:rPr>
        <w:t>的实数解的个数为</w:t>
      </w:r>
    </w:p>
    <w:p>
      <w:pPr>
        <w:spacing w:before="0" w:after="120" w:line="300" w:lineRule="auto"/>
      </w:pPr>
      <w:r>
        <w:rPr>
          <w:rFonts w:ascii="Times New Roman" w:hAnsi="Times New Roman" w:eastAsia="宋体"/>
          <w:b w:val="0"/>
          <w:i w:val="0"/>
          <w:sz w:val="21"/>
        </w:rPr>
        <w:t>（A）61　　（B）62　　（C）63　　（D）64　　（E）65</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number of real solutions to the equation</w:t>
      </w:r>
    </w:p>
    <w:p>
      <w:pPr>
        <w:spacing w:before="0" w:after="80" w:line="300" w:lineRule="auto"/>
        <w:jc w:val="left"/>
      </w:pPr>
      <w:r>
        <w:rPr>
          <w:rFonts w:ascii="Times New Roman" w:hAnsi="Times New Roman" w:eastAsia="宋体"/>
          <w:b w:val="0"/>
          <w:i w:val="0"/>
          <w:color w:val="333333"/>
          <w:sz w:val="19"/>
        </w:rPr>
        <w:t>x/100=sin x</w:t>
      </w:r>
    </w:p>
    <w:p>
      <w:pPr>
        <w:spacing w:before="0" w:after="80" w:line="300" w:lineRule="auto"/>
        <w:jc w:val="left"/>
      </w:pPr>
      <w:r>
        <w:rPr>
          <w:rFonts w:ascii="Times New Roman" w:hAnsi="Times New Roman" w:eastAsia="宋体"/>
          <w:b w:val="0"/>
          <w:i w:val="0"/>
          <w:color w:val="333333"/>
          <w:sz w:val="19"/>
        </w:rPr>
        <w:t>is</w:t>
      </w:r>
    </w:p>
    <w:p>
      <w:pPr>
        <w:spacing w:before="0" w:after="160" w:line="300" w:lineRule="auto"/>
      </w:pPr>
      <w:r>
        <w:rPr>
          <w:rFonts w:ascii="Times New Roman" w:hAnsi="Times New Roman" w:eastAsia="宋体"/>
          <w:b w:val="0"/>
          <w:i w:val="0"/>
          <w:color w:val="333333"/>
          <w:sz w:val="19"/>
        </w:rPr>
        <w:t>(A) 61　　(B) 62　　(C) 63　　(D) 64　　(E) 65</w:t>
      </w:r>
    </w:p>
    <w:p>
      <w:pPr>
        <w:spacing w:before="200" w:after="80" w:line="300" w:lineRule="auto"/>
      </w:pPr>
      <w:r>
        <w:rPr>
          <w:rFonts w:ascii="Times New Roman" w:hAnsi="Times New Roman" w:eastAsia="宋体"/>
          <w:b/>
          <w:i w:val="0"/>
          <w:sz w:val="23"/>
        </w:rPr>
        <w:t>第 19 题</w:t>
      </w:r>
    </w:p>
    <w:p>
      <w:pPr>
        <w:spacing w:before="0" w:after="80" w:line="300" w:lineRule="auto"/>
        <w:jc w:val="left"/>
      </w:pPr>
      <w:r>
        <w:rPr>
          <w:rFonts w:ascii="Times New Roman" w:hAnsi="Times New Roman" w:eastAsia="宋体"/>
          <w:b w:val="0"/>
          <w:i w:val="0"/>
          <w:sz w:val="21"/>
        </w:rPr>
        <w:t>在 △ ABC 中，M 是边 BC 的中点，AN 平分 ∠ BAC，BN⊥ AN，θ 是 ∠ BAC 的度数。若边 AB 和 AC 的长度分别为 14 和 19，则 MN 的长度等于</w:t>
      </w:r>
    </w:p>
    <w:p>
      <w:pPr>
        <w:spacing w:before="80" w:after="80"/>
        <w:jc w:val="center"/>
      </w:pPr>
      <w:r>
        <w:drawing>
          <wp:inline xmlns:a="http://schemas.openxmlformats.org/drawingml/2006/main" xmlns:pic="http://schemas.openxmlformats.org/drawingml/2006/picture">
            <wp:extent cx="2923920" cy="2433533"/>
            <wp:docPr id="7" name="Picture 7"/>
            <wp:cNvGraphicFramePr>
              <a:graphicFrameLocks noChangeAspect="1"/>
            </wp:cNvGraphicFramePr>
            <a:graphic>
              <a:graphicData uri="http://schemas.openxmlformats.org/drawingml/2006/picture">
                <pic:pic>
                  <pic:nvPicPr>
                    <pic:cNvPr id="0" name="q19-1@300dpi.png"/>
                    <pic:cNvPicPr/>
                  </pic:nvPicPr>
                  <pic:blipFill>
                    <a:blip r:embed="rId12"/>
                    <a:stretch>
                      <a:fillRect/>
                    </a:stretch>
                  </pic:blipFill>
                  <pic:spPr>
                    <a:xfrm>
                      <a:off x="0" y="0"/>
                      <a:ext cx="2923920" cy="2433533"/>
                    </a:xfrm>
                    <a:prstGeom prst="rect"/>
                  </pic:spPr>
                </pic:pic>
              </a:graphicData>
            </a:graphic>
          </wp:inline>
        </w:drawing>
      </w:r>
    </w:p>
    <w:p>
      <w:pPr>
        <w:spacing w:before="0" w:after="120" w:line="300" w:lineRule="auto"/>
      </w:pPr>
      <w:r>
        <w:rPr>
          <w:rFonts w:ascii="Times New Roman" w:hAnsi="Times New Roman" w:eastAsia="宋体"/>
          <w:b w:val="0"/>
          <w:i w:val="0"/>
          <w:sz w:val="21"/>
        </w:rPr>
        <w:t>（A）2　　（B）5/2　　（C）5/2-sinθ　　（D）5/2-1/2sinθ　　（E）5/2-1/2sin(θ/2)</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In △ ABC, M is the midpoint of side BC, AN bisects ∠ BAC, BN⊥ AN, and θ is the measure of ∠ BAC. If sides AB and AC have lengths 14 and 19, respectively, then length MN equals</w:t>
      </w:r>
    </w:p>
    <w:p>
      <w:pPr>
        <w:spacing w:before="80" w:after="80"/>
        <w:jc w:val="center"/>
      </w:pPr>
      <w:r>
        <w:drawing>
          <wp:inline xmlns:a="http://schemas.openxmlformats.org/drawingml/2006/main" xmlns:pic="http://schemas.openxmlformats.org/drawingml/2006/picture">
            <wp:extent cx="2923920" cy="2433533"/>
            <wp:docPr id="8" name="Picture 8"/>
            <wp:cNvGraphicFramePr>
              <a:graphicFrameLocks noChangeAspect="1"/>
            </wp:cNvGraphicFramePr>
            <a:graphic>
              <a:graphicData uri="http://schemas.openxmlformats.org/drawingml/2006/picture">
                <pic:pic>
                  <pic:nvPicPr>
                    <pic:cNvPr id="0" name="q19-1@300dpi.png"/>
                    <pic:cNvPicPr/>
                  </pic:nvPicPr>
                  <pic:blipFill>
                    <a:blip r:embed="rId12"/>
                    <a:stretch>
                      <a:fillRect/>
                    </a:stretch>
                  </pic:blipFill>
                  <pic:spPr>
                    <a:xfrm>
                      <a:off x="0" y="0"/>
                      <a:ext cx="2923920" cy="2433533"/>
                    </a:xfrm>
                    <a:prstGeom prst="rect"/>
                  </pic:spPr>
                </pic:pic>
              </a:graphicData>
            </a:graphic>
          </wp:inline>
        </w:drawing>
      </w:r>
    </w:p>
    <w:p>
      <w:pPr>
        <w:spacing w:before="0" w:after="160" w:line="300" w:lineRule="auto"/>
      </w:pPr>
      <w:r>
        <w:rPr>
          <w:rFonts w:ascii="Times New Roman" w:hAnsi="Times New Roman" w:eastAsia="宋体"/>
          <w:b w:val="0"/>
          <w:i w:val="0"/>
          <w:color w:val="333333"/>
          <w:sz w:val="19"/>
        </w:rPr>
        <w:t>(A) 2　　(B) 5/2　　(C) 5/2-sinθ　　(D) 5/2-1/2sinθ　　(E) 5/2-1/2sin(θ/2)</w:t>
      </w:r>
    </w:p>
    <w:p>
      <w:pPr>
        <w:spacing w:before="200" w:after="80" w:line="300" w:lineRule="auto"/>
      </w:pPr>
      <w:r>
        <w:rPr>
          <w:rFonts w:ascii="Times New Roman" w:hAnsi="Times New Roman" w:eastAsia="宋体"/>
          <w:b/>
          <w:i w:val="0"/>
          <w:sz w:val="23"/>
        </w:rPr>
        <w:t>第 20 题</w:t>
      </w:r>
    </w:p>
    <w:p>
      <w:pPr>
        <w:spacing w:before="0" w:after="80" w:line="300" w:lineRule="auto"/>
        <w:jc w:val="left"/>
      </w:pPr>
      <w:r>
        <w:rPr>
          <w:rFonts w:ascii="Times New Roman" w:hAnsi="Times New Roman" w:eastAsia="宋体"/>
          <w:b w:val="0"/>
          <w:i w:val="0"/>
          <w:sz w:val="21"/>
        </w:rPr>
        <w:t>一束光从点 A 出发，在同一平面内传播并反射 n 次，这些反射发生在直线 AD 与 CD 之间；随后它垂直射到点 B（该点可以在 AD 或 CD 上），再沿原路返回 A。（如附图所示，光线在每个反射点形成两个相等的角。图中画出的是 n=3 时的光路。）若 ∠ CDA=8°，则 n 的最大可能值是多少？</w:t>
      </w:r>
    </w:p>
    <w:p>
      <w:pPr>
        <w:spacing w:before="80" w:after="80"/>
        <w:jc w:val="center"/>
      </w:pPr>
      <w:r>
        <w:drawing>
          <wp:inline xmlns:a="http://schemas.openxmlformats.org/drawingml/2006/main" xmlns:pic="http://schemas.openxmlformats.org/drawingml/2006/picture">
            <wp:extent cx="1650914" cy="541970"/>
            <wp:docPr id="9" name="Picture 9"/>
            <wp:cNvGraphicFramePr>
              <a:graphicFrameLocks noChangeAspect="1"/>
            </wp:cNvGraphicFramePr>
            <a:graphic>
              <a:graphicData uri="http://schemas.openxmlformats.org/drawingml/2006/picture">
                <pic:pic>
                  <pic:nvPicPr>
                    <pic:cNvPr id="0" name="q20-1@300dpi.png"/>
                    <pic:cNvPicPr/>
                  </pic:nvPicPr>
                  <pic:blipFill>
                    <a:blip r:embed="rId13"/>
                    <a:stretch>
                      <a:fillRect/>
                    </a:stretch>
                  </pic:blipFill>
                  <pic:spPr>
                    <a:xfrm>
                      <a:off x="0" y="0"/>
                      <a:ext cx="1650914" cy="541970"/>
                    </a:xfrm>
                    <a:prstGeom prst="rect"/>
                  </pic:spPr>
                </pic:pic>
              </a:graphicData>
            </a:graphic>
          </wp:inline>
        </w:drawing>
      </w:r>
    </w:p>
    <w:p>
      <w:pPr>
        <w:spacing w:before="0" w:after="120" w:line="300" w:lineRule="auto"/>
      </w:pPr>
      <w:r>
        <w:rPr>
          <w:rFonts w:ascii="Times New Roman" w:hAnsi="Times New Roman" w:eastAsia="宋体"/>
          <w:b w:val="0"/>
          <w:i w:val="0"/>
          <w:sz w:val="21"/>
        </w:rPr>
        <w:t>（A）6　　（B）10　　（C）38　　（D）98　　（E）不存在最大值。</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 ray of light originates from point A and travels in a plane, being reflected n times between lines AD and CD, before striking a point B (which may be on AD or CD) perpendicularly and retracing its path to A. (At each point of reflection the light makes two equal angles as indicated in the adjoining figure. The figure shows the light path for n=3.) If ∠ CDA=8°, what is the largest value n can have?</w:t>
      </w:r>
    </w:p>
    <w:p>
      <w:pPr>
        <w:spacing w:before="80" w:after="80"/>
        <w:jc w:val="center"/>
      </w:pPr>
      <w:r>
        <w:drawing>
          <wp:inline xmlns:a="http://schemas.openxmlformats.org/drawingml/2006/main" xmlns:pic="http://schemas.openxmlformats.org/drawingml/2006/picture">
            <wp:extent cx="1650914" cy="541970"/>
            <wp:docPr id="10" name="Picture 10"/>
            <wp:cNvGraphicFramePr>
              <a:graphicFrameLocks noChangeAspect="1"/>
            </wp:cNvGraphicFramePr>
            <a:graphic>
              <a:graphicData uri="http://schemas.openxmlformats.org/drawingml/2006/picture">
                <pic:pic>
                  <pic:nvPicPr>
                    <pic:cNvPr id="0" name="q20-1@300dpi.png"/>
                    <pic:cNvPicPr/>
                  </pic:nvPicPr>
                  <pic:blipFill>
                    <a:blip r:embed="rId13"/>
                    <a:stretch>
                      <a:fillRect/>
                    </a:stretch>
                  </pic:blipFill>
                  <pic:spPr>
                    <a:xfrm>
                      <a:off x="0" y="0"/>
                      <a:ext cx="1650914" cy="541970"/>
                    </a:xfrm>
                    <a:prstGeom prst="rect"/>
                  </pic:spPr>
                </pic:pic>
              </a:graphicData>
            </a:graphic>
          </wp:inline>
        </w:drawing>
      </w:r>
    </w:p>
    <w:p>
      <w:pPr>
        <w:spacing w:before="0" w:after="160" w:line="300" w:lineRule="auto"/>
      </w:pPr>
      <w:r>
        <w:rPr>
          <w:rFonts w:ascii="Times New Roman" w:hAnsi="Times New Roman" w:eastAsia="宋体"/>
          <w:b w:val="0"/>
          <w:i w:val="0"/>
          <w:color w:val="333333"/>
          <w:sz w:val="19"/>
        </w:rPr>
        <w:t>(A) 6　　(B) 10　　(C) 38　　(D) 98　　(E) There is no largest value.</w:t>
      </w:r>
    </w:p>
    <w:p>
      <w:pPr>
        <w:spacing w:before="200" w:after="80" w:line="300" w:lineRule="auto"/>
      </w:pPr>
      <w:r>
        <w:rPr>
          <w:rFonts w:ascii="Times New Roman" w:hAnsi="Times New Roman" w:eastAsia="宋体"/>
          <w:b/>
          <w:i w:val="0"/>
          <w:sz w:val="23"/>
        </w:rPr>
        <w:t>第 21 题</w:t>
      </w:r>
    </w:p>
    <w:p>
      <w:pPr>
        <w:spacing w:before="0" w:after="80" w:line="300" w:lineRule="auto"/>
        <w:jc w:val="left"/>
      </w:pPr>
      <w:r>
        <w:rPr>
          <w:rFonts w:ascii="Times New Roman" w:hAnsi="Times New Roman" w:eastAsia="宋体"/>
          <w:b w:val="0"/>
          <w:i w:val="0"/>
          <w:sz w:val="21"/>
        </w:rPr>
        <w:t>一个三角形的三边长为 a、b、c，并满足</w:t>
      </w:r>
    </w:p>
    <w:p>
      <w:pPr>
        <w:spacing w:before="0" w:after="80" w:line="300" w:lineRule="auto"/>
        <w:jc w:val="left"/>
      </w:pPr>
      <w:r>
        <w:rPr>
          <w:rFonts w:ascii="Times New Roman" w:hAnsi="Times New Roman" w:eastAsia="宋体"/>
          <w:b w:val="0"/>
          <w:i w:val="0"/>
          <w:sz w:val="21"/>
        </w:rPr>
        <w:t>(a+b+c)(a+b-c)=3ab。</w:t>
      </w:r>
    </w:p>
    <w:p>
      <w:pPr>
        <w:spacing w:before="0" w:after="80" w:line="300" w:lineRule="auto"/>
        <w:jc w:val="left"/>
      </w:pPr>
      <w:r>
        <w:rPr>
          <w:rFonts w:ascii="Times New Roman" w:hAnsi="Times New Roman" w:eastAsia="宋体"/>
          <w:b w:val="0"/>
          <w:i w:val="0"/>
          <w:sz w:val="21"/>
        </w:rPr>
        <w:t>则边长为 c 的边所对角的度数为</w:t>
      </w:r>
    </w:p>
    <w:p>
      <w:pPr>
        <w:spacing w:before="0" w:after="120" w:line="300" w:lineRule="auto"/>
      </w:pPr>
      <w:r>
        <w:rPr>
          <w:rFonts w:ascii="Times New Roman" w:hAnsi="Times New Roman" w:eastAsia="宋体"/>
          <w:b w:val="0"/>
          <w:i w:val="0"/>
          <w:sz w:val="21"/>
        </w:rPr>
        <w:t>（A）15°　　（B）30°　　（C）45°　　（D）60°　　（E）150°</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In a triangle with sides of lengths a, b, and c,</w:t>
      </w:r>
    </w:p>
    <w:p>
      <w:pPr>
        <w:spacing w:before="0" w:after="80" w:line="300" w:lineRule="auto"/>
        <w:jc w:val="left"/>
      </w:pPr>
      <w:r>
        <w:rPr>
          <w:rFonts w:ascii="Times New Roman" w:hAnsi="Times New Roman" w:eastAsia="宋体"/>
          <w:b w:val="0"/>
          <w:i w:val="0"/>
          <w:color w:val="333333"/>
          <w:sz w:val="19"/>
        </w:rPr>
        <w:t>(a+b+c)(a+b-c)=3ab.</w:t>
      </w:r>
    </w:p>
    <w:p>
      <w:pPr>
        <w:spacing w:before="0" w:after="80" w:line="300" w:lineRule="auto"/>
        <w:jc w:val="left"/>
      </w:pPr>
      <w:r>
        <w:rPr>
          <w:rFonts w:ascii="Times New Roman" w:hAnsi="Times New Roman" w:eastAsia="宋体"/>
          <w:b w:val="0"/>
          <w:i w:val="0"/>
          <w:color w:val="333333"/>
          <w:sz w:val="19"/>
        </w:rPr>
        <w:t>The measure of the angle opposite the side of length c is</w:t>
      </w:r>
    </w:p>
    <w:p>
      <w:pPr>
        <w:spacing w:before="0" w:after="160" w:line="300" w:lineRule="auto"/>
      </w:pPr>
      <w:r>
        <w:rPr>
          <w:rFonts w:ascii="Times New Roman" w:hAnsi="Times New Roman" w:eastAsia="宋体"/>
          <w:b w:val="0"/>
          <w:i w:val="0"/>
          <w:color w:val="333333"/>
          <w:sz w:val="19"/>
        </w:rPr>
        <w:t>(A) 15°　　(B) 30°　　(C) 45°　　(D) 60°　　(E) 150°</w:t>
      </w:r>
    </w:p>
    <w:p>
      <w:pPr>
        <w:spacing w:before="200" w:after="80" w:line="300" w:lineRule="auto"/>
      </w:pPr>
      <w:r>
        <w:rPr>
          <w:rFonts w:ascii="Times New Roman" w:hAnsi="Times New Roman" w:eastAsia="宋体"/>
          <w:b/>
          <w:i w:val="0"/>
          <w:sz w:val="23"/>
        </w:rPr>
        <w:t>第 22 题</w:t>
      </w:r>
    </w:p>
    <w:p>
      <w:pPr>
        <w:spacing w:before="0" w:after="80" w:line="300" w:lineRule="auto"/>
        <w:jc w:val="left"/>
      </w:pPr>
      <w:r>
        <w:rPr>
          <w:rFonts w:ascii="Times New Roman" w:hAnsi="Times New Roman" w:eastAsia="宋体"/>
          <w:b w:val="0"/>
          <w:i w:val="0"/>
          <w:sz w:val="21"/>
        </w:rPr>
        <w:t>在三维直角坐标系中，有多少条直线经过四个不同的形如 (i,j,k) 的点，其中 i、j、k 都是不超过四的正整数？</w:t>
      </w:r>
    </w:p>
    <w:p>
      <w:pPr>
        <w:spacing w:before="0" w:after="120" w:line="300" w:lineRule="auto"/>
      </w:pPr>
      <w:r>
        <w:rPr>
          <w:rFonts w:ascii="Times New Roman" w:hAnsi="Times New Roman" w:eastAsia="宋体"/>
          <w:b w:val="0"/>
          <w:i w:val="0"/>
          <w:sz w:val="21"/>
        </w:rPr>
        <w:t>（A）60　　（B）64　　（C）72　　（D）76　　（E）100</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How many lines in a three-dimensional rectangular coordinate system pass through four distinct points of the form (i,j,k), where i, j, and k are positive integers not exceeding four?</w:t>
      </w:r>
    </w:p>
    <w:p>
      <w:pPr>
        <w:spacing w:before="0" w:after="160" w:line="300" w:lineRule="auto"/>
      </w:pPr>
      <w:r>
        <w:rPr>
          <w:rFonts w:ascii="Times New Roman" w:hAnsi="Times New Roman" w:eastAsia="宋体"/>
          <w:b w:val="0"/>
          <w:i w:val="0"/>
          <w:color w:val="333333"/>
          <w:sz w:val="19"/>
        </w:rPr>
        <w:t>(A) 60　　(B) 64　　(C) 72　　(D) 76　　(E) 100</w:t>
      </w:r>
    </w:p>
    <w:p>
      <w:pPr>
        <w:spacing w:before="200" w:after="80" w:line="300" w:lineRule="auto"/>
      </w:pPr>
      <w:r>
        <w:rPr>
          <w:rFonts w:ascii="Times New Roman" w:hAnsi="Times New Roman" w:eastAsia="宋体"/>
          <w:b/>
          <w:i w:val="0"/>
          <w:sz w:val="23"/>
        </w:rPr>
        <w:t>第 23 题</w:t>
      </w:r>
    </w:p>
    <w:p>
      <w:pPr>
        <w:spacing w:before="0" w:after="80" w:line="300" w:lineRule="auto"/>
        <w:jc w:val="left"/>
      </w:pPr>
      <w:r>
        <w:rPr>
          <w:rFonts w:ascii="Times New Roman" w:hAnsi="Times New Roman" w:eastAsia="宋体"/>
          <w:b w:val="0"/>
          <w:i w:val="0"/>
          <w:sz w:val="21"/>
        </w:rPr>
        <w:t>等边 △ ABC 内接于一个圆。另一个圆在 T 处与外接圆内切，并与边 AB 和 AC 分别相切于点 P 和 Q。若边 BC 的长度为 12，则线段 PQ 的长度为</w:t>
      </w:r>
    </w:p>
    <w:p>
      <w:pPr>
        <w:spacing w:before="80" w:after="80"/>
        <w:jc w:val="center"/>
      </w:pPr>
      <w:r>
        <w:drawing>
          <wp:inline xmlns:a="http://schemas.openxmlformats.org/drawingml/2006/main" xmlns:pic="http://schemas.openxmlformats.org/drawingml/2006/picture">
            <wp:extent cx="1291120" cy="1451685"/>
            <wp:docPr id="11" name="Picture 11"/>
            <wp:cNvGraphicFramePr>
              <a:graphicFrameLocks noChangeAspect="1"/>
            </wp:cNvGraphicFramePr>
            <a:graphic>
              <a:graphicData uri="http://schemas.openxmlformats.org/drawingml/2006/picture">
                <pic:pic>
                  <pic:nvPicPr>
                    <pic:cNvPr id="0" name="q23-1@300dpi.png"/>
                    <pic:cNvPicPr/>
                  </pic:nvPicPr>
                  <pic:blipFill>
                    <a:blip r:embed="rId14"/>
                    <a:stretch>
                      <a:fillRect/>
                    </a:stretch>
                  </pic:blipFill>
                  <pic:spPr>
                    <a:xfrm>
                      <a:off x="0" y="0"/>
                      <a:ext cx="1291120" cy="1451685"/>
                    </a:xfrm>
                    <a:prstGeom prst="rect"/>
                  </pic:spPr>
                </pic:pic>
              </a:graphicData>
            </a:graphic>
          </wp:inline>
        </w:drawing>
      </w:r>
    </w:p>
    <w:p>
      <w:pPr>
        <w:spacing w:before="0" w:after="120" w:line="300" w:lineRule="auto"/>
      </w:pPr>
      <w:r>
        <w:rPr>
          <w:rFonts w:ascii="Times New Roman" w:hAnsi="Times New Roman" w:eastAsia="宋体"/>
          <w:b w:val="0"/>
          <w:i w:val="0"/>
          <w:sz w:val="21"/>
        </w:rPr>
        <w:t>（A）6　　（B）6√(3)　　（C）8　　（D）8√(3)　　（E）9</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Equilateral △ ABC is inscribed in a circle. A second circle is tangent internally to the circumcircle at T and tangent to sides AB and AC at points P and Q. If side BC has length 12, then segment PQ has length</w:t>
      </w:r>
    </w:p>
    <w:p>
      <w:pPr>
        <w:spacing w:before="80" w:after="80"/>
        <w:jc w:val="center"/>
      </w:pPr>
      <w:r>
        <w:drawing>
          <wp:inline xmlns:a="http://schemas.openxmlformats.org/drawingml/2006/main" xmlns:pic="http://schemas.openxmlformats.org/drawingml/2006/picture">
            <wp:extent cx="1291120" cy="1451685"/>
            <wp:docPr id="12" name="Picture 12"/>
            <wp:cNvGraphicFramePr>
              <a:graphicFrameLocks noChangeAspect="1"/>
            </wp:cNvGraphicFramePr>
            <a:graphic>
              <a:graphicData uri="http://schemas.openxmlformats.org/drawingml/2006/picture">
                <pic:pic>
                  <pic:nvPicPr>
                    <pic:cNvPr id="0" name="q23-1@300dpi.png"/>
                    <pic:cNvPicPr/>
                  </pic:nvPicPr>
                  <pic:blipFill>
                    <a:blip r:embed="rId14"/>
                    <a:stretch>
                      <a:fillRect/>
                    </a:stretch>
                  </pic:blipFill>
                  <pic:spPr>
                    <a:xfrm>
                      <a:off x="0" y="0"/>
                      <a:ext cx="1291120" cy="1451685"/>
                    </a:xfrm>
                    <a:prstGeom prst="rect"/>
                  </pic:spPr>
                </pic:pic>
              </a:graphicData>
            </a:graphic>
          </wp:inline>
        </w:drawing>
      </w:r>
    </w:p>
    <w:p>
      <w:pPr>
        <w:spacing w:before="0" w:after="160" w:line="300" w:lineRule="auto"/>
      </w:pPr>
      <w:r>
        <w:rPr>
          <w:rFonts w:ascii="Times New Roman" w:hAnsi="Times New Roman" w:eastAsia="宋体"/>
          <w:b w:val="0"/>
          <w:i w:val="0"/>
          <w:color w:val="333333"/>
          <w:sz w:val="19"/>
        </w:rPr>
        <w:t>(A) 6　　(B) 6√(3)　　(C) 8　　(D) 8√(3)　　(E) 9</w:t>
      </w:r>
    </w:p>
    <w:p>
      <w:pPr>
        <w:spacing w:before="200" w:after="80" w:line="300" w:lineRule="auto"/>
      </w:pPr>
      <w:r>
        <w:rPr>
          <w:rFonts w:ascii="Times New Roman" w:hAnsi="Times New Roman" w:eastAsia="宋体"/>
          <w:b/>
          <w:i w:val="0"/>
          <w:sz w:val="23"/>
        </w:rPr>
        <w:t>第 24 题</w:t>
      </w:r>
    </w:p>
    <w:p>
      <w:pPr>
        <w:spacing w:before="0" w:after="80" w:line="300" w:lineRule="auto"/>
        <w:jc w:val="left"/>
      </w:pPr>
      <w:r>
        <w:rPr>
          <w:rFonts w:ascii="Times New Roman" w:hAnsi="Times New Roman" w:eastAsia="宋体"/>
          <w:b w:val="0"/>
          <w:i w:val="0"/>
          <w:sz w:val="21"/>
        </w:rPr>
        <w:t>若常数 θ 满足 0&lt;θ&lt;π，且 x+1/x=2cosθ，则对每个正整数 n，xⁿ+1/xⁿ 等于</w:t>
      </w:r>
    </w:p>
    <w:p>
      <w:pPr>
        <w:spacing w:before="0" w:after="120" w:line="300" w:lineRule="auto"/>
      </w:pPr>
      <w:r>
        <w:rPr>
          <w:rFonts w:ascii="Times New Roman" w:hAnsi="Times New Roman" w:eastAsia="宋体"/>
          <w:b w:val="0"/>
          <w:i w:val="0"/>
          <w:sz w:val="21"/>
        </w:rPr>
        <w:t>（A）2cosθ　　（B）2ⁿcosθ　　（C）2cosⁿθ　　（D）2cos nθ　　（E）2ⁿcosⁿθ</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If θ is a constant such that 0&lt;θ&lt;π and x+1/x=2cosθ, then for each positive integer n, xⁿ+1/xⁿ equals</w:t>
      </w:r>
    </w:p>
    <w:p>
      <w:pPr>
        <w:spacing w:before="0" w:after="160" w:line="300" w:lineRule="auto"/>
      </w:pPr>
      <w:r>
        <w:rPr>
          <w:rFonts w:ascii="Times New Roman" w:hAnsi="Times New Roman" w:eastAsia="宋体"/>
          <w:b w:val="0"/>
          <w:i w:val="0"/>
          <w:color w:val="333333"/>
          <w:sz w:val="19"/>
        </w:rPr>
        <w:t>(A) 2cosθ　　(B) 2ⁿcosθ　　(C) 2cosⁿθ　　(D) 2cos nθ　　(E) 2ⁿcosⁿθ</w:t>
      </w:r>
    </w:p>
    <w:p>
      <w:pPr>
        <w:spacing w:before="200" w:after="80" w:line="300" w:lineRule="auto"/>
      </w:pPr>
      <w:r>
        <w:rPr>
          <w:rFonts w:ascii="Times New Roman" w:hAnsi="Times New Roman" w:eastAsia="宋体"/>
          <w:b/>
          <w:i w:val="0"/>
          <w:sz w:val="23"/>
        </w:rPr>
        <w:t>第 25 题</w:t>
      </w:r>
    </w:p>
    <w:p>
      <w:pPr>
        <w:spacing w:before="0" w:after="80" w:line="300" w:lineRule="auto"/>
        <w:jc w:val="left"/>
      </w:pPr>
      <w:r>
        <w:rPr>
          <w:rFonts w:ascii="Times New Roman" w:hAnsi="Times New Roman" w:eastAsia="宋体"/>
          <w:b w:val="0"/>
          <w:i w:val="0"/>
          <w:sz w:val="21"/>
        </w:rPr>
        <w:t>在附图的三角形 ABC 中，AD 和 AE 将 ∠ BAC 三等分。BD、DE、EC 的长度分别为 2、3、6。△ ABC 的最短边长度为</w:t>
      </w:r>
    </w:p>
    <w:p>
      <w:pPr>
        <w:spacing w:before="80" w:after="80"/>
        <w:jc w:val="center"/>
      </w:pPr>
      <w:r>
        <w:drawing>
          <wp:inline xmlns:a="http://schemas.openxmlformats.org/drawingml/2006/main" xmlns:pic="http://schemas.openxmlformats.org/drawingml/2006/picture">
            <wp:extent cx="2015559" cy="1050947"/>
            <wp:docPr id="13" name="Picture 13"/>
            <wp:cNvGraphicFramePr>
              <a:graphicFrameLocks noChangeAspect="1"/>
            </wp:cNvGraphicFramePr>
            <a:graphic>
              <a:graphicData uri="http://schemas.openxmlformats.org/drawingml/2006/picture">
                <pic:pic>
                  <pic:nvPicPr>
                    <pic:cNvPr id="0" name="q25-1@300dpi.png"/>
                    <pic:cNvPicPr/>
                  </pic:nvPicPr>
                  <pic:blipFill>
                    <a:blip r:embed="rId15"/>
                    <a:stretch>
                      <a:fillRect/>
                    </a:stretch>
                  </pic:blipFill>
                  <pic:spPr>
                    <a:xfrm>
                      <a:off x="0" y="0"/>
                      <a:ext cx="2015559" cy="1050947"/>
                    </a:xfrm>
                    <a:prstGeom prst="rect"/>
                  </pic:spPr>
                </pic:pic>
              </a:graphicData>
            </a:graphic>
          </wp:inline>
        </w:drawing>
      </w:r>
    </w:p>
    <w:p>
      <w:pPr>
        <w:spacing w:before="0" w:after="120" w:line="300" w:lineRule="auto"/>
      </w:pPr>
      <w:r>
        <w:rPr>
          <w:rFonts w:ascii="Times New Roman" w:hAnsi="Times New Roman" w:eastAsia="宋体"/>
          <w:b w:val="0"/>
          <w:i w:val="0"/>
          <w:sz w:val="21"/>
        </w:rPr>
        <w:t>（A）2√(10)　　（B）11　　（C）6√(6)　　（D）6　　（E）根据已知信息无法唯一确定</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In triangle ABC in the adjoining figure, AD and AE trisect ∠ BAC. The lengths of BD, DE, and EC are 2, 3, and 6, respectively. The length of the shortest side of △ ABC is</w:t>
      </w:r>
    </w:p>
    <w:p>
      <w:pPr>
        <w:spacing w:before="80" w:after="80"/>
        <w:jc w:val="center"/>
      </w:pPr>
      <w:r>
        <w:drawing>
          <wp:inline xmlns:a="http://schemas.openxmlformats.org/drawingml/2006/main" xmlns:pic="http://schemas.openxmlformats.org/drawingml/2006/picture">
            <wp:extent cx="2015559" cy="1050947"/>
            <wp:docPr id="14" name="Picture 14"/>
            <wp:cNvGraphicFramePr>
              <a:graphicFrameLocks noChangeAspect="1"/>
            </wp:cNvGraphicFramePr>
            <a:graphic>
              <a:graphicData uri="http://schemas.openxmlformats.org/drawingml/2006/picture">
                <pic:pic>
                  <pic:nvPicPr>
                    <pic:cNvPr id="0" name="q25-1@300dpi.png"/>
                    <pic:cNvPicPr/>
                  </pic:nvPicPr>
                  <pic:blipFill>
                    <a:blip r:embed="rId15"/>
                    <a:stretch>
                      <a:fillRect/>
                    </a:stretch>
                  </pic:blipFill>
                  <pic:spPr>
                    <a:xfrm>
                      <a:off x="0" y="0"/>
                      <a:ext cx="2015559" cy="1050947"/>
                    </a:xfrm>
                    <a:prstGeom prst="rect"/>
                  </pic:spPr>
                </pic:pic>
              </a:graphicData>
            </a:graphic>
          </wp:inline>
        </w:drawing>
      </w:r>
    </w:p>
    <w:p>
      <w:pPr>
        <w:spacing w:before="0" w:after="160" w:line="300" w:lineRule="auto"/>
      </w:pPr>
      <w:r>
        <w:rPr>
          <w:rFonts w:ascii="Times New Roman" w:hAnsi="Times New Roman" w:eastAsia="宋体"/>
          <w:b w:val="0"/>
          <w:i w:val="0"/>
          <w:color w:val="333333"/>
          <w:sz w:val="19"/>
        </w:rPr>
        <w:t>(A) 2√(10)　　(B) 11　　(C) 6√(6)　　(D) 6　　(E) not uniquely determined by the given information</w:t>
      </w:r>
    </w:p>
    <w:p>
      <w:pPr>
        <w:spacing w:before="200" w:after="80" w:line="300" w:lineRule="auto"/>
      </w:pPr>
      <w:r>
        <w:rPr>
          <w:rFonts w:ascii="Times New Roman" w:hAnsi="Times New Roman" w:eastAsia="宋体"/>
          <w:b/>
          <w:i w:val="0"/>
          <w:sz w:val="23"/>
        </w:rPr>
        <w:t>第 26 题</w:t>
      </w:r>
    </w:p>
    <w:p>
      <w:pPr>
        <w:spacing w:before="0" w:after="80" w:line="300" w:lineRule="auto"/>
        <w:jc w:val="left"/>
      </w:pPr>
      <w:r>
        <w:rPr>
          <w:rFonts w:ascii="Times New Roman" w:hAnsi="Times New Roman" w:eastAsia="宋体"/>
          <w:b w:val="0"/>
          <w:i w:val="0"/>
          <w:sz w:val="21"/>
        </w:rPr>
        <w:t>爱丽丝、鲍勃和卡萝尔轮流反复掷一个骰子。爱丽丝先掷；爱丽丝之后总是轮到鲍勃；鲍勃之后总是轮到卡萝尔；卡萝尔之后总是轮到爱丽丝。求卡萝尔第一个掷出六点的概率。（每次掷出六点的概率为 1/6，且与其他任何一次投掷的结果相互独立。）</w:t>
      </w:r>
    </w:p>
    <w:p>
      <w:pPr>
        <w:spacing w:before="0" w:after="120" w:line="300" w:lineRule="auto"/>
      </w:pPr>
      <w:r>
        <w:rPr>
          <w:rFonts w:ascii="Times New Roman" w:hAnsi="Times New Roman" w:eastAsia="宋体"/>
          <w:b w:val="0"/>
          <w:i w:val="0"/>
          <w:sz w:val="21"/>
        </w:rPr>
        <w:t>（A）1/3　　（B）2/9　　（C）5/18　　（D）25/91　　（E）36/91</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Alice, Bob, and Carol repeatedly take turns tossing a die. Alice begins; Bob always follows Alice; Carol always follows Bob; and Alice always follows Carol. Find the probability that Carol will be the first one to toss a six. (The probability of obtaining a six on any toss is 1/6, independent of the outcome of any other toss.)</w:t>
      </w:r>
    </w:p>
    <w:p>
      <w:pPr>
        <w:spacing w:before="0" w:after="160" w:line="300" w:lineRule="auto"/>
      </w:pPr>
      <w:r>
        <w:rPr>
          <w:rFonts w:ascii="Times New Roman" w:hAnsi="Times New Roman" w:eastAsia="宋体"/>
          <w:b w:val="0"/>
          <w:i w:val="0"/>
          <w:color w:val="333333"/>
          <w:sz w:val="19"/>
        </w:rPr>
        <w:t>(A) 1/3　　(B) 2/9　　(C) 5/18　　(D) 25/91　　(E) 36/91</w:t>
      </w:r>
    </w:p>
    <w:p>
      <w:pPr>
        <w:spacing w:before="200" w:after="80" w:line="300" w:lineRule="auto"/>
      </w:pPr>
      <w:r>
        <w:rPr>
          <w:rFonts w:ascii="Times New Roman" w:hAnsi="Times New Roman" w:eastAsia="宋体"/>
          <w:b/>
          <w:i w:val="0"/>
          <w:sz w:val="23"/>
        </w:rPr>
        <w:t>第 27 题</w:t>
      </w:r>
    </w:p>
    <w:p>
      <w:pPr>
        <w:spacing w:before="0" w:after="80" w:line="300" w:lineRule="auto"/>
        <w:jc w:val="left"/>
      </w:pPr>
      <w:r>
        <w:rPr>
          <w:rFonts w:ascii="Times New Roman" w:hAnsi="Times New Roman" w:eastAsia="宋体"/>
          <w:b w:val="0"/>
          <w:i w:val="0"/>
          <w:sz w:val="21"/>
        </w:rPr>
        <w:t>在附图中，三角形 ABC 内接于一个圆。点 D 位于 oversetfrownAC 上，且 oversetfrownDC=30°；点 G 位于 oversetfrownBA 上，且 oversetfrownBG&gt;oversetfrownGA。边 AB 和 AC 的长度都等于弦 DG 的长度，并且 ∠ CAB=30°。弦 DG 与边 AC 和 AB 分别相交于 E 和 F。△ AFE 的面积与 △ ABC 的面积之比为</w:t>
      </w:r>
    </w:p>
    <w:p>
      <w:pPr>
        <w:spacing w:before="80" w:after="80"/>
        <w:jc w:val="center"/>
      </w:pPr>
      <w:r>
        <w:drawing>
          <wp:inline xmlns:a="http://schemas.openxmlformats.org/drawingml/2006/main" xmlns:pic="http://schemas.openxmlformats.org/drawingml/2006/picture">
            <wp:extent cx="1333996" cy="1461482"/>
            <wp:docPr id="15" name="Picture 15"/>
            <wp:cNvGraphicFramePr>
              <a:graphicFrameLocks noChangeAspect="1"/>
            </wp:cNvGraphicFramePr>
            <a:graphic>
              <a:graphicData uri="http://schemas.openxmlformats.org/drawingml/2006/picture">
                <pic:pic>
                  <pic:nvPicPr>
                    <pic:cNvPr id="0" name="q27-1@300dpi.png"/>
                    <pic:cNvPicPr/>
                  </pic:nvPicPr>
                  <pic:blipFill>
                    <a:blip r:embed="rId16"/>
                    <a:stretch>
                      <a:fillRect/>
                    </a:stretch>
                  </pic:blipFill>
                  <pic:spPr>
                    <a:xfrm>
                      <a:off x="0" y="0"/>
                      <a:ext cx="1333996" cy="1461482"/>
                    </a:xfrm>
                    <a:prstGeom prst="rect"/>
                  </pic:spPr>
                </pic:pic>
              </a:graphicData>
            </a:graphic>
          </wp:inline>
        </w:drawing>
      </w:r>
    </w:p>
    <w:p>
      <w:pPr>
        <w:spacing w:before="0" w:after="120" w:line="300" w:lineRule="auto"/>
      </w:pPr>
      <w:r>
        <w:rPr>
          <w:rFonts w:ascii="Times New Roman" w:hAnsi="Times New Roman" w:eastAsia="宋体"/>
          <w:b w:val="0"/>
          <w:i w:val="0"/>
          <w:sz w:val="21"/>
        </w:rPr>
        <w:t>（A）(2-√(3))/3　　（B）(2√(3)-3)/3　　（C）7√(3)-12　　（D）3√(3)-5　　（E）(9-5√(3))/3</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In the adjoining figure triangle ABC is inscribed in a circle. Point D lies on oversetfrownAC with oversetfrownDC=30°, and point G lies on oversetfrownBA with oversetfrownBG&gt;oversetfrownGA. Side AB and side AC each have length equal to the length of chord DG, and ∠ CAB=30°. Chord DG intersects sides AC and AB at E and F, respectively. The ratio of the area of △ AFE to the area of △ ABC is</w:t>
      </w:r>
    </w:p>
    <w:p>
      <w:pPr>
        <w:spacing w:before="80" w:after="80"/>
        <w:jc w:val="center"/>
      </w:pPr>
      <w:r>
        <w:drawing>
          <wp:inline xmlns:a="http://schemas.openxmlformats.org/drawingml/2006/main" xmlns:pic="http://schemas.openxmlformats.org/drawingml/2006/picture">
            <wp:extent cx="1333996" cy="1461482"/>
            <wp:docPr id="16" name="Picture 16"/>
            <wp:cNvGraphicFramePr>
              <a:graphicFrameLocks noChangeAspect="1"/>
            </wp:cNvGraphicFramePr>
            <a:graphic>
              <a:graphicData uri="http://schemas.openxmlformats.org/drawingml/2006/picture">
                <pic:pic>
                  <pic:nvPicPr>
                    <pic:cNvPr id="0" name="q27-1@300dpi.png"/>
                    <pic:cNvPicPr/>
                  </pic:nvPicPr>
                  <pic:blipFill>
                    <a:blip r:embed="rId16"/>
                    <a:stretch>
                      <a:fillRect/>
                    </a:stretch>
                  </pic:blipFill>
                  <pic:spPr>
                    <a:xfrm>
                      <a:off x="0" y="0"/>
                      <a:ext cx="1333996" cy="1461482"/>
                    </a:xfrm>
                    <a:prstGeom prst="rect"/>
                  </pic:spPr>
                </pic:pic>
              </a:graphicData>
            </a:graphic>
          </wp:inline>
        </w:drawing>
      </w:r>
    </w:p>
    <w:p>
      <w:pPr>
        <w:spacing w:before="0" w:after="160" w:line="300" w:lineRule="auto"/>
      </w:pPr>
      <w:r>
        <w:rPr>
          <w:rFonts w:ascii="Times New Roman" w:hAnsi="Times New Roman" w:eastAsia="宋体"/>
          <w:b w:val="0"/>
          <w:i w:val="0"/>
          <w:color w:val="333333"/>
          <w:sz w:val="19"/>
        </w:rPr>
        <w:t>(A) (2-√(3))/3　　(B) (2√(3)-3)/3　　(C) 7√(3)-12　　(D) 3√(3)-5　　(E) (9-5√(3))/3</w:t>
      </w:r>
    </w:p>
    <w:p>
      <w:pPr>
        <w:spacing w:before="200" w:after="80" w:line="300" w:lineRule="auto"/>
      </w:pPr>
      <w:r>
        <w:rPr>
          <w:rFonts w:ascii="Times New Roman" w:hAnsi="Times New Roman" w:eastAsia="宋体"/>
          <w:b/>
          <w:i w:val="0"/>
          <w:sz w:val="23"/>
        </w:rPr>
        <w:t>第 28 题</w:t>
      </w:r>
    </w:p>
    <w:p>
      <w:pPr>
        <w:spacing w:before="0" w:after="80" w:line="300" w:lineRule="auto"/>
        <w:jc w:val="left"/>
      </w:pPr>
      <w:r>
        <w:rPr>
          <w:rFonts w:ascii="Times New Roman" w:hAnsi="Times New Roman" w:eastAsia="宋体"/>
          <w:b w:val="0"/>
          <w:i w:val="0"/>
          <w:sz w:val="21"/>
        </w:rPr>
        <w:t>考虑所有形如 x³+a₂x²+a₁x+a₀=0 的方程，其中 a₂、a₁、a₀ 都是实常数，并且 |aᵢ|≤2，其中 i=0、1、2。令 r 为至少满足其中一个方程的最大正实数。则</w:t>
      </w:r>
    </w:p>
    <w:p>
      <w:pPr>
        <w:spacing w:before="0" w:after="120" w:line="300" w:lineRule="auto"/>
      </w:pPr>
      <w:r>
        <w:rPr>
          <w:rFonts w:ascii="Times New Roman" w:hAnsi="Times New Roman" w:eastAsia="宋体"/>
          <w:b w:val="0"/>
          <w:i w:val="0"/>
          <w:sz w:val="21"/>
        </w:rPr>
        <w:t>（A）1≤ r&lt;3/2　　（B）3/2≤ r&lt;2　　（C）2≤ r&lt;5/2　　（D）5/2≤ r&lt;3　　（E）3≤ r&lt;7/2</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Consider the set of all equations x³+a₂x²+a₁x+a₀=0, where a₂, a₁, a₀ are real constants and |aᵢ|≤2 for i=0, 1, 2. Let r be the largest positive real number which satisfies at least one of these equations. Then</w:t>
      </w:r>
    </w:p>
    <w:p>
      <w:pPr>
        <w:spacing w:before="0" w:after="160" w:line="300" w:lineRule="auto"/>
      </w:pPr>
      <w:r>
        <w:rPr>
          <w:rFonts w:ascii="Times New Roman" w:hAnsi="Times New Roman" w:eastAsia="宋体"/>
          <w:b w:val="0"/>
          <w:i w:val="0"/>
          <w:color w:val="333333"/>
          <w:sz w:val="19"/>
        </w:rPr>
        <w:t>(A) 1≤ r&lt;3/2　　(B) 3/2≤ r&lt;2　　(C) 2≤ r&lt;5/2　　(D) 5/2≤ r&lt;3　　(E) 3≤ r&lt;7/2</w:t>
      </w:r>
    </w:p>
    <w:p>
      <w:pPr>
        <w:spacing w:before="200" w:after="80" w:line="300" w:lineRule="auto"/>
      </w:pPr>
      <w:r>
        <w:rPr>
          <w:rFonts w:ascii="Times New Roman" w:hAnsi="Times New Roman" w:eastAsia="宋体"/>
          <w:b/>
          <w:i w:val="0"/>
          <w:sz w:val="23"/>
        </w:rPr>
        <w:t>第 29 题</w:t>
      </w:r>
    </w:p>
    <w:p>
      <w:pPr>
        <w:spacing w:before="0" w:after="80" w:line="300" w:lineRule="auto"/>
        <w:jc w:val="left"/>
      </w:pPr>
      <w:r>
        <w:rPr>
          <w:rFonts w:ascii="Times New Roman" w:hAnsi="Times New Roman" w:eastAsia="宋体"/>
          <w:b w:val="0"/>
          <w:i w:val="0"/>
          <w:sz w:val="21"/>
        </w:rPr>
        <w:t>若 a&gt;1，则方程</w:t>
      </w:r>
    </w:p>
    <w:p>
      <w:pPr>
        <w:spacing w:before="0" w:after="80" w:line="300" w:lineRule="auto"/>
        <w:jc w:val="left"/>
      </w:pPr>
      <w:r>
        <w:rPr>
          <w:rFonts w:ascii="Times New Roman" w:hAnsi="Times New Roman" w:eastAsia="宋体"/>
          <w:b w:val="0"/>
          <w:i w:val="0"/>
          <w:sz w:val="21"/>
        </w:rPr>
        <w:t>√(a-√(a+x))=x</w:t>
      </w:r>
    </w:p>
    <w:p>
      <w:pPr>
        <w:spacing w:before="0" w:after="80" w:line="300" w:lineRule="auto"/>
        <w:jc w:val="left"/>
      </w:pPr>
      <w:r>
        <w:rPr>
          <w:rFonts w:ascii="Times New Roman" w:hAnsi="Times New Roman" w:eastAsia="宋体"/>
          <w:b w:val="0"/>
          <w:i w:val="0"/>
          <w:sz w:val="21"/>
        </w:rPr>
        <w:t>的所有实数解之和等于</w:t>
      </w:r>
    </w:p>
    <w:p>
      <w:pPr>
        <w:spacing w:before="0" w:after="120" w:line="300" w:lineRule="auto"/>
      </w:pPr>
      <w:r>
        <w:rPr>
          <w:rFonts w:ascii="Times New Roman" w:hAnsi="Times New Roman" w:eastAsia="宋体"/>
          <w:b w:val="0"/>
          <w:i w:val="0"/>
          <w:sz w:val="21"/>
        </w:rPr>
        <w:t>（A）√(a)-1　　（B）(√(a)-1)/2　　（C）√(a-1)　　（D）(√(a-1))/2　　（E）(√(4a-3)-1)/2</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If a&gt;1, then the sum of the real solutions of</w:t>
      </w:r>
    </w:p>
    <w:p>
      <w:pPr>
        <w:spacing w:before="0" w:after="80" w:line="300" w:lineRule="auto"/>
        <w:jc w:val="left"/>
      </w:pPr>
      <w:r>
        <w:rPr>
          <w:rFonts w:ascii="Times New Roman" w:hAnsi="Times New Roman" w:eastAsia="宋体"/>
          <w:b w:val="0"/>
          <w:i w:val="0"/>
          <w:color w:val="333333"/>
          <w:sz w:val="19"/>
        </w:rPr>
        <w:t>√(a-√(a+x))=x</w:t>
      </w:r>
    </w:p>
    <w:p>
      <w:pPr>
        <w:spacing w:before="0" w:after="80" w:line="300" w:lineRule="auto"/>
        <w:jc w:val="left"/>
      </w:pPr>
      <w:r>
        <w:rPr>
          <w:rFonts w:ascii="Times New Roman" w:hAnsi="Times New Roman" w:eastAsia="宋体"/>
          <w:b w:val="0"/>
          <w:i w:val="0"/>
          <w:color w:val="333333"/>
          <w:sz w:val="19"/>
        </w:rPr>
        <w:t>is equal to</w:t>
      </w:r>
    </w:p>
    <w:p>
      <w:pPr>
        <w:spacing w:before="0" w:after="160" w:line="300" w:lineRule="auto"/>
      </w:pPr>
      <w:r>
        <w:rPr>
          <w:rFonts w:ascii="Times New Roman" w:hAnsi="Times New Roman" w:eastAsia="宋体"/>
          <w:b w:val="0"/>
          <w:i w:val="0"/>
          <w:color w:val="333333"/>
          <w:sz w:val="19"/>
        </w:rPr>
        <w:t>(A) √(a)-1　　(B) (√(a)-1)/2　　(C) √(a-1)　　(D) (√(a-1))/2　　(E) (√(4a-3)-1)/2</w:t>
      </w:r>
    </w:p>
    <w:p>
      <w:pPr>
        <w:spacing w:before="200" w:after="80" w:line="300" w:lineRule="auto"/>
      </w:pPr>
      <w:r>
        <w:rPr>
          <w:rFonts w:ascii="Times New Roman" w:hAnsi="Times New Roman" w:eastAsia="宋体"/>
          <w:b/>
          <w:i w:val="0"/>
          <w:sz w:val="23"/>
        </w:rPr>
        <w:t>第 30 题</w:t>
      </w:r>
    </w:p>
    <w:p>
      <w:pPr>
        <w:spacing w:before="0" w:after="80" w:line="300" w:lineRule="auto"/>
        <w:jc w:val="left"/>
      </w:pPr>
      <w:r>
        <w:rPr>
          <w:rFonts w:ascii="Times New Roman" w:hAnsi="Times New Roman" w:eastAsia="宋体"/>
          <w:b w:val="0"/>
          <w:i w:val="0"/>
          <w:sz w:val="21"/>
        </w:rPr>
        <w:t>若 a、b、c、d 是方程 x⁴-bx-3=0 的解，则一个以</w:t>
      </w:r>
    </w:p>
    <w:p>
      <w:pPr>
        <w:spacing w:before="0" w:after="80" w:line="300" w:lineRule="auto"/>
        <w:jc w:val="left"/>
      </w:pPr>
      <w:r>
        <w:rPr>
          <w:rFonts w:ascii="Times New Roman" w:hAnsi="Times New Roman" w:eastAsia="宋体"/>
          <w:b w:val="0"/>
          <w:i w:val="0"/>
          <w:sz w:val="21"/>
        </w:rPr>
        <w:t>a+b+c/d², a+b+d/c²,</w:t>
      </w:r>
    </w:p>
    <w:p>
      <w:pPr>
        <w:spacing w:before="0" w:after="80" w:line="300" w:lineRule="auto"/>
        <w:jc w:val="left"/>
      </w:pPr>
      <w:r>
        <w:rPr>
          <w:rFonts w:ascii="Times New Roman" w:hAnsi="Times New Roman" w:eastAsia="宋体"/>
          <w:b w:val="0"/>
          <w:i w:val="0"/>
          <w:sz w:val="21"/>
        </w:rPr>
        <w:t>a+c+d/b², b+c+d/a²</w:t>
      </w:r>
    </w:p>
    <w:p>
      <w:pPr>
        <w:spacing w:before="0" w:after="80" w:line="300" w:lineRule="auto"/>
        <w:jc w:val="left"/>
      </w:pPr>
      <w:r>
        <w:rPr>
          <w:rFonts w:ascii="Times New Roman" w:hAnsi="Times New Roman" w:eastAsia="宋体"/>
          <w:b w:val="0"/>
          <w:i w:val="0"/>
          <w:sz w:val="21"/>
        </w:rPr>
        <w:t>为全部解的方程是</w:t>
      </w:r>
    </w:p>
    <w:p>
      <w:pPr>
        <w:spacing w:before="0" w:after="120" w:line="300" w:lineRule="auto"/>
      </w:pPr>
      <w:r>
        <w:rPr>
          <w:rFonts w:ascii="Times New Roman" w:hAnsi="Times New Roman" w:eastAsia="宋体"/>
          <w:b w:val="0"/>
          <w:i w:val="0"/>
          <w:sz w:val="21"/>
        </w:rPr>
        <w:t>（A）3x⁴+bx+1=0　　（B）3x⁴-bx+1=0　　（C）3x⁴+bx³-1=0　　（D）3x⁴-bx³-1=0　　（E）以上都不是</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If a, b, c, d are the solutions of the equation x⁴-bx-3=0, then an equation whose solutions are</w:t>
      </w:r>
    </w:p>
    <w:p>
      <w:pPr>
        <w:spacing w:before="0" w:after="80" w:line="300" w:lineRule="auto"/>
        <w:jc w:val="left"/>
      </w:pPr>
      <w:r>
        <w:rPr>
          <w:rFonts w:ascii="Times New Roman" w:hAnsi="Times New Roman" w:eastAsia="宋体"/>
          <w:b w:val="0"/>
          <w:i w:val="0"/>
          <w:color w:val="333333"/>
          <w:sz w:val="19"/>
        </w:rPr>
        <w:t>a+b+c/d², a+b+d/c²,</w:t>
      </w:r>
    </w:p>
    <w:p>
      <w:pPr>
        <w:spacing w:before="0" w:after="80" w:line="300" w:lineRule="auto"/>
        <w:jc w:val="left"/>
      </w:pPr>
      <w:r>
        <w:rPr>
          <w:rFonts w:ascii="Times New Roman" w:hAnsi="Times New Roman" w:eastAsia="宋体"/>
          <w:b w:val="0"/>
          <w:i w:val="0"/>
          <w:color w:val="333333"/>
          <w:sz w:val="19"/>
        </w:rPr>
        <w:t>a+c+d/b², b+c+d/a²</w:t>
      </w:r>
    </w:p>
    <w:p>
      <w:pPr>
        <w:spacing w:before="0" w:after="80" w:line="300" w:lineRule="auto"/>
        <w:jc w:val="left"/>
      </w:pPr>
      <w:r>
        <w:rPr>
          <w:rFonts w:ascii="Times New Roman" w:hAnsi="Times New Roman" w:eastAsia="宋体"/>
          <w:b w:val="0"/>
          <w:i w:val="0"/>
          <w:color w:val="333333"/>
          <w:sz w:val="19"/>
        </w:rPr>
        <w:t>is</w:t>
      </w:r>
    </w:p>
    <w:p>
      <w:pPr>
        <w:spacing w:before="0" w:after="160" w:line="300" w:lineRule="auto"/>
      </w:pPr>
      <w:r>
        <w:rPr>
          <w:rFonts w:ascii="Times New Roman" w:hAnsi="Times New Roman" w:eastAsia="宋体"/>
          <w:b w:val="0"/>
          <w:i w:val="0"/>
          <w:color w:val="333333"/>
          <w:sz w:val="19"/>
        </w:rPr>
        <w:t>(A) 3x⁴+bx+1=0　　(B) 3x⁴-bx+1=0　　(C) 3x⁴+bx³-1=0　　(D) 3x⁴-bx³-1=0　　(E) none of these</w:t>
      </w:r>
    </w:p>
    <w:p>
      <w:r>
        <w:br w:type="page"/>
      </w:r>
    </w:p>
    <w:p>
      <w:pPr>
        <w:spacing w:before="280" w:after="160" w:line="300" w:lineRule="auto"/>
      </w:pPr>
      <w:r>
        <w:rPr>
          <w:rFonts w:ascii="Times New Roman" w:hAnsi="Times New Roman" w:eastAsia="宋体"/>
          <w:b/>
          <w:i w:val="0"/>
          <w:sz w:val="28"/>
        </w:rPr>
        <w:t>第二部分　解答</w:t>
      </w:r>
    </w:p>
    <w:p>
      <w:pPr>
        <w:spacing w:before="0" w:after="40" w:line="300" w:lineRule="auto"/>
      </w:pPr>
      <w:r>
        <w:rPr>
          <w:rFonts w:ascii="Times New Roman" w:hAnsi="Times New Roman" w:eastAsia="宋体"/>
          <w:b/>
          <w:i w:val="0"/>
          <w:sz w:val="19"/>
        </w:rPr>
        <w:t>答案速查：</w:t>
      </w:r>
    </w:p>
    <w:p>
      <w:pPr>
        <w:spacing w:before="0" w:after="0" w:line="300" w:lineRule="auto"/>
      </w:pPr>
      <w:r>
        <w:rPr>
          <w:rFonts w:ascii="Times New Roman" w:hAnsi="Times New Roman" w:eastAsia="宋体"/>
          <w:b w:val="0"/>
          <w:i w:val="0"/>
          <w:sz w:val="18"/>
        </w:rPr>
        <w:t>题号　1　2　3　4　5　6　7　8　9</w:t>
      </w:r>
    </w:p>
    <w:p>
      <w:pPr>
        <w:spacing w:before="0" w:after="80" w:line="300" w:lineRule="auto"/>
      </w:pPr>
      <w:r>
        <w:rPr>
          <w:rFonts w:ascii="Times New Roman" w:hAnsi="Times New Roman" w:eastAsia="宋体"/>
          <w:b/>
          <w:i w:val="0"/>
          <w:sz w:val="18"/>
        </w:rPr>
        <w:t>答案　E　C　D　C　C　A　B　A　A</w:t>
      </w:r>
    </w:p>
    <w:p>
      <w:pPr>
        <w:spacing w:before="0" w:after="0" w:line="300" w:lineRule="auto"/>
      </w:pPr>
      <w:r>
        <w:rPr>
          <w:rFonts w:ascii="Times New Roman" w:hAnsi="Times New Roman" w:eastAsia="宋体"/>
          <w:b w:val="0"/>
          <w:i w:val="0"/>
          <w:sz w:val="18"/>
        </w:rPr>
        <w:t>题号　10　11　12　13　14　15　16　17　18</w:t>
      </w:r>
    </w:p>
    <w:p>
      <w:pPr>
        <w:spacing w:before="0" w:after="80" w:line="300" w:lineRule="auto"/>
      </w:pPr>
      <w:r>
        <w:rPr>
          <w:rFonts w:ascii="Times New Roman" w:hAnsi="Times New Roman" w:eastAsia="宋体"/>
          <w:b/>
          <w:i w:val="0"/>
          <w:sz w:val="18"/>
        </w:rPr>
        <w:t>答案　E　C　E　E　A　B　E　B　C</w:t>
      </w:r>
    </w:p>
    <w:p>
      <w:pPr>
        <w:spacing w:before="0" w:after="0" w:line="300" w:lineRule="auto"/>
      </w:pPr>
      <w:r>
        <w:rPr>
          <w:rFonts w:ascii="Times New Roman" w:hAnsi="Times New Roman" w:eastAsia="宋体"/>
          <w:b w:val="0"/>
          <w:i w:val="0"/>
          <w:sz w:val="18"/>
        </w:rPr>
        <w:t>题号　19　20　21　22　23　24　25　26　27</w:t>
      </w:r>
    </w:p>
    <w:p>
      <w:pPr>
        <w:spacing w:before="0" w:after="80" w:line="300" w:lineRule="auto"/>
      </w:pPr>
      <w:r>
        <w:rPr>
          <w:rFonts w:ascii="Times New Roman" w:hAnsi="Times New Roman" w:eastAsia="宋体"/>
          <w:b/>
          <w:i w:val="0"/>
          <w:sz w:val="18"/>
        </w:rPr>
        <w:t>答案　B　B　D　D　C　D　A　D　C</w:t>
      </w:r>
    </w:p>
    <w:p>
      <w:pPr>
        <w:spacing w:before="0" w:after="0" w:line="300" w:lineRule="auto"/>
      </w:pPr>
      <w:r>
        <w:rPr>
          <w:rFonts w:ascii="Times New Roman" w:hAnsi="Times New Roman" w:eastAsia="宋体"/>
          <w:b w:val="0"/>
          <w:i w:val="0"/>
          <w:sz w:val="18"/>
        </w:rPr>
        <w:t>题号　28　29　30</w:t>
      </w:r>
    </w:p>
    <w:p>
      <w:pPr>
        <w:spacing w:before="0" w:after="80" w:line="300" w:lineRule="auto"/>
      </w:pPr>
      <w:r>
        <w:rPr>
          <w:rFonts w:ascii="Times New Roman" w:hAnsi="Times New Roman" w:eastAsia="宋体"/>
          <w:b/>
          <w:i w:val="0"/>
          <w:sz w:val="18"/>
        </w:rPr>
        <w:t>答案　D　E　D</w:t>
      </w:r>
    </w:p>
    <w:p>
      <w:pPr>
        <w:spacing w:before="0" w:after="200" w:line="300" w:lineRule="auto"/>
      </w:pPr>
      <w:r>
        <w:rPr>
          <w:rFonts w:ascii="Times New Roman" w:hAnsi="Times New Roman" w:eastAsia="宋体"/>
          <w:b w:val="0"/>
          <w:i w:val="0"/>
          <w:color w:val="666666"/>
          <w:sz w:val="18"/>
        </w:rPr>
        <w:t>答案串：ECDCCABAAECEEABEBCBBDDCDADCDED</w:t>
      </w:r>
    </w:p>
    <w:p>
      <w:pPr>
        <w:spacing w:before="200" w:after="80" w:line="300" w:lineRule="auto"/>
      </w:pPr>
      <w:r>
        <w:rPr>
          <w:rFonts w:ascii="Times New Roman" w:hAnsi="Times New Roman" w:eastAsia="宋体"/>
          <w:b/>
          <w:i w:val="0"/>
          <w:sz w:val="23"/>
        </w:rPr>
        <w:t>第 1 题　答案 E</w:t>
      </w:r>
    </w:p>
    <w:p>
      <w:pPr>
        <w:spacing w:before="0" w:after="80" w:line="300" w:lineRule="auto"/>
        <w:jc w:val="left"/>
      </w:pPr>
      <w:r>
        <w:rPr>
          <w:rFonts w:ascii="Times New Roman" w:hAnsi="Times New Roman" w:eastAsia="宋体"/>
          <w:b w:val="0"/>
          <w:i w:val="0"/>
          <w:sz w:val="21"/>
        </w:rPr>
        <w:t>由 √(x+2)=2 可得 x+2=4。因此 (x+2)²=4²=16。</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E</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From √(x+2)=2, we get x+2=4. Therefore (x+2)²=4²=16.</w:t>
      </w:r>
    </w:p>
    <w:p>
      <w:pPr>
        <w:spacing w:before="0" w:after="80" w:line="300" w:lineRule="auto"/>
        <w:jc w:val="left"/>
      </w:pPr>
      <w:r>
        <w:rPr>
          <w:rFonts w:ascii="Times New Roman" w:hAnsi="Times New Roman" w:eastAsia="宋体"/>
          <w:b w:val="0"/>
          <w:i w:val="0"/>
          <w:color w:val="333333"/>
          <w:sz w:val="19"/>
        </w:rPr>
        <w:t>Therefore, the correct answer is</w:t>
      </w:r>
      <w:r>
        <w:rPr>
          <w:rFonts w:ascii="Times New Roman" w:hAnsi="Times New Roman" w:eastAsia="宋体"/>
          <w:b/>
          <w:i w:val="0"/>
          <w:color w:val="333333"/>
          <w:sz w:val="19"/>
        </w:rPr>
        <w:t>E</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 题　答案 C</w:t>
      </w:r>
    </w:p>
    <w:p>
      <w:pPr>
        <w:spacing w:before="0" w:after="80" w:line="300" w:lineRule="auto"/>
        <w:jc w:val="left"/>
      </w:pPr>
      <w:r>
        <w:rPr>
          <w:rFonts w:ascii="Times New Roman" w:hAnsi="Times New Roman" w:eastAsia="宋体"/>
          <w:b w:val="0"/>
          <w:i w:val="0"/>
          <w:sz w:val="21"/>
        </w:rPr>
        <w:t>设正方形的边长为 s。在直角三角形 EBC 中，</w:t>
      </w:r>
    </w:p>
    <w:p>
      <w:pPr>
        <w:spacing w:before="0" w:after="80" w:line="300" w:lineRule="auto"/>
        <w:jc w:val="left"/>
      </w:pPr>
      <w:r>
        <w:rPr>
          <w:rFonts w:ascii="Times New Roman" w:hAnsi="Times New Roman" w:eastAsia="宋体"/>
          <w:b w:val="0"/>
          <w:i w:val="0"/>
          <w:sz w:val="21"/>
        </w:rPr>
        <w:t>s²+1²=2²。</w:t>
      </w:r>
    </w:p>
    <w:p>
      <w:pPr>
        <w:spacing w:before="0" w:after="80" w:line="300" w:lineRule="auto"/>
        <w:jc w:val="left"/>
      </w:pPr>
      <w:r>
        <w:rPr>
          <w:rFonts w:ascii="Times New Roman" w:hAnsi="Times New Roman" w:eastAsia="宋体"/>
          <w:b w:val="0"/>
          <w:i w:val="0"/>
          <w:sz w:val="21"/>
        </w:rPr>
        <w:t>因此 s²=3，这恰好就是正方形的面积。</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the square’s side length be s. In right triangle EBC,</w:t>
      </w:r>
    </w:p>
    <w:p>
      <w:pPr>
        <w:spacing w:before="0" w:after="80" w:line="300" w:lineRule="auto"/>
        <w:jc w:val="left"/>
      </w:pPr>
      <w:r>
        <w:rPr>
          <w:rFonts w:ascii="Times New Roman" w:hAnsi="Times New Roman" w:eastAsia="宋体"/>
          <w:b w:val="0"/>
          <w:i w:val="0"/>
          <w:color w:val="333333"/>
          <w:sz w:val="19"/>
        </w:rPr>
        <w:t>s²+1²=2².</w:t>
      </w:r>
    </w:p>
    <w:p>
      <w:pPr>
        <w:spacing w:before="0" w:after="80" w:line="300" w:lineRule="auto"/>
        <w:jc w:val="left"/>
      </w:pPr>
      <w:r>
        <w:rPr>
          <w:rFonts w:ascii="Times New Roman" w:hAnsi="Times New Roman" w:eastAsia="宋体"/>
          <w:b w:val="0"/>
          <w:i w:val="0"/>
          <w:color w:val="333333"/>
          <w:sz w:val="19"/>
        </w:rPr>
        <w:t>Hence s²=3, which is exactly the area of the square.</w:t>
      </w:r>
    </w:p>
    <w:p>
      <w:pPr>
        <w:spacing w:before="0" w:after="80" w:line="300" w:lineRule="auto"/>
        <w:jc w:val="left"/>
      </w:pPr>
      <w:r>
        <w:rPr>
          <w:rFonts w:ascii="Times New Roman" w:hAnsi="Times New Roman" w:eastAsia="宋体"/>
          <w:b w:val="0"/>
          <w:i w:val="0"/>
          <w:color w:val="333333"/>
          <w:sz w:val="19"/>
        </w:rPr>
        <w:t>Therefore, the correct answer is</w:t>
      </w:r>
      <w:r>
        <w:rPr>
          <w:rFonts w:ascii="Times New Roman" w:hAnsi="Times New Roman" w:eastAsia="宋体"/>
          <w:b/>
          <w:i w:val="0"/>
          <w:color w:val="333333"/>
          <w:sz w:val="19"/>
        </w:rPr>
        <w:t>C</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3 题　答案 D</w:t>
      </w:r>
    </w:p>
    <w:p>
      <w:pPr>
        <w:spacing w:before="0" w:after="80" w:line="300" w:lineRule="auto"/>
        <w:jc w:val="left"/>
      </w:pPr>
      <w:r>
        <w:rPr>
          <w:rFonts w:ascii="Times New Roman" w:hAnsi="Times New Roman" w:eastAsia="宋体"/>
          <w:b w:val="0"/>
          <w:i w:val="0"/>
          <w:sz w:val="21"/>
        </w:rPr>
        <w:t>通分到公分母 6x，得到</w:t>
      </w:r>
    </w:p>
    <w:p>
      <w:pPr>
        <w:spacing w:before="0" w:after="80" w:line="300" w:lineRule="auto"/>
        <w:jc w:val="left"/>
      </w:pPr>
      <w:r>
        <w:rPr>
          <w:rFonts w:ascii="Times New Roman" w:hAnsi="Times New Roman" w:eastAsia="宋体"/>
          <w:b w:val="0"/>
          <w:i w:val="0"/>
          <w:sz w:val="21"/>
        </w:rPr>
        <w:t>1/x+1/2x+1/3x =6/6x+3/6x</w:t>
      </w:r>
    </w:p>
    <w:p>
      <w:pPr>
        <w:spacing w:before="0" w:after="80" w:line="300" w:lineRule="auto"/>
        <w:jc w:val="left"/>
      </w:pPr>
      <w:r>
        <w:rPr>
          <w:rFonts w:ascii="Times New Roman" w:hAnsi="Times New Roman" w:eastAsia="宋体"/>
          <w:b w:val="0"/>
          <w:i w:val="0"/>
          <w:sz w:val="21"/>
        </w:rPr>
        <w:t>+2/6x</w:t>
      </w:r>
    </w:p>
    <w:p>
      <w:pPr>
        <w:spacing w:before="0" w:after="80" w:line="300" w:lineRule="auto"/>
        <w:jc w:val="left"/>
      </w:pPr>
      <w:r>
        <w:rPr>
          <w:rFonts w:ascii="Times New Roman" w:hAnsi="Times New Roman" w:eastAsia="宋体"/>
          <w:b w:val="0"/>
          <w:i w:val="0"/>
          <w:sz w:val="21"/>
        </w:rPr>
        <w:t>=11/6x</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Using the common denominator 6x gives</w:t>
      </w:r>
    </w:p>
    <w:p>
      <w:pPr>
        <w:spacing w:before="0" w:after="80" w:line="300" w:lineRule="auto"/>
        <w:jc w:val="left"/>
      </w:pPr>
      <w:r>
        <w:rPr>
          <w:rFonts w:ascii="Times New Roman" w:hAnsi="Times New Roman" w:eastAsia="宋体"/>
          <w:b w:val="0"/>
          <w:i w:val="0"/>
          <w:color w:val="333333"/>
          <w:sz w:val="19"/>
        </w:rPr>
        <w:t>1/x+1/2x+1/3x =6/6x+3/6x</w:t>
      </w:r>
    </w:p>
    <w:p>
      <w:pPr>
        <w:spacing w:before="0" w:after="80" w:line="300" w:lineRule="auto"/>
        <w:jc w:val="left"/>
      </w:pPr>
      <w:r>
        <w:rPr>
          <w:rFonts w:ascii="Times New Roman" w:hAnsi="Times New Roman" w:eastAsia="宋体"/>
          <w:b w:val="0"/>
          <w:i w:val="0"/>
          <w:color w:val="333333"/>
          <w:sz w:val="19"/>
        </w:rPr>
        <w:t>+2/6x</w:t>
      </w:r>
    </w:p>
    <w:p>
      <w:pPr>
        <w:spacing w:before="0" w:after="80" w:line="300" w:lineRule="auto"/>
        <w:jc w:val="left"/>
      </w:pPr>
      <w:r>
        <w:rPr>
          <w:rFonts w:ascii="Times New Roman" w:hAnsi="Times New Roman" w:eastAsia="宋体"/>
          <w:b w:val="0"/>
          <w:i w:val="0"/>
          <w:color w:val="333333"/>
          <w:sz w:val="19"/>
        </w:rPr>
        <w:t>=11/6x.</w:t>
      </w:r>
    </w:p>
    <w:p>
      <w:pPr>
        <w:spacing w:before="0" w:after="80" w:line="300" w:lineRule="auto"/>
        <w:jc w:val="left"/>
      </w:pPr>
      <w:r>
        <w:rPr>
          <w:rFonts w:ascii="Times New Roman" w:hAnsi="Times New Roman" w:eastAsia="宋体"/>
          <w:b w:val="0"/>
          <w:i w:val="0"/>
          <w:color w:val="333333"/>
          <w:sz w:val="19"/>
        </w:rPr>
        <w:t>Therefore, the correct answer is</w:t>
      </w:r>
      <w:r>
        <w:rPr>
          <w:rFonts w:ascii="Times New Roman" w:hAnsi="Times New Roman" w:eastAsia="宋体"/>
          <w:b/>
          <w:i w:val="0"/>
          <w:color w:val="333333"/>
          <w:sz w:val="19"/>
        </w:rPr>
        <w:t>D</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4 题　答案 C</w:t>
      </w:r>
    </w:p>
    <w:p>
      <w:pPr>
        <w:spacing w:before="0" w:after="80" w:line="300" w:lineRule="auto"/>
        <w:jc w:val="left"/>
      </w:pPr>
      <w:r>
        <w:rPr>
          <w:rFonts w:ascii="Times New Roman" w:hAnsi="Times New Roman" w:eastAsia="宋体"/>
          <w:b w:val="0"/>
          <w:i w:val="0"/>
          <w:sz w:val="21"/>
        </w:rPr>
        <w:t>关系式 3L=4S 给出 S=3L/4。因此</w:t>
      </w:r>
    </w:p>
    <w:p>
      <w:pPr>
        <w:spacing w:before="0" w:after="80" w:line="300" w:lineRule="auto"/>
        <w:jc w:val="left"/>
      </w:pPr>
      <w:r>
        <w:rPr>
          <w:rFonts w:ascii="Times New Roman" w:hAnsi="Times New Roman" w:eastAsia="宋体"/>
          <w:b w:val="0"/>
          <w:i w:val="0"/>
          <w:sz w:val="21"/>
        </w:rPr>
        <w:t>L-S=L-3L/4=L/4=8，</w:t>
      </w:r>
    </w:p>
    <w:p>
      <w:pPr>
        <w:spacing w:before="0" w:after="80" w:line="300" w:lineRule="auto"/>
        <w:jc w:val="left"/>
      </w:pPr>
      <w:r>
        <w:rPr>
          <w:rFonts w:ascii="Times New Roman" w:hAnsi="Times New Roman" w:eastAsia="宋体"/>
          <w:b w:val="0"/>
          <w:i w:val="0"/>
          <w:sz w:val="21"/>
        </w:rPr>
        <w:t>所以 L=32。</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relation 3L=4S gives S=3L/4. Thus</w:t>
      </w:r>
    </w:p>
    <w:p>
      <w:pPr>
        <w:spacing w:before="0" w:after="80" w:line="300" w:lineRule="auto"/>
        <w:jc w:val="left"/>
      </w:pPr>
      <w:r>
        <w:rPr>
          <w:rFonts w:ascii="Times New Roman" w:hAnsi="Times New Roman" w:eastAsia="宋体"/>
          <w:b w:val="0"/>
          <w:i w:val="0"/>
          <w:color w:val="333333"/>
          <w:sz w:val="19"/>
        </w:rPr>
        <w:t>L-S=L-3L/4=L/4=8,</w:t>
      </w:r>
    </w:p>
    <w:p>
      <w:pPr>
        <w:spacing w:before="0" w:after="80" w:line="300" w:lineRule="auto"/>
        <w:jc w:val="left"/>
      </w:pPr>
      <w:r>
        <w:rPr>
          <w:rFonts w:ascii="Times New Roman" w:hAnsi="Times New Roman" w:eastAsia="宋体"/>
          <w:b w:val="0"/>
          <w:i w:val="0"/>
          <w:color w:val="333333"/>
          <w:sz w:val="19"/>
        </w:rPr>
        <w:t>so L=32.</w:t>
      </w:r>
    </w:p>
    <w:p>
      <w:pPr>
        <w:spacing w:before="0" w:after="80" w:line="300" w:lineRule="auto"/>
        <w:jc w:val="left"/>
      </w:pPr>
      <w:r>
        <w:rPr>
          <w:rFonts w:ascii="Times New Roman" w:hAnsi="Times New Roman" w:eastAsia="宋体"/>
          <w:b w:val="0"/>
          <w:i w:val="0"/>
          <w:color w:val="333333"/>
          <w:sz w:val="19"/>
        </w:rPr>
        <w:t>Therefore, the correct answer is</w:t>
      </w:r>
      <w:r>
        <w:rPr>
          <w:rFonts w:ascii="Times New Roman" w:hAnsi="Times New Roman" w:eastAsia="宋体"/>
          <w:b/>
          <w:i w:val="0"/>
          <w:color w:val="333333"/>
          <w:sz w:val="19"/>
        </w:rPr>
        <w:t>C</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5 题　答案 C</w:t>
      </w:r>
    </w:p>
    <w:p>
      <w:pPr>
        <w:spacing w:before="0" w:after="80" w:line="300" w:lineRule="auto"/>
        <w:jc w:val="left"/>
      </w:pPr>
      <w:r>
        <w:rPr>
          <w:rFonts w:ascii="Times New Roman" w:hAnsi="Times New Roman" w:eastAsia="宋体"/>
          <w:b w:val="0"/>
          <w:i w:val="0"/>
          <w:sz w:val="21"/>
        </w:rPr>
        <w:t>由于 AB∥ CD，同旁内角互补，所以 ∠ ABC=180°-110°=70°。因此 ∠ ABD=70°-30°=40°。又因 AD=BD，三角形 ABD 中 ∠ DAB=∠ ABD=40°。所以</w:t>
      </w:r>
    </w:p>
    <w:p>
      <w:pPr>
        <w:spacing w:before="0" w:after="80" w:line="300" w:lineRule="auto"/>
        <w:jc w:val="left"/>
      </w:pPr>
      <w:r>
        <w:rPr>
          <w:rFonts w:ascii="Times New Roman" w:hAnsi="Times New Roman" w:eastAsia="宋体"/>
          <w:b w:val="0"/>
          <w:i w:val="0"/>
          <w:sz w:val="21"/>
        </w:rPr>
        <w:t>∠ ADB =180°-40°-40°</w:t>
      </w:r>
    </w:p>
    <w:p>
      <w:pPr>
        <w:spacing w:before="0" w:after="80" w:line="300" w:lineRule="auto"/>
        <w:jc w:val="left"/>
      </w:pPr>
      <w:r>
        <w:rPr>
          <w:rFonts w:ascii="Times New Roman" w:hAnsi="Times New Roman" w:eastAsia="宋体"/>
          <w:b w:val="0"/>
          <w:i w:val="0"/>
          <w:sz w:val="21"/>
        </w:rPr>
        <w:t>=100°</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Since AB∥ CD, consecutive interior angles give ∠ ABC=180°-110°=70°. Hence ∠ ABD=70°-30°=40°. Because AD=BD, triangle ABD has ∠ DAB=∠ ABD=40°. Therefore</w:t>
      </w:r>
    </w:p>
    <w:p>
      <w:pPr>
        <w:spacing w:before="0" w:after="80" w:line="300" w:lineRule="auto"/>
        <w:jc w:val="left"/>
      </w:pPr>
      <w:r>
        <w:rPr>
          <w:rFonts w:ascii="Times New Roman" w:hAnsi="Times New Roman" w:eastAsia="宋体"/>
          <w:b w:val="0"/>
          <w:i w:val="0"/>
          <w:color w:val="333333"/>
          <w:sz w:val="19"/>
        </w:rPr>
        <w:t>∠ ADB =180°-40°-40°</w:t>
      </w:r>
    </w:p>
    <w:p>
      <w:pPr>
        <w:spacing w:before="0" w:after="80" w:line="300" w:lineRule="auto"/>
        <w:jc w:val="left"/>
      </w:pPr>
      <w:r>
        <w:rPr>
          <w:rFonts w:ascii="Times New Roman" w:hAnsi="Times New Roman" w:eastAsia="宋体"/>
          <w:b w:val="0"/>
          <w:i w:val="0"/>
          <w:color w:val="333333"/>
          <w:sz w:val="19"/>
        </w:rPr>
        <w:t>=100°.</w:t>
      </w:r>
    </w:p>
    <w:p>
      <w:pPr>
        <w:spacing w:before="0" w:after="80" w:line="300" w:lineRule="auto"/>
        <w:jc w:val="left"/>
      </w:pPr>
      <w:r>
        <w:rPr>
          <w:rFonts w:ascii="Times New Roman" w:hAnsi="Times New Roman" w:eastAsia="宋体"/>
          <w:b w:val="0"/>
          <w:i w:val="0"/>
          <w:color w:val="333333"/>
          <w:sz w:val="19"/>
        </w:rPr>
        <w:t>Therefore, the correct answer is</w:t>
      </w:r>
      <w:r>
        <w:rPr>
          <w:rFonts w:ascii="Times New Roman" w:hAnsi="Times New Roman" w:eastAsia="宋体"/>
          <w:b/>
          <w:i w:val="0"/>
          <w:color w:val="333333"/>
          <w:sz w:val="19"/>
        </w:rPr>
        <w:t>C</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6 题　答案 A</w:t>
      </w:r>
    </w:p>
    <w:p>
      <w:pPr>
        <w:spacing w:before="0" w:after="80" w:line="300" w:lineRule="auto"/>
        <w:jc w:val="left"/>
      </w:pPr>
      <w:r>
        <w:rPr>
          <w:rFonts w:ascii="Times New Roman" w:hAnsi="Times New Roman" w:eastAsia="宋体"/>
          <w:b w:val="0"/>
          <w:i w:val="0"/>
          <w:sz w:val="21"/>
        </w:rPr>
        <w:t>令 A=y²+2y-1。原方程变为 x/x-1=A/A-1。交叉相乘得 xA-x=Ax-A，所以 x=A=y²+2y-1。</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A</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A=y²+2y-1. The equation becomes x/x-1=A/A-1. Cross-multiplication gives xA-x=Ax-A, so x=A=y²+2y-1.</w:t>
      </w:r>
    </w:p>
    <w:p>
      <w:pPr>
        <w:spacing w:before="0" w:after="80" w:line="300" w:lineRule="auto"/>
        <w:jc w:val="left"/>
      </w:pPr>
      <w:r>
        <w:rPr>
          <w:rFonts w:ascii="Times New Roman" w:hAnsi="Times New Roman" w:eastAsia="宋体"/>
          <w:b w:val="0"/>
          <w:i w:val="0"/>
          <w:color w:val="333333"/>
          <w:sz w:val="19"/>
        </w:rPr>
        <w:t>Therefore, the correct answer is</w:t>
      </w:r>
      <w:r>
        <w:rPr>
          <w:rFonts w:ascii="Times New Roman" w:hAnsi="Times New Roman" w:eastAsia="宋体"/>
          <w:b/>
          <w:i w:val="0"/>
          <w:color w:val="333333"/>
          <w:sz w:val="19"/>
        </w:rPr>
        <w:t>A</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7 题　答案 B</w:t>
      </w:r>
    </w:p>
    <w:p>
      <w:pPr>
        <w:spacing w:before="0" w:after="80" w:line="300" w:lineRule="auto"/>
        <w:jc w:val="left"/>
      </w:pPr>
      <w:r>
        <w:rPr>
          <w:rFonts w:ascii="Times New Roman" w:hAnsi="Times New Roman" w:eastAsia="宋体"/>
          <w:b w:val="0"/>
          <w:i w:val="0"/>
          <w:sz w:val="21"/>
        </w:rPr>
        <w:t>最小公倍数是 lcm(2,3,4,5)=60。在不超过 100 的正整数中，只有 60 是 60 的倍数。因此个数为 1。</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least common multiple is lcm(2,3,4,5)=60. Among the positive integers through 100, only 60 is a multiple of 60. Thus the count is 1.</w:t>
      </w:r>
    </w:p>
    <w:p>
      <w:pPr>
        <w:spacing w:before="0" w:after="80" w:line="300" w:lineRule="auto"/>
        <w:jc w:val="left"/>
      </w:pPr>
      <w:r>
        <w:rPr>
          <w:rFonts w:ascii="Times New Roman" w:hAnsi="Times New Roman" w:eastAsia="宋体"/>
          <w:b w:val="0"/>
          <w:i w:val="0"/>
          <w:color w:val="333333"/>
          <w:sz w:val="19"/>
        </w:rPr>
        <w:t>Therefore, the correct answer is</w:t>
      </w:r>
      <w:r>
        <w:rPr>
          <w:rFonts w:ascii="Times New Roman" w:hAnsi="Times New Roman" w:eastAsia="宋体"/>
          <w:b/>
          <w:i w:val="0"/>
          <w:color w:val="333333"/>
          <w:sz w:val="19"/>
        </w:rPr>
        <w:t>B</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8 题　答案 A</w:t>
      </w:r>
    </w:p>
    <w:p>
      <w:pPr>
        <w:spacing w:before="0" w:after="80" w:line="300" w:lineRule="auto"/>
        <w:jc w:val="left"/>
      </w:pPr>
      <w:r>
        <w:rPr>
          <w:rFonts w:ascii="Times New Roman" w:hAnsi="Times New Roman" w:eastAsia="宋体"/>
          <w:b w:val="0"/>
          <w:i w:val="0"/>
          <w:sz w:val="21"/>
        </w:rPr>
        <w:t>有</w:t>
      </w:r>
    </w:p>
    <w:p>
      <w:pPr>
        <w:spacing w:before="0" w:after="80" w:line="300" w:lineRule="auto"/>
        <w:jc w:val="left"/>
      </w:pPr>
      <w:r>
        <w:rPr>
          <w:rFonts w:ascii="Times New Roman" w:hAnsi="Times New Roman" w:eastAsia="宋体"/>
          <w:b w:val="0"/>
          <w:i w:val="0"/>
          <w:sz w:val="21"/>
        </w:rPr>
        <w:t>x⁻¹+y⁻¹+z⁻¹=xy+yz+zx/xyz</w:t>
      </w:r>
    </w:p>
    <w:p>
      <w:pPr>
        <w:spacing w:before="0" w:after="80" w:line="300" w:lineRule="auto"/>
        <w:jc w:val="left"/>
      </w:pPr>
      <w:r>
        <w:rPr>
          <w:rFonts w:ascii="Times New Roman" w:hAnsi="Times New Roman" w:eastAsia="宋体"/>
          <w:b w:val="0"/>
          <w:i w:val="0"/>
          <w:sz w:val="21"/>
        </w:rPr>
        <w:t>以及</w:t>
      </w:r>
    </w:p>
    <w:p>
      <w:pPr>
        <w:spacing w:before="0" w:after="80" w:line="300" w:lineRule="auto"/>
        <w:jc w:val="left"/>
      </w:pPr>
      <w:r>
        <w:rPr>
          <w:rFonts w:ascii="Times New Roman" w:hAnsi="Times New Roman" w:eastAsia="宋体"/>
          <w:b w:val="0"/>
          <w:i w:val="0"/>
          <w:sz w:val="21"/>
        </w:rPr>
        <w:t>(xy)⁻¹+(yz)⁻¹</w:t>
      </w:r>
    </w:p>
    <w:p>
      <w:pPr>
        <w:spacing w:before="0" w:after="80" w:line="300" w:lineRule="auto"/>
        <w:jc w:val="left"/>
      </w:pPr>
      <w:r>
        <w:rPr>
          <w:rFonts w:ascii="Times New Roman" w:hAnsi="Times New Roman" w:eastAsia="宋体"/>
          <w:b w:val="0"/>
          <w:i w:val="0"/>
          <w:sz w:val="21"/>
        </w:rPr>
        <w:t>+(zx)⁻¹ =x+y+z/xyz</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所有对称和因子约去后，剩下 1/x²y²z²=x⁻²y⁻²z⁻²。</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A</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We have</w:t>
      </w:r>
    </w:p>
    <w:p>
      <w:pPr>
        <w:spacing w:before="0" w:after="80" w:line="300" w:lineRule="auto"/>
        <w:jc w:val="left"/>
      </w:pPr>
      <w:r>
        <w:rPr>
          <w:rFonts w:ascii="Times New Roman" w:hAnsi="Times New Roman" w:eastAsia="宋体"/>
          <w:b w:val="0"/>
          <w:i w:val="0"/>
          <w:color w:val="333333"/>
          <w:sz w:val="19"/>
        </w:rPr>
        <w:t>x⁻¹+y⁻¹+z⁻¹=xy+yz+zx/xyz</w:t>
      </w:r>
    </w:p>
    <w:p>
      <w:pPr>
        <w:spacing w:before="0" w:after="80" w:line="300" w:lineRule="auto"/>
        <w:jc w:val="left"/>
      </w:pPr>
      <w:r>
        <w:rPr>
          <w:rFonts w:ascii="Times New Roman" w:hAnsi="Times New Roman" w:eastAsia="宋体"/>
          <w:b w:val="0"/>
          <w:i w:val="0"/>
          <w:color w:val="333333"/>
          <w:sz w:val="19"/>
        </w:rPr>
        <w:t>and</w:t>
      </w:r>
    </w:p>
    <w:p>
      <w:pPr>
        <w:spacing w:before="0" w:after="80" w:line="300" w:lineRule="auto"/>
        <w:jc w:val="left"/>
      </w:pPr>
      <w:r>
        <w:rPr>
          <w:rFonts w:ascii="Times New Roman" w:hAnsi="Times New Roman" w:eastAsia="宋体"/>
          <w:b w:val="0"/>
          <w:i w:val="0"/>
          <w:color w:val="333333"/>
          <w:sz w:val="19"/>
        </w:rPr>
        <w:t>(xy)⁻¹+(yz)⁻¹</w:t>
      </w:r>
    </w:p>
    <w:p>
      <w:pPr>
        <w:spacing w:before="0" w:after="80" w:line="300" w:lineRule="auto"/>
        <w:jc w:val="left"/>
      </w:pPr>
      <w:r>
        <w:rPr>
          <w:rFonts w:ascii="Times New Roman" w:hAnsi="Times New Roman" w:eastAsia="宋体"/>
          <w:b w:val="0"/>
          <w:i w:val="0"/>
          <w:color w:val="333333"/>
          <w:sz w:val="19"/>
        </w:rPr>
        <w:t>+(zx)⁻¹ =x+y+z/xyz.</w:t>
      </w:r>
    </w:p>
    <w:p>
      <w:pPr>
        <w:spacing w:before="0" w:after="80" w:line="300" w:lineRule="auto"/>
        <w:jc w:val="left"/>
      </w:pPr>
      <w:r>
        <w:rPr>
          <w:rFonts w:ascii="Times New Roman" w:hAnsi="Times New Roman" w:eastAsia="宋体"/>
          <w:b w:val="0"/>
          <w:i w:val="0"/>
          <w:color w:val="333333"/>
          <w:sz w:val="19"/>
        </w:rPr>
        <w:t>All symmetric sum factors cancel, leaving 1/x²y²z²=x⁻²y⁻²z⁻².</w:t>
      </w:r>
    </w:p>
    <w:p>
      <w:pPr>
        <w:spacing w:before="0" w:after="80" w:line="300" w:lineRule="auto"/>
        <w:jc w:val="left"/>
      </w:pPr>
      <w:r>
        <w:rPr>
          <w:rFonts w:ascii="Times New Roman" w:hAnsi="Times New Roman" w:eastAsia="宋体"/>
          <w:b w:val="0"/>
          <w:i w:val="0"/>
          <w:color w:val="333333"/>
          <w:sz w:val="19"/>
        </w:rPr>
        <w:t>Therefore, the correct answer is</w:t>
      </w:r>
      <w:r>
        <w:rPr>
          <w:rFonts w:ascii="Times New Roman" w:hAnsi="Times New Roman" w:eastAsia="宋体"/>
          <w:b/>
          <w:i w:val="0"/>
          <w:color w:val="333333"/>
          <w:sz w:val="19"/>
        </w:rPr>
        <w:t>A</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9 题　答案 A</w:t>
      </w:r>
    </w:p>
    <w:p>
      <w:pPr>
        <w:spacing w:before="0" w:after="80" w:line="300" w:lineRule="auto"/>
        <w:jc w:val="left"/>
      </w:pPr>
      <w:r>
        <w:rPr>
          <w:rFonts w:ascii="Times New Roman" w:hAnsi="Times New Roman" w:eastAsia="宋体"/>
          <w:b w:val="0"/>
          <w:i w:val="0"/>
          <w:sz w:val="21"/>
        </w:rPr>
        <w:t>若边长为 s，则空间对角线满足 s√(3)=a，所以 s²=a²/3。表面积为 6s²=6(a²/3)=2a²。</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A</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If the side length is s, then the space diagonal is s√(3)=a, so s²=a²/3. The surface area is 6s²=6(a²/3)=2a².</w:t>
      </w:r>
    </w:p>
    <w:p>
      <w:pPr>
        <w:spacing w:before="0" w:after="80" w:line="300" w:lineRule="auto"/>
        <w:jc w:val="left"/>
      </w:pPr>
      <w:r>
        <w:rPr>
          <w:rFonts w:ascii="Times New Roman" w:hAnsi="Times New Roman" w:eastAsia="宋体"/>
          <w:b w:val="0"/>
          <w:i w:val="0"/>
          <w:color w:val="333333"/>
          <w:sz w:val="19"/>
        </w:rPr>
        <w:t>Therefore, the correct answer is</w:t>
      </w:r>
      <w:r>
        <w:rPr>
          <w:rFonts w:ascii="Times New Roman" w:hAnsi="Times New Roman" w:eastAsia="宋体"/>
          <w:b/>
          <w:i w:val="0"/>
          <w:color w:val="333333"/>
          <w:sz w:val="19"/>
        </w:rPr>
        <w:t>A</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10 题　答案 E</w:t>
      </w:r>
    </w:p>
    <w:p>
      <w:pPr>
        <w:spacing w:before="0" w:after="80" w:line="300" w:lineRule="auto"/>
        <w:jc w:val="left"/>
      </w:pPr>
      <w:r>
        <w:rPr>
          <w:rFonts w:ascii="Times New Roman" w:hAnsi="Times New Roman" w:eastAsia="宋体"/>
          <w:b w:val="0"/>
          <w:i w:val="0"/>
          <w:sz w:val="21"/>
        </w:rPr>
        <w:t>将 x 与 y 互换，原式 y=ax+b 变为 x=ay+b。解得</w:t>
      </w:r>
    </w:p>
    <w:p>
      <w:pPr>
        <w:spacing w:before="0" w:after="80" w:line="300" w:lineRule="auto"/>
        <w:jc w:val="left"/>
      </w:pPr>
      <w:r>
        <w:rPr>
          <w:rFonts w:ascii="Times New Roman" w:hAnsi="Times New Roman" w:eastAsia="宋体"/>
          <w:b w:val="0"/>
          <w:i w:val="0"/>
          <w:sz w:val="21"/>
        </w:rPr>
        <w:t>y=x-b/a=1/a x-b/a。</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E</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Interchanging x and y in y=ax+b gives x=ay+b. Solving,</w:t>
      </w:r>
    </w:p>
    <w:p>
      <w:pPr>
        <w:spacing w:before="0" w:after="80" w:line="300" w:lineRule="auto"/>
        <w:jc w:val="left"/>
      </w:pPr>
      <w:r>
        <w:rPr>
          <w:rFonts w:ascii="Times New Roman" w:hAnsi="Times New Roman" w:eastAsia="宋体"/>
          <w:b w:val="0"/>
          <w:i w:val="0"/>
          <w:color w:val="333333"/>
          <w:sz w:val="19"/>
        </w:rPr>
        <w:t>y=x-b/a=1/a x-b/a.</w:t>
      </w:r>
    </w:p>
    <w:p>
      <w:pPr>
        <w:spacing w:before="0" w:after="80" w:line="300" w:lineRule="auto"/>
        <w:jc w:val="left"/>
      </w:pPr>
      <w:r>
        <w:rPr>
          <w:rFonts w:ascii="Times New Roman" w:hAnsi="Times New Roman" w:eastAsia="宋体"/>
          <w:b w:val="0"/>
          <w:i w:val="0"/>
          <w:color w:val="333333"/>
          <w:sz w:val="19"/>
        </w:rPr>
        <w:t>Therefore, the correct answer is</w:t>
      </w:r>
      <w:r>
        <w:rPr>
          <w:rFonts w:ascii="Times New Roman" w:hAnsi="Times New Roman" w:eastAsia="宋体"/>
          <w:b/>
          <w:i w:val="0"/>
          <w:color w:val="333333"/>
          <w:sz w:val="19"/>
        </w:rPr>
        <w:t>E</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11 题　答案 C</w:t>
      </w:r>
    </w:p>
    <w:p>
      <w:pPr>
        <w:spacing w:before="0" w:after="80" w:line="300" w:lineRule="auto"/>
        <w:jc w:val="left"/>
      </w:pPr>
      <w:r>
        <w:rPr>
          <w:rFonts w:ascii="Times New Roman" w:hAnsi="Times New Roman" w:eastAsia="宋体"/>
          <w:b w:val="0"/>
          <w:i w:val="0"/>
          <w:sz w:val="21"/>
        </w:rPr>
        <w:t>若三边为 s-d、s、s+d，则勾股定理给出 (s-d)²+s²=(s+d)²，从而有 s=4k 且 d=k，其中 k 为正整数。因此三边为 3k、4k、5k。在选项中，81=3·27 可以作为一条边。</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If the sides are s-d, s, s+d, the Pythagorean equation gives (s-d)²+s²=(s+d)², hence s=4k and d=k for some positive integer k. Thus the sides are 3k, 4k, 5k. Of the choices, 81=3·27 can occur.</w:t>
      </w:r>
    </w:p>
    <w:p>
      <w:pPr>
        <w:spacing w:before="0" w:after="80" w:line="300" w:lineRule="auto"/>
        <w:jc w:val="left"/>
      </w:pPr>
      <w:r>
        <w:rPr>
          <w:rFonts w:ascii="Times New Roman" w:hAnsi="Times New Roman" w:eastAsia="宋体"/>
          <w:b w:val="0"/>
          <w:i w:val="0"/>
          <w:color w:val="333333"/>
          <w:sz w:val="19"/>
        </w:rPr>
        <w:t>Therefore, the correct answer is</w:t>
      </w:r>
      <w:r>
        <w:rPr>
          <w:rFonts w:ascii="Times New Roman" w:hAnsi="Times New Roman" w:eastAsia="宋体"/>
          <w:b/>
          <w:i w:val="0"/>
          <w:color w:val="333333"/>
          <w:sz w:val="19"/>
        </w:rPr>
        <w:t>C</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12 题　答案 E</w:t>
      </w:r>
    </w:p>
    <w:p>
      <w:pPr>
        <w:spacing w:before="0" w:after="80" w:line="300" w:lineRule="auto"/>
        <w:jc w:val="left"/>
      </w:pPr>
      <w:r>
        <w:rPr>
          <w:rFonts w:ascii="Times New Roman" w:hAnsi="Times New Roman" w:eastAsia="宋体"/>
          <w:b w:val="0"/>
          <w:i w:val="0"/>
          <w:sz w:val="21"/>
        </w:rPr>
        <w:t>最终数额为</w:t>
      </w:r>
    </w:p>
    <w:p>
      <w:pPr>
        <w:spacing w:before="0" w:after="80" w:line="300" w:lineRule="auto"/>
        <w:jc w:val="left"/>
      </w:pPr>
      <w:r>
        <w:rPr>
          <w:rFonts w:ascii="Times New Roman" w:hAnsi="Times New Roman" w:eastAsia="宋体"/>
          <w:b w:val="0"/>
          <w:i w:val="0"/>
          <w:sz w:val="21"/>
        </w:rPr>
        <w:t>M(1+p/100) (1-q/100)。</w:t>
      </w:r>
    </w:p>
    <w:p>
      <w:pPr>
        <w:spacing w:before="0" w:after="80" w:line="300" w:lineRule="auto"/>
        <w:jc w:val="left"/>
      </w:pPr>
      <w:r>
        <w:rPr>
          <w:rFonts w:ascii="Times New Roman" w:hAnsi="Times New Roman" w:eastAsia="宋体"/>
          <w:b w:val="0"/>
          <w:i w:val="0"/>
          <w:sz w:val="21"/>
        </w:rPr>
        <w:t>它大于 M 当且仅当 (100+p)(100-q)&gt;10000。展开后得到 p(100-q)&gt;100q。由于 100-q&gt;0，这等价于 p&gt;100q/100-q。</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E</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final amount is</w:t>
      </w:r>
    </w:p>
    <w:p>
      <w:pPr>
        <w:spacing w:before="0" w:after="80" w:line="300" w:lineRule="auto"/>
        <w:jc w:val="left"/>
      </w:pPr>
      <w:r>
        <w:rPr>
          <w:rFonts w:ascii="Times New Roman" w:hAnsi="Times New Roman" w:eastAsia="宋体"/>
          <w:b w:val="0"/>
          <w:i w:val="0"/>
          <w:color w:val="333333"/>
          <w:sz w:val="19"/>
        </w:rPr>
        <w:t>M(1+p/100) (1-q/100).</w:t>
      </w:r>
    </w:p>
    <w:p>
      <w:pPr>
        <w:spacing w:before="0" w:after="80" w:line="300" w:lineRule="auto"/>
        <w:jc w:val="left"/>
      </w:pPr>
      <w:r>
        <w:rPr>
          <w:rFonts w:ascii="Times New Roman" w:hAnsi="Times New Roman" w:eastAsia="宋体"/>
          <w:b w:val="0"/>
          <w:i w:val="0"/>
          <w:color w:val="333333"/>
          <w:sz w:val="19"/>
        </w:rPr>
        <w:t>It exceeds M exactly when (100+p)(100-q)&gt;10000. Expanding gives p(100-q)&gt;100q. Since 100-q&gt;0, this is p&gt;100q/100-q.</w:t>
      </w:r>
    </w:p>
    <w:p>
      <w:pPr>
        <w:spacing w:before="0" w:after="80" w:line="300" w:lineRule="auto"/>
        <w:jc w:val="left"/>
      </w:pPr>
      <w:r>
        <w:rPr>
          <w:rFonts w:ascii="Times New Roman" w:hAnsi="Times New Roman" w:eastAsia="宋体"/>
          <w:b w:val="0"/>
          <w:i w:val="0"/>
          <w:color w:val="333333"/>
          <w:sz w:val="19"/>
        </w:rPr>
        <w:t>Therefore, the correct answer is</w:t>
      </w:r>
      <w:r>
        <w:rPr>
          <w:rFonts w:ascii="Times New Roman" w:hAnsi="Times New Roman" w:eastAsia="宋体"/>
          <w:b/>
          <w:i w:val="0"/>
          <w:color w:val="333333"/>
          <w:sz w:val="19"/>
        </w:rPr>
        <w:t>E</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13 题　答案 E</w:t>
      </w:r>
    </w:p>
    <w:p>
      <w:pPr>
        <w:spacing w:before="0" w:after="80" w:line="300" w:lineRule="auto"/>
        <w:jc w:val="left"/>
      </w:pPr>
      <w:r>
        <w:rPr>
          <w:rFonts w:ascii="Times New Roman" w:hAnsi="Times New Roman" w:eastAsia="宋体"/>
          <w:b w:val="0"/>
          <w:i w:val="0"/>
          <w:sz w:val="21"/>
        </w:rPr>
        <w:t>至少损失 90% 意味着 0.9ⁿ≤0.1。现在</w:t>
      </w:r>
    </w:p>
    <w:p>
      <w:pPr>
        <w:spacing w:before="0" w:after="80" w:line="300" w:lineRule="auto"/>
        <w:jc w:val="left"/>
      </w:pPr>
      <w:r>
        <w:rPr>
          <w:rFonts w:ascii="Times New Roman" w:hAnsi="Times New Roman" w:eastAsia="宋体"/>
          <w:b w:val="0"/>
          <w:i w:val="0"/>
          <w:sz w:val="21"/>
        </w:rPr>
        <w:t>log₁₀0.9 =log₁₀9-1</w:t>
      </w:r>
    </w:p>
    <w:p>
      <w:pPr>
        <w:spacing w:before="0" w:after="80" w:line="300" w:lineRule="auto"/>
        <w:jc w:val="left"/>
      </w:pPr>
      <w:r>
        <w:rPr>
          <w:rFonts w:ascii="Times New Roman" w:hAnsi="Times New Roman" w:eastAsia="宋体"/>
          <w:b w:val="0"/>
          <w:i w:val="0"/>
          <w:sz w:val="21"/>
        </w:rPr>
        <w:t>=2(0.477)-1</w:t>
      </w:r>
    </w:p>
    <w:p>
      <w:pPr>
        <w:spacing w:before="0" w:after="80" w:line="300" w:lineRule="auto"/>
        <w:jc w:val="left"/>
      </w:pPr>
      <w:r>
        <w:rPr>
          <w:rFonts w:ascii="Times New Roman" w:hAnsi="Times New Roman" w:eastAsia="宋体"/>
          <w:b w:val="0"/>
          <w:i w:val="0"/>
          <w:sz w:val="21"/>
        </w:rPr>
        <w:t>=-0.046</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因此 n(-0.046)≤-1，所以 n≥21.739…。最小的整数是 22。</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E</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At least 90% lost means 0.9ⁿ≤0.1. Now</w:t>
      </w:r>
    </w:p>
    <w:p>
      <w:pPr>
        <w:spacing w:before="0" w:after="80" w:line="300" w:lineRule="auto"/>
        <w:jc w:val="left"/>
      </w:pPr>
      <w:r>
        <w:rPr>
          <w:rFonts w:ascii="Times New Roman" w:hAnsi="Times New Roman" w:eastAsia="宋体"/>
          <w:b w:val="0"/>
          <w:i w:val="0"/>
          <w:color w:val="333333"/>
          <w:sz w:val="19"/>
        </w:rPr>
        <w:t>log₁₀0.9 =log₁₀9-1</w:t>
      </w:r>
    </w:p>
    <w:p>
      <w:pPr>
        <w:spacing w:before="0" w:after="80" w:line="300" w:lineRule="auto"/>
        <w:jc w:val="left"/>
      </w:pPr>
      <w:r>
        <w:rPr>
          <w:rFonts w:ascii="Times New Roman" w:hAnsi="Times New Roman" w:eastAsia="宋体"/>
          <w:b w:val="0"/>
          <w:i w:val="0"/>
          <w:color w:val="333333"/>
          <w:sz w:val="19"/>
        </w:rPr>
        <w:t>=2(0.477)-1</w:t>
      </w:r>
    </w:p>
    <w:p>
      <w:pPr>
        <w:spacing w:before="0" w:after="80" w:line="300" w:lineRule="auto"/>
        <w:jc w:val="left"/>
      </w:pPr>
      <w:r>
        <w:rPr>
          <w:rFonts w:ascii="Times New Roman" w:hAnsi="Times New Roman" w:eastAsia="宋体"/>
          <w:b w:val="0"/>
          <w:i w:val="0"/>
          <w:color w:val="333333"/>
          <w:sz w:val="19"/>
        </w:rPr>
        <w:t>=-0.046.</w:t>
      </w:r>
    </w:p>
    <w:p>
      <w:pPr>
        <w:spacing w:before="0" w:after="80" w:line="300" w:lineRule="auto"/>
        <w:jc w:val="left"/>
      </w:pPr>
      <w:r>
        <w:rPr>
          <w:rFonts w:ascii="Times New Roman" w:hAnsi="Times New Roman" w:eastAsia="宋体"/>
          <w:b w:val="0"/>
          <w:i w:val="0"/>
          <w:color w:val="333333"/>
          <w:sz w:val="19"/>
        </w:rPr>
        <w:t>Thus n(-0.046)≤-1, so n≥21.739…. The least integer is 22.</w:t>
      </w:r>
    </w:p>
    <w:p>
      <w:pPr>
        <w:spacing w:before="0" w:after="80" w:line="300" w:lineRule="auto"/>
        <w:jc w:val="left"/>
      </w:pPr>
      <w:r>
        <w:rPr>
          <w:rFonts w:ascii="Times New Roman" w:hAnsi="Times New Roman" w:eastAsia="宋体"/>
          <w:b w:val="0"/>
          <w:i w:val="0"/>
          <w:color w:val="333333"/>
          <w:sz w:val="19"/>
        </w:rPr>
        <w:t>Therefore, the correct answer is</w:t>
      </w:r>
      <w:r>
        <w:rPr>
          <w:rFonts w:ascii="Times New Roman" w:hAnsi="Times New Roman" w:eastAsia="宋体"/>
          <w:b/>
          <w:i w:val="0"/>
          <w:color w:val="333333"/>
          <w:sz w:val="19"/>
        </w:rPr>
        <w:t>E</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14 题　答案 A</w:t>
      </w:r>
    </w:p>
    <w:p>
      <w:pPr>
        <w:spacing w:before="0" w:after="80" w:line="300" w:lineRule="auto"/>
        <w:jc w:val="left"/>
      </w:pPr>
      <w:r>
        <w:rPr>
          <w:rFonts w:ascii="Times New Roman" w:hAnsi="Times New Roman" w:eastAsia="宋体"/>
          <w:b w:val="0"/>
          <w:i w:val="0"/>
          <w:sz w:val="21"/>
        </w:rPr>
        <w:t>若首项为 a，公比为 r，则</w:t>
      </w:r>
    </w:p>
    <w:p>
      <w:pPr>
        <w:spacing w:before="0" w:after="80" w:line="300" w:lineRule="auto"/>
        <w:jc w:val="left"/>
      </w:pPr>
      <w:r>
        <w:rPr>
          <w:rFonts w:ascii="Times New Roman" w:hAnsi="Times New Roman" w:eastAsia="宋体"/>
          <w:b w:val="0"/>
          <w:i w:val="0"/>
          <w:sz w:val="21"/>
        </w:rPr>
        <w:t>91=a(1+r)(1+r²+r⁴)。</w:t>
      </w:r>
    </w:p>
    <w:p>
      <w:pPr>
        <w:spacing w:before="0" w:after="80" w:line="300" w:lineRule="auto"/>
        <w:jc w:val="left"/>
      </w:pPr>
      <w:r>
        <w:rPr>
          <w:rFonts w:ascii="Times New Roman" w:hAnsi="Times New Roman" w:eastAsia="宋体"/>
          <w:b w:val="0"/>
          <w:i w:val="0"/>
          <w:sz w:val="21"/>
        </w:rPr>
        <w:t>由于 a(1+r)=7，可得 1+r²+r⁴=13。令 t=r²≥0，则 t²+t-12=0，所以 t=3。前四项之和为 a(1+r)(1+r²)=7(4)=28。</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A</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If the first term is a and ratio is r, then</w:t>
      </w:r>
    </w:p>
    <w:p>
      <w:pPr>
        <w:spacing w:before="0" w:after="80" w:line="300" w:lineRule="auto"/>
        <w:jc w:val="left"/>
      </w:pPr>
      <w:r>
        <w:rPr>
          <w:rFonts w:ascii="Times New Roman" w:hAnsi="Times New Roman" w:eastAsia="宋体"/>
          <w:b w:val="0"/>
          <w:i w:val="0"/>
          <w:color w:val="333333"/>
          <w:sz w:val="19"/>
        </w:rPr>
        <w:t>91=a(1+r)(1+r²+r⁴).</w:t>
      </w:r>
    </w:p>
    <w:p>
      <w:pPr>
        <w:spacing w:before="0" w:after="80" w:line="300" w:lineRule="auto"/>
        <w:jc w:val="left"/>
      </w:pPr>
      <w:r>
        <w:rPr>
          <w:rFonts w:ascii="Times New Roman" w:hAnsi="Times New Roman" w:eastAsia="宋体"/>
          <w:b w:val="0"/>
          <w:i w:val="0"/>
          <w:color w:val="333333"/>
          <w:sz w:val="19"/>
        </w:rPr>
        <w:t>Since a(1+r)=7, we have 1+r²+r⁴=13. With t=r²≥0, t²+t-12=0, so t=3. The first four terms sum to a(1+r)(1+r²)=7(4)=28.</w:t>
      </w:r>
    </w:p>
    <w:p>
      <w:pPr>
        <w:spacing w:before="0" w:after="80" w:line="300" w:lineRule="auto"/>
        <w:jc w:val="left"/>
      </w:pPr>
      <w:r>
        <w:rPr>
          <w:rFonts w:ascii="Times New Roman" w:hAnsi="Times New Roman" w:eastAsia="宋体"/>
          <w:b w:val="0"/>
          <w:i w:val="0"/>
          <w:color w:val="333333"/>
          <w:sz w:val="19"/>
        </w:rPr>
        <w:t>Therefore, the correct answer is</w:t>
      </w:r>
      <w:r>
        <w:rPr>
          <w:rFonts w:ascii="Times New Roman" w:hAnsi="Times New Roman" w:eastAsia="宋体"/>
          <w:b/>
          <w:i w:val="0"/>
          <w:color w:val="333333"/>
          <w:sz w:val="19"/>
        </w:rPr>
        <w:t>A</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15 题　答案 B</w:t>
      </w:r>
    </w:p>
    <w:p>
      <w:pPr>
        <w:spacing w:before="0" w:after="80" w:line="300" w:lineRule="auto"/>
        <w:jc w:val="left"/>
      </w:pPr>
      <w:r>
        <w:rPr>
          <w:rFonts w:ascii="Times New Roman" w:hAnsi="Times New Roman" w:eastAsia="宋体"/>
          <w:b w:val="0"/>
          <w:i w:val="0"/>
          <w:sz w:val="21"/>
        </w:rPr>
        <w:t>令 A=log_(b)2、B=log_(b)3、u=log_(b)x。对等式两边取以 b 为底的对数，得到 A(A+u)=B(B+u)。由于 A≠ B，</w:t>
      </w:r>
    </w:p>
    <w:p>
      <w:pPr>
        <w:spacing w:before="0" w:after="80" w:line="300" w:lineRule="auto"/>
        <w:jc w:val="left"/>
      </w:pPr>
      <w:r>
        <w:rPr>
          <w:rFonts w:ascii="Times New Roman" w:hAnsi="Times New Roman" w:eastAsia="宋体"/>
          <w:b w:val="0"/>
          <w:i w:val="0"/>
          <w:sz w:val="21"/>
        </w:rPr>
        <w:t>A+B+u=0。</w:t>
      </w:r>
    </w:p>
    <w:p>
      <w:pPr>
        <w:spacing w:before="0" w:after="80" w:line="300" w:lineRule="auto"/>
        <w:jc w:val="left"/>
      </w:pPr>
      <w:r>
        <w:rPr>
          <w:rFonts w:ascii="Times New Roman" w:hAnsi="Times New Roman" w:eastAsia="宋体"/>
          <w:b w:val="0"/>
          <w:i w:val="0"/>
          <w:sz w:val="21"/>
        </w:rPr>
        <w:t>因此 u=-log_(b)6=log_(b)(1/6)，所以 x=1/6。</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A=log_(b)2, B=log_(b)3, and u=log_(b)x. Taking base-b logarithms gives A(A+u)=B(B+u). Since A≠ B,</w:t>
      </w:r>
    </w:p>
    <w:p>
      <w:pPr>
        <w:spacing w:before="0" w:after="80" w:line="300" w:lineRule="auto"/>
        <w:jc w:val="left"/>
      </w:pPr>
      <w:r>
        <w:rPr>
          <w:rFonts w:ascii="Times New Roman" w:hAnsi="Times New Roman" w:eastAsia="宋体"/>
          <w:b w:val="0"/>
          <w:i w:val="0"/>
          <w:color w:val="333333"/>
          <w:sz w:val="19"/>
        </w:rPr>
        <w:t>A+B+u=0.</w:t>
      </w:r>
    </w:p>
    <w:p>
      <w:pPr>
        <w:spacing w:before="0" w:after="80" w:line="300" w:lineRule="auto"/>
        <w:jc w:val="left"/>
      </w:pPr>
      <w:r>
        <w:rPr>
          <w:rFonts w:ascii="Times New Roman" w:hAnsi="Times New Roman" w:eastAsia="宋体"/>
          <w:b w:val="0"/>
          <w:i w:val="0"/>
          <w:color w:val="333333"/>
          <w:sz w:val="19"/>
        </w:rPr>
        <w:t>Therefore u=-log_(b)6=log_(b)(1/6), so x=1/6.</w:t>
      </w:r>
    </w:p>
    <w:p>
      <w:pPr>
        <w:spacing w:before="0" w:after="80" w:line="300" w:lineRule="auto"/>
        <w:jc w:val="left"/>
      </w:pPr>
      <w:r>
        <w:rPr>
          <w:rFonts w:ascii="Times New Roman" w:hAnsi="Times New Roman" w:eastAsia="宋体"/>
          <w:b w:val="0"/>
          <w:i w:val="0"/>
          <w:color w:val="333333"/>
          <w:sz w:val="19"/>
        </w:rPr>
        <w:t>Therefore, the correct answer is</w:t>
      </w:r>
      <w:r>
        <w:rPr>
          <w:rFonts w:ascii="Times New Roman" w:hAnsi="Times New Roman" w:eastAsia="宋体"/>
          <w:b/>
          <w:i w:val="0"/>
          <w:color w:val="333333"/>
          <w:sz w:val="19"/>
        </w:rPr>
        <w:t>B</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16 题　答案 E</w:t>
      </w:r>
    </w:p>
    <w:p>
      <w:pPr>
        <w:spacing w:before="0" w:after="80" w:line="300" w:lineRule="auto"/>
        <w:jc w:val="left"/>
      </w:pPr>
      <w:r>
        <w:rPr>
          <w:rFonts w:ascii="Times New Roman" w:hAnsi="Times New Roman" w:eastAsia="宋体"/>
          <w:b w:val="0"/>
          <w:i w:val="0"/>
          <w:sz w:val="21"/>
        </w:rPr>
        <w:t>这个三进制表示有偶数位，因此九进制表示中最左边的一位来自 12₃。这一组的值为 1·3+2=5，所以九进制表示的首位是 5。</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E</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representation has an even number of base-three digits, so its leftmost base-nine digit comes from 12₃. That pair has value 1·3+2=5, so the first base-nine digit is 5.</w:t>
      </w:r>
    </w:p>
    <w:p>
      <w:pPr>
        <w:spacing w:before="0" w:after="80" w:line="300" w:lineRule="auto"/>
        <w:jc w:val="left"/>
      </w:pPr>
      <w:r>
        <w:rPr>
          <w:rFonts w:ascii="Times New Roman" w:hAnsi="Times New Roman" w:eastAsia="宋体"/>
          <w:b w:val="0"/>
          <w:i w:val="0"/>
          <w:color w:val="333333"/>
          <w:sz w:val="19"/>
        </w:rPr>
        <w:t>Therefore, the correct answer is</w:t>
      </w:r>
      <w:r>
        <w:rPr>
          <w:rFonts w:ascii="Times New Roman" w:hAnsi="Times New Roman" w:eastAsia="宋体"/>
          <w:b/>
          <w:i w:val="0"/>
          <w:color w:val="333333"/>
          <w:sz w:val="19"/>
        </w:rPr>
        <w:t>E</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17 题　答案 B</w:t>
      </w:r>
    </w:p>
    <w:p>
      <w:pPr>
        <w:spacing w:before="0" w:after="80" w:line="300" w:lineRule="auto"/>
        <w:jc w:val="left"/>
      </w:pPr>
      <w:r>
        <w:rPr>
          <w:rFonts w:ascii="Times New Roman" w:hAnsi="Times New Roman" w:eastAsia="宋体"/>
          <w:b w:val="0"/>
          <w:i w:val="0"/>
          <w:sz w:val="21"/>
        </w:rPr>
        <w:t>把 x 替换为 1/x，得到 f(1/x)+2f(x)=3/x。解这两个线性方程，得到</w:t>
      </w:r>
    </w:p>
    <w:p>
      <w:pPr>
        <w:spacing w:before="0" w:after="80" w:line="300" w:lineRule="auto"/>
        <w:jc w:val="left"/>
      </w:pPr>
      <w:r>
        <w:rPr>
          <w:rFonts w:ascii="Times New Roman" w:hAnsi="Times New Roman" w:eastAsia="宋体"/>
          <w:b w:val="0"/>
          <w:i w:val="0"/>
          <w:sz w:val="21"/>
        </w:rPr>
        <w:t>f(x)=2/x-x。</w:t>
      </w:r>
    </w:p>
    <w:p>
      <w:pPr>
        <w:spacing w:before="0" w:after="80" w:line="300" w:lineRule="auto"/>
        <w:jc w:val="left"/>
      </w:pPr>
      <w:r>
        <w:rPr>
          <w:rFonts w:ascii="Times New Roman" w:hAnsi="Times New Roman" w:eastAsia="宋体"/>
          <w:b w:val="0"/>
          <w:i w:val="0"/>
          <w:sz w:val="21"/>
        </w:rPr>
        <w:t>因此 f(-x)=-f(x)，要使两者相等，必须有 f(x)=0。于是 2/x-x=0，即 x²=2。x=√(2) 与 x=-√(2) 都满足条件，所以恰有两个实数解。</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Replacing x by 1/x gives f(1/x)+2f(x)=3/x. Solving the two linear equations yields</w:t>
      </w:r>
    </w:p>
    <w:p>
      <w:pPr>
        <w:spacing w:before="0" w:after="80" w:line="300" w:lineRule="auto"/>
        <w:jc w:val="left"/>
      </w:pPr>
      <w:r>
        <w:rPr>
          <w:rFonts w:ascii="Times New Roman" w:hAnsi="Times New Roman" w:eastAsia="宋体"/>
          <w:b w:val="0"/>
          <w:i w:val="0"/>
          <w:color w:val="333333"/>
          <w:sz w:val="19"/>
        </w:rPr>
        <w:t>f(x)=2/x-x.</w:t>
      </w:r>
    </w:p>
    <w:p>
      <w:pPr>
        <w:spacing w:before="0" w:after="80" w:line="300" w:lineRule="auto"/>
        <w:jc w:val="left"/>
      </w:pPr>
      <w:r>
        <w:rPr>
          <w:rFonts w:ascii="Times New Roman" w:hAnsi="Times New Roman" w:eastAsia="宋体"/>
          <w:b w:val="0"/>
          <w:i w:val="0"/>
          <w:color w:val="333333"/>
          <w:sz w:val="19"/>
        </w:rPr>
        <w:t>Hence f(-x)=-f(x), so equality requires f(x)=0. Thus 2/x-x=0, or x²=2. Both x=√(2) and x=-√(2) work, giving exactly two real numbers.</w:t>
      </w:r>
    </w:p>
    <w:p>
      <w:pPr>
        <w:spacing w:before="0" w:after="80" w:line="300" w:lineRule="auto"/>
        <w:jc w:val="left"/>
      </w:pPr>
      <w:r>
        <w:rPr>
          <w:rFonts w:ascii="Times New Roman" w:hAnsi="Times New Roman" w:eastAsia="宋体"/>
          <w:b w:val="0"/>
          <w:i w:val="0"/>
          <w:color w:val="333333"/>
          <w:sz w:val="19"/>
        </w:rPr>
        <w:t>Therefore, the correct answer is</w:t>
      </w:r>
      <w:r>
        <w:rPr>
          <w:rFonts w:ascii="Times New Roman" w:hAnsi="Times New Roman" w:eastAsia="宋体"/>
          <w:b/>
          <w:i w:val="0"/>
          <w:color w:val="333333"/>
          <w:sz w:val="19"/>
        </w:rPr>
        <w:t>B</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18 题　答案 C</w:t>
      </w:r>
    </w:p>
    <w:p>
      <w:pPr>
        <w:spacing w:before="0" w:after="80" w:line="300" w:lineRule="auto"/>
        <w:jc w:val="left"/>
      </w:pPr>
      <w:r>
        <w:rPr>
          <w:rFonts w:ascii="Times New Roman" w:hAnsi="Times New Roman" w:eastAsia="宋体"/>
          <w:b w:val="0"/>
          <w:i w:val="0"/>
          <w:sz w:val="21"/>
        </w:rPr>
        <w:t>该方程关于原点对称，并有解 x=0。在 (0,π) 内还有一个正数解。对每个 k=1,2,…,15，区间 (2kπ,(2k+1)π) 上的正半波先升到直线 x/100 上方，再降到其下方，因而产生两个解。在 31π 之后没有正数解，因为下一个正半波开始时已经超过 100，而 |sin x|≤1。所以正数解有 1+2(15)=31 个，负数解同样多，再加上零本身，共有 31+31+1=63 个。</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equation is odd-symmetric and has the solution x=0. On (0,π) there is one further positive solution. For each k=1,2,…,15, the positive sine hump on (2kπ,(2k+1)π) rises above x/100 and then falls below it, giving two solutions. There are no positive solutions beyond 31π, because the next positive hump begins above 100 while |sin x|≤1. Thus there are 1+2(15)=31 positive solutions, the same number negative, and zero itself: 31+31+1=63.</w:t>
      </w:r>
    </w:p>
    <w:p>
      <w:pPr>
        <w:spacing w:before="0" w:after="80" w:line="300" w:lineRule="auto"/>
        <w:jc w:val="left"/>
      </w:pPr>
      <w:r>
        <w:rPr>
          <w:rFonts w:ascii="Times New Roman" w:hAnsi="Times New Roman" w:eastAsia="宋体"/>
          <w:b w:val="0"/>
          <w:i w:val="0"/>
          <w:color w:val="333333"/>
          <w:sz w:val="19"/>
        </w:rPr>
        <w:t>Therefore, the correct answer is</w:t>
      </w:r>
      <w:r>
        <w:rPr>
          <w:rFonts w:ascii="Times New Roman" w:hAnsi="Times New Roman" w:eastAsia="宋体"/>
          <w:b/>
          <w:i w:val="0"/>
          <w:color w:val="333333"/>
          <w:sz w:val="19"/>
        </w:rPr>
        <w:t>C</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19 题　答案 B</w:t>
      </w:r>
    </w:p>
    <w:p>
      <w:pPr>
        <w:spacing w:before="0" w:after="80" w:line="300" w:lineRule="auto"/>
        <w:jc w:val="left"/>
      </w:pPr>
      <w:r>
        <w:rPr>
          <w:rFonts w:ascii="Times New Roman" w:hAnsi="Times New Roman" w:eastAsia="宋体"/>
          <w:b w:val="0"/>
          <w:i w:val="0"/>
          <w:sz w:val="21"/>
        </w:rPr>
        <w:t>延长 BN，与 AC 相交于 E。直角三角形 ABN 与 AEN 全等，因为它们共有 AN，且该线平分顶点 A 处的角。因此 BE 被 N 平分，且 AE=AB=14。由于 AC=19，所以 EC=5。在三角形 BEC 中，点 N 和 M 分别是 BE 和 BC 的中点，因此 MN=EC/2=5/2。</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Extend BN to meet AC at E. The right triangles ABN and AEN are congruent because AN is common and bisects the angle at A. Hence BE is bisected by N and AE=AB=14. Since AC=19, EC=5. In triangle BEC, points N and M are the midpoints of BE and BC, so MN=EC/2=5/2.</w:t>
      </w:r>
    </w:p>
    <w:p>
      <w:pPr>
        <w:spacing w:before="0" w:after="80" w:line="300" w:lineRule="auto"/>
        <w:jc w:val="left"/>
      </w:pPr>
      <w:r>
        <w:rPr>
          <w:rFonts w:ascii="Times New Roman" w:hAnsi="Times New Roman" w:eastAsia="宋体"/>
          <w:b w:val="0"/>
          <w:i w:val="0"/>
          <w:color w:val="333333"/>
          <w:sz w:val="19"/>
        </w:rPr>
        <w:t>Therefore, the correct answer is</w:t>
      </w:r>
      <w:r>
        <w:rPr>
          <w:rFonts w:ascii="Times New Roman" w:hAnsi="Times New Roman" w:eastAsia="宋体"/>
          <w:b/>
          <w:i w:val="0"/>
          <w:color w:val="333333"/>
          <w:sz w:val="19"/>
        </w:rPr>
        <w:t>B</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20 题　答案 B</w:t>
      </w:r>
    </w:p>
    <w:p>
      <w:pPr>
        <w:spacing w:before="0" w:after="80" w:line="300" w:lineRule="auto"/>
        <w:jc w:val="left"/>
      </w:pPr>
      <w:r>
        <w:rPr>
          <w:rFonts w:ascii="Times New Roman" w:hAnsi="Times New Roman" w:eastAsia="宋体"/>
          <w:b w:val="0"/>
          <w:i w:val="0"/>
          <w:sz w:val="21"/>
        </w:rPr>
        <w:t>设 θ&gt;0 为光线起初与 AD 之间的锐角。连续的外角关系表明，每次反射都会使相应的锐角增加 8°。最后垂直射到边界时，</w:t>
      </w:r>
    </w:p>
    <w:p>
      <w:pPr>
        <w:spacing w:before="0" w:after="80" w:line="300" w:lineRule="auto"/>
        <w:jc w:val="left"/>
      </w:pPr>
      <w:r>
        <w:rPr>
          <w:rFonts w:ascii="Times New Roman" w:hAnsi="Times New Roman" w:eastAsia="宋体"/>
          <w:b w:val="0"/>
          <w:i w:val="0"/>
          <w:sz w:val="21"/>
        </w:rPr>
        <w:t>90°=θ+(8n+8)°。</w:t>
      </w:r>
    </w:p>
    <w:p>
      <w:pPr>
        <w:spacing w:before="0" w:after="80" w:line="300" w:lineRule="auto"/>
        <w:jc w:val="left"/>
      </w:pPr>
      <w:r>
        <w:rPr>
          <w:rFonts w:ascii="Times New Roman" w:hAnsi="Times New Roman" w:eastAsia="宋体"/>
          <w:b w:val="0"/>
          <w:i w:val="0"/>
          <w:sz w:val="21"/>
        </w:rPr>
        <w:t>因此 θ=82°-8n°&gt;0，所以 n&lt;82/8=10.25。最大可能整数为 10，此时 θ=2°。</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θ&gt;0 be the initial acute angle between the ray and AD. Successive exterior-angle relations increase the corresponding acute angle by 8° at each reflection. At the final perpendicular strike,</w:t>
      </w:r>
    </w:p>
    <w:p>
      <w:pPr>
        <w:spacing w:before="0" w:after="80" w:line="300" w:lineRule="auto"/>
        <w:jc w:val="left"/>
      </w:pPr>
      <w:r>
        <w:rPr>
          <w:rFonts w:ascii="Times New Roman" w:hAnsi="Times New Roman" w:eastAsia="宋体"/>
          <w:b w:val="0"/>
          <w:i w:val="0"/>
          <w:color w:val="333333"/>
          <w:sz w:val="19"/>
        </w:rPr>
        <w:t>90°=θ+(8n+8)°.</w:t>
      </w:r>
    </w:p>
    <w:p>
      <w:pPr>
        <w:spacing w:before="0" w:after="80" w:line="300" w:lineRule="auto"/>
        <w:jc w:val="left"/>
      </w:pPr>
      <w:r>
        <w:rPr>
          <w:rFonts w:ascii="Times New Roman" w:hAnsi="Times New Roman" w:eastAsia="宋体"/>
          <w:b w:val="0"/>
          <w:i w:val="0"/>
          <w:color w:val="333333"/>
          <w:sz w:val="19"/>
        </w:rPr>
        <w:t>Thus θ=82°-8n°&gt;0, so n&lt;82/8=10.25. The greatest integer possible is 10, attained when θ=2°.</w:t>
      </w:r>
    </w:p>
    <w:p>
      <w:pPr>
        <w:spacing w:before="0" w:after="80" w:line="300" w:lineRule="auto"/>
        <w:jc w:val="left"/>
      </w:pPr>
      <w:r>
        <w:rPr>
          <w:rFonts w:ascii="Times New Roman" w:hAnsi="Times New Roman" w:eastAsia="宋体"/>
          <w:b w:val="0"/>
          <w:i w:val="0"/>
          <w:color w:val="333333"/>
          <w:sz w:val="19"/>
        </w:rPr>
        <w:t>Therefore, the correct answer is</w:t>
      </w:r>
      <w:r>
        <w:rPr>
          <w:rFonts w:ascii="Times New Roman" w:hAnsi="Times New Roman" w:eastAsia="宋体"/>
          <w:b/>
          <w:i w:val="0"/>
          <w:color w:val="333333"/>
          <w:sz w:val="19"/>
        </w:rPr>
        <w:t>B</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21 题　答案 D</w:t>
      </w:r>
    </w:p>
    <w:p>
      <w:pPr>
        <w:spacing w:before="0" w:after="80" w:line="300" w:lineRule="auto"/>
        <w:jc w:val="left"/>
      </w:pPr>
      <w:r>
        <w:rPr>
          <w:rFonts w:ascii="Times New Roman" w:hAnsi="Times New Roman" w:eastAsia="宋体"/>
          <w:b w:val="0"/>
          <w:i w:val="0"/>
          <w:sz w:val="21"/>
        </w:rPr>
        <w:t>已知条件给出 (a+b)²-c²=3ab，所以</w:t>
      </w:r>
    </w:p>
    <w:p>
      <w:pPr>
        <w:spacing w:before="0" w:after="80" w:line="300" w:lineRule="auto"/>
        <w:jc w:val="left"/>
      </w:pPr>
      <w:r>
        <w:rPr>
          <w:rFonts w:ascii="Times New Roman" w:hAnsi="Times New Roman" w:eastAsia="宋体"/>
          <w:b w:val="0"/>
          <w:i w:val="0"/>
          <w:sz w:val="21"/>
        </w:rPr>
        <w:t>c²=a²+b²-ab。</w:t>
      </w:r>
    </w:p>
    <w:p>
      <w:pPr>
        <w:spacing w:before="0" w:after="80" w:line="300" w:lineRule="auto"/>
        <w:jc w:val="left"/>
      </w:pPr>
      <w:r>
        <w:rPr>
          <w:rFonts w:ascii="Times New Roman" w:hAnsi="Times New Roman" w:eastAsia="宋体"/>
          <w:b w:val="0"/>
          <w:i w:val="0"/>
          <w:sz w:val="21"/>
        </w:rPr>
        <w:t>若 θ 是边 c 所对的角，则余弦定理给出 c²=a²+b²-2abcosθ。因此 2abcosθ=ab，所以 cosθ=1/2，且 θ=60°。</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condition gives (a+b)²-c²=3ab, so</w:t>
      </w:r>
    </w:p>
    <w:p>
      <w:pPr>
        <w:spacing w:before="0" w:after="80" w:line="300" w:lineRule="auto"/>
        <w:jc w:val="left"/>
      </w:pPr>
      <w:r>
        <w:rPr>
          <w:rFonts w:ascii="Times New Roman" w:hAnsi="Times New Roman" w:eastAsia="宋体"/>
          <w:b w:val="0"/>
          <w:i w:val="0"/>
          <w:color w:val="333333"/>
          <w:sz w:val="19"/>
        </w:rPr>
        <w:t>c²=a²+b²-ab.</w:t>
      </w:r>
    </w:p>
    <w:p>
      <w:pPr>
        <w:spacing w:before="0" w:after="80" w:line="300" w:lineRule="auto"/>
        <w:jc w:val="left"/>
      </w:pPr>
      <w:r>
        <w:rPr>
          <w:rFonts w:ascii="Times New Roman" w:hAnsi="Times New Roman" w:eastAsia="宋体"/>
          <w:b w:val="0"/>
          <w:i w:val="0"/>
          <w:color w:val="333333"/>
          <w:sz w:val="19"/>
        </w:rPr>
        <w:t>If θ is opposite c, the law of cosines says c²=a²+b²-2abcosθ. Therefore 2abcosθ=ab, so cosθ=1/2 and θ=60°.</w:t>
      </w:r>
    </w:p>
    <w:p>
      <w:pPr>
        <w:spacing w:before="0" w:after="80" w:line="300" w:lineRule="auto"/>
        <w:jc w:val="left"/>
      </w:pPr>
      <w:r>
        <w:rPr>
          <w:rFonts w:ascii="Times New Roman" w:hAnsi="Times New Roman" w:eastAsia="宋体"/>
          <w:b w:val="0"/>
          <w:i w:val="0"/>
          <w:color w:val="333333"/>
          <w:sz w:val="19"/>
        </w:rPr>
        <w:t>Therefore, the correct answer is</w:t>
      </w:r>
      <w:r>
        <w:rPr>
          <w:rFonts w:ascii="Times New Roman" w:hAnsi="Times New Roman" w:eastAsia="宋体"/>
          <w:b/>
          <w:i w:val="0"/>
          <w:color w:val="333333"/>
          <w:sz w:val="19"/>
        </w:rPr>
        <w:t>D</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22 题　答案 D</w:t>
      </w:r>
    </w:p>
    <w:p>
      <w:pPr>
        <w:spacing w:before="0" w:after="80" w:line="300" w:lineRule="auto"/>
        <w:jc w:val="left"/>
      </w:pPr>
      <w:r>
        <w:rPr>
          <w:rFonts w:ascii="Times New Roman" w:hAnsi="Times New Roman" w:eastAsia="宋体"/>
          <w:b w:val="0"/>
          <w:i w:val="0"/>
          <w:sz w:val="21"/>
        </w:rPr>
        <w:t>平行于坐标轴的直线有 3·4²=48 条。对于沿面对角线的方向，先用 3 种方法选择两个变化的坐标，再选择 2 种对角线斜率之一，并用 4 种方法固定剩余坐标，共有 3·2·4=24 条。最后，立方体有 4 条空间对角线。因此总数为 48+24+4=76。</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There are 3·4²=48 axis-parallel lines. For face-diagonal directions, choose the pair of varying coordinates in 3 ways, choose one of 2 diagonal slopes, and fix the remaining coordinate in 4 ways, giving 3·2·4=24. Finally, the cube has 4 space diagonals. Thus the total is 48+24+4=76.</w:t>
      </w:r>
    </w:p>
    <w:p>
      <w:pPr>
        <w:spacing w:before="0" w:after="80" w:line="300" w:lineRule="auto"/>
        <w:jc w:val="left"/>
      </w:pPr>
      <w:r>
        <w:rPr>
          <w:rFonts w:ascii="Times New Roman" w:hAnsi="Times New Roman" w:eastAsia="宋体"/>
          <w:b w:val="0"/>
          <w:i w:val="0"/>
          <w:color w:val="333333"/>
          <w:sz w:val="19"/>
        </w:rPr>
        <w:t>Therefore, the correct answer is</w:t>
      </w:r>
      <w:r>
        <w:rPr>
          <w:rFonts w:ascii="Times New Roman" w:hAnsi="Times New Roman" w:eastAsia="宋体"/>
          <w:b/>
          <w:i w:val="0"/>
          <w:color w:val="333333"/>
          <w:sz w:val="19"/>
        </w:rPr>
        <w:t>D</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23 题　答案 C</w:t>
      </w:r>
    </w:p>
    <w:p>
      <w:pPr>
        <w:spacing w:before="0" w:after="80" w:line="300" w:lineRule="auto"/>
        <w:jc w:val="left"/>
      </w:pPr>
      <w:r>
        <w:rPr>
          <w:rFonts w:ascii="Times New Roman" w:hAnsi="Times New Roman" w:eastAsia="宋体"/>
          <w:b w:val="0"/>
          <w:i w:val="0"/>
          <w:sz w:val="21"/>
        </w:rPr>
        <w:t>等边三角形的外接圆半径为 R=12/(√(3))=4√(3)。若小圆半径为 r，其圆心在高上，离顶点的距离为 2r，这个顶点是 A，因为圆心到任一边的距离为 r，而半角为 30°。由下端的内切关系可得 2r=2R-r，所以 r=2R/3=(8√(3))/3。两边上的切点之间的距离为 PQ=r√(3)=8。</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circumradius of the equilateral triangle is R=12/(√(3))=4√(3). If the smaller radius is r, its center lies on the altitude and is 2r from A, because its distance to either side is r and the half-angle is 30°. Internal tangency at the bottom gives 2r=2R-r, so r=2R/3=(8√(3))/3. The tangency points on the two sides are separated by PQ=r√(3)=8.</w:t>
      </w:r>
    </w:p>
    <w:p>
      <w:pPr>
        <w:spacing w:before="0" w:after="80" w:line="300" w:lineRule="auto"/>
        <w:jc w:val="left"/>
      </w:pPr>
      <w:r>
        <w:rPr>
          <w:rFonts w:ascii="Times New Roman" w:hAnsi="Times New Roman" w:eastAsia="宋体"/>
          <w:b w:val="0"/>
          <w:i w:val="0"/>
          <w:color w:val="333333"/>
          <w:sz w:val="19"/>
        </w:rPr>
        <w:t>Therefore, the correct answer is</w:t>
      </w:r>
      <w:r>
        <w:rPr>
          <w:rFonts w:ascii="Times New Roman" w:hAnsi="Times New Roman" w:eastAsia="宋体"/>
          <w:b/>
          <w:i w:val="0"/>
          <w:color w:val="333333"/>
          <w:sz w:val="19"/>
        </w:rPr>
        <w:t>C</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24 题　答案 D</w:t>
      </w:r>
    </w:p>
    <w:p>
      <w:pPr>
        <w:spacing w:before="0" w:after="80" w:line="300" w:lineRule="auto"/>
        <w:jc w:val="left"/>
      </w:pPr>
      <w:r>
        <w:rPr>
          <w:rFonts w:ascii="Times New Roman" w:hAnsi="Times New Roman" w:eastAsia="宋体"/>
          <w:b w:val="0"/>
          <w:i w:val="0"/>
          <w:sz w:val="21"/>
        </w:rPr>
        <w:t>方程为 x²-2xcosθ+1=0，其根为 e^(iθ) 和 e^(-iθ)。因此 x=e^(± iθ)，且 x⁻¹=e^(∓ iθ)。由棣莫弗定理，</w:t>
      </w:r>
    </w:p>
    <w:p>
      <w:pPr>
        <w:spacing w:before="0" w:after="80" w:line="300" w:lineRule="auto"/>
        <w:jc w:val="left"/>
      </w:pPr>
      <w:r>
        <w:rPr>
          <w:rFonts w:ascii="Times New Roman" w:hAnsi="Times New Roman" w:eastAsia="宋体"/>
          <w:b w:val="0"/>
          <w:i w:val="0"/>
          <w:sz w:val="21"/>
        </w:rPr>
        <w:t>xⁿ+x⁻ⁿ =e^(inθ)+e^(-inθ)</w:t>
      </w:r>
    </w:p>
    <w:p>
      <w:pPr>
        <w:spacing w:before="0" w:after="80" w:line="300" w:lineRule="auto"/>
        <w:jc w:val="left"/>
      </w:pPr>
      <w:r>
        <w:rPr>
          <w:rFonts w:ascii="Times New Roman" w:hAnsi="Times New Roman" w:eastAsia="宋体"/>
          <w:b w:val="0"/>
          <w:i w:val="0"/>
          <w:sz w:val="21"/>
        </w:rPr>
        <w:t>=2cos nθ</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equation is x²-2xcosθ+1=0, whose roots are e^(iθ) and e^(-iθ). Thus x=e^(± iθ) and x⁻¹=e^(∓ iθ). By De Moivre’s theorem,</w:t>
      </w:r>
    </w:p>
    <w:p>
      <w:pPr>
        <w:spacing w:before="0" w:after="80" w:line="300" w:lineRule="auto"/>
        <w:jc w:val="left"/>
      </w:pPr>
      <w:r>
        <w:rPr>
          <w:rFonts w:ascii="Times New Roman" w:hAnsi="Times New Roman" w:eastAsia="宋体"/>
          <w:b w:val="0"/>
          <w:i w:val="0"/>
          <w:color w:val="333333"/>
          <w:sz w:val="19"/>
        </w:rPr>
        <w:t>xⁿ+x⁻ⁿ =e^(inθ)+e^(-inθ)</w:t>
      </w:r>
    </w:p>
    <w:p>
      <w:pPr>
        <w:spacing w:before="0" w:after="80" w:line="300" w:lineRule="auto"/>
        <w:jc w:val="left"/>
      </w:pPr>
      <w:r>
        <w:rPr>
          <w:rFonts w:ascii="Times New Roman" w:hAnsi="Times New Roman" w:eastAsia="宋体"/>
          <w:b w:val="0"/>
          <w:i w:val="0"/>
          <w:color w:val="333333"/>
          <w:sz w:val="19"/>
        </w:rPr>
        <w:t>=2cos nθ.</w:t>
      </w:r>
    </w:p>
    <w:p>
      <w:pPr>
        <w:spacing w:before="0" w:after="80" w:line="300" w:lineRule="auto"/>
        <w:jc w:val="left"/>
      </w:pPr>
      <w:r>
        <w:rPr>
          <w:rFonts w:ascii="Times New Roman" w:hAnsi="Times New Roman" w:eastAsia="宋体"/>
          <w:b w:val="0"/>
          <w:i w:val="0"/>
          <w:color w:val="333333"/>
          <w:sz w:val="19"/>
        </w:rPr>
        <w:t>Therefore, the correct answer is</w:t>
      </w:r>
      <w:r>
        <w:rPr>
          <w:rFonts w:ascii="Times New Roman" w:hAnsi="Times New Roman" w:eastAsia="宋体"/>
          <w:b/>
          <w:i w:val="0"/>
          <w:color w:val="333333"/>
          <w:sz w:val="19"/>
        </w:rPr>
        <w:t>D</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25 题　答案 A</w:t>
      </w:r>
    </w:p>
    <w:p>
      <w:pPr>
        <w:spacing w:before="0" w:after="80" w:line="300" w:lineRule="auto"/>
        <w:jc w:val="left"/>
      </w:pPr>
      <w:r>
        <w:rPr>
          <w:rFonts w:ascii="Times New Roman" w:hAnsi="Times New Roman" w:eastAsia="宋体"/>
          <w:b w:val="0"/>
          <w:i w:val="0"/>
          <w:sz w:val="21"/>
        </w:rPr>
        <w:t>令 AB=c、AD=y、AC=b、AE=z。由于 AD 平分 ∠ BAE，且 AE 平分 ∠ DAC，角平分线定理给出</w:t>
      </w:r>
    </w:p>
    <w:p>
      <w:pPr>
        <w:spacing w:before="0" w:after="80" w:line="300" w:lineRule="auto"/>
        <w:jc w:val="left"/>
      </w:pPr>
      <w:r>
        <w:rPr>
          <w:rFonts w:ascii="Times New Roman" w:hAnsi="Times New Roman" w:eastAsia="宋体"/>
          <w:b w:val="0"/>
          <w:i w:val="0"/>
          <w:sz w:val="21"/>
        </w:rPr>
        <w:t>c/z=2/3, y/b=3/6，</w:t>
      </w:r>
    </w:p>
    <w:p>
      <w:pPr>
        <w:spacing w:before="0" w:after="80" w:line="300" w:lineRule="auto"/>
        <w:jc w:val="left"/>
      </w:pPr>
      <w:r>
        <w:rPr>
          <w:rFonts w:ascii="Times New Roman" w:hAnsi="Times New Roman" w:eastAsia="宋体"/>
          <w:b w:val="0"/>
          <w:i w:val="0"/>
          <w:sz w:val="21"/>
        </w:rPr>
        <w:t>所以 z=3c/2，且 b=2y。分别对三角形 ADB、ADE 和 AEC 应用余弦定理，并令它们共有的 cosα 值相等，得到</w:t>
      </w:r>
    </w:p>
    <w:p>
      <w:pPr>
        <w:spacing w:before="0" w:after="80" w:line="300" w:lineRule="auto"/>
        <w:jc w:val="left"/>
      </w:pPr>
      <w:r>
        <w:rPr>
          <w:rFonts w:ascii="Times New Roman" w:hAnsi="Times New Roman" w:eastAsia="宋体"/>
          <w:b w:val="0"/>
          <w:i w:val="0"/>
          <w:sz w:val="21"/>
        </w:rPr>
        <w:t>3c²-2y²=12,</w:t>
      </w:r>
    </w:p>
    <w:p>
      <w:pPr>
        <w:spacing w:before="0" w:after="80" w:line="300" w:lineRule="auto"/>
        <w:jc w:val="left"/>
      </w:pPr>
      <w:r>
        <w:rPr>
          <w:rFonts w:ascii="Times New Roman" w:hAnsi="Times New Roman" w:eastAsia="宋体"/>
          <w:b w:val="0"/>
          <w:i w:val="0"/>
          <w:sz w:val="21"/>
        </w:rPr>
        <w:t>9c²-8y²=-72</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因此 y²=54，且 c²=40。三边分别为 AB=2√(10)、BC=11、AC=2√(54)=6√(6)，所以最短边为 2√(10)。</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A</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AB=c, AD=y, AC=b, and AE=z. Since AD bisects ∠ BAE, and AE bisects ∠ DAC, the angle-bisector theorem gives</w:t>
      </w:r>
    </w:p>
    <w:p>
      <w:pPr>
        <w:spacing w:before="0" w:after="80" w:line="300" w:lineRule="auto"/>
        <w:jc w:val="left"/>
      </w:pPr>
      <w:r>
        <w:rPr>
          <w:rFonts w:ascii="Times New Roman" w:hAnsi="Times New Roman" w:eastAsia="宋体"/>
          <w:b w:val="0"/>
          <w:i w:val="0"/>
          <w:color w:val="333333"/>
          <w:sz w:val="19"/>
        </w:rPr>
        <w:t>c/z=2/3, y/b=3/6,</w:t>
      </w:r>
    </w:p>
    <w:p>
      <w:pPr>
        <w:spacing w:before="0" w:after="80" w:line="300" w:lineRule="auto"/>
        <w:jc w:val="left"/>
      </w:pPr>
      <w:r>
        <w:rPr>
          <w:rFonts w:ascii="Times New Roman" w:hAnsi="Times New Roman" w:eastAsia="宋体"/>
          <w:b w:val="0"/>
          <w:i w:val="0"/>
          <w:color w:val="333333"/>
          <w:sz w:val="19"/>
        </w:rPr>
        <w:t>so z=3c/2 and b=2y. Applying the law of cosines to triangles ADB, ADE, and AEC and equating their common cosα values gives</w:t>
      </w:r>
    </w:p>
    <w:p>
      <w:pPr>
        <w:spacing w:before="0" w:after="80" w:line="300" w:lineRule="auto"/>
        <w:jc w:val="left"/>
      </w:pPr>
      <w:r>
        <w:rPr>
          <w:rFonts w:ascii="Times New Roman" w:hAnsi="Times New Roman" w:eastAsia="宋体"/>
          <w:b w:val="0"/>
          <w:i w:val="0"/>
          <w:color w:val="333333"/>
          <w:sz w:val="19"/>
        </w:rPr>
        <w:t>3c²-2y²=12,</w:t>
      </w:r>
    </w:p>
    <w:p>
      <w:pPr>
        <w:spacing w:before="0" w:after="80" w:line="300" w:lineRule="auto"/>
        <w:jc w:val="left"/>
      </w:pPr>
      <w:r>
        <w:rPr>
          <w:rFonts w:ascii="Times New Roman" w:hAnsi="Times New Roman" w:eastAsia="宋体"/>
          <w:b w:val="0"/>
          <w:i w:val="0"/>
          <w:color w:val="333333"/>
          <w:sz w:val="19"/>
        </w:rPr>
        <w:t>9c²-8y²=-72.</w:t>
      </w:r>
    </w:p>
    <w:p>
      <w:pPr>
        <w:spacing w:before="0" w:after="80" w:line="300" w:lineRule="auto"/>
        <w:jc w:val="left"/>
      </w:pPr>
      <w:r>
        <w:rPr>
          <w:rFonts w:ascii="Times New Roman" w:hAnsi="Times New Roman" w:eastAsia="宋体"/>
          <w:b w:val="0"/>
          <w:i w:val="0"/>
          <w:color w:val="333333"/>
          <w:sz w:val="19"/>
        </w:rPr>
        <w:t>Hence y²=54 and c²=40. The sides are AB=2√(10), BC=11, and AC=2√(54)=6√(6), so the shortest is 2√(10).</w:t>
      </w:r>
    </w:p>
    <w:p>
      <w:pPr>
        <w:spacing w:before="0" w:after="80" w:line="300" w:lineRule="auto"/>
        <w:jc w:val="left"/>
      </w:pPr>
      <w:r>
        <w:rPr>
          <w:rFonts w:ascii="Times New Roman" w:hAnsi="Times New Roman" w:eastAsia="宋体"/>
          <w:b w:val="0"/>
          <w:i w:val="0"/>
          <w:color w:val="333333"/>
          <w:sz w:val="19"/>
        </w:rPr>
        <w:t>Therefore, the correct answer is</w:t>
      </w:r>
      <w:r>
        <w:rPr>
          <w:rFonts w:ascii="Times New Roman" w:hAnsi="Times New Roman" w:eastAsia="宋体"/>
          <w:b/>
          <w:i w:val="0"/>
          <w:color w:val="333333"/>
          <w:sz w:val="19"/>
        </w:rPr>
        <w:t>A</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26 题　答案 D</w:t>
      </w:r>
    </w:p>
    <w:p>
      <w:pPr>
        <w:spacing w:before="0" w:after="80" w:line="300" w:lineRule="auto"/>
        <w:jc w:val="left"/>
      </w:pPr>
      <w:r>
        <w:rPr>
          <w:rFonts w:ascii="Times New Roman" w:hAnsi="Times New Roman" w:eastAsia="宋体"/>
          <w:b w:val="0"/>
          <w:i w:val="0"/>
          <w:sz w:val="21"/>
        </w:rPr>
        <w:t>卡萝尔在第一轮获胜的概率为 (5/6)²(1/6)=25/216。完整一轮都没有出现六点的概率为 (5/6)³=125/216。因此所求的等比级数为</w:t>
      </w:r>
    </w:p>
    <w:p>
      <w:pPr>
        <w:spacing w:before="0" w:after="80" w:line="300" w:lineRule="auto"/>
        <w:jc w:val="left"/>
      </w:pPr>
      <w:r>
        <w:rPr>
          <w:rFonts w:ascii="Times New Roman" w:hAnsi="Times New Roman" w:eastAsia="宋体"/>
          <w:b w:val="0"/>
          <w:i w:val="0"/>
          <w:sz w:val="21"/>
        </w:rPr>
        <w:t>(25/216)/(1-125/216) =25/91。</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Carol wins in the first round with probability (5/6)²(1/6)=25/216. A complete round with no six has probability (5/6)³=125/216. Therefore the desired geometric series is</w:t>
      </w:r>
    </w:p>
    <w:p>
      <w:pPr>
        <w:spacing w:before="0" w:after="80" w:line="300" w:lineRule="auto"/>
        <w:jc w:val="left"/>
      </w:pPr>
      <w:r>
        <w:rPr>
          <w:rFonts w:ascii="Times New Roman" w:hAnsi="Times New Roman" w:eastAsia="宋体"/>
          <w:b w:val="0"/>
          <w:i w:val="0"/>
          <w:color w:val="333333"/>
          <w:sz w:val="19"/>
        </w:rPr>
        <w:t>(25/216)/(1-125/216) =25/91.</w:t>
      </w:r>
    </w:p>
    <w:p>
      <w:pPr>
        <w:spacing w:before="0" w:after="80" w:line="300" w:lineRule="auto"/>
        <w:jc w:val="left"/>
      </w:pPr>
      <w:r>
        <w:rPr>
          <w:rFonts w:ascii="Times New Roman" w:hAnsi="Times New Roman" w:eastAsia="宋体"/>
          <w:b w:val="0"/>
          <w:i w:val="0"/>
          <w:color w:val="333333"/>
          <w:sz w:val="19"/>
        </w:rPr>
        <w:t>Therefore, the correct answer is</w:t>
      </w:r>
      <w:r>
        <w:rPr>
          <w:rFonts w:ascii="Times New Roman" w:hAnsi="Times New Roman" w:eastAsia="宋体"/>
          <w:b/>
          <w:i w:val="0"/>
          <w:color w:val="333333"/>
          <w:sz w:val="19"/>
        </w:rPr>
        <w:t>D</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27 题　答案 C</w:t>
      </w:r>
    </w:p>
    <w:p>
      <w:pPr>
        <w:spacing w:before="0" w:after="80" w:line="300" w:lineRule="auto"/>
        <w:jc w:val="left"/>
      </w:pPr>
      <w:r>
        <w:rPr>
          <w:rFonts w:ascii="Times New Roman" w:hAnsi="Times New Roman" w:eastAsia="宋体"/>
          <w:b w:val="0"/>
          <w:i w:val="0"/>
          <w:sz w:val="21"/>
        </w:rPr>
        <w:t>缩放使 AB=AC=DG=1。等弦对应的弧相等，由此可知三角形 DEC 是 30°-60°-90° 三角形，并且 AE=DE。令 AE=DE=x。则 CE=1-x=2x/(√(3))，所以 x=2√(3)-3。等弦还给出 AF=FG=EF=1-x/2。因此</w:t>
      </w:r>
    </w:p>
    <w:p>
      <w:pPr>
        <w:spacing w:before="0" w:after="80" w:line="300" w:lineRule="auto"/>
        <w:jc w:val="left"/>
      </w:pPr>
      <w:r>
        <w:rPr>
          <w:rFonts w:ascii="Times New Roman" w:hAnsi="Times New Roman" w:eastAsia="宋体"/>
          <w:b w:val="0"/>
          <w:i w:val="0"/>
          <w:sz w:val="21"/>
        </w:rPr>
        <w:t>([AFE])/([ABC]) =(x(1-x))/2</w:t>
      </w:r>
    </w:p>
    <w:p>
      <w:pPr>
        <w:spacing w:before="0" w:after="80" w:line="300" w:lineRule="auto"/>
        <w:jc w:val="left"/>
      </w:pPr>
      <w:r>
        <w:rPr>
          <w:rFonts w:ascii="Times New Roman" w:hAnsi="Times New Roman" w:eastAsia="宋体"/>
          <w:b w:val="0"/>
          <w:i w:val="0"/>
          <w:sz w:val="21"/>
        </w:rPr>
        <w:t>=7√(3)-12</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Scale so AB=AC=DG=1. The equal-chord arc relations show that triangle DEC is 30°-60°-90° and AE=DE. Put AE=DE=x. Then CE=1-x=2x/(√(3)), so x=2√(3)-3. Equal chords also give AF=FG=EF=1-x/2. Hence</w:t>
      </w:r>
    </w:p>
    <w:p>
      <w:pPr>
        <w:spacing w:before="0" w:after="80" w:line="300" w:lineRule="auto"/>
        <w:jc w:val="left"/>
      </w:pPr>
      <w:r>
        <w:rPr>
          <w:rFonts w:ascii="Times New Roman" w:hAnsi="Times New Roman" w:eastAsia="宋体"/>
          <w:b w:val="0"/>
          <w:i w:val="0"/>
          <w:color w:val="333333"/>
          <w:sz w:val="19"/>
        </w:rPr>
        <w:t>([AFE])/([ABC]) =(x(1-x))/2</w:t>
      </w:r>
    </w:p>
    <w:p>
      <w:pPr>
        <w:spacing w:before="0" w:after="80" w:line="300" w:lineRule="auto"/>
        <w:jc w:val="left"/>
      </w:pPr>
      <w:r>
        <w:rPr>
          <w:rFonts w:ascii="Times New Roman" w:hAnsi="Times New Roman" w:eastAsia="宋体"/>
          <w:b w:val="0"/>
          <w:i w:val="0"/>
          <w:color w:val="333333"/>
          <w:sz w:val="19"/>
        </w:rPr>
        <w:t>=7√(3)-12.</w:t>
      </w:r>
    </w:p>
    <w:p>
      <w:pPr>
        <w:spacing w:before="0" w:after="80" w:line="300" w:lineRule="auto"/>
        <w:jc w:val="left"/>
      </w:pPr>
      <w:r>
        <w:rPr>
          <w:rFonts w:ascii="Times New Roman" w:hAnsi="Times New Roman" w:eastAsia="宋体"/>
          <w:b w:val="0"/>
          <w:i w:val="0"/>
          <w:color w:val="333333"/>
          <w:sz w:val="19"/>
        </w:rPr>
        <w:t>Therefore, the correct answer is</w:t>
      </w:r>
      <w:r>
        <w:rPr>
          <w:rFonts w:ascii="Times New Roman" w:hAnsi="Times New Roman" w:eastAsia="宋体"/>
          <w:b/>
          <w:i w:val="0"/>
          <w:color w:val="333333"/>
          <w:sz w:val="19"/>
        </w:rPr>
        <w:t>C</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28 题　答案 D</w:t>
      </w:r>
    </w:p>
    <w:p>
      <w:pPr>
        <w:spacing w:before="0" w:after="80" w:line="300" w:lineRule="auto"/>
        <w:jc w:val="left"/>
      </w:pPr>
      <w:r>
        <w:rPr>
          <w:rFonts w:ascii="Times New Roman" w:hAnsi="Times New Roman" w:eastAsia="宋体"/>
          <w:b w:val="0"/>
          <w:i w:val="0"/>
          <w:sz w:val="21"/>
        </w:rPr>
        <w:t>将一个允许的多项式记为 g。当 x≥0 时，</w:t>
      </w:r>
    </w:p>
    <w:p>
      <w:pPr>
        <w:spacing w:before="0" w:after="80" w:line="300" w:lineRule="auto"/>
        <w:jc w:val="left"/>
      </w:pPr>
      <w:r>
        <w:rPr>
          <w:rFonts w:ascii="Times New Roman" w:hAnsi="Times New Roman" w:eastAsia="宋体"/>
          <w:b w:val="0"/>
          <w:i w:val="0"/>
          <w:sz w:val="21"/>
        </w:rPr>
        <w:t>g(x)=x³+a₂x²</w:t>
      </w:r>
    </w:p>
    <w:p>
      <w:pPr>
        <w:spacing w:before="0" w:after="80" w:line="300" w:lineRule="auto"/>
        <w:jc w:val="left"/>
      </w:pPr>
      <w:r>
        <w:rPr>
          <w:rFonts w:ascii="Times New Roman" w:hAnsi="Times New Roman" w:eastAsia="宋体"/>
          <w:b w:val="0"/>
          <w:i w:val="0"/>
          <w:sz w:val="21"/>
        </w:rPr>
        <w:t>+a₁x+a₀</w:t>
      </w:r>
    </w:p>
    <w:p>
      <w:pPr>
        <w:spacing w:before="0" w:after="80" w:line="300" w:lineRule="auto"/>
        <w:jc w:val="left"/>
      </w:pPr>
      <w:r>
        <w:rPr>
          <w:rFonts w:ascii="Times New Roman" w:hAnsi="Times New Roman" w:eastAsia="宋体"/>
          <w:b w:val="0"/>
          <w:i w:val="0"/>
          <w:sz w:val="21"/>
        </w:rPr>
        <w:t>≥ f(x)</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其中 f(x)=x³-2x²-2x-2。因此，任何正根都不会超过最大根 ρ（即 f 的最大根）。取 a₂=a₁=a₀=-2 时 g=f，所以 ρ 本身可以取到。由于</w:t>
      </w:r>
    </w:p>
    <w:p>
      <w:pPr>
        <w:spacing w:before="0" w:after="80" w:line="300" w:lineRule="auto"/>
        <w:jc w:val="left"/>
      </w:pPr>
      <w:r>
        <w:rPr>
          <w:rFonts w:ascii="Times New Roman" w:hAnsi="Times New Roman" w:eastAsia="宋体"/>
          <w:b w:val="0"/>
          <w:i w:val="0"/>
          <w:sz w:val="21"/>
        </w:rPr>
        <w:t>f(5/2)=-31/8&lt;0,</w:t>
      </w:r>
    </w:p>
    <w:p>
      <w:pPr>
        <w:spacing w:before="0" w:after="80" w:line="300" w:lineRule="auto"/>
        <w:jc w:val="left"/>
      </w:pPr>
      <w:r>
        <w:rPr>
          <w:rFonts w:ascii="Times New Roman" w:hAnsi="Times New Roman" w:eastAsia="宋体"/>
          <w:b w:val="0"/>
          <w:i w:val="0"/>
          <w:sz w:val="21"/>
        </w:rPr>
        <w:t>f(3)=1&gt;0</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可得 5/2&lt;ρ&lt;3。</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Write an allowed polynomial as g. For x≥0,</w:t>
      </w:r>
    </w:p>
    <w:p>
      <w:pPr>
        <w:spacing w:before="0" w:after="80" w:line="300" w:lineRule="auto"/>
        <w:jc w:val="left"/>
      </w:pPr>
      <w:r>
        <w:rPr>
          <w:rFonts w:ascii="Times New Roman" w:hAnsi="Times New Roman" w:eastAsia="宋体"/>
          <w:b w:val="0"/>
          <w:i w:val="0"/>
          <w:color w:val="333333"/>
          <w:sz w:val="19"/>
        </w:rPr>
        <w:t>g(x)=x³+a₂x²</w:t>
      </w:r>
    </w:p>
    <w:p>
      <w:pPr>
        <w:spacing w:before="0" w:after="80" w:line="300" w:lineRule="auto"/>
        <w:jc w:val="left"/>
      </w:pPr>
      <w:r>
        <w:rPr>
          <w:rFonts w:ascii="Times New Roman" w:hAnsi="Times New Roman" w:eastAsia="宋体"/>
          <w:b w:val="0"/>
          <w:i w:val="0"/>
          <w:color w:val="333333"/>
          <w:sz w:val="19"/>
        </w:rPr>
        <w:t>+a₁x+a₀</w:t>
      </w:r>
    </w:p>
    <w:p>
      <w:pPr>
        <w:spacing w:before="0" w:after="80" w:line="300" w:lineRule="auto"/>
        <w:jc w:val="left"/>
      </w:pPr>
      <w:r>
        <w:rPr>
          <w:rFonts w:ascii="Times New Roman" w:hAnsi="Times New Roman" w:eastAsia="宋体"/>
          <w:b w:val="0"/>
          <w:i w:val="0"/>
          <w:color w:val="333333"/>
          <w:sz w:val="19"/>
        </w:rPr>
        <w:t>≥ f(x),</w:t>
      </w:r>
    </w:p>
    <w:p>
      <w:pPr>
        <w:spacing w:before="0" w:after="80" w:line="300" w:lineRule="auto"/>
        <w:jc w:val="left"/>
      </w:pPr>
      <w:r>
        <w:rPr>
          <w:rFonts w:ascii="Times New Roman" w:hAnsi="Times New Roman" w:eastAsia="宋体"/>
          <w:b w:val="0"/>
          <w:i w:val="0"/>
          <w:color w:val="333333"/>
          <w:sz w:val="19"/>
        </w:rPr>
        <w:t>where f(x)=x³-2x²-2x-2. Thus no positive root can exceed the largest root ρ of f. Taking a₂=a₁=a₀=-2 gives g=f, so ρ itself is attained. Since</w:t>
      </w:r>
    </w:p>
    <w:p>
      <w:pPr>
        <w:spacing w:before="0" w:after="80" w:line="300" w:lineRule="auto"/>
        <w:jc w:val="left"/>
      </w:pPr>
      <w:r>
        <w:rPr>
          <w:rFonts w:ascii="Times New Roman" w:hAnsi="Times New Roman" w:eastAsia="宋体"/>
          <w:b w:val="0"/>
          <w:i w:val="0"/>
          <w:color w:val="333333"/>
          <w:sz w:val="19"/>
        </w:rPr>
        <w:t>f(5/2)=-31/8&lt;0,</w:t>
      </w:r>
    </w:p>
    <w:p>
      <w:pPr>
        <w:spacing w:before="0" w:after="80" w:line="300" w:lineRule="auto"/>
        <w:jc w:val="left"/>
      </w:pPr>
      <w:r>
        <w:rPr>
          <w:rFonts w:ascii="Times New Roman" w:hAnsi="Times New Roman" w:eastAsia="宋体"/>
          <w:b w:val="0"/>
          <w:i w:val="0"/>
          <w:color w:val="333333"/>
          <w:sz w:val="19"/>
        </w:rPr>
        <w:t>f(3)=1&gt;0,</w:t>
      </w:r>
    </w:p>
    <w:p>
      <w:pPr>
        <w:spacing w:before="0" w:after="80" w:line="300" w:lineRule="auto"/>
        <w:jc w:val="left"/>
      </w:pPr>
      <w:r>
        <w:rPr>
          <w:rFonts w:ascii="Times New Roman" w:hAnsi="Times New Roman" w:eastAsia="宋体"/>
          <w:b w:val="0"/>
          <w:i w:val="0"/>
          <w:color w:val="333333"/>
          <w:sz w:val="19"/>
        </w:rPr>
        <w:t>we have 5/2&lt;ρ&lt;3.</w:t>
      </w:r>
    </w:p>
    <w:p>
      <w:pPr>
        <w:spacing w:before="0" w:after="80" w:line="300" w:lineRule="auto"/>
        <w:jc w:val="left"/>
      </w:pPr>
      <w:r>
        <w:rPr>
          <w:rFonts w:ascii="Times New Roman" w:hAnsi="Times New Roman" w:eastAsia="宋体"/>
          <w:b w:val="0"/>
          <w:i w:val="0"/>
          <w:color w:val="333333"/>
          <w:sz w:val="19"/>
        </w:rPr>
        <w:t>Therefore, the correct answer is</w:t>
      </w:r>
      <w:r>
        <w:rPr>
          <w:rFonts w:ascii="Times New Roman" w:hAnsi="Times New Roman" w:eastAsia="宋体"/>
          <w:b/>
          <w:i w:val="0"/>
          <w:color w:val="333333"/>
          <w:sz w:val="19"/>
        </w:rPr>
        <w:t>D</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29 题　答案 E</w:t>
      </w:r>
    </w:p>
    <w:p>
      <w:pPr>
        <w:spacing w:before="0" w:after="80" w:line="300" w:lineRule="auto"/>
        <w:jc w:val="left"/>
      </w:pPr>
      <w:r>
        <w:rPr>
          <w:rFonts w:ascii="Times New Roman" w:hAnsi="Times New Roman" w:eastAsia="宋体"/>
          <w:b w:val="0"/>
          <w:i w:val="0"/>
          <w:sz w:val="21"/>
        </w:rPr>
        <w:t>由于 x≥0，平方一次得到 a-√(a+x)=x²。令 y=√(a+x)。则 y=a-x²，且 a=y²-x，所以</w:t>
      </w:r>
    </w:p>
    <w:p>
      <w:pPr>
        <w:spacing w:before="0" w:after="80" w:line="300" w:lineRule="auto"/>
        <w:jc w:val="left"/>
      </w:pPr>
      <w:r>
        <w:rPr>
          <w:rFonts w:ascii="Times New Roman" w:hAnsi="Times New Roman" w:eastAsia="宋体"/>
          <w:b w:val="0"/>
          <w:i w:val="0"/>
          <w:sz w:val="21"/>
        </w:rPr>
        <w:t>0=(y+x)(y-x-1)。</w:t>
      </w:r>
    </w:p>
    <w:p>
      <w:pPr>
        <w:spacing w:before="0" w:after="80" w:line="300" w:lineRule="auto"/>
        <w:jc w:val="left"/>
      </w:pPr>
      <w:r>
        <w:rPr>
          <w:rFonts w:ascii="Times New Roman" w:hAnsi="Times New Roman" w:eastAsia="宋体"/>
          <w:b w:val="0"/>
          <w:i w:val="0"/>
          <w:sz w:val="21"/>
        </w:rPr>
        <w:t>由于 y+x&gt;0，可得 y=x+1，即 √(a+x)=x+1。因此 a+x=x²+2x+1，且</w:t>
      </w:r>
    </w:p>
    <w:p>
      <w:pPr>
        <w:spacing w:before="0" w:after="80" w:line="300" w:lineRule="auto"/>
        <w:jc w:val="left"/>
      </w:pPr>
      <w:r>
        <w:rPr>
          <w:rFonts w:ascii="Times New Roman" w:hAnsi="Times New Roman" w:eastAsia="宋体"/>
          <w:b w:val="0"/>
          <w:i w:val="0"/>
          <w:sz w:val="21"/>
        </w:rPr>
        <w:t>x²+x+1-a=0。</w:t>
      </w:r>
    </w:p>
    <w:p>
      <w:pPr>
        <w:spacing w:before="0" w:after="80" w:line="300" w:lineRule="auto"/>
        <w:jc w:val="left"/>
      </w:pPr>
      <w:r>
        <w:rPr>
          <w:rFonts w:ascii="Times New Roman" w:hAnsi="Times New Roman" w:eastAsia="宋体"/>
          <w:b w:val="0"/>
          <w:i w:val="0"/>
          <w:sz w:val="21"/>
        </w:rPr>
        <w:t>唯一的非负根为 x=(√(4a-3)-1)/2，并且它满足原方程。因此它也就是所有实数解之和。</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E</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Since x≥0, squaring once gives a-√(a+x)=x². Let y=√(a+x). Then y=a-x² and a=y²-x, so</w:t>
      </w:r>
    </w:p>
    <w:p>
      <w:pPr>
        <w:spacing w:before="0" w:after="80" w:line="300" w:lineRule="auto"/>
        <w:jc w:val="left"/>
      </w:pPr>
      <w:r>
        <w:rPr>
          <w:rFonts w:ascii="Times New Roman" w:hAnsi="Times New Roman" w:eastAsia="宋体"/>
          <w:b w:val="0"/>
          <w:i w:val="0"/>
          <w:color w:val="333333"/>
          <w:sz w:val="19"/>
        </w:rPr>
        <w:t>0=(y+x)(y-x-1).</w:t>
      </w:r>
    </w:p>
    <w:p>
      <w:pPr>
        <w:spacing w:before="0" w:after="80" w:line="300" w:lineRule="auto"/>
        <w:jc w:val="left"/>
      </w:pPr>
      <w:r>
        <w:rPr>
          <w:rFonts w:ascii="Times New Roman" w:hAnsi="Times New Roman" w:eastAsia="宋体"/>
          <w:b w:val="0"/>
          <w:i w:val="0"/>
          <w:color w:val="333333"/>
          <w:sz w:val="19"/>
        </w:rPr>
        <w:t>Since y+x&gt;0, we have y=x+1, or √(a+x)=x+1. Therefore a+x=x²+2x+1 and</w:t>
      </w:r>
    </w:p>
    <w:p>
      <w:pPr>
        <w:spacing w:before="0" w:after="80" w:line="300" w:lineRule="auto"/>
        <w:jc w:val="left"/>
      </w:pPr>
      <w:r>
        <w:rPr>
          <w:rFonts w:ascii="Times New Roman" w:hAnsi="Times New Roman" w:eastAsia="宋体"/>
          <w:b w:val="0"/>
          <w:i w:val="0"/>
          <w:color w:val="333333"/>
          <w:sz w:val="19"/>
        </w:rPr>
        <w:t>x²+x+1-a=0.</w:t>
      </w:r>
    </w:p>
    <w:p>
      <w:pPr>
        <w:spacing w:before="0" w:after="80" w:line="300" w:lineRule="auto"/>
        <w:jc w:val="left"/>
      </w:pPr>
      <w:r>
        <w:rPr>
          <w:rFonts w:ascii="Times New Roman" w:hAnsi="Times New Roman" w:eastAsia="宋体"/>
          <w:b w:val="0"/>
          <w:i w:val="0"/>
          <w:color w:val="333333"/>
          <w:sz w:val="19"/>
        </w:rPr>
        <w:t>The only nonnegative root is x=(√(4a-3)-1)/2, and it satisfies the original equation. It is therefore also the sum of all real solutions.</w:t>
      </w:r>
    </w:p>
    <w:p>
      <w:pPr>
        <w:spacing w:before="0" w:after="80" w:line="300" w:lineRule="auto"/>
        <w:jc w:val="left"/>
      </w:pPr>
      <w:r>
        <w:rPr>
          <w:rFonts w:ascii="Times New Roman" w:hAnsi="Times New Roman" w:eastAsia="宋体"/>
          <w:b w:val="0"/>
          <w:i w:val="0"/>
          <w:color w:val="333333"/>
          <w:sz w:val="19"/>
        </w:rPr>
        <w:t>Therefore, the correct answer is</w:t>
      </w:r>
      <w:r>
        <w:rPr>
          <w:rFonts w:ascii="Times New Roman" w:hAnsi="Times New Roman" w:eastAsia="宋体"/>
          <w:b/>
          <w:i w:val="0"/>
          <w:color w:val="333333"/>
          <w:sz w:val="19"/>
        </w:rPr>
        <w:t>E</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30 题　答案 D</w:t>
      </w:r>
    </w:p>
    <w:p>
      <w:pPr>
        <w:spacing w:before="0" w:after="80" w:line="300" w:lineRule="auto"/>
        <w:jc w:val="left"/>
      </w:pPr>
      <w:r>
        <w:rPr>
          <w:rFonts w:ascii="Times New Roman" w:hAnsi="Times New Roman" w:eastAsia="宋体"/>
          <w:b w:val="0"/>
          <w:i w:val="0"/>
          <w:sz w:val="21"/>
        </w:rPr>
        <w:t>韦达定理给出 a+b+c+d=0。例如，</w:t>
      </w:r>
    </w:p>
    <w:p>
      <w:pPr>
        <w:spacing w:before="0" w:after="80" w:line="300" w:lineRule="auto"/>
        <w:jc w:val="left"/>
      </w:pPr>
      <w:r>
        <w:rPr>
          <w:rFonts w:ascii="Times New Roman" w:hAnsi="Times New Roman" w:eastAsia="宋体"/>
          <w:b w:val="0"/>
          <w:i w:val="0"/>
          <w:sz w:val="21"/>
        </w:rPr>
        <w:t>a+b+c/d²=-1/d，</w:t>
      </w:r>
    </w:p>
    <w:p>
      <w:pPr>
        <w:spacing w:before="0" w:after="80" w:line="300" w:lineRule="auto"/>
        <w:jc w:val="left"/>
      </w:pPr>
      <w:r>
        <w:rPr>
          <w:rFonts w:ascii="Times New Roman" w:hAnsi="Times New Roman" w:eastAsia="宋体"/>
          <w:b w:val="0"/>
          <w:i w:val="0"/>
          <w:sz w:val="21"/>
        </w:rPr>
        <w:t>类似地，新方程的根为 -1/a、-1/b、-1/c、-1/d。令 x=-1/r，并代入 r⁴-br-3=0。两边乘以 x⁴，得到 1+bx³-3x⁴=0，即</w:t>
      </w:r>
    </w:p>
    <w:p>
      <w:pPr>
        <w:spacing w:before="0" w:after="80" w:line="300" w:lineRule="auto"/>
        <w:jc w:val="left"/>
      </w:pPr>
      <w:r>
        <w:rPr>
          <w:rFonts w:ascii="Times New Roman" w:hAnsi="Times New Roman" w:eastAsia="宋体"/>
          <w:b w:val="0"/>
          <w:i w:val="0"/>
          <w:sz w:val="21"/>
        </w:rPr>
        <w:t>3x⁴-bx³-1=0。</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Vieta’s formulas give a+b+c+d=0. Thus, for example,</w:t>
      </w:r>
    </w:p>
    <w:p>
      <w:pPr>
        <w:spacing w:before="0" w:after="80" w:line="300" w:lineRule="auto"/>
        <w:jc w:val="left"/>
      </w:pPr>
      <w:r>
        <w:rPr>
          <w:rFonts w:ascii="Times New Roman" w:hAnsi="Times New Roman" w:eastAsia="宋体"/>
          <w:b w:val="0"/>
          <w:i w:val="0"/>
          <w:color w:val="333333"/>
          <w:sz w:val="19"/>
        </w:rPr>
        <w:t>a+b+c/d²=-1/d,</w:t>
      </w:r>
    </w:p>
    <w:p>
      <w:pPr>
        <w:spacing w:before="0" w:after="80" w:line="300" w:lineRule="auto"/>
        <w:jc w:val="left"/>
      </w:pPr>
      <w:r>
        <w:rPr>
          <w:rFonts w:ascii="Times New Roman" w:hAnsi="Times New Roman" w:eastAsia="宋体"/>
          <w:b w:val="0"/>
          <w:i w:val="0"/>
          <w:color w:val="333333"/>
          <w:sz w:val="19"/>
        </w:rPr>
        <w:t>and similarly the new roots are -1/a, -1/b, -1/c, -1/d. Put x=-1/r in r⁴-br-3=0. Multiplying by x⁴ gives 1+bx³-3x⁴=0, or</w:t>
      </w:r>
    </w:p>
    <w:p>
      <w:pPr>
        <w:spacing w:before="0" w:after="80" w:line="300" w:lineRule="auto"/>
        <w:jc w:val="left"/>
      </w:pPr>
      <w:r>
        <w:rPr>
          <w:rFonts w:ascii="Times New Roman" w:hAnsi="Times New Roman" w:eastAsia="宋体"/>
          <w:b w:val="0"/>
          <w:i w:val="0"/>
          <w:color w:val="333333"/>
          <w:sz w:val="19"/>
        </w:rPr>
        <w:t>3x⁴-bx³-1=0.</w:t>
      </w:r>
    </w:p>
    <w:p>
      <w:pPr>
        <w:spacing w:before="0" w:after="80" w:line="300" w:lineRule="auto"/>
        <w:jc w:val="left"/>
      </w:pPr>
      <w:r>
        <w:rPr>
          <w:rFonts w:ascii="Times New Roman" w:hAnsi="Times New Roman" w:eastAsia="宋体"/>
          <w:b w:val="0"/>
          <w:i w:val="0"/>
          <w:color w:val="333333"/>
          <w:sz w:val="19"/>
        </w:rPr>
        <w:t>Therefore, the correct answer is</w:t>
      </w:r>
      <w:r>
        <w:rPr>
          <w:rFonts w:ascii="Times New Roman" w:hAnsi="Times New Roman" w:eastAsia="宋体"/>
          <w:b/>
          <w:i w:val="0"/>
          <w:color w:val="333333"/>
          <w:sz w:val="19"/>
        </w:rPr>
        <w:t>D</w:t>
      </w:r>
      <w:r>
        <w:rPr>
          <w:rFonts w:ascii="Times New Roman" w:hAnsi="Times New Roman" w:eastAsia="宋体"/>
          <w:b w:val="0"/>
          <w:i w:val="0"/>
          <w:color w:val="333333"/>
          <w:sz w:val="19"/>
        </w:rPr>
        <w:t>.</w:t>
      </w:r>
    </w:p>
    <w:sectPr w:rsidR="00FC693F" w:rsidRPr="0006063C" w:rsidSect="00034616">
      <w:pgSz w:w="11906" w:h="16838"/>
      <w:pgMar w:top="1134" w:right="1247" w:bottom="113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png"/><Relationship Id="rId11" Type="http://schemas.openxmlformats.org/officeDocument/2006/relationships/image" Target="media/image3.png"/><Relationship Id="rId12" Type="http://schemas.openxmlformats.org/officeDocument/2006/relationships/image" Target="media/image4.png"/><Relationship Id="rId13" Type="http://schemas.openxmlformats.org/officeDocument/2006/relationships/image" Target="media/image5.png"/><Relationship Id="rId14" Type="http://schemas.openxmlformats.org/officeDocument/2006/relationships/image" Target="media/image6.png"/><Relationship Id="rId15" Type="http://schemas.openxmlformats.org/officeDocument/2006/relationships/image" Target="media/image7.png"/><Relationship Id="rId16" Type="http://schemas.openxmlformats.org/officeDocument/2006/relationships/image" Target="media/image8.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