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1980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使其七倍小于 100 的最大非负整数是</w:t>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whole number such that seven times the number is less than 100 is</w:t>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把 (x²+1)⁴(x³+1)³ 看作关于 x 的多项式，它的次数是</w:t>
      </w:r>
    </w:p>
    <w:p>
      <w:pPr>
        <w:spacing w:before="0" w:after="120" w:line="300" w:lineRule="auto"/>
      </w:pPr>
      <w:r>
        <w:rPr>
          <w:rFonts w:ascii="Times New Roman" w:hAnsi="Times New Roman" w:eastAsia="宋体"/>
          <w:b w:val="0"/>
          <w:i w:val="0"/>
          <w:sz w:val="21"/>
        </w:rPr>
        <w:t>（A）5　　（B）7　　（C）12　　（D）17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degree of (x²+1)⁴(x³+1)³ as a polynomial in x is</w:t>
      </w:r>
    </w:p>
    <w:p>
      <w:pPr>
        <w:spacing w:before="0" w:after="160" w:line="300" w:lineRule="auto"/>
      </w:pPr>
      <w:r>
        <w:rPr>
          <w:rFonts w:ascii="Times New Roman" w:hAnsi="Times New Roman" w:eastAsia="宋体"/>
          <w:b w:val="0"/>
          <w:i w:val="0"/>
          <w:color w:val="333333"/>
          <w:sz w:val="19"/>
        </w:rPr>
        <w:t>(A) 5　　(B) 7　　(C) 12　　(D) 17　　(E) 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2x-y 与 x+y 之比为 2/3，则 x 与 y 之比是多少？</w:t>
      </w:r>
    </w:p>
    <w:p>
      <w:pPr>
        <w:spacing w:before="0" w:after="120" w:line="300" w:lineRule="auto"/>
      </w:pPr>
      <w:r>
        <w:rPr>
          <w:rFonts w:ascii="Times New Roman" w:hAnsi="Times New Roman" w:eastAsia="宋体"/>
          <w:b w:val="0"/>
          <w:i w:val="0"/>
          <w:sz w:val="21"/>
        </w:rPr>
        <w:t>（A）1/5　　（B）4/5　　（C）1　　（D）6/5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ratio of 2x-y to x+y is 2/3, what is the ratio of x to y?</w:t>
      </w:r>
    </w:p>
    <w:p>
      <w:pPr>
        <w:spacing w:before="0" w:after="160" w:line="300" w:lineRule="auto"/>
      </w:pPr>
      <w:r>
        <w:rPr>
          <w:rFonts w:ascii="Times New Roman" w:hAnsi="Times New Roman" w:eastAsia="宋体"/>
          <w:b w:val="0"/>
          <w:i w:val="0"/>
          <w:color w:val="333333"/>
          <w:sz w:val="19"/>
        </w:rPr>
        <w:t>(A) 1/5　　(B) 4/5　　(C) 1　　(D) 6/5　　(E) 5/4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在所附图形中，CDE 是等边三角形，ABCD 和 DEFG 是正方形。∠ GDA 的度数是</w:t>
      </w:r>
    </w:p>
    <w:p>
      <w:pPr>
        <w:spacing w:before="80" w:after="80"/>
        <w:jc w:val="center"/>
      </w:pPr>
      <w:r>
        <w:drawing>
          <wp:inline xmlns:a="http://schemas.openxmlformats.org/drawingml/2006/main" xmlns:pic="http://schemas.openxmlformats.org/drawingml/2006/picture">
            <wp:extent cx="1897600" cy="997152"/>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897600" cy="997152"/>
                    </a:xfrm>
                    <a:prstGeom prst="rect"/>
                  </pic:spPr>
                </pic:pic>
              </a:graphicData>
            </a:graphic>
          </wp:inline>
        </w:drawing>
      </w:r>
    </w:p>
    <w:p>
      <w:pPr>
        <w:spacing w:before="0" w:after="120" w:line="300" w:lineRule="auto"/>
      </w:pPr>
      <w:r>
        <w:rPr>
          <w:rFonts w:ascii="Times New Roman" w:hAnsi="Times New Roman" w:eastAsia="宋体"/>
          <w:b w:val="0"/>
          <w:i w:val="0"/>
          <w:sz w:val="21"/>
        </w:rPr>
        <w:t>（A）90°　　（B）105°　　（C）120°　　（D）135°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CDE is an equilateral triangle and ABCD and DEFG are squares. The measure of ∠ GDA is</w:t>
      </w:r>
    </w:p>
    <w:p>
      <w:pPr>
        <w:spacing w:before="80" w:after="80"/>
        <w:jc w:val="center"/>
      </w:pPr>
      <w:r>
        <w:drawing>
          <wp:inline xmlns:a="http://schemas.openxmlformats.org/drawingml/2006/main" xmlns:pic="http://schemas.openxmlformats.org/drawingml/2006/picture">
            <wp:extent cx="1897600" cy="997152"/>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897600" cy="99715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90°　　(B) 105°　　(C) 120°　　(D) 135°　　(E) 150°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AB 与 CD 是圆 Q 的两条互相垂直的直径，P 在 AQ 上，且 ∠ QPC=60°，则 PQ 的长度除以 AQ 的长度等于</w:t>
      </w:r>
    </w:p>
    <w:p>
      <w:pPr>
        <w:spacing w:before="80" w:after="80"/>
        <w:jc w:val="center"/>
      </w:pPr>
      <w:r>
        <w:drawing>
          <wp:inline xmlns:a="http://schemas.openxmlformats.org/drawingml/2006/main" xmlns:pic="http://schemas.openxmlformats.org/drawingml/2006/picture">
            <wp:extent cx="1198890" cy="1172527"/>
            <wp:docPr id="3" name="Picture 3"/>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198890" cy="1172527"/>
                    </a:xfrm>
                    <a:prstGeom prst="rect"/>
                  </pic:spPr>
                </pic:pic>
              </a:graphicData>
            </a:graphic>
          </wp:inline>
        </w:drawing>
      </w:r>
    </w:p>
    <w:p>
      <w:pPr>
        <w:spacing w:before="0" w:after="120" w:line="300" w:lineRule="auto"/>
      </w:pPr>
      <w:r>
        <w:rPr>
          <w:rFonts w:ascii="Times New Roman" w:hAnsi="Times New Roman" w:eastAsia="宋体"/>
          <w:b w:val="0"/>
          <w:i w:val="0"/>
          <w:sz w:val="21"/>
        </w:rPr>
        <w:t>（A）(√(3))/2　　（B）(√(3))/3　　（C）(√(2))/2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AB and CD are perpendicular diameters of circle Q, P in AQ, and ∠ QPC=60°, then the length of PQ divided by the length of AQ is</w:t>
      </w:r>
    </w:p>
    <w:p>
      <w:pPr>
        <w:spacing w:before="80" w:after="80"/>
        <w:jc w:val="center"/>
      </w:pPr>
      <w:r>
        <w:drawing>
          <wp:inline xmlns:a="http://schemas.openxmlformats.org/drawingml/2006/main" xmlns:pic="http://schemas.openxmlformats.org/drawingml/2006/picture">
            <wp:extent cx="1198890" cy="1172527"/>
            <wp:docPr id="4" name="Picture 4"/>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198890" cy="117252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(√(3))/3　　(C) (√(2))/2　　(D) 1/2　　(E) 2/3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正数 x 满足不等式 √(x)&lt;2x 的充要条件是</w:t>
      </w:r>
    </w:p>
    <w:p>
      <w:pPr>
        <w:spacing w:before="0" w:after="120" w:line="300" w:lineRule="auto"/>
      </w:pPr>
      <w:r>
        <w:rPr>
          <w:rFonts w:ascii="Times New Roman" w:hAnsi="Times New Roman" w:eastAsia="宋体"/>
          <w:b w:val="0"/>
          <w:i w:val="0"/>
          <w:sz w:val="21"/>
        </w:rPr>
        <w:t>（A）x&gt;1/4　　（B）x&gt;2　　（C）x&gt;4　　（D）x&lt;1/4　　（E）x&lt;4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number x satisfies the inequality √(x)&lt;2x if and only if</w:t>
      </w:r>
    </w:p>
    <w:p>
      <w:pPr>
        <w:spacing w:before="0" w:after="160" w:line="300" w:lineRule="auto"/>
      </w:pPr>
      <w:r>
        <w:rPr>
          <w:rFonts w:ascii="Times New Roman" w:hAnsi="Times New Roman" w:eastAsia="宋体"/>
          <w:b w:val="0"/>
          <w:i w:val="0"/>
          <w:color w:val="333333"/>
          <w:sz w:val="19"/>
        </w:rPr>
        <w:t>(A) x&gt;1/4　　(B) x&gt;2　　(C) x&gt;4　　(D) x&lt;1/4　　(E) x&lt;4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凸多边形 ABCD 的边 AB、BC、CD 和 DA 的长度依次为 3、4、12 和 13，且 ∠ CBA 是直角。该四边形的面积是</w:t>
      </w:r>
    </w:p>
    <w:p>
      <w:pPr>
        <w:spacing w:before="80" w:after="80"/>
        <w:jc w:val="center"/>
      </w:pPr>
      <w:r>
        <w:drawing>
          <wp:inline xmlns:a="http://schemas.openxmlformats.org/drawingml/2006/main" xmlns:pic="http://schemas.openxmlformats.org/drawingml/2006/picture">
            <wp:extent cx="1984346" cy="1626808"/>
            <wp:docPr id="5" name="Picture 5"/>
            <wp:cNvGraphicFramePr>
              <a:graphicFrameLocks noChangeAspect="1"/>
            </wp:cNvGraphicFramePr>
            <a:graphic>
              <a:graphicData uri="http://schemas.openxmlformats.org/drawingml/2006/picture">
                <pic:pic>
                  <pic:nvPicPr>
                    <pic:cNvPr id="0" name="q07-1@300dpi.png"/>
                    <pic:cNvPicPr/>
                  </pic:nvPicPr>
                  <pic:blipFill>
                    <a:blip r:embed="rId11"/>
                    <a:stretch>
                      <a:fillRect/>
                    </a:stretch>
                  </pic:blipFill>
                  <pic:spPr>
                    <a:xfrm>
                      <a:off x="0" y="0"/>
                      <a:ext cx="1984346" cy="1626808"/>
                    </a:xfrm>
                    <a:prstGeom prst="rect"/>
                  </pic:spPr>
                </pic:pic>
              </a:graphicData>
            </a:graphic>
          </wp:inline>
        </w:drawing>
      </w:r>
    </w:p>
    <w:p>
      <w:pPr>
        <w:spacing w:before="0" w:after="120" w:line="300" w:lineRule="auto"/>
      </w:pPr>
      <w:r>
        <w:rPr>
          <w:rFonts w:ascii="Times New Roman" w:hAnsi="Times New Roman" w:eastAsia="宋体"/>
          <w:b w:val="0"/>
          <w:i w:val="0"/>
          <w:sz w:val="21"/>
        </w:rPr>
        <w:t>（A）32　　（B）36　　（C）39　　（D）42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Sides AB, BC, CD, and DA of convex polygon ABCD have lengths 3, 4, 12, and 13, respectively; and ∠ CBA is a right angle. The area of the quadrilateral is</w:t>
      </w:r>
    </w:p>
    <w:p>
      <w:pPr>
        <w:spacing w:before="80" w:after="80"/>
        <w:jc w:val="center"/>
      </w:pPr>
      <w:r>
        <w:drawing>
          <wp:inline xmlns:a="http://schemas.openxmlformats.org/drawingml/2006/main" xmlns:pic="http://schemas.openxmlformats.org/drawingml/2006/picture">
            <wp:extent cx="1984346" cy="1626808"/>
            <wp:docPr id="6" name="Picture 6"/>
            <wp:cNvGraphicFramePr>
              <a:graphicFrameLocks noChangeAspect="1"/>
            </wp:cNvGraphicFramePr>
            <a:graphic>
              <a:graphicData uri="http://schemas.openxmlformats.org/drawingml/2006/picture">
                <pic:pic>
                  <pic:nvPicPr>
                    <pic:cNvPr id="0" name="q07-1@300dpi.png"/>
                    <pic:cNvPicPr/>
                  </pic:nvPicPr>
                  <pic:blipFill>
                    <a:blip r:embed="rId11"/>
                    <a:stretch>
                      <a:fillRect/>
                    </a:stretch>
                  </pic:blipFill>
                  <pic:spPr>
                    <a:xfrm>
                      <a:off x="0" y="0"/>
                      <a:ext cx="1984346" cy="16268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36　　(C) 39　　(D) 42　　(E) 48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有多少对非零实数 (a,b) 满足方程</w:t>
      </w:r>
    </w:p>
    <w:p>
      <w:pPr>
        <w:spacing w:before="0" w:after="80" w:line="300" w:lineRule="auto"/>
        <w:jc w:val="left"/>
      </w:pPr>
      <w:r>
        <w:rPr>
          <w:rFonts w:ascii="Times New Roman" w:hAnsi="Times New Roman" w:eastAsia="宋体"/>
          <w:b w:val="0"/>
          <w:i w:val="0"/>
          <w:sz w:val="21"/>
        </w:rPr>
        <w:t>1/a+1/b=1/a+b？</w:t>
      </w:r>
    </w:p>
    <w:p>
      <w:pPr>
        <w:spacing w:before="0" w:after="120" w:line="300" w:lineRule="auto"/>
      </w:pPr>
      <w:r>
        <w:rPr>
          <w:rFonts w:ascii="Times New Roman" w:hAnsi="Times New Roman" w:eastAsia="宋体"/>
          <w:b w:val="0"/>
          <w:i w:val="0"/>
          <w:sz w:val="21"/>
        </w:rPr>
        <w:t>（A）没有　　（B）1　　（C）2　　（D）每个 b≠0 对应一对　　（E）每个 b≠0 对应两对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pairs (a,b) of nonzero real numbers satisfy the equation</w:t>
      </w:r>
    </w:p>
    <w:p>
      <w:pPr>
        <w:spacing w:before="0" w:after="80" w:line="300" w:lineRule="auto"/>
        <w:jc w:val="left"/>
      </w:pPr>
      <w:r>
        <w:rPr>
          <w:rFonts w:ascii="Times New Roman" w:hAnsi="Times New Roman" w:eastAsia="宋体"/>
          <w:b w:val="0"/>
          <w:i w:val="0"/>
          <w:color w:val="333333"/>
          <w:sz w:val="19"/>
        </w:rPr>
        <w:t>1/a+1/b=1/a+b?</w:t>
      </w:r>
    </w:p>
    <w:p>
      <w:pPr>
        <w:spacing w:before="0" w:after="160" w:line="300" w:lineRule="auto"/>
      </w:pPr>
      <w:r>
        <w:rPr>
          <w:rFonts w:ascii="Times New Roman" w:hAnsi="Times New Roman" w:eastAsia="宋体"/>
          <w:b w:val="0"/>
          <w:i w:val="0"/>
          <w:color w:val="333333"/>
          <w:sz w:val="19"/>
        </w:rPr>
        <w:t>(A) none　　(B) 1　　(C) 2　　(D) one pair for each b≠0　　(E) two pairs for each b≠0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一人向正西走 x 英里，然后向左转 150°，再沿新方向走 3 英里。若终点与起点相距 √(3) 英里，则 x 的值是</w:t>
      </w:r>
    </w:p>
    <w:p>
      <w:pPr>
        <w:spacing w:before="0" w:after="120" w:line="300" w:lineRule="auto"/>
      </w:pPr>
      <w:r>
        <w:rPr>
          <w:rFonts w:ascii="Times New Roman" w:hAnsi="Times New Roman" w:eastAsia="宋体"/>
          <w:b w:val="0"/>
          <w:i w:val="0"/>
          <w:sz w:val="21"/>
        </w:rPr>
        <w:t>（A）√(3)　　（B）2√(3)　　（C）3/2　　（D）3　　（E）由所给信息不能唯一确定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walks x miles due west, turns 150° to his left and walks 3 miles in the new direction. If he finishes at a point √(3) miles from his starting point, then x is</w:t>
      </w:r>
    </w:p>
    <w:p>
      <w:pPr>
        <w:spacing w:before="0" w:after="160" w:line="300" w:lineRule="auto"/>
      </w:pPr>
      <w:r>
        <w:rPr>
          <w:rFonts w:ascii="Times New Roman" w:hAnsi="Times New Roman" w:eastAsia="宋体"/>
          <w:b w:val="0"/>
          <w:i w:val="0"/>
          <w:color w:val="333333"/>
          <w:sz w:val="19"/>
        </w:rPr>
        <w:t>(A) √(3)　　(B) 2√(3)　　(C) 3/2　　(D) 3　　(E) not uniquely determined by the given</w:t>
        <w:br/>
        <w:t>information</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三个互相啮合的圆形齿轮 A、B、C 的齿数分别为 x、y、z。（所有齿轮的齿大小相同，并且如图所示均匀排列。）A、B、C 的角速度（单位为每分钟转数）之比为</w:t>
      </w:r>
    </w:p>
    <w:p>
      <w:pPr>
        <w:spacing w:before="80" w:after="80"/>
        <w:jc w:val="center"/>
      </w:pPr>
      <w:r>
        <w:drawing>
          <wp:inline xmlns:a="http://schemas.openxmlformats.org/drawingml/2006/main" xmlns:pic="http://schemas.openxmlformats.org/drawingml/2006/picture">
            <wp:extent cx="1564126" cy="718817"/>
            <wp:docPr id="7" name="Picture 7"/>
            <wp:cNvGraphicFramePr>
              <a:graphicFrameLocks noChangeAspect="1"/>
            </wp:cNvGraphicFramePr>
            <a:graphic>
              <a:graphicData uri="http://schemas.openxmlformats.org/drawingml/2006/picture">
                <pic:pic>
                  <pic:nvPicPr>
                    <pic:cNvPr id="0" name="q10-1@300dpi.png"/>
                    <pic:cNvPicPr/>
                  </pic:nvPicPr>
                  <pic:blipFill>
                    <a:blip r:embed="rId12"/>
                    <a:stretch>
                      <a:fillRect/>
                    </a:stretch>
                  </pic:blipFill>
                  <pic:spPr>
                    <a:xfrm>
                      <a:off x="0" y="0"/>
                      <a:ext cx="1564126" cy="718817"/>
                    </a:xfrm>
                    <a:prstGeom prst="rect"/>
                  </pic:spPr>
                </pic:pic>
              </a:graphicData>
            </a:graphic>
          </wp:inline>
        </w:drawing>
      </w:r>
    </w:p>
    <w:p>
      <w:pPr>
        <w:spacing w:before="0" w:after="120" w:line="300" w:lineRule="auto"/>
      </w:pPr>
      <w:r>
        <w:rPr>
          <w:rFonts w:ascii="Times New Roman" w:hAnsi="Times New Roman" w:eastAsia="宋体"/>
          <w:b w:val="0"/>
          <w:i w:val="0"/>
          <w:sz w:val="21"/>
        </w:rPr>
        <w:t>（A）x:y:z　　（B）z:y:x　　（C）y:z:x　　（D）yz:xz:xy　　（E）xz:yx:zy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teeth in three meshed circular gears A, B, C are x, y, z, respectively. (The teeth on all gears are the same size and regularly spaced as in the figure.) The angular speeds, in revolutions per minute, of A, B, C are in the proportion</w:t>
      </w:r>
    </w:p>
    <w:p>
      <w:pPr>
        <w:spacing w:before="80" w:after="80"/>
        <w:jc w:val="center"/>
      </w:pPr>
      <w:r>
        <w:drawing>
          <wp:inline xmlns:a="http://schemas.openxmlformats.org/drawingml/2006/main" xmlns:pic="http://schemas.openxmlformats.org/drawingml/2006/picture">
            <wp:extent cx="1564126" cy="718817"/>
            <wp:docPr id="8" name="Picture 8"/>
            <wp:cNvGraphicFramePr>
              <a:graphicFrameLocks noChangeAspect="1"/>
            </wp:cNvGraphicFramePr>
            <a:graphic>
              <a:graphicData uri="http://schemas.openxmlformats.org/drawingml/2006/picture">
                <pic:pic>
                  <pic:nvPicPr>
                    <pic:cNvPr id="0" name="q10-1@300dpi.png"/>
                    <pic:cNvPicPr/>
                  </pic:nvPicPr>
                  <pic:blipFill>
                    <a:blip r:embed="rId12"/>
                    <a:stretch>
                      <a:fillRect/>
                    </a:stretch>
                  </pic:blipFill>
                  <pic:spPr>
                    <a:xfrm>
                      <a:off x="0" y="0"/>
                      <a:ext cx="1564126" cy="71881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x:y:z　　(B) z:y:x　　(C) y:z:x　　(D) yz:xz:xy　　(E) xz:yx:zy</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已知某等差数列前 10 项之和为 100，前 100 项之和为 10，则前 110 项之和为</w:t>
      </w:r>
    </w:p>
    <w:p>
      <w:pPr>
        <w:spacing w:before="0" w:after="120" w:line="300" w:lineRule="auto"/>
      </w:pPr>
      <w:r>
        <w:rPr>
          <w:rFonts w:ascii="Times New Roman" w:hAnsi="Times New Roman" w:eastAsia="宋体"/>
          <w:b w:val="0"/>
          <w:i w:val="0"/>
          <w:sz w:val="21"/>
        </w:rPr>
        <w:t>（A）90　　（B）-90　　（C）110　　（D）-110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sum of the first 10 terms and the sum of the first 100 terms of a given arithmetic progression are 100 and 10, respectively, then the sum of the first 110 terms is</w:t>
      </w:r>
    </w:p>
    <w:p>
      <w:pPr>
        <w:spacing w:before="0" w:after="160" w:line="300" w:lineRule="auto"/>
      </w:pPr>
      <w:r>
        <w:rPr>
          <w:rFonts w:ascii="Times New Roman" w:hAnsi="Times New Roman" w:eastAsia="宋体"/>
          <w:b w:val="0"/>
          <w:i w:val="0"/>
          <w:color w:val="333333"/>
          <w:sz w:val="19"/>
        </w:rPr>
        <w:t>(A) 90　　(B) -90　　(C) 110　　(D) -110　　(E) -100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直线 L₁ 和 L₂ 的方程分别为 y=mx 和 y=nx。设 L₁ 与水平方向的夹角（从正 x 轴起逆时针测量）是 L₂ 与水平方向夹角的两倍，并且 L₁ 的斜率是 L₂ 斜率的 4 倍。若 L₁ 不是水平线，则 mn 等于</w:t>
      </w:r>
    </w:p>
    <w:p>
      <w:pPr>
        <w:spacing w:before="0" w:after="120" w:line="300" w:lineRule="auto"/>
      </w:pPr>
      <w:r>
        <w:rPr>
          <w:rFonts w:ascii="Times New Roman" w:hAnsi="Times New Roman" w:eastAsia="宋体"/>
          <w:b w:val="0"/>
          <w:i w:val="0"/>
          <w:sz w:val="21"/>
        </w:rPr>
        <w:t>（A）(√(2))/2　　（B）-(√(2))/2　　（C）2　　（D）-2　　（E）由所给信息不能唯一确定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equations of L₁ and L₂ are y=mx and y=nx, respectively. Suppose L₁ makes twice as large an angle with the horizontal (measured counterclockwise from the positive x-axis) as does L₂, and that L₁ has 4 times the slope of L₂. If L₁ is not horizontal, then mn is</w:t>
      </w:r>
    </w:p>
    <w:p>
      <w:pPr>
        <w:spacing w:before="0" w:after="160" w:line="300" w:lineRule="auto"/>
      </w:pPr>
      <w:r>
        <w:rPr>
          <w:rFonts w:ascii="Times New Roman" w:hAnsi="Times New Roman" w:eastAsia="宋体"/>
          <w:b w:val="0"/>
          <w:i w:val="0"/>
          <w:color w:val="333333"/>
          <w:sz w:val="19"/>
        </w:rPr>
        <w:t>(A) (√(2))/2　　(B) -(√(2))/2　　(C) 2　　(D) -2　　(E) not uniquely determined by the given information</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一只可忽略其大小的小虫从坐标平面的原点出发。它先向右移动 1 个单位到达 (1,0)。然后逆时针转 90°，再移动 1/2 个单位到达 (1,1/2)。此后它继续以同样方式移动，每次逆时针转 90°，并且移动距离是前一次的一半。它最接近下列哪个点？</w:t>
      </w:r>
    </w:p>
    <w:p>
      <w:pPr>
        <w:spacing w:before="0" w:after="120" w:line="300" w:lineRule="auto"/>
      </w:pPr>
      <w:r>
        <w:rPr>
          <w:rFonts w:ascii="Times New Roman" w:hAnsi="Times New Roman" w:eastAsia="宋体"/>
          <w:b w:val="0"/>
          <w:i w:val="0"/>
          <w:sz w:val="21"/>
        </w:rPr>
        <w:t>（A）(2/3,2/3)　　（B）(4/5,2/5)　　（C）(2/3,4/5)　　（D）(2/3,1/3)　　（E）(2/5,4/5)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(of negligible size) starts at the origin on the coordinate plane. First it moves 1 unit right to (1,0). Then it makes a 90° turn counterclockwise and travels 1/2 a unit to (1,1/2). If it continues in this fashion, each time making a 90° turn counterclockwise and traveling half as far as in the previous move, to which of the following points will it come closest?</w:t>
      </w:r>
    </w:p>
    <w:p>
      <w:pPr>
        <w:spacing w:before="0" w:after="160" w:line="300" w:lineRule="auto"/>
      </w:pPr>
      <w:r>
        <w:rPr>
          <w:rFonts w:ascii="Times New Roman" w:hAnsi="Times New Roman" w:eastAsia="宋体"/>
          <w:b w:val="0"/>
          <w:i w:val="0"/>
          <w:color w:val="333333"/>
          <w:sz w:val="19"/>
        </w:rPr>
        <w:t>(A) (2/3,2/3)　　(B) (4/5,2/5)　　(C) (2/3,4/5)　　(D) (2/3,1/3)　　(E) (2/5,4/5)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 c 是常数，且由</w:t>
      </w:r>
    </w:p>
    <w:p>
      <w:pPr>
        <w:spacing w:before="0" w:after="80" w:line="300" w:lineRule="auto"/>
        <w:jc w:val="left"/>
      </w:pPr>
      <w:r>
        <w:rPr>
          <w:rFonts w:ascii="Times New Roman" w:hAnsi="Times New Roman" w:eastAsia="宋体"/>
          <w:b w:val="0"/>
          <w:i w:val="0"/>
          <w:sz w:val="21"/>
        </w:rPr>
        <w:t>f(x)=cx/2x+3,</w:t>
      </w:r>
    </w:p>
    <w:p>
      <w:pPr>
        <w:spacing w:before="0" w:after="80" w:line="300" w:lineRule="auto"/>
        <w:jc w:val="left"/>
      </w:pPr>
      <w:r>
        <w:rPr>
          <w:rFonts w:ascii="Times New Roman" w:hAnsi="Times New Roman" w:eastAsia="宋体"/>
          <w:b w:val="0"/>
          <w:i w:val="0"/>
          <w:sz w:val="21"/>
        </w:rPr>
        <w:t>x≠-3/2</w:t>
      </w:r>
    </w:p>
    <w:p>
      <w:pPr>
        <w:spacing w:before="0" w:after="80" w:line="300" w:lineRule="auto"/>
        <w:jc w:val="left"/>
      </w:pPr>
      <w:r>
        <w:rPr>
          <w:rFonts w:ascii="Times New Roman" w:hAnsi="Times New Roman" w:eastAsia="宋体"/>
          <w:b w:val="0"/>
          <w:i w:val="0"/>
          <w:sz w:val="21"/>
        </w:rPr>
        <w:t>定义的函数 f 对除 -3/2 外的所有实数 x 都满足 f(f(x))=x，则 c 等于</w:t>
      </w:r>
    </w:p>
    <w:p>
      <w:pPr>
        <w:spacing w:before="0" w:after="120" w:line="300" w:lineRule="auto"/>
      </w:pPr>
      <w:r>
        <w:rPr>
          <w:rFonts w:ascii="Times New Roman" w:hAnsi="Times New Roman" w:eastAsia="宋体"/>
          <w:b w:val="0"/>
          <w:i w:val="0"/>
          <w:sz w:val="21"/>
        </w:rPr>
        <w:t>（A）-3　　（B）-3/2　　（C）3/2　　（D）3　　（E）由所给信息不能唯一确定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c is a constant and the function f defined by</w:t>
      </w:r>
    </w:p>
    <w:p>
      <w:pPr>
        <w:spacing w:before="0" w:after="80" w:line="300" w:lineRule="auto"/>
        <w:jc w:val="left"/>
      </w:pPr>
      <w:r>
        <w:rPr>
          <w:rFonts w:ascii="Times New Roman" w:hAnsi="Times New Roman" w:eastAsia="宋体"/>
          <w:b w:val="0"/>
          <w:i w:val="0"/>
          <w:color w:val="333333"/>
          <w:sz w:val="19"/>
        </w:rPr>
        <w:t>f(x)=cx/2x+3,</w:t>
      </w:r>
    </w:p>
    <w:p>
      <w:pPr>
        <w:spacing w:before="0" w:after="80" w:line="300" w:lineRule="auto"/>
        <w:jc w:val="left"/>
      </w:pPr>
      <w:r>
        <w:rPr>
          <w:rFonts w:ascii="Times New Roman" w:hAnsi="Times New Roman" w:eastAsia="宋体"/>
          <w:b w:val="0"/>
          <w:i w:val="0"/>
          <w:color w:val="333333"/>
          <w:sz w:val="19"/>
        </w:rPr>
        <w:t>x≠-3/2,</w:t>
      </w:r>
    </w:p>
    <w:p>
      <w:pPr>
        <w:spacing w:before="0" w:after="80" w:line="300" w:lineRule="auto"/>
        <w:jc w:val="left"/>
      </w:pPr>
      <w:r>
        <w:rPr>
          <w:rFonts w:ascii="Times New Roman" w:hAnsi="Times New Roman" w:eastAsia="宋体"/>
          <w:b w:val="0"/>
          <w:i w:val="0"/>
          <w:color w:val="333333"/>
          <w:sz w:val="19"/>
        </w:rPr>
        <w:t>satisfies f(f(x))=x for all real numbers x except -3/2, then c is</w:t>
      </w:r>
    </w:p>
    <w:p>
      <w:pPr>
        <w:spacing w:before="0" w:after="160" w:line="300" w:lineRule="auto"/>
      </w:pPr>
      <w:r>
        <w:rPr>
          <w:rFonts w:ascii="Times New Roman" w:hAnsi="Times New Roman" w:eastAsia="宋体"/>
          <w:b w:val="0"/>
          <w:i w:val="0"/>
          <w:color w:val="333333"/>
          <w:sz w:val="19"/>
        </w:rPr>
        <w:t>(A) -3　　(B) -3/2　　(C) 3/2　　(D) 3　　(E) not uniquely determined by the given information</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某商店以精确到分的金额给一件商品定价，使得加上 4% 的销售税后，无须四舍五入便恰好为 n 美元，其中 n 为正整数。n 的最小值是</w:t>
      </w:r>
    </w:p>
    <w:p>
      <w:pPr>
        <w:spacing w:before="0" w:after="120" w:line="300" w:lineRule="auto"/>
      </w:pPr>
      <w:r>
        <w:rPr>
          <w:rFonts w:ascii="Times New Roman" w:hAnsi="Times New Roman" w:eastAsia="宋体"/>
          <w:b w:val="0"/>
          <w:i w:val="0"/>
          <w:sz w:val="21"/>
        </w:rPr>
        <w:t>（A）1　　（B）13　　（C）25　　（D）26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store prices an item in dollars and cents so that when 4% sales tax is added no rounding is necessary because the result is exactly n dollars, where n is a positive integer. The smallest value of n is</w:t>
      </w:r>
    </w:p>
    <w:p>
      <w:pPr>
        <w:spacing w:before="0" w:after="160" w:line="300" w:lineRule="auto"/>
      </w:pPr>
      <w:r>
        <w:rPr>
          <w:rFonts w:ascii="Times New Roman" w:hAnsi="Times New Roman" w:eastAsia="宋体"/>
          <w:b w:val="0"/>
          <w:i w:val="0"/>
          <w:color w:val="333333"/>
          <w:sz w:val="19"/>
        </w:rPr>
        <w:t>(A) 1　　(B) 13　　(C) 25　　(D) 26　　(E) 100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立方体的八个顶点中，有四个是一个正四面体的顶点。求立方体表面积与正四面体表面积之比。</w:t>
      </w:r>
    </w:p>
    <w:p>
      <w:pPr>
        <w:spacing w:before="80" w:after="80"/>
        <w:jc w:val="center"/>
      </w:pPr>
      <w:r>
        <w:drawing>
          <wp:inline xmlns:a="http://schemas.openxmlformats.org/drawingml/2006/main" xmlns:pic="http://schemas.openxmlformats.org/drawingml/2006/picture">
            <wp:extent cx="833220" cy="772488"/>
            <wp:docPr id="9" name="Picture 9"/>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833220" cy="772488"/>
                    </a:xfrm>
                    <a:prstGeom prst="rect"/>
                  </pic:spPr>
                </pic:pic>
              </a:graphicData>
            </a:graphic>
          </wp:inline>
        </w:drawing>
      </w:r>
    </w:p>
    <w:p>
      <w:pPr>
        <w:spacing w:before="0" w:after="120" w:line="300" w:lineRule="auto"/>
      </w:pPr>
      <w:r>
        <w:rPr>
          <w:rFonts w:ascii="Times New Roman" w:hAnsi="Times New Roman" w:eastAsia="宋体"/>
          <w:b w:val="0"/>
          <w:i w:val="0"/>
          <w:sz w:val="21"/>
        </w:rPr>
        <w:t>（A）√(2)　　（B）√(3)　　（C）√(3/2)　　（D）2/(√(3))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of the eight vertices of a cube are vertices of a regular tetrahedron. Find the ratio of the surface area of the cube to the surface area of the tetrahedron.</w:t>
      </w:r>
    </w:p>
    <w:p>
      <w:pPr>
        <w:spacing w:before="80" w:after="80"/>
        <w:jc w:val="center"/>
      </w:pPr>
      <w:r>
        <w:drawing>
          <wp:inline xmlns:a="http://schemas.openxmlformats.org/drawingml/2006/main" xmlns:pic="http://schemas.openxmlformats.org/drawingml/2006/picture">
            <wp:extent cx="833220" cy="772488"/>
            <wp:docPr id="10" name="Picture 10"/>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833220" cy="7724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√(3/2)　　(D) 2/(√(3))　　(E)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已知 i²=-1，有多少个整数 n 使 (n+i)⁴ 为整数？</w:t>
      </w:r>
    </w:p>
    <w:p>
      <w:pPr>
        <w:spacing w:before="0" w:after="120" w:line="300" w:lineRule="auto"/>
      </w:pPr>
      <w:r>
        <w:rPr>
          <w:rFonts w:ascii="Times New Roman" w:hAnsi="Times New Roman" w:eastAsia="宋体"/>
          <w:b w:val="0"/>
          <w:i w:val="0"/>
          <w:sz w:val="21"/>
        </w:rPr>
        <w:t>（A）没有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i²=-1, for how many integers n is (n+i)⁴ an integer?</w:t>
      </w:r>
    </w:p>
    <w:p>
      <w:pPr>
        <w:spacing w:before="0" w:after="160" w:line="300" w:lineRule="auto"/>
      </w:pPr>
      <w:r>
        <w:rPr>
          <w:rFonts w:ascii="Times New Roman" w:hAnsi="Times New Roman" w:eastAsia="宋体"/>
          <w:b w:val="0"/>
          <w:i w:val="0"/>
          <w:color w:val="333333"/>
          <w:sz w:val="19"/>
        </w:rPr>
        <w:t>(A) none　　(B) 1　　(C) 2　　(D) 3　　(E)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若 b&gt;1、sin x&gt;0、cos x&gt;0，且 log_(b)sin x=a，则 log_(b)cos x 等于</w:t>
      </w:r>
    </w:p>
    <w:p>
      <w:pPr>
        <w:spacing w:before="0" w:after="120" w:line="300" w:lineRule="auto"/>
      </w:pPr>
      <w:r>
        <w:rPr>
          <w:rFonts w:ascii="Times New Roman" w:hAnsi="Times New Roman" w:eastAsia="宋体"/>
          <w:b w:val="0"/>
          <w:i w:val="0"/>
          <w:sz w:val="21"/>
        </w:rPr>
        <w:t>（A）2log_(b)(1-b^(a/2))　　（B）√(1-a²)　　（C）b^(a²)　　（D）1/2log_(b)(1-b²ᵃ)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b&gt;1, sin x&gt;0, cos x&gt;0 and log_(b)sin x=a, then log_(b)cos x equals</w:t>
      </w:r>
    </w:p>
    <w:p>
      <w:pPr>
        <w:spacing w:before="0" w:after="160" w:line="300" w:lineRule="auto"/>
      </w:pPr>
      <w:r>
        <w:rPr>
          <w:rFonts w:ascii="Times New Roman" w:hAnsi="Times New Roman" w:eastAsia="宋体"/>
          <w:b w:val="0"/>
          <w:i w:val="0"/>
          <w:color w:val="333333"/>
          <w:sz w:val="19"/>
        </w:rPr>
        <w:t>(A) 2log_(b)(1-b^(a/2))　　(B) √(1-a²)　　(C) b^(a²)　　(D) 1/2log_(b)(1-b²ᵃ)　　(E) none of these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C₁、C₂、C₃ 是圆心同侧的三条平行弦。C₁ 与 C₂ 之间的距离等于 C₂ 与 C₃ 之间的距离。三条弦的长度分别为 20、16 和 8。该圆的半径是</w:t>
      </w:r>
    </w:p>
    <w:p>
      <w:pPr>
        <w:spacing w:before="0" w:after="120" w:line="300" w:lineRule="auto"/>
      </w:pPr>
      <w:r>
        <w:rPr>
          <w:rFonts w:ascii="Times New Roman" w:hAnsi="Times New Roman" w:eastAsia="宋体"/>
          <w:b w:val="0"/>
          <w:i w:val="0"/>
          <w:sz w:val="21"/>
        </w:rPr>
        <w:t>（A）12　　（B）4√(7)　　（C）(5√(65))/3　　（D）(5√(22))/2　　（E）由所给信息不能唯一确定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C₁, C₂, and C₃ be three parallel chords of a circle on the same side of the center. The distance between C₁ and C₂ is the same as the distance between C₂ and C₃. The lengths of the chords are 20, 16, and 8. The radius of the circle is</w:t>
      </w:r>
    </w:p>
    <w:p>
      <w:pPr>
        <w:spacing w:before="0" w:after="160" w:line="300" w:lineRule="auto"/>
      </w:pPr>
      <w:r>
        <w:rPr>
          <w:rFonts w:ascii="Times New Roman" w:hAnsi="Times New Roman" w:eastAsia="宋体"/>
          <w:b w:val="0"/>
          <w:i w:val="0"/>
          <w:color w:val="333333"/>
          <w:sz w:val="19"/>
        </w:rPr>
        <w:t>(A) 12　　(B) 4√(7)　　(C) (5√(65))/3　　(D) (5√(22))/2　　(E) not uniquely determined by the given information</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一个盒子里有 2 枚一美分硬币、4 枚五美分硬币和 6 枚十美分硬币。在不放回且每枚硬币被选中的概率相同的情况下抽取六枚硬币。抽到的硬币总值至少为 50 美分的概率是多少？</w:t>
      </w:r>
    </w:p>
    <w:p>
      <w:pPr>
        <w:spacing w:before="0" w:after="120" w:line="300" w:lineRule="auto"/>
      </w:pPr>
      <w:r>
        <w:rPr>
          <w:rFonts w:ascii="Times New Roman" w:hAnsi="Times New Roman" w:eastAsia="宋体"/>
          <w:b w:val="0"/>
          <w:i w:val="0"/>
          <w:sz w:val="21"/>
        </w:rPr>
        <w:t>（A）37/924　　（B）91/924　　（C）127/924　　（D）132/924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2 pennies, 4 nickels and 6 dimes. Six coins are drawn without replacement, with each coin having an equal probability of being chosen. What is the probability that the value of the coins drawn is at least 50 cents?</w:t>
      </w:r>
    </w:p>
    <w:p>
      <w:pPr>
        <w:spacing w:before="0" w:after="160" w:line="300" w:lineRule="auto"/>
      </w:pPr>
      <w:r>
        <w:rPr>
          <w:rFonts w:ascii="Times New Roman" w:hAnsi="Times New Roman" w:eastAsia="宋体"/>
          <w:b w:val="0"/>
          <w:i w:val="0"/>
          <w:color w:val="333333"/>
          <w:sz w:val="19"/>
        </w:rPr>
        <w:t>(A) 37/924　　(B) 91/924　　(C) 127/924　　(D) 132/924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在三角形 ABC 中，∠ CBA=72°，E 是边 AC 的中点，D 是边 BC 上的一点且满足 2BD=DC；AD 与 BE 交于 F。△ BDF 的面积与四边形 FDCE 的面积之比为</w:t>
      </w:r>
    </w:p>
    <w:p>
      <w:pPr>
        <w:spacing w:before="80" w:after="80"/>
        <w:jc w:val="center"/>
      </w:pPr>
      <w:r>
        <w:drawing>
          <wp:inline xmlns:a="http://schemas.openxmlformats.org/drawingml/2006/main" xmlns:pic="http://schemas.openxmlformats.org/drawingml/2006/picture">
            <wp:extent cx="1669275" cy="877137"/>
            <wp:docPr id="11" name="Picture 11"/>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1669275" cy="877137"/>
                    </a:xfrm>
                    <a:prstGeom prst="rect"/>
                  </pic:spPr>
                </pic:pic>
              </a:graphicData>
            </a:graphic>
          </wp:inline>
        </w:drawing>
      </w:r>
    </w:p>
    <w:p>
      <w:pPr>
        <w:spacing w:before="0" w:after="120" w:line="300" w:lineRule="auto"/>
      </w:pPr>
      <w:r>
        <w:rPr>
          <w:rFonts w:ascii="Times New Roman" w:hAnsi="Times New Roman" w:eastAsia="宋体"/>
          <w:b w:val="0"/>
          <w:i w:val="0"/>
          <w:sz w:val="21"/>
        </w:rPr>
        <w:t>（A）1/5　　（B）1/4　　（C）1/3　　（D）2/5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 CBA=72°, E is the midpoint of side AC, and D is a point on side BC such that 2BD=DC; AD and BE intersect at F. The ratio of the area of △ BDF to the area of quadrilateral FDCE is</w:t>
      </w:r>
    </w:p>
    <w:p>
      <w:pPr>
        <w:spacing w:before="80" w:after="80"/>
        <w:jc w:val="center"/>
      </w:pPr>
      <w:r>
        <w:drawing>
          <wp:inline xmlns:a="http://schemas.openxmlformats.org/drawingml/2006/main" xmlns:pic="http://schemas.openxmlformats.org/drawingml/2006/picture">
            <wp:extent cx="1669275" cy="877137"/>
            <wp:docPr id="12" name="Picture 12"/>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1669275" cy="8771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1/4　　(C) 1/3　　(D) 2/5　　(E) none of these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对每个实数 x，令 f(x) 为 4x+1、x+2 和 -2x+4 三者中的最小值。则 f(x) 的最大值为</w:t>
      </w:r>
    </w:p>
    <w:p>
      <w:pPr>
        <w:spacing w:before="0" w:after="120" w:line="300" w:lineRule="auto"/>
      </w:pPr>
      <w:r>
        <w:rPr>
          <w:rFonts w:ascii="Times New Roman" w:hAnsi="Times New Roman" w:eastAsia="宋体"/>
          <w:b w:val="0"/>
          <w:i w:val="0"/>
          <w:sz w:val="21"/>
        </w:rPr>
        <w:t>（A）1/3　　（B）1/2　　（C）2/3　　（D）5/2　　（E）8/3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real number x, let f(x) be the minimum of the numbers 4x+1, x+2, and -2x+4. Then the maximum value of f(x) is</w:t>
      </w:r>
    </w:p>
    <w:p>
      <w:pPr>
        <w:spacing w:before="0" w:after="160" w:line="300" w:lineRule="auto"/>
      </w:pPr>
      <w:r>
        <w:rPr>
          <w:rFonts w:ascii="Times New Roman" w:hAnsi="Times New Roman" w:eastAsia="宋体"/>
          <w:b w:val="0"/>
          <w:i w:val="0"/>
          <w:color w:val="333333"/>
          <w:sz w:val="19"/>
        </w:rPr>
        <w:t>(A) 1/3　　(B) 1/2　　(C) 2/3　　(D) 5/2　　(E) 8/3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从一个直角三角形中斜边所对的顶点，向斜边的两个三等分点各作一条线段。两条线段的长度分别为 sin x 和 cos x，其中 x 是满足 0&lt; x&lt;π/2 的实数。斜边的长度为</w:t>
      </w:r>
    </w:p>
    <w:p>
      <w:pPr>
        <w:spacing w:before="0" w:after="120" w:line="300" w:lineRule="auto"/>
      </w:pPr>
      <w:r>
        <w:rPr>
          <w:rFonts w:ascii="Times New Roman" w:hAnsi="Times New Roman" w:eastAsia="宋体"/>
          <w:b w:val="0"/>
          <w:i w:val="0"/>
          <w:sz w:val="21"/>
        </w:rPr>
        <w:t>（A）4/3　　（B）3/2　　（C）(3√(5))/5　　（D）(2√(5))/3　　（E）由所给信息不能唯一确定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segments drawn from the vertex opposite the hypotenuse of a right triangle to the points trisecting the hypotenuse have lengths sin x and cos x, where x is a real number such that 0&lt; x&lt;π/2. The length of the hypotenuse is</w:t>
      </w:r>
    </w:p>
    <w:p>
      <w:pPr>
        <w:spacing w:before="0" w:after="160" w:line="300" w:lineRule="auto"/>
      </w:pPr>
      <w:r>
        <w:rPr>
          <w:rFonts w:ascii="Times New Roman" w:hAnsi="Times New Roman" w:eastAsia="宋体"/>
          <w:b w:val="0"/>
          <w:i w:val="0"/>
          <w:color w:val="333333"/>
          <w:sz w:val="19"/>
        </w:rPr>
        <w:t>(A) 4/3　　(B) 3/2　　(C) (3√(5))/5　　(D) (2√(5))/3　　(E) not uniquely determined by the given information</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对某个实数 r，多项式 8x³-4x²-42x+45 可被 (x-r)² 整除。下列哪个数最接近 r？</w:t>
      </w:r>
    </w:p>
    <w:p>
      <w:pPr>
        <w:spacing w:before="0" w:after="120" w:line="300" w:lineRule="auto"/>
      </w:pPr>
      <w:r>
        <w:rPr>
          <w:rFonts w:ascii="Times New Roman" w:hAnsi="Times New Roman" w:eastAsia="宋体"/>
          <w:b w:val="0"/>
          <w:i w:val="0"/>
          <w:sz w:val="21"/>
        </w:rPr>
        <w:t>（A）1.22　　（B）1.32　　（C）1.42　　（D）1.52　　（E）1.62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real number r, the polynomial 8x³-4x²-42x+45 is divisible by (x-r)². Which of the following numbers is closest to r?</w:t>
      </w:r>
    </w:p>
    <w:p>
      <w:pPr>
        <w:spacing w:before="0" w:after="160" w:line="300" w:lineRule="auto"/>
      </w:pPr>
      <w:r>
        <w:rPr>
          <w:rFonts w:ascii="Times New Roman" w:hAnsi="Times New Roman" w:eastAsia="宋体"/>
          <w:b w:val="0"/>
          <w:i w:val="0"/>
          <w:color w:val="333333"/>
          <w:sz w:val="19"/>
        </w:rPr>
        <w:t>(A) 1.22　　(B) 1.32　　(C) 1.42　　(D) 1.52　　(E) 1.62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在非递减的奇整数数列</w:t>
      </w:r>
    </w:p>
    <w:p>
      <w:pPr>
        <w:spacing w:before="0" w:after="80" w:line="300" w:lineRule="auto"/>
        <w:jc w:val="left"/>
      </w:pPr>
      <w:r>
        <w:rPr>
          <w:rFonts w:ascii="Times New Roman" w:hAnsi="Times New Roman" w:eastAsia="宋体"/>
          <w:b w:val="0"/>
          <w:i w:val="0"/>
          <w:sz w:val="21"/>
        </w:rPr>
        <w:t>(a₁,a₂,a₃,…) =(1,3,3,3,</w:t>
      </w:r>
    </w:p>
    <w:p>
      <w:pPr>
        <w:spacing w:before="0" w:after="80" w:line="300" w:lineRule="auto"/>
        <w:jc w:val="left"/>
      </w:pPr>
      <w:r>
        <w:rPr>
          <w:rFonts w:ascii="Times New Roman" w:hAnsi="Times New Roman" w:eastAsia="宋体"/>
          <w:b w:val="0"/>
          <w:i w:val="0"/>
          <w:sz w:val="21"/>
        </w:rPr>
        <w:t>5,5,5,5,5,…)</w:t>
      </w:r>
    </w:p>
    <w:p>
      <w:pPr>
        <w:spacing w:before="0" w:after="80" w:line="300" w:lineRule="auto"/>
        <w:jc w:val="left"/>
      </w:pPr>
      <w:r>
        <w:rPr>
          <w:rFonts w:ascii="Times New Roman" w:hAnsi="Times New Roman" w:eastAsia="宋体"/>
          <w:b w:val="0"/>
          <w:i w:val="0"/>
          <w:sz w:val="21"/>
        </w:rPr>
        <w:t>中，每个正奇数 k 出现 k 次。已知存在整数 b、c 和 d，使得对所有正整数 n，</w:t>
      </w:r>
    </w:p>
    <w:p>
      <w:pPr>
        <w:spacing w:before="0" w:after="80" w:line="300" w:lineRule="auto"/>
        <w:jc w:val="left"/>
      </w:pPr>
      <w:r>
        <w:rPr>
          <w:rFonts w:ascii="Times New Roman" w:hAnsi="Times New Roman" w:eastAsia="宋体"/>
          <w:b w:val="0"/>
          <w:i w:val="0"/>
          <w:sz w:val="21"/>
        </w:rPr>
        <w:t>aₙ=b⌊√(n+c)⌋+d，</w:t>
      </w:r>
    </w:p>
    <w:p>
      <w:pPr>
        <w:spacing w:before="0" w:after="80" w:line="300" w:lineRule="auto"/>
        <w:jc w:val="left"/>
      </w:pPr>
      <w:r>
        <w:rPr>
          <w:rFonts w:ascii="Times New Roman" w:hAnsi="Times New Roman" w:eastAsia="宋体"/>
          <w:b w:val="0"/>
          <w:i w:val="0"/>
          <w:sz w:val="21"/>
        </w:rPr>
        <w:t>其中 ⌊ x⌋ 表示不超过 x 的最大整数。b+c+d 的值为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nondecreasing sequence of odd integers</w:t>
      </w:r>
    </w:p>
    <w:p>
      <w:pPr>
        <w:spacing w:before="0" w:after="80" w:line="300" w:lineRule="auto"/>
        <w:jc w:val="left"/>
      </w:pPr>
      <w:r>
        <w:rPr>
          <w:rFonts w:ascii="Times New Roman" w:hAnsi="Times New Roman" w:eastAsia="宋体"/>
          <w:b w:val="0"/>
          <w:i w:val="0"/>
          <w:color w:val="333333"/>
          <w:sz w:val="19"/>
        </w:rPr>
        <w:t>(a₁,a₂,a₃,…) =(1,3,3,3,</w:t>
      </w:r>
    </w:p>
    <w:p>
      <w:pPr>
        <w:spacing w:before="0" w:after="80" w:line="300" w:lineRule="auto"/>
        <w:jc w:val="left"/>
      </w:pPr>
      <w:r>
        <w:rPr>
          <w:rFonts w:ascii="Times New Roman" w:hAnsi="Times New Roman" w:eastAsia="宋体"/>
          <w:b w:val="0"/>
          <w:i w:val="0"/>
          <w:color w:val="333333"/>
          <w:sz w:val="19"/>
        </w:rPr>
        <w:t>5,5,5,5,5,…)</w:t>
      </w:r>
    </w:p>
    <w:p>
      <w:pPr>
        <w:spacing w:before="0" w:after="80" w:line="300" w:lineRule="auto"/>
        <w:jc w:val="left"/>
      </w:pPr>
      <w:r>
        <w:rPr>
          <w:rFonts w:ascii="Times New Roman" w:hAnsi="Times New Roman" w:eastAsia="宋体"/>
          <w:b w:val="0"/>
          <w:i w:val="0"/>
          <w:color w:val="333333"/>
          <w:sz w:val="19"/>
        </w:rPr>
        <w:t>each positive odd integer k appears k times. It is a fact that there are integers b, c, and d such that, for all positive integers n,</w:t>
      </w:r>
    </w:p>
    <w:p>
      <w:pPr>
        <w:spacing w:before="0" w:after="80" w:line="300" w:lineRule="auto"/>
        <w:jc w:val="left"/>
      </w:pPr>
      <w:r>
        <w:rPr>
          <w:rFonts w:ascii="Times New Roman" w:hAnsi="Times New Roman" w:eastAsia="宋体"/>
          <w:b w:val="0"/>
          <w:i w:val="0"/>
          <w:color w:val="333333"/>
          <w:sz w:val="19"/>
        </w:rPr>
        <w:t>aₙ=b⌊√(n+c)⌋+d,</w:t>
      </w:r>
    </w:p>
    <w:p>
      <w:pPr>
        <w:spacing w:before="0" w:after="80" w:line="300" w:lineRule="auto"/>
        <w:jc w:val="left"/>
      </w:pPr>
      <w:r>
        <w:rPr>
          <w:rFonts w:ascii="Times New Roman" w:hAnsi="Times New Roman" w:eastAsia="宋体"/>
          <w:b w:val="0"/>
          <w:i w:val="0"/>
          <w:color w:val="333333"/>
          <w:sz w:val="19"/>
        </w:rPr>
        <w:t>where ⌊ x⌋ denotes the largest integer not exceeding x. The sum b+c+d equals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四个半径为 1 的球两两相切，其中三个放在地面上，第四个放在其余三个球上。用一个每条棱长均为 s 的正四面体外切于这四个球，则 s 等于</w:t>
      </w:r>
    </w:p>
    <w:p>
      <w:pPr>
        <w:spacing w:before="0" w:after="120" w:line="300" w:lineRule="auto"/>
      </w:pPr>
      <w:r>
        <w:rPr>
          <w:rFonts w:ascii="Times New Roman" w:hAnsi="Times New Roman" w:eastAsia="宋体"/>
          <w:b w:val="0"/>
          <w:i w:val="0"/>
          <w:sz w:val="21"/>
        </w:rPr>
        <w:t>（A）4√(2)　　（B）4√(3)　　（C）2√(6)　　（D）1+2√(6)　　（E）2+2√(6)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balls of radius 1 are mutually tangent, three resting on the floor and the fourth resting on the others. A tetrahedron, each of whose edges has length s, is circumscribed around the balls. Then s equals</w:t>
      </w:r>
    </w:p>
    <w:p>
      <w:pPr>
        <w:spacing w:before="0" w:after="160" w:line="300" w:lineRule="auto"/>
      </w:pPr>
      <w:r>
        <w:rPr>
          <w:rFonts w:ascii="Times New Roman" w:hAnsi="Times New Roman" w:eastAsia="宋体"/>
          <w:b w:val="0"/>
          <w:i w:val="0"/>
          <w:color w:val="333333"/>
          <w:sz w:val="19"/>
        </w:rPr>
        <w:t>(A) 4√(2)　　(B) 4√(3)　　(C) 2√(6)　　(D) 1+2√(6)　　(E) 2+2√(6)</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下式</w:t>
      </w:r>
    </w:p>
    <w:p>
      <w:pPr>
        <w:spacing w:before="0" w:after="80" w:line="300" w:lineRule="auto"/>
        <w:jc w:val="left"/>
      </w:pPr>
      <w:r>
        <w:rPr>
          <w:rFonts w:ascii="Times New Roman" w:hAnsi="Times New Roman" w:eastAsia="宋体"/>
          <w:b w:val="0"/>
          <w:i w:val="0"/>
          <w:sz w:val="21"/>
        </w:rPr>
        <w:t>³√(5+2√(13)) +³√(5-2√(13))</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（A）3/2　　（B）(³√(65))/4　　（C）(1+⁶√(13))/2　　（D）³√(2)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w:t>
      </w:r>
    </w:p>
    <w:p>
      <w:pPr>
        <w:spacing w:before="0" w:after="80" w:line="300" w:lineRule="auto"/>
        <w:jc w:val="left"/>
      </w:pPr>
      <w:r>
        <w:rPr>
          <w:rFonts w:ascii="Times New Roman" w:hAnsi="Times New Roman" w:eastAsia="宋体"/>
          <w:b w:val="0"/>
          <w:i w:val="0"/>
          <w:color w:val="333333"/>
          <w:sz w:val="19"/>
        </w:rPr>
        <w:t>³√(5+2√(13)) +³√(5-2√(13))</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3/2　　(B) (³√(65))/4　　(C) (1+⁶√(13))/2　　(D) ³√(2)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当 n 等于下列哪个数时，多项式 x²ⁿ+1+(x+1)²ⁿ 不能被 x²+x+1 整除？</w:t>
      </w:r>
    </w:p>
    <w:p>
      <w:pPr>
        <w:spacing w:before="0" w:after="120" w:line="300" w:lineRule="auto"/>
      </w:pPr>
      <w:r>
        <w:rPr>
          <w:rFonts w:ascii="Times New Roman" w:hAnsi="Times New Roman" w:eastAsia="宋体"/>
          <w:b w:val="0"/>
          <w:i w:val="0"/>
          <w:sz w:val="21"/>
        </w:rPr>
        <w:t>（A）17　　（B）20　　（C）21　　（D）64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x²ⁿ+1+(x+1)²ⁿ is not divisible by x²+x+1 if n equals</w:t>
      </w:r>
    </w:p>
    <w:p>
      <w:pPr>
        <w:spacing w:before="0" w:after="160" w:line="300" w:lineRule="auto"/>
      </w:pPr>
      <w:r>
        <w:rPr>
          <w:rFonts w:ascii="Times New Roman" w:hAnsi="Times New Roman" w:eastAsia="宋体"/>
          <w:b w:val="0"/>
          <w:i w:val="0"/>
          <w:color w:val="333333"/>
          <w:sz w:val="19"/>
        </w:rPr>
        <w:t>(A) 17　　(B) 20　　(C) 21　　(D) 64　　(E) 65</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有多少个整数有序三元组 (x,y,z) 满足下列方程组：</w:t>
      </w:r>
    </w:p>
    <w:p>
      <w:pPr>
        <w:spacing w:before="0" w:after="80" w:line="300" w:lineRule="auto"/>
        <w:jc w:val="left"/>
      </w:pPr>
      <w:r>
        <w:rPr>
          <w:rFonts w:ascii="Times New Roman" w:hAnsi="Times New Roman" w:eastAsia="宋体"/>
          <w:b w:val="0"/>
          <w:i w:val="0"/>
          <w:sz w:val="21"/>
        </w:rPr>
        <w:t>x²-3xy+2y²-z²=31,</w:t>
      </w:r>
    </w:p>
    <w:p>
      <w:pPr>
        <w:spacing w:before="0" w:after="80" w:line="300" w:lineRule="auto"/>
        <w:jc w:val="left"/>
      </w:pPr>
      <w:r>
        <w:rPr>
          <w:rFonts w:ascii="Times New Roman" w:hAnsi="Times New Roman" w:eastAsia="宋体"/>
          <w:b w:val="0"/>
          <w:i w:val="0"/>
          <w:sz w:val="21"/>
        </w:rPr>
        <w:t>-x²+6yz+2z²=44,</w:t>
      </w:r>
    </w:p>
    <w:p>
      <w:pPr>
        <w:spacing w:before="0" w:after="80" w:line="300" w:lineRule="auto"/>
        <w:jc w:val="left"/>
      </w:pPr>
      <w:r>
        <w:rPr>
          <w:rFonts w:ascii="Times New Roman" w:hAnsi="Times New Roman" w:eastAsia="宋体"/>
          <w:b w:val="0"/>
          <w:i w:val="0"/>
          <w:sz w:val="21"/>
        </w:rPr>
        <w:t>x²+xy+8z²=100</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（B）1　　（C）2　　（D）大于二的有限数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(x,y,z) of integers satisfy the system of equations below?</w:t>
      </w:r>
    </w:p>
    <w:p>
      <w:pPr>
        <w:spacing w:before="0" w:after="80" w:line="300" w:lineRule="auto"/>
        <w:jc w:val="left"/>
      </w:pPr>
      <w:r>
        <w:rPr>
          <w:rFonts w:ascii="Times New Roman" w:hAnsi="Times New Roman" w:eastAsia="宋体"/>
          <w:b w:val="0"/>
          <w:i w:val="0"/>
          <w:color w:val="333333"/>
          <w:sz w:val="19"/>
        </w:rPr>
        <w:t>x²-3xy+2y²-z²=31,</w:t>
      </w:r>
    </w:p>
    <w:p>
      <w:pPr>
        <w:spacing w:before="0" w:after="80" w:line="300" w:lineRule="auto"/>
        <w:jc w:val="left"/>
      </w:pPr>
      <w:r>
        <w:rPr>
          <w:rFonts w:ascii="Times New Roman" w:hAnsi="Times New Roman" w:eastAsia="宋体"/>
          <w:b w:val="0"/>
          <w:i w:val="0"/>
          <w:color w:val="333333"/>
          <w:sz w:val="19"/>
        </w:rPr>
        <w:t>-x²+6yz+2z²=44,</w:t>
      </w:r>
    </w:p>
    <w:p>
      <w:pPr>
        <w:spacing w:before="0" w:after="80" w:line="300" w:lineRule="auto"/>
        <w:jc w:val="left"/>
      </w:pPr>
      <w:r>
        <w:rPr>
          <w:rFonts w:ascii="Times New Roman" w:hAnsi="Times New Roman" w:eastAsia="宋体"/>
          <w:b w:val="0"/>
          <w:i w:val="0"/>
          <w:color w:val="333333"/>
          <w:sz w:val="19"/>
        </w:rPr>
        <w:t>x²+xy+8z²=100.</w:t>
      </w:r>
    </w:p>
    <w:p>
      <w:pPr>
        <w:spacing w:before="0" w:after="160" w:line="300" w:lineRule="auto"/>
      </w:pPr>
      <w:r>
        <w:rPr>
          <w:rFonts w:ascii="Times New Roman" w:hAnsi="Times New Roman" w:eastAsia="宋体"/>
          <w:b w:val="0"/>
          <w:i w:val="0"/>
          <w:color w:val="333333"/>
          <w:sz w:val="19"/>
        </w:rPr>
        <w:t>(A) 0　　(B) 1　　(C) 2　　(D) a finite number greater than two　　(E) infinitely many</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一个六位数（10 进制）称为</w:t>
      </w:r>
      <w:r>
        <w:rPr>
          <w:rFonts w:ascii="Times New Roman" w:hAnsi="Times New Roman" w:eastAsia="宋体"/>
          <w:b w:val="0"/>
          <w:i/>
          <w:sz w:val="21"/>
        </w:rPr>
        <w:t>准平方数</w:t>
      </w:r>
      <w:r>
        <w:rPr>
          <w:rFonts w:ascii="Times New Roman" w:hAnsi="Times New Roman" w:eastAsia="宋体"/>
          <w:b w:val="0"/>
          <w:i w:val="0"/>
          <w:sz w:val="21"/>
        </w:rPr>
        <w:t>，如果它满足下列条件：</w:t>
      </w:r>
    </w:p>
    <w:p>
      <w:pPr>
        <w:spacing w:before="0" w:after="80" w:line="300" w:lineRule="auto"/>
        <w:jc w:val="left"/>
      </w:pPr>
      <w:r>
        <w:rPr>
          <w:rFonts w:ascii="Times New Roman" w:hAnsi="Times New Roman" w:eastAsia="宋体"/>
          <w:b w:val="0"/>
          <w:i w:val="0"/>
          <w:sz w:val="21"/>
        </w:rPr>
        <w:t>（i）每一位都不是零；</w:t>
      </w:r>
    </w:p>
    <w:p>
      <w:pPr>
        <w:spacing w:before="0" w:after="80" w:line="300" w:lineRule="auto"/>
        <w:jc w:val="left"/>
      </w:pPr>
      <w:r>
        <w:rPr>
          <w:rFonts w:ascii="Times New Roman" w:hAnsi="Times New Roman" w:eastAsia="宋体"/>
          <w:b w:val="0"/>
          <w:i w:val="0"/>
          <w:sz w:val="21"/>
        </w:rPr>
        <w:t>（ii）它是完全平方数；并且</w:t>
      </w:r>
    </w:p>
    <w:p>
      <w:pPr>
        <w:spacing w:before="0" w:after="80" w:line="300" w:lineRule="auto"/>
        <w:jc w:val="left"/>
      </w:pPr>
      <w:r>
        <w:rPr>
          <w:rFonts w:ascii="Times New Roman" w:hAnsi="Times New Roman" w:eastAsia="宋体"/>
          <w:b w:val="0"/>
          <w:i w:val="0"/>
          <w:sz w:val="21"/>
        </w:rPr>
        <w:t>（iii）把这个数的前两位、中间两位和后两位分别看作两位数时，它们都是完全平方数。</w:t>
      </w:r>
    </w:p>
    <w:p>
      <w:pPr>
        <w:spacing w:before="0" w:after="80" w:line="300" w:lineRule="auto"/>
        <w:jc w:val="left"/>
      </w:pPr>
      <w:r>
        <w:rPr>
          <w:rFonts w:ascii="Times New Roman" w:hAnsi="Times New Roman" w:eastAsia="宋体"/>
          <w:b w:val="0"/>
          <w:i w:val="0"/>
          <w:sz w:val="21"/>
        </w:rPr>
        <w:t>共有多少个准平方数？</w:t>
      </w:r>
    </w:p>
    <w:p>
      <w:pPr>
        <w:spacing w:before="0" w:after="120" w:line="300" w:lineRule="auto"/>
      </w:pPr>
      <w:r>
        <w:rPr>
          <w:rFonts w:ascii="Times New Roman" w:hAnsi="Times New Roman" w:eastAsia="宋体"/>
          <w:b w:val="0"/>
          <w:i w:val="0"/>
          <w:sz w:val="21"/>
        </w:rPr>
        <w:t>（A）0　　（B）2　　（C）3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six digit number (base 10) is</w:t>
      </w:r>
      <w:r>
        <w:rPr>
          <w:rFonts w:ascii="Times New Roman" w:hAnsi="Times New Roman" w:eastAsia="宋体"/>
          <w:b w:val="0"/>
          <w:i/>
          <w:color w:val="333333"/>
          <w:sz w:val="19"/>
        </w:rPr>
        <w:t>squarish</w:t>
      </w:r>
      <w:r>
        <w:rPr>
          <w:rFonts w:ascii="Times New Roman" w:hAnsi="Times New Roman" w:eastAsia="宋体"/>
          <w:b w:val="0"/>
          <w:i w:val="0"/>
          <w:color w:val="333333"/>
          <w:sz w:val="19"/>
        </w:rPr>
        <w:t>if it satisfies the following conditions:</w:t>
      </w:r>
    </w:p>
    <w:p>
      <w:pPr>
        <w:spacing w:before="0" w:after="80" w:line="300" w:lineRule="auto"/>
        <w:jc w:val="left"/>
      </w:pPr>
      <w:r>
        <w:rPr>
          <w:rFonts w:ascii="Times New Roman" w:hAnsi="Times New Roman" w:eastAsia="宋体"/>
          <w:b w:val="0"/>
          <w:i w:val="0"/>
          <w:color w:val="333333"/>
          <w:sz w:val="19"/>
        </w:rPr>
        <w:t>(i) none of its digits is zero;</w:t>
      </w:r>
    </w:p>
    <w:p>
      <w:pPr>
        <w:spacing w:before="0" w:after="80" w:line="300" w:lineRule="auto"/>
        <w:jc w:val="left"/>
      </w:pPr>
      <w:r>
        <w:rPr>
          <w:rFonts w:ascii="Times New Roman" w:hAnsi="Times New Roman" w:eastAsia="宋体"/>
          <w:b w:val="0"/>
          <w:i w:val="0"/>
          <w:color w:val="333333"/>
          <w:sz w:val="19"/>
        </w:rPr>
        <w:t>(ii) it is a perfect square; and</w:t>
      </w:r>
    </w:p>
    <w:p>
      <w:pPr>
        <w:spacing w:before="0" w:after="80" w:line="300" w:lineRule="auto"/>
        <w:jc w:val="left"/>
      </w:pPr>
      <w:r>
        <w:rPr>
          <w:rFonts w:ascii="Times New Roman" w:hAnsi="Times New Roman" w:eastAsia="宋体"/>
          <w:b w:val="0"/>
          <w:i w:val="0"/>
          <w:color w:val="333333"/>
          <w:sz w:val="19"/>
        </w:rPr>
        <w:t>(iii) the first two digits, the middle two digits and the last two digits of the number are all perfect squares when considered as two digit numbers.</w:t>
      </w:r>
    </w:p>
    <w:p>
      <w:pPr>
        <w:spacing w:before="0" w:after="80" w:line="300" w:lineRule="auto"/>
        <w:jc w:val="left"/>
      </w:pPr>
      <w:r>
        <w:rPr>
          <w:rFonts w:ascii="Times New Roman" w:hAnsi="Times New Roman" w:eastAsia="宋体"/>
          <w:b w:val="0"/>
          <w:i w:val="0"/>
          <w:color w:val="333333"/>
          <w:sz w:val="19"/>
        </w:rPr>
        <w:t>How many squarish numbers are there?</w:t>
      </w:r>
    </w:p>
    <w:p>
      <w:pPr>
        <w:spacing w:before="0" w:after="160" w:line="300" w:lineRule="auto"/>
      </w:pPr>
      <w:r>
        <w:rPr>
          <w:rFonts w:ascii="Times New Roman" w:hAnsi="Times New Roman" w:eastAsia="宋体"/>
          <w:b w:val="0"/>
          <w:i w:val="0"/>
          <w:color w:val="333333"/>
          <w:sz w:val="19"/>
        </w:rPr>
        <w:t>(A) 0　　(B) 2　　(C) 3　　(D) 8　　(E) 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E　C　B　A　B　A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C　B　A　B　B　D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C　A　E　C　D　C　E　E</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C　A　B</w:t>
      </w:r>
    </w:p>
    <w:p>
      <w:pPr>
        <w:spacing w:before="0" w:after="200" w:line="300" w:lineRule="auto"/>
      </w:pPr>
      <w:r>
        <w:rPr>
          <w:rFonts w:ascii="Times New Roman" w:hAnsi="Times New Roman" w:eastAsia="宋体"/>
          <w:b w:val="0"/>
          <w:i w:val="0"/>
          <w:color w:val="666666"/>
          <w:sz w:val="18"/>
        </w:rPr>
        <w:t>答案串：CDECBABAEDDCBABBDDDCAECDCEECAB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这个数必须小于 100/7=14+2/7。小于该数的最大非负整数是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must be less than 100/7=14+2/7. The largest whole number below this value is 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第一个因式的次数为 2·4=8，第二个因式的次数为 3·3=9。因此乘积的次数为 8+9=17。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factor has degree 2·4=8, and the second has degree 3·3=9. Their product therefore has degree 8+9=17.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由题设可得</w:t>
      </w:r>
    </w:p>
    <w:p>
      <w:pPr>
        <w:spacing w:before="0" w:after="80" w:line="300" w:lineRule="auto"/>
        <w:jc w:val="left"/>
      </w:pPr>
      <w:r>
        <w:rPr>
          <w:rFonts w:ascii="Times New Roman" w:hAnsi="Times New Roman" w:eastAsia="宋体"/>
          <w:b w:val="0"/>
          <w:i w:val="0"/>
          <w:sz w:val="21"/>
        </w:rPr>
        <w:t>2x-y/x+y=2/3。</w:t>
      </w:r>
    </w:p>
    <w:p>
      <w:pPr>
        <w:spacing w:before="0" w:after="80" w:line="300" w:lineRule="auto"/>
        <w:jc w:val="left"/>
      </w:pPr>
      <w:r>
        <w:rPr>
          <w:rFonts w:ascii="Times New Roman" w:hAnsi="Times New Roman" w:eastAsia="宋体"/>
          <w:b w:val="0"/>
          <w:i w:val="0"/>
          <w:sz w:val="21"/>
        </w:rPr>
        <w:t>因此 6x-3y=2x+2y，所以 4x=5y，从而 x/y=5/4。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gives</w:t>
      </w:r>
    </w:p>
    <w:p>
      <w:pPr>
        <w:spacing w:before="0" w:after="80" w:line="300" w:lineRule="auto"/>
        <w:jc w:val="left"/>
      </w:pPr>
      <w:r>
        <w:rPr>
          <w:rFonts w:ascii="Times New Roman" w:hAnsi="Times New Roman" w:eastAsia="宋体"/>
          <w:b w:val="0"/>
          <w:i w:val="0"/>
          <w:color w:val="333333"/>
          <w:sz w:val="19"/>
        </w:rPr>
        <w:t>2x-y/x+y=2/3.</w:t>
      </w:r>
    </w:p>
    <w:p>
      <w:pPr>
        <w:spacing w:before="0" w:after="80" w:line="300" w:lineRule="auto"/>
        <w:jc w:val="left"/>
      </w:pPr>
      <w:r>
        <w:rPr>
          <w:rFonts w:ascii="Times New Roman" w:hAnsi="Times New Roman" w:eastAsia="宋体"/>
          <w:b w:val="0"/>
          <w:i w:val="0"/>
          <w:color w:val="333333"/>
          <w:sz w:val="19"/>
        </w:rPr>
        <w:t>Thus 6x-3y=2x+2y, so 4x=5y and x/y=5/4.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在点 D 处，两个正方形的角各为 90°，等边三角形的角为 60°。因此</w:t>
      </w:r>
    </w:p>
    <w:p>
      <w:pPr>
        <w:spacing w:before="0" w:after="80" w:line="300" w:lineRule="auto"/>
        <w:jc w:val="left"/>
      </w:pPr>
      <w:r>
        <w:rPr>
          <w:rFonts w:ascii="Times New Roman" w:hAnsi="Times New Roman" w:eastAsia="宋体"/>
          <w:b w:val="0"/>
          <w:i w:val="0"/>
          <w:sz w:val="21"/>
        </w:rPr>
        <w:t>∠ GDA =360°-90°</w:t>
      </w:r>
    </w:p>
    <w:p>
      <w:pPr>
        <w:spacing w:before="0" w:after="80" w:line="300" w:lineRule="auto"/>
        <w:jc w:val="left"/>
      </w:pPr>
      <w:r>
        <w:rPr>
          <w:rFonts w:ascii="Times New Roman" w:hAnsi="Times New Roman" w:eastAsia="宋体"/>
          <w:b w:val="0"/>
          <w:i w:val="0"/>
          <w:sz w:val="21"/>
        </w:rPr>
        <w:t>-60°-90°</w:t>
      </w:r>
    </w:p>
    <w:p>
      <w:pPr>
        <w:spacing w:before="0" w:after="80" w:line="300" w:lineRule="auto"/>
        <w:jc w:val="left"/>
      </w:pPr>
      <w:r>
        <w:rPr>
          <w:rFonts w:ascii="Times New Roman" w:hAnsi="Times New Roman" w:eastAsia="宋体"/>
          <w:b w:val="0"/>
          <w:i w:val="0"/>
          <w:sz w:val="21"/>
        </w:rPr>
        <w:t>=120°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D, the two square angles are 90° each and the equilateral-triangle angle is 60°. Hence</w:t>
      </w:r>
    </w:p>
    <w:p>
      <w:pPr>
        <w:spacing w:before="0" w:after="80" w:line="300" w:lineRule="auto"/>
        <w:jc w:val="left"/>
      </w:pPr>
      <w:r>
        <w:rPr>
          <w:rFonts w:ascii="Times New Roman" w:hAnsi="Times New Roman" w:eastAsia="宋体"/>
          <w:b w:val="0"/>
          <w:i w:val="0"/>
          <w:color w:val="333333"/>
          <w:sz w:val="19"/>
        </w:rPr>
        <w:t>∠ GDA =360°-90°</w:t>
      </w:r>
    </w:p>
    <w:p>
      <w:pPr>
        <w:spacing w:before="0" w:after="80" w:line="300" w:lineRule="auto"/>
        <w:jc w:val="left"/>
      </w:pPr>
      <w:r>
        <w:rPr>
          <w:rFonts w:ascii="Times New Roman" w:hAnsi="Times New Roman" w:eastAsia="宋体"/>
          <w:b w:val="0"/>
          <w:i w:val="0"/>
          <w:color w:val="333333"/>
          <w:sz w:val="19"/>
        </w:rPr>
        <w:t>-60°-90°</w:t>
      </w:r>
    </w:p>
    <w:p>
      <w:pPr>
        <w:spacing w:before="0" w:after="80" w:line="300" w:lineRule="auto"/>
        <w:jc w:val="left"/>
      </w:pPr>
      <w:r>
        <w:rPr>
          <w:rFonts w:ascii="Times New Roman" w:hAnsi="Times New Roman" w:eastAsia="宋体"/>
          <w:b w:val="0"/>
          <w:i w:val="0"/>
          <w:color w:val="333333"/>
          <w:sz w:val="19"/>
        </w:rPr>
        <w:t>=120°.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三角形 PQC 在 Q 处为直角，且 ∠ P=60°，所以它是一个 30°-60°-90° 三角形。由于 QC=AQ，</w:t>
      </w:r>
    </w:p>
    <w:p>
      <w:pPr>
        <w:spacing w:before="0" w:after="80" w:line="300" w:lineRule="auto"/>
        <w:jc w:val="left"/>
      </w:pPr>
      <w:r>
        <w:rPr>
          <w:rFonts w:ascii="Times New Roman" w:hAnsi="Times New Roman" w:eastAsia="宋体"/>
          <w:b w:val="0"/>
          <w:i w:val="0"/>
          <w:sz w:val="21"/>
        </w:rPr>
        <w:t>PQ/AQ=PQ/QC=1/(√(3)) =(√(3))/3。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PQC is right at Q and has ∠ P=60°, so it is a 30°-60°-90° triangle. Since QC=AQ,</w:t>
      </w:r>
    </w:p>
    <w:p>
      <w:pPr>
        <w:spacing w:before="0" w:after="80" w:line="300" w:lineRule="auto"/>
        <w:jc w:val="left"/>
      </w:pPr>
      <w:r>
        <w:rPr>
          <w:rFonts w:ascii="Times New Roman" w:hAnsi="Times New Roman" w:eastAsia="宋体"/>
          <w:b w:val="0"/>
          <w:i w:val="0"/>
          <w:color w:val="333333"/>
          <w:sz w:val="19"/>
        </w:rPr>
        <w:t>PQ/AQ=PQ/QC=1/(√(3)) =(√(3))/3.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因为 x&gt;0，两边除以 √(x) 不改变不等号方向：</w:t>
      </w:r>
    </w:p>
    <w:p>
      <w:pPr>
        <w:spacing w:before="0" w:after="80" w:line="300" w:lineRule="auto"/>
        <w:jc w:val="left"/>
      </w:pPr>
      <w:r>
        <w:rPr>
          <w:rFonts w:ascii="Times New Roman" w:hAnsi="Times New Roman" w:eastAsia="宋体"/>
          <w:b w:val="0"/>
          <w:i w:val="0"/>
          <w:sz w:val="21"/>
        </w:rPr>
        <w:t>1&lt;2√(x)。</w:t>
      </w:r>
    </w:p>
    <w:p>
      <w:pPr>
        <w:spacing w:before="0" w:after="80" w:line="300" w:lineRule="auto"/>
        <w:jc w:val="left"/>
      </w:pPr>
      <w:r>
        <w:rPr>
          <w:rFonts w:ascii="Times New Roman" w:hAnsi="Times New Roman" w:eastAsia="宋体"/>
          <w:b w:val="0"/>
          <w:i w:val="0"/>
          <w:sz w:val="21"/>
        </w:rPr>
        <w:t>因此 √(x)&gt;1/2，等价于 x&gt;1/4。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x&gt;0, division by √(x) preserves the inequality:</w:t>
      </w:r>
    </w:p>
    <w:p>
      <w:pPr>
        <w:spacing w:before="0" w:after="80" w:line="300" w:lineRule="auto"/>
        <w:jc w:val="left"/>
      </w:pPr>
      <w:r>
        <w:rPr>
          <w:rFonts w:ascii="Times New Roman" w:hAnsi="Times New Roman" w:eastAsia="宋体"/>
          <w:b w:val="0"/>
          <w:i w:val="0"/>
          <w:color w:val="333333"/>
          <w:sz w:val="19"/>
        </w:rPr>
        <w:t>1&lt;2√(x).</w:t>
      </w:r>
    </w:p>
    <w:p>
      <w:pPr>
        <w:spacing w:before="0" w:after="80" w:line="300" w:lineRule="auto"/>
        <w:jc w:val="left"/>
      </w:pPr>
      <w:r>
        <w:rPr>
          <w:rFonts w:ascii="Times New Roman" w:hAnsi="Times New Roman" w:eastAsia="宋体"/>
          <w:b w:val="0"/>
          <w:i w:val="0"/>
          <w:color w:val="333333"/>
          <w:sz w:val="19"/>
        </w:rPr>
        <w:t>Thus √(x)&gt;1/2, which is equivalent to x&gt;1/4.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三角形 ABC 是一个 3-4-5 直角三角形，所以 AC=5，其面积为 6。因为 5²+12²=13²，三角形 ACD 在 C 处为直角，面积为 (1/2)(5)(12)=30。四边形的面积为 6+30=36。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a 3-4-5 right triangle, so AC=5 and its area is 6. Since 5²+12²=13², triangle ACD is right at C and has area (1/2)(5)(12)=30. The quadrilateral’s area is 6+30=36.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消去分母可得</w:t>
      </w:r>
    </w:p>
    <w:p>
      <w:pPr>
        <w:spacing w:before="0" w:after="80" w:line="300" w:lineRule="auto"/>
        <w:jc w:val="left"/>
      </w:pPr>
      <w:r>
        <w:rPr>
          <w:rFonts w:ascii="Times New Roman" w:hAnsi="Times New Roman" w:eastAsia="宋体"/>
          <w:b w:val="0"/>
          <w:i w:val="0"/>
          <w:sz w:val="21"/>
        </w:rPr>
        <w:t>(a+b)²=ab，</w:t>
      </w:r>
    </w:p>
    <w:p>
      <w:pPr>
        <w:spacing w:before="0" w:after="80" w:line="300" w:lineRule="auto"/>
        <w:jc w:val="left"/>
      </w:pPr>
      <w:r>
        <w:rPr>
          <w:rFonts w:ascii="Times New Roman" w:hAnsi="Times New Roman" w:eastAsia="宋体"/>
          <w:b w:val="0"/>
          <w:i w:val="0"/>
          <w:sz w:val="21"/>
        </w:rPr>
        <w:t>即 a²+ab+b²=0。因为 b≠0，令 t=a/b。于是 t²+t+1=0，其判别式为 1-4=-3。因此没有实数对满足条件。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Clearing denominators gives</w:t>
      </w:r>
    </w:p>
    <w:p>
      <w:pPr>
        <w:spacing w:before="0" w:after="80" w:line="300" w:lineRule="auto"/>
        <w:jc w:val="left"/>
      </w:pPr>
      <w:r>
        <w:rPr>
          <w:rFonts w:ascii="Times New Roman" w:hAnsi="Times New Roman" w:eastAsia="宋体"/>
          <w:b w:val="0"/>
          <w:i w:val="0"/>
          <w:color w:val="333333"/>
          <w:sz w:val="19"/>
        </w:rPr>
        <w:t>(a+b)²=ab,</w:t>
      </w:r>
    </w:p>
    <w:p>
      <w:pPr>
        <w:spacing w:before="0" w:after="80" w:line="300" w:lineRule="auto"/>
        <w:jc w:val="left"/>
      </w:pPr>
      <w:r>
        <w:rPr>
          <w:rFonts w:ascii="Times New Roman" w:hAnsi="Times New Roman" w:eastAsia="宋体"/>
          <w:b w:val="0"/>
          <w:i w:val="0"/>
          <w:color w:val="333333"/>
          <w:sz w:val="19"/>
        </w:rPr>
        <w:t>or a²+ab+b²=0. Since b≠0, let t=a/b. Then t²+t+1=0, whose discriminant is 1-4=-3. Thus there are no real pairs.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取向东为水平方向的正方向。转弯后，3 英里的位移分量为 ((3√(3))/2,-3/2)。因此</w:t>
      </w:r>
    </w:p>
    <w:p>
      <w:pPr>
        <w:spacing w:before="0" w:after="80" w:line="300" w:lineRule="auto"/>
        <w:jc w:val="left"/>
      </w:pPr>
      <w:r>
        <w:rPr>
          <w:rFonts w:ascii="Times New Roman" w:hAnsi="Times New Roman" w:eastAsia="宋体"/>
          <w:b w:val="0"/>
          <w:i w:val="0"/>
          <w:sz w:val="21"/>
        </w:rPr>
        <w:t>((3√(3))/2-x)² +(3/2)²=3。</w:t>
      </w:r>
    </w:p>
    <w:p>
      <w:pPr>
        <w:spacing w:before="0" w:after="80" w:line="300" w:lineRule="auto"/>
        <w:jc w:val="left"/>
      </w:pPr>
      <w:r>
        <w:rPr>
          <w:rFonts w:ascii="Times New Roman" w:hAnsi="Times New Roman" w:eastAsia="宋体"/>
          <w:b w:val="0"/>
          <w:i w:val="0"/>
          <w:sz w:val="21"/>
        </w:rPr>
        <w:t>所以 (3√(3))/2-x=±(√(3))/2，得到 x=√(3) 或 x=2√(3)。因此该值不能唯一确定。</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east as the positive horizontal direction. After the turn, the 3-mile displacement has components ((3√(3))/2,-3/2). Therefore</w:t>
      </w:r>
    </w:p>
    <w:p>
      <w:pPr>
        <w:spacing w:before="0" w:after="80" w:line="300" w:lineRule="auto"/>
        <w:jc w:val="left"/>
      </w:pPr>
      <w:r>
        <w:rPr>
          <w:rFonts w:ascii="Times New Roman" w:hAnsi="Times New Roman" w:eastAsia="宋体"/>
          <w:b w:val="0"/>
          <w:i w:val="0"/>
          <w:color w:val="333333"/>
          <w:sz w:val="19"/>
        </w:rPr>
        <w:t>((3√(3))/2-x)² +(3/2)²=3.</w:t>
      </w:r>
    </w:p>
    <w:p>
      <w:pPr>
        <w:spacing w:before="0" w:after="80" w:line="300" w:lineRule="auto"/>
        <w:jc w:val="left"/>
      </w:pPr>
      <w:r>
        <w:rPr>
          <w:rFonts w:ascii="Times New Roman" w:hAnsi="Times New Roman" w:eastAsia="宋体"/>
          <w:b w:val="0"/>
          <w:i w:val="0"/>
          <w:color w:val="333333"/>
          <w:sz w:val="19"/>
        </w:rPr>
        <w:t>Hence (3√(3))/2-x=±(√(3))/2, giving x=√(3) or x=2√(3). The value is not unique.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各齿轮的圆周长分别与 x、y、z 成正比，而它们的切向速度大小相等。因此它们的角速度之比为</w:t>
      </w:r>
    </w:p>
    <w:p>
      <w:pPr>
        <w:spacing w:before="0" w:after="80" w:line="300" w:lineRule="auto"/>
        <w:jc w:val="left"/>
      </w:pPr>
      <w:r>
        <w:rPr>
          <w:rFonts w:ascii="Times New Roman" w:hAnsi="Times New Roman" w:eastAsia="宋体"/>
          <w:b w:val="0"/>
          <w:i w:val="0"/>
          <w:sz w:val="21"/>
        </w:rPr>
        <w:t>1/x:1/y:1/z。</w:t>
      </w:r>
    </w:p>
    <w:p>
      <w:pPr>
        <w:spacing w:before="0" w:after="80" w:line="300" w:lineRule="auto"/>
        <w:jc w:val="left"/>
      </w:pPr>
      <w:r>
        <w:rPr>
          <w:rFonts w:ascii="Times New Roman" w:hAnsi="Times New Roman" w:eastAsia="宋体"/>
          <w:b w:val="0"/>
          <w:i w:val="0"/>
          <w:sz w:val="21"/>
        </w:rPr>
        <w:t>三项同时乘以 xyz，得到 yz:xz:xy。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gears’ circumferences are proportional to x, y, and z, while their tangential speeds have equal magnitude. Their angular speeds are therefore proportional to</w:t>
      </w:r>
    </w:p>
    <w:p>
      <w:pPr>
        <w:spacing w:before="0" w:after="80" w:line="300" w:lineRule="auto"/>
        <w:jc w:val="left"/>
      </w:pPr>
      <w:r>
        <w:rPr>
          <w:rFonts w:ascii="Times New Roman" w:hAnsi="Times New Roman" w:eastAsia="宋体"/>
          <w:b w:val="0"/>
          <w:i w:val="0"/>
          <w:color w:val="333333"/>
          <w:sz w:val="19"/>
        </w:rPr>
        <w:t>1/x:1/y:1/z.</w:t>
      </w:r>
    </w:p>
    <w:p>
      <w:pPr>
        <w:spacing w:before="0" w:after="80" w:line="300" w:lineRule="auto"/>
        <w:jc w:val="left"/>
      </w:pPr>
      <w:r>
        <w:rPr>
          <w:rFonts w:ascii="Times New Roman" w:hAnsi="Times New Roman" w:eastAsia="宋体"/>
          <w:b w:val="0"/>
          <w:i w:val="0"/>
          <w:color w:val="333333"/>
          <w:sz w:val="19"/>
        </w:rPr>
        <w:t>Multiplying all three terms by xyz gives yz:xz:xy.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由两个已知的和可得</w:t>
      </w:r>
    </w:p>
    <w:p>
      <w:pPr>
        <w:spacing w:before="0" w:after="80" w:line="300" w:lineRule="auto"/>
        <w:jc w:val="left"/>
      </w:pPr>
      <w:r>
        <w:rPr>
          <w:rFonts w:ascii="Times New Roman" w:hAnsi="Times New Roman" w:eastAsia="宋体"/>
          <w:b w:val="0"/>
          <w:i w:val="0"/>
          <w:sz w:val="21"/>
        </w:rPr>
        <w:t>2a+9d=20,</w:t>
      </w:r>
    </w:p>
    <w:p>
      <w:pPr>
        <w:spacing w:before="0" w:after="80" w:line="300" w:lineRule="auto"/>
        <w:jc w:val="left"/>
      </w:pPr>
      <w:r>
        <w:rPr>
          <w:rFonts w:ascii="Times New Roman" w:hAnsi="Times New Roman" w:eastAsia="宋体"/>
          <w:b w:val="0"/>
          <w:i w:val="0"/>
          <w:sz w:val="21"/>
        </w:rPr>
        <w:t>2a+99d=1/5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两式相减得到 90d=-99/5，所以 d=-11/50，且 2a=1099/50。因此</w:t>
      </w:r>
    </w:p>
    <w:p>
      <w:pPr>
        <w:spacing w:before="0" w:after="80" w:line="300" w:lineRule="auto"/>
        <w:jc w:val="left"/>
      </w:pPr>
      <w:r>
        <w:rPr>
          <w:rFonts w:ascii="Times New Roman" w:hAnsi="Times New Roman" w:eastAsia="宋体"/>
          <w:b w:val="0"/>
          <w:i w:val="0"/>
          <w:sz w:val="21"/>
        </w:rPr>
        <w:t>S₁₁₀=55(2a+109d)</w:t>
      </w:r>
    </w:p>
    <w:p>
      <w:pPr>
        <w:spacing w:before="0" w:after="80" w:line="300" w:lineRule="auto"/>
        <w:jc w:val="left"/>
      </w:pPr>
      <w:r>
        <w:rPr>
          <w:rFonts w:ascii="Times New Roman" w:hAnsi="Times New Roman" w:eastAsia="宋体"/>
          <w:b w:val="0"/>
          <w:i w:val="0"/>
          <w:sz w:val="21"/>
        </w:rPr>
        <w:t>=55(-2)</w:t>
      </w:r>
    </w:p>
    <w:p>
      <w:pPr>
        <w:spacing w:before="0" w:after="80" w:line="300" w:lineRule="auto"/>
        <w:jc w:val="left"/>
      </w:pPr>
      <w:r>
        <w:rPr>
          <w:rFonts w:ascii="Times New Roman" w:hAnsi="Times New Roman" w:eastAsia="宋体"/>
          <w:b w:val="0"/>
          <w:i w:val="0"/>
          <w:sz w:val="21"/>
        </w:rPr>
        <w:t>=-110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given sums yield</w:t>
      </w:r>
    </w:p>
    <w:p>
      <w:pPr>
        <w:spacing w:before="0" w:after="80" w:line="300" w:lineRule="auto"/>
        <w:jc w:val="left"/>
      </w:pPr>
      <w:r>
        <w:rPr>
          <w:rFonts w:ascii="Times New Roman" w:hAnsi="Times New Roman" w:eastAsia="宋体"/>
          <w:b w:val="0"/>
          <w:i w:val="0"/>
          <w:color w:val="333333"/>
          <w:sz w:val="19"/>
        </w:rPr>
        <w:t>2a+9d=20,</w:t>
      </w:r>
    </w:p>
    <w:p>
      <w:pPr>
        <w:spacing w:before="0" w:after="80" w:line="300" w:lineRule="auto"/>
        <w:jc w:val="left"/>
      </w:pPr>
      <w:r>
        <w:rPr>
          <w:rFonts w:ascii="Times New Roman" w:hAnsi="Times New Roman" w:eastAsia="宋体"/>
          <w:b w:val="0"/>
          <w:i w:val="0"/>
          <w:color w:val="333333"/>
          <w:sz w:val="19"/>
        </w:rPr>
        <w:t>2a+99d=1/5.</w:t>
      </w:r>
    </w:p>
    <w:p>
      <w:pPr>
        <w:spacing w:before="0" w:after="80" w:line="300" w:lineRule="auto"/>
        <w:jc w:val="left"/>
      </w:pPr>
      <w:r>
        <w:rPr>
          <w:rFonts w:ascii="Times New Roman" w:hAnsi="Times New Roman" w:eastAsia="宋体"/>
          <w:b w:val="0"/>
          <w:i w:val="0"/>
          <w:color w:val="333333"/>
          <w:sz w:val="19"/>
        </w:rPr>
        <w:t>Subtracting gives 90d=-99/5, so d=-11/50 and 2a=1099/50. Therefore</w:t>
      </w:r>
    </w:p>
    <w:p>
      <w:pPr>
        <w:spacing w:before="0" w:after="80" w:line="300" w:lineRule="auto"/>
        <w:jc w:val="left"/>
      </w:pPr>
      <w:r>
        <w:rPr>
          <w:rFonts w:ascii="Times New Roman" w:hAnsi="Times New Roman" w:eastAsia="宋体"/>
          <w:b w:val="0"/>
          <w:i w:val="0"/>
          <w:color w:val="333333"/>
          <w:sz w:val="19"/>
        </w:rPr>
        <w:t>S₁₁₀=55(2a+109d)</w:t>
      </w:r>
    </w:p>
    <w:p>
      <w:pPr>
        <w:spacing w:before="0" w:after="80" w:line="300" w:lineRule="auto"/>
        <w:jc w:val="left"/>
      </w:pPr>
      <w:r>
        <w:rPr>
          <w:rFonts w:ascii="Times New Roman" w:hAnsi="Times New Roman" w:eastAsia="宋体"/>
          <w:b w:val="0"/>
          <w:i w:val="0"/>
          <w:color w:val="333333"/>
          <w:sz w:val="19"/>
        </w:rPr>
        <w:t>=55(-2)</w:t>
      </w:r>
    </w:p>
    <w:p>
      <w:pPr>
        <w:spacing w:before="0" w:after="80" w:line="300" w:lineRule="auto"/>
        <w:jc w:val="left"/>
      </w:pPr>
      <w:r>
        <w:rPr>
          <w:rFonts w:ascii="Times New Roman" w:hAnsi="Times New Roman" w:eastAsia="宋体"/>
          <w:b w:val="0"/>
          <w:i w:val="0"/>
          <w:color w:val="333333"/>
          <w:sz w:val="19"/>
        </w:rPr>
        <w:t>=-110.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令 tanθ=n。则 m=tan(2θ)，并且 m=4n。因此</w:t>
      </w:r>
    </w:p>
    <w:p>
      <w:pPr>
        <w:spacing w:before="0" w:after="80" w:line="300" w:lineRule="auto"/>
        <w:jc w:val="left"/>
      </w:pPr>
      <w:r>
        <w:rPr>
          <w:rFonts w:ascii="Times New Roman" w:hAnsi="Times New Roman" w:eastAsia="宋体"/>
          <w:b w:val="0"/>
          <w:i w:val="0"/>
          <w:sz w:val="21"/>
        </w:rPr>
        <w:t>4n=2n/1-n²。</w:t>
      </w:r>
    </w:p>
    <w:p>
      <w:pPr>
        <w:spacing w:before="0" w:after="80" w:line="300" w:lineRule="auto"/>
        <w:jc w:val="left"/>
      </w:pPr>
      <w:r>
        <w:rPr>
          <w:rFonts w:ascii="Times New Roman" w:hAnsi="Times New Roman" w:eastAsia="宋体"/>
          <w:b w:val="0"/>
          <w:i w:val="0"/>
          <w:sz w:val="21"/>
        </w:rPr>
        <w:t>由非水平条件可知 n≠0，所以 2(1-n²)=1，即 n²=1/2。因此 mn=4n²=2。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tanθ=n. Then m=tan(2θ) and also m=4n. Hence</w:t>
      </w:r>
    </w:p>
    <w:p>
      <w:pPr>
        <w:spacing w:before="0" w:after="80" w:line="300" w:lineRule="auto"/>
        <w:jc w:val="left"/>
      </w:pPr>
      <w:r>
        <w:rPr>
          <w:rFonts w:ascii="Times New Roman" w:hAnsi="Times New Roman" w:eastAsia="宋体"/>
          <w:b w:val="0"/>
          <w:i w:val="0"/>
          <w:color w:val="333333"/>
          <w:sz w:val="19"/>
        </w:rPr>
        <w:t>4n=2n/1-n².</w:t>
      </w:r>
    </w:p>
    <w:p>
      <w:pPr>
        <w:spacing w:before="0" w:after="80" w:line="300" w:lineRule="auto"/>
        <w:jc w:val="left"/>
      </w:pPr>
      <w:r>
        <w:rPr>
          <w:rFonts w:ascii="Times New Roman" w:hAnsi="Times New Roman" w:eastAsia="宋体"/>
          <w:b w:val="0"/>
          <w:i w:val="0"/>
          <w:color w:val="333333"/>
          <w:sz w:val="19"/>
        </w:rPr>
        <w:t>The nonhorizontal condition gives n≠0, so 2(1-n²)=1, or n²=1/2. Thus mn=4n²=2.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把位移向量表示为复数，依次为</w:t>
      </w:r>
    </w:p>
    <w:p>
      <w:pPr>
        <w:spacing w:before="0" w:after="80" w:line="300" w:lineRule="auto"/>
        <w:jc w:val="left"/>
      </w:pPr>
      <w:r>
        <w:rPr>
          <w:rFonts w:ascii="Times New Roman" w:hAnsi="Times New Roman" w:eastAsia="宋体"/>
          <w:b w:val="0"/>
          <w:i w:val="0"/>
          <w:sz w:val="21"/>
        </w:rPr>
        <w:t>1, i/2, (i/2)²,…。</w:t>
      </w:r>
    </w:p>
    <w:p>
      <w:pPr>
        <w:spacing w:before="0" w:after="80" w:line="300" w:lineRule="auto"/>
        <w:jc w:val="left"/>
      </w:pPr>
      <w:r>
        <w:rPr>
          <w:rFonts w:ascii="Times New Roman" w:hAnsi="Times New Roman" w:eastAsia="宋体"/>
          <w:b w:val="0"/>
          <w:i w:val="0"/>
          <w:sz w:val="21"/>
        </w:rPr>
        <w:t>它们的和是</w:t>
      </w:r>
    </w:p>
    <w:p>
      <w:pPr>
        <w:spacing w:before="0" w:after="80" w:line="300" w:lineRule="auto"/>
        <w:jc w:val="left"/>
      </w:pPr>
      <w:r>
        <w:rPr>
          <w:rFonts w:ascii="Times New Roman" w:hAnsi="Times New Roman" w:eastAsia="宋体"/>
          <w:b w:val="0"/>
          <w:i w:val="0"/>
          <w:sz w:val="21"/>
        </w:rPr>
        <w:t>1/(1-i/2) =(1+i/2)/(1+1/4) =4/5+2/5i。</w:t>
      </w:r>
    </w:p>
    <w:p>
      <w:pPr>
        <w:spacing w:before="0" w:after="80" w:line="300" w:lineRule="auto"/>
        <w:jc w:val="left"/>
      </w:pPr>
      <w:r>
        <w:rPr>
          <w:rFonts w:ascii="Times New Roman" w:hAnsi="Times New Roman" w:eastAsia="宋体"/>
          <w:b w:val="0"/>
          <w:i w:val="0"/>
          <w:sz w:val="21"/>
        </w:rPr>
        <w:t>因此小虫趋近于 (4/5,2/5)。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complex numbers, the successive displacement vectors are</w:t>
      </w:r>
    </w:p>
    <w:p>
      <w:pPr>
        <w:spacing w:before="0" w:after="80" w:line="300" w:lineRule="auto"/>
        <w:jc w:val="left"/>
      </w:pPr>
      <w:r>
        <w:rPr>
          <w:rFonts w:ascii="Times New Roman" w:hAnsi="Times New Roman" w:eastAsia="宋体"/>
          <w:b w:val="0"/>
          <w:i w:val="0"/>
          <w:color w:val="333333"/>
          <w:sz w:val="19"/>
        </w:rPr>
        <w:t>1, i/2, (i/2)²,….</w:t>
      </w:r>
    </w:p>
    <w:p>
      <w:pPr>
        <w:spacing w:before="0" w:after="80" w:line="300" w:lineRule="auto"/>
        <w:jc w:val="left"/>
      </w:pPr>
      <w:r>
        <w:rPr>
          <w:rFonts w:ascii="Times New Roman" w:hAnsi="Times New Roman" w:eastAsia="宋体"/>
          <w:b w:val="0"/>
          <w:i w:val="0"/>
          <w:color w:val="333333"/>
          <w:sz w:val="19"/>
        </w:rPr>
        <w:t>Their sum is</w:t>
      </w:r>
    </w:p>
    <w:p>
      <w:pPr>
        <w:spacing w:before="0" w:after="80" w:line="300" w:lineRule="auto"/>
        <w:jc w:val="left"/>
      </w:pPr>
      <w:r>
        <w:rPr>
          <w:rFonts w:ascii="Times New Roman" w:hAnsi="Times New Roman" w:eastAsia="宋体"/>
          <w:b w:val="0"/>
          <w:i w:val="0"/>
          <w:color w:val="333333"/>
          <w:sz w:val="19"/>
        </w:rPr>
        <w:t>1/(1-i/2) =(1+i/2)/(1+1/4) =4/5+2/5i.</w:t>
      </w:r>
    </w:p>
    <w:p>
      <w:pPr>
        <w:spacing w:before="0" w:after="80" w:line="300" w:lineRule="auto"/>
        <w:jc w:val="left"/>
      </w:pPr>
      <w:r>
        <w:rPr>
          <w:rFonts w:ascii="Times New Roman" w:hAnsi="Times New Roman" w:eastAsia="宋体"/>
          <w:b w:val="0"/>
          <w:i w:val="0"/>
          <w:color w:val="333333"/>
          <w:sz w:val="19"/>
        </w:rPr>
        <w:t>Thus the bug approaches (4/5,2/5).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直接复合可得</w:t>
      </w:r>
    </w:p>
    <w:p>
      <w:pPr>
        <w:spacing w:before="0" w:after="80" w:line="300" w:lineRule="auto"/>
        <w:jc w:val="left"/>
      </w:pPr>
      <w:r>
        <w:rPr>
          <w:rFonts w:ascii="Times New Roman" w:hAnsi="Times New Roman" w:eastAsia="宋体"/>
          <w:b w:val="0"/>
          <w:i w:val="0"/>
          <w:sz w:val="21"/>
        </w:rPr>
        <w:t>f(f(x)) =c²x/((2c+6)x+9)。</w:t>
      </w:r>
    </w:p>
    <w:p>
      <w:pPr>
        <w:spacing w:before="0" w:after="80" w:line="300" w:lineRule="auto"/>
        <w:jc w:val="left"/>
      </w:pPr>
      <w:r>
        <w:rPr>
          <w:rFonts w:ascii="Times New Roman" w:hAnsi="Times New Roman" w:eastAsia="宋体"/>
          <w:b w:val="0"/>
          <w:i w:val="0"/>
          <w:sz w:val="21"/>
        </w:rPr>
        <w:t>要使其恒等于 x，分母必须为常数 c²。因此 2c+6=0，且 c²=9，两者共同给出 c=-3。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 composition gives</w:t>
      </w:r>
    </w:p>
    <w:p>
      <w:pPr>
        <w:spacing w:before="0" w:after="80" w:line="300" w:lineRule="auto"/>
        <w:jc w:val="left"/>
      </w:pPr>
      <w:r>
        <w:rPr>
          <w:rFonts w:ascii="Times New Roman" w:hAnsi="Times New Roman" w:eastAsia="宋体"/>
          <w:b w:val="0"/>
          <w:i w:val="0"/>
          <w:color w:val="333333"/>
          <w:sz w:val="19"/>
        </w:rPr>
        <w:t>f(f(x)) =c²x/((2c+6)x+9).</w:t>
      </w:r>
    </w:p>
    <w:p>
      <w:pPr>
        <w:spacing w:before="0" w:after="80" w:line="300" w:lineRule="auto"/>
        <w:jc w:val="left"/>
      </w:pPr>
      <w:r>
        <w:rPr>
          <w:rFonts w:ascii="Times New Roman" w:hAnsi="Times New Roman" w:eastAsia="宋体"/>
          <w:b w:val="0"/>
          <w:i w:val="0"/>
          <w:color w:val="333333"/>
          <w:sz w:val="19"/>
        </w:rPr>
        <w:t>For this to equal x identically, the denominator must be the constant c². Thus 2c+6=0 and c²=9, both of which give c=-3.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设价格为 p 分，则</w:t>
      </w:r>
    </w:p>
    <w:p>
      <w:pPr>
        <w:spacing w:before="0" w:after="80" w:line="300" w:lineRule="auto"/>
        <w:jc w:val="left"/>
      </w:pPr>
      <w:r>
        <w:rPr>
          <w:rFonts w:ascii="Times New Roman" w:hAnsi="Times New Roman" w:eastAsia="宋体"/>
          <w:b w:val="0"/>
          <w:i w:val="0"/>
          <w:sz w:val="21"/>
        </w:rPr>
        <w:t>104/100p=100n，</w:t>
      </w:r>
    </w:p>
    <w:p>
      <w:pPr>
        <w:spacing w:before="0" w:after="80" w:line="300" w:lineRule="auto"/>
        <w:jc w:val="left"/>
      </w:pPr>
      <w:r>
        <w:rPr>
          <w:rFonts w:ascii="Times New Roman" w:hAnsi="Times New Roman" w:eastAsia="宋体"/>
          <w:b w:val="0"/>
          <w:i w:val="0"/>
          <w:sz w:val="21"/>
        </w:rPr>
        <w:t>所以 13p=1250n。由于 13 与 1250 互质，13 必须整除 n。最小的正整数取值是 n=13。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price be p cents. Then</w:t>
      </w:r>
    </w:p>
    <w:p>
      <w:pPr>
        <w:spacing w:before="0" w:after="80" w:line="300" w:lineRule="auto"/>
        <w:jc w:val="left"/>
      </w:pPr>
      <w:r>
        <w:rPr>
          <w:rFonts w:ascii="Times New Roman" w:hAnsi="Times New Roman" w:eastAsia="宋体"/>
          <w:b w:val="0"/>
          <w:i w:val="0"/>
          <w:color w:val="333333"/>
          <w:sz w:val="19"/>
        </w:rPr>
        <w:t>104/100p=100n,</w:t>
      </w:r>
    </w:p>
    <w:p>
      <w:pPr>
        <w:spacing w:before="0" w:after="80" w:line="300" w:lineRule="auto"/>
        <w:jc w:val="left"/>
      </w:pPr>
      <w:r>
        <w:rPr>
          <w:rFonts w:ascii="Times New Roman" w:hAnsi="Times New Roman" w:eastAsia="宋体"/>
          <w:b w:val="0"/>
          <w:i w:val="0"/>
          <w:color w:val="333333"/>
          <w:sz w:val="19"/>
        </w:rPr>
        <w:t>so 13p=1250n. Since 13 and 1250 are relatively prime, 13 must divide n. The smallest positive possibility is n=13.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设立方体棱长为 s。正四面体的每条棱都是立方体的面对角线，所以长度为 s√(2)。正四面体的表面积为</w:t>
      </w:r>
    </w:p>
    <w:p>
      <w:pPr>
        <w:spacing w:before="0" w:after="80" w:line="300" w:lineRule="auto"/>
        <w:jc w:val="left"/>
      </w:pPr>
      <w:r>
        <w:rPr>
          <w:rFonts w:ascii="Times New Roman" w:hAnsi="Times New Roman" w:eastAsia="宋体"/>
          <w:b w:val="0"/>
          <w:i w:val="0"/>
          <w:sz w:val="21"/>
        </w:rPr>
        <w:t>4((√(3))/4(s√(2))²) =2√(3) s²。</w:t>
      </w:r>
    </w:p>
    <w:p>
      <w:pPr>
        <w:spacing w:before="0" w:after="80" w:line="300" w:lineRule="auto"/>
        <w:jc w:val="left"/>
      </w:pPr>
      <w:r>
        <w:rPr>
          <w:rFonts w:ascii="Times New Roman" w:hAnsi="Times New Roman" w:eastAsia="宋体"/>
          <w:b w:val="0"/>
          <w:i w:val="0"/>
          <w:sz w:val="21"/>
        </w:rPr>
        <w:t>立方体的表面积为 6s²，所以所求比为 6/(2√(3))=√(3)。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cube edge be s. Each tetrahedron edge is a cube face diagonal, so it has length s√(2). The tetrahedron’s surface area is</w:t>
      </w:r>
    </w:p>
    <w:p>
      <w:pPr>
        <w:spacing w:before="0" w:after="80" w:line="300" w:lineRule="auto"/>
        <w:jc w:val="left"/>
      </w:pPr>
      <w:r>
        <w:rPr>
          <w:rFonts w:ascii="Times New Roman" w:hAnsi="Times New Roman" w:eastAsia="宋体"/>
          <w:b w:val="0"/>
          <w:i w:val="0"/>
          <w:color w:val="333333"/>
          <w:sz w:val="19"/>
        </w:rPr>
        <w:t>4((√(3))/4(s√(2))²) =2√(3) s².</w:t>
      </w:r>
    </w:p>
    <w:p>
      <w:pPr>
        <w:spacing w:before="0" w:after="80" w:line="300" w:lineRule="auto"/>
        <w:jc w:val="left"/>
      </w:pPr>
      <w:r>
        <w:rPr>
          <w:rFonts w:ascii="Times New Roman" w:hAnsi="Times New Roman" w:eastAsia="宋体"/>
          <w:b w:val="0"/>
          <w:i w:val="0"/>
          <w:color w:val="333333"/>
          <w:sz w:val="19"/>
        </w:rPr>
        <w:t>The cube’s surface area is 6s², so the ratio is 6/(2√(3))=√(3).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展开得</w:t>
      </w:r>
    </w:p>
    <w:p>
      <w:pPr>
        <w:spacing w:before="0" w:after="80" w:line="300" w:lineRule="auto"/>
        <w:jc w:val="left"/>
      </w:pPr>
      <w:r>
        <w:rPr>
          <w:rFonts w:ascii="Times New Roman" w:hAnsi="Times New Roman" w:eastAsia="宋体"/>
          <w:b w:val="0"/>
          <w:i w:val="0"/>
          <w:sz w:val="21"/>
        </w:rPr>
        <w:t>(n+i)⁴ =n⁴-6n²+1</w:t>
      </w:r>
    </w:p>
    <w:p>
      <w:pPr>
        <w:spacing w:before="0" w:after="80" w:line="300" w:lineRule="auto"/>
        <w:jc w:val="left"/>
      </w:pPr>
      <w:r>
        <w:rPr>
          <w:rFonts w:ascii="Times New Roman" w:hAnsi="Times New Roman" w:eastAsia="宋体"/>
          <w:b w:val="0"/>
          <w:i w:val="0"/>
          <w:sz w:val="21"/>
        </w:rPr>
        <w:t>+4n(n²-1)i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当且仅当 n=0、n=1 或 n=-1 时，虚部为零。对这三个整数，实部都是整数，所以共有 3 个取值。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Expansion gives</w:t>
      </w:r>
    </w:p>
    <w:p>
      <w:pPr>
        <w:spacing w:before="0" w:after="80" w:line="300" w:lineRule="auto"/>
        <w:jc w:val="left"/>
      </w:pPr>
      <w:r>
        <w:rPr>
          <w:rFonts w:ascii="Times New Roman" w:hAnsi="Times New Roman" w:eastAsia="宋体"/>
          <w:b w:val="0"/>
          <w:i w:val="0"/>
          <w:color w:val="333333"/>
          <w:sz w:val="19"/>
        </w:rPr>
        <w:t>(n+i)⁴ =n⁴-6n²+1</w:t>
      </w:r>
    </w:p>
    <w:p>
      <w:pPr>
        <w:spacing w:before="0" w:after="80" w:line="300" w:lineRule="auto"/>
        <w:jc w:val="left"/>
      </w:pPr>
      <w:r>
        <w:rPr>
          <w:rFonts w:ascii="Times New Roman" w:hAnsi="Times New Roman" w:eastAsia="宋体"/>
          <w:b w:val="0"/>
          <w:i w:val="0"/>
          <w:color w:val="333333"/>
          <w:sz w:val="19"/>
        </w:rPr>
        <w:t>+4n(n²-1)i.</w:t>
      </w:r>
    </w:p>
    <w:p>
      <w:pPr>
        <w:spacing w:before="0" w:after="80" w:line="300" w:lineRule="auto"/>
        <w:jc w:val="left"/>
      </w:pPr>
      <w:r>
        <w:rPr>
          <w:rFonts w:ascii="Times New Roman" w:hAnsi="Times New Roman" w:eastAsia="宋体"/>
          <w:b w:val="0"/>
          <w:i w:val="0"/>
          <w:color w:val="333333"/>
          <w:sz w:val="19"/>
        </w:rPr>
        <w:t>The imaginary part vanishes exactly when n=0, n=1, or n=-1. For each of these three integers the real part is an integer, so there are 3 values.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由 sin x=bᵃ 可得</w:t>
      </w:r>
    </w:p>
    <w:p>
      <w:pPr>
        <w:spacing w:before="0" w:after="80" w:line="300" w:lineRule="auto"/>
        <w:jc w:val="left"/>
      </w:pPr>
      <w:r>
        <w:rPr>
          <w:rFonts w:ascii="Times New Roman" w:hAnsi="Times New Roman" w:eastAsia="宋体"/>
          <w:b w:val="0"/>
          <w:i w:val="0"/>
          <w:sz w:val="21"/>
        </w:rPr>
        <w:t>cos x=√(1-b²ᵃ)。</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log_(b)cos x =1/2log_(b)(1-b²ᵃ)。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sin x=bᵃ, so</w:t>
      </w:r>
    </w:p>
    <w:p>
      <w:pPr>
        <w:spacing w:before="0" w:after="80" w:line="300" w:lineRule="auto"/>
        <w:jc w:val="left"/>
      </w:pPr>
      <w:r>
        <w:rPr>
          <w:rFonts w:ascii="Times New Roman" w:hAnsi="Times New Roman" w:eastAsia="宋体"/>
          <w:b w:val="0"/>
          <w:i w:val="0"/>
          <w:color w:val="333333"/>
          <w:sz w:val="19"/>
        </w:rPr>
        <w:t>cos x=√(1-b²ᵃ).</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log_(b)cos x =1/2log_(b)(1-b²ᵃ).</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设半径为 r，长为 20 的弦到圆心的距离为 u，相邻弦之间的共同间距为 v。则</w:t>
      </w:r>
    </w:p>
    <w:p>
      <w:pPr>
        <w:spacing w:before="0" w:after="80" w:line="300" w:lineRule="auto"/>
        <w:jc w:val="left"/>
      </w:pPr>
      <w:r>
        <w:rPr>
          <w:rFonts w:ascii="Times New Roman" w:hAnsi="Times New Roman" w:eastAsia="宋体"/>
          <w:b w:val="0"/>
          <w:i w:val="0"/>
          <w:sz w:val="21"/>
        </w:rPr>
        <w:t>r²=u²+10²,</w:t>
      </w:r>
    </w:p>
    <w:p>
      <w:pPr>
        <w:spacing w:before="0" w:after="80" w:line="300" w:lineRule="auto"/>
        <w:jc w:val="left"/>
      </w:pPr>
      <w:r>
        <w:rPr>
          <w:rFonts w:ascii="Times New Roman" w:hAnsi="Times New Roman" w:eastAsia="宋体"/>
          <w:b w:val="0"/>
          <w:i w:val="0"/>
          <w:sz w:val="21"/>
        </w:rPr>
        <w:t>r²=(u+v)²+8²,</w:t>
      </w:r>
    </w:p>
    <w:p>
      <w:pPr>
        <w:spacing w:before="0" w:after="80" w:line="300" w:lineRule="auto"/>
        <w:jc w:val="left"/>
      </w:pPr>
      <w:r>
        <w:rPr>
          <w:rFonts w:ascii="Times New Roman" w:hAnsi="Times New Roman" w:eastAsia="宋体"/>
          <w:b w:val="0"/>
          <w:i w:val="0"/>
          <w:sz w:val="21"/>
        </w:rPr>
        <w:t>r²=(u+2v)²+4²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相邻两式依次相减，得到 2uv+v²=36 和 2uv+3v²=48，所以 v²=6，且 u=15/(√(6))。因此</w:t>
      </w:r>
    </w:p>
    <w:p>
      <w:pPr>
        <w:spacing w:before="0" w:after="80" w:line="300" w:lineRule="auto"/>
        <w:jc w:val="left"/>
      </w:pPr>
      <w:r>
        <w:rPr>
          <w:rFonts w:ascii="Times New Roman" w:hAnsi="Times New Roman" w:eastAsia="宋体"/>
          <w:b w:val="0"/>
          <w:i w:val="0"/>
          <w:sz w:val="21"/>
        </w:rPr>
        <w:t>r²=u²+100=275/2，</w:t>
      </w:r>
    </w:p>
    <w:p>
      <w:pPr>
        <w:spacing w:before="0" w:after="80" w:line="300" w:lineRule="auto"/>
        <w:jc w:val="left"/>
      </w:pPr>
      <w:r>
        <w:rPr>
          <w:rFonts w:ascii="Times New Roman" w:hAnsi="Times New Roman" w:eastAsia="宋体"/>
          <w:b w:val="0"/>
          <w:i w:val="0"/>
          <w:sz w:val="21"/>
        </w:rPr>
        <w:t>从而 r=(5√(22))/2。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radius, u the distance to the 20-unit chord, and v the common spacing. Then</w:t>
      </w:r>
    </w:p>
    <w:p>
      <w:pPr>
        <w:spacing w:before="0" w:after="80" w:line="300" w:lineRule="auto"/>
        <w:jc w:val="left"/>
      </w:pPr>
      <w:r>
        <w:rPr>
          <w:rFonts w:ascii="Times New Roman" w:hAnsi="Times New Roman" w:eastAsia="宋体"/>
          <w:b w:val="0"/>
          <w:i w:val="0"/>
          <w:color w:val="333333"/>
          <w:sz w:val="19"/>
        </w:rPr>
        <w:t>r²=u²+10²,</w:t>
      </w:r>
    </w:p>
    <w:p>
      <w:pPr>
        <w:spacing w:before="0" w:after="80" w:line="300" w:lineRule="auto"/>
        <w:jc w:val="left"/>
      </w:pPr>
      <w:r>
        <w:rPr>
          <w:rFonts w:ascii="Times New Roman" w:hAnsi="Times New Roman" w:eastAsia="宋体"/>
          <w:b w:val="0"/>
          <w:i w:val="0"/>
          <w:color w:val="333333"/>
          <w:sz w:val="19"/>
        </w:rPr>
        <w:t>r²=(u+v)²+8²,</w:t>
      </w:r>
    </w:p>
    <w:p>
      <w:pPr>
        <w:spacing w:before="0" w:after="80" w:line="300" w:lineRule="auto"/>
        <w:jc w:val="left"/>
      </w:pPr>
      <w:r>
        <w:rPr>
          <w:rFonts w:ascii="Times New Roman" w:hAnsi="Times New Roman" w:eastAsia="宋体"/>
          <w:b w:val="0"/>
          <w:i w:val="0"/>
          <w:color w:val="333333"/>
          <w:sz w:val="19"/>
        </w:rPr>
        <w:t>r²=(u+2v)²+4².</w:t>
      </w:r>
    </w:p>
    <w:p>
      <w:pPr>
        <w:spacing w:before="0" w:after="80" w:line="300" w:lineRule="auto"/>
        <w:jc w:val="left"/>
      </w:pPr>
      <w:r>
        <w:rPr>
          <w:rFonts w:ascii="Times New Roman" w:hAnsi="Times New Roman" w:eastAsia="宋体"/>
          <w:b w:val="0"/>
          <w:i w:val="0"/>
          <w:color w:val="333333"/>
          <w:sz w:val="19"/>
        </w:rPr>
        <w:t>Consecutive subtraction gives 2uv+v²=36 and 2uv+3v²=48, so v²=6 and u=15/(√(6)). Hence</w:t>
      </w:r>
    </w:p>
    <w:p>
      <w:pPr>
        <w:spacing w:before="0" w:after="80" w:line="300" w:lineRule="auto"/>
        <w:jc w:val="left"/>
      </w:pPr>
      <w:r>
        <w:rPr>
          <w:rFonts w:ascii="Times New Roman" w:hAnsi="Times New Roman" w:eastAsia="宋体"/>
          <w:b w:val="0"/>
          <w:i w:val="0"/>
          <w:color w:val="333333"/>
          <w:sz w:val="19"/>
        </w:rPr>
        <w:t>r²=u²+100=275/2,</w:t>
      </w:r>
    </w:p>
    <w:p>
      <w:pPr>
        <w:spacing w:before="0" w:after="80" w:line="300" w:lineRule="auto"/>
        <w:jc w:val="left"/>
      </w:pPr>
      <w:r>
        <w:rPr>
          <w:rFonts w:ascii="Times New Roman" w:hAnsi="Times New Roman" w:eastAsia="宋体"/>
          <w:b w:val="0"/>
          <w:i w:val="0"/>
          <w:color w:val="333333"/>
          <w:sz w:val="19"/>
        </w:rPr>
        <w:t>and r=(5√(22))/2.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共有 C(12, 6)=924 种选法。总值至少为 50 美分的情形包括：六枚都是十美分硬币；五枚十美分硬币加任意一枚其他硬币；或四枚十美分硬币加两枚五美分硬币。有利选法数为</w:t>
      </w:r>
    </w:p>
    <w:p>
      <w:pPr>
        <w:spacing w:before="0" w:after="80" w:line="300" w:lineRule="auto"/>
        <w:jc w:val="left"/>
      </w:pPr>
      <w:r>
        <w:rPr>
          <w:rFonts w:ascii="Times New Roman" w:hAnsi="Times New Roman" w:eastAsia="宋体"/>
          <w:b w:val="0"/>
          <w:i w:val="0"/>
          <w:sz w:val="21"/>
        </w:rPr>
        <w:t>C(6, 6)</w:t>
      </w:r>
    </w:p>
    <w:p>
      <w:pPr>
        <w:spacing w:before="0" w:after="80" w:line="300" w:lineRule="auto"/>
        <w:jc w:val="left"/>
      </w:pPr>
      <w:r>
        <w:rPr>
          <w:rFonts w:ascii="Times New Roman" w:hAnsi="Times New Roman" w:eastAsia="宋体"/>
          <w:b w:val="0"/>
          <w:i w:val="0"/>
          <w:sz w:val="21"/>
        </w:rPr>
        <w:t>+C(6, 5)C(6, 1)</w:t>
      </w:r>
    </w:p>
    <w:p>
      <w:pPr>
        <w:spacing w:before="0" w:after="80" w:line="300" w:lineRule="auto"/>
        <w:jc w:val="left"/>
      </w:pPr>
      <w:r>
        <w:rPr>
          <w:rFonts w:ascii="Times New Roman" w:hAnsi="Times New Roman" w:eastAsia="宋体"/>
          <w:b w:val="0"/>
          <w:i w:val="0"/>
          <w:sz w:val="21"/>
        </w:rPr>
        <w:t>+C(6, 4)C(4, 2)</w:t>
      </w:r>
    </w:p>
    <w:p>
      <w:pPr>
        <w:spacing w:before="0" w:after="80" w:line="300" w:lineRule="auto"/>
        <w:jc w:val="left"/>
      </w:pPr>
      <w:r>
        <w:rPr>
          <w:rFonts w:ascii="Times New Roman" w:hAnsi="Times New Roman" w:eastAsia="宋体"/>
          <w:b w:val="0"/>
          <w:i w:val="0"/>
          <w:sz w:val="21"/>
        </w:rPr>
        <w:t>=1+36+90</w:t>
      </w:r>
    </w:p>
    <w:p>
      <w:pPr>
        <w:spacing w:before="0" w:after="80" w:line="300" w:lineRule="auto"/>
        <w:jc w:val="left"/>
      </w:pPr>
      <w:r>
        <w:rPr>
          <w:rFonts w:ascii="Times New Roman" w:hAnsi="Times New Roman" w:eastAsia="宋体"/>
          <w:b w:val="0"/>
          <w:i w:val="0"/>
          <w:sz w:val="21"/>
        </w:rPr>
        <w:t>=127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因此概率为 127/924。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C(12, 6)=924 selections. A value of at least 50 cents occurs with six dimes; with five dimes and any one other coin; or with four dimes and two nickels. The favorable count is</w:t>
      </w:r>
    </w:p>
    <w:p>
      <w:pPr>
        <w:spacing w:before="0" w:after="80" w:line="300" w:lineRule="auto"/>
        <w:jc w:val="left"/>
      </w:pPr>
      <w:r>
        <w:rPr>
          <w:rFonts w:ascii="Times New Roman" w:hAnsi="Times New Roman" w:eastAsia="宋体"/>
          <w:b w:val="0"/>
          <w:i w:val="0"/>
          <w:color w:val="333333"/>
          <w:sz w:val="19"/>
        </w:rPr>
        <w:t>C(6, 6)</w:t>
      </w:r>
    </w:p>
    <w:p>
      <w:pPr>
        <w:spacing w:before="0" w:after="80" w:line="300" w:lineRule="auto"/>
        <w:jc w:val="left"/>
      </w:pPr>
      <w:r>
        <w:rPr>
          <w:rFonts w:ascii="Times New Roman" w:hAnsi="Times New Roman" w:eastAsia="宋体"/>
          <w:b w:val="0"/>
          <w:i w:val="0"/>
          <w:color w:val="333333"/>
          <w:sz w:val="19"/>
        </w:rPr>
        <w:t>+C(6, 5)C(6, 1)</w:t>
      </w:r>
    </w:p>
    <w:p>
      <w:pPr>
        <w:spacing w:before="0" w:after="80" w:line="300" w:lineRule="auto"/>
        <w:jc w:val="left"/>
      </w:pPr>
      <w:r>
        <w:rPr>
          <w:rFonts w:ascii="Times New Roman" w:hAnsi="Times New Roman" w:eastAsia="宋体"/>
          <w:b w:val="0"/>
          <w:i w:val="0"/>
          <w:color w:val="333333"/>
          <w:sz w:val="19"/>
        </w:rPr>
        <w:t>+C(6, 4)C(4, 2)</w:t>
      </w:r>
    </w:p>
    <w:p>
      <w:pPr>
        <w:spacing w:before="0" w:after="80" w:line="300" w:lineRule="auto"/>
        <w:jc w:val="left"/>
      </w:pPr>
      <w:r>
        <w:rPr>
          <w:rFonts w:ascii="Times New Roman" w:hAnsi="Times New Roman" w:eastAsia="宋体"/>
          <w:b w:val="0"/>
          <w:i w:val="0"/>
          <w:color w:val="333333"/>
          <w:sz w:val="19"/>
        </w:rPr>
        <w:t>=1+36+90</w:t>
      </w:r>
    </w:p>
    <w:p>
      <w:pPr>
        <w:spacing w:before="0" w:after="80" w:line="300" w:lineRule="auto"/>
        <w:jc w:val="left"/>
      </w:pPr>
      <w:r>
        <w:rPr>
          <w:rFonts w:ascii="Times New Roman" w:hAnsi="Times New Roman" w:eastAsia="宋体"/>
          <w:b w:val="0"/>
          <w:i w:val="0"/>
          <w:color w:val="333333"/>
          <w:sz w:val="19"/>
        </w:rPr>
        <w:t>=127.</w:t>
      </w:r>
    </w:p>
    <w:p>
      <w:pPr>
        <w:spacing w:before="0" w:after="80" w:line="300" w:lineRule="auto"/>
        <w:jc w:val="left"/>
      </w:pPr>
      <w:r>
        <w:rPr>
          <w:rFonts w:ascii="Times New Roman" w:hAnsi="Times New Roman" w:eastAsia="宋体"/>
          <w:b w:val="0"/>
          <w:i w:val="0"/>
          <w:color w:val="333333"/>
          <w:sz w:val="19"/>
        </w:rPr>
        <w:t>Thus the probability is 127/924.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把 △ ABC 的总面积定为 1。因为 BD:DC=1:2，所以 [ABD]=1/3，且 [ACD]=2/3。中点和三等分条件给出 AF:FD=3:1。因此</w:t>
      </w:r>
    </w:p>
    <w:p>
      <w:pPr>
        <w:spacing w:before="0" w:after="80" w:line="300" w:lineRule="auto"/>
        <w:jc w:val="left"/>
      </w:pPr>
      <w:r>
        <w:rPr>
          <w:rFonts w:ascii="Times New Roman" w:hAnsi="Times New Roman" w:eastAsia="宋体"/>
          <w:b w:val="0"/>
          <w:i w:val="0"/>
          <w:sz w:val="21"/>
        </w:rPr>
        <w:t>[BDF]=1/4[ABD]=1/12。</w:t>
      </w:r>
    </w:p>
    <w:p>
      <w:pPr>
        <w:spacing w:before="0" w:after="80" w:line="300" w:lineRule="auto"/>
        <w:jc w:val="left"/>
      </w:pPr>
      <w:r>
        <w:rPr>
          <w:rFonts w:ascii="Times New Roman" w:hAnsi="Times New Roman" w:eastAsia="宋体"/>
          <w:b w:val="0"/>
          <w:i w:val="0"/>
          <w:sz w:val="21"/>
        </w:rPr>
        <w:t>此外，</w:t>
      </w:r>
    </w:p>
    <w:p>
      <w:pPr>
        <w:spacing w:before="0" w:after="80" w:line="300" w:lineRule="auto"/>
        <w:jc w:val="left"/>
      </w:pPr>
      <w:r>
        <w:rPr>
          <w:rFonts w:ascii="Times New Roman" w:hAnsi="Times New Roman" w:eastAsia="宋体"/>
          <w:b w:val="0"/>
          <w:i w:val="0"/>
          <w:sz w:val="21"/>
        </w:rPr>
        <w:t>[AEF] =AE/ACAF/AD[ACD]</w:t>
      </w:r>
    </w:p>
    <w:p>
      <w:pPr>
        <w:spacing w:before="0" w:after="80" w:line="300" w:lineRule="auto"/>
        <w:jc w:val="left"/>
      </w:pPr>
      <w:r>
        <w:rPr>
          <w:rFonts w:ascii="Times New Roman" w:hAnsi="Times New Roman" w:eastAsia="宋体"/>
          <w:b w:val="0"/>
          <w:i w:val="0"/>
          <w:sz w:val="21"/>
        </w:rPr>
        <w:t>=1/2·3/4·2/3</w:t>
      </w:r>
    </w:p>
    <w:p>
      <w:pPr>
        <w:spacing w:before="0" w:after="80" w:line="300" w:lineRule="auto"/>
        <w:jc w:val="left"/>
      </w:pPr>
      <w:r>
        <w:rPr>
          <w:rFonts w:ascii="Times New Roman" w:hAnsi="Times New Roman" w:eastAsia="宋体"/>
          <w:b w:val="0"/>
          <w:i w:val="0"/>
          <w:sz w:val="21"/>
        </w:rPr>
        <w:t>=1/4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[FDCE]=2/3-1/4=5/12，所求比为 (1/12)/(5/12)=1/5。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the total area of △ ABC to 1. Since BD:DC=1:2, we have [ABD]=1/3 and [ACD]=2/3. The midpoint and trisection conditions give AF:FD=3:1. Hence</w:t>
      </w:r>
    </w:p>
    <w:p>
      <w:pPr>
        <w:spacing w:before="0" w:after="80" w:line="300" w:lineRule="auto"/>
        <w:jc w:val="left"/>
      </w:pPr>
      <w:r>
        <w:rPr>
          <w:rFonts w:ascii="Times New Roman" w:hAnsi="Times New Roman" w:eastAsia="宋体"/>
          <w:b w:val="0"/>
          <w:i w:val="0"/>
          <w:color w:val="333333"/>
          <w:sz w:val="19"/>
        </w:rPr>
        <w:t>[BDF]=1/4[ABD]=1/12.</w:t>
      </w:r>
    </w:p>
    <w:p>
      <w:pPr>
        <w:spacing w:before="0" w:after="80" w:line="300" w:lineRule="auto"/>
        <w:jc w:val="left"/>
      </w:pPr>
      <w:r>
        <w:rPr>
          <w:rFonts w:ascii="Times New Roman" w:hAnsi="Times New Roman" w:eastAsia="宋体"/>
          <w:b w:val="0"/>
          <w:i w:val="0"/>
          <w:color w:val="333333"/>
          <w:sz w:val="19"/>
        </w:rPr>
        <w:t>Also</w:t>
      </w:r>
    </w:p>
    <w:p>
      <w:pPr>
        <w:spacing w:before="0" w:after="80" w:line="300" w:lineRule="auto"/>
        <w:jc w:val="left"/>
      </w:pPr>
      <w:r>
        <w:rPr>
          <w:rFonts w:ascii="Times New Roman" w:hAnsi="Times New Roman" w:eastAsia="宋体"/>
          <w:b w:val="0"/>
          <w:i w:val="0"/>
          <w:color w:val="333333"/>
          <w:sz w:val="19"/>
        </w:rPr>
        <w:t>[AEF] =AE/ACAF/AD[ACD]</w:t>
      </w:r>
    </w:p>
    <w:p>
      <w:pPr>
        <w:spacing w:before="0" w:after="80" w:line="300" w:lineRule="auto"/>
        <w:jc w:val="left"/>
      </w:pPr>
      <w:r>
        <w:rPr>
          <w:rFonts w:ascii="Times New Roman" w:hAnsi="Times New Roman" w:eastAsia="宋体"/>
          <w:b w:val="0"/>
          <w:i w:val="0"/>
          <w:color w:val="333333"/>
          <w:sz w:val="19"/>
        </w:rPr>
        <w:t>=1/2·3/4·2/3</w:t>
      </w:r>
    </w:p>
    <w:p>
      <w:pPr>
        <w:spacing w:before="0" w:after="80" w:line="300" w:lineRule="auto"/>
        <w:jc w:val="left"/>
      </w:pPr>
      <w:r>
        <w:rPr>
          <w:rFonts w:ascii="Times New Roman" w:hAnsi="Times New Roman" w:eastAsia="宋体"/>
          <w:b w:val="0"/>
          <w:i w:val="0"/>
          <w:color w:val="333333"/>
          <w:sz w:val="19"/>
        </w:rPr>
        <w:t>=1/4.</w:t>
      </w:r>
    </w:p>
    <w:p>
      <w:pPr>
        <w:spacing w:before="0" w:after="80" w:line="300" w:lineRule="auto"/>
        <w:jc w:val="left"/>
      </w:pPr>
      <w:r>
        <w:rPr>
          <w:rFonts w:ascii="Times New Roman" w:hAnsi="Times New Roman" w:eastAsia="宋体"/>
          <w:b w:val="0"/>
          <w:i w:val="0"/>
          <w:color w:val="333333"/>
          <w:sz w:val="19"/>
        </w:rPr>
        <w:t>Therefore [FDCE]=2/3-1/4=5/12, and the requested ratio is (1/12)/(5/12)=1/5.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下包络线先取 4x+1，直到它与 x+2 于 x=1/3 相交；随后取 x+2，直到它与 -2x+4 于 x=2/3 相交；此后则取 -2x+4。因此最大值在 x=2/3 处取得，等于</w:t>
      </w:r>
    </w:p>
    <w:p>
      <w:pPr>
        <w:spacing w:before="0" w:after="80" w:line="300" w:lineRule="auto"/>
        <w:jc w:val="left"/>
      </w:pPr>
      <w:r>
        <w:rPr>
          <w:rFonts w:ascii="Times New Roman" w:hAnsi="Times New Roman" w:eastAsia="宋体"/>
          <w:b w:val="0"/>
          <w:i w:val="0"/>
          <w:sz w:val="21"/>
        </w:rPr>
        <w:t>2/3+2=8/3。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lower envelope is 4x+1 until it meets x+2 at x=1/3, then is x+2 until that line meets -2x+4 at x=2/3, and thereafter is -2x+4. Thus its maximum occurs at x=2/3 and equals</w:t>
      </w:r>
    </w:p>
    <w:p>
      <w:pPr>
        <w:spacing w:before="0" w:after="80" w:line="300" w:lineRule="auto"/>
        <w:jc w:val="left"/>
      </w:pPr>
      <w:r>
        <w:rPr>
          <w:rFonts w:ascii="Times New Roman" w:hAnsi="Times New Roman" w:eastAsia="宋体"/>
          <w:b w:val="0"/>
          <w:i w:val="0"/>
          <w:color w:val="333333"/>
          <w:sz w:val="19"/>
        </w:rPr>
        <w:t>2/3+2=8/3.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设斜边端点为 (0,0) 和 (h,0)，直角顶点为 (u,v)。直角条件给出 u²+v²=hu。到 (h/3,0) 与 (2h/3,0) 的距离平方之和为</w:t>
      </w:r>
    </w:p>
    <w:p>
      <w:pPr>
        <w:spacing w:before="0" w:after="80" w:line="300" w:lineRule="auto"/>
        <w:jc w:val="left"/>
      </w:pPr>
      <w:r>
        <w:rPr>
          <w:rFonts w:ascii="Times New Roman" w:hAnsi="Times New Roman" w:eastAsia="宋体"/>
          <w:b w:val="0"/>
          <w:i w:val="0"/>
          <w:sz w:val="21"/>
        </w:rPr>
        <w:t>(u-h/3)²+v²</w:t>
      </w:r>
    </w:p>
    <w:p>
      <w:pPr>
        <w:spacing w:before="0" w:after="80" w:line="300" w:lineRule="auto"/>
        <w:jc w:val="left"/>
      </w:pPr>
      <w:r>
        <w:rPr>
          <w:rFonts w:ascii="Times New Roman" w:hAnsi="Times New Roman" w:eastAsia="宋体"/>
          <w:b w:val="0"/>
          <w:i w:val="0"/>
          <w:sz w:val="21"/>
        </w:rPr>
        <w:t>+(u-2h/3)²+v² =5h²/9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另一方面，这个和也等于 sin²x+cos²x=1。因此 h=3/(√(5))=(3√(5))/5。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hypotenuse have endpoints (0,0) and (h,0), and let the right-angle vertex be (u,v). The right-angle condition gives u²+v²=hu. The squared distances to (h/3,0) and (2h/3,0) sum to</w:t>
      </w:r>
    </w:p>
    <w:p>
      <w:pPr>
        <w:spacing w:before="0" w:after="80" w:line="300" w:lineRule="auto"/>
        <w:jc w:val="left"/>
      </w:pPr>
      <w:r>
        <w:rPr>
          <w:rFonts w:ascii="Times New Roman" w:hAnsi="Times New Roman" w:eastAsia="宋体"/>
          <w:b w:val="0"/>
          <w:i w:val="0"/>
          <w:color w:val="333333"/>
          <w:sz w:val="19"/>
        </w:rPr>
        <w:t>(u-h/3)²+v²</w:t>
      </w:r>
    </w:p>
    <w:p>
      <w:pPr>
        <w:spacing w:before="0" w:after="80" w:line="300" w:lineRule="auto"/>
        <w:jc w:val="left"/>
      </w:pPr>
      <w:r>
        <w:rPr>
          <w:rFonts w:ascii="Times New Roman" w:hAnsi="Times New Roman" w:eastAsia="宋体"/>
          <w:b w:val="0"/>
          <w:i w:val="0"/>
          <w:color w:val="333333"/>
          <w:sz w:val="19"/>
        </w:rPr>
        <w:t>+(u-2h/3)²+v² =5h²/9.</w:t>
      </w:r>
    </w:p>
    <w:p>
      <w:pPr>
        <w:spacing w:before="0" w:after="80" w:line="300" w:lineRule="auto"/>
        <w:jc w:val="left"/>
      </w:pPr>
      <w:r>
        <w:rPr>
          <w:rFonts w:ascii="Times New Roman" w:hAnsi="Times New Roman" w:eastAsia="宋体"/>
          <w:b w:val="0"/>
          <w:i w:val="0"/>
          <w:color w:val="333333"/>
          <w:sz w:val="19"/>
        </w:rPr>
        <w:t>This also equals sin²x+cos²x=1. Hence h=3/(√(5))=(3√(5))/5.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该多项式可分解为</w:t>
      </w:r>
    </w:p>
    <w:p>
      <w:pPr>
        <w:spacing w:before="0" w:after="80" w:line="300" w:lineRule="auto"/>
        <w:jc w:val="left"/>
      </w:pPr>
      <w:r>
        <w:rPr>
          <w:rFonts w:ascii="Times New Roman" w:hAnsi="Times New Roman" w:eastAsia="宋体"/>
          <w:b w:val="0"/>
          <w:i w:val="0"/>
          <w:sz w:val="21"/>
        </w:rPr>
        <w:t>8x³-4x²-42x+45</w:t>
      </w:r>
    </w:p>
    <w:p>
      <w:pPr>
        <w:spacing w:before="0" w:after="80" w:line="300" w:lineRule="auto"/>
        <w:jc w:val="left"/>
      </w:pPr>
      <w:r>
        <w:rPr>
          <w:rFonts w:ascii="Times New Roman" w:hAnsi="Times New Roman" w:eastAsia="宋体"/>
          <w:b w:val="0"/>
          <w:i w:val="0"/>
          <w:sz w:val="21"/>
        </w:rPr>
        <w:t>=(2x-3)²(2x+5)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因此重根为 r=3/2=1.5，所列数中最接近它的是 1.52。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factors as</w:t>
      </w:r>
    </w:p>
    <w:p>
      <w:pPr>
        <w:spacing w:before="0" w:after="80" w:line="300" w:lineRule="auto"/>
        <w:jc w:val="left"/>
      </w:pPr>
      <w:r>
        <w:rPr>
          <w:rFonts w:ascii="Times New Roman" w:hAnsi="Times New Roman" w:eastAsia="宋体"/>
          <w:b w:val="0"/>
          <w:i w:val="0"/>
          <w:color w:val="333333"/>
          <w:sz w:val="19"/>
        </w:rPr>
        <w:t>8x³-4x²-42x+45</w:t>
      </w:r>
    </w:p>
    <w:p>
      <w:pPr>
        <w:spacing w:before="0" w:after="80" w:line="300" w:lineRule="auto"/>
        <w:jc w:val="left"/>
      </w:pPr>
      <w:r>
        <w:rPr>
          <w:rFonts w:ascii="Times New Roman" w:hAnsi="Times New Roman" w:eastAsia="宋体"/>
          <w:b w:val="0"/>
          <w:i w:val="0"/>
          <w:color w:val="333333"/>
          <w:sz w:val="19"/>
        </w:rPr>
        <w:t>=(2x-3)²(2x+5).</w:t>
      </w:r>
    </w:p>
    <w:p>
      <w:pPr>
        <w:spacing w:before="0" w:after="80" w:line="300" w:lineRule="auto"/>
        <w:jc w:val="left"/>
      </w:pPr>
      <w:r>
        <w:rPr>
          <w:rFonts w:ascii="Times New Roman" w:hAnsi="Times New Roman" w:eastAsia="宋体"/>
          <w:b w:val="0"/>
          <w:i w:val="0"/>
          <w:color w:val="333333"/>
          <w:sz w:val="19"/>
        </w:rPr>
        <w:t>Thus the repeated root is r=3/2=1.5, and the nearest listed number is 1.52.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2m-1 最后一次出现的位置是</w:t>
      </w:r>
    </w:p>
    <w:p>
      <w:pPr>
        <w:spacing w:before="0" w:after="80" w:line="300" w:lineRule="auto"/>
        <w:jc w:val="left"/>
      </w:pPr>
      <w:r>
        <w:rPr>
          <w:rFonts w:ascii="Times New Roman" w:hAnsi="Times New Roman" w:eastAsia="宋体"/>
          <w:b w:val="0"/>
          <w:i w:val="0"/>
          <w:sz w:val="21"/>
        </w:rPr>
        <w:t>1+3+⋯+(2m-1)=m²。</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aₙ=2⌈√(n)⌉-1</w:t>
      </w:r>
    </w:p>
    <w:p>
      <w:pPr>
        <w:spacing w:before="0" w:after="80" w:line="300" w:lineRule="auto"/>
        <w:jc w:val="left"/>
      </w:pPr>
      <w:r>
        <w:rPr>
          <w:rFonts w:ascii="Times New Roman" w:hAnsi="Times New Roman" w:eastAsia="宋体"/>
          <w:b w:val="0"/>
          <w:i w:val="0"/>
          <w:sz w:val="21"/>
        </w:rPr>
        <w:t>=2⌊√(n-1)⌋+1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b=2、c=-1、d=1，从而 b+c+d=2。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final occurrence of 2m-1 is in position</w:t>
      </w:r>
    </w:p>
    <w:p>
      <w:pPr>
        <w:spacing w:before="0" w:after="80" w:line="300" w:lineRule="auto"/>
        <w:jc w:val="left"/>
      </w:pPr>
      <w:r>
        <w:rPr>
          <w:rFonts w:ascii="Times New Roman" w:hAnsi="Times New Roman" w:eastAsia="宋体"/>
          <w:b w:val="0"/>
          <w:i w:val="0"/>
          <w:color w:val="333333"/>
          <w:sz w:val="19"/>
        </w:rPr>
        <w:t>1+3+⋯+(2m-1)=m².</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aₙ=2⌈√(n)⌉-1</w:t>
      </w:r>
    </w:p>
    <w:p>
      <w:pPr>
        <w:spacing w:before="0" w:after="80" w:line="300" w:lineRule="auto"/>
        <w:jc w:val="left"/>
      </w:pPr>
      <w:r>
        <w:rPr>
          <w:rFonts w:ascii="Times New Roman" w:hAnsi="Times New Roman" w:eastAsia="宋体"/>
          <w:b w:val="0"/>
          <w:i w:val="0"/>
          <w:color w:val="333333"/>
          <w:sz w:val="19"/>
        </w:rPr>
        <w:t>=2⌊√(n-1)⌋+1.</w:t>
      </w:r>
    </w:p>
    <w:p>
      <w:pPr>
        <w:spacing w:before="0" w:after="80" w:line="300" w:lineRule="auto"/>
        <w:jc w:val="left"/>
      </w:pPr>
      <w:r>
        <w:rPr>
          <w:rFonts w:ascii="Times New Roman" w:hAnsi="Times New Roman" w:eastAsia="宋体"/>
          <w:b w:val="0"/>
          <w:i w:val="0"/>
          <w:color w:val="333333"/>
          <w:sz w:val="19"/>
        </w:rPr>
        <w:t>Thus b=2, c=-1, and d=1, so b+c+d=2.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四个球心组成一个棱长为 2 的正四面体。它的内切球半径为</w:t>
      </w:r>
    </w:p>
    <w:p>
      <w:pPr>
        <w:spacing w:before="0" w:after="80" w:line="300" w:lineRule="auto"/>
        <w:jc w:val="left"/>
      </w:pPr>
      <w:r>
        <w:rPr>
          <w:rFonts w:ascii="Times New Roman" w:hAnsi="Times New Roman" w:eastAsia="宋体"/>
          <w:b w:val="0"/>
          <w:i w:val="0"/>
          <w:sz w:val="21"/>
        </w:rPr>
        <w:t>d=(2√(6))/12=(√(6))/6。</w:t>
      </w:r>
    </w:p>
    <w:p>
      <w:pPr>
        <w:spacing w:before="0" w:after="80" w:line="300" w:lineRule="auto"/>
        <w:jc w:val="left"/>
      </w:pPr>
      <w:r>
        <w:rPr>
          <w:rFonts w:ascii="Times New Roman" w:hAnsi="Times New Roman" w:eastAsia="宋体"/>
          <w:b w:val="0"/>
          <w:i w:val="0"/>
          <w:sz w:val="21"/>
        </w:rPr>
        <w:t>外切正四面体的每个面都与球心四面体的相应面平行，并且比该面到共同中心的距离多一个单位。由相似关系，</w:t>
      </w:r>
    </w:p>
    <w:p>
      <w:pPr>
        <w:spacing w:before="0" w:after="80" w:line="300" w:lineRule="auto"/>
        <w:jc w:val="left"/>
      </w:pPr>
      <w:r>
        <w:rPr>
          <w:rFonts w:ascii="Times New Roman" w:hAnsi="Times New Roman" w:eastAsia="宋体"/>
          <w:b w:val="0"/>
          <w:i w:val="0"/>
          <w:sz w:val="21"/>
        </w:rPr>
        <w:t>s/2=d+1/d。</w:t>
      </w:r>
    </w:p>
    <w:p>
      <w:pPr>
        <w:spacing w:before="0" w:after="80" w:line="300" w:lineRule="auto"/>
        <w:jc w:val="left"/>
      </w:pPr>
      <w:r>
        <w:rPr>
          <w:rFonts w:ascii="Times New Roman" w:hAnsi="Times New Roman" w:eastAsia="宋体"/>
          <w:b w:val="0"/>
          <w:i w:val="0"/>
          <w:sz w:val="21"/>
        </w:rPr>
        <w:t>因此 s=2+2/d=2+2√(6)。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ball centers form a regular tetrahedron of edge 2. Its inradius is</w:t>
      </w:r>
    </w:p>
    <w:p>
      <w:pPr>
        <w:spacing w:before="0" w:after="80" w:line="300" w:lineRule="auto"/>
        <w:jc w:val="left"/>
      </w:pPr>
      <w:r>
        <w:rPr>
          <w:rFonts w:ascii="Times New Roman" w:hAnsi="Times New Roman" w:eastAsia="宋体"/>
          <w:b w:val="0"/>
          <w:i w:val="0"/>
          <w:color w:val="333333"/>
          <w:sz w:val="19"/>
        </w:rPr>
        <w:t>d=(2√(6))/12=(√(6))/6.</w:t>
      </w:r>
    </w:p>
    <w:p>
      <w:pPr>
        <w:spacing w:before="0" w:after="80" w:line="300" w:lineRule="auto"/>
        <w:jc w:val="left"/>
      </w:pPr>
      <w:r>
        <w:rPr>
          <w:rFonts w:ascii="Times New Roman" w:hAnsi="Times New Roman" w:eastAsia="宋体"/>
          <w:b w:val="0"/>
          <w:i w:val="0"/>
          <w:color w:val="333333"/>
          <w:sz w:val="19"/>
        </w:rPr>
        <w:t>Each face of the circumscribed tetrahedron is parallel to the corresponding face of this center tetrahedron and lies one unit farther from the common center. By similarity,</w:t>
      </w:r>
    </w:p>
    <w:p>
      <w:pPr>
        <w:spacing w:before="0" w:after="80" w:line="300" w:lineRule="auto"/>
        <w:jc w:val="left"/>
      </w:pPr>
      <w:r>
        <w:rPr>
          <w:rFonts w:ascii="Times New Roman" w:hAnsi="Times New Roman" w:eastAsia="宋体"/>
          <w:b w:val="0"/>
          <w:i w:val="0"/>
          <w:color w:val="333333"/>
          <w:sz w:val="19"/>
        </w:rPr>
        <w:t>s/2=d+1/d.</w:t>
      </w:r>
    </w:p>
    <w:p>
      <w:pPr>
        <w:spacing w:before="0" w:after="80" w:line="300" w:lineRule="auto"/>
        <w:jc w:val="left"/>
      </w:pPr>
      <w:r>
        <w:rPr>
          <w:rFonts w:ascii="Times New Roman" w:hAnsi="Times New Roman" w:eastAsia="宋体"/>
          <w:b w:val="0"/>
          <w:i w:val="0"/>
          <w:color w:val="333333"/>
          <w:sz w:val="19"/>
        </w:rPr>
        <w:t>Hence s=2+2/d=2+2√(6).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设两个实立方根分别为 u 和 v。则</w:t>
      </w:r>
    </w:p>
    <w:p>
      <w:pPr>
        <w:spacing w:before="0" w:after="80" w:line="300" w:lineRule="auto"/>
        <w:jc w:val="left"/>
      </w:pPr>
      <w:r>
        <w:rPr>
          <w:rFonts w:ascii="Times New Roman" w:hAnsi="Times New Roman" w:eastAsia="宋体"/>
          <w:b w:val="0"/>
          <w:i w:val="0"/>
          <w:sz w:val="21"/>
        </w:rPr>
        <w:t>uv=³√(25-52)=-3,</w:t>
      </w:r>
    </w:p>
    <w:p>
      <w:pPr>
        <w:spacing w:before="0" w:after="80" w:line="300" w:lineRule="auto"/>
        <w:jc w:val="left"/>
      </w:pPr>
      <w:r>
        <w:rPr>
          <w:rFonts w:ascii="Times New Roman" w:hAnsi="Times New Roman" w:eastAsia="宋体"/>
          <w:b w:val="0"/>
          <w:i w:val="0"/>
          <w:sz w:val="21"/>
        </w:rPr>
        <w:t>u³+v³=10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t=u+v，则 t³=10-9t，所以</w:t>
      </w:r>
    </w:p>
    <w:p>
      <w:pPr>
        <w:spacing w:before="0" w:after="80" w:line="300" w:lineRule="auto"/>
        <w:jc w:val="left"/>
      </w:pPr>
      <w:r>
        <w:rPr>
          <w:rFonts w:ascii="Times New Roman" w:hAnsi="Times New Roman" w:eastAsia="宋体"/>
          <w:b w:val="0"/>
          <w:i w:val="0"/>
          <w:sz w:val="21"/>
        </w:rPr>
        <w:t>t³+9t-10</w:t>
      </w:r>
    </w:p>
    <w:p>
      <w:pPr>
        <w:spacing w:before="0" w:after="80" w:line="300" w:lineRule="auto"/>
        <w:jc w:val="left"/>
      </w:pPr>
      <w:r>
        <w:rPr>
          <w:rFonts w:ascii="Times New Roman" w:hAnsi="Times New Roman" w:eastAsia="宋体"/>
          <w:b w:val="0"/>
          <w:i w:val="0"/>
          <w:sz w:val="21"/>
        </w:rPr>
        <w:t>=(t-1)(t²+t+10)</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唯一的实数解是 t=1，但它不在选项中。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two real cube roots be u and v. Then</w:t>
      </w:r>
    </w:p>
    <w:p>
      <w:pPr>
        <w:spacing w:before="0" w:after="80" w:line="300" w:lineRule="auto"/>
        <w:jc w:val="left"/>
      </w:pPr>
      <w:r>
        <w:rPr>
          <w:rFonts w:ascii="Times New Roman" w:hAnsi="Times New Roman" w:eastAsia="宋体"/>
          <w:b w:val="0"/>
          <w:i w:val="0"/>
          <w:color w:val="333333"/>
          <w:sz w:val="19"/>
        </w:rPr>
        <w:t>uv=³√(25-52)=-3,</w:t>
      </w:r>
    </w:p>
    <w:p>
      <w:pPr>
        <w:spacing w:before="0" w:after="80" w:line="300" w:lineRule="auto"/>
        <w:jc w:val="left"/>
      </w:pPr>
      <w:r>
        <w:rPr>
          <w:rFonts w:ascii="Times New Roman" w:hAnsi="Times New Roman" w:eastAsia="宋体"/>
          <w:b w:val="0"/>
          <w:i w:val="0"/>
          <w:color w:val="333333"/>
          <w:sz w:val="19"/>
        </w:rPr>
        <w:t>u³+v³=10.</w:t>
      </w:r>
    </w:p>
    <w:p>
      <w:pPr>
        <w:spacing w:before="0" w:after="80" w:line="300" w:lineRule="auto"/>
        <w:jc w:val="left"/>
      </w:pPr>
      <w:r>
        <w:rPr>
          <w:rFonts w:ascii="Times New Roman" w:hAnsi="Times New Roman" w:eastAsia="宋体"/>
          <w:b w:val="0"/>
          <w:i w:val="0"/>
          <w:color w:val="333333"/>
          <w:sz w:val="19"/>
        </w:rPr>
        <w:t>If t=u+v, then t³=10-9t, so</w:t>
      </w:r>
    </w:p>
    <w:p>
      <w:pPr>
        <w:spacing w:before="0" w:after="80" w:line="300" w:lineRule="auto"/>
        <w:jc w:val="left"/>
      </w:pPr>
      <w:r>
        <w:rPr>
          <w:rFonts w:ascii="Times New Roman" w:hAnsi="Times New Roman" w:eastAsia="宋体"/>
          <w:b w:val="0"/>
          <w:i w:val="0"/>
          <w:color w:val="333333"/>
          <w:sz w:val="19"/>
        </w:rPr>
        <w:t>t³+9t-10</w:t>
      </w:r>
    </w:p>
    <w:p>
      <w:pPr>
        <w:spacing w:before="0" w:after="80" w:line="300" w:lineRule="auto"/>
        <w:jc w:val="left"/>
      </w:pPr>
      <w:r>
        <w:rPr>
          <w:rFonts w:ascii="Times New Roman" w:hAnsi="Times New Roman" w:eastAsia="宋体"/>
          <w:b w:val="0"/>
          <w:i w:val="0"/>
          <w:color w:val="333333"/>
          <w:sz w:val="19"/>
        </w:rPr>
        <w:t>=(t-1)(t²+t+10)</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The only real solution is t=1, which is not listed.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令 ω²+ω+1=0。由于 1+ω=-ω²，把 ω 代入多项式可得</w:t>
      </w:r>
    </w:p>
    <w:p>
      <w:pPr>
        <w:spacing w:before="0" w:after="80" w:line="300" w:lineRule="auto"/>
        <w:jc w:val="left"/>
      </w:pPr>
      <w:r>
        <w:rPr>
          <w:rFonts w:ascii="Times New Roman" w:hAnsi="Times New Roman" w:eastAsia="宋体"/>
          <w:b w:val="0"/>
          <w:i w:val="0"/>
          <w:sz w:val="21"/>
        </w:rPr>
        <w:t>ω²ⁿ+1+ω⁴ⁿ。</w:t>
      </w:r>
    </w:p>
    <w:p>
      <w:pPr>
        <w:spacing w:before="0" w:after="80" w:line="300" w:lineRule="auto"/>
        <w:jc w:val="left"/>
      </w:pPr>
      <w:r>
        <w:rPr>
          <w:rFonts w:ascii="Times New Roman" w:hAnsi="Times New Roman" w:eastAsia="宋体"/>
          <w:b w:val="0"/>
          <w:i w:val="0"/>
          <w:sz w:val="21"/>
        </w:rPr>
        <w:t>该式通常为 0；仅当 ω²ⁿ=1 时，它才等于 3。后一种情形恰好在 n 是 3 的倍数时发生。选项中只有 21 能被 3 整除，所以此时整除性不成立。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ω²+ω+1=0. Since 1+ω=-ω², the polynomial evaluated at ω is</w:t>
      </w:r>
    </w:p>
    <w:p>
      <w:pPr>
        <w:spacing w:before="0" w:after="80" w:line="300" w:lineRule="auto"/>
        <w:jc w:val="left"/>
      </w:pPr>
      <w:r>
        <w:rPr>
          <w:rFonts w:ascii="Times New Roman" w:hAnsi="Times New Roman" w:eastAsia="宋体"/>
          <w:b w:val="0"/>
          <w:i w:val="0"/>
          <w:color w:val="333333"/>
          <w:sz w:val="19"/>
        </w:rPr>
        <w:t>ω²ⁿ+1+ω⁴ⁿ.</w:t>
      </w:r>
    </w:p>
    <w:p>
      <w:pPr>
        <w:spacing w:before="0" w:after="80" w:line="300" w:lineRule="auto"/>
        <w:jc w:val="left"/>
      </w:pPr>
      <w:r>
        <w:rPr>
          <w:rFonts w:ascii="Times New Roman" w:hAnsi="Times New Roman" w:eastAsia="宋体"/>
          <w:b w:val="0"/>
          <w:i w:val="0"/>
          <w:color w:val="333333"/>
          <w:sz w:val="19"/>
        </w:rPr>
        <w:t>This is 0 unless ω²ⁿ=1, in which case it is 3. The latter occurs exactly when n is divisible by 3. Among the choices only 21 is divisible by 3, so that is the value for which divisibility fails.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三个方程相加得到</w:t>
      </w:r>
    </w:p>
    <w:p>
      <w:pPr>
        <w:spacing w:before="0" w:after="80" w:line="300" w:lineRule="auto"/>
        <w:jc w:val="left"/>
      </w:pPr>
      <w:r>
        <w:rPr>
          <w:rFonts w:ascii="Times New Roman" w:hAnsi="Times New Roman" w:eastAsia="宋体"/>
          <w:b w:val="0"/>
          <w:i w:val="0"/>
          <w:sz w:val="21"/>
        </w:rPr>
        <w:t>x²-2xy+2y² +6yz+9z²</w:t>
      </w:r>
    </w:p>
    <w:p>
      <w:pPr>
        <w:spacing w:before="0" w:after="80" w:line="300" w:lineRule="auto"/>
        <w:jc w:val="left"/>
      </w:pPr>
      <w:r>
        <w:rPr>
          <w:rFonts w:ascii="Times New Roman" w:hAnsi="Times New Roman" w:eastAsia="宋体"/>
          <w:b w:val="0"/>
          <w:i w:val="0"/>
          <w:sz w:val="21"/>
        </w:rPr>
        <w:t>=175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(x-y)²+(y+3z)²=175。</w:t>
      </w:r>
    </w:p>
    <w:p>
      <w:pPr>
        <w:spacing w:before="0" w:after="80" w:line="300" w:lineRule="auto"/>
        <w:jc w:val="left"/>
      </w:pPr>
      <w:r>
        <w:rPr>
          <w:rFonts w:ascii="Times New Roman" w:hAnsi="Times New Roman" w:eastAsia="宋体"/>
          <w:b w:val="0"/>
          <w:i w:val="0"/>
          <w:sz w:val="21"/>
        </w:rPr>
        <w:t>一个平方同余于 0 或 1pmod4，所以两个平方之和不可能同余于 3pmod4。但 175≡3pmod4，矛盾。因此不存在整数有序三元组。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three equations gives</w:t>
      </w:r>
    </w:p>
    <w:p>
      <w:pPr>
        <w:spacing w:before="0" w:after="80" w:line="300" w:lineRule="auto"/>
        <w:jc w:val="left"/>
      </w:pPr>
      <w:r>
        <w:rPr>
          <w:rFonts w:ascii="Times New Roman" w:hAnsi="Times New Roman" w:eastAsia="宋体"/>
          <w:b w:val="0"/>
          <w:i w:val="0"/>
          <w:color w:val="333333"/>
          <w:sz w:val="19"/>
        </w:rPr>
        <w:t>x²-2xy+2y² +6yz+9z²</w:t>
      </w:r>
    </w:p>
    <w:p>
      <w:pPr>
        <w:spacing w:before="0" w:after="80" w:line="300" w:lineRule="auto"/>
        <w:jc w:val="left"/>
      </w:pPr>
      <w:r>
        <w:rPr>
          <w:rFonts w:ascii="Times New Roman" w:hAnsi="Times New Roman" w:eastAsia="宋体"/>
          <w:b w:val="0"/>
          <w:i w:val="0"/>
          <w:color w:val="333333"/>
          <w:sz w:val="19"/>
        </w:rPr>
        <w:t>=175,</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(x-y)²+(y+3z)²=175.</w:t>
      </w:r>
    </w:p>
    <w:p>
      <w:pPr>
        <w:spacing w:before="0" w:after="80" w:line="300" w:lineRule="auto"/>
        <w:jc w:val="left"/>
      </w:pPr>
      <w:r>
        <w:rPr>
          <w:rFonts w:ascii="Times New Roman" w:hAnsi="Times New Roman" w:eastAsia="宋体"/>
          <w:b w:val="0"/>
          <w:i w:val="0"/>
          <w:color w:val="333333"/>
          <w:sz w:val="19"/>
        </w:rPr>
        <w:t>A square is congruent to 0 or 1pmod4, so a sum of two squares cannot be congruent to 3pmod4. But 175≡3pmod4, a contradiction. Thus there are no integer triples.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每个两位数块都必须属于</w:t>
      </w:r>
    </w:p>
    <w:p>
      <w:pPr>
        <w:spacing w:before="0" w:after="80" w:line="300" w:lineRule="auto"/>
        <w:jc w:val="left"/>
      </w:pPr>
      <w:r>
        <w:rPr>
          <w:rFonts w:ascii="Times New Roman" w:hAnsi="Times New Roman" w:eastAsia="宋体"/>
          <w:b w:val="0"/>
          <w:i w:val="0"/>
          <w:sz w:val="21"/>
        </w:rPr>
        <w:t>{16,25,36,49,64,81}。</w:t>
      </w:r>
    </w:p>
    <w:p>
      <w:pPr>
        <w:spacing w:before="0" w:after="80" w:line="300" w:lineRule="auto"/>
        <w:jc w:val="left"/>
      </w:pPr>
      <w:r>
        <w:rPr>
          <w:rFonts w:ascii="Times New Roman" w:hAnsi="Times New Roman" w:eastAsia="宋体"/>
          <w:b w:val="0"/>
          <w:i w:val="0"/>
          <w:sz w:val="21"/>
        </w:rPr>
        <w:t>先用前两位限制平方根，再只保留最后两位合格的平方数，可得下列可能的中间两位：</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前两位</w:t>
            </w:r>
          </w:p>
        </w:tc>
        <w:tc>
          <w:tcPr>
            <w:tcW w:type="dxa" w:w="4706"/>
          </w:tcPr>
          <w:p>
            <w:pPr>
              <w:spacing w:before="20" w:after="20" w:line="240" w:lineRule="auto"/>
              <w:jc w:val="center"/>
            </w:pPr>
            <w:r/>
            <w:r>
              <w:rPr>
                <w:rFonts w:ascii="Times New Roman" w:hAnsi="Times New Roman" w:eastAsia="宋体"/>
                <w:b w:val="0"/>
                <w:i w:val="0"/>
                <w:sz w:val="20"/>
              </w:rPr>
              <w:t>可能的中间两位</w:t>
            </w:r>
          </w:p>
        </w:tc>
      </w:tr>
      <w:tr>
        <w:tc>
          <w:tcPr>
            <w:tcW w:type="dxa" w:w="4706"/>
          </w:tcPr>
          <w:p>
            <w:pPr>
              <w:spacing w:before="20" w:after="20" w:line="240" w:lineRule="auto"/>
              <w:jc w:val="center"/>
            </w:pPr>
            <w:r/>
            <w:r>
              <w:rPr>
                <w:rFonts w:ascii="Times New Roman" w:hAnsi="Times New Roman" w:eastAsia="宋体"/>
                <w:b w:val="0"/>
                <w:i w:val="0"/>
                <w:sz w:val="20"/>
              </w:rPr>
              <w:t>16</w:t>
            </w:r>
          </w:p>
        </w:tc>
        <w:tc>
          <w:tcPr>
            <w:tcW w:type="dxa" w:w="4706"/>
          </w:tcPr>
          <w:p>
            <w:pPr>
              <w:spacing w:before="20" w:after="20" w:line="240" w:lineRule="auto"/>
              <w:jc w:val="center"/>
            </w:pPr>
            <w:r/>
            <w:r>
              <w:rPr>
                <w:rFonts w:ascii="Times New Roman" w:hAnsi="Times New Roman" w:eastAsia="宋体"/>
                <w:b w:val="0"/>
                <w:i w:val="0"/>
                <w:sz w:val="20"/>
              </w:rPr>
              <w:t>32、40、48、56、64、72</w:t>
            </w:r>
          </w:p>
        </w:tc>
      </w:tr>
      <w:tr>
        <w:tc>
          <w:tcPr>
            <w:tcW w:type="dxa" w:w="4706"/>
          </w:tcPr>
          <w:p>
            <w:pPr>
              <w:spacing w:before="20" w:after="20" w:line="240" w:lineRule="auto"/>
              <w:jc w:val="center"/>
            </w:pPr>
            <w:r/>
            <w:r>
              <w:rPr>
                <w:rFonts w:ascii="Times New Roman" w:hAnsi="Times New Roman" w:eastAsia="宋体"/>
                <w:b w:val="0"/>
                <w:i w:val="0"/>
                <w:sz w:val="20"/>
              </w:rPr>
              <w:t>25</w:t>
            </w:r>
          </w:p>
        </w:tc>
        <w:tc>
          <w:tcPr>
            <w:tcW w:type="dxa" w:w="4706"/>
          </w:tcPr>
          <w:p>
            <w:pPr>
              <w:spacing w:before="20" w:after="20" w:line="240" w:lineRule="auto"/>
              <w:jc w:val="center"/>
            </w:pPr>
            <w:r/>
            <w:r>
              <w:rPr>
                <w:rFonts w:ascii="Times New Roman" w:hAnsi="Times New Roman" w:eastAsia="宋体"/>
                <w:b w:val="0"/>
                <w:i w:val="0"/>
                <w:sz w:val="20"/>
              </w:rPr>
              <w:t>40、50、60、70、80、90</w:t>
            </w:r>
          </w:p>
        </w:tc>
      </w:tr>
      <w:tr>
        <w:tc>
          <w:tcPr>
            <w:tcW w:type="dxa" w:w="4706"/>
          </w:tcPr>
          <w:p>
            <w:pPr>
              <w:spacing w:before="20" w:after="20" w:line="240" w:lineRule="auto"/>
              <w:jc w:val="center"/>
            </w:pPr>
            <w:r/>
            <w:r>
              <w:rPr>
                <w:rFonts w:ascii="Times New Roman" w:hAnsi="Times New Roman" w:eastAsia="宋体"/>
                <w:b w:val="0"/>
                <w:i w:val="0"/>
                <w:sz w:val="20"/>
              </w:rPr>
              <w:t>36</w:t>
            </w:r>
          </w:p>
        </w:tc>
        <w:tc>
          <w:tcPr>
            <w:tcW w:type="dxa" w:w="4706"/>
          </w:tcPr>
          <w:p>
            <w:pPr>
              <w:spacing w:before="20" w:after="20" w:line="240" w:lineRule="auto"/>
              <w:jc w:val="center"/>
            </w:pPr>
            <w:r/>
            <w:r>
              <w:rPr>
                <w:rFonts w:ascii="Times New Roman" w:hAnsi="Times New Roman" w:eastAsia="宋体"/>
                <w:b w:val="0"/>
                <w:i w:val="0"/>
                <w:sz w:val="20"/>
              </w:rPr>
              <w:t>48、60、72、84、96</w:t>
            </w:r>
          </w:p>
        </w:tc>
      </w:tr>
      <w:tr>
        <w:tc>
          <w:tcPr>
            <w:tcW w:type="dxa" w:w="4706"/>
          </w:tcPr>
          <w:p>
            <w:pPr>
              <w:spacing w:before="20" w:after="20" w:line="240" w:lineRule="auto"/>
              <w:jc w:val="center"/>
            </w:pPr>
            <w:r/>
            <w:r>
              <w:rPr>
                <w:rFonts w:ascii="Times New Roman" w:hAnsi="Times New Roman" w:eastAsia="宋体"/>
                <w:b w:val="0"/>
                <w:i w:val="0"/>
                <w:sz w:val="20"/>
              </w:rPr>
              <w:t>49</w:t>
            </w:r>
          </w:p>
        </w:tc>
        <w:tc>
          <w:tcPr>
            <w:tcW w:type="dxa" w:w="4706"/>
          </w:tcPr>
          <w:p>
            <w:pPr>
              <w:spacing w:before="20" w:after="20" w:line="240" w:lineRule="auto"/>
              <w:jc w:val="center"/>
            </w:pPr>
            <w:r/>
            <w:r>
              <w:rPr>
                <w:rFonts w:ascii="Times New Roman" w:hAnsi="Times New Roman" w:eastAsia="宋体"/>
                <w:b w:val="0"/>
                <w:i w:val="0"/>
                <w:sz w:val="20"/>
              </w:rPr>
              <w:t>56、70、84、98</w:t>
            </w:r>
          </w:p>
        </w:tc>
      </w:tr>
      <w:tr>
        <w:tc>
          <w:tcPr>
            <w:tcW w:type="dxa" w:w="4706"/>
          </w:tcPr>
          <w:p>
            <w:pPr>
              <w:spacing w:before="20" w:after="20" w:line="240" w:lineRule="auto"/>
              <w:jc w:val="center"/>
            </w:pPr>
            <w:r/>
            <w:r>
              <w:rPr>
                <w:rFonts w:ascii="Times New Roman" w:hAnsi="Times New Roman" w:eastAsia="宋体"/>
                <w:b w:val="0"/>
                <w:i w:val="0"/>
                <w:sz w:val="20"/>
              </w:rPr>
              <w:t>64</w:t>
            </w:r>
          </w:p>
        </w:tc>
        <w:tc>
          <w:tcPr>
            <w:tcW w:type="dxa" w:w="4706"/>
          </w:tcPr>
          <w:p>
            <w:pPr>
              <w:spacing w:before="20" w:after="20" w:line="240" w:lineRule="auto"/>
              <w:jc w:val="center"/>
            </w:pPr>
            <w:r/>
            <w:r>
              <w:rPr>
                <w:rFonts w:ascii="Times New Roman" w:hAnsi="Times New Roman" w:eastAsia="宋体"/>
                <w:b w:val="0"/>
                <w:i w:val="0"/>
                <w:sz w:val="20"/>
              </w:rPr>
              <w:t>64、80、96</w:t>
            </w:r>
          </w:p>
        </w:tc>
      </w:tr>
      <w:tr>
        <w:tc>
          <w:tcPr>
            <w:tcW w:type="dxa" w:w="4706"/>
          </w:tcPr>
          <w:p>
            <w:pPr>
              <w:spacing w:before="20" w:after="20" w:line="240" w:lineRule="auto"/>
              <w:jc w:val="center"/>
            </w:pPr>
            <w:r/>
            <w:r>
              <w:rPr>
                <w:rFonts w:ascii="Times New Roman" w:hAnsi="Times New Roman" w:eastAsia="宋体"/>
                <w:b w:val="0"/>
                <w:i w:val="0"/>
                <w:sz w:val="20"/>
              </w:rPr>
              <w:t>81</w:t>
            </w:r>
          </w:p>
        </w:tc>
        <w:tc>
          <w:tcPr>
            <w:tcW w:type="dxa" w:w="4706"/>
          </w:tcPr>
          <w:p>
            <w:pPr>
              <w:spacing w:before="20" w:after="20" w:line="240" w:lineRule="auto"/>
              <w:jc w:val="center"/>
            </w:pPr>
            <w:r/>
            <w:r>
              <w:rPr>
                <w:rFonts w:ascii="Times New Roman" w:hAnsi="Times New Roman" w:eastAsia="宋体"/>
                <w:b w:val="0"/>
                <w:i w:val="0"/>
                <w:sz w:val="20"/>
              </w:rPr>
              <w:t>72、90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只有中间两位 64 合格，由此得到</w:t>
      </w:r>
    </w:p>
    <w:p>
      <w:pPr>
        <w:spacing w:before="0" w:after="80" w:line="300" w:lineRule="auto"/>
        <w:jc w:val="left"/>
      </w:pPr>
      <w:r>
        <w:rPr>
          <w:rFonts w:ascii="Times New Roman" w:hAnsi="Times New Roman" w:eastAsia="宋体"/>
          <w:b w:val="0"/>
          <w:i w:val="0"/>
          <w:sz w:val="21"/>
        </w:rPr>
        <w:t>166464=408²,</w:t>
      </w:r>
    </w:p>
    <w:p>
      <w:pPr>
        <w:spacing w:before="0" w:after="80" w:line="300" w:lineRule="auto"/>
        <w:jc w:val="left"/>
      </w:pPr>
      <w:r>
        <w:rPr>
          <w:rFonts w:ascii="Times New Roman" w:hAnsi="Times New Roman" w:eastAsia="宋体"/>
          <w:b w:val="0"/>
          <w:i w:val="0"/>
          <w:sz w:val="21"/>
        </w:rPr>
        <w:t>646416=804²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因此共有 2 个准平方数。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two-digit block must belong to</w:t>
      </w:r>
    </w:p>
    <w:p>
      <w:pPr>
        <w:spacing w:before="0" w:after="80" w:line="300" w:lineRule="auto"/>
        <w:jc w:val="left"/>
      </w:pPr>
      <w:r>
        <w:rPr>
          <w:rFonts w:ascii="Times New Roman" w:hAnsi="Times New Roman" w:eastAsia="宋体"/>
          <w:b w:val="0"/>
          <w:i w:val="0"/>
          <w:color w:val="333333"/>
          <w:sz w:val="19"/>
        </w:rPr>
        <w:t>{16,25,36,49,64,81}.</w:t>
      </w:r>
    </w:p>
    <w:p>
      <w:pPr>
        <w:spacing w:before="0" w:after="80" w:line="300" w:lineRule="auto"/>
        <w:jc w:val="left"/>
      </w:pPr>
      <w:r>
        <w:rPr>
          <w:rFonts w:ascii="Times New Roman" w:hAnsi="Times New Roman" w:eastAsia="宋体"/>
          <w:b w:val="0"/>
          <w:i w:val="0"/>
          <w:color w:val="333333"/>
          <w:sz w:val="19"/>
        </w:rPr>
        <w:t>Restricting the square root by the first block and retaining only squares with an allowed final block leaves the following possible middle blocks:</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first block</w:t>
            </w:r>
          </w:p>
        </w:tc>
        <w:tc>
          <w:tcPr>
            <w:tcW w:type="dxa" w:w="4706"/>
          </w:tcPr>
          <w:p>
            <w:pPr>
              <w:spacing w:before="20" w:after="20" w:line="240" w:lineRule="auto"/>
              <w:jc w:val="center"/>
            </w:pPr>
            <w:r/>
            <w:r>
              <w:rPr>
                <w:rFonts w:ascii="Times New Roman" w:hAnsi="Times New Roman" w:eastAsia="宋体"/>
                <w:b w:val="0"/>
                <w:i w:val="0"/>
                <w:color w:val="333333"/>
                <w:sz w:val="19"/>
              </w:rPr>
              <w:t>possible middle blocks</w:t>
            </w:r>
          </w:p>
        </w:tc>
      </w:tr>
      <w:tr>
        <w:tc>
          <w:tcPr>
            <w:tcW w:type="dxa" w:w="4706"/>
          </w:tcPr>
          <w:p>
            <w:pPr>
              <w:spacing w:before="20" w:after="20" w:line="240" w:lineRule="auto"/>
              <w:jc w:val="center"/>
            </w:pPr>
            <w:r/>
            <w:r>
              <w:rPr>
                <w:rFonts w:ascii="Times New Roman" w:hAnsi="Times New Roman" w:eastAsia="宋体"/>
                <w:b w:val="0"/>
                <w:i w:val="0"/>
                <w:color w:val="333333"/>
                <w:sz w:val="19"/>
              </w:rPr>
              <w:t>16</w:t>
            </w:r>
          </w:p>
        </w:tc>
        <w:tc>
          <w:tcPr>
            <w:tcW w:type="dxa" w:w="4706"/>
          </w:tcPr>
          <w:p>
            <w:pPr>
              <w:spacing w:before="20" w:after="20" w:line="240" w:lineRule="auto"/>
              <w:jc w:val="center"/>
            </w:pPr>
            <w:r/>
            <w:r>
              <w:rPr>
                <w:rFonts w:ascii="Times New Roman" w:hAnsi="Times New Roman" w:eastAsia="宋体"/>
                <w:b w:val="0"/>
                <w:i w:val="0"/>
                <w:color w:val="333333"/>
                <w:sz w:val="19"/>
              </w:rPr>
              <w:t>32, 40, 48, 56, 64, 72</w:t>
            </w:r>
          </w:p>
        </w:tc>
      </w:tr>
      <w:tr>
        <w:tc>
          <w:tcPr>
            <w:tcW w:type="dxa" w:w="4706"/>
          </w:tcPr>
          <w:p>
            <w:pPr>
              <w:spacing w:before="20" w:after="20" w:line="240" w:lineRule="auto"/>
              <w:jc w:val="center"/>
            </w:pPr>
            <w:r/>
            <w:r>
              <w:rPr>
                <w:rFonts w:ascii="Times New Roman" w:hAnsi="Times New Roman" w:eastAsia="宋体"/>
                <w:b w:val="0"/>
                <w:i w:val="0"/>
                <w:color w:val="333333"/>
                <w:sz w:val="19"/>
              </w:rPr>
              <w:t>25</w:t>
            </w:r>
          </w:p>
        </w:tc>
        <w:tc>
          <w:tcPr>
            <w:tcW w:type="dxa" w:w="4706"/>
          </w:tcPr>
          <w:p>
            <w:pPr>
              <w:spacing w:before="20" w:after="20" w:line="240" w:lineRule="auto"/>
              <w:jc w:val="center"/>
            </w:pPr>
            <w:r/>
            <w:r>
              <w:rPr>
                <w:rFonts w:ascii="Times New Roman" w:hAnsi="Times New Roman" w:eastAsia="宋体"/>
                <w:b w:val="0"/>
                <w:i w:val="0"/>
                <w:color w:val="333333"/>
                <w:sz w:val="19"/>
              </w:rPr>
              <w:t>40, 50, 60, 70, 80, 90</w:t>
            </w:r>
          </w:p>
        </w:tc>
      </w:tr>
      <w:tr>
        <w:tc>
          <w:tcPr>
            <w:tcW w:type="dxa" w:w="4706"/>
          </w:tcPr>
          <w:p>
            <w:pPr>
              <w:spacing w:before="20" w:after="20" w:line="240" w:lineRule="auto"/>
              <w:jc w:val="center"/>
            </w:pPr>
            <w:r/>
            <w:r>
              <w:rPr>
                <w:rFonts w:ascii="Times New Roman" w:hAnsi="Times New Roman" w:eastAsia="宋体"/>
                <w:b w:val="0"/>
                <w:i w:val="0"/>
                <w:color w:val="333333"/>
                <w:sz w:val="19"/>
              </w:rPr>
              <w:t>36</w:t>
            </w:r>
          </w:p>
        </w:tc>
        <w:tc>
          <w:tcPr>
            <w:tcW w:type="dxa" w:w="4706"/>
          </w:tcPr>
          <w:p>
            <w:pPr>
              <w:spacing w:before="20" w:after="20" w:line="240" w:lineRule="auto"/>
              <w:jc w:val="center"/>
            </w:pPr>
            <w:r/>
            <w:r>
              <w:rPr>
                <w:rFonts w:ascii="Times New Roman" w:hAnsi="Times New Roman" w:eastAsia="宋体"/>
                <w:b w:val="0"/>
                <w:i w:val="0"/>
                <w:color w:val="333333"/>
                <w:sz w:val="19"/>
              </w:rPr>
              <w:t>48, 60, 72, 84, 96</w:t>
            </w:r>
          </w:p>
        </w:tc>
      </w:tr>
      <w:tr>
        <w:tc>
          <w:tcPr>
            <w:tcW w:type="dxa" w:w="4706"/>
          </w:tcPr>
          <w:p>
            <w:pPr>
              <w:spacing w:before="20" w:after="20" w:line="240" w:lineRule="auto"/>
              <w:jc w:val="center"/>
            </w:pPr>
            <w:r/>
            <w:r>
              <w:rPr>
                <w:rFonts w:ascii="Times New Roman" w:hAnsi="Times New Roman" w:eastAsia="宋体"/>
                <w:b w:val="0"/>
                <w:i w:val="0"/>
                <w:color w:val="333333"/>
                <w:sz w:val="19"/>
              </w:rPr>
              <w:t>49</w:t>
            </w:r>
          </w:p>
        </w:tc>
        <w:tc>
          <w:tcPr>
            <w:tcW w:type="dxa" w:w="4706"/>
          </w:tcPr>
          <w:p>
            <w:pPr>
              <w:spacing w:before="20" w:after="20" w:line="240" w:lineRule="auto"/>
              <w:jc w:val="center"/>
            </w:pPr>
            <w:r/>
            <w:r>
              <w:rPr>
                <w:rFonts w:ascii="Times New Roman" w:hAnsi="Times New Roman" w:eastAsia="宋体"/>
                <w:b w:val="0"/>
                <w:i w:val="0"/>
                <w:color w:val="333333"/>
                <w:sz w:val="19"/>
              </w:rPr>
              <w:t>56, 70, 84, 98</w:t>
            </w:r>
          </w:p>
        </w:tc>
      </w:tr>
      <w:tr>
        <w:tc>
          <w:tcPr>
            <w:tcW w:type="dxa" w:w="4706"/>
          </w:tcPr>
          <w:p>
            <w:pPr>
              <w:spacing w:before="20" w:after="20" w:line="240" w:lineRule="auto"/>
              <w:jc w:val="center"/>
            </w:pPr>
            <w:r/>
            <w:r>
              <w:rPr>
                <w:rFonts w:ascii="Times New Roman" w:hAnsi="Times New Roman" w:eastAsia="宋体"/>
                <w:b w:val="0"/>
                <w:i w:val="0"/>
                <w:color w:val="333333"/>
                <w:sz w:val="19"/>
              </w:rPr>
              <w:t>64</w:t>
            </w:r>
          </w:p>
        </w:tc>
        <w:tc>
          <w:tcPr>
            <w:tcW w:type="dxa" w:w="4706"/>
          </w:tcPr>
          <w:p>
            <w:pPr>
              <w:spacing w:before="20" w:after="20" w:line="240" w:lineRule="auto"/>
              <w:jc w:val="center"/>
            </w:pPr>
            <w:r/>
            <w:r>
              <w:rPr>
                <w:rFonts w:ascii="Times New Roman" w:hAnsi="Times New Roman" w:eastAsia="宋体"/>
                <w:b w:val="0"/>
                <w:i w:val="0"/>
                <w:color w:val="333333"/>
                <w:sz w:val="19"/>
              </w:rPr>
              <w:t>64, 80, 96</w:t>
            </w:r>
          </w:p>
        </w:tc>
      </w:tr>
      <w:tr>
        <w:tc>
          <w:tcPr>
            <w:tcW w:type="dxa" w:w="4706"/>
          </w:tcPr>
          <w:p>
            <w:pPr>
              <w:spacing w:before="20" w:after="20" w:line="240" w:lineRule="auto"/>
              <w:jc w:val="center"/>
            </w:pPr>
            <w:r/>
            <w:r>
              <w:rPr>
                <w:rFonts w:ascii="Times New Roman" w:hAnsi="Times New Roman" w:eastAsia="宋体"/>
                <w:b w:val="0"/>
                <w:i w:val="0"/>
                <w:color w:val="333333"/>
                <w:sz w:val="19"/>
              </w:rPr>
              <w:t>81</w:t>
            </w:r>
          </w:p>
        </w:tc>
        <w:tc>
          <w:tcPr>
            <w:tcW w:type="dxa" w:w="4706"/>
          </w:tcPr>
          <w:p>
            <w:pPr>
              <w:spacing w:before="20" w:after="20" w:line="240" w:lineRule="auto"/>
              <w:jc w:val="center"/>
            </w:pPr>
            <w:r/>
            <w:r>
              <w:rPr>
                <w:rFonts w:ascii="Times New Roman" w:hAnsi="Times New Roman" w:eastAsia="宋体"/>
                <w:b w:val="0"/>
                <w:i w:val="0"/>
                <w:color w:val="333333"/>
                <w:sz w:val="19"/>
              </w:rPr>
              <w:t>72, 90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Only the middle block 64 is allowed, producing</w:t>
      </w:r>
    </w:p>
    <w:p>
      <w:pPr>
        <w:spacing w:before="0" w:after="80" w:line="300" w:lineRule="auto"/>
        <w:jc w:val="left"/>
      </w:pPr>
      <w:r>
        <w:rPr>
          <w:rFonts w:ascii="Times New Roman" w:hAnsi="Times New Roman" w:eastAsia="宋体"/>
          <w:b w:val="0"/>
          <w:i w:val="0"/>
          <w:color w:val="333333"/>
          <w:sz w:val="19"/>
        </w:rPr>
        <w:t>166464=408²,</w:t>
      </w:r>
    </w:p>
    <w:p>
      <w:pPr>
        <w:spacing w:before="0" w:after="80" w:line="300" w:lineRule="auto"/>
        <w:jc w:val="left"/>
      </w:pPr>
      <w:r>
        <w:rPr>
          <w:rFonts w:ascii="Times New Roman" w:hAnsi="Times New Roman" w:eastAsia="宋体"/>
          <w:b w:val="0"/>
          <w:i w:val="0"/>
          <w:color w:val="333333"/>
          <w:sz w:val="19"/>
        </w:rPr>
        <w:t>646416=804².</w:t>
      </w:r>
    </w:p>
    <w:p>
      <w:pPr>
        <w:spacing w:before="0" w:after="80" w:line="300" w:lineRule="auto"/>
        <w:jc w:val="left"/>
      </w:pPr>
      <w:r>
        <w:rPr>
          <w:rFonts w:ascii="Times New Roman" w:hAnsi="Times New Roman" w:eastAsia="宋体"/>
          <w:b w:val="0"/>
          <w:i w:val="0"/>
          <w:color w:val="333333"/>
          <w:sz w:val="19"/>
        </w:rPr>
        <w:t>Thus there are 2 squarish numbers.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