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1979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矩形 ABCD 的面积为 72 平方米，E 和 G 分别是边 AD 和 CD 的中点。矩形 DEFG 的面积是多少平方米？</w:t>
      </w:r>
    </w:p>
    <w:p>
      <w:pPr>
        <w:spacing w:before="80" w:after="80"/>
        <w:jc w:val="center"/>
      </w:pPr>
      <w:r>
        <w:drawing>
          <wp:inline xmlns:a="http://schemas.openxmlformats.org/drawingml/2006/main" xmlns:pic="http://schemas.openxmlformats.org/drawingml/2006/picture">
            <wp:extent cx="1329340" cy="774311"/>
            <wp:docPr id="1" name="Picture 1"/>
            <wp:cNvGraphicFramePr>
              <a:graphicFrameLocks noChangeAspect="1"/>
            </wp:cNvGraphicFramePr>
            <a:graphic>
              <a:graphicData uri="http://schemas.openxmlformats.org/drawingml/2006/picture">
                <pic:pic>
                  <pic:nvPicPr>
                    <pic:cNvPr id="0" name="q01-1@300dpi.png"/>
                    <pic:cNvPicPr/>
                  </pic:nvPicPr>
                  <pic:blipFill>
                    <a:blip r:embed="rId9"/>
                    <a:stretch>
                      <a:fillRect/>
                    </a:stretch>
                  </pic:blipFill>
                  <pic:spPr>
                    <a:xfrm>
                      <a:off x="0" y="0"/>
                      <a:ext cx="1329340" cy="774311"/>
                    </a:xfrm>
                    <a:prstGeom prst="rect"/>
                  </pic:spPr>
                </pic:pic>
              </a:graphicData>
            </a:graphic>
          </wp:inline>
        </w:drawing>
      </w:r>
    </w:p>
    <w:p>
      <w:pPr>
        <w:spacing w:before="0" w:after="120" w:line="300" w:lineRule="auto"/>
      </w:pPr>
      <w:r>
        <w:rPr>
          <w:rFonts w:ascii="Times New Roman" w:hAnsi="Times New Roman" w:eastAsia="宋体"/>
          <w:b w:val="0"/>
          <w:i w:val="0"/>
          <w:sz w:val="21"/>
        </w:rPr>
        <w:t>（A）8　　（B）9　　（C）12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rectangle ABCD has area 72 square meters and E and G are the midpoints of sides AD and CD, respectively, then the area of rectangle DEFG in square meters is</w:t>
      </w:r>
    </w:p>
    <w:p>
      <w:pPr>
        <w:spacing w:before="80" w:after="80"/>
        <w:jc w:val="center"/>
      </w:pPr>
      <w:r>
        <w:drawing>
          <wp:inline xmlns:a="http://schemas.openxmlformats.org/drawingml/2006/main" xmlns:pic="http://schemas.openxmlformats.org/drawingml/2006/picture">
            <wp:extent cx="1329340" cy="774311"/>
            <wp:docPr id="2" name="Picture 2"/>
            <wp:cNvGraphicFramePr>
              <a:graphicFrameLocks noChangeAspect="1"/>
            </wp:cNvGraphicFramePr>
            <a:graphic>
              <a:graphicData uri="http://schemas.openxmlformats.org/drawingml/2006/picture">
                <pic:pic>
                  <pic:nvPicPr>
                    <pic:cNvPr id="0" name="q01-1@300dpi.png"/>
                    <pic:cNvPicPr/>
                  </pic:nvPicPr>
                  <pic:blipFill>
                    <a:blip r:embed="rId9"/>
                    <a:stretch>
                      <a:fillRect/>
                    </a:stretch>
                  </pic:blipFill>
                  <pic:spPr>
                    <a:xfrm>
                      <a:off x="0" y="0"/>
                      <a:ext cx="1329340" cy="77431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　　(B) 9　　(C) 12　　(D) 18　　(E) 24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对于所有满足 x-y=xy 的非零实数 x 和 y，1/x-1/y 等于</w:t>
      </w:r>
    </w:p>
    <w:p>
      <w:pPr>
        <w:spacing w:before="0" w:after="120" w:line="300" w:lineRule="auto"/>
      </w:pPr>
      <w:r>
        <w:rPr>
          <w:rFonts w:ascii="Times New Roman" w:hAnsi="Times New Roman" w:eastAsia="宋体"/>
          <w:b w:val="0"/>
          <w:i w:val="0"/>
          <w:sz w:val="21"/>
        </w:rPr>
        <w:t>（A）1/xy　　（B）1/x-y　　（C）0　　（D）-1　　（E）y-x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all nonzero real numbers x and y such that x-y=xy, 1/x-1/y equals</w:t>
      </w:r>
    </w:p>
    <w:p>
      <w:pPr>
        <w:spacing w:before="0" w:after="160" w:line="300" w:lineRule="auto"/>
      </w:pPr>
      <w:r>
        <w:rPr>
          <w:rFonts w:ascii="Times New Roman" w:hAnsi="Times New Roman" w:eastAsia="宋体"/>
          <w:b w:val="0"/>
          <w:i w:val="0"/>
          <w:color w:val="333333"/>
          <w:sz w:val="19"/>
        </w:rPr>
        <w:t>(A) 1/xy　　(B) 1/x-y　　(C) 0　　(D) -1　　(E) y-x</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在右图中，ABCD 是正方形，ABE 是等边三角形，且点 E 位于正方形 ABCD 外。∠ AED 的度数是多少？</w:t>
      </w:r>
    </w:p>
    <w:p>
      <w:pPr>
        <w:spacing w:before="80" w:after="80"/>
        <w:jc w:val="center"/>
      </w:pPr>
      <w:r>
        <w:drawing>
          <wp:inline xmlns:a="http://schemas.openxmlformats.org/drawingml/2006/main" xmlns:pic="http://schemas.openxmlformats.org/drawingml/2006/picture">
            <wp:extent cx="1663630" cy="959964"/>
            <wp:docPr id="3" name="Picture 3"/>
            <wp:cNvGraphicFramePr>
              <a:graphicFrameLocks noChangeAspect="1"/>
            </wp:cNvGraphicFramePr>
            <a:graphic>
              <a:graphicData uri="http://schemas.openxmlformats.org/drawingml/2006/picture">
                <pic:pic>
                  <pic:nvPicPr>
                    <pic:cNvPr id="0" name="q03-1@300dpi.png"/>
                    <pic:cNvPicPr/>
                  </pic:nvPicPr>
                  <pic:blipFill>
                    <a:blip r:embed="rId10"/>
                    <a:stretch>
                      <a:fillRect/>
                    </a:stretch>
                  </pic:blipFill>
                  <pic:spPr>
                    <a:xfrm>
                      <a:off x="0" y="0"/>
                      <a:ext cx="1663630" cy="959964"/>
                    </a:xfrm>
                    <a:prstGeom prst="rect"/>
                  </pic:spPr>
                </pic:pic>
              </a:graphicData>
            </a:graphic>
          </wp:inline>
        </w:drawing>
      </w:r>
    </w:p>
    <w:p>
      <w:pPr>
        <w:spacing w:before="0" w:after="120" w:line="300" w:lineRule="auto"/>
      </w:pPr>
      <w:r>
        <w:rPr>
          <w:rFonts w:ascii="Times New Roman" w:hAnsi="Times New Roman" w:eastAsia="宋体"/>
          <w:b w:val="0"/>
          <w:i w:val="0"/>
          <w:sz w:val="21"/>
        </w:rPr>
        <w:t>（A）10　　（B）12.5　　（C）15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ABCD is a square, ABE is an equilateral triangle and point E is outside square ABCD. What is the measure of ∠ AED in degrees?</w:t>
      </w:r>
    </w:p>
    <w:p>
      <w:pPr>
        <w:spacing w:before="80" w:after="80"/>
        <w:jc w:val="center"/>
      </w:pPr>
      <w:r>
        <w:drawing>
          <wp:inline xmlns:a="http://schemas.openxmlformats.org/drawingml/2006/main" xmlns:pic="http://schemas.openxmlformats.org/drawingml/2006/picture">
            <wp:extent cx="1663630" cy="959964"/>
            <wp:docPr id="4" name="Picture 4"/>
            <wp:cNvGraphicFramePr>
              <a:graphicFrameLocks noChangeAspect="1"/>
            </wp:cNvGraphicFramePr>
            <a:graphic>
              <a:graphicData uri="http://schemas.openxmlformats.org/drawingml/2006/picture">
                <pic:pic>
                  <pic:nvPicPr>
                    <pic:cNvPr id="0" name="q03-1@300dpi.png"/>
                    <pic:cNvPicPr/>
                  </pic:nvPicPr>
                  <pic:blipFill>
                    <a:blip r:embed="rId10"/>
                    <a:stretch>
                      <a:fillRect/>
                    </a:stretch>
                  </pic:blipFill>
                  <pic:spPr>
                    <a:xfrm>
                      <a:off x="0" y="0"/>
                      <a:ext cx="1663630" cy="95996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12.5　　(C) 15　　(D) 20　　(E) 25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对于所有实数 x，x[x{x(2-x)-4}+10]+1 等于</w:t>
      </w:r>
    </w:p>
    <w:p>
      <w:pPr>
        <w:spacing w:before="0" w:after="120" w:line="300" w:lineRule="auto"/>
      </w:pPr>
      <w:r>
        <w:rPr>
          <w:rFonts w:ascii="Times New Roman" w:hAnsi="Times New Roman" w:eastAsia="宋体"/>
          <w:b w:val="0"/>
          <w:i w:val="0"/>
          <w:sz w:val="21"/>
        </w:rPr>
        <w:t>（A）-x⁴+2x³+4x²+10x+1　　（B）-x⁴-2x³+4x²+10x+1　　（C）-x⁴-2x³-4x²+10x+1　　（D）-x⁴-2x³-4x²-10x+1　　（E）-x⁴+2x³-4x²+10x+1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all real numbers x, x[x{x(2-x)-4}+10]+1 equals</w:t>
      </w:r>
    </w:p>
    <w:p>
      <w:pPr>
        <w:spacing w:before="0" w:after="160" w:line="300" w:lineRule="auto"/>
      </w:pPr>
      <w:r>
        <w:rPr>
          <w:rFonts w:ascii="Times New Roman" w:hAnsi="Times New Roman" w:eastAsia="宋体"/>
          <w:b w:val="0"/>
          <w:i w:val="0"/>
          <w:color w:val="333333"/>
          <w:sz w:val="19"/>
        </w:rPr>
        <w:t>(A) -x⁴+2x³+4x²+10x+1　　(B) -x⁴-2x³+4x²+10x+1　　(C) -x⁴-2x³-4x²+10x+1　　(D) -x⁴-2x³-4x²-10x+1　　(E) -x⁴+2x³-4x²+10x+1</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求交换个位与百位后保持不变的最大三位偶数（以十进制表示）的各位数字之和。</w:t>
      </w:r>
    </w:p>
    <w:p>
      <w:pPr>
        <w:spacing w:before="0" w:after="120" w:line="300" w:lineRule="auto"/>
      </w:pPr>
      <w:r>
        <w:rPr>
          <w:rFonts w:ascii="Times New Roman" w:hAnsi="Times New Roman" w:eastAsia="宋体"/>
          <w:b w:val="0"/>
          <w:i w:val="0"/>
          <w:sz w:val="21"/>
        </w:rPr>
        <w:t>（A）22　　（B）23　　（C）24　　（D）25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sum of the digits of the largest even three digit number (in base ten representation) which is not changed when its units and hundreds digits are interchanged.</w:t>
      </w:r>
    </w:p>
    <w:p>
      <w:pPr>
        <w:spacing w:before="0" w:after="160" w:line="300" w:lineRule="auto"/>
      </w:pPr>
      <w:r>
        <w:rPr>
          <w:rFonts w:ascii="Times New Roman" w:hAnsi="Times New Roman" w:eastAsia="宋体"/>
          <w:b w:val="0"/>
          <w:i w:val="0"/>
          <w:color w:val="333333"/>
          <w:sz w:val="19"/>
        </w:rPr>
        <w:t>(A) 22　　(B) 23　　(C) 24　　(D) 25　　(E) 26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3/2+5/4+9/8+17/16 +33/32+65/64-7=</w:t>
      </w:r>
    </w:p>
    <w:p>
      <w:pPr>
        <w:spacing w:before="0" w:after="120" w:line="300" w:lineRule="auto"/>
      </w:pPr>
      <w:r>
        <w:rPr>
          <w:rFonts w:ascii="Times New Roman" w:hAnsi="Times New Roman" w:eastAsia="宋体"/>
          <w:b w:val="0"/>
          <w:i w:val="0"/>
          <w:sz w:val="21"/>
        </w:rPr>
        <w:t>（A）-1/64　　（B）-1/16　　（C）0　　（D）1/16　　（E）1/64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3/2+5/4+9/8+17/16+33/32+65/64-7=</w:t>
      </w:r>
    </w:p>
    <w:p>
      <w:pPr>
        <w:spacing w:before="0" w:after="160" w:line="300" w:lineRule="auto"/>
      </w:pPr>
      <w:r>
        <w:rPr>
          <w:rFonts w:ascii="Times New Roman" w:hAnsi="Times New Roman" w:eastAsia="宋体"/>
          <w:b w:val="0"/>
          <w:i w:val="0"/>
          <w:color w:val="333333"/>
          <w:sz w:val="19"/>
        </w:rPr>
        <w:t>(A) -1/64　　(B) -1/16　　(C) 0　　(D) 1/16　　(E) 1/64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整数的平方称为</w:t>
      </w:r>
      <w:r>
        <w:rPr>
          <w:rFonts w:ascii="Times New Roman" w:hAnsi="Times New Roman" w:eastAsia="宋体"/>
          <w:b w:val="0"/>
          <w:i/>
          <w:sz w:val="21"/>
        </w:rPr>
        <w:t>完全平方数</w:t>
      </w:r>
      <w:r>
        <w:rPr>
          <w:rFonts w:ascii="Times New Roman" w:hAnsi="Times New Roman" w:eastAsia="宋体"/>
          <w:b w:val="0"/>
          <w:i w:val="0"/>
          <w:sz w:val="21"/>
        </w:rPr>
        <w:t>。若 x 是完全平方数，则下一个更大的完全平方数是</w:t>
      </w:r>
    </w:p>
    <w:p>
      <w:pPr>
        <w:spacing w:before="0" w:after="120" w:line="300" w:lineRule="auto"/>
      </w:pPr>
      <w:r>
        <w:rPr>
          <w:rFonts w:ascii="Times New Roman" w:hAnsi="Times New Roman" w:eastAsia="宋体"/>
          <w:b w:val="0"/>
          <w:i w:val="0"/>
          <w:sz w:val="21"/>
        </w:rPr>
        <w:t>（A）x+1　　（B）x²+1　　（C）x²+2x+1　　（D）x²+x　　（E）x+2√(x)+1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of an integer is called a</w:t>
      </w:r>
      <w:r>
        <w:rPr>
          <w:rFonts w:ascii="Times New Roman" w:hAnsi="Times New Roman" w:eastAsia="宋体"/>
          <w:b w:val="0"/>
          <w:i/>
          <w:color w:val="333333"/>
          <w:sz w:val="19"/>
        </w:rPr>
        <w:t>perfect square</w:t>
      </w:r>
      <w:r>
        <w:rPr>
          <w:rFonts w:ascii="Times New Roman" w:hAnsi="Times New Roman" w:eastAsia="宋体"/>
          <w:b w:val="0"/>
          <w:i w:val="0"/>
          <w:color w:val="333333"/>
          <w:sz w:val="19"/>
        </w:rPr>
        <w:t>. If x is a perfect square, the next larger perfect square is</w:t>
      </w:r>
    </w:p>
    <w:p>
      <w:pPr>
        <w:spacing w:before="0" w:after="160" w:line="300" w:lineRule="auto"/>
      </w:pPr>
      <w:r>
        <w:rPr>
          <w:rFonts w:ascii="Times New Roman" w:hAnsi="Times New Roman" w:eastAsia="宋体"/>
          <w:b w:val="0"/>
          <w:i w:val="0"/>
          <w:color w:val="333333"/>
          <w:sz w:val="19"/>
        </w:rPr>
        <w:t>(A) x+1　　(B) x²+1　　(C) x²+2x+1　　(D) x²+x　　(E) x+2√(x)+1</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求曲线 y=|x| 与 x²+y²=4 所围成的最小区域的面积。</w:t>
      </w:r>
    </w:p>
    <w:p>
      <w:pPr>
        <w:spacing w:before="0" w:after="120" w:line="300" w:lineRule="auto"/>
      </w:pPr>
      <w:r>
        <w:rPr>
          <w:rFonts w:ascii="Times New Roman" w:hAnsi="Times New Roman" w:eastAsia="宋体"/>
          <w:b w:val="0"/>
          <w:i w:val="0"/>
          <w:sz w:val="21"/>
        </w:rPr>
        <w:t>（A）π/4　　（B）3π/4　　（C）π　　（D）3π/2　　（E）2π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area of the smallest region bounded by the graphs of y=|x| and x²+y²=4.</w:t>
      </w:r>
    </w:p>
    <w:p>
      <w:pPr>
        <w:spacing w:before="0" w:after="160" w:line="300" w:lineRule="auto"/>
      </w:pPr>
      <w:r>
        <w:rPr>
          <w:rFonts w:ascii="Times New Roman" w:hAnsi="Times New Roman" w:eastAsia="宋体"/>
          <w:b w:val="0"/>
          <w:i w:val="0"/>
          <w:color w:val="333333"/>
          <w:sz w:val="19"/>
        </w:rPr>
        <w:t>(A) π/4　　(B) 3π/4　　(C) π　　(D) 3π/2　　(E) 2π</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³√(4) 与 ⁴√(8) 的乘积等于</w:t>
      </w:r>
    </w:p>
    <w:p>
      <w:pPr>
        <w:spacing w:before="0" w:after="120" w:line="300" w:lineRule="auto"/>
      </w:pPr>
      <w:r>
        <w:rPr>
          <w:rFonts w:ascii="Times New Roman" w:hAnsi="Times New Roman" w:eastAsia="宋体"/>
          <w:b w:val="0"/>
          <w:i w:val="0"/>
          <w:sz w:val="21"/>
        </w:rPr>
        <w:t>（A）⁷√(12)　　（B）2⁷√(12)　　（C）⁷√(32)　　（D）¹²√(32)　　（E）2¹²√(32)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of ³√(4) and ⁴√(8) equals</w:t>
      </w:r>
    </w:p>
    <w:p>
      <w:pPr>
        <w:spacing w:before="0" w:after="160" w:line="300" w:lineRule="auto"/>
      </w:pPr>
      <w:r>
        <w:rPr>
          <w:rFonts w:ascii="Times New Roman" w:hAnsi="Times New Roman" w:eastAsia="宋体"/>
          <w:b w:val="0"/>
          <w:i w:val="0"/>
          <w:color w:val="333333"/>
          <w:sz w:val="19"/>
        </w:rPr>
        <w:t>(A) ⁷√(12)　　(B) 2⁷√(12)　　(C) ⁷√(32)　　(D) ¹²√(32)　　(E) 2¹²√(32)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正六边形 P₁P₂P₃P₄P₅P₆ 的边心距（从中心到一条边中点的距离）为 2。对于 i=1、2、3、4，点 Qᵢ 是边 PᵢPᵢ₊₁ 的中点。四边形 Q₁Q₂Q₃Q₄ 的面积是</w:t>
      </w:r>
    </w:p>
    <w:p>
      <w:pPr>
        <w:spacing w:before="0" w:after="120" w:line="300" w:lineRule="auto"/>
      </w:pPr>
      <w:r>
        <w:rPr>
          <w:rFonts w:ascii="Times New Roman" w:hAnsi="Times New Roman" w:eastAsia="宋体"/>
          <w:b w:val="0"/>
          <w:i w:val="0"/>
          <w:sz w:val="21"/>
        </w:rPr>
        <w:t>（A）6　　（B）2√(6)　　（C）(8√(3))/3　　（D）3√(3)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P₁P₂P₃P₄P₅P₆ is a regular hexagon whose apothem (distance from the center to the midpoint of a side) is 2, and Qᵢ is the midpoint of side PᵢPᵢ₊₁ for i=1, 2, 3, 4, then the area of quadrilateral Q₁Q₂Q₃Q₄ is</w:t>
      </w:r>
    </w:p>
    <w:p>
      <w:pPr>
        <w:spacing w:before="0" w:after="160" w:line="300" w:lineRule="auto"/>
      </w:pPr>
      <w:r>
        <w:rPr>
          <w:rFonts w:ascii="Times New Roman" w:hAnsi="Times New Roman" w:eastAsia="宋体"/>
          <w:b w:val="0"/>
          <w:i w:val="0"/>
          <w:color w:val="333333"/>
          <w:sz w:val="19"/>
        </w:rPr>
        <w:t>(A) 6　　(B) 2√(6)　　(C) (8√(3))/3　　(D) 3√(3)　　(E) 4√(3)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求下列方程的一个正整数解：</w:t>
      </w:r>
    </w:p>
    <w:p>
      <w:pPr>
        <w:spacing w:before="0" w:after="80" w:line="300" w:lineRule="auto"/>
        <w:jc w:val="left"/>
      </w:pPr>
      <w:r>
        <w:rPr>
          <w:rFonts w:ascii="Times New Roman" w:hAnsi="Times New Roman" w:eastAsia="宋体"/>
          <w:b w:val="0"/>
          <w:i w:val="0"/>
          <w:sz w:val="21"/>
        </w:rPr>
        <w:t>(substack1+3+5+⋯ +(2n-1))/(substack2+4+6+⋯ +2n)=115/116。</w:t>
      </w:r>
    </w:p>
    <w:p>
      <w:pPr>
        <w:spacing w:before="0" w:after="120" w:line="300" w:lineRule="auto"/>
      </w:pPr>
      <w:r>
        <w:rPr>
          <w:rFonts w:ascii="Times New Roman" w:hAnsi="Times New Roman" w:eastAsia="宋体"/>
          <w:b w:val="0"/>
          <w:i w:val="0"/>
          <w:sz w:val="21"/>
        </w:rPr>
        <w:t>（A）110　　（B）115　　（C）116　　（D）231　　（E）这个方程没有正整数解。</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a positive integral solution to the equation</w:t>
      </w:r>
    </w:p>
    <w:p>
      <w:pPr>
        <w:spacing w:before="0" w:after="80" w:line="300" w:lineRule="auto"/>
        <w:jc w:val="left"/>
      </w:pPr>
      <w:r>
        <w:rPr>
          <w:rFonts w:ascii="Times New Roman" w:hAnsi="Times New Roman" w:eastAsia="宋体"/>
          <w:b w:val="0"/>
          <w:i w:val="0"/>
          <w:color w:val="333333"/>
          <w:sz w:val="19"/>
        </w:rPr>
        <w:t>(substack1+3+5+⋯ +(2n-1))/(substack2+4+6+⋯ +2n)=115/116.</w:t>
      </w:r>
    </w:p>
    <w:p>
      <w:pPr>
        <w:spacing w:before="0" w:after="160" w:line="300" w:lineRule="auto"/>
      </w:pPr>
      <w:r>
        <w:rPr>
          <w:rFonts w:ascii="Times New Roman" w:hAnsi="Times New Roman" w:eastAsia="宋体"/>
          <w:b w:val="0"/>
          <w:i w:val="0"/>
          <w:color w:val="333333"/>
          <w:sz w:val="19"/>
        </w:rPr>
        <w:t>(A) 110　　(B) 115　　(C) 116　　(D) 231　　(E) The equation has no positive integral solutions.</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在右图中，CD 是以 O 为圆心的半圆的直径。点 A 位于 DC 经过 C 后的延长线上；点 E 位于半圆上，点 B 是线段 AE 与半圆除 E 以外的另一个交点。若线段 AB 与 OD 等长，且 ∠ EOD 的度数为 45°，则 ∠ BAO 的度数为</w:t>
      </w:r>
    </w:p>
    <w:p>
      <w:pPr>
        <w:spacing w:before="80" w:after="80"/>
        <w:jc w:val="center"/>
      </w:pPr>
      <w:r>
        <w:drawing>
          <wp:inline xmlns:a="http://schemas.openxmlformats.org/drawingml/2006/main" xmlns:pic="http://schemas.openxmlformats.org/drawingml/2006/picture">
            <wp:extent cx="1632435" cy="587809"/>
            <wp:docPr id="5" name="Picture 5"/>
            <wp:cNvGraphicFramePr>
              <a:graphicFrameLocks noChangeAspect="1"/>
            </wp:cNvGraphicFramePr>
            <a:graphic>
              <a:graphicData uri="http://schemas.openxmlformats.org/drawingml/2006/picture">
                <pic:pic>
                  <pic:nvPicPr>
                    <pic:cNvPr id="0" name="q12-1@300dpi.png"/>
                    <pic:cNvPicPr/>
                  </pic:nvPicPr>
                  <pic:blipFill>
                    <a:blip r:embed="rId11"/>
                    <a:stretch>
                      <a:fillRect/>
                    </a:stretch>
                  </pic:blipFill>
                  <pic:spPr>
                    <a:xfrm>
                      <a:off x="0" y="0"/>
                      <a:ext cx="1632435" cy="587809"/>
                    </a:xfrm>
                    <a:prstGeom prst="rect"/>
                  </pic:spPr>
                </pic:pic>
              </a:graphicData>
            </a:graphic>
          </wp:inline>
        </w:drawing>
      </w:r>
    </w:p>
    <w:p>
      <w:pPr>
        <w:spacing w:before="0" w:after="120" w:line="300" w:lineRule="auto"/>
      </w:pPr>
      <w:r>
        <w:rPr>
          <w:rFonts w:ascii="Times New Roman" w:hAnsi="Times New Roman" w:eastAsia="宋体"/>
          <w:b w:val="0"/>
          <w:i w:val="0"/>
          <w:sz w:val="21"/>
        </w:rPr>
        <w:t>（A）10°　　（B）15°　　（C）20°　　（D）25°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CD is the diameter of a semicircle with center O. Point A lies on the extension of DC past C; point E lies on the semicircle, and B is the point of intersection (distinct from E) of line segment AE with the semicircle. If length AB equals length OD, and the measure of ∠ EOD is 45°, then the measure of ∠ BAO is</w:t>
      </w:r>
    </w:p>
    <w:p>
      <w:pPr>
        <w:spacing w:before="80" w:after="80"/>
        <w:jc w:val="center"/>
      </w:pPr>
      <w:r>
        <w:drawing>
          <wp:inline xmlns:a="http://schemas.openxmlformats.org/drawingml/2006/main" xmlns:pic="http://schemas.openxmlformats.org/drawingml/2006/picture">
            <wp:extent cx="1632435" cy="587809"/>
            <wp:docPr id="6" name="Picture 6"/>
            <wp:cNvGraphicFramePr>
              <a:graphicFrameLocks noChangeAspect="1"/>
            </wp:cNvGraphicFramePr>
            <a:graphic>
              <a:graphicData uri="http://schemas.openxmlformats.org/drawingml/2006/picture">
                <pic:pic>
                  <pic:nvPicPr>
                    <pic:cNvPr id="0" name="q12-1@300dpi.png"/>
                    <pic:cNvPicPr/>
                  </pic:nvPicPr>
                  <pic:blipFill>
                    <a:blip r:embed="rId11"/>
                    <a:stretch>
                      <a:fillRect/>
                    </a:stretch>
                  </pic:blipFill>
                  <pic:spPr>
                    <a:xfrm>
                      <a:off x="0" y="0"/>
                      <a:ext cx="1632435" cy="58780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15°　　(C) 20°　　(D) 25°　　(E) 30°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不等式 y-x&lt;√(x²) 成立的充分必要条件是</w:t>
      </w:r>
    </w:p>
    <w:p>
      <w:pPr>
        <w:spacing w:before="0" w:after="120" w:line="300" w:lineRule="auto"/>
      </w:pPr>
      <w:r>
        <w:rPr>
          <w:rFonts w:ascii="Times New Roman" w:hAnsi="Times New Roman" w:eastAsia="宋体"/>
          <w:b w:val="0"/>
          <w:i w:val="0"/>
          <w:sz w:val="21"/>
        </w:rPr>
        <w:t>（A）y&lt;0 或 y&lt;2x（或两个不等式都成立）　　（B）y&gt;0 或 y&lt;2x（或两个不等式都成立）　　（C）y²&lt;2xy　　（D）y&lt;0　　（E）x&gt;0 且 y&lt;2x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inequality y-x&lt;√(x²) is satisfied if and only if</w:t>
      </w:r>
    </w:p>
    <w:p>
      <w:pPr>
        <w:spacing w:before="0" w:after="160" w:line="300" w:lineRule="auto"/>
      </w:pPr>
      <w:r>
        <w:rPr>
          <w:rFonts w:ascii="Times New Roman" w:hAnsi="Times New Roman" w:eastAsia="宋体"/>
          <w:b w:val="0"/>
          <w:i w:val="0"/>
          <w:color w:val="333333"/>
          <w:sz w:val="19"/>
        </w:rPr>
        <w:t>(A) y&lt;0 or y&lt;2x (or both inequalities</w:t>
        <w:br/>
        <w:t>hold)　　(B) y&gt;0 or y&lt;2x (or both inequalities hold)　　(C) y²&lt;2xy　　(D) y&lt;0　　(E) x&gt;0 and y&lt;2x</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在某个数列中，第一项是 1，并且对于所有 n≥2，前 n 项的乘积为 n²。该数列的第三项与第五项之和为</w:t>
      </w:r>
    </w:p>
    <w:p>
      <w:pPr>
        <w:spacing w:before="0" w:after="120" w:line="300" w:lineRule="auto"/>
      </w:pPr>
      <w:r>
        <w:rPr>
          <w:rFonts w:ascii="Times New Roman" w:hAnsi="Times New Roman" w:eastAsia="宋体"/>
          <w:b w:val="0"/>
          <w:i w:val="0"/>
          <w:sz w:val="21"/>
        </w:rPr>
        <w:t>（A）25/9　　（B）31/15　　（C）61/16　　（D）576/225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certain sequence of numbers, the first number is 1, and, for all n≥2, the product of the first n numbers in the sequence is n². The sum of the third and the fifth numbers in the sequence is</w:t>
      </w:r>
    </w:p>
    <w:p>
      <w:pPr>
        <w:spacing w:before="0" w:after="160" w:line="300" w:lineRule="auto"/>
      </w:pPr>
      <w:r>
        <w:rPr>
          <w:rFonts w:ascii="Times New Roman" w:hAnsi="Times New Roman" w:eastAsia="宋体"/>
          <w:b w:val="0"/>
          <w:i w:val="0"/>
          <w:color w:val="333333"/>
          <w:sz w:val="19"/>
        </w:rPr>
        <w:t>(A) 25/9　　(B) 31/15　　(C) 61/16　　(D) 576/225　　(E) 34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两个完全相同的罐子里装有酒精溶液，其中一个罐子中酒精与水的体积比为 p:1，另一个罐子中为 q:1。把两罐中的全部溶液混合后，混合液中酒精与水的体积比为</w:t>
      </w:r>
    </w:p>
    <w:p>
      <w:pPr>
        <w:spacing w:before="0" w:after="120" w:line="300" w:lineRule="auto"/>
      </w:pPr>
      <w:r>
        <w:rPr>
          <w:rFonts w:ascii="Times New Roman" w:hAnsi="Times New Roman" w:eastAsia="宋体"/>
          <w:b w:val="0"/>
          <w:i w:val="0"/>
          <w:sz w:val="21"/>
        </w:rPr>
        <w:t>（A）p+q/2　　（B）p²+q²/p+q　　（C）2pq/p+q　　（D）(2(p²+pq+q²))/(3(p+q))　　（E）p+q+2pq/p+q+2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identical jars are filled with alcohol solutions, the ratio of the volume of alcohol to the volume of water being p:1 in one jar and q:1 in the other jar. If the entire contents of the two jars are mixed together, the ratio of the volume of alcohol to the volume of water in the mixture is</w:t>
      </w:r>
    </w:p>
    <w:p>
      <w:pPr>
        <w:spacing w:before="0" w:after="160" w:line="300" w:lineRule="auto"/>
      </w:pPr>
      <w:r>
        <w:rPr>
          <w:rFonts w:ascii="Times New Roman" w:hAnsi="Times New Roman" w:eastAsia="宋体"/>
          <w:b w:val="0"/>
          <w:i w:val="0"/>
          <w:color w:val="333333"/>
          <w:sz w:val="19"/>
        </w:rPr>
        <w:t>(A) p+q/2　　(B) p²+q²/p+q　　(C) 2pq/p+q　　(D) (2(p²+pq+q²))/(3(p+q))　　(E) p+q+2pq/p+q+2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面积为 A₁ 的圆位于一个面积为 A₁+A₂ 的大圆内部。若大圆的半径为 3，且 A₁、A₂、A₁+A₂ 成等差数列，则小圆的半径为</w:t>
      </w:r>
    </w:p>
    <w:p>
      <w:pPr>
        <w:spacing w:before="0" w:after="120" w:line="300" w:lineRule="auto"/>
      </w:pPr>
      <w:r>
        <w:rPr>
          <w:rFonts w:ascii="Times New Roman" w:hAnsi="Times New Roman" w:eastAsia="宋体"/>
          <w:b w:val="0"/>
          <w:i w:val="0"/>
          <w:sz w:val="21"/>
        </w:rPr>
        <w:t>（A）(√(3))/2　　（B）1　　（C）2/(√(3))　　（D）3/2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with area A₁ is contained in the interior of a larger circle with area A₁+A₂. If the radius of the larger circle is 3, and if A₁, A₂, A₁+A₂ is an arithmetic progression, then the radius of the smaller circle is</w:t>
      </w:r>
    </w:p>
    <w:p>
      <w:pPr>
        <w:spacing w:before="0" w:after="160" w:line="300" w:lineRule="auto"/>
      </w:pPr>
      <w:r>
        <w:rPr>
          <w:rFonts w:ascii="Times New Roman" w:hAnsi="Times New Roman" w:eastAsia="宋体"/>
          <w:b w:val="0"/>
          <w:i w:val="0"/>
          <w:color w:val="333333"/>
          <w:sz w:val="19"/>
        </w:rPr>
        <w:t>(A) (√(3))/2　　(B) 1　　(C) 2/(√(3))　　(D) 3/2　　(E) √(3)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互不相同的点 A、B、C 和 D 按此顺序位于同一直线上。线段 AB、AC 和 AD 的长度分别为 x、y 和 z。若线段 AB 与 CD 可分别绕点 B 与 C 旋转，使点 A 与 D 重合并形成一个面积为正的三角形，则下列三个不等式中哪些必须成立？</w:t>
      </w:r>
    </w:p>
    <w:p>
      <w:pPr>
        <w:spacing w:before="0" w:after="80" w:line="300" w:lineRule="auto"/>
        <w:jc w:val="left"/>
      </w:pPr>
      <w:r>
        <w:rPr>
          <w:rFonts w:ascii="Times New Roman" w:hAnsi="Times New Roman" w:eastAsia="宋体"/>
          <w:b w:val="0"/>
          <w:i w:val="0"/>
          <w:sz w:val="21"/>
        </w:rPr>
        <w:t>I.x&lt;z/2</w:t>
      </w:r>
    </w:p>
    <w:p>
      <w:pPr>
        <w:spacing w:before="0" w:after="80" w:line="300" w:lineRule="auto"/>
        <w:jc w:val="left"/>
      </w:pPr>
      <w:r>
        <w:rPr>
          <w:rFonts w:ascii="Times New Roman" w:hAnsi="Times New Roman" w:eastAsia="宋体"/>
          <w:b w:val="0"/>
          <w:i w:val="0"/>
          <w:sz w:val="21"/>
        </w:rPr>
        <w:t>II.y&lt; x+z/2</w:t>
      </w:r>
    </w:p>
    <w:p>
      <w:pPr>
        <w:spacing w:before="0" w:after="80" w:line="300" w:lineRule="auto"/>
        <w:jc w:val="left"/>
      </w:pPr>
      <w:r>
        <w:rPr>
          <w:rFonts w:ascii="Times New Roman" w:hAnsi="Times New Roman" w:eastAsia="宋体"/>
          <w:b w:val="0"/>
          <w:i w:val="0"/>
          <w:sz w:val="21"/>
        </w:rPr>
        <w:t>III.y&lt;z/2</w:t>
      </w:r>
    </w:p>
    <w:p>
      <w:pPr>
        <w:spacing w:before="80" w:after="80"/>
        <w:jc w:val="center"/>
      </w:pPr>
      <w:r>
        <w:drawing>
          <wp:inline xmlns:a="http://schemas.openxmlformats.org/drawingml/2006/main" xmlns:pic="http://schemas.openxmlformats.org/drawingml/2006/picture">
            <wp:extent cx="1505606" cy="463453"/>
            <wp:docPr id="7" name="Picture 7"/>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1505606" cy="463453"/>
                    </a:xfrm>
                    <a:prstGeom prst="rect"/>
                  </pic:spPr>
                </pic:pic>
              </a:graphicData>
            </a:graphic>
          </wp:inline>
        </w:drawing>
      </w:r>
    </w:p>
    <w:p>
      <w:pPr>
        <w:spacing w:before="0" w:after="120" w:line="300" w:lineRule="auto"/>
      </w:pPr>
      <w:r>
        <w:rPr>
          <w:rFonts w:ascii="Times New Roman" w:hAnsi="Times New Roman" w:eastAsia="宋体"/>
          <w:b w:val="0"/>
          <w:i w:val="0"/>
          <w:sz w:val="21"/>
        </w:rPr>
        <w:t>（A）仅 I　　（B）仅 II　　（C）仅 I 和 II　　（D）仅 II 和 III　　（E）I、II 和 III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B, C, and D are distinct and lie, in the given order, on a straight line. Line segments AB, AC, and AD have lengths x, y, and z, respectively. If line segments AB and CD may be rotated about points B and C, respectively, so that points A and D coincide, to form a triangle with positive area, then which of the following three inequalities must be satisfied?</w:t>
      </w:r>
    </w:p>
    <w:p>
      <w:pPr>
        <w:spacing w:before="0" w:after="80" w:line="300" w:lineRule="auto"/>
        <w:jc w:val="left"/>
      </w:pPr>
      <w:r>
        <w:rPr>
          <w:rFonts w:ascii="Times New Roman" w:hAnsi="Times New Roman" w:eastAsia="宋体"/>
          <w:b w:val="0"/>
          <w:i w:val="0"/>
          <w:color w:val="333333"/>
          <w:sz w:val="19"/>
        </w:rPr>
        <w:t>I.x&lt;z/2</w:t>
      </w:r>
    </w:p>
    <w:p>
      <w:pPr>
        <w:spacing w:before="0" w:after="80" w:line="300" w:lineRule="auto"/>
        <w:jc w:val="left"/>
      </w:pPr>
      <w:r>
        <w:rPr>
          <w:rFonts w:ascii="Times New Roman" w:hAnsi="Times New Roman" w:eastAsia="宋体"/>
          <w:b w:val="0"/>
          <w:i w:val="0"/>
          <w:color w:val="333333"/>
          <w:sz w:val="19"/>
        </w:rPr>
        <w:t>II.y&lt; x+z/2</w:t>
      </w:r>
    </w:p>
    <w:p>
      <w:pPr>
        <w:spacing w:before="0" w:after="80" w:line="300" w:lineRule="auto"/>
        <w:jc w:val="left"/>
      </w:pPr>
      <w:r>
        <w:rPr>
          <w:rFonts w:ascii="Times New Roman" w:hAnsi="Times New Roman" w:eastAsia="宋体"/>
          <w:b w:val="0"/>
          <w:i w:val="0"/>
          <w:color w:val="333333"/>
          <w:sz w:val="19"/>
        </w:rPr>
        <w:t>III.y&lt;z/2</w:t>
      </w:r>
    </w:p>
    <w:p>
      <w:pPr>
        <w:spacing w:before="80" w:after="80"/>
        <w:jc w:val="center"/>
      </w:pPr>
      <w:r>
        <w:drawing>
          <wp:inline xmlns:a="http://schemas.openxmlformats.org/drawingml/2006/main" xmlns:pic="http://schemas.openxmlformats.org/drawingml/2006/picture">
            <wp:extent cx="1505606" cy="463453"/>
            <wp:docPr id="8" name="Picture 8"/>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1505606" cy="46345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I only　　(B) II only　　(C) I and II only　　(D) II and III only　　(E) I, II and III</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精确到千分位，log₁₀2 为 0.301，log₁₀3 为 0.477。下列哪个数最接近 log₅ 10？</w:t>
      </w:r>
    </w:p>
    <w:p>
      <w:pPr>
        <w:spacing w:before="0" w:after="120" w:line="300" w:lineRule="auto"/>
      </w:pPr>
      <w:r>
        <w:rPr>
          <w:rFonts w:ascii="Times New Roman" w:hAnsi="Times New Roman" w:eastAsia="宋体"/>
          <w:b w:val="0"/>
          <w:i w:val="0"/>
          <w:sz w:val="21"/>
        </w:rPr>
        <w:t>（A）8/7　　（B）9/7　　（C）10/7　　（D）11/7　　（E）12/7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the nearest thousandth, log₁₀2 is 0.301 and log₁₀3 is 0.477. Which of the following is the best approximation of log₅ 10?</w:t>
      </w:r>
    </w:p>
    <w:p>
      <w:pPr>
        <w:spacing w:before="0" w:after="160" w:line="300" w:lineRule="auto"/>
      </w:pPr>
      <w:r>
        <w:rPr>
          <w:rFonts w:ascii="Times New Roman" w:hAnsi="Times New Roman" w:eastAsia="宋体"/>
          <w:b w:val="0"/>
          <w:i w:val="0"/>
          <w:color w:val="333333"/>
          <w:sz w:val="19"/>
        </w:rPr>
        <w:t>(A) 8/7　　(B) 9/7　　(C) 10/7　　(D) 11/7　　(E) 12/7</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求所有满足方程 x²⁵⁶-256³²=0 的实数的平方和。</w:t>
      </w:r>
    </w:p>
    <w:p>
      <w:pPr>
        <w:spacing w:before="0" w:after="120" w:line="300" w:lineRule="auto"/>
      </w:pPr>
      <w:r>
        <w:rPr>
          <w:rFonts w:ascii="Times New Roman" w:hAnsi="Times New Roman" w:eastAsia="宋体"/>
          <w:b w:val="0"/>
          <w:i w:val="0"/>
          <w:sz w:val="21"/>
        </w:rPr>
        <w:t>（A）8　　（B）128　　（C）512　　（D）65,536　　（E）2(256³²)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sum of the squares of all real numbers satisfying the equation x²⁵⁶-256³²=0.</w:t>
      </w:r>
    </w:p>
    <w:p>
      <w:pPr>
        <w:spacing w:before="0" w:after="160" w:line="300" w:lineRule="auto"/>
      </w:pPr>
      <w:r>
        <w:rPr>
          <w:rFonts w:ascii="Times New Roman" w:hAnsi="Times New Roman" w:eastAsia="宋体"/>
          <w:b w:val="0"/>
          <w:i w:val="0"/>
          <w:color w:val="333333"/>
          <w:sz w:val="19"/>
        </w:rPr>
        <w:t>(A) 8　　(B) 128　　(C) 512　　(D) 65,536　　(E) 2(256³²)</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若 a=1/2 且 (a+1)(b+1)=2，则 Arctana+Arctanb 的弧度数等于</w:t>
      </w:r>
    </w:p>
    <w:p>
      <w:pPr>
        <w:spacing w:before="0" w:after="120" w:line="300" w:lineRule="auto"/>
      </w:pPr>
      <w:r>
        <w:rPr>
          <w:rFonts w:ascii="Times New Roman" w:hAnsi="Times New Roman" w:eastAsia="宋体"/>
          <w:b w:val="0"/>
          <w:i w:val="0"/>
          <w:sz w:val="21"/>
        </w:rPr>
        <w:t>（A）π/2　　（B）π/3　　（C）π/4　　（D）π/5　　（E）π/6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a=1/2 and (a+1)(b+1)=2, then the radian measure of Arctana+Arctanb equals</w:t>
      </w:r>
    </w:p>
    <w:p>
      <w:pPr>
        <w:spacing w:before="0" w:after="160" w:line="300" w:lineRule="auto"/>
      </w:pPr>
      <w:r>
        <w:rPr>
          <w:rFonts w:ascii="Times New Roman" w:hAnsi="Times New Roman" w:eastAsia="宋体"/>
          <w:b w:val="0"/>
          <w:i w:val="0"/>
          <w:color w:val="333333"/>
          <w:sz w:val="19"/>
        </w:rPr>
        <w:t>(A) π/2　　(B) π/3　　(C) π/4　　(D) π/5　　(E) π/6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一个直角三角形的斜边长为 h，其内切圆半径为 r。圆的面积与三角形面积之比为</w:t>
      </w:r>
    </w:p>
    <w:p>
      <w:pPr>
        <w:spacing w:before="0" w:after="120" w:line="300" w:lineRule="auto"/>
      </w:pPr>
      <w:r>
        <w:rPr>
          <w:rFonts w:ascii="Times New Roman" w:hAnsi="Times New Roman" w:eastAsia="宋体"/>
          <w:b w:val="0"/>
          <w:i w:val="0"/>
          <w:sz w:val="21"/>
        </w:rPr>
        <w:t>（A）(π r)/h+2r　　（B）(π r)/h+r　　（C）(π r)/2h+r　　（D）(π r²)/h²+r²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 of the hypotenuse of a right triangle is h, and the radius of the inscribed circle is r. The ratio of the area of the circle to the area of the triangle is</w:t>
      </w:r>
    </w:p>
    <w:p>
      <w:pPr>
        <w:spacing w:before="0" w:after="160" w:line="300" w:lineRule="auto"/>
      </w:pPr>
      <w:r>
        <w:rPr>
          <w:rFonts w:ascii="Times New Roman" w:hAnsi="Times New Roman" w:eastAsia="宋体"/>
          <w:b w:val="0"/>
          <w:i w:val="0"/>
          <w:color w:val="333333"/>
          <w:sz w:val="19"/>
        </w:rPr>
        <w:t>(A) (π r)/h+2r　　(B) (π r)/h+r　　(C) (π r)/2h+r　　(D) (π r²)/h²+r²　　(E) none of these</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求满足下列方程的整数对 (m,n) 的个数：</w:t>
      </w:r>
    </w:p>
    <w:p>
      <w:pPr>
        <w:spacing w:before="0" w:after="80" w:line="300" w:lineRule="auto"/>
        <w:jc w:val="left"/>
      </w:pPr>
      <w:r>
        <w:rPr>
          <w:rFonts w:ascii="Times New Roman" w:hAnsi="Times New Roman" w:eastAsia="宋体"/>
          <w:b w:val="0"/>
          <w:i w:val="0"/>
          <w:sz w:val="21"/>
        </w:rPr>
        <w:t>m³+6m²+5m =27n³+9n²</w:t>
      </w:r>
    </w:p>
    <w:p>
      <w:pPr>
        <w:spacing w:before="0" w:after="80" w:line="300" w:lineRule="auto"/>
        <w:jc w:val="left"/>
      </w:pPr>
      <w:r>
        <w:rPr>
          <w:rFonts w:ascii="Times New Roman" w:hAnsi="Times New Roman" w:eastAsia="宋体"/>
          <w:b w:val="0"/>
          <w:i w:val="0"/>
          <w:sz w:val="21"/>
        </w:rPr>
        <w:t>+9n+1</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（A）0　　（B）1　　（C）3　　（D）9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number of pairs (m,n) of integers which satisfy the equation</w:t>
      </w:r>
    </w:p>
    <w:p>
      <w:pPr>
        <w:spacing w:before="0" w:after="80" w:line="300" w:lineRule="auto"/>
        <w:jc w:val="left"/>
      </w:pPr>
      <w:r>
        <w:rPr>
          <w:rFonts w:ascii="Times New Roman" w:hAnsi="Times New Roman" w:eastAsia="宋体"/>
          <w:b w:val="0"/>
          <w:i w:val="0"/>
          <w:color w:val="333333"/>
          <w:sz w:val="19"/>
        </w:rPr>
        <w:t>m³+6m²+5m =27n³+9n²</w:t>
      </w:r>
    </w:p>
    <w:p>
      <w:pPr>
        <w:spacing w:before="0" w:after="80" w:line="300" w:lineRule="auto"/>
        <w:jc w:val="left"/>
      </w:pPr>
      <w:r>
        <w:rPr>
          <w:rFonts w:ascii="Times New Roman" w:hAnsi="Times New Roman" w:eastAsia="宋体"/>
          <w:b w:val="0"/>
          <w:i w:val="0"/>
          <w:color w:val="333333"/>
          <w:sz w:val="19"/>
        </w:rPr>
        <w:t>+9n+1.</w:t>
      </w:r>
    </w:p>
    <w:p>
      <w:pPr>
        <w:spacing w:before="0" w:after="160" w:line="300" w:lineRule="auto"/>
      </w:pPr>
      <w:r>
        <w:rPr>
          <w:rFonts w:ascii="Times New Roman" w:hAnsi="Times New Roman" w:eastAsia="宋体"/>
          <w:b w:val="0"/>
          <w:i w:val="0"/>
          <w:color w:val="333333"/>
          <w:sz w:val="19"/>
        </w:rPr>
        <w:t>(A) 0　　(B) 1　　(C) 3　　(D) 9　　(E) infinitely many</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正四面体的顶点为 A、B、C 和 D，每条棱的长度都是一。点 P 位于棱 AB 上，点 Q 位于棱 CD 上。求 P 与 Q 之间距离的最小可能值。</w:t>
      </w:r>
    </w:p>
    <w:p>
      <w:pPr>
        <w:spacing w:before="80" w:after="80"/>
        <w:jc w:val="center"/>
      </w:pPr>
      <w:r>
        <w:drawing>
          <wp:inline xmlns:a="http://schemas.openxmlformats.org/drawingml/2006/main" xmlns:pic="http://schemas.openxmlformats.org/drawingml/2006/picture">
            <wp:extent cx="1296868" cy="1031711"/>
            <wp:docPr id="9" name="Picture 9"/>
            <wp:cNvGraphicFramePr>
              <a:graphicFrameLocks noChangeAspect="1"/>
            </wp:cNvGraphicFramePr>
            <a:graphic>
              <a:graphicData uri="http://schemas.openxmlformats.org/drawingml/2006/picture">
                <pic:pic>
                  <pic:nvPicPr>
                    <pic:cNvPr id="0" name="q23-1@300dpi.png"/>
                    <pic:cNvPicPr/>
                  </pic:nvPicPr>
                  <pic:blipFill>
                    <a:blip r:embed="rId13"/>
                    <a:stretch>
                      <a:fillRect/>
                    </a:stretch>
                  </pic:blipFill>
                  <pic:spPr>
                    <a:xfrm>
                      <a:off x="0" y="0"/>
                      <a:ext cx="1296868" cy="1031711"/>
                    </a:xfrm>
                    <a:prstGeom prst="rect"/>
                  </pic:spPr>
                </pic:pic>
              </a:graphicData>
            </a:graphic>
          </wp:inline>
        </w:drawing>
      </w:r>
    </w:p>
    <w:p>
      <w:pPr>
        <w:spacing w:before="0" w:after="120" w:line="300" w:lineRule="auto"/>
      </w:pPr>
      <w:r>
        <w:rPr>
          <w:rFonts w:ascii="Times New Roman" w:hAnsi="Times New Roman" w:eastAsia="宋体"/>
          <w:b w:val="0"/>
          <w:i w:val="0"/>
          <w:sz w:val="21"/>
        </w:rPr>
        <w:t>（A）1/2　　（B）3/4　　（C）(√(2))/2　　（D）(√(3))/2　　（E）(√(3))/3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edges of a regular tetrahedron with vertices A, B, C, and D each have length one. Find the least possible distance between a pair of points P and Q, where P is on edge AB and Q is on edge CD.</w:t>
      </w:r>
    </w:p>
    <w:p>
      <w:pPr>
        <w:spacing w:before="80" w:after="80"/>
        <w:jc w:val="center"/>
      </w:pPr>
      <w:r>
        <w:drawing>
          <wp:inline xmlns:a="http://schemas.openxmlformats.org/drawingml/2006/main" xmlns:pic="http://schemas.openxmlformats.org/drawingml/2006/picture">
            <wp:extent cx="1296868" cy="1031711"/>
            <wp:docPr id="10" name="Picture 10"/>
            <wp:cNvGraphicFramePr>
              <a:graphicFrameLocks noChangeAspect="1"/>
            </wp:cNvGraphicFramePr>
            <a:graphic>
              <a:graphicData uri="http://schemas.openxmlformats.org/drawingml/2006/picture">
                <pic:pic>
                  <pic:nvPicPr>
                    <pic:cNvPr id="0" name="q23-1@300dpi.png"/>
                    <pic:cNvPicPr/>
                  </pic:nvPicPr>
                  <pic:blipFill>
                    <a:blip r:embed="rId13"/>
                    <a:stretch>
                      <a:fillRect/>
                    </a:stretch>
                  </pic:blipFill>
                  <pic:spPr>
                    <a:xfrm>
                      <a:off x="0" y="0"/>
                      <a:ext cx="1296868" cy="103171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3/4　　(C) (√(2))/2　　(D) (√(3))/2　　(E) (√(3))/3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若一个多边形不自交，则称其为“简单”多边形。简单四边形 ABCD 的边 AB、BC 和 CD 的长度分别为 4、5 和 20。若顶点 B 和 C 处的内角均为钝角，且 sin C=-cos B=3/5，则边 AD 的长度为多少？</w:t>
      </w:r>
    </w:p>
    <w:p>
      <w:pPr>
        <w:spacing w:before="0" w:after="120" w:line="300" w:lineRule="auto"/>
      </w:pPr>
      <w:r>
        <w:rPr>
          <w:rFonts w:ascii="Times New Roman" w:hAnsi="Times New Roman" w:eastAsia="宋体"/>
          <w:b w:val="0"/>
          <w:i w:val="0"/>
          <w:sz w:val="21"/>
        </w:rPr>
        <w:t>（A）24　　（B）24.5　　（C）24.6　　（D）24.8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polygon is called “simple” if it is not self-intersecting. Sides AB, BC, and CD of simple quadrilateral ABCD have lengths 4, 5, and 20, respectively. If vertex angles B and C are obtuse and sin C=-cos B=3/5, then side AD has length</w:t>
      </w:r>
    </w:p>
    <w:p>
      <w:pPr>
        <w:spacing w:before="0" w:after="160" w:line="300" w:lineRule="auto"/>
      </w:pPr>
      <w:r>
        <w:rPr>
          <w:rFonts w:ascii="Times New Roman" w:hAnsi="Times New Roman" w:eastAsia="宋体"/>
          <w:b w:val="0"/>
          <w:i w:val="0"/>
          <w:color w:val="333333"/>
          <w:sz w:val="19"/>
        </w:rPr>
        <w:t>(A) 24　　(B) 24.5　　(C) 24.6　　(D) 24.8　　(E) 25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用 x+1/2 除多项式 x⁸ 时，商与余数分别为 q₁(x) 和 r₁；再用 x+1/2 除 q₁(x) 时，商与余数分别为 q₂(x) 和 r₂。那么 r₂ 等于</w:t>
      </w:r>
    </w:p>
    <w:p>
      <w:pPr>
        <w:spacing w:before="0" w:after="120" w:line="300" w:lineRule="auto"/>
      </w:pPr>
      <w:r>
        <w:rPr>
          <w:rFonts w:ascii="Times New Roman" w:hAnsi="Times New Roman" w:eastAsia="宋体"/>
          <w:b w:val="0"/>
          <w:i w:val="0"/>
          <w:sz w:val="21"/>
        </w:rPr>
        <w:t>（A）1/256　　（B）-1/16　　（C）1　　（D）-16　　（E）256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q₁(x) and r₁ are the quotient and remainder, respectively, when the polynomial x⁸ is divided by x+1/2, and if q₂(x) and r₂ are the quotient and remainder, respectively, when q₁(x) is divided by x+1/2, then r₂ equals</w:t>
      </w:r>
    </w:p>
    <w:p>
      <w:pPr>
        <w:spacing w:before="0" w:after="160" w:line="300" w:lineRule="auto"/>
      </w:pPr>
      <w:r>
        <w:rPr>
          <w:rFonts w:ascii="Times New Roman" w:hAnsi="Times New Roman" w:eastAsia="宋体"/>
          <w:b w:val="0"/>
          <w:i w:val="0"/>
          <w:color w:val="333333"/>
          <w:sz w:val="19"/>
        </w:rPr>
        <w:t>(A) 1/256　　(B) -1/16　　(C) 1　　(D) -16　　(E) 256</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函数 f 对每一对实数 x、y 都满足函数方程</w:t>
      </w:r>
    </w:p>
    <w:p>
      <w:pPr>
        <w:spacing w:before="0" w:after="80" w:line="300" w:lineRule="auto"/>
        <w:jc w:val="left"/>
      </w:pPr>
      <w:r>
        <w:rPr>
          <w:rFonts w:ascii="Times New Roman" w:hAnsi="Times New Roman" w:eastAsia="宋体"/>
          <w:b w:val="0"/>
          <w:i w:val="0"/>
          <w:sz w:val="21"/>
        </w:rPr>
        <w:t>f(x)+f(y)=f(x+y)-xy-1。</w:t>
      </w:r>
    </w:p>
    <w:p>
      <w:pPr>
        <w:spacing w:before="0" w:after="80" w:line="300" w:lineRule="auto"/>
        <w:jc w:val="left"/>
      </w:pPr>
      <w:r>
        <w:rPr>
          <w:rFonts w:ascii="Times New Roman" w:hAnsi="Times New Roman" w:eastAsia="宋体"/>
          <w:b w:val="0"/>
          <w:i w:val="0"/>
          <w:sz w:val="21"/>
        </w:rPr>
        <w:t>若 f(1)=1，则满足 n≠1 且 f(n)=n 的整数有多少个？</w:t>
      </w:r>
    </w:p>
    <w:p>
      <w:pPr>
        <w:spacing w:before="0" w:after="120" w:line="300" w:lineRule="auto"/>
      </w:pPr>
      <w:r>
        <w:rPr>
          <w:rFonts w:ascii="Times New Roman" w:hAnsi="Times New Roman" w:eastAsia="宋体"/>
          <w:b w:val="0"/>
          <w:i w:val="0"/>
          <w:sz w:val="21"/>
        </w:rPr>
        <w:t>（A）0　　（B）1　　（C）2　　（D）3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function f satisfies the functional equation</w:t>
      </w:r>
    </w:p>
    <w:p>
      <w:pPr>
        <w:spacing w:before="0" w:after="80" w:line="300" w:lineRule="auto"/>
        <w:jc w:val="left"/>
      </w:pPr>
      <w:r>
        <w:rPr>
          <w:rFonts w:ascii="Times New Roman" w:hAnsi="Times New Roman" w:eastAsia="宋体"/>
          <w:b w:val="0"/>
          <w:i w:val="0"/>
          <w:color w:val="333333"/>
          <w:sz w:val="19"/>
        </w:rPr>
        <w:t>f(x)+f(y)=f(x+y)-xy-1</w:t>
      </w:r>
    </w:p>
    <w:p>
      <w:pPr>
        <w:spacing w:before="0" w:after="80" w:line="300" w:lineRule="auto"/>
        <w:jc w:val="left"/>
      </w:pPr>
      <w:r>
        <w:rPr>
          <w:rFonts w:ascii="Times New Roman" w:hAnsi="Times New Roman" w:eastAsia="宋体"/>
          <w:b w:val="0"/>
          <w:i w:val="0"/>
          <w:color w:val="333333"/>
          <w:sz w:val="19"/>
        </w:rPr>
        <w:t>for every pair x, y of real numbers. If f(1)=1, then the number of integers n≠1 for which f(n)=n is</w:t>
      </w:r>
    </w:p>
    <w:p>
      <w:pPr>
        <w:spacing w:before="0" w:after="160" w:line="300" w:lineRule="auto"/>
      </w:pPr>
      <w:r>
        <w:rPr>
          <w:rFonts w:ascii="Times New Roman" w:hAnsi="Times New Roman" w:eastAsia="宋体"/>
          <w:b w:val="0"/>
          <w:i w:val="0"/>
          <w:color w:val="333333"/>
          <w:sz w:val="19"/>
        </w:rPr>
        <w:t>(A) 0　　(B) 1　　(C) 2　　(D) 3　　(E) infinite</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从所有整数有序对 (b,c) 中等可能地随机选取一对，其中两个整数的绝对值都不超过五。方程 x²+bx+c=0</w:t>
      </w:r>
      <w:r>
        <w:rPr>
          <w:rFonts w:ascii="Times New Roman" w:hAnsi="Times New Roman" w:eastAsia="宋体"/>
          <w:b w:val="0"/>
          <w:i/>
          <w:sz w:val="21"/>
        </w:rPr>
        <w:t>没有</w:t>
      </w:r>
      <w:r>
        <w:rPr>
          <w:rFonts w:ascii="Times New Roman" w:hAnsi="Times New Roman" w:eastAsia="宋体"/>
          <w:b w:val="0"/>
          <w:i w:val="0"/>
          <w:sz w:val="21"/>
        </w:rPr>
        <w:t>两个不同的正实根的概率是多少？</w:t>
      </w:r>
    </w:p>
    <w:p>
      <w:pPr>
        <w:spacing w:before="0" w:after="120" w:line="300" w:lineRule="auto"/>
      </w:pPr>
      <w:r>
        <w:rPr>
          <w:rFonts w:ascii="Times New Roman" w:hAnsi="Times New Roman" w:eastAsia="宋体"/>
          <w:b w:val="0"/>
          <w:i w:val="0"/>
          <w:sz w:val="21"/>
        </w:rPr>
        <w:t>（A）106/121　　（B）108/121　　（C）110/121　　（D）112/121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ordered pair (b,c) of integers, each of which has absolute value less than or equal to five, is chosen at random, with each such ordered pair having an equal likelihood of being chosen. What is the probability that the equation x²+bx+c=0 will</w:t>
      </w:r>
      <w:r>
        <w:rPr>
          <w:rFonts w:ascii="Times New Roman" w:hAnsi="Times New Roman" w:eastAsia="宋体"/>
          <w:b w:val="0"/>
          <w:i/>
          <w:color w:val="333333"/>
          <w:sz w:val="19"/>
        </w:rPr>
        <w:t>not</w:t>
      </w:r>
      <w:r>
        <w:rPr>
          <w:rFonts w:ascii="Times New Roman" w:hAnsi="Times New Roman" w:eastAsia="宋体"/>
          <w:b w:val="0"/>
          <w:i w:val="0"/>
          <w:color w:val="333333"/>
          <w:sz w:val="19"/>
        </w:rPr>
        <w:t>have distinct positive real roots?</w:t>
      </w:r>
    </w:p>
    <w:p>
      <w:pPr>
        <w:spacing w:before="0" w:after="160" w:line="300" w:lineRule="auto"/>
      </w:pPr>
      <w:r>
        <w:rPr>
          <w:rFonts w:ascii="Times New Roman" w:hAnsi="Times New Roman" w:eastAsia="宋体"/>
          <w:b w:val="0"/>
          <w:i w:val="0"/>
          <w:color w:val="333333"/>
          <w:sz w:val="19"/>
        </w:rPr>
        <w:t>(A) 106/121　　(B) 108/121　　(C) 110/121　　(D) 112/121　　(E) none of these</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以 A、B 和 C 为圆心的三个圆半径均为 r，其中 1&lt; r&lt;2。任意两个圆心之间的距离都是 2。设 B' 是圆 A 与圆 C 位于圆 B 外部的交点，C' 是圆 A 与圆 B 位于圆 C 外部的交点，则 B'C' 的长度等于</w:t>
      </w:r>
    </w:p>
    <w:p>
      <w:pPr>
        <w:spacing w:before="80" w:after="80"/>
        <w:jc w:val="center"/>
      </w:pPr>
      <w:r>
        <w:drawing>
          <wp:inline xmlns:a="http://schemas.openxmlformats.org/drawingml/2006/main" xmlns:pic="http://schemas.openxmlformats.org/drawingml/2006/picture">
            <wp:extent cx="976730" cy="890539"/>
            <wp:docPr id="11" name="Picture 11"/>
            <wp:cNvGraphicFramePr>
              <a:graphicFrameLocks noChangeAspect="1"/>
            </wp:cNvGraphicFramePr>
            <a:graphic>
              <a:graphicData uri="http://schemas.openxmlformats.org/drawingml/2006/picture">
                <pic:pic>
                  <pic:nvPicPr>
                    <pic:cNvPr id="0" name="q28-1@300dpi.png"/>
                    <pic:cNvPicPr/>
                  </pic:nvPicPr>
                  <pic:blipFill>
                    <a:blip r:embed="rId14"/>
                    <a:stretch>
                      <a:fillRect/>
                    </a:stretch>
                  </pic:blipFill>
                  <pic:spPr>
                    <a:xfrm>
                      <a:off x="0" y="0"/>
                      <a:ext cx="976730" cy="890539"/>
                    </a:xfrm>
                    <a:prstGeom prst="rect"/>
                  </pic:spPr>
                </pic:pic>
              </a:graphicData>
            </a:graphic>
          </wp:inline>
        </w:drawing>
      </w:r>
    </w:p>
    <w:p>
      <w:pPr>
        <w:spacing w:before="0" w:after="120" w:line="300" w:lineRule="auto"/>
      </w:pPr>
      <w:r>
        <w:rPr>
          <w:rFonts w:ascii="Times New Roman" w:hAnsi="Times New Roman" w:eastAsia="宋体"/>
          <w:b w:val="0"/>
          <w:i w:val="0"/>
          <w:sz w:val="21"/>
        </w:rPr>
        <w:t>（A）3r-2　　（B）r²　　（C）r+√(3(r-1))　　（D）1+√(3(r²-1))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with centers A, B, and C each have radius r, where 1&lt; r&lt;2. The distance between each pair of centers is 2. If B' is the point of intersection of circle A and circle C which is outside circle B, and if C' is the point of intersection of circle A and circle B which is outside circle C, then length B'C' equals</w:t>
      </w:r>
    </w:p>
    <w:p>
      <w:pPr>
        <w:spacing w:before="80" w:after="80"/>
        <w:jc w:val="center"/>
      </w:pPr>
      <w:r>
        <w:drawing>
          <wp:inline xmlns:a="http://schemas.openxmlformats.org/drawingml/2006/main" xmlns:pic="http://schemas.openxmlformats.org/drawingml/2006/picture">
            <wp:extent cx="976730" cy="890539"/>
            <wp:docPr id="12" name="Picture 12"/>
            <wp:cNvGraphicFramePr>
              <a:graphicFrameLocks noChangeAspect="1"/>
            </wp:cNvGraphicFramePr>
            <a:graphic>
              <a:graphicData uri="http://schemas.openxmlformats.org/drawingml/2006/picture">
                <pic:pic>
                  <pic:nvPicPr>
                    <pic:cNvPr id="0" name="q28-1@300dpi.png"/>
                    <pic:cNvPicPr/>
                  </pic:nvPicPr>
                  <pic:blipFill>
                    <a:blip r:embed="rId14"/>
                    <a:stretch>
                      <a:fillRect/>
                    </a:stretch>
                  </pic:blipFill>
                  <pic:spPr>
                    <a:xfrm>
                      <a:off x="0" y="0"/>
                      <a:ext cx="976730" cy="89053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3r-2　　(B) r²　　(C) r+√(3(r-1))　　(D) 1+√(3(r²-1))　　(E) none of these</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对于每个正数 x，定义</w:t>
      </w:r>
    </w:p>
    <w:p>
      <w:pPr>
        <w:spacing w:before="0" w:after="80" w:line="300" w:lineRule="auto"/>
        <w:jc w:val="left"/>
      </w:pPr>
      <w:r>
        <w:rPr>
          <w:rFonts w:ascii="Times New Roman" w:hAnsi="Times New Roman" w:eastAsia="宋体"/>
          <w:b w:val="0"/>
          <w:i w:val="0"/>
          <w:sz w:val="21"/>
        </w:rPr>
        <w:t>f(x)= /</w:t>
      </w:r>
    </w:p>
    <w:p>
      <w:pPr>
        <w:spacing w:before="0" w:after="80" w:line="300" w:lineRule="auto"/>
        <w:jc w:val="left"/>
      </w:pPr>
      <w:r>
        <w:rPr>
          <w:rFonts w:ascii="Times New Roman" w:hAnsi="Times New Roman" w:eastAsia="宋体"/>
          <w:b w:val="0"/>
          <w:i w:val="0"/>
          <w:sz w:val="21"/>
        </w:rPr>
        <w:t>(x+1/x)⁶</w:t>
      </w:r>
    </w:p>
    <w:p>
      <w:pPr>
        <w:spacing w:before="0" w:after="80" w:line="300" w:lineRule="auto"/>
        <w:jc w:val="left"/>
      </w:pPr>
      <w:r>
        <w:rPr>
          <w:rFonts w:ascii="Times New Roman" w:hAnsi="Times New Roman" w:eastAsia="宋体"/>
          <w:b w:val="0"/>
          <w:i w:val="0"/>
          <w:sz w:val="21"/>
        </w:rPr>
        <w:t>-(x⁶+1/x⁶)-2</w:t>
      </w:r>
    </w:p>
    <w:p>
      <w:pPr>
        <w:spacing w:before="0" w:after="80" w:line="300" w:lineRule="auto"/>
        <w:jc w:val="left"/>
      </w:pPr>
      <w:r>
        <w:rPr>
          <w:rFonts w:ascii="Times New Roman" w:hAnsi="Times New Roman" w:eastAsia="宋体"/>
          <w:b w:val="0"/>
          <w:i w:val="0"/>
          <w:sz w:val="21"/>
        </w:rPr>
        <w:t>(x+1/x)³</w:t>
      </w:r>
    </w:p>
    <w:p>
      <w:pPr>
        <w:spacing w:before="0" w:after="80" w:line="300" w:lineRule="auto"/>
        <w:jc w:val="left"/>
      </w:pPr>
      <w:r>
        <w:rPr>
          <w:rFonts w:ascii="Times New Roman" w:hAnsi="Times New Roman" w:eastAsia="宋体"/>
          <w:b w:val="0"/>
          <w:i w:val="0"/>
          <w:sz w:val="21"/>
        </w:rPr>
        <w:t>+(x³+1/x³)</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 f(x) 的最小值为</w:t>
      </w:r>
    </w:p>
    <w:p>
      <w:pPr>
        <w:spacing w:before="0" w:after="120" w:line="300" w:lineRule="auto"/>
      </w:pPr>
      <w:r>
        <w:rPr>
          <w:rFonts w:ascii="Times New Roman" w:hAnsi="Times New Roman" w:eastAsia="宋体"/>
          <w:b w:val="0"/>
          <w:i w:val="0"/>
          <w:sz w:val="21"/>
        </w:rPr>
        <w:t>（A）1　　（B）2　　（C）3　　（D）4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positive number x, let</w:t>
      </w:r>
    </w:p>
    <w:p>
      <w:pPr>
        <w:spacing w:before="0" w:after="80" w:line="300" w:lineRule="auto"/>
        <w:jc w:val="left"/>
      </w:pPr>
      <w:r>
        <w:rPr>
          <w:rFonts w:ascii="Times New Roman" w:hAnsi="Times New Roman" w:eastAsia="宋体"/>
          <w:b w:val="0"/>
          <w:i w:val="0"/>
          <w:color w:val="333333"/>
          <w:sz w:val="19"/>
        </w:rPr>
        <w:t>f(x)= /</w:t>
      </w:r>
    </w:p>
    <w:p>
      <w:pPr>
        <w:spacing w:before="0" w:after="80" w:line="300" w:lineRule="auto"/>
        <w:jc w:val="left"/>
      </w:pPr>
      <w:r>
        <w:rPr>
          <w:rFonts w:ascii="Times New Roman" w:hAnsi="Times New Roman" w:eastAsia="宋体"/>
          <w:b w:val="0"/>
          <w:i w:val="0"/>
          <w:color w:val="333333"/>
          <w:sz w:val="19"/>
        </w:rPr>
        <w:t>(x+1/x)⁶</w:t>
      </w:r>
    </w:p>
    <w:p>
      <w:pPr>
        <w:spacing w:before="0" w:after="80" w:line="300" w:lineRule="auto"/>
        <w:jc w:val="left"/>
      </w:pPr>
      <w:r>
        <w:rPr>
          <w:rFonts w:ascii="Times New Roman" w:hAnsi="Times New Roman" w:eastAsia="宋体"/>
          <w:b w:val="0"/>
          <w:i w:val="0"/>
          <w:color w:val="333333"/>
          <w:sz w:val="19"/>
        </w:rPr>
        <w:t>-(x⁶+1/x⁶)-2</w:t>
      </w:r>
    </w:p>
    <w:p>
      <w:pPr>
        <w:spacing w:before="0" w:after="80" w:line="300" w:lineRule="auto"/>
        <w:jc w:val="left"/>
      </w:pPr>
      <w:r>
        <w:rPr>
          <w:rFonts w:ascii="Times New Roman" w:hAnsi="Times New Roman" w:eastAsia="宋体"/>
          <w:b w:val="0"/>
          <w:i w:val="0"/>
          <w:color w:val="333333"/>
          <w:sz w:val="19"/>
        </w:rPr>
        <w:t>(x+1/x)³</w:t>
      </w:r>
    </w:p>
    <w:p>
      <w:pPr>
        <w:spacing w:before="0" w:after="80" w:line="300" w:lineRule="auto"/>
        <w:jc w:val="left"/>
      </w:pPr>
      <w:r>
        <w:rPr>
          <w:rFonts w:ascii="Times New Roman" w:hAnsi="Times New Roman" w:eastAsia="宋体"/>
          <w:b w:val="0"/>
          <w:i w:val="0"/>
          <w:color w:val="333333"/>
          <w:sz w:val="19"/>
        </w:rPr>
        <w:t>+(x³+1/x³)</w:t>
      </w:r>
    </w:p>
    <w:p>
      <w:pPr>
        <w:spacing w:before="0" w:after="80" w:line="300" w:lineRule="auto"/>
        <w:jc w:val="left"/>
      </w:pP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The minimum value of f(x) is</w:t>
      </w:r>
    </w:p>
    <w:p>
      <w:pPr>
        <w:spacing w:before="0" w:after="160" w:line="300" w:lineRule="auto"/>
      </w:pPr>
      <w:r>
        <w:rPr>
          <w:rFonts w:ascii="Times New Roman" w:hAnsi="Times New Roman" w:eastAsia="宋体"/>
          <w:b w:val="0"/>
          <w:i w:val="0"/>
          <w:color w:val="333333"/>
          <w:sz w:val="19"/>
        </w:rPr>
        <w:t>(A) 1　　(B) 2　　(C) 3　　(D) 4　　(E) 6</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在 △ ABC 中，E 是边 BC 的中点，D 位于边 AC 上。若 AC 的长度为 1，且 ∠ BAC=60°、∠ ABC=100°、∠ ACB=20°、∠ DEC=80°，则 △ ABC 的面积加上 △ CDE 面积的两倍等于</w:t>
      </w:r>
    </w:p>
    <w:p>
      <w:pPr>
        <w:spacing w:before="80" w:after="80"/>
        <w:jc w:val="center"/>
      </w:pPr>
      <w:r>
        <w:drawing>
          <wp:inline xmlns:a="http://schemas.openxmlformats.org/drawingml/2006/main" xmlns:pic="http://schemas.openxmlformats.org/drawingml/2006/picture">
            <wp:extent cx="2176288" cy="825884"/>
            <wp:docPr id="13" name="Picture 13"/>
            <wp:cNvGraphicFramePr>
              <a:graphicFrameLocks noChangeAspect="1"/>
            </wp:cNvGraphicFramePr>
            <a:graphic>
              <a:graphicData uri="http://schemas.openxmlformats.org/drawingml/2006/picture">
                <pic:pic>
                  <pic:nvPicPr>
                    <pic:cNvPr id="0" name="q30-1@300dpi.png"/>
                    <pic:cNvPicPr/>
                  </pic:nvPicPr>
                  <pic:blipFill>
                    <a:blip r:embed="rId15"/>
                    <a:stretch>
                      <a:fillRect/>
                    </a:stretch>
                  </pic:blipFill>
                  <pic:spPr>
                    <a:xfrm>
                      <a:off x="0" y="0"/>
                      <a:ext cx="2176288" cy="825884"/>
                    </a:xfrm>
                    <a:prstGeom prst="rect"/>
                  </pic:spPr>
                </pic:pic>
              </a:graphicData>
            </a:graphic>
          </wp:inline>
        </w:drawing>
      </w:r>
    </w:p>
    <w:p>
      <w:pPr>
        <w:spacing w:before="0" w:after="120" w:line="300" w:lineRule="auto"/>
      </w:pPr>
      <w:r>
        <w:rPr>
          <w:rFonts w:ascii="Times New Roman" w:hAnsi="Times New Roman" w:eastAsia="宋体"/>
          <w:b w:val="0"/>
          <w:i w:val="0"/>
          <w:sz w:val="21"/>
        </w:rPr>
        <w:t>（A）1/4cos10°　　（B）(√(3))/8　　（C）1/4cos40°　　（D）1/4cos50°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E is the midpoint of side BC and D is on side AC. If the length of AC is 1 and ∠ BAC=60°, ∠ ABC=100°, ∠ ACB=20°, and ∠ DEC=80°, then the area of △ ABC plus twice the area of △ CDE equals</w:t>
      </w:r>
    </w:p>
    <w:p>
      <w:pPr>
        <w:spacing w:before="80" w:after="80"/>
        <w:jc w:val="center"/>
      </w:pPr>
      <w:r>
        <w:drawing>
          <wp:inline xmlns:a="http://schemas.openxmlformats.org/drawingml/2006/main" xmlns:pic="http://schemas.openxmlformats.org/drawingml/2006/picture">
            <wp:extent cx="2176288" cy="825884"/>
            <wp:docPr id="14" name="Picture 14"/>
            <wp:cNvGraphicFramePr>
              <a:graphicFrameLocks noChangeAspect="1"/>
            </wp:cNvGraphicFramePr>
            <a:graphic>
              <a:graphicData uri="http://schemas.openxmlformats.org/drawingml/2006/picture">
                <pic:pic>
                  <pic:nvPicPr>
                    <pic:cNvPr id="0" name="q30-1@300dpi.png"/>
                    <pic:cNvPicPr/>
                  </pic:nvPicPr>
                  <pic:blipFill>
                    <a:blip r:embed="rId15"/>
                    <a:stretch>
                      <a:fillRect/>
                    </a:stretch>
                  </pic:blipFill>
                  <pic:spPr>
                    <a:xfrm>
                      <a:off x="0" y="0"/>
                      <a:ext cx="2176288" cy="82588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1/4cos10°　　(B) (√(3))/8　　(C) 1/4cos40°　　(D) 1/4cos50°　　(E) 1/8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D　C　E　D　A　E　C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B　B　A　C　E　E　C　C</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A　C　B　A　C　E　B　B　E</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D　E　B</w:t>
      </w:r>
    </w:p>
    <w:p>
      <w:pPr>
        <w:spacing w:before="0" w:after="200" w:line="300" w:lineRule="auto"/>
      </w:pPr>
      <w:r>
        <w:rPr>
          <w:rFonts w:ascii="Times New Roman" w:hAnsi="Times New Roman" w:eastAsia="宋体"/>
          <w:b w:val="0"/>
          <w:i w:val="0"/>
          <w:color w:val="666666"/>
          <w:sz w:val="18"/>
        </w:rPr>
        <w:t>答案串：DDCEDAECEDBBACEECCACBACEBBEDEB</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矩形 DEFG 的两条边长分别是矩形 ABCD 相应边长的一半。因此，它的面积是 72 的 (1/2)(1/2)=1/4，即 18。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 lengths of DEFG are one half the corresponding side lengths of ABCD. Its area is therefore (1/2)(1/2)=1/4 of 72, which is 18.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我们有</w:t>
      </w:r>
    </w:p>
    <w:p>
      <w:pPr>
        <w:spacing w:before="0" w:after="80" w:line="300" w:lineRule="auto"/>
        <w:jc w:val="left"/>
      </w:pPr>
      <w:r>
        <w:rPr>
          <w:rFonts w:ascii="Times New Roman" w:hAnsi="Times New Roman" w:eastAsia="宋体"/>
          <w:b w:val="0"/>
          <w:i w:val="0"/>
          <w:sz w:val="21"/>
        </w:rPr>
        <w:t>1/x-1/y=y-x/xy</w:t>
      </w:r>
    </w:p>
    <w:p>
      <w:pPr>
        <w:spacing w:before="0" w:after="80" w:line="300" w:lineRule="auto"/>
        <w:jc w:val="left"/>
      </w:pPr>
      <w:r>
        <w:rPr>
          <w:rFonts w:ascii="Times New Roman" w:hAnsi="Times New Roman" w:eastAsia="宋体"/>
          <w:b w:val="0"/>
          <w:i w:val="0"/>
          <w:sz w:val="21"/>
        </w:rPr>
        <w:t>=-x-y/xy</w:t>
      </w:r>
    </w:p>
    <w:p>
      <w:pPr>
        <w:spacing w:before="0" w:after="80" w:line="300" w:lineRule="auto"/>
        <w:jc w:val="left"/>
      </w:pPr>
      <w:r>
        <w:rPr>
          <w:rFonts w:ascii="Times New Roman" w:hAnsi="Times New Roman" w:eastAsia="宋体"/>
          <w:b w:val="0"/>
          <w:i w:val="0"/>
          <w:sz w:val="21"/>
        </w:rPr>
        <w:t>=-1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x-y=xy。</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1/x-1/y=y-x/xy</w:t>
      </w:r>
    </w:p>
    <w:p>
      <w:pPr>
        <w:spacing w:before="0" w:after="80" w:line="300" w:lineRule="auto"/>
        <w:jc w:val="left"/>
      </w:pPr>
      <w:r>
        <w:rPr>
          <w:rFonts w:ascii="Times New Roman" w:hAnsi="Times New Roman" w:eastAsia="宋体"/>
          <w:b w:val="0"/>
          <w:i w:val="0"/>
          <w:color w:val="333333"/>
          <w:sz w:val="19"/>
        </w:rPr>
        <w:t>=-x-y/xy</w:t>
      </w:r>
    </w:p>
    <w:p>
      <w:pPr>
        <w:spacing w:before="0" w:after="80" w:line="300" w:lineRule="auto"/>
        <w:jc w:val="left"/>
      </w:pPr>
      <w:r>
        <w:rPr>
          <w:rFonts w:ascii="Times New Roman" w:hAnsi="Times New Roman" w:eastAsia="宋体"/>
          <w:b w:val="0"/>
          <w:i w:val="0"/>
          <w:color w:val="333333"/>
          <w:sz w:val="19"/>
        </w:rPr>
        <w:t>=-1,</w:t>
      </w:r>
    </w:p>
    <w:p>
      <w:pPr>
        <w:spacing w:before="0" w:after="80" w:line="300" w:lineRule="auto"/>
        <w:jc w:val="left"/>
      </w:pPr>
      <w:r>
        <w:rPr>
          <w:rFonts w:ascii="Times New Roman" w:hAnsi="Times New Roman" w:eastAsia="宋体"/>
          <w:b w:val="0"/>
          <w:i w:val="0"/>
          <w:color w:val="333333"/>
          <w:sz w:val="19"/>
        </w:rPr>
        <w:t>because x-y=xy.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由正方形和等边三角形可得 DA=AB=AE。此外，</w:t>
      </w:r>
    </w:p>
    <w:p>
      <w:pPr>
        <w:spacing w:before="0" w:after="80" w:line="300" w:lineRule="auto"/>
        <w:jc w:val="left"/>
      </w:pPr>
      <w:r>
        <w:rPr>
          <w:rFonts w:ascii="Times New Roman" w:hAnsi="Times New Roman" w:eastAsia="宋体"/>
          <w:b w:val="0"/>
          <w:i w:val="0"/>
          <w:sz w:val="21"/>
        </w:rPr>
        <w:t>∠ DAE =∠ DAB+∠ BAE</w:t>
      </w:r>
    </w:p>
    <w:p>
      <w:pPr>
        <w:spacing w:before="0" w:after="80" w:line="300" w:lineRule="auto"/>
        <w:jc w:val="left"/>
      </w:pPr>
      <w:r>
        <w:rPr>
          <w:rFonts w:ascii="Times New Roman" w:hAnsi="Times New Roman" w:eastAsia="宋体"/>
          <w:b w:val="0"/>
          <w:i w:val="0"/>
          <w:sz w:val="21"/>
        </w:rPr>
        <w:t>=90°+60°</w:t>
      </w:r>
    </w:p>
    <w:p>
      <w:pPr>
        <w:spacing w:before="0" w:after="80" w:line="300" w:lineRule="auto"/>
        <w:jc w:val="left"/>
      </w:pPr>
      <w:r>
        <w:rPr>
          <w:rFonts w:ascii="Times New Roman" w:hAnsi="Times New Roman" w:eastAsia="宋体"/>
          <w:b w:val="0"/>
          <w:i w:val="0"/>
          <w:sz w:val="21"/>
        </w:rPr>
        <w:t>=150°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DAE 是等腰三角形，每个底角都是 (180°-150°)/2=15°。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and equilateral triangle give DA=AB=AE. Also</w:t>
      </w:r>
    </w:p>
    <w:p>
      <w:pPr>
        <w:spacing w:before="0" w:after="80" w:line="300" w:lineRule="auto"/>
        <w:jc w:val="left"/>
      </w:pPr>
      <w:r>
        <w:rPr>
          <w:rFonts w:ascii="Times New Roman" w:hAnsi="Times New Roman" w:eastAsia="宋体"/>
          <w:b w:val="0"/>
          <w:i w:val="0"/>
          <w:color w:val="333333"/>
          <w:sz w:val="19"/>
        </w:rPr>
        <w:t>∠ DAE =∠ DAB+∠ BAE</w:t>
      </w:r>
    </w:p>
    <w:p>
      <w:pPr>
        <w:spacing w:before="0" w:after="80" w:line="300" w:lineRule="auto"/>
        <w:jc w:val="left"/>
      </w:pPr>
      <w:r>
        <w:rPr>
          <w:rFonts w:ascii="Times New Roman" w:hAnsi="Times New Roman" w:eastAsia="宋体"/>
          <w:b w:val="0"/>
          <w:i w:val="0"/>
          <w:color w:val="333333"/>
          <w:sz w:val="19"/>
        </w:rPr>
        <w:t>=90°+60°</w:t>
      </w:r>
    </w:p>
    <w:p>
      <w:pPr>
        <w:spacing w:before="0" w:after="80" w:line="300" w:lineRule="auto"/>
        <w:jc w:val="left"/>
      </w:pPr>
      <w:r>
        <w:rPr>
          <w:rFonts w:ascii="Times New Roman" w:hAnsi="Times New Roman" w:eastAsia="宋体"/>
          <w:b w:val="0"/>
          <w:i w:val="0"/>
          <w:color w:val="333333"/>
          <w:sz w:val="19"/>
        </w:rPr>
        <w:t>=150°.</w:t>
      </w:r>
    </w:p>
    <w:p>
      <w:pPr>
        <w:spacing w:before="0" w:after="80" w:line="300" w:lineRule="auto"/>
        <w:jc w:val="left"/>
      </w:pPr>
      <w:r>
        <w:rPr>
          <w:rFonts w:ascii="Times New Roman" w:hAnsi="Times New Roman" w:eastAsia="宋体"/>
          <w:b w:val="0"/>
          <w:i w:val="0"/>
          <w:color w:val="333333"/>
          <w:sz w:val="19"/>
        </w:rPr>
        <w:t>Thus △ DAE is isosceles, and each base angle is (180°-150°)/2=15°.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从内向外展开，得到</w:t>
      </w:r>
    </w:p>
    <w:p>
      <w:pPr>
        <w:spacing w:before="0" w:after="80" w:line="300" w:lineRule="auto"/>
        <w:jc w:val="left"/>
      </w:pPr>
      <w:r>
        <w:rPr>
          <w:rFonts w:ascii="Times New Roman" w:hAnsi="Times New Roman" w:eastAsia="宋体"/>
          <w:b w:val="0"/>
          <w:i w:val="0"/>
          <w:sz w:val="21"/>
        </w:rPr>
        <w:t>x[x{x(2-x)-4}+10]+1</w:t>
      </w:r>
    </w:p>
    <w:p>
      <w:pPr>
        <w:spacing w:before="0" w:after="80" w:line="300" w:lineRule="auto"/>
        <w:jc w:val="left"/>
      </w:pPr>
      <w:r>
        <w:rPr>
          <w:rFonts w:ascii="Times New Roman" w:hAnsi="Times New Roman" w:eastAsia="宋体"/>
          <w:b w:val="0"/>
          <w:i w:val="0"/>
          <w:sz w:val="21"/>
        </w:rPr>
        <w:t>=x[x(2x-x²-4)+10]+1</w:t>
      </w:r>
    </w:p>
    <w:p>
      <w:pPr>
        <w:spacing w:before="0" w:after="80" w:line="300" w:lineRule="auto"/>
        <w:jc w:val="left"/>
      </w:pPr>
      <w:r>
        <w:rPr>
          <w:rFonts w:ascii="Times New Roman" w:hAnsi="Times New Roman" w:eastAsia="宋体"/>
          <w:b w:val="0"/>
          <w:i w:val="0"/>
          <w:sz w:val="21"/>
        </w:rPr>
        <w:t>=-x⁴+2x³-4x²</w:t>
      </w:r>
    </w:p>
    <w:p>
      <w:pPr>
        <w:spacing w:before="0" w:after="80" w:line="300" w:lineRule="auto"/>
        <w:jc w:val="left"/>
      </w:pPr>
      <w:r>
        <w:rPr>
          <w:rFonts w:ascii="Times New Roman" w:hAnsi="Times New Roman" w:eastAsia="宋体"/>
          <w:b w:val="0"/>
          <w:i w:val="0"/>
          <w:sz w:val="21"/>
        </w:rPr>
        <w:t>+10x+1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from the inside gives</w:t>
      </w:r>
    </w:p>
    <w:p>
      <w:pPr>
        <w:spacing w:before="0" w:after="80" w:line="300" w:lineRule="auto"/>
        <w:jc w:val="left"/>
      </w:pPr>
      <w:r>
        <w:rPr>
          <w:rFonts w:ascii="Times New Roman" w:hAnsi="Times New Roman" w:eastAsia="宋体"/>
          <w:b w:val="0"/>
          <w:i w:val="0"/>
          <w:color w:val="333333"/>
          <w:sz w:val="19"/>
        </w:rPr>
        <w:t>x[x{x(2-x)-4}+10]+1</w:t>
      </w:r>
    </w:p>
    <w:p>
      <w:pPr>
        <w:spacing w:before="0" w:after="80" w:line="300" w:lineRule="auto"/>
        <w:jc w:val="left"/>
      </w:pPr>
      <w:r>
        <w:rPr>
          <w:rFonts w:ascii="Times New Roman" w:hAnsi="Times New Roman" w:eastAsia="宋体"/>
          <w:b w:val="0"/>
          <w:i w:val="0"/>
          <w:color w:val="333333"/>
          <w:sz w:val="19"/>
        </w:rPr>
        <w:t>=x[x(2x-x²-4)+10]+1</w:t>
      </w:r>
    </w:p>
    <w:p>
      <w:pPr>
        <w:spacing w:before="0" w:after="80" w:line="300" w:lineRule="auto"/>
        <w:jc w:val="left"/>
      </w:pPr>
      <w:r>
        <w:rPr>
          <w:rFonts w:ascii="Times New Roman" w:hAnsi="Times New Roman" w:eastAsia="宋体"/>
          <w:b w:val="0"/>
          <w:i w:val="0"/>
          <w:color w:val="333333"/>
          <w:sz w:val="19"/>
        </w:rPr>
        <w:t>=-x⁴+2x³-4x²</w:t>
      </w:r>
    </w:p>
    <w:p>
      <w:pPr>
        <w:spacing w:before="0" w:after="80" w:line="300" w:lineRule="auto"/>
        <w:jc w:val="left"/>
      </w:pPr>
      <w:r>
        <w:rPr>
          <w:rFonts w:ascii="Times New Roman" w:hAnsi="Times New Roman" w:eastAsia="宋体"/>
          <w:b w:val="0"/>
          <w:i w:val="0"/>
          <w:color w:val="333333"/>
          <w:sz w:val="19"/>
        </w:rPr>
        <w:t>+10x+1.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相同的百位数字与个位数字必须是偶数。最大的非零偶数数字是 8，十位数字可以取 9。因此最大的数是 898，其各位数字之和为 8+9+8=25。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equal hundreds and units digit must be even. The largest possible nonzero such digit is 8, and the tens digit can be 9. Thus the largest number is 898, whose digit sum is 8+9+8=25.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每个分子都比分母大一，因此原式为</w:t>
      </w:r>
    </w:p>
    <w:p>
      <w:pPr>
        <w:spacing w:before="0" w:after="80" w:line="300" w:lineRule="auto"/>
        <w:jc w:val="left"/>
      </w:pPr>
      <w:r>
        <w:rPr>
          <w:rFonts w:ascii="Times New Roman" w:hAnsi="Times New Roman" w:eastAsia="宋体"/>
          <w:b w:val="0"/>
          <w:i w:val="0"/>
          <w:sz w:val="21"/>
        </w:rPr>
        <w:t>6+biggl(1/2+1/4+1/8</w:t>
      </w:r>
    </w:p>
    <w:p>
      <w:pPr>
        <w:spacing w:before="0" w:after="80" w:line="300" w:lineRule="auto"/>
        <w:jc w:val="left"/>
      </w:pPr>
      <w:r>
        <w:rPr>
          <w:rFonts w:ascii="Times New Roman" w:hAnsi="Times New Roman" w:eastAsia="宋体"/>
          <w:b w:val="0"/>
          <w:i w:val="0"/>
          <w:sz w:val="21"/>
        </w:rPr>
        <w:t>+1/16+1/32+1/64biggr)-7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括号内的等比数列之和为 1-1/64=63/64。所以原式的值为 6+63/64-7=-1/64。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numerator is one more than its denominator, so the expression is</w:t>
      </w:r>
    </w:p>
    <w:p>
      <w:pPr>
        <w:spacing w:before="0" w:after="80" w:line="300" w:lineRule="auto"/>
        <w:jc w:val="left"/>
      </w:pPr>
      <w:r>
        <w:rPr>
          <w:rFonts w:ascii="Times New Roman" w:hAnsi="Times New Roman" w:eastAsia="宋体"/>
          <w:b w:val="0"/>
          <w:i w:val="0"/>
          <w:color w:val="333333"/>
          <w:sz w:val="19"/>
        </w:rPr>
        <w:t>6+biggl(1/2+1/4+1/8</w:t>
      </w:r>
    </w:p>
    <w:p>
      <w:pPr>
        <w:spacing w:before="0" w:after="80" w:line="300" w:lineRule="auto"/>
        <w:jc w:val="left"/>
      </w:pPr>
      <w:r>
        <w:rPr>
          <w:rFonts w:ascii="Times New Roman" w:hAnsi="Times New Roman" w:eastAsia="宋体"/>
          <w:b w:val="0"/>
          <w:i w:val="0"/>
          <w:color w:val="333333"/>
          <w:sz w:val="19"/>
        </w:rPr>
        <w:t>+1/16+1/32+1/64biggr)-7.</w:t>
      </w:r>
    </w:p>
    <w:p>
      <w:pPr>
        <w:spacing w:before="0" w:after="80" w:line="300" w:lineRule="auto"/>
        <w:jc w:val="left"/>
      </w:pPr>
      <w:r>
        <w:rPr>
          <w:rFonts w:ascii="Times New Roman" w:hAnsi="Times New Roman" w:eastAsia="宋体"/>
          <w:b w:val="0"/>
          <w:i w:val="0"/>
          <w:color w:val="333333"/>
          <w:sz w:val="19"/>
        </w:rPr>
        <w:t>The parenthesized geometric sum is 1-1/64=63/64. Therefore the value is 6+63/64-7=-1/64.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令 x=n²，其中 n≥0。下一个更大的完全平方数是</w:t>
      </w:r>
    </w:p>
    <w:p>
      <w:pPr>
        <w:spacing w:before="0" w:after="80" w:line="300" w:lineRule="auto"/>
        <w:jc w:val="left"/>
      </w:pPr>
      <w:r>
        <w:rPr>
          <w:rFonts w:ascii="Times New Roman" w:hAnsi="Times New Roman" w:eastAsia="宋体"/>
          <w:b w:val="0"/>
          <w:i w:val="0"/>
          <w:sz w:val="21"/>
        </w:rPr>
        <w:t>(n+1)²=n²+2n+1</w:t>
      </w:r>
    </w:p>
    <w:p>
      <w:pPr>
        <w:spacing w:before="0" w:after="80" w:line="300" w:lineRule="auto"/>
        <w:jc w:val="left"/>
      </w:pPr>
      <w:r>
        <w:rPr>
          <w:rFonts w:ascii="Times New Roman" w:hAnsi="Times New Roman" w:eastAsia="宋体"/>
          <w:b w:val="0"/>
          <w:i w:val="0"/>
          <w:sz w:val="21"/>
        </w:rPr>
        <w:t>=x+2√(x)+1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x=n² with n≥0. The next larger perfect square is</w:t>
      </w:r>
    </w:p>
    <w:p>
      <w:pPr>
        <w:spacing w:before="0" w:after="80" w:line="300" w:lineRule="auto"/>
        <w:jc w:val="left"/>
      </w:pPr>
      <w:r>
        <w:rPr>
          <w:rFonts w:ascii="Times New Roman" w:hAnsi="Times New Roman" w:eastAsia="宋体"/>
          <w:b w:val="0"/>
          <w:i w:val="0"/>
          <w:color w:val="333333"/>
          <w:sz w:val="19"/>
        </w:rPr>
        <w:t>(n+1)²=n²+2n+1</w:t>
      </w:r>
    </w:p>
    <w:p>
      <w:pPr>
        <w:spacing w:before="0" w:after="80" w:line="300" w:lineRule="auto"/>
        <w:jc w:val="left"/>
      </w:pPr>
      <w:r>
        <w:rPr>
          <w:rFonts w:ascii="Times New Roman" w:hAnsi="Times New Roman" w:eastAsia="宋体"/>
          <w:b w:val="0"/>
          <w:i w:val="0"/>
          <w:color w:val="333333"/>
          <w:sz w:val="19"/>
        </w:rPr>
        <w:t>=x+2√(x)+1.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两条射线与圆的交点所对应的方向角分别为 45° 和 135°，所以最小的有界区域是半径为 2 的圆的一个 90° 扇形。其面积为</w:t>
      </w:r>
    </w:p>
    <w:p>
      <w:pPr>
        <w:spacing w:before="0" w:after="80" w:line="300" w:lineRule="auto"/>
        <w:jc w:val="left"/>
      </w:pPr>
      <w:r>
        <w:rPr>
          <w:rFonts w:ascii="Times New Roman" w:hAnsi="Times New Roman" w:eastAsia="宋体"/>
          <w:b w:val="0"/>
          <w:i w:val="0"/>
          <w:sz w:val="21"/>
        </w:rPr>
        <w:t>(90°)/(360°)π(2)²=π。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rays meet the circle at angles 45° and 135°, so the smallest bounded region is a 90° sector of the radius-2 circle. Its area is</w:t>
      </w:r>
    </w:p>
    <w:p>
      <w:pPr>
        <w:spacing w:before="0" w:after="80" w:line="300" w:lineRule="auto"/>
        <w:jc w:val="left"/>
      </w:pPr>
      <w:r>
        <w:rPr>
          <w:rFonts w:ascii="Times New Roman" w:hAnsi="Times New Roman" w:eastAsia="宋体"/>
          <w:b w:val="0"/>
          <w:i w:val="0"/>
          <w:color w:val="333333"/>
          <w:sz w:val="19"/>
        </w:rPr>
        <w:t>(90°)/(360°)π(2)²=π.</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把两个根式都写成 2 的幂，得到</w:t>
      </w:r>
    </w:p>
    <w:p>
      <w:pPr>
        <w:spacing w:before="0" w:after="80" w:line="300" w:lineRule="auto"/>
        <w:jc w:val="left"/>
      </w:pPr>
      <w:r>
        <w:rPr>
          <w:rFonts w:ascii="Times New Roman" w:hAnsi="Times New Roman" w:eastAsia="宋体"/>
          <w:b w:val="0"/>
          <w:i w:val="0"/>
          <w:sz w:val="21"/>
        </w:rPr>
        <w:t>4^(1/3)8^(1/4) =2^(2/3)2^(3/4)</w:t>
      </w:r>
    </w:p>
    <w:p>
      <w:pPr>
        <w:spacing w:before="0" w:after="80" w:line="300" w:lineRule="auto"/>
        <w:jc w:val="left"/>
      </w:pPr>
      <w:r>
        <w:rPr>
          <w:rFonts w:ascii="Times New Roman" w:hAnsi="Times New Roman" w:eastAsia="宋体"/>
          <w:b w:val="0"/>
          <w:i w:val="0"/>
          <w:sz w:val="21"/>
        </w:rPr>
        <w:t>=2^(17/12)</w:t>
      </w:r>
    </w:p>
    <w:p>
      <w:pPr>
        <w:spacing w:before="0" w:after="80" w:line="300" w:lineRule="auto"/>
        <w:jc w:val="left"/>
      </w:pPr>
      <w:r>
        <w:rPr>
          <w:rFonts w:ascii="Times New Roman" w:hAnsi="Times New Roman" w:eastAsia="宋体"/>
          <w:b w:val="0"/>
          <w:i w:val="0"/>
          <w:sz w:val="21"/>
        </w:rPr>
        <w:t>=2¹²√(2⁵)</w:t>
      </w:r>
    </w:p>
    <w:p>
      <w:pPr>
        <w:spacing w:before="0" w:after="80" w:line="300" w:lineRule="auto"/>
        <w:jc w:val="left"/>
      </w:pPr>
      <w:r>
        <w:rPr>
          <w:rFonts w:ascii="Times New Roman" w:hAnsi="Times New Roman" w:eastAsia="宋体"/>
          <w:b w:val="0"/>
          <w:i w:val="0"/>
          <w:sz w:val="21"/>
        </w:rPr>
        <w:t>=2¹²√(32)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both radicals as powers of 2 gives</w:t>
      </w:r>
    </w:p>
    <w:p>
      <w:pPr>
        <w:spacing w:before="0" w:after="80" w:line="300" w:lineRule="auto"/>
        <w:jc w:val="left"/>
      </w:pPr>
      <w:r>
        <w:rPr>
          <w:rFonts w:ascii="Times New Roman" w:hAnsi="Times New Roman" w:eastAsia="宋体"/>
          <w:b w:val="0"/>
          <w:i w:val="0"/>
          <w:color w:val="333333"/>
          <w:sz w:val="19"/>
        </w:rPr>
        <w:t>4^(1/3)8^(1/4) =2^(2/3)2^(3/4)</w:t>
      </w:r>
    </w:p>
    <w:p>
      <w:pPr>
        <w:spacing w:before="0" w:after="80" w:line="300" w:lineRule="auto"/>
        <w:jc w:val="left"/>
      </w:pPr>
      <w:r>
        <w:rPr>
          <w:rFonts w:ascii="Times New Roman" w:hAnsi="Times New Roman" w:eastAsia="宋体"/>
          <w:b w:val="0"/>
          <w:i w:val="0"/>
          <w:color w:val="333333"/>
          <w:sz w:val="19"/>
        </w:rPr>
        <w:t>=2^(17/12)</w:t>
      </w:r>
    </w:p>
    <w:p>
      <w:pPr>
        <w:spacing w:before="0" w:after="80" w:line="300" w:lineRule="auto"/>
        <w:jc w:val="left"/>
      </w:pPr>
      <w:r>
        <w:rPr>
          <w:rFonts w:ascii="Times New Roman" w:hAnsi="Times New Roman" w:eastAsia="宋体"/>
          <w:b w:val="0"/>
          <w:i w:val="0"/>
          <w:color w:val="333333"/>
          <w:sz w:val="19"/>
        </w:rPr>
        <w:t>=2¹²√(2⁵)</w:t>
      </w:r>
    </w:p>
    <w:p>
      <w:pPr>
        <w:spacing w:before="0" w:after="80" w:line="300" w:lineRule="auto"/>
        <w:jc w:val="left"/>
      </w:pPr>
      <w:r>
        <w:rPr>
          <w:rFonts w:ascii="Times New Roman" w:hAnsi="Times New Roman" w:eastAsia="宋体"/>
          <w:b w:val="0"/>
          <w:i w:val="0"/>
          <w:color w:val="333333"/>
          <w:sz w:val="19"/>
        </w:rPr>
        <w:t>=2¹²√(32).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设 O 为中心。相邻的边心距 OQᵢ 与 OQᵢ₊₁ 长度均为 2，夹角为 60°，所以每个 △ OQᵢQᵢ₊₁ 都是边长为 2 的等边三角形。该四边形由三个这样的三角形组成，因此面积为</w:t>
      </w:r>
    </w:p>
    <w:p>
      <w:pPr>
        <w:spacing w:before="0" w:after="80" w:line="300" w:lineRule="auto"/>
        <w:jc w:val="left"/>
      </w:pPr>
      <w:r>
        <w:rPr>
          <w:rFonts w:ascii="Times New Roman" w:hAnsi="Times New Roman" w:eastAsia="宋体"/>
          <w:b w:val="0"/>
          <w:i w:val="0"/>
          <w:sz w:val="21"/>
        </w:rPr>
        <w:t>3((√(3))/4·2²)=3√(3)。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center. Consecutive apothems OQᵢ and OQᵢ₊₁ have length 2 and form a 60° angle, so each △ OQᵢQᵢ₊₁ is equilateral of side 2. The quadrilateral is the union of three such triangles, and hence has area</w:t>
      </w:r>
    </w:p>
    <w:p>
      <w:pPr>
        <w:spacing w:before="0" w:after="80" w:line="300" w:lineRule="auto"/>
        <w:jc w:val="left"/>
      </w:pPr>
      <w:r>
        <w:rPr>
          <w:rFonts w:ascii="Times New Roman" w:hAnsi="Times New Roman" w:eastAsia="宋体"/>
          <w:b w:val="0"/>
          <w:i w:val="0"/>
          <w:color w:val="333333"/>
          <w:sz w:val="19"/>
        </w:rPr>
        <w:t>3((√(3))/4·2²)=3√(3).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分子为 n²，分母为 n(n+1)。因而</w:t>
      </w:r>
    </w:p>
    <w:p>
      <w:pPr>
        <w:spacing w:before="0" w:after="80" w:line="300" w:lineRule="auto"/>
        <w:jc w:val="left"/>
      </w:pPr>
      <w:r>
        <w:rPr>
          <w:rFonts w:ascii="Times New Roman" w:hAnsi="Times New Roman" w:eastAsia="宋体"/>
          <w:b w:val="0"/>
          <w:i w:val="0"/>
          <w:sz w:val="21"/>
        </w:rPr>
        <w:t>n/n+1=115/116，</w:t>
      </w:r>
    </w:p>
    <w:p>
      <w:pPr>
        <w:spacing w:before="0" w:after="80" w:line="300" w:lineRule="auto"/>
        <w:jc w:val="left"/>
      </w:pPr>
      <w:r>
        <w:rPr>
          <w:rFonts w:ascii="Times New Roman" w:hAnsi="Times New Roman" w:eastAsia="宋体"/>
          <w:b w:val="0"/>
          <w:i w:val="0"/>
          <w:sz w:val="21"/>
        </w:rPr>
        <w:t>即 116n=115n+115，所以 n=115。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numerator is n², and the denominator is n(n+1). Thus</w:t>
      </w:r>
    </w:p>
    <w:p>
      <w:pPr>
        <w:spacing w:before="0" w:after="80" w:line="300" w:lineRule="auto"/>
        <w:jc w:val="left"/>
      </w:pPr>
      <w:r>
        <w:rPr>
          <w:rFonts w:ascii="Times New Roman" w:hAnsi="Times New Roman" w:eastAsia="宋体"/>
          <w:b w:val="0"/>
          <w:i w:val="0"/>
          <w:color w:val="333333"/>
          <w:sz w:val="19"/>
        </w:rPr>
        <w:t>n/n+1=115/116,</w:t>
      </w:r>
    </w:p>
    <w:p>
      <w:pPr>
        <w:spacing w:before="0" w:after="80" w:line="300" w:lineRule="auto"/>
        <w:jc w:val="left"/>
      </w:pPr>
      <w:r>
        <w:rPr>
          <w:rFonts w:ascii="Times New Roman" w:hAnsi="Times New Roman" w:eastAsia="宋体"/>
          <w:b w:val="0"/>
          <w:i w:val="0"/>
          <w:color w:val="333333"/>
          <w:sz w:val="19"/>
        </w:rPr>
        <w:t>which gives 116n=115n+115, so n=115.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令 y=∠ BAO。因为 AB=OB，所以 ∠ AOB=y，从而 ∠ EBO=2y。又因为 OB=OE，所以 ∠ BEO=2y，且 ∠ BOE=180°-4y。另一方面，</w:t>
      </w:r>
    </w:p>
    <w:p>
      <w:pPr>
        <w:spacing w:before="0" w:after="80" w:line="300" w:lineRule="auto"/>
        <w:jc w:val="left"/>
      </w:pPr>
      <w:r>
        <w:rPr>
          <w:rFonts w:ascii="Times New Roman" w:hAnsi="Times New Roman" w:eastAsia="宋体"/>
          <w:b w:val="0"/>
          <w:i w:val="0"/>
          <w:sz w:val="21"/>
        </w:rPr>
        <w:t>∠ BOD=180°-y，</w:t>
      </w:r>
    </w:p>
    <w:p>
      <w:pPr>
        <w:spacing w:before="0" w:after="80" w:line="300" w:lineRule="auto"/>
        <w:jc w:val="left"/>
      </w:pPr>
      <w:r>
        <w:rPr>
          <w:rFonts w:ascii="Times New Roman" w:hAnsi="Times New Roman" w:eastAsia="宋体"/>
          <w:b w:val="0"/>
          <w:i w:val="0"/>
          <w:sz w:val="21"/>
        </w:rPr>
        <w:t>所以 ∠ BOE=135°-y。因此 180°-4y=135°-y，解得 y=15°。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y=∠ BAO. Since AB=OB, ∠ AOB=y, so ∠ EBO=2y. Also OB=OE, hence ∠ BEO=2y and ∠ BOE=180°-4y. On the other hand,</w:t>
      </w:r>
    </w:p>
    <w:p>
      <w:pPr>
        <w:spacing w:before="0" w:after="80" w:line="300" w:lineRule="auto"/>
        <w:jc w:val="left"/>
      </w:pPr>
      <w:r>
        <w:rPr>
          <w:rFonts w:ascii="Times New Roman" w:hAnsi="Times New Roman" w:eastAsia="宋体"/>
          <w:b w:val="0"/>
          <w:i w:val="0"/>
          <w:color w:val="333333"/>
          <w:sz w:val="19"/>
        </w:rPr>
        <w:t>∠ BOD=180°-y,</w:t>
      </w:r>
    </w:p>
    <w:p>
      <w:pPr>
        <w:spacing w:before="0" w:after="80" w:line="300" w:lineRule="auto"/>
        <w:jc w:val="left"/>
      </w:pPr>
      <w:r>
        <w:rPr>
          <w:rFonts w:ascii="Times New Roman" w:hAnsi="Times New Roman" w:eastAsia="宋体"/>
          <w:b w:val="0"/>
          <w:i w:val="0"/>
          <w:color w:val="333333"/>
          <w:sz w:val="19"/>
        </w:rPr>
        <w:t>so ∠ BOE=135°-y. Therefore 180°-4y=135°-y, giving y=15°.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当 x≥0 时，不等式化为 y-x&lt; x，即 y&lt;2x。当 x&lt;0 时，不等式化为 y-x&lt;-x，即 y&lt;0。合并两种情形，恰好得到 y&lt;0 或 y&lt;2x，两者可以同时成立。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x≥0, the inequality becomes y-x&lt; x, or y&lt;2x. If x&lt;0, it becomes y-x&lt;-x, or y&lt;0. Combining the two cases gives exactly y&lt;0 or y&lt;2x, with overlap allowed.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当 n≥2 时，第 n 项为</w:t>
      </w:r>
    </w:p>
    <w:p>
      <w:pPr>
        <w:spacing w:before="0" w:after="80" w:line="300" w:lineRule="auto"/>
        <w:jc w:val="left"/>
      </w:pPr>
      <w:r>
        <w:rPr>
          <w:rFonts w:ascii="Times New Roman" w:hAnsi="Times New Roman" w:eastAsia="宋体"/>
          <w:b w:val="0"/>
          <w:i w:val="0"/>
          <w:sz w:val="21"/>
        </w:rPr>
        <w:t>aₙ=n²/((n-1)²)。</w:t>
      </w:r>
    </w:p>
    <w:p>
      <w:pPr>
        <w:spacing w:before="0" w:after="80" w:line="300" w:lineRule="auto"/>
        <w:jc w:val="left"/>
      </w:pPr>
      <w:r>
        <w:rPr>
          <w:rFonts w:ascii="Times New Roman" w:hAnsi="Times New Roman" w:eastAsia="宋体"/>
          <w:b w:val="0"/>
          <w:i w:val="0"/>
          <w:sz w:val="21"/>
        </w:rPr>
        <w:t>所以 a₃=9/4，且 a₅=25/16，两者之和为 36/16+25/16=61/16。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n≥2, the nth term is</w:t>
      </w:r>
    </w:p>
    <w:p>
      <w:pPr>
        <w:spacing w:before="0" w:after="80" w:line="300" w:lineRule="auto"/>
        <w:jc w:val="left"/>
      </w:pPr>
      <w:r>
        <w:rPr>
          <w:rFonts w:ascii="Times New Roman" w:hAnsi="Times New Roman" w:eastAsia="宋体"/>
          <w:b w:val="0"/>
          <w:i w:val="0"/>
          <w:color w:val="333333"/>
          <w:sz w:val="19"/>
        </w:rPr>
        <w:t>aₙ=n²/((n-1)²).</w:t>
      </w:r>
    </w:p>
    <w:p>
      <w:pPr>
        <w:spacing w:before="0" w:after="80" w:line="300" w:lineRule="auto"/>
        <w:jc w:val="left"/>
      </w:pPr>
      <w:r>
        <w:rPr>
          <w:rFonts w:ascii="Times New Roman" w:hAnsi="Times New Roman" w:eastAsia="宋体"/>
          <w:b w:val="0"/>
          <w:i w:val="0"/>
          <w:color w:val="333333"/>
          <w:sz w:val="19"/>
        </w:rPr>
        <w:t>Therefore a₃=9/4 and a₅=25/16, whose sum is 36/16+25/16=61/16.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两罐总体积相等时，酒精所占比例分别为 p/p+1 和 q/q+1，水所占比例分别为 1/p+1 和 1/q+1。因而酒精与水的体积比为</w:t>
      </w:r>
    </w:p>
    <w:p>
      <w:pPr>
        <w:spacing w:before="0" w:after="80" w:line="300" w:lineRule="auto"/>
        <w:jc w:val="left"/>
      </w:pPr>
      <w:r>
        <w:rPr>
          <w:rFonts w:ascii="Times New Roman" w:hAnsi="Times New Roman" w:eastAsia="宋体"/>
          <w:b w:val="0"/>
          <w:i w:val="0"/>
          <w:sz w:val="21"/>
        </w:rPr>
        <w:t>(p/p+1+q/q+1)/(1/p+1+1/q+1) =p+q+2pq/p+q+2。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equal total volumes, the alcohol fractions are p/p+1 and q/q+1, while the water fractions are 1/p+1 and 1/q+1. Their ratio is</w:t>
      </w:r>
    </w:p>
    <w:p>
      <w:pPr>
        <w:spacing w:before="0" w:after="80" w:line="300" w:lineRule="auto"/>
        <w:jc w:val="left"/>
      </w:pPr>
      <w:r>
        <w:rPr>
          <w:rFonts w:ascii="Times New Roman" w:hAnsi="Times New Roman" w:eastAsia="宋体"/>
          <w:b w:val="0"/>
          <w:i w:val="0"/>
          <w:color w:val="333333"/>
          <w:sz w:val="19"/>
        </w:rPr>
        <w:t>(p/p+1+q/q+1)/(1/p+1+1/q+1) =p+q+2pq/p+q+2.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等差数列条件给出</w:t>
      </w:r>
    </w:p>
    <w:p>
      <w:pPr>
        <w:spacing w:before="0" w:after="80" w:line="300" w:lineRule="auto"/>
        <w:jc w:val="left"/>
      </w:pPr>
      <w:r>
        <w:rPr>
          <w:rFonts w:ascii="Times New Roman" w:hAnsi="Times New Roman" w:eastAsia="宋体"/>
          <w:b w:val="0"/>
          <w:i w:val="0"/>
          <w:sz w:val="21"/>
        </w:rPr>
        <w:t>2A₂=A₁+(A₁+A₂)，</w:t>
      </w:r>
    </w:p>
    <w:p>
      <w:pPr>
        <w:spacing w:before="0" w:after="80" w:line="300" w:lineRule="auto"/>
        <w:jc w:val="left"/>
      </w:pPr>
      <w:r>
        <w:rPr>
          <w:rFonts w:ascii="Times New Roman" w:hAnsi="Times New Roman" w:eastAsia="宋体"/>
          <w:b w:val="0"/>
          <w:i w:val="0"/>
          <w:sz w:val="21"/>
        </w:rPr>
        <w:t>因此 A₂=2A₁。所以大圆面积为 3A₁=9π，从而 A₁=3π。若小圆半径为 r，则 π r²=3π，所以 r=√(3)。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progression condition gives</w:t>
      </w:r>
    </w:p>
    <w:p>
      <w:pPr>
        <w:spacing w:before="0" w:after="80" w:line="300" w:lineRule="auto"/>
        <w:jc w:val="left"/>
      </w:pPr>
      <w:r>
        <w:rPr>
          <w:rFonts w:ascii="Times New Roman" w:hAnsi="Times New Roman" w:eastAsia="宋体"/>
          <w:b w:val="0"/>
          <w:i w:val="0"/>
          <w:color w:val="333333"/>
          <w:sz w:val="19"/>
        </w:rPr>
        <w:t>2A₂=A₁+(A₁+A₂),</w:t>
      </w:r>
    </w:p>
    <w:p>
      <w:pPr>
        <w:spacing w:before="0" w:after="80" w:line="300" w:lineRule="auto"/>
        <w:jc w:val="left"/>
      </w:pPr>
      <w:r>
        <w:rPr>
          <w:rFonts w:ascii="Times New Roman" w:hAnsi="Times New Roman" w:eastAsia="宋体"/>
          <w:b w:val="0"/>
          <w:i w:val="0"/>
          <w:color w:val="333333"/>
          <w:sz w:val="19"/>
        </w:rPr>
        <w:t>so A₂=2A₁. Hence the larger area is 3A₁=9π, and A₁=3π. If the smaller radius is r, then π r²=3π, so r=√(3).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新三角形的三条边长为 x、y-x 和 z-y。由三角形不等式，</w:t>
      </w:r>
    </w:p>
    <w:p>
      <w:pPr>
        <w:spacing w:before="0" w:after="80" w:line="300" w:lineRule="auto"/>
        <w:jc w:val="left"/>
      </w:pPr>
      <w:r>
        <w:rPr>
          <w:rFonts w:ascii="Times New Roman" w:hAnsi="Times New Roman" w:eastAsia="宋体"/>
          <w:b w:val="0"/>
          <w:i w:val="0"/>
          <w:sz w:val="21"/>
        </w:rPr>
        <w:t>x&lt;(y-x)+(z-y),</w:t>
      </w:r>
    </w:p>
    <w:p>
      <w:pPr>
        <w:spacing w:before="0" w:after="80" w:line="300" w:lineRule="auto"/>
        <w:jc w:val="left"/>
      </w:pPr>
      <w:r>
        <w:rPr>
          <w:rFonts w:ascii="Times New Roman" w:hAnsi="Times New Roman" w:eastAsia="宋体"/>
          <w:b w:val="0"/>
          <w:i w:val="0"/>
          <w:sz w:val="21"/>
        </w:rPr>
        <w:t>Longrightarrow x&lt; z/2;</w:t>
      </w:r>
    </w:p>
    <w:p>
      <w:pPr>
        <w:spacing w:before="0" w:after="80" w:line="300" w:lineRule="auto"/>
        <w:jc w:val="left"/>
      </w:pPr>
      <w:r>
        <w:rPr>
          <w:rFonts w:ascii="Times New Roman" w:hAnsi="Times New Roman" w:eastAsia="宋体"/>
          <w:b w:val="0"/>
          <w:i w:val="0"/>
          <w:sz w:val="21"/>
        </w:rPr>
        <w:t>y-x&lt; x+(z-y),</w:t>
      </w:r>
    </w:p>
    <w:p>
      <w:pPr>
        <w:spacing w:before="0" w:after="80" w:line="300" w:lineRule="auto"/>
        <w:jc w:val="left"/>
      </w:pPr>
      <w:r>
        <w:rPr>
          <w:rFonts w:ascii="Times New Roman" w:hAnsi="Times New Roman" w:eastAsia="宋体"/>
          <w:b w:val="0"/>
          <w:i w:val="0"/>
          <w:sz w:val="21"/>
        </w:rPr>
        <w:t>Longrightarrow y&lt; x+z/2;</w:t>
      </w:r>
    </w:p>
    <w:p>
      <w:pPr>
        <w:spacing w:before="0" w:after="80" w:line="300" w:lineRule="auto"/>
        <w:jc w:val="left"/>
      </w:pPr>
      <w:r>
        <w:rPr>
          <w:rFonts w:ascii="Times New Roman" w:hAnsi="Times New Roman" w:eastAsia="宋体"/>
          <w:b w:val="0"/>
          <w:i w:val="0"/>
          <w:sz w:val="21"/>
        </w:rPr>
        <w:t>z-y&lt; x+(y-x),</w:t>
      </w:r>
    </w:p>
    <w:p>
      <w:pPr>
        <w:spacing w:before="0" w:after="80" w:line="300" w:lineRule="auto"/>
        <w:jc w:val="left"/>
      </w:pPr>
      <w:r>
        <w:rPr>
          <w:rFonts w:ascii="Times New Roman" w:hAnsi="Times New Roman" w:eastAsia="宋体"/>
          <w:b w:val="0"/>
          <w:i w:val="0"/>
          <w:sz w:val="21"/>
        </w:rPr>
        <w:t>Longrightarrow y&gt; z/2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因此，I 与 II 必须成立，而 III 必须不成立。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new triangle has side lengths x, y-x, and z-y. Its triangle inequalities give</w:t>
      </w:r>
    </w:p>
    <w:p>
      <w:pPr>
        <w:spacing w:before="0" w:after="80" w:line="300" w:lineRule="auto"/>
        <w:jc w:val="left"/>
      </w:pPr>
      <w:r>
        <w:rPr>
          <w:rFonts w:ascii="Times New Roman" w:hAnsi="Times New Roman" w:eastAsia="宋体"/>
          <w:b w:val="0"/>
          <w:i w:val="0"/>
          <w:color w:val="333333"/>
          <w:sz w:val="19"/>
        </w:rPr>
        <w:t>x&lt;(y-x)+(z-y),</w:t>
      </w:r>
    </w:p>
    <w:p>
      <w:pPr>
        <w:spacing w:before="0" w:after="80" w:line="300" w:lineRule="auto"/>
        <w:jc w:val="left"/>
      </w:pPr>
      <w:r>
        <w:rPr>
          <w:rFonts w:ascii="Times New Roman" w:hAnsi="Times New Roman" w:eastAsia="宋体"/>
          <w:b w:val="0"/>
          <w:i w:val="0"/>
          <w:color w:val="333333"/>
          <w:sz w:val="19"/>
        </w:rPr>
        <w:t>Longrightarrow x&lt; z/2;</w:t>
      </w:r>
    </w:p>
    <w:p>
      <w:pPr>
        <w:spacing w:before="0" w:after="80" w:line="300" w:lineRule="auto"/>
        <w:jc w:val="left"/>
      </w:pPr>
      <w:r>
        <w:rPr>
          <w:rFonts w:ascii="Times New Roman" w:hAnsi="Times New Roman" w:eastAsia="宋体"/>
          <w:b w:val="0"/>
          <w:i w:val="0"/>
          <w:color w:val="333333"/>
          <w:sz w:val="19"/>
        </w:rPr>
        <w:t>y-x&lt; x+(z-y),</w:t>
      </w:r>
    </w:p>
    <w:p>
      <w:pPr>
        <w:spacing w:before="0" w:after="80" w:line="300" w:lineRule="auto"/>
        <w:jc w:val="left"/>
      </w:pPr>
      <w:r>
        <w:rPr>
          <w:rFonts w:ascii="Times New Roman" w:hAnsi="Times New Roman" w:eastAsia="宋体"/>
          <w:b w:val="0"/>
          <w:i w:val="0"/>
          <w:color w:val="333333"/>
          <w:sz w:val="19"/>
        </w:rPr>
        <w:t>Longrightarrow y&lt; x+z/2;</w:t>
      </w:r>
    </w:p>
    <w:p>
      <w:pPr>
        <w:spacing w:before="0" w:after="80" w:line="300" w:lineRule="auto"/>
        <w:jc w:val="left"/>
      </w:pPr>
      <w:r>
        <w:rPr>
          <w:rFonts w:ascii="Times New Roman" w:hAnsi="Times New Roman" w:eastAsia="宋体"/>
          <w:b w:val="0"/>
          <w:i w:val="0"/>
          <w:color w:val="333333"/>
          <w:sz w:val="19"/>
        </w:rPr>
        <w:t>z-y&lt; x+(y-x),</w:t>
      </w:r>
    </w:p>
    <w:p>
      <w:pPr>
        <w:spacing w:before="0" w:after="80" w:line="300" w:lineRule="auto"/>
        <w:jc w:val="left"/>
      </w:pPr>
      <w:r>
        <w:rPr>
          <w:rFonts w:ascii="Times New Roman" w:hAnsi="Times New Roman" w:eastAsia="宋体"/>
          <w:b w:val="0"/>
          <w:i w:val="0"/>
          <w:color w:val="333333"/>
          <w:sz w:val="19"/>
        </w:rPr>
        <w:t>Longrightarrow y&gt; z/2.</w:t>
      </w:r>
    </w:p>
    <w:p>
      <w:pPr>
        <w:spacing w:before="0" w:after="80" w:line="300" w:lineRule="auto"/>
        <w:jc w:val="left"/>
      </w:pPr>
      <w:r>
        <w:rPr>
          <w:rFonts w:ascii="Times New Roman" w:hAnsi="Times New Roman" w:eastAsia="宋体"/>
          <w:b w:val="0"/>
          <w:i w:val="0"/>
          <w:color w:val="333333"/>
          <w:sz w:val="19"/>
        </w:rPr>
        <w:t>Thus I and II must hold, while III must fail.</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我们有 log₁₀5≈1-0.301=0.699。因此，</w:t>
      </w:r>
    </w:p>
    <w:p>
      <w:pPr>
        <w:spacing w:before="0" w:after="80" w:line="300" w:lineRule="auto"/>
        <w:jc w:val="left"/>
      </w:pPr>
      <w:r>
        <w:rPr>
          <w:rFonts w:ascii="Times New Roman" w:hAnsi="Times New Roman" w:eastAsia="宋体"/>
          <w:b w:val="0"/>
          <w:i w:val="0"/>
          <w:sz w:val="21"/>
        </w:rPr>
        <w:t>log₅ 10=1/log₁₀5</w:t>
      </w:r>
    </w:p>
    <w:p>
      <w:pPr>
        <w:spacing w:before="0" w:after="80" w:line="300" w:lineRule="auto"/>
        <w:jc w:val="left"/>
      </w:pPr>
      <w:r>
        <w:rPr>
          <w:rFonts w:ascii="Times New Roman" w:hAnsi="Times New Roman" w:eastAsia="宋体"/>
          <w:b w:val="0"/>
          <w:i w:val="0"/>
          <w:sz w:val="21"/>
        </w:rPr>
        <w:t>≈1/0.699</w:t>
      </w:r>
    </w:p>
    <w:p>
      <w:pPr>
        <w:spacing w:before="0" w:after="80" w:line="300" w:lineRule="auto"/>
        <w:jc w:val="left"/>
      </w:pPr>
      <w:r>
        <w:rPr>
          <w:rFonts w:ascii="Times New Roman" w:hAnsi="Times New Roman" w:eastAsia="宋体"/>
          <w:b w:val="0"/>
          <w:i w:val="0"/>
          <w:sz w:val="21"/>
        </w:rPr>
        <w:t>≈1.431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在各选项中，10/7≈1.429 最接近。</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log₁₀5≈1-0.301=0.699. Therefore</w:t>
      </w:r>
    </w:p>
    <w:p>
      <w:pPr>
        <w:spacing w:before="0" w:after="80" w:line="300" w:lineRule="auto"/>
        <w:jc w:val="left"/>
      </w:pPr>
      <w:r>
        <w:rPr>
          <w:rFonts w:ascii="Times New Roman" w:hAnsi="Times New Roman" w:eastAsia="宋体"/>
          <w:b w:val="0"/>
          <w:i w:val="0"/>
          <w:color w:val="333333"/>
          <w:sz w:val="19"/>
        </w:rPr>
        <w:t>log₅ 10=1/log₁₀5</w:t>
      </w:r>
    </w:p>
    <w:p>
      <w:pPr>
        <w:spacing w:before="0" w:after="80" w:line="300" w:lineRule="auto"/>
        <w:jc w:val="left"/>
      </w:pPr>
      <w:r>
        <w:rPr>
          <w:rFonts w:ascii="Times New Roman" w:hAnsi="Times New Roman" w:eastAsia="宋体"/>
          <w:b w:val="0"/>
          <w:i w:val="0"/>
          <w:color w:val="333333"/>
          <w:sz w:val="19"/>
        </w:rPr>
        <w:t>≈1/0.699</w:t>
      </w:r>
    </w:p>
    <w:p>
      <w:pPr>
        <w:spacing w:before="0" w:after="80" w:line="300" w:lineRule="auto"/>
        <w:jc w:val="left"/>
      </w:pPr>
      <w:r>
        <w:rPr>
          <w:rFonts w:ascii="Times New Roman" w:hAnsi="Times New Roman" w:eastAsia="宋体"/>
          <w:b w:val="0"/>
          <w:i w:val="0"/>
          <w:color w:val="333333"/>
          <w:sz w:val="19"/>
        </w:rPr>
        <w:t>≈1.431.</w:t>
      </w:r>
    </w:p>
    <w:p>
      <w:pPr>
        <w:spacing w:before="0" w:after="80" w:line="300" w:lineRule="auto"/>
        <w:jc w:val="left"/>
      </w:pPr>
      <w:r>
        <w:rPr>
          <w:rFonts w:ascii="Times New Roman" w:hAnsi="Times New Roman" w:eastAsia="宋体"/>
          <w:b w:val="0"/>
          <w:i w:val="0"/>
          <w:color w:val="333333"/>
          <w:sz w:val="19"/>
        </w:rPr>
        <w:t>Of the choices, 10/7≈1.429 is closest.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因为 256=2⁸，所以</w:t>
      </w:r>
    </w:p>
    <w:p>
      <w:pPr>
        <w:spacing w:before="0" w:after="80" w:line="300" w:lineRule="auto"/>
        <w:jc w:val="left"/>
      </w:pPr>
      <w:r>
        <w:rPr>
          <w:rFonts w:ascii="Times New Roman" w:hAnsi="Times New Roman" w:eastAsia="宋体"/>
          <w:b w:val="0"/>
          <w:i w:val="0"/>
          <w:sz w:val="21"/>
        </w:rPr>
        <w:t>256³²=2²⁵⁶。</w:t>
      </w:r>
    </w:p>
    <w:p>
      <w:pPr>
        <w:spacing w:before="0" w:after="80" w:line="300" w:lineRule="auto"/>
        <w:jc w:val="left"/>
      </w:pPr>
      <w:r>
        <w:rPr>
          <w:rFonts w:ascii="Times New Roman" w:hAnsi="Times New Roman" w:eastAsia="宋体"/>
          <w:b w:val="0"/>
          <w:i w:val="0"/>
          <w:sz w:val="21"/>
        </w:rPr>
        <w:t>因此 (x/2)²⁵⁶=1。实数解为 x=2 和 x=-2，它们的平方和为 4+4=8。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256=2⁸,</w:t>
      </w:r>
    </w:p>
    <w:p>
      <w:pPr>
        <w:spacing w:before="0" w:after="80" w:line="300" w:lineRule="auto"/>
        <w:jc w:val="left"/>
      </w:pPr>
      <w:r>
        <w:rPr>
          <w:rFonts w:ascii="Times New Roman" w:hAnsi="Times New Roman" w:eastAsia="宋体"/>
          <w:b w:val="0"/>
          <w:i w:val="0"/>
          <w:color w:val="333333"/>
          <w:sz w:val="19"/>
        </w:rPr>
        <w:t>256³²=2²⁵⁶.</w:t>
      </w:r>
    </w:p>
    <w:p>
      <w:pPr>
        <w:spacing w:before="0" w:after="80" w:line="300" w:lineRule="auto"/>
        <w:jc w:val="left"/>
      </w:pPr>
      <w:r>
        <w:rPr>
          <w:rFonts w:ascii="Times New Roman" w:hAnsi="Times New Roman" w:eastAsia="宋体"/>
          <w:b w:val="0"/>
          <w:i w:val="0"/>
          <w:color w:val="333333"/>
          <w:sz w:val="19"/>
        </w:rPr>
        <w:t>Thus (x/2)²⁵⁶=1. The real solutions are x=2 and x=-2, and the sum of their squares is 4+4=8.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代入 a=1/2，得到 b=1/3。令 u=Arctana，v=Arctanb，则</w:t>
      </w:r>
    </w:p>
    <w:p>
      <w:pPr>
        <w:spacing w:before="0" w:after="80" w:line="300" w:lineRule="auto"/>
        <w:jc w:val="left"/>
      </w:pPr>
      <w:r>
        <w:rPr>
          <w:rFonts w:ascii="Times New Roman" w:hAnsi="Times New Roman" w:eastAsia="宋体"/>
          <w:b w:val="0"/>
          <w:i w:val="0"/>
          <w:sz w:val="21"/>
        </w:rPr>
        <w:t>tan(u+v)=a+b/1-ab</w:t>
      </w:r>
    </w:p>
    <w:p>
      <w:pPr>
        <w:spacing w:before="0" w:after="80" w:line="300" w:lineRule="auto"/>
        <w:jc w:val="left"/>
      </w:pPr>
      <w:r>
        <w:rPr>
          <w:rFonts w:ascii="Times New Roman" w:hAnsi="Times New Roman" w:eastAsia="宋体"/>
          <w:b w:val="0"/>
          <w:i w:val="0"/>
          <w:sz w:val="21"/>
        </w:rPr>
        <w:t>=(1/2+1/3)/(1-1/6)</w:t>
      </w:r>
    </w:p>
    <w:p>
      <w:pPr>
        <w:spacing w:before="0" w:after="80" w:line="300" w:lineRule="auto"/>
        <w:jc w:val="left"/>
      </w:pPr>
      <w:r>
        <w:rPr>
          <w:rFonts w:ascii="Times New Roman" w:hAnsi="Times New Roman" w:eastAsia="宋体"/>
          <w:b w:val="0"/>
          <w:i w:val="0"/>
          <w:sz w:val="21"/>
        </w:rPr>
        <w:t>=1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两个角都为正，且它们的和小于 π/2，所以 u+v=π/4。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a=1/2 gives b=1/3. If u=Arctana and v=Arctanb, then</w:t>
      </w:r>
    </w:p>
    <w:p>
      <w:pPr>
        <w:spacing w:before="0" w:after="80" w:line="300" w:lineRule="auto"/>
        <w:jc w:val="left"/>
      </w:pPr>
      <w:r>
        <w:rPr>
          <w:rFonts w:ascii="Times New Roman" w:hAnsi="Times New Roman" w:eastAsia="宋体"/>
          <w:b w:val="0"/>
          <w:i w:val="0"/>
          <w:color w:val="333333"/>
          <w:sz w:val="19"/>
        </w:rPr>
        <w:t>tan(u+v)=a+b/1-ab</w:t>
      </w:r>
    </w:p>
    <w:p>
      <w:pPr>
        <w:spacing w:before="0" w:after="80" w:line="300" w:lineRule="auto"/>
        <w:jc w:val="left"/>
      </w:pPr>
      <w:r>
        <w:rPr>
          <w:rFonts w:ascii="Times New Roman" w:hAnsi="Times New Roman" w:eastAsia="宋体"/>
          <w:b w:val="0"/>
          <w:i w:val="0"/>
          <w:color w:val="333333"/>
          <w:sz w:val="19"/>
        </w:rPr>
        <w:t>=(1/2+1/3)/(1-1/6)</w:t>
      </w:r>
    </w:p>
    <w:p>
      <w:pPr>
        <w:spacing w:before="0" w:after="80" w:line="300" w:lineRule="auto"/>
        <w:jc w:val="left"/>
      </w:pPr>
      <w:r>
        <w:rPr>
          <w:rFonts w:ascii="Times New Roman" w:hAnsi="Times New Roman" w:eastAsia="宋体"/>
          <w:b w:val="0"/>
          <w:i w:val="0"/>
          <w:color w:val="333333"/>
          <w:sz w:val="19"/>
        </w:rPr>
        <w:t>=1.</w:t>
      </w:r>
    </w:p>
    <w:p>
      <w:pPr>
        <w:spacing w:before="0" w:after="80" w:line="300" w:lineRule="auto"/>
        <w:jc w:val="left"/>
      </w:pPr>
      <w:r>
        <w:rPr>
          <w:rFonts w:ascii="Times New Roman" w:hAnsi="Times New Roman" w:eastAsia="宋体"/>
          <w:b w:val="0"/>
          <w:i w:val="0"/>
          <w:color w:val="333333"/>
          <w:sz w:val="19"/>
        </w:rPr>
        <w:t>Both angles are positive and their sum is less than π/2, so u+v=π/4.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若两条直角边长为 x 和 y，则直角三角形的内切圆半径恒等式为 x+y=h+2r。因此半周长为</w:t>
      </w:r>
    </w:p>
    <w:p>
      <w:pPr>
        <w:spacing w:before="0" w:after="80" w:line="300" w:lineRule="auto"/>
        <w:jc w:val="left"/>
      </w:pPr>
      <w:r>
        <w:rPr>
          <w:rFonts w:ascii="Times New Roman" w:hAnsi="Times New Roman" w:eastAsia="宋体"/>
          <w:b w:val="0"/>
          <w:i w:val="0"/>
          <w:sz w:val="21"/>
        </w:rPr>
        <w:t>s=x+y+h/2=h+r。</w:t>
      </w:r>
    </w:p>
    <w:p>
      <w:pPr>
        <w:spacing w:before="0" w:after="80" w:line="300" w:lineRule="auto"/>
        <w:jc w:val="left"/>
      </w:pPr>
      <w:r>
        <w:rPr>
          <w:rFonts w:ascii="Times New Roman" w:hAnsi="Times New Roman" w:eastAsia="宋体"/>
          <w:b w:val="0"/>
          <w:i w:val="0"/>
          <w:sz w:val="21"/>
        </w:rPr>
        <w:t>三角形的面积为 rs=r(h+r)，圆的面积为 π r²。两者之比为 (π r)/h+r。</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legs are x and y, then the right-triangle inradius identity is x+y=h+2r. Hence the semiperimeter is</w:t>
      </w:r>
    </w:p>
    <w:p>
      <w:pPr>
        <w:spacing w:before="0" w:after="80" w:line="300" w:lineRule="auto"/>
        <w:jc w:val="left"/>
      </w:pPr>
      <w:r>
        <w:rPr>
          <w:rFonts w:ascii="Times New Roman" w:hAnsi="Times New Roman" w:eastAsia="宋体"/>
          <w:b w:val="0"/>
          <w:i w:val="0"/>
          <w:color w:val="333333"/>
          <w:sz w:val="19"/>
        </w:rPr>
        <w:t>s=x+y+h/2=h+r.</w:t>
      </w:r>
    </w:p>
    <w:p>
      <w:pPr>
        <w:spacing w:before="0" w:after="80" w:line="300" w:lineRule="auto"/>
        <w:jc w:val="left"/>
      </w:pPr>
      <w:r>
        <w:rPr>
          <w:rFonts w:ascii="Times New Roman" w:hAnsi="Times New Roman" w:eastAsia="宋体"/>
          <w:b w:val="0"/>
          <w:i w:val="0"/>
          <w:color w:val="333333"/>
          <w:sz w:val="19"/>
        </w:rPr>
        <w:t>The triangle’s area is rs=r(h+r), while the circle’s area is π r². Their ratio is (π r)/h+r.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左边等于</w:t>
      </w:r>
    </w:p>
    <w:p>
      <w:pPr>
        <w:spacing w:before="0" w:after="80" w:line="300" w:lineRule="auto"/>
        <w:jc w:val="left"/>
      </w:pPr>
      <w:r>
        <w:rPr>
          <w:rFonts w:ascii="Times New Roman" w:hAnsi="Times New Roman" w:eastAsia="宋体"/>
          <w:b w:val="0"/>
          <w:i w:val="0"/>
          <w:sz w:val="21"/>
        </w:rPr>
        <w:t>m(m+1)(m+5)</w:t>
      </w:r>
    </w:p>
    <w:p>
      <w:pPr>
        <w:spacing w:before="0" w:after="80" w:line="300" w:lineRule="auto"/>
        <w:jc w:val="left"/>
      </w:pPr>
      <w:r>
        <w:rPr>
          <w:rFonts w:ascii="Times New Roman" w:hAnsi="Times New Roman" w:eastAsia="宋体"/>
          <w:b w:val="0"/>
          <w:i w:val="0"/>
          <w:sz w:val="21"/>
        </w:rPr>
        <w:t>=m(m+1)(m+2)</w:t>
      </w:r>
    </w:p>
    <w:p>
      <w:pPr>
        <w:spacing w:before="0" w:after="80" w:line="300" w:lineRule="auto"/>
        <w:jc w:val="left"/>
      </w:pPr>
      <w:r>
        <w:rPr>
          <w:rFonts w:ascii="Times New Roman" w:hAnsi="Times New Roman" w:eastAsia="宋体"/>
          <w:b w:val="0"/>
          <w:i w:val="0"/>
          <w:sz w:val="21"/>
        </w:rPr>
        <w:t>+3m(m+1)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对每个整数 m 都能被 3 整除。右边为 3(9n³+3n²+3n)+1，与 1pmod3 同余。因此不存在满足方程的整数对。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left side is</w:t>
      </w:r>
    </w:p>
    <w:p>
      <w:pPr>
        <w:spacing w:before="0" w:after="80" w:line="300" w:lineRule="auto"/>
        <w:jc w:val="left"/>
      </w:pPr>
      <w:r>
        <w:rPr>
          <w:rFonts w:ascii="Times New Roman" w:hAnsi="Times New Roman" w:eastAsia="宋体"/>
          <w:b w:val="0"/>
          <w:i w:val="0"/>
          <w:color w:val="333333"/>
          <w:sz w:val="19"/>
        </w:rPr>
        <w:t>m(m+1)(m+5)</w:t>
      </w:r>
    </w:p>
    <w:p>
      <w:pPr>
        <w:spacing w:before="0" w:after="80" w:line="300" w:lineRule="auto"/>
        <w:jc w:val="left"/>
      </w:pPr>
      <w:r>
        <w:rPr>
          <w:rFonts w:ascii="Times New Roman" w:hAnsi="Times New Roman" w:eastAsia="宋体"/>
          <w:b w:val="0"/>
          <w:i w:val="0"/>
          <w:color w:val="333333"/>
          <w:sz w:val="19"/>
        </w:rPr>
        <w:t>=m(m+1)(m+2)</w:t>
      </w:r>
    </w:p>
    <w:p>
      <w:pPr>
        <w:spacing w:before="0" w:after="80" w:line="300" w:lineRule="auto"/>
        <w:jc w:val="left"/>
      </w:pPr>
      <w:r>
        <w:rPr>
          <w:rFonts w:ascii="Times New Roman" w:hAnsi="Times New Roman" w:eastAsia="宋体"/>
          <w:b w:val="0"/>
          <w:i w:val="0"/>
          <w:color w:val="333333"/>
          <w:sz w:val="19"/>
        </w:rPr>
        <w:t>+3m(m+1),</w:t>
      </w:r>
    </w:p>
    <w:p>
      <w:pPr>
        <w:spacing w:before="0" w:after="80" w:line="300" w:lineRule="auto"/>
        <w:jc w:val="left"/>
      </w:pPr>
      <w:r>
        <w:rPr>
          <w:rFonts w:ascii="Times New Roman" w:hAnsi="Times New Roman" w:eastAsia="宋体"/>
          <w:b w:val="0"/>
          <w:i w:val="0"/>
          <w:color w:val="333333"/>
          <w:sz w:val="19"/>
        </w:rPr>
        <w:t>which is divisible by 3 for every integer m. The right side is 3(9n³+3n²+3n)+1, which is congruent to 1pmod3. Therefore no integer pair satisfies the equation.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缩放之前，取</w:t>
      </w:r>
    </w:p>
    <w:p>
      <w:pPr>
        <w:spacing w:before="0" w:after="80" w:line="300" w:lineRule="auto"/>
        <w:jc w:val="left"/>
      </w:pPr>
      <w:r>
        <w:rPr>
          <w:rFonts w:ascii="Times New Roman" w:hAnsi="Times New Roman" w:eastAsia="宋体"/>
          <w:b w:val="0"/>
          <w:i w:val="0"/>
          <w:sz w:val="21"/>
        </w:rPr>
        <w:t>A=(1,1,1),</w:t>
      </w:r>
    </w:p>
    <w:p>
      <w:pPr>
        <w:spacing w:before="0" w:after="80" w:line="300" w:lineRule="auto"/>
        <w:jc w:val="left"/>
      </w:pPr>
      <w:r>
        <w:rPr>
          <w:rFonts w:ascii="Times New Roman" w:hAnsi="Times New Roman" w:eastAsia="宋体"/>
          <w:b w:val="0"/>
          <w:i w:val="0"/>
          <w:sz w:val="21"/>
        </w:rPr>
        <w:t>B=(1,-1,-1),</w:t>
      </w:r>
    </w:p>
    <w:p>
      <w:pPr>
        <w:spacing w:before="0" w:after="80" w:line="300" w:lineRule="auto"/>
        <w:jc w:val="left"/>
      </w:pPr>
      <w:r>
        <w:rPr>
          <w:rFonts w:ascii="Times New Roman" w:hAnsi="Times New Roman" w:eastAsia="宋体"/>
          <w:b w:val="0"/>
          <w:i w:val="0"/>
          <w:sz w:val="21"/>
        </w:rPr>
        <w:t>C=(-1,1,-1),</w:t>
      </w:r>
    </w:p>
    <w:p>
      <w:pPr>
        <w:spacing w:before="0" w:after="80" w:line="300" w:lineRule="auto"/>
        <w:jc w:val="left"/>
      </w:pPr>
      <w:r>
        <w:rPr>
          <w:rFonts w:ascii="Times New Roman" w:hAnsi="Times New Roman" w:eastAsia="宋体"/>
          <w:b w:val="0"/>
          <w:i w:val="0"/>
          <w:sz w:val="21"/>
        </w:rPr>
        <w:t>D=(-1,-1,1)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这些棱的长度为 2√(2)，所以按比例因子 1/(2√(2)) 缩放。AB 和 CD 上的点可分别写成 P=(1,t,t) 和 Q=(-1,u,-u)。缩放前，</w:t>
      </w:r>
    </w:p>
    <w:p>
      <w:pPr>
        <w:spacing w:before="0" w:after="80" w:line="300" w:lineRule="auto"/>
        <w:jc w:val="left"/>
      </w:pPr>
      <w:r>
        <w:rPr>
          <w:rFonts w:ascii="Times New Roman" w:hAnsi="Times New Roman" w:eastAsia="宋体"/>
          <w:b w:val="0"/>
          <w:i w:val="0"/>
          <w:sz w:val="21"/>
        </w:rPr>
        <w:t>PQ²=4+(t-u)²+(t+u)²</w:t>
      </w:r>
    </w:p>
    <w:p>
      <w:pPr>
        <w:spacing w:before="0" w:after="80" w:line="300" w:lineRule="auto"/>
        <w:jc w:val="left"/>
      </w:pPr>
      <w:r>
        <w:rPr>
          <w:rFonts w:ascii="Times New Roman" w:hAnsi="Times New Roman" w:eastAsia="宋体"/>
          <w:b w:val="0"/>
          <w:i w:val="0"/>
          <w:sz w:val="21"/>
        </w:rPr>
        <w:t>=4+2t²+2u²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在 t=u=0 时取最小值。缩放后，最小距离的平方为 4/8=1/2，所以距离为 (√(2))/2。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Before scaling, take</w:t>
      </w:r>
    </w:p>
    <w:p>
      <w:pPr>
        <w:spacing w:before="0" w:after="80" w:line="300" w:lineRule="auto"/>
        <w:jc w:val="left"/>
      </w:pPr>
      <w:r>
        <w:rPr>
          <w:rFonts w:ascii="Times New Roman" w:hAnsi="Times New Roman" w:eastAsia="宋体"/>
          <w:b w:val="0"/>
          <w:i w:val="0"/>
          <w:color w:val="333333"/>
          <w:sz w:val="19"/>
        </w:rPr>
        <w:t>A=(1,1,1),</w:t>
      </w:r>
    </w:p>
    <w:p>
      <w:pPr>
        <w:spacing w:before="0" w:after="80" w:line="300" w:lineRule="auto"/>
        <w:jc w:val="left"/>
      </w:pPr>
      <w:r>
        <w:rPr>
          <w:rFonts w:ascii="Times New Roman" w:hAnsi="Times New Roman" w:eastAsia="宋体"/>
          <w:b w:val="0"/>
          <w:i w:val="0"/>
          <w:color w:val="333333"/>
          <w:sz w:val="19"/>
        </w:rPr>
        <w:t>B=(1,-1,-1),</w:t>
      </w:r>
    </w:p>
    <w:p>
      <w:pPr>
        <w:spacing w:before="0" w:after="80" w:line="300" w:lineRule="auto"/>
        <w:jc w:val="left"/>
      </w:pPr>
      <w:r>
        <w:rPr>
          <w:rFonts w:ascii="Times New Roman" w:hAnsi="Times New Roman" w:eastAsia="宋体"/>
          <w:b w:val="0"/>
          <w:i w:val="0"/>
          <w:color w:val="333333"/>
          <w:sz w:val="19"/>
        </w:rPr>
        <w:t>C=(-1,1,-1),</w:t>
      </w:r>
    </w:p>
    <w:p>
      <w:pPr>
        <w:spacing w:before="0" w:after="80" w:line="300" w:lineRule="auto"/>
        <w:jc w:val="left"/>
      </w:pPr>
      <w:r>
        <w:rPr>
          <w:rFonts w:ascii="Times New Roman" w:hAnsi="Times New Roman" w:eastAsia="宋体"/>
          <w:b w:val="0"/>
          <w:i w:val="0"/>
          <w:color w:val="333333"/>
          <w:sz w:val="19"/>
        </w:rPr>
        <w:t>D=(-1,-1,1).</w:t>
      </w:r>
    </w:p>
    <w:p>
      <w:pPr>
        <w:spacing w:before="0" w:after="80" w:line="300" w:lineRule="auto"/>
        <w:jc w:val="left"/>
      </w:pPr>
      <w:r>
        <w:rPr>
          <w:rFonts w:ascii="Times New Roman" w:hAnsi="Times New Roman" w:eastAsia="宋体"/>
          <w:b w:val="0"/>
          <w:i w:val="0"/>
          <w:color w:val="333333"/>
          <w:sz w:val="19"/>
        </w:rPr>
        <w:t>These edges have length 2√(2), so scale by 1/(2√(2)). Points on AB and CD have forms P=(1,t,t) and Q=(-1,u,-u). Before scaling,</w:t>
      </w:r>
    </w:p>
    <w:p>
      <w:pPr>
        <w:spacing w:before="0" w:after="80" w:line="300" w:lineRule="auto"/>
        <w:jc w:val="left"/>
      </w:pPr>
      <w:r>
        <w:rPr>
          <w:rFonts w:ascii="Times New Roman" w:hAnsi="Times New Roman" w:eastAsia="宋体"/>
          <w:b w:val="0"/>
          <w:i w:val="0"/>
          <w:color w:val="333333"/>
          <w:sz w:val="19"/>
        </w:rPr>
        <w:t>PQ²=4+(t-u)²+(t+u)²</w:t>
      </w:r>
    </w:p>
    <w:p>
      <w:pPr>
        <w:spacing w:before="0" w:after="80" w:line="300" w:lineRule="auto"/>
        <w:jc w:val="left"/>
      </w:pPr>
      <w:r>
        <w:rPr>
          <w:rFonts w:ascii="Times New Roman" w:hAnsi="Times New Roman" w:eastAsia="宋体"/>
          <w:b w:val="0"/>
          <w:i w:val="0"/>
          <w:color w:val="333333"/>
          <w:sz w:val="19"/>
        </w:rPr>
        <w:t>=4+2t²+2u²,</w:t>
      </w:r>
    </w:p>
    <w:p>
      <w:pPr>
        <w:spacing w:before="0" w:after="80" w:line="300" w:lineRule="auto"/>
        <w:jc w:val="left"/>
      </w:pPr>
      <w:r>
        <w:rPr>
          <w:rFonts w:ascii="Times New Roman" w:hAnsi="Times New Roman" w:eastAsia="宋体"/>
          <w:b w:val="0"/>
          <w:i w:val="0"/>
          <w:color w:val="333333"/>
          <w:sz w:val="19"/>
        </w:rPr>
        <w:t>minimized at t=u=0. After scaling, the minimum squared distance is 4/8=1/2, so the distance is (√(2))/2.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取 B=(0,0) 和 C=(5,0)。因为 B 为钝角且 -cos B=3/5，可取</w:t>
      </w:r>
    </w:p>
    <w:p>
      <w:pPr>
        <w:spacing w:before="0" w:after="80" w:line="300" w:lineRule="auto"/>
        <w:jc w:val="left"/>
      </w:pPr>
      <w:r>
        <w:rPr>
          <w:rFonts w:ascii="Times New Roman" w:hAnsi="Times New Roman" w:eastAsia="宋体"/>
          <w:b w:val="0"/>
          <w:i w:val="0"/>
          <w:sz w:val="21"/>
        </w:rPr>
        <w:t>A=4(-3/5,4/5)</w:t>
      </w:r>
    </w:p>
    <w:p>
      <w:pPr>
        <w:spacing w:before="0" w:after="80" w:line="300" w:lineRule="auto"/>
        <w:jc w:val="left"/>
      </w:pPr>
      <w:r>
        <w:rPr>
          <w:rFonts w:ascii="Times New Roman" w:hAnsi="Times New Roman" w:eastAsia="宋体"/>
          <w:b w:val="0"/>
          <w:i w:val="0"/>
          <w:sz w:val="21"/>
        </w:rPr>
        <w:t>=(-12/5,16/5)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简单四边形的构型以及 C 处的钝角给出</w:t>
      </w:r>
    </w:p>
    <w:p>
      <w:pPr>
        <w:spacing w:before="0" w:after="80" w:line="300" w:lineRule="auto"/>
        <w:jc w:val="left"/>
      </w:pPr>
      <w:r>
        <w:rPr>
          <w:rFonts w:ascii="Times New Roman" w:hAnsi="Times New Roman" w:eastAsia="宋体"/>
          <w:b w:val="0"/>
          <w:i w:val="0"/>
          <w:sz w:val="21"/>
        </w:rPr>
        <w:t>D=C+20(4/5,3/5)</w:t>
      </w:r>
    </w:p>
    <w:p>
      <w:pPr>
        <w:spacing w:before="0" w:after="80" w:line="300" w:lineRule="auto"/>
        <w:jc w:val="left"/>
      </w:pPr>
      <w:r>
        <w:rPr>
          <w:rFonts w:ascii="Times New Roman" w:hAnsi="Times New Roman" w:eastAsia="宋体"/>
          <w:b w:val="0"/>
          <w:i w:val="0"/>
          <w:sz w:val="21"/>
        </w:rPr>
        <w:t>=(21,12)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AD=√((21+12/5)²)</w:t>
      </w:r>
    </w:p>
    <w:p>
      <w:pPr>
        <w:spacing w:before="0" w:after="80" w:line="300" w:lineRule="auto"/>
        <w:jc w:val="left"/>
      </w:pPr>
      <w:r>
        <w:rPr>
          <w:rFonts w:ascii="Times New Roman" w:hAnsi="Times New Roman" w:eastAsia="宋体"/>
          <w:b w:val="0"/>
          <w:i w:val="0"/>
          <w:sz w:val="21"/>
        </w:rPr>
        <w:t>+(12-16/5)²</w:t>
      </w:r>
    </w:p>
    <w:p>
      <w:pPr>
        <w:spacing w:before="0" w:after="80" w:line="300" w:lineRule="auto"/>
        <w:jc w:val="left"/>
      </w:pPr>
      <w:r>
        <w:rPr>
          <w:rFonts w:ascii="Times New Roman" w:hAnsi="Times New Roman" w:eastAsia="宋体"/>
          <w:b w:val="0"/>
          <w:i w:val="0"/>
          <w:sz w:val="21"/>
        </w:rPr>
        <w:t>=√((117/5)²+(44/5)²)</w:t>
      </w:r>
    </w:p>
    <w:p>
      <w:pPr>
        <w:spacing w:before="0" w:after="80" w:line="300" w:lineRule="auto"/>
        <w:jc w:val="left"/>
      </w:pPr>
      <w:r>
        <w:rPr>
          <w:rFonts w:ascii="Times New Roman" w:hAnsi="Times New Roman" w:eastAsia="宋体"/>
          <w:b w:val="0"/>
          <w:i w:val="0"/>
          <w:sz w:val="21"/>
        </w:rPr>
        <w:t>=25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B=(0,0) and C=(5,0). Since B is obtuse and -cos B=3/5, we may take</w:t>
      </w:r>
    </w:p>
    <w:p>
      <w:pPr>
        <w:spacing w:before="0" w:after="80" w:line="300" w:lineRule="auto"/>
        <w:jc w:val="left"/>
      </w:pPr>
      <w:r>
        <w:rPr>
          <w:rFonts w:ascii="Times New Roman" w:hAnsi="Times New Roman" w:eastAsia="宋体"/>
          <w:b w:val="0"/>
          <w:i w:val="0"/>
          <w:color w:val="333333"/>
          <w:sz w:val="19"/>
        </w:rPr>
        <w:t>A=4(-3/5,4/5)</w:t>
      </w:r>
    </w:p>
    <w:p>
      <w:pPr>
        <w:spacing w:before="0" w:after="80" w:line="300" w:lineRule="auto"/>
        <w:jc w:val="left"/>
      </w:pPr>
      <w:r>
        <w:rPr>
          <w:rFonts w:ascii="Times New Roman" w:hAnsi="Times New Roman" w:eastAsia="宋体"/>
          <w:b w:val="0"/>
          <w:i w:val="0"/>
          <w:color w:val="333333"/>
          <w:sz w:val="19"/>
        </w:rPr>
        <w:t>=(-12/5,16/5).</w:t>
      </w:r>
    </w:p>
    <w:p>
      <w:pPr>
        <w:spacing w:before="0" w:after="80" w:line="300" w:lineRule="auto"/>
        <w:jc w:val="left"/>
      </w:pPr>
      <w:r>
        <w:rPr>
          <w:rFonts w:ascii="Times New Roman" w:hAnsi="Times New Roman" w:eastAsia="宋体"/>
          <w:b w:val="0"/>
          <w:i w:val="0"/>
          <w:color w:val="333333"/>
          <w:sz w:val="19"/>
        </w:rPr>
        <w:t>The simple configuration and the obtuse angle at C give</w:t>
      </w:r>
    </w:p>
    <w:p>
      <w:pPr>
        <w:spacing w:before="0" w:after="80" w:line="300" w:lineRule="auto"/>
        <w:jc w:val="left"/>
      </w:pPr>
      <w:r>
        <w:rPr>
          <w:rFonts w:ascii="Times New Roman" w:hAnsi="Times New Roman" w:eastAsia="宋体"/>
          <w:b w:val="0"/>
          <w:i w:val="0"/>
          <w:color w:val="333333"/>
          <w:sz w:val="19"/>
        </w:rPr>
        <w:t>D=C+20(4/5,3/5)</w:t>
      </w:r>
    </w:p>
    <w:p>
      <w:pPr>
        <w:spacing w:before="0" w:after="80" w:line="300" w:lineRule="auto"/>
        <w:jc w:val="left"/>
      </w:pPr>
      <w:r>
        <w:rPr>
          <w:rFonts w:ascii="Times New Roman" w:hAnsi="Times New Roman" w:eastAsia="宋体"/>
          <w:b w:val="0"/>
          <w:i w:val="0"/>
          <w:color w:val="333333"/>
          <w:sz w:val="19"/>
        </w:rPr>
        <w:t>=(21,12).</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AD=√((21+12/5)²)</w:t>
      </w:r>
    </w:p>
    <w:p>
      <w:pPr>
        <w:spacing w:before="0" w:after="80" w:line="300" w:lineRule="auto"/>
        <w:jc w:val="left"/>
      </w:pPr>
      <w:r>
        <w:rPr>
          <w:rFonts w:ascii="Times New Roman" w:hAnsi="Times New Roman" w:eastAsia="宋体"/>
          <w:b w:val="0"/>
          <w:i w:val="0"/>
          <w:color w:val="333333"/>
          <w:sz w:val="19"/>
        </w:rPr>
        <w:t>+(12-16/5)²</w:t>
      </w:r>
    </w:p>
    <w:p>
      <w:pPr>
        <w:spacing w:before="0" w:after="80" w:line="300" w:lineRule="auto"/>
        <w:jc w:val="left"/>
      </w:pPr>
      <w:r>
        <w:rPr>
          <w:rFonts w:ascii="Times New Roman" w:hAnsi="Times New Roman" w:eastAsia="宋体"/>
          <w:b w:val="0"/>
          <w:i w:val="0"/>
          <w:color w:val="333333"/>
          <w:sz w:val="19"/>
        </w:rPr>
        <w:t>=√((117/5)²+(44/5)²)</w:t>
      </w:r>
    </w:p>
    <w:p>
      <w:pPr>
        <w:spacing w:before="0" w:after="80" w:line="300" w:lineRule="auto"/>
        <w:jc w:val="left"/>
      </w:pPr>
      <w:r>
        <w:rPr>
          <w:rFonts w:ascii="Times New Roman" w:hAnsi="Times New Roman" w:eastAsia="宋体"/>
          <w:b w:val="0"/>
          <w:i w:val="0"/>
          <w:color w:val="333333"/>
          <w:sz w:val="19"/>
        </w:rPr>
        <w:t>=25.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令 a=-1/2。因为第一次相除的余数为 a⁸，所以</w:t>
      </w:r>
    </w:p>
    <w:p>
      <w:pPr>
        <w:spacing w:before="0" w:after="80" w:line="300" w:lineRule="auto"/>
        <w:jc w:val="left"/>
      </w:pPr>
      <w:r>
        <w:rPr>
          <w:rFonts w:ascii="Times New Roman" w:hAnsi="Times New Roman" w:eastAsia="宋体"/>
          <w:b w:val="0"/>
          <w:i w:val="0"/>
          <w:sz w:val="21"/>
        </w:rPr>
        <w:t>q₁(x)=x⁸-a⁸/x-a</w:t>
      </w:r>
    </w:p>
    <w:p>
      <w:pPr>
        <w:spacing w:before="0" w:after="80" w:line="300" w:lineRule="auto"/>
        <w:jc w:val="left"/>
      </w:pPr>
      <w:r>
        <w:rPr>
          <w:rFonts w:ascii="Times New Roman" w:hAnsi="Times New Roman" w:eastAsia="宋体"/>
          <w:b w:val="0"/>
          <w:i w:val="0"/>
          <w:sz w:val="21"/>
        </w:rPr>
        <w:t>=x⁷+ax⁶+⋯+a⁷</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因此第二次相除的余数为</w:t>
      </w:r>
    </w:p>
    <w:p>
      <w:pPr>
        <w:spacing w:before="0" w:after="80" w:line="300" w:lineRule="auto"/>
        <w:jc w:val="left"/>
      </w:pPr>
      <w:r>
        <w:rPr>
          <w:rFonts w:ascii="Times New Roman" w:hAnsi="Times New Roman" w:eastAsia="宋体"/>
          <w:b w:val="0"/>
          <w:i w:val="0"/>
          <w:sz w:val="21"/>
        </w:rPr>
        <w:t>q₁(a)=8a⁷</w:t>
      </w:r>
    </w:p>
    <w:p>
      <w:pPr>
        <w:spacing w:before="0" w:after="80" w:line="300" w:lineRule="auto"/>
        <w:jc w:val="left"/>
      </w:pPr>
      <w:r>
        <w:rPr>
          <w:rFonts w:ascii="Times New Roman" w:hAnsi="Times New Roman" w:eastAsia="宋体"/>
          <w:b w:val="0"/>
          <w:i w:val="0"/>
          <w:sz w:val="21"/>
        </w:rPr>
        <w:t>=8(-1/2)⁷</w:t>
      </w:r>
    </w:p>
    <w:p>
      <w:pPr>
        <w:spacing w:before="0" w:after="80" w:line="300" w:lineRule="auto"/>
        <w:jc w:val="left"/>
      </w:pPr>
      <w:r>
        <w:rPr>
          <w:rFonts w:ascii="Times New Roman" w:hAnsi="Times New Roman" w:eastAsia="宋体"/>
          <w:b w:val="0"/>
          <w:i w:val="0"/>
          <w:sz w:val="21"/>
        </w:rPr>
        <w:t>=-1/16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a=-1/2. Since the first remainder is a⁸,</w:t>
      </w:r>
    </w:p>
    <w:p>
      <w:pPr>
        <w:spacing w:before="0" w:after="80" w:line="300" w:lineRule="auto"/>
        <w:jc w:val="left"/>
      </w:pPr>
      <w:r>
        <w:rPr>
          <w:rFonts w:ascii="Times New Roman" w:hAnsi="Times New Roman" w:eastAsia="宋体"/>
          <w:b w:val="0"/>
          <w:i w:val="0"/>
          <w:color w:val="333333"/>
          <w:sz w:val="19"/>
        </w:rPr>
        <w:t>q₁(x)=x⁸-a⁸/x-a</w:t>
      </w:r>
    </w:p>
    <w:p>
      <w:pPr>
        <w:spacing w:before="0" w:after="80" w:line="300" w:lineRule="auto"/>
        <w:jc w:val="left"/>
      </w:pPr>
      <w:r>
        <w:rPr>
          <w:rFonts w:ascii="Times New Roman" w:hAnsi="Times New Roman" w:eastAsia="宋体"/>
          <w:b w:val="0"/>
          <w:i w:val="0"/>
          <w:color w:val="333333"/>
          <w:sz w:val="19"/>
        </w:rPr>
        <w:t>=x⁷+ax⁶+⋯+a⁷.</w:t>
      </w:r>
    </w:p>
    <w:p>
      <w:pPr>
        <w:spacing w:before="0" w:after="80" w:line="300" w:lineRule="auto"/>
        <w:jc w:val="left"/>
      </w:pPr>
      <w:r>
        <w:rPr>
          <w:rFonts w:ascii="Times New Roman" w:hAnsi="Times New Roman" w:eastAsia="宋体"/>
          <w:b w:val="0"/>
          <w:i w:val="0"/>
          <w:color w:val="333333"/>
          <w:sz w:val="19"/>
        </w:rPr>
        <w:t>Therefore the second remainder is</w:t>
      </w:r>
    </w:p>
    <w:p>
      <w:pPr>
        <w:spacing w:before="0" w:after="80" w:line="300" w:lineRule="auto"/>
        <w:jc w:val="left"/>
      </w:pPr>
      <w:r>
        <w:rPr>
          <w:rFonts w:ascii="Times New Roman" w:hAnsi="Times New Roman" w:eastAsia="宋体"/>
          <w:b w:val="0"/>
          <w:i w:val="0"/>
          <w:color w:val="333333"/>
          <w:sz w:val="19"/>
        </w:rPr>
        <w:t>q₁(a)=8a⁷</w:t>
      </w:r>
    </w:p>
    <w:p>
      <w:pPr>
        <w:spacing w:before="0" w:after="80" w:line="300" w:lineRule="auto"/>
        <w:jc w:val="left"/>
      </w:pPr>
      <w:r>
        <w:rPr>
          <w:rFonts w:ascii="Times New Roman" w:hAnsi="Times New Roman" w:eastAsia="宋体"/>
          <w:b w:val="0"/>
          <w:i w:val="0"/>
          <w:color w:val="333333"/>
          <w:sz w:val="19"/>
        </w:rPr>
        <w:t>=8(-1/2)⁷</w:t>
      </w:r>
    </w:p>
    <w:p>
      <w:pPr>
        <w:spacing w:before="0" w:after="80" w:line="300" w:lineRule="auto"/>
        <w:jc w:val="left"/>
      </w:pPr>
      <w:r>
        <w:rPr>
          <w:rFonts w:ascii="Times New Roman" w:hAnsi="Times New Roman" w:eastAsia="宋体"/>
          <w:b w:val="0"/>
          <w:i w:val="0"/>
          <w:color w:val="333333"/>
          <w:sz w:val="19"/>
        </w:rPr>
        <w:t>=-1/16.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令 x=1，得到 f(y+1)-f(y)=y+2。令 x=y=0，得到 f(0)=-1。向两个方向延拓递推关系，可得对每个整数 n，</w:t>
      </w:r>
    </w:p>
    <w:p>
      <w:pPr>
        <w:spacing w:before="0" w:after="80" w:line="300" w:lineRule="auto"/>
        <w:jc w:val="left"/>
      </w:pPr>
      <w:r>
        <w:rPr>
          <w:rFonts w:ascii="Times New Roman" w:hAnsi="Times New Roman" w:eastAsia="宋体"/>
          <w:b w:val="0"/>
          <w:i w:val="0"/>
          <w:sz w:val="21"/>
        </w:rPr>
        <w:t>f(n)=n²+3n-2/2。</w:t>
      </w:r>
    </w:p>
    <w:p>
      <w:pPr>
        <w:spacing w:before="0" w:after="80" w:line="300" w:lineRule="auto"/>
        <w:jc w:val="left"/>
      </w:pPr>
      <w:r>
        <w:rPr>
          <w:rFonts w:ascii="Times New Roman" w:hAnsi="Times New Roman" w:eastAsia="宋体"/>
          <w:b w:val="0"/>
          <w:i w:val="0"/>
          <w:sz w:val="21"/>
        </w:rPr>
        <w:t>因而 f(n)=n 等价于</w:t>
      </w:r>
    </w:p>
    <w:p>
      <w:pPr>
        <w:spacing w:before="0" w:after="80" w:line="300" w:lineRule="auto"/>
        <w:jc w:val="left"/>
      </w:pPr>
      <w:r>
        <w:rPr>
          <w:rFonts w:ascii="Times New Roman" w:hAnsi="Times New Roman" w:eastAsia="宋体"/>
          <w:b w:val="0"/>
          <w:i w:val="0"/>
          <w:sz w:val="21"/>
        </w:rPr>
        <w:t>n²+n-2=(n+2)(n-1)</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整数解为 n=-2 和 n=1，排除 1 后恰好剩一个。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x=1 gives f(y+1)-f(y)=y+2. Setting x=y=0 gives f(0)=-1. Extending the recurrence in both directions yields, for every integer n,</w:t>
      </w:r>
    </w:p>
    <w:p>
      <w:pPr>
        <w:spacing w:before="0" w:after="80" w:line="300" w:lineRule="auto"/>
        <w:jc w:val="left"/>
      </w:pPr>
      <w:r>
        <w:rPr>
          <w:rFonts w:ascii="Times New Roman" w:hAnsi="Times New Roman" w:eastAsia="宋体"/>
          <w:b w:val="0"/>
          <w:i w:val="0"/>
          <w:color w:val="333333"/>
          <w:sz w:val="19"/>
        </w:rPr>
        <w:t>f(n)=n²+3n-2/2.</w:t>
      </w:r>
    </w:p>
    <w:p>
      <w:pPr>
        <w:spacing w:before="0" w:after="80" w:line="300" w:lineRule="auto"/>
        <w:jc w:val="left"/>
      </w:pPr>
      <w:r>
        <w:rPr>
          <w:rFonts w:ascii="Times New Roman" w:hAnsi="Times New Roman" w:eastAsia="宋体"/>
          <w:b w:val="0"/>
          <w:i w:val="0"/>
          <w:color w:val="333333"/>
          <w:sz w:val="19"/>
        </w:rPr>
        <w:t>Thus f(n)=n is equivalent to</w:t>
      </w:r>
    </w:p>
    <w:p>
      <w:pPr>
        <w:spacing w:before="0" w:after="80" w:line="300" w:lineRule="auto"/>
        <w:jc w:val="left"/>
      </w:pPr>
      <w:r>
        <w:rPr>
          <w:rFonts w:ascii="Times New Roman" w:hAnsi="Times New Roman" w:eastAsia="宋体"/>
          <w:b w:val="0"/>
          <w:i w:val="0"/>
          <w:color w:val="333333"/>
          <w:sz w:val="19"/>
        </w:rPr>
        <w:t>n²+n-2=(n+2)(n-1)</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The integer solutions are n=-2 and n=1, and after excluding 1 exactly one remains.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E</w:t>
      </w:r>
    </w:p>
    <w:p>
      <w:pPr>
        <w:spacing w:before="0" w:after="80" w:line="300" w:lineRule="auto"/>
        <w:jc w:val="left"/>
      </w:pPr>
      <w:r>
        <w:rPr>
          <w:rFonts w:ascii="Times New Roman" w:hAnsi="Times New Roman" w:eastAsia="宋体"/>
          <w:b w:val="0"/>
          <w:i w:val="0"/>
          <w:sz w:val="21"/>
        </w:rPr>
        <w:t>共有 11²=121 个有序对。要有两个不同的正实根，必须有 b&lt;0、c&gt;0 且 b²&gt;4c。当 b=-1 和 b=-2 时没有可选值；当 b=-3、b=-4 和 b=-5 时，分别有 2、3 和 5 个可选的 c。因此只有 10 个有序对会产生两个不同的正实根，所求概率为</w:t>
      </w:r>
    </w:p>
    <w:p>
      <w:pPr>
        <w:spacing w:before="0" w:after="80" w:line="300" w:lineRule="auto"/>
        <w:jc w:val="left"/>
      </w:pPr>
      <w:r>
        <w:rPr>
          <w:rFonts w:ascii="Times New Roman" w:hAnsi="Times New Roman" w:eastAsia="宋体"/>
          <w:b w:val="0"/>
          <w:i w:val="0"/>
          <w:sz w:val="21"/>
        </w:rPr>
        <w:t>1-10/121=111/121，</w:t>
      </w:r>
    </w:p>
    <w:p>
      <w:pPr>
        <w:spacing w:before="0" w:after="80" w:line="300" w:lineRule="auto"/>
        <w:jc w:val="left"/>
      </w:pPr>
      <w:r>
        <w:rPr>
          <w:rFonts w:ascii="Times New Roman" w:hAnsi="Times New Roman" w:eastAsia="宋体"/>
          <w:b w:val="0"/>
          <w:i w:val="0"/>
          <w:sz w:val="21"/>
        </w:rPr>
        <w:t>该数不在选项中。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11²=121 ordered pairs. Distinct positive roots require b&lt;0, c&gt;0, and b²&gt;4c. For b=-1 and b=-2 there are no choices; for b=-3, b=-4, and b=-5 there are respectively 2, 3, and 5 choices of c. Thus only 10 pairs produce distinct positive roots, so the requested probability is</w:t>
      </w:r>
    </w:p>
    <w:p>
      <w:pPr>
        <w:spacing w:before="0" w:after="80" w:line="300" w:lineRule="auto"/>
        <w:jc w:val="left"/>
      </w:pPr>
      <w:r>
        <w:rPr>
          <w:rFonts w:ascii="Times New Roman" w:hAnsi="Times New Roman" w:eastAsia="宋体"/>
          <w:b w:val="0"/>
          <w:i w:val="0"/>
          <w:color w:val="333333"/>
          <w:sz w:val="19"/>
        </w:rPr>
        <w:t>1-10/121=111/121,</w:t>
      </w:r>
    </w:p>
    <w:p>
      <w:pPr>
        <w:spacing w:before="0" w:after="80" w:line="300" w:lineRule="auto"/>
        <w:jc w:val="left"/>
      </w:pPr>
      <w:r>
        <w:rPr>
          <w:rFonts w:ascii="Times New Roman" w:hAnsi="Times New Roman" w:eastAsia="宋体"/>
          <w:b w:val="0"/>
          <w:i w:val="0"/>
          <w:color w:val="333333"/>
          <w:sz w:val="19"/>
        </w:rPr>
        <w:t>which is not listed.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设 A' 为以 B 和 C 为圆心的两圆在外侧的对应交点。那么 A'B'C' 与 ABC 是同心的等边三角形。设 K 为它们的共同重心，M 为 BC 的中点，则</w:t>
      </w:r>
    </w:p>
    <w:p>
      <w:pPr>
        <w:spacing w:before="0" w:after="80" w:line="300" w:lineRule="auto"/>
        <w:jc w:val="left"/>
      </w:pPr>
      <w:r>
        <w:rPr>
          <w:rFonts w:ascii="Times New Roman" w:hAnsi="Times New Roman" w:eastAsia="宋体"/>
          <w:b w:val="0"/>
          <w:i w:val="0"/>
          <w:sz w:val="21"/>
        </w:rPr>
        <w:t>A'M=√(r²-1),</w:t>
      </w:r>
    </w:p>
    <w:p>
      <w:pPr>
        <w:spacing w:before="0" w:after="80" w:line="300" w:lineRule="auto"/>
        <w:jc w:val="left"/>
      </w:pPr>
      <w:r>
        <w:rPr>
          <w:rFonts w:ascii="Times New Roman" w:hAnsi="Times New Roman" w:eastAsia="宋体"/>
          <w:b w:val="0"/>
          <w:i w:val="0"/>
          <w:sz w:val="21"/>
        </w:rPr>
        <w:t>MK=(√(3))/3,</w:t>
      </w:r>
    </w:p>
    <w:p>
      <w:pPr>
        <w:spacing w:before="0" w:after="80" w:line="300" w:lineRule="auto"/>
        <w:jc w:val="left"/>
      </w:pPr>
      <w:r>
        <w:rPr>
          <w:rFonts w:ascii="Times New Roman" w:hAnsi="Times New Roman" w:eastAsia="宋体"/>
          <w:b w:val="0"/>
          <w:i w:val="0"/>
          <w:sz w:val="21"/>
        </w:rPr>
        <w:t>AK=(2√(3))/3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由相似性，</w:t>
      </w:r>
    </w:p>
    <w:p>
      <w:pPr>
        <w:spacing w:before="0" w:after="80" w:line="300" w:lineRule="auto"/>
        <w:jc w:val="left"/>
      </w:pPr>
      <w:r>
        <w:rPr>
          <w:rFonts w:ascii="Times New Roman" w:hAnsi="Times New Roman" w:eastAsia="宋体"/>
          <w:b w:val="0"/>
          <w:i w:val="0"/>
          <w:sz w:val="21"/>
        </w:rPr>
        <w:t>(B'C')/2=(A'K)/AK</w:t>
      </w:r>
    </w:p>
    <w:p>
      <w:pPr>
        <w:spacing w:before="0" w:after="80" w:line="300" w:lineRule="auto"/>
        <w:jc w:val="left"/>
      </w:pPr>
      <w:r>
        <w:rPr>
          <w:rFonts w:ascii="Times New Roman" w:hAnsi="Times New Roman" w:eastAsia="宋体"/>
          <w:b w:val="0"/>
          <w:i w:val="0"/>
          <w:sz w:val="21"/>
        </w:rPr>
        <w:t>=(√(r²-1)+(√(3))/3)/((2√(3))/3)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B'C'=1+√(3(r²-1))。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the analogous outer intersection of the circles centered at B and C. Then A'B'C' and ABC are concentric equilateral triangles. If K is their common centroid and M is the midpoint of BC, then</w:t>
      </w:r>
    </w:p>
    <w:p>
      <w:pPr>
        <w:spacing w:before="0" w:after="80" w:line="300" w:lineRule="auto"/>
        <w:jc w:val="left"/>
      </w:pPr>
      <w:r>
        <w:rPr>
          <w:rFonts w:ascii="Times New Roman" w:hAnsi="Times New Roman" w:eastAsia="宋体"/>
          <w:b w:val="0"/>
          <w:i w:val="0"/>
          <w:color w:val="333333"/>
          <w:sz w:val="19"/>
        </w:rPr>
        <w:t>A'M=√(r²-1),</w:t>
      </w:r>
    </w:p>
    <w:p>
      <w:pPr>
        <w:spacing w:before="0" w:after="80" w:line="300" w:lineRule="auto"/>
        <w:jc w:val="left"/>
      </w:pPr>
      <w:r>
        <w:rPr>
          <w:rFonts w:ascii="Times New Roman" w:hAnsi="Times New Roman" w:eastAsia="宋体"/>
          <w:b w:val="0"/>
          <w:i w:val="0"/>
          <w:color w:val="333333"/>
          <w:sz w:val="19"/>
        </w:rPr>
        <w:t>MK=(√(3))/3,</w:t>
      </w:r>
    </w:p>
    <w:p>
      <w:pPr>
        <w:spacing w:before="0" w:after="80" w:line="300" w:lineRule="auto"/>
        <w:jc w:val="left"/>
      </w:pPr>
      <w:r>
        <w:rPr>
          <w:rFonts w:ascii="Times New Roman" w:hAnsi="Times New Roman" w:eastAsia="宋体"/>
          <w:b w:val="0"/>
          <w:i w:val="0"/>
          <w:color w:val="333333"/>
          <w:sz w:val="19"/>
        </w:rPr>
        <w:t>AK=(2√(3))/3.</w:t>
      </w:r>
    </w:p>
    <w:p>
      <w:pPr>
        <w:spacing w:before="0" w:after="80" w:line="300" w:lineRule="auto"/>
        <w:jc w:val="left"/>
      </w:pPr>
      <w:r>
        <w:rPr>
          <w:rFonts w:ascii="Times New Roman" w:hAnsi="Times New Roman" w:eastAsia="宋体"/>
          <w:b w:val="0"/>
          <w:i w:val="0"/>
          <w:color w:val="333333"/>
          <w:sz w:val="19"/>
        </w:rPr>
        <w:t>Similarity gives</w:t>
      </w:r>
    </w:p>
    <w:p>
      <w:pPr>
        <w:spacing w:before="0" w:after="80" w:line="300" w:lineRule="auto"/>
        <w:jc w:val="left"/>
      </w:pPr>
      <w:r>
        <w:rPr>
          <w:rFonts w:ascii="Times New Roman" w:hAnsi="Times New Roman" w:eastAsia="宋体"/>
          <w:b w:val="0"/>
          <w:i w:val="0"/>
          <w:color w:val="333333"/>
          <w:sz w:val="19"/>
        </w:rPr>
        <w:t>(B'C')/2=(A'K)/AK</w:t>
      </w:r>
    </w:p>
    <w:p>
      <w:pPr>
        <w:spacing w:before="0" w:after="80" w:line="300" w:lineRule="auto"/>
        <w:jc w:val="left"/>
      </w:pPr>
      <w:r>
        <w:rPr>
          <w:rFonts w:ascii="Times New Roman" w:hAnsi="Times New Roman" w:eastAsia="宋体"/>
          <w:b w:val="0"/>
          <w:i w:val="0"/>
          <w:color w:val="333333"/>
          <w:sz w:val="19"/>
        </w:rPr>
        <w:t>=(√(r²-1)+(√(3))/3)/((2√(3))/3).</w:t>
      </w:r>
    </w:p>
    <w:p>
      <w:pPr>
        <w:spacing w:before="0" w:after="80" w:line="300" w:lineRule="auto"/>
        <w:jc w:val="left"/>
      </w:pPr>
      <w:r>
        <w:rPr>
          <w:rFonts w:ascii="Times New Roman" w:hAnsi="Times New Roman" w:eastAsia="宋体"/>
          <w:b w:val="0"/>
          <w:i w:val="0"/>
          <w:color w:val="333333"/>
          <w:sz w:val="19"/>
        </w:rPr>
        <w:t>Hence B'C'=1+√(3(r²-1)).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E</w:t>
      </w:r>
    </w:p>
    <w:p>
      <w:pPr>
        <w:spacing w:before="0" w:after="80" w:line="300" w:lineRule="auto"/>
        <w:jc w:val="left"/>
      </w:pPr>
      <w:r>
        <w:rPr>
          <w:rFonts w:ascii="Times New Roman" w:hAnsi="Times New Roman" w:eastAsia="宋体"/>
          <w:b w:val="0"/>
          <w:i w:val="0"/>
          <w:sz w:val="21"/>
        </w:rPr>
        <w:t>令 t=x+1/x，u=x³+x⁻³=t³-3t。因为 x⁶+x⁻⁶=u²-2，所以分子为</w:t>
      </w:r>
    </w:p>
    <w:p>
      <w:pPr>
        <w:spacing w:before="0" w:after="80" w:line="300" w:lineRule="auto"/>
        <w:jc w:val="left"/>
      </w:pPr>
      <w:r>
        <w:rPr>
          <w:rFonts w:ascii="Times New Roman" w:hAnsi="Times New Roman" w:eastAsia="宋体"/>
          <w:b w:val="0"/>
          <w:i w:val="0"/>
          <w:sz w:val="21"/>
        </w:rPr>
        <w:t>t⁶-u²=(t³-u)(t³+u)</w:t>
      </w:r>
    </w:p>
    <w:p>
      <w:pPr>
        <w:spacing w:before="0" w:after="80" w:line="300" w:lineRule="auto"/>
        <w:jc w:val="left"/>
      </w:pPr>
      <w:r>
        <w:rPr>
          <w:rFonts w:ascii="Times New Roman" w:hAnsi="Times New Roman" w:eastAsia="宋体"/>
          <w:b w:val="0"/>
          <w:i w:val="0"/>
          <w:sz w:val="21"/>
        </w:rPr>
        <w:t>=3t(t³+u)</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分母为 t³+u，所以 f(x)=3t=3(x+1/x)。当 x&gt;0 时，x+1/x≥2，且在 x=1 时取等号。因此最小值为 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t=x+1/x and u=x³+x⁻³=t³-3t. Since x⁶+x⁻⁶=u²-2, the numerator is</w:t>
      </w:r>
    </w:p>
    <w:p>
      <w:pPr>
        <w:spacing w:before="0" w:after="80" w:line="300" w:lineRule="auto"/>
        <w:jc w:val="left"/>
      </w:pPr>
      <w:r>
        <w:rPr>
          <w:rFonts w:ascii="Times New Roman" w:hAnsi="Times New Roman" w:eastAsia="宋体"/>
          <w:b w:val="0"/>
          <w:i w:val="0"/>
          <w:color w:val="333333"/>
          <w:sz w:val="19"/>
        </w:rPr>
        <w:t>t⁶-u²=(t³-u)(t³+u)</w:t>
      </w:r>
    </w:p>
    <w:p>
      <w:pPr>
        <w:spacing w:before="0" w:after="80" w:line="300" w:lineRule="auto"/>
        <w:jc w:val="left"/>
      </w:pPr>
      <w:r>
        <w:rPr>
          <w:rFonts w:ascii="Times New Roman" w:hAnsi="Times New Roman" w:eastAsia="宋体"/>
          <w:b w:val="0"/>
          <w:i w:val="0"/>
          <w:color w:val="333333"/>
          <w:sz w:val="19"/>
        </w:rPr>
        <w:t>=3t(t³+u).</w:t>
      </w:r>
    </w:p>
    <w:p>
      <w:pPr>
        <w:spacing w:before="0" w:after="80" w:line="300" w:lineRule="auto"/>
        <w:jc w:val="left"/>
      </w:pPr>
      <w:r>
        <w:rPr>
          <w:rFonts w:ascii="Times New Roman" w:hAnsi="Times New Roman" w:eastAsia="宋体"/>
          <w:b w:val="0"/>
          <w:i w:val="0"/>
          <w:color w:val="333333"/>
          <w:sz w:val="19"/>
        </w:rPr>
        <w:t>The denominator is t³+u, so f(x)=3t=3(x+1/x). For x&gt;0, x+1/x≥2, with equality at x=1. Thus the minimum is 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将 AB 经过 B 延长至 F，使 AF=AC=1。则 △ ACF 为等边三角形。在 BF 上取点 G，使 ∠ BCG=20°。由角度条件可得 △ FGC≅△ ABC，且 △ BCG∼△ DCE。因为 E 是 BC 的中点，所以相似比为 2，从而</w:t>
      </w:r>
    </w:p>
    <w:p>
      <w:pPr>
        <w:spacing w:before="0" w:after="80" w:line="300" w:lineRule="auto"/>
        <w:jc w:val="left"/>
      </w:pPr>
      <w:r>
        <w:rPr>
          <w:rFonts w:ascii="Times New Roman" w:hAnsi="Times New Roman" w:eastAsia="宋体"/>
          <w:b w:val="0"/>
          <w:i w:val="0"/>
          <w:sz w:val="21"/>
        </w:rPr>
        <w:t>[BCG]=4[CDE]。</w:t>
      </w:r>
    </w:p>
    <w:p>
      <w:pPr>
        <w:spacing w:before="0" w:after="80" w:line="300" w:lineRule="auto"/>
        <w:jc w:val="left"/>
      </w:pPr>
      <w:r>
        <w:rPr>
          <w:rFonts w:ascii="Times New Roman" w:hAnsi="Times New Roman" w:eastAsia="宋体"/>
          <w:b w:val="0"/>
          <w:i w:val="0"/>
          <w:sz w:val="21"/>
        </w:rPr>
        <w:t>分割这个等边三角形可得</w:t>
      </w:r>
    </w:p>
    <w:p>
      <w:pPr>
        <w:spacing w:before="0" w:after="80" w:line="300" w:lineRule="auto"/>
        <w:jc w:val="left"/>
      </w:pPr>
      <w:r>
        <w:rPr>
          <w:rFonts w:ascii="Times New Roman" w:hAnsi="Times New Roman" w:eastAsia="宋体"/>
          <w:b w:val="0"/>
          <w:i w:val="0"/>
          <w:sz w:val="21"/>
        </w:rPr>
        <w:t>(√(3))/4 =2[ABC]+4[CDE]。</w:t>
      </w:r>
    </w:p>
    <w:p>
      <w:pPr>
        <w:spacing w:before="0" w:after="80" w:line="300" w:lineRule="auto"/>
        <w:jc w:val="left"/>
      </w:pPr>
      <w:r>
        <w:rPr>
          <w:rFonts w:ascii="Times New Roman" w:hAnsi="Times New Roman" w:eastAsia="宋体"/>
          <w:b w:val="0"/>
          <w:i w:val="0"/>
          <w:sz w:val="21"/>
        </w:rPr>
        <w:t>两边除以 2，得到 [ABC]+2[CDE]=(√(3))/8。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Extend AB through B to F with AF=AC=1. Then △ ACF is equilateral. Choose G on BF so that ∠ BCG=20°. The angle conditions give △ FGC≅△ ABC, while △ BCG∼△ DCE. Since E is the midpoint of BC, the similarity scale is 2, so</w:t>
      </w:r>
    </w:p>
    <w:p>
      <w:pPr>
        <w:spacing w:before="0" w:after="80" w:line="300" w:lineRule="auto"/>
        <w:jc w:val="left"/>
      </w:pPr>
      <w:r>
        <w:rPr>
          <w:rFonts w:ascii="Times New Roman" w:hAnsi="Times New Roman" w:eastAsia="宋体"/>
          <w:b w:val="0"/>
          <w:i w:val="0"/>
          <w:color w:val="333333"/>
          <w:sz w:val="19"/>
        </w:rPr>
        <w:t>[BCG]=4[CDE].</w:t>
      </w:r>
    </w:p>
    <w:p>
      <w:pPr>
        <w:spacing w:before="0" w:after="80" w:line="300" w:lineRule="auto"/>
        <w:jc w:val="left"/>
      </w:pPr>
      <w:r>
        <w:rPr>
          <w:rFonts w:ascii="Times New Roman" w:hAnsi="Times New Roman" w:eastAsia="宋体"/>
          <w:b w:val="0"/>
          <w:i w:val="0"/>
          <w:color w:val="333333"/>
          <w:sz w:val="19"/>
        </w:rPr>
        <w:t>Decomposing the equilateral triangle gives</w:t>
      </w:r>
    </w:p>
    <w:p>
      <w:pPr>
        <w:spacing w:before="0" w:after="80" w:line="300" w:lineRule="auto"/>
        <w:jc w:val="left"/>
      </w:pPr>
      <w:r>
        <w:rPr>
          <w:rFonts w:ascii="Times New Roman" w:hAnsi="Times New Roman" w:eastAsia="宋体"/>
          <w:b w:val="0"/>
          <w:i w:val="0"/>
          <w:color w:val="333333"/>
          <w:sz w:val="19"/>
        </w:rPr>
        <w:t>(√(3))/4 =2[ABC]+4[CDE].</w:t>
      </w:r>
    </w:p>
    <w:p>
      <w:pPr>
        <w:spacing w:before="0" w:after="80" w:line="300" w:lineRule="auto"/>
        <w:jc w:val="left"/>
      </w:pPr>
      <w:r>
        <w:rPr>
          <w:rFonts w:ascii="Times New Roman" w:hAnsi="Times New Roman" w:eastAsia="宋体"/>
          <w:b w:val="0"/>
          <w:i w:val="0"/>
          <w:color w:val="333333"/>
          <w:sz w:val="19"/>
        </w:rPr>
        <w:t>Dividing by 2 yields [ABC]+2[CDE]=(√(3))/8.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