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1978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30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若 1-4/x+4/x²=0，则 2/x 等于</w:t>
      </w:r>
    </w:p>
    <w:p>
      <w:pPr>
        <w:spacing w:before="0" w:after="120" w:line="300" w:lineRule="auto"/>
      </w:pPr>
      <w:r>
        <w:rPr>
          <w:rFonts w:ascii="Times New Roman" w:hAnsi="Times New Roman" w:eastAsia="宋体"/>
          <w:b w:val="0"/>
          <w:i w:val="0"/>
          <w:sz w:val="21"/>
        </w:rPr>
        <w:t>（A）-1　　（B）1　　（C）2　　（D）-1 或 2　　（E）-1 或 -2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1-4/x+4/x²=0, then 2/x equals</w:t>
      </w:r>
    </w:p>
    <w:p>
      <w:pPr>
        <w:spacing w:before="0" w:after="160" w:line="300" w:lineRule="auto"/>
      </w:pPr>
      <w:r>
        <w:rPr>
          <w:rFonts w:ascii="Times New Roman" w:hAnsi="Times New Roman" w:eastAsia="宋体"/>
          <w:b w:val="0"/>
          <w:i w:val="0"/>
          <w:color w:val="333333"/>
          <w:sz w:val="19"/>
        </w:rPr>
        <w:t>(A) -1　　(B) 1　　(C) 2　　(D) -1 or 2　　(E) -1 or -2</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若某圆周长倒数的四倍等于该圆的直径，则这个圆的面积为</w:t>
      </w:r>
    </w:p>
    <w:p>
      <w:pPr>
        <w:spacing w:before="0" w:after="120" w:line="300" w:lineRule="auto"/>
      </w:pPr>
      <w:r>
        <w:rPr>
          <w:rFonts w:ascii="Times New Roman" w:hAnsi="Times New Roman" w:eastAsia="宋体"/>
          <w:b w:val="0"/>
          <w:i w:val="0"/>
          <w:sz w:val="21"/>
        </w:rPr>
        <w:t>（A）1/π²　　（B）1/π　　（C）1　　（D）π　　（E）π²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four times the reciprocal of the circumference of a circle equals the diameter of the circle, then the area of the circle is</w:t>
      </w:r>
    </w:p>
    <w:p>
      <w:pPr>
        <w:spacing w:before="0" w:after="160" w:line="300" w:lineRule="auto"/>
      </w:pPr>
      <w:r>
        <w:rPr>
          <w:rFonts w:ascii="Times New Roman" w:hAnsi="Times New Roman" w:eastAsia="宋体"/>
          <w:b w:val="0"/>
          <w:i w:val="0"/>
          <w:color w:val="333333"/>
          <w:sz w:val="19"/>
        </w:rPr>
        <w:t>(A) 1/π²　　(B) 1/π　　(C) 1　　(D) π　　(E) π²</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对于所有满足 x=1/y 的非零数 x 和 y，</w:t>
      </w:r>
    </w:p>
    <w:p>
      <w:pPr>
        <w:spacing w:before="0" w:after="80" w:line="300" w:lineRule="auto"/>
        <w:jc w:val="left"/>
      </w:pPr>
      <w:r>
        <w:rPr>
          <w:rFonts w:ascii="Times New Roman" w:hAnsi="Times New Roman" w:eastAsia="宋体"/>
          <w:b w:val="0"/>
          <w:i w:val="0"/>
          <w:sz w:val="21"/>
        </w:rPr>
        <w:t>(x-1/x)(y+1/y)</w:t>
      </w:r>
    </w:p>
    <w:p>
      <w:pPr>
        <w:spacing w:before="0" w:after="80" w:line="300" w:lineRule="auto"/>
        <w:jc w:val="left"/>
      </w:pPr>
      <w:r>
        <w:rPr>
          <w:rFonts w:ascii="Times New Roman" w:hAnsi="Times New Roman" w:eastAsia="宋体"/>
          <w:b w:val="0"/>
          <w:i w:val="0"/>
          <w:sz w:val="21"/>
        </w:rPr>
        <w:t>等于</w:t>
      </w:r>
    </w:p>
    <w:p>
      <w:pPr>
        <w:spacing w:before="0" w:after="120" w:line="300" w:lineRule="auto"/>
      </w:pPr>
      <w:r>
        <w:rPr>
          <w:rFonts w:ascii="Times New Roman" w:hAnsi="Times New Roman" w:eastAsia="宋体"/>
          <w:b w:val="0"/>
          <w:i w:val="0"/>
          <w:sz w:val="21"/>
        </w:rPr>
        <w:t>（A）2x²　　（B）2y²　　（C）x²+y²　　（D）x²-y²　　（E）y²-x²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all nonzero numbers x and y such that x=1/y,</w:t>
      </w:r>
    </w:p>
    <w:p>
      <w:pPr>
        <w:spacing w:before="0" w:after="80" w:line="300" w:lineRule="auto"/>
        <w:jc w:val="left"/>
      </w:pPr>
      <w:r>
        <w:rPr>
          <w:rFonts w:ascii="Times New Roman" w:hAnsi="Times New Roman" w:eastAsia="宋体"/>
          <w:b w:val="0"/>
          <w:i w:val="0"/>
          <w:color w:val="333333"/>
          <w:sz w:val="19"/>
        </w:rPr>
        <w:t>(x-1/x)(y+1/y)</w:t>
      </w:r>
    </w:p>
    <w:p>
      <w:pPr>
        <w:spacing w:before="0" w:after="80" w:line="300" w:lineRule="auto"/>
        <w:jc w:val="left"/>
      </w:pPr>
      <w:r>
        <w:rPr>
          <w:rFonts w:ascii="Times New Roman" w:hAnsi="Times New Roman" w:eastAsia="宋体"/>
          <w:b w:val="0"/>
          <w:i w:val="0"/>
          <w:color w:val="333333"/>
          <w:sz w:val="19"/>
        </w:rPr>
        <w:t>equals</w:t>
      </w:r>
    </w:p>
    <w:p>
      <w:pPr>
        <w:spacing w:before="0" w:after="160" w:line="300" w:lineRule="auto"/>
      </w:pPr>
      <w:r>
        <w:rPr>
          <w:rFonts w:ascii="Times New Roman" w:hAnsi="Times New Roman" w:eastAsia="宋体"/>
          <w:b w:val="0"/>
          <w:i w:val="0"/>
          <w:color w:val="333333"/>
          <w:sz w:val="19"/>
        </w:rPr>
        <w:t>(A) 2x²　　(B) 2y²　　(C) x²+y²　　(D) x²-y²　　(E) y²-x²</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若 a=1、b=10、c=100 且 d=1000，则</w:t>
      </w:r>
    </w:p>
    <w:p>
      <w:pPr>
        <w:spacing w:before="0" w:after="80" w:line="300" w:lineRule="auto"/>
        <w:jc w:val="left"/>
      </w:pPr>
      <w:r>
        <w:rPr>
          <w:rFonts w:ascii="Times New Roman" w:hAnsi="Times New Roman" w:eastAsia="宋体"/>
          <w:b w:val="0"/>
          <w:i w:val="0"/>
          <w:sz w:val="21"/>
        </w:rPr>
        <w:t>(a+b+c-d)+(a+b-c+d)</w:t>
      </w:r>
    </w:p>
    <w:p>
      <w:pPr>
        <w:spacing w:before="0" w:after="80" w:line="300" w:lineRule="auto"/>
        <w:jc w:val="left"/>
      </w:pPr>
      <w:r>
        <w:rPr>
          <w:rFonts w:ascii="Times New Roman" w:hAnsi="Times New Roman" w:eastAsia="宋体"/>
          <w:b w:val="0"/>
          <w:i w:val="0"/>
          <w:sz w:val="21"/>
        </w:rPr>
        <w:t>+(a-b+c+d)</w:t>
      </w:r>
    </w:p>
    <w:p>
      <w:pPr>
        <w:spacing w:before="0" w:after="80" w:line="300" w:lineRule="auto"/>
        <w:jc w:val="left"/>
      </w:pPr>
      <w:r>
        <w:rPr>
          <w:rFonts w:ascii="Times New Roman" w:hAnsi="Times New Roman" w:eastAsia="宋体"/>
          <w:b w:val="0"/>
          <w:i w:val="0"/>
          <w:sz w:val="21"/>
        </w:rPr>
        <w:t>+(-a+b+c+d)</w:t>
      </w:r>
    </w:p>
    <w:p>
      <w:pPr>
        <w:spacing w:before="0" w:after="80" w:line="300" w:lineRule="auto"/>
        <w:jc w:val="left"/>
      </w:pPr>
      <w:r>
        <w:rPr>
          <w:rFonts w:ascii="Times New Roman" w:hAnsi="Times New Roman" w:eastAsia="宋体"/>
          <w:b w:val="0"/>
          <w:i w:val="0"/>
          <w:sz w:val="21"/>
        </w:rPr>
        <w:t>等于</w:t>
      </w:r>
    </w:p>
    <w:p>
      <w:pPr>
        <w:spacing w:before="0" w:after="120" w:line="300" w:lineRule="auto"/>
      </w:pPr>
      <w:r>
        <w:rPr>
          <w:rFonts w:ascii="Times New Roman" w:hAnsi="Times New Roman" w:eastAsia="宋体"/>
          <w:b w:val="0"/>
          <w:i w:val="0"/>
          <w:sz w:val="21"/>
        </w:rPr>
        <w:t>（A）1111　　（B）2222　　（C）3333　　（D）1212　　（E）4242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a=1, b=10, c=100 and d=1000, then</w:t>
      </w:r>
    </w:p>
    <w:p>
      <w:pPr>
        <w:spacing w:before="0" w:after="80" w:line="300" w:lineRule="auto"/>
        <w:jc w:val="left"/>
      </w:pPr>
      <w:r>
        <w:rPr>
          <w:rFonts w:ascii="Times New Roman" w:hAnsi="Times New Roman" w:eastAsia="宋体"/>
          <w:b w:val="0"/>
          <w:i w:val="0"/>
          <w:color w:val="333333"/>
          <w:sz w:val="19"/>
        </w:rPr>
        <w:t>(a+b+c-d)+(a+b-c+d)</w:t>
      </w:r>
    </w:p>
    <w:p>
      <w:pPr>
        <w:spacing w:before="0" w:after="80" w:line="300" w:lineRule="auto"/>
        <w:jc w:val="left"/>
      </w:pPr>
      <w:r>
        <w:rPr>
          <w:rFonts w:ascii="Times New Roman" w:hAnsi="Times New Roman" w:eastAsia="宋体"/>
          <w:b w:val="0"/>
          <w:i w:val="0"/>
          <w:color w:val="333333"/>
          <w:sz w:val="19"/>
        </w:rPr>
        <w:t>+(a-b+c+d)</w:t>
      </w:r>
    </w:p>
    <w:p>
      <w:pPr>
        <w:spacing w:before="0" w:after="80" w:line="300" w:lineRule="auto"/>
        <w:jc w:val="left"/>
      </w:pPr>
      <w:r>
        <w:rPr>
          <w:rFonts w:ascii="Times New Roman" w:hAnsi="Times New Roman" w:eastAsia="宋体"/>
          <w:b w:val="0"/>
          <w:i w:val="0"/>
          <w:color w:val="333333"/>
          <w:sz w:val="19"/>
        </w:rPr>
        <w:t>+(-a+b+c+d)</w:t>
      </w:r>
    </w:p>
    <w:p>
      <w:pPr>
        <w:spacing w:before="0" w:after="80" w:line="300" w:lineRule="auto"/>
        <w:jc w:val="left"/>
      </w:pPr>
      <w:r>
        <w:rPr>
          <w:rFonts w:ascii="Times New Roman" w:hAnsi="Times New Roman" w:eastAsia="宋体"/>
          <w:b w:val="0"/>
          <w:i w:val="0"/>
          <w:color w:val="333333"/>
          <w:sz w:val="19"/>
        </w:rPr>
        <w:t>is equal to</w:t>
      </w:r>
    </w:p>
    <w:p>
      <w:pPr>
        <w:spacing w:before="0" w:after="160" w:line="300" w:lineRule="auto"/>
      </w:pPr>
      <w:r>
        <w:rPr>
          <w:rFonts w:ascii="Times New Roman" w:hAnsi="Times New Roman" w:eastAsia="宋体"/>
          <w:b w:val="0"/>
          <w:i w:val="0"/>
          <w:color w:val="333333"/>
          <w:sz w:val="19"/>
        </w:rPr>
        <w:t>(A) 1111　　(B) 2222　　(C) 3333　　(D) 1212　　(E) 4242</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四个男孩以 $60 买了一艘船。第一个男孩支付的金额是其余三人付款总额的一半；第二个男孩支付的是其余三人付款总额的三分之一；第三个男孩支付的是其余三人付款总额的四分之一。第四个男孩支付了多少钱？</w:t>
      </w:r>
    </w:p>
    <w:p>
      <w:pPr>
        <w:spacing w:before="0" w:after="120" w:line="300" w:lineRule="auto"/>
      </w:pPr>
      <w:r>
        <w:rPr>
          <w:rFonts w:ascii="Times New Roman" w:hAnsi="Times New Roman" w:eastAsia="宋体"/>
          <w:b w:val="0"/>
          <w:i w:val="0"/>
          <w:sz w:val="21"/>
        </w:rPr>
        <w:t>（A）$10　　（B）$12　　（C）$13　　（D）$14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 boys bought a boat for $60. The first boy paid one half of the sum of the amounts paid by the other boys; the second boy paid one third of the sum of the amounts paid by the other boys; and the third boy paid one fourth of the sum of the amounts paid by the other boys. How much did the fourth boy pay?</w:t>
      </w:r>
    </w:p>
    <w:p>
      <w:pPr>
        <w:spacing w:before="0" w:after="160" w:line="300" w:lineRule="auto"/>
      </w:pPr>
      <w:r>
        <w:rPr>
          <w:rFonts w:ascii="Times New Roman" w:hAnsi="Times New Roman" w:eastAsia="宋体"/>
          <w:b w:val="0"/>
          <w:i w:val="0"/>
          <w:color w:val="333333"/>
          <w:sz w:val="19"/>
        </w:rPr>
        <w:t>(A) $10　　(B) $12　　(C) $13　　(D) $14　　(E) $15</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同时满足下列两个方程的不同实数对 (x,y) 的个数</w:t>
      </w:r>
    </w:p>
    <w:p>
      <w:pPr>
        <w:spacing w:before="0" w:after="80" w:line="300" w:lineRule="auto"/>
        <w:jc w:val="left"/>
      </w:pPr>
      <w:r>
        <w:rPr>
          <w:rFonts w:ascii="Times New Roman" w:hAnsi="Times New Roman" w:eastAsia="宋体"/>
          <w:b w:val="0"/>
          <w:i w:val="0"/>
          <w:sz w:val="21"/>
        </w:rPr>
        <w:t>x=x²+y²,</w:t>
      </w:r>
    </w:p>
    <w:p>
      <w:pPr>
        <w:spacing w:before="0" w:after="80" w:line="300" w:lineRule="auto"/>
        <w:jc w:val="left"/>
      </w:pPr>
      <w:r>
        <w:rPr>
          <w:rFonts w:ascii="Times New Roman" w:hAnsi="Times New Roman" w:eastAsia="宋体"/>
          <w:b w:val="0"/>
          <w:i w:val="0"/>
          <w:sz w:val="21"/>
        </w:rPr>
        <w:t>y=2xy。</w:t>
      </w:r>
    </w:p>
    <w:p>
      <w:pPr>
        <w:spacing w:before="0" w:after="80" w:line="300" w:lineRule="auto"/>
        <w:jc w:val="left"/>
      </w:pPr>
      <w:r>
        <w:rPr>
          <w:rFonts w:ascii="Times New Roman" w:hAnsi="Times New Roman" w:eastAsia="宋体"/>
          <w:b w:val="0"/>
          <w:i w:val="0"/>
          <w:sz w:val="21"/>
        </w:rPr>
        <w:t>为</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distinct pairs (x,y) of real numbers satisfying both of the following equations:</w:t>
      </w:r>
    </w:p>
    <w:p>
      <w:pPr>
        <w:spacing w:before="0" w:after="80" w:line="300" w:lineRule="auto"/>
        <w:jc w:val="left"/>
      </w:pPr>
      <w:r>
        <w:rPr>
          <w:rFonts w:ascii="Times New Roman" w:hAnsi="Times New Roman" w:eastAsia="宋体"/>
          <w:b w:val="0"/>
          <w:i w:val="0"/>
          <w:color w:val="333333"/>
          <w:sz w:val="19"/>
        </w:rPr>
        <w:t>x=x²+y²,</w:t>
      </w:r>
    </w:p>
    <w:p>
      <w:pPr>
        <w:spacing w:before="0" w:after="80" w:line="300" w:lineRule="auto"/>
        <w:jc w:val="left"/>
      </w:pPr>
      <w:r>
        <w:rPr>
          <w:rFonts w:ascii="Times New Roman" w:hAnsi="Times New Roman" w:eastAsia="宋体"/>
          <w:b w:val="0"/>
          <w:i w:val="0"/>
          <w:color w:val="333333"/>
          <w:sz w:val="19"/>
        </w:rPr>
        <w:t>y=2xy.</w:t>
      </w:r>
    </w:p>
    <w:p>
      <w:pPr>
        <w:spacing w:before="0" w:after="80" w:line="300" w:lineRule="auto"/>
        <w:jc w:val="left"/>
      </w:pPr>
      <w:r>
        <w:rPr>
          <w:rFonts w:ascii="Times New Roman" w:hAnsi="Times New Roman" w:eastAsia="宋体"/>
          <w:b w:val="0"/>
          <w:i w:val="0"/>
          <w:color w:val="333333"/>
          <w:sz w:val="19"/>
        </w:rPr>
        <w:t>is</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一个正六边形的两条相对边之间相距 12 英寸。它的边长（单位：英寸）为</w:t>
      </w:r>
    </w:p>
    <w:p>
      <w:pPr>
        <w:spacing w:before="0" w:after="120" w:line="300" w:lineRule="auto"/>
      </w:pPr>
      <w:r>
        <w:rPr>
          <w:rFonts w:ascii="Times New Roman" w:hAnsi="Times New Roman" w:eastAsia="宋体"/>
          <w:b w:val="0"/>
          <w:i w:val="0"/>
          <w:sz w:val="21"/>
        </w:rPr>
        <w:t>（A）7.5　　（B）6√(2)　　（C）5√(2)　　（D）9/2√(3)　　（E）4√(3)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Opposite sides of a regular hexagon are 12 inches apart. The length of each side, in inches, is</w:t>
      </w:r>
    </w:p>
    <w:p>
      <w:pPr>
        <w:spacing w:before="0" w:after="160" w:line="300" w:lineRule="auto"/>
      </w:pPr>
      <w:r>
        <w:rPr>
          <w:rFonts w:ascii="Times New Roman" w:hAnsi="Times New Roman" w:eastAsia="宋体"/>
          <w:b w:val="0"/>
          <w:i w:val="0"/>
          <w:color w:val="333333"/>
          <w:sz w:val="19"/>
        </w:rPr>
        <w:t>(A) 7.5　　(B) 6√(2)　　(C) 5√(2)　　(D) 9/2√(3)　　(E) 4√(3)</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若 x≠ y，且数列 x、a₁、a₂、y 与数列 x、b₁、b₂、b₃、y 都是等差数列，则 a₂-a₁/b₂-b₁ 等于</w:t>
      </w:r>
    </w:p>
    <w:p>
      <w:pPr>
        <w:spacing w:before="0" w:after="120" w:line="300" w:lineRule="auto"/>
      </w:pPr>
      <w:r>
        <w:rPr>
          <w:rFonts w:ascii="Times New Roman" w:hAnsi="Times New Roman" w:eastAsia="宋体"/>
          <w:b w:val="0"/>
          <w:i w:val="0"/>
          <w:sz w:val="21"/>
        </w:rPr>
        <w:t>（A）2/3　　（B）3/4　　（C）1　　（D）4/3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 y and the sequences x, a₁, a₂, y and x, b₁, b₂, b₃, y each are in arithmetic progression, then a₂-a₁/b₂-b₁ equals</w:t>
      </w:r>
    </w:p>
    <w:p>
      <w:pPr>
        <w:spacing w:before="0" w:after="160" w:line="300" w:lineRule="auto"/>
      </w:pPr>
      <w:r>
        <w:rPr>
          <w:rFonts w:ascii="Times New Roman" w:hAnsi="Times New Roman" w:eastAsia="宋体"/>
          <w:b w:val="0"/>
          <w:i w:val="0"/>
          <w:color w:val="333333"/>
          <w:sz w:val="19"/>
        </w:rPr>
        <w:t>(A) 2/3　　(B) 3/4　　(C) 1　　(D) 4/3　　(E) 3/2</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若 x&lt;0，则 |x-√((x-1)²)| 等于</w:t>
      </w:r>
    </w:p>
    <w:p>
      <w:pPr>
        <w:spacing w:before="0" w:after="120" w:line="300" w:lineRule="auto"/>
      </w:pPr>
      <w:r>
        <w:rPr>
          <w:rFonts w:ascii="Times New Roman" w:hAnsi="Times New Roman" w:eastAsia="宋体"/>
          <w:b w:val="0"/>
          <w:i w:val="0"/>
          <w:sz w:val="21"/>
        </w:rPr>
        <w:t>（A）1　　（B）1-2x　　（C）-2x-1　　（D）1+2x　　（E）2x-1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x&lt;0, then |x-√((x-1)²)| equals</w:t>
      </w:r>
    </w:p>
    <w:p>
      <w:pPr>
        <w:spacing w:before="0" w:after="160" w:line="300" w:lineRule="auto"/>
      </w:pPr>
      <w:r>
        <w:rPr>
          <w:rFonts w:ascii="Times New Roman" w:hAnsi="Times New Roman" w:eastAsia="宋体"/>
          <w:b w:val="0"/>
          <w:i w:val="0"/>
          <w:color w:val="333333"/>
          <w:sz w:val="19"/>
        </w:rPr>
        <w:t>(A) 1　　(B) 1-2x　　(C) -2x-1　　(D) 1+2x　　(E) 2x-1</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若 B 是以 P 为圆心的圆 C 上一点，则在圆 C 所在平面内，所有满足“A 到 B 的距离不大于 A 到圆 C 上任意其他点的距离”的点 A 构成</w:t>
      </w:r>
    </w:p>
    <w:p>
      <w:pPr>
        <w:spacing w:before="0" w:after="120" w:line="300" w:lineRule="auto"/>
      </w:pPr>
      <w:r>
        <w:rPr>
          <w:rFonts w:ascii="Times New Roman" w:hAnsi="Times New Roman" w:eastAsia="宋体"/>
          <w:b w:val="0"/>
          <w:i w:val="0"/>
          <w:sz w:val="21"/>
        </w:rPr>
        <w:t>（A）从 P 到 B 的线段　　（B）以 P 为端点并经过 B 的射线　　（C）一条以 B 为端点的射线　　（D）一个以 P 为圆心的圆　　（E）一个以 B 为圆心的圆</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B is a point on circle C with center P, then the set of all points A in the plane of circle C such that the distance between A and B is less than or equal to the distance between A and any other point on circle C is</w:t>
      </w:r>
    </w:p>
    <w:p>
      <w:pPr>
        <w:spacing w:before="0" w:after="160" w:line="300" w:lineRule="auto"/>
      </w:pPr>
      <w:r>
        <w:rPr>
          <w:rFonts w:ascii="Times New Roman" w:hAnsi="Times New Roman" w:eastAsia="宋体"/>
          <w:b w:val="0"/>
          <w:i w:val="0"/>
          <w:color w:val="333333"/>
          <w:sz w:val="19"/>
        </w:rPr>
        <w:t>(A) the line segment from P to B　　(B) the ray beginning at P and passing through</w:t>
        <w:br/>
        <w:t>B　　(C) a ray beginning at B　　(D) a circle whose center is P　　(E) a circle whose center is B</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若 r 为正数，且直线 x+y=r 与圆 x²+y²=r 相切，则 r 等于</w:t>
      </w:r>
    </w:p>
    <w:p>
      <w:pPr>
        <w:spacing w:before="0" w:after="120" w:line="300" w:lineRule="auto"/>
      </w:pPr>
      <w:r>
        <w:rPr>
          <w:rFonts w:ascii="Times New Roman" w:hAnsi="Times New Roman" w:eastAsia="宋体"/>
          <w:b w:val="0"/>
          <w:i w:val="0"/>
          <w:sz w:val="21"/>
        </w:rPr>
        <w:t>（A）1/2　　（B）1　　（C）2　　（D）√(2)　　（E）2√(2)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r is positive and the line whose equation is x+y=r is tangent to the circle whose equation is x²+y²=r, then r equals</w:t>
      </w:r>
    </w:p>
    <w:p>
      <w:pPr>
        <w:spacing w:before="0" w:after="160" w:line="300" w:lineRule="auto"/>
      </w:pPr>
      <w:r>
        <w:rPr>
          <w:rFonts w:ascii="Times New Roman" w:hAnsi="Times New Roman" w:eastAsia="宋体"/>
          <w:b w:val="0"/>
          <w:i w:val="0"/>
          <w:color w:val="333333"/>
          <w:sz w:val="19"/>
        </w:rPr>
        <w:t>(A) 1/2　　(B) 1　　(C) 2　　(D) √(2)　　(E) 2√(2)</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在 △ ADE 中，∠ ADE=140°，点 B 和 C 分别位于边 AD 和 AE 上，且点 A、B、C、D、E 互不相同。若 AB、BC、CD 和 DE 的长度都相等，则 ∠ EAD 的度数为</w:t>
      </w:r>
    </w:p>
    <w:p>
      <w:pPr>
        <w:spacing w:before="0" w:after="120" w:line="300" w:lineRule="auto"/>
      </w:pPr>
      <w:r>
        <w:rPr>
          <w:rFonts w:ascii="Times New Roman" w:hAnsi="Times New Roman" w:eastAsia="宋体"/>
          <w:b w:val="0"/>
          <w:i w:val="0"/>
          <w:sz w:val="21"/>
        </w:rPr>
        <w:t>（A）5°　　（B）6°　　（C）7.5°　　（D）8°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ADE, ∠ ADE=140°, points B and C lie on sides AD and AE, respectively, and points A, B, C, D, E are distinct. If lengths AB, BC, CD, and DE are all equal, then the measure of ∠ EAD is</w:t>
      </w:r>
    </w:p>
    <w:p>
      <w:pPr>
        <w:spacing w:before="0" w:after="160" w:line="300" w:lineRule="auto"/>
      </w:pPr>
      <w:r>
        <w:rPr>
          <w:rFonts w:ascii="Times New Roman" w:hAnsi="Times New Roman" w:eastAsia="宋体"/>
          <w:b w:val="0"/>
          <w:i w:val="0"/>
          <w:color w:val="333333"/>
          <w:sz w:val="19"/>
        </w:rPr>
        <w:t>(A) 5°　　(B) 6°　　(C) 7.5°　　(D) 8°　　(E) 10°</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若 a、b、c、d 均为非零数，c 和 d 是方程 x²+ax+b=0 的根，而 a 和 b 是方程 x²+cx+d=0 的根，则 a+b+c+d 等于</w:t>
      </w:r>
    </w:p>
    <w:p>
      <w:pPr>
        <w:spacing w:before="0" w:after="120" w:line="300" w:lineRule="auto"/>
      </w:pPr>
      <w:r>
        <w:rPr>
          <w:rFonts w:ascii="Times New Roman" w:hAnsi="Times New Roman" w:eastAsia="宋体"/>
          <w:b w:val="0"/>
          <w:i w:val="0"/>
          <w:sz w:val="21"/>
        </w:rPr>
        <w:t>（A）0　　（B）-2　　（C）2　　（D）4　　（E）(-1+√(5))/2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b, c, and d are nonzero numbers such that c and d are the solutions of x²+ax+b=0 and a and b are the solutions of x²+cx+d=0, then a+b+c+d equals</w:t>
      </w:r>
    </w:p>
    <w:p>
      <w:pPr>
        <w:spacing w:before="0" w:after="160" w:line="300" w:lineRule="auto"/>
      </w:pPr>
      <w:r>
        <w:rPr>
          <w:rFonts w:ascii="Times New Roman" w:hAnsi="Times New Roman" w:eastAsia="宋体"/>
          <w:b w:val="0"/>
          <w:i w:val="0"/>
          <w:color w:val="333333"/>
          <w:sz w:val="19"/>
        </w:rPr>
        <w:t>(A) 0　　(B) -2　　(C) 2　　(D) 4　　(E) (-1+√(5))/2</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若大于 8 的整数 n 是方程 x²-ax+b=0 的一个根，且 a 在 n 进制中的表示为 18，则 b 在 n 进制中的表示为</w:t>
      </w:r>
    </w:p>
    <w:p>
      <w:pPr>
        <w:spacing w:before="0" w:after="120" w:line="300" w:lineRule="auto"/>
      </w:pPr>
      <w:r>
        <w:rPr>
          <w:rFonts w:ascii="Times New Roman" w:hAnsi="Times New Roman" w:eastAsia="宋体"/>
          <w:b w:val="0"/>
          <w:i w:val="0"/>
          <w:sz w:val="21"/>
        </w:rPr>
        <w:t>（A）18　　（B）20　　（C）80　　（D）81　　（E）280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an integer n, greater than 8, is a solution of the equation x²-ax+b=0 and the representation of a in the base n numeration system is 18, then the base n representation of b is</w:t>
      </w:r>
    </w:p>
    <w:p>
      <w:pPr>
        <w:spacing w:before="0" w:after="160" w:line="300" w:lineRule="auto"/>
      </w:pPr>
      <w:r>
        <w:rPr>
          <w:rFonts w:ascii="Times New Roman" w:hAnsi="Times New Roman" w:eastAsia="宋体"/>
          <w:b w:val="0"/>
          <w:i w:val="0"/>
          <w:color w:val="333333"/>
          <w:sz w:val="19"/>
        </w:rPr>
        <w:t>(A) 18　　(B) 20　　(C) 80　　(D) 81　　(E) 280</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若 sin x+cos x=1/5，且 0≤ x&lt;π，则 tan x 为</w:t>
      </w:r>
    </w:p>
    <w:p>
      <w:pPr>
        <w:spacing w:before="0" w:after="120" w:line="300" w:lineRule="auto"/>
      </w:pPr>
      <w:r>
        <w:rPr>
          <w:rFonts w:ascii="Times New Roman" w:hAnsi="Times New Roman" w:eastAsia="宋体"/>
          <w:b w:val="0"/>
          <w:i w:val="0"/>
          <w:sz w:val="21"/>
        </w:rPr>
        <w:t>（A）-4/3　　（B）-3/4　　（C）3/4　　（D）4/3　　（E）由已知信息无法完全确定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sin x+cos x=1/5 and 0≤ x&lt;π, then tan x is</w:t>
      </w:r>
    </w:p>
    <w:p>
      <w:pPr>
        <w:spacing w:before="0" w:after="160" w:line="300" w:lineRule="auto"/>
      </w:pPr>
      <w:r>
        <w:rPr>
          <w:rFonts w:ascii="Times New Roman" w:hAnsi="Times New Roman" w:eastAsia="宋体"/>
          <w:b w:val="0"/>
          <w:i w:val="0"/>
          <w:color w:val="333333"/>
          <w:sz w:val="19"/>
        </w:rPr>
        <w:t>(A) -4/3　　(B) -3/4　　(C) 3/4　　(D) 4/3　　(E) not completely determined by the given information</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一个房间里有 N 个人，其中 N&gt;3，且至少有一人没有与房间里的所有其他人握过手。房间里可能与所有其他人都握过手的人数最多是多少？</w:t>
      </w:r>
    </w:p>
    <w:p>
      <w:pPr>
        <w:spacing w:before="0" w:after="120" w:line="300" w:lineRule="auto"/>
      </w:pPr>
      <w:r>
        <w:rPr>
          <w:rFonts w:ascii="Times New Roman" w:hAnsi="Times New Roman" w:eastAsia="宋体"/>
          <w:b w:val="0"/>
          <w:i w:val="0"/>
          <w:sz w:val="21"/>
        </w:rPr>
        <w:t>（A）0　　（B）1　　（C）N-1　　（D）N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room containing N people, N&gt;3, at least one person has not shaken hands with everyone else in the room. What is the maximum number of people in the room that could have shaken hands with everyone else?</w:t>
      </w:r>
    </w:p>
    <w:p>
      <w:pPr>
        <w:spacing w:before="0" w:after="160" w:line="300" w:lineRule="auto"/>
      </w:pPr>
      <w:r>
        <w:rPr>
          <w:rFonts w:ascii="Times New Roman" w:hAnsi="Times New Roman" w:eastAsia="宋体"/>
          <w:b w:val="0"/>
          <w:i w:val="0"/>
          <w:color w:val="333333"/>
          <w:sz w:val="19"/>
        </w:rPr>
        <w:t>(A) 0　　(B) 1　　(C) N-1　　(D) N　　(E) none of these</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若 k 为正数，且函数 f 满足：对于每个正数 x，</w:t>
      </w:r>
    </w:p>
    <w:p>
      <w:pPr>
        <w:spacing w:before="0" w:after="80" w:line="300" w:lineRule="auto"/>
        <w:jc w:val="left"/>
      </w:pPr>
      <w:r>
        <w:rPr>
          <w:rFonts w:ascii="Times New Roman" w:hAnsi="Times New Roman" w:eastAsia="宋体"/>
          <w:b w:val="0"/>
          <w:i w:val="0"/>
          <w:sz w:val="21"/>
        </w:rPr>
        <w:t>[f(x²+1)]^(√(x))=k，</w:t>
      </w:r>
    </w:p>
    <w:p>
      <w:pPr>
        <w:spacing w:before="0" w:after="80" w:line="300" w:lineRule="auto"/>
        <w:jc w:val="left"/>
      </w:pPr>
      <w:r>
        <w:rPr>
          <w:rFonts w:ascii="Times New Roman" w:hAnsi="Times New Roman" w:eastAsia="宋体"/>
          <w:b w:val="0"/>
          <w:i w:val="0"/>
          <w:sz w:val="21"/>
        </w:rPr>
        <w:t>那么对于每个正数 y，</w:t>
      </w:r>
    </w:p>
    <w:p>
      <w:pPr>
        <w:spacing w:before="0" w:after="80" w:line="300" w:lineRule="auto"/>
        <w:jc w:val="left"/>
      </w:pPr>
      <w:r>
        <w:rPr>
          <w:rFonts w:ascii="Times New Roman" w:hAnsi="Times New Roman" w:eastAsia="宋体"/>
          <w:b w:val="0"/>
          <w:i w:val="0"/>
          <w:sz w:val="21"/>
        </w:rPr>
        <w:t>[f(9+y²/y²)]^(√(12/y))</w:t>
      </w:r>
    </w:p>
    <w:p>
      <w:pPr>
        <w:spacing w:before="0" w:after="80" w:line="300" w:lineRule="auto"/>
        <w:jc w:val="left"/>
      </w:pPr>
      <w:r>
        <w:rPr>
          <w:rFonts w:ascii="Times New Roman" w:hAnsi="Times New Roman" w:eastAsia="宋体"/>
          <w:b w:val="0"/>
          <w:i w:val="0"/>
          <w:sz w:val="21"/>
        </w:rPr>
        <w:t>等于</w:t>
      </w:r>
    </w:p>
    <w:p>
      <w:pPr>
        <w:spacing w:before="0" w:after="120" w:line="300" w:lineRule="auto"/>
      </w:pPr>
      <w:r>
        <w:rPr>
          <w:rFonts w:ascii="Times New Roman" w:hAnsi="Times New Roman" w:eastAsia="宋体"/>
          <w:b w:val="0"/>
          <w:i w:val="0"/>
          <w:sz w:val="21"/>
        </w:rPr>
        <w:t>（A）√(k)　　（B）2k　　（C）k√(k)　　（D）k²　　（E）y√(k)</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k is a positive number and f is a function such that, for every positive number x,</w:t>
      </w:r>
    </w:p>
    <w:p>
      <w:pPr>
        <w:spacing w:before="0" w:after="80" w:line="300" w:lineRule="auto"/>
        <w:jc w:val="left"/>
      </w:pPr>
      <w:r>
        <w:rPr>
          <w:rFonts w:ascii="Times New Roman" w:hAnsi="Times New Roman" w:eastAsia="宋体"/>
          <w:b w:val="0"/>
          <w:i w:val="0"/>
          <w:color w:val="333333"/>
          <w:sz w:val="19"/>
        </w:rPr>
        <w:t>[f(x²+1)]^(√(x))=k,</w:t>
      </w:r>
    </w:p>
    <w:p>
      <w:pPr>
        <w:spacing w:before="0" w:after="80" w:line="300" w:lineRule="auto"/>
        <w:jc w:val="left"/>
      </w:pPr>
      <w:r>
        <w:rPr>
          <w:rFonts w:ascii="Times New Roman" w:hAnsi="Times New Roman" w:eastAsia="宋体"/>
          <w:b w:val="0"/>
          <w:i w:val="0"/>
          <w:color w:val="333333"/>
          <w:sz w:val="19"/>
        </w:rPr>
        <w:t>then, for every positive number y,</w:t>
      </w:r>
    </w:p>
    <w:p>
      <w:pPr>
        <w:spacing w:before="0" w:after="80" w:line="300" w:lineRule="auto"/>
        <w:jc w:val="left"/>
      </w:pPr>
      <w:r>
        <w:rPr>
          <w:rFonts w:ascii="Times New Roman" w:hAnsi="Times New Roman" w:eastAsia="宋体"/>
          <w:b w:val="0"/>
          <w:i w:val="0"/>
          <w:color w:val="333333"/>
          <w:sz w:val="19"/>
        </w:rPr>
        <w:t>[f(9+y²/y²)]^(√(12/y))</w:t>
      </w:r>
    </w:p>
    <w:p>
      <w:pPr>
        <w:spacing w:before="0" w:after="80" w:line="300" w:lineRule="auto"/>
        <w:jc w:val="left"/>
      </w:pPr>
      <w:r>
        <w:rPr>
          <w:rFonts w:ascii="Times New Roman" w:hAnsi="Times New Roman" w:eastAsia="宋体"/>
          <w:b w:val="0"/>
          <w:i w:val="0"/>
          <w:color w:val="333333"/>
          <w:sz w:val="19"/>
        </w:rPr>
        <w:t>is equal to</w:t>
      </w:r>
    </w:p>
    <w:p>
      <w:pPr>
        <w:spacing w:before="0" w:after="160" w:line="300" w:lineRule="auto"/>
      </w:pPr>
      <w:r>
        <w:rPr>
          <w:rFonts w:ascii="Times New Roman" w:hAnsi="Times New Roman" w:eastAsia="宋体"/>
          <w:b w:val="0"/>
          <w:i w:val="0"/>
          <w:color w:val="333333"/>
          <w:sz w:val="19"/>
        </w:rPr>
        <w:t>(A) √(k)　　(B) 2k　　(C) k√(k)　　(D) k²　　(E) y√(k)</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使 √(n)-√(n-1)&lt;0.01 成立的最小正整数 n 是多少？</w:t>
      </w:r>
    </w:p>
    <w:p>
      <w:pPr>
        <w:spacing w:before="0" w:after="120" w:line="300" w:lineRule="auto"/>
      </w:pPr>
      <w:r>
        <w:rPr>
          <w:rFonts w:ascii="Times New Roman" w:hAnsi="Times New Roman" w:eastAsia="宋体"/>
          <w:b w:val="0"/>
          <w:i w:val="0"/>
          <w:sz w:val="21"/>
        </w:rPr>
        <w:t>（A）2499　　（B）2500　　（C）2501　　（D）10,000　　（E）不存在这样的整数。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smallest positive integer n such that √(n)-√(n-1)&lt;0.01?</w:t>
      </w:r>
    </w:p>
    <w:p>
      <w:pPr>
        <w:spacing w:before="0" w:after="160" w:line="300" w:lineRule="auto"/>
      </w:pPr>
      <w:r>
        <w:rPr>
          <w:rFonts w:ascii="Times New Roman" w:hAnsi="Times New Roman" w:eastAsia="宋体"/>
          <w:b w:val="0"/>
          <w:i w:val="0"/>
          <w:color w:val="333333"/>
          <w:sz w:val="19"/>
        </w:rPr>
        <w:t>(A) 2499　　(B) 2500　　(C) 2501　　(D) 10,000　　(E) There is no such integer.</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按如下方式选取一个不超过 100 的正整数 n：若 n≤50，选中 n 的概率为 p；若 n&gt;50，选中 n 的概率为 3p。选中完全平方数的概率为</w:t>
      </w:r>
    </w:p>
    <w:p>
      <w:pPr>
        <w:spacing w:before="0" w:after="120" w:line="300" w:lineRule="auto"/>
      </w:pPr>
      <w:r>
        <w:rPr>
          <w:rFonts w:ascii="Times New Roman" w:hAnsi="Times New Roman" w:eastAsia="宋体"/>
          <w:b w:val="0"/>
          <w:i w:val="0"/>
          <w:sz w:val="21"/>
        </w:rPr>
        <w:t>（A）0.05　　（B）0.065　　（C）0.08　　（D）0.09　　（E）0.1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positive integer n not exceeding 100 is chosen in such a way that if n≤50, then the probability of choosing n is p, and if n&gt;50, then the probability of choosing n is 3p. The probability that a perfect square is chosen is</w:t>
      </w:r>
    </w:p>
    <w:p>
      <w:pPr>
        <w:spacing w:before="0" w:after="160" w:line="300" w:lineRule="auto"/>
      </w:pPr>
      <w:r>
        <w:rPr>
          <w:rFonts w:ascii="Times New Roman" w:hAnsi="Times New Roman" w:eastAsia="宋体"/>
          <w:b w:val="0"/>
          <w:i w:val="0"/>
          <w:color w:val="333333"/>
          <w:sz w:val="19"/>
        </w:rPr>
        <w:t>(A) 0.05　　(B) 0.065　　(C) 0.08　　(D) 0.09　　(E) 0.1</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若 a、b、c 是非零实数，满足</w:t>
      </w:r>
    </w:p>
    <w:p>
      <w:pPr>
        <w:spacing w:before="0" w:after="80" w:line="300" w:lineRule="auto"/>
        <w:jc w:val="left"/>
      </w:pPr>
      <w:r>
        <w:rPr>
          <w:rFonts w:ascii="Times New Roman" w:hAnsi="Times New Roman" w:eastAsia="宋体"/>
          <w:b w:val="0"/>
          <w:i w:val="0"/>
          <w:sz w:val="21"/>
        </w:rPr>
        <w:t>a+b-c/c =a-b+c/b</w:t>
      </w:r>
    </w:p>
    <w:p>
      <w:pPr>
        <w:spacing w:before="0" w:after="80" w:line="300" w:lineRule="auto"/>
        <w:jc w:val="left"/>
      </w:pPr>
      <w:r>
        <w:rPr>
          <w:rFonts w:ascii="Times New Roman" w:hAnsi="Times New Roman" w:eastAsia="宋体"/>
          <w:b w:val="0"/>
          <w:i w:val="0"/>
          <w:sz w:val="21"/>
        </w:rPr>
        <w:t>=-a+b+c/a，</w:t>
      </w:r>
    </w:p>
    <w:p>
      <w:pPr>
        <w:spacing w:before="0" w:after="80" w:line="300" w:lineRule="auto"/>
        <w:jc w:val="left"/>
      </w:pPr>
      <w:r>
        <w:rPr>
          <w:rFonts w:ascii="Times New Roman" w:hAnsi="Times New Roman" w:eastAsia="宋体"/>
          <w:b w:val="0"/>
          <w:i w:val="0"/>
          <w:sz w:val="21"/>
        </w:rPr>
        <w:t>且</w:t>
      </w:r>
    </w:p>
    <w:p>
      <w:pPr>
        <w:spacing w:before="0" w:after="80" w:line="300" w:lineRule="auto"/>
        <w:jc w:val="left"/>
      </w:pPr>
      <w:r>
        <w:rPr>
          <w:rFonts w:ascii="Times New Roman" w:hAnsi="Times New Roman" w:eastAsia="宋体"/>
          <w:b w:val="0"/>
          <w:i w:val="0"/>
          <w:sz w:val="21"/>
        </w:rPr>
        <w:t>x=((a+b)(b+c)(c+a))/abc，</w:t>
      </w:r>
    </w:p>
    <w:p>
      <w:pPr>
        <w:spacing w:before="0" w:after="80" w:line="300" w:lineRule="auto"/>
        <w:jc w:val="left"/>
      </w:pPr>
      <w:r>
        <w:rPr>
          <w:rFonts w:ascii="Times New Roman" w:hAnsi="Times New Roman" w:eastAsia="宋体"/>
          <w:b w:val="0"/>
          <w:i w:val="0"/>
          <w:sz w:val="21"/>
        </w:rPr>
        <w:t>并且 x&lt;0，则 x 等于</w:t>
      </w:r>
    </w:p>
    <w:p>
      <w:pPr>
        <w:spacing w:before="0" w:after="120" w:line="300" w:lineRule="auto"/>
      </w:pPr>
      <w:r>
        <w:rPr>
          <w:rFonts w:ascii="Times New Roman" w:hAnsi="Times New Roman" w:eastAsia="宋体"/>
          <w:b w:val="0"/>
          <w:i w:val="0"/>
          <w:sz w:val="21"/>
        </w:rPr>
        <w:t>（A）-1　　（B）-2　　（C）-4　　（D）-6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b, c are nonzero real numbers such that</w:t>
      </w:r>
    </w:p>
    <w:p>
      <w:pPr>
        <w:spacing w:before="0" w:after="80" w:line="300" w:lineRule="auto"/>
        <w:jc w:val="left"/>
      </w:pPr>
      <w:r>
        <w:rPr>
          <w:rFonts w:ascii="Times New Roman" w:hAnsi="Times New Roman" w:eastAsia="宋体"/>
          <w:b w:val="0"/>
          <w:i w:val="0"/>
          <w:color w:val="333333"/>
          <w:sz w:val="19"/>
        </w:rPr>
        <w:t>a+b-c/c =a-b+c/b</w:t>
      </w:r>
    </w:p>
    <w:p>
      <w:pPr>
        <w:spacing w:before="0" w:after="80" w:line="300" w:lineRule="auto"/>
        <w:jc w:val="left"/>
      </w:pPr>
      <w:r>
        <w:rPr>
          <w:rFonts w:ascii="Times New Roman" w:hAnsi="Times New Roman" w:eastAsia="宋体"/>
          <w:b w:val="0"/>
          <w:i w:val="0"/>
          <w:color w:val="333333"/>
          <w:sz w:val="19"/>
        </w:rPr>
        <w:t>=-a+b+c/a,</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x=((a+b)(b+c)(c+a))/abc,</w:t>
      </w:r>
    </w:p>
    <w:p>
      <w:pPr>
        <w:spacing w:before="0" w:after="80" w:line="300" w:lineRule="auto"/>
        <w:jc w:val="left"/>
      </w:pPr>
      <w:r>
        <w:rPr>
          <w:rFonts w:ascii="Times New Roman" w:hAnsi="Times New Roman" w:eastAsia="宋体"/>
          <w:b w:val="0"/>
          <w:i w:val="0"/>
          <w:color w:val="333333"/>
          <w:sz w:val="19"/>
        </w:rPr>
        <w:t>and x&lt;0, then x equals</w:t>
      </w:r>
    </w:p>
    <w:p>
      <w:pPr>
        <w:spacing w:before="0" w:after="160" w:line="300" w:lineRule="auto"/>
      </w:pPr>
      <w:r>
        <w:rPr>
          <w:rFonts w:ascii="Times New Roman" w:hAnsi="Times New Roman" w:eastAsia="宋体"/>
          <w:b w:val="0"/>
          <w:i w:val="0"/>
          <w:color w:val="333333"/>
          <w:sz w:val="19"/>
        </w:rPr>
        <w:t>(A) -1　　(B) -2　　(C) -4　　(D) -6　　(E) -8</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对于所有不等于 1 的正数 x，</w:t>
      </w:r>
    </w:p>
    <w:p>
      <w:pPr>
        <w:spacing w:before="0" w:after="80" w:line="300" w:lineRule="auto"/>
        <w:jc w:val="left"/>
      </w:pPr>
      <w:r>
        <w:rPr>
          <w:rFonts w:ascii="Times New Roman" w:hAnsi="Times New Roman" w:eastAsia="宋体"/>
          <w:b w:val="0"/>
          <w:i w:val="0"/>
          <w:sz w:val="21"/>
        </w:rPr>
        <w:t>1/log₃x+1/log₄x+1/log₅x</w:t>
      </w:r>
    </w:p>
    <w:p>
      <w:pPr>
        <w:spacing w:before="0" w:after="80" w:line="300" w:lineRule="auto"/>
        <w:jc w:val="left"/>
      </w:pPr>
      <w:r>
        <w:rPr>
          <w:rFonts w:ascii="Times New Roman" w:hAnsi="Times New Roman" w:eastAsia="宋体"/>
          <w:b w:val="0"/>
          <w:i w:val="0"/>
          <w:sz w:val="21"/>
        </w:rPr>
        <w:t>等于</w:t>
      </w:r>
    </w:p>
    <w:p>
      <w:pPr>
        <w:spacing w:before="0" w:after="120" w:line="300" w:lineRule="auto"/>
      </w:pPr>
      <w:r>
        <w:rPr>
          <w:rFonts w:ascii="Times New Roman" w:hAnsi="Times New Roman" w:eastAsia="宋体"/>
          <w:b w:val="0"/>
          <w:i w:val="0"/>
          <w:sz w:val="21"/>
        </w:rPr>
        <w:t>（A）1/log₆₀x　　（B）1/logₓ60　　（C）1/((log₃x)(log₄x)(log₅x))　　（D）12/((log₃x)+(log₄x)+(log₅x))　　（E）log₂x/((log₃x)(log₅x))&lt;br/&gt;</w:t>
        <w:br/>
        <w:t>+log₃x/((log₂x)(log₅x))&lt;br/&gt;</w:t>
        <w:br/>
        <w:t>+log₅x/((log₂x)(log₃x))</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all positive numbers x distinct from 1,</w:t>
      </w:r>
    </w:p>
    <w:p>
      <w:pPr>
        <w:spacing w:before="0" w:after="80" w:line="300" w:lineRule="auto"/>
        <w:jc w:val="left"/>
      </w:pPr>
      <w:r>
        <w:rPr>
          <w:rFonts w:ascii="Times New Roman" w:hAnsi="Times New Roman" w:eastAsia="宋体"/>
          <w:b w:val="0"/>
          <w:i w:val="0"/>
          <w:color w:val="333333"/>
          <w:sz w:val="19"/>
        </w:rPr>
        <w:t>1/log₃x+1/log₄x+1/log₅x</w:t>
      </w:r>
    </w:p>
    <w:p>
      <w:pPr>
        <w:spacing w:before="0" w:after="80" w:line="300" w:lineRule="auto"/>
        <w:jc w:val="left"/>
      </w:pPr>
      <w:r>
        <w:rPr>
          <w:rFonts w:ascii="Times New Roman" w:hAnsi="Times New Roman" w:eastAsia="宋体"/>
          <w:b w:val="0"/>
          <w:i w:val="0"/>
          <w:color w:val="333333"/>
          <w:sz w:val="19"/>
        </w:rPr>
        <w:t>equals</w:t>
      </w:r>
    </w:p>
    <w:p>
      <w:pPr>
        <w:spacing w:before="0" w:after="160" w:line="300" w:lineRule="auto"/>
      </w:pPr>
      <w:r>
        <w:rPr>
          <w:rFonts w:ascii="Times New Roman" w:hAnsi="Times New Roman" w:eastAsia="宋体"/>
          <w:b w:val="0"/>
          <w:i w:val="0"/>
          <w:color w:val="333333"/>
          <w:sz w:val="19"/>
        </w:rPr>
        <w:t>(A) 1/log₆₀x　　(B) 1/logₓ60　　(C) 1/((log₃x)(log₄x)(log₅x))　　(D) 12/((log₃x)+(log₄x)+(log₅x))　　(E) log₂x/((log₃x)(log₅x))&lt;br/&gt;</w:t>
        <w:br/>
        <w:t>+log₃x/((log₂x)(log₅x))&lt;br/&gt;</w:t>
        <w:br/>
        <w:t>+log₅x/((log₂x)(log₃x))</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一张卡片上恰好写着以下四句话：</w:t>
      </w:r>
    </w:p>
    <w:p>
      <w:pPr>
        <w:spacing w:before="0" w:after="80" w:line="300" w:lineRule="auto"/>
        <w:jc w:val="left"/>
      </w:pPr>
      <w:r>
        <w:rPr>
          <w:rFonts w:ascii="Times New Roman" w:hAnsi="Times New Roman" w:eastAsia="宋体"/>
          <w:b w:val="0"/>
          <w:i w:val="0"/>
          <w:sz w:val="21"/>
        </w:rPr>
        <w:t>这张卡片上恰有一句话是假话。</w:t>
      </w:r>
    </w:p>
    <w:p>
      <w:pPr>
        <w:spacing w:before="0" w:after="80" w:line="300" w:lineRule="auto"/>
        <w:jc w:val="left"/>
      </w:pPr>
      <w:r>
        <w:rPr>
          <w:rFonts w:ascii="Times New Roman" w:hAnsi="Times New Roman" w:eastAsia="宋体"/>
          <w:b w:val="0"/>
          <w:i w:val="0"/>
          <w:sz w:val="21"/>
        </w:rPr>
        <w:t>这张卡片上恰有两句话是假话。</w:t>
      </w:r>
    </w:p>
    <w:p>
      <w:pPr>
        <w:spacing w:before="0" w:after="80" w:line="300" w:lineRule="auto"/>
        <w:jc w:val="left"/>
      </w:pPr>
      <w:r>
        <w:rPr>
          <w:rFonts w:ascii="Times New Roman" w:hAnsi="Times New Roman" w:eastAsia="宋体"/>
          <w:b w:val="0"/>
          <w:i w:val="0"/>
          <w:sz w:val="21"/>
        </w:rPr>
        <w:t>这张卡片上恰有三句话是假话。</w:t>
      </w:r>
    </w:p>
    <w:p>
      <w:pPr>
        <w:spacing w:before="0" w:after="80" w:line="300" w:lineRule="auto"/>
        <w:jc w:val="left"/>
      </w:pPr>
      <w:r>
        <w:rPr>
          <w:rFonts w:ascii="Times New Roman" w:hAnsi="Times New Roman" w:eastAsia="宋体"/>
          <w:b w:val="0"/>
          <w:i w:val="0"/>
          <w:sz w:val="21"/>
        </w:rPr>
        <w:t>这张卡片上恰有四句话是假话。</w:t>
      </w:r>
    </w:p>
    <w:p>
      <w:pPr>
        <w:spacing w:before="0" w:after="80" w:line="300" w:lineRule="auto"/>
        <w:jc w:val="left"/>
      </w:pPr>
      <w:r>
        <w:rPr>
          <w:rFonts w:ascii="Times New Roman" w:hAnsi="Times New Roman" w:eastAsia="宋体"/>
          <w:b w:val="0"/>
          <w:i w:val="0"/>
          <w:sz w:val="21"/>
        </w:rPr>
        <w:t>（假设卡片上的每句话非真即假。）其中假话的数量恰为</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following four statements, and only these, are found on a card:</w:t>
      </w:r>
    </w:p>
    <w:p>
      <w:pPr>
        <w:spacing w:before="0" w:after="80" w:line="300" w:lineRule="auto"/>
        <w:jc w:val="left"/>
      </w:pPr>
      <w:r>
        <w:rPr>
          <w:rFonts w:ascii="Times New Roman" w:hAnsi="Times New Roman" w:eastAsia="宋体"/>
          <w:b w:val="0"/>
          <w:i w:val="0"/>
          <w:color w:val="333333"/>
          <w:sz w:val="19"/>
        </w:rPr>
        <w:t>On this card exactly one statement is false.</w:t>
      </w:r>
    </w:p>
    <w:p>
      <w:pPr>
        <w:spacing w:before="0" w:after="80" w:line="300" w:lineRule="auto"/>
        <w:jc w:val="left"/>
      </w:pPr>
      <w:r>
        <w:rPr>
          <w:rFonts w:ascii="Times New Roman" w:hAnsi="Times New Roman" w:eastAsia="宋体"/>
          <w:b w:val="0"/>
          <w:i w:val="0"/>
          <w:color w:val="333333"/>
          <w:sz w:val="19"/>
        </w:rPr>
        <w:t>On this card exactly two statements are false.</w:t>
      </w:r>
    </w:p>
    <w:p>
      <w:pPr>
        <w:spacing w:before="0" w:after="80" w:line="300" w:lineRule="auto"/>
        <w:jc w:val="left"/>
      </w:pPr>
      <w:r>
        <w:rPr>
          <w:rFonts w:ascii="Times New Roman" w:hAnsi="Times New Roman" w:eastAsia="宋体"/>
          <w:b w:val="0"/>
          <w:i w:val="0"/>
          <w:color w:val="333333"/>
          <w:sz w:val="19"/>
        </w:rPr>
        <w:t>On this card exactly three statements are false.</w:t>
      </w:r>
    </w:p>
    <w:p>
      <w:pPr>
        <w:spacing w:before="0" w:after="80" w:line="300" w:lineRule="auto"/>
        <w:jc w:val="left"/>
      </w:pPr>
      <w:r>
        <w:rPr>
          <w:rFonts w:ascii="Times New Roman" w:hAnsi="Times New Roman" w:eastAsia="宋体"/>
          <w:b w:val="0"/>
          <w:i w:val="0"/>
          <w:color w:val="333333"/>
          <w:sz w:val="19"/>
        </w:rPr>
        <w:t>On this card exactly four statements are false.</w:t>
      </w:r>
    </w:p>
    <w:p>
      <w:pPr>
        <w:spacing w:before="0" w:after="80" w:line="300" w:lineRule="auto"/>
        <w:jc w:val="left"/>
      </w:pPr>
      <w:r>
        <w:rPr>
          <w:rFonts w:ascii="Times New Roman" w:hAnsi="Times New Roman" w:eastAsia="宋体"/>
          <w:b w:val="0"/>
          <w:i w:val="0"/>
          <w:color w:val="333333"/>
          <w:sz w:val="19"/>
        </w:rPr>
        <w:t>(Assume each statement on the card is either true or false.) Among them the number of false statements is exactly</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等边三角形 ABE 的顶点 E 位于正方形 ABCD 内部，F 是对角线 BD 与线段 AE 的交点。若 AB 的长度为 √(1+√(3))，则 △ ABF 的面积为</w:t>
      </w:r>
    </w:p>
    <w:p>
      <w:pPr>
        <w:spacing w:before="80" w:after="80"/>
        <w:jc w:val="center"/>
      </w:pPr>
      <w:r>
        <w:drawing>
          <wp:inline xmlns:a="http://schemas.openxmlformats.org/drawingml/2006/main" xmlns:pic="http://schemas.openxmlformats.org/drawingml/2006/picture">
            <wp:extent cx="1440707" cy="1403039"/>
            <wp:docPr id="1" name="Picture 1"/>
            <wp:cNvGraphicFramePr>
              <a:graphicFrameLocks noChangeAspect="1"/>
            </wp:cNvGraphicFramePr>
            <a:graphic>
              <a:graphicData uri="http://schemas.openxmlformats.org/drawingml/2006/picture">
                <pic:pic>
                  <pic:nvPicPr>
                    <pic:cNvPr id="0" name="q23-1@300dpi.png"/>
                    <pic:cNvPicPr/>
                  </pic:nvPicPr>
                  <pic:blipFill>
                    <a:blip r:embed="rId9"/>
                    <a:stretch>
                      <a:fillRect/>
                    </a:stretch>
                  </pic:blipFill>
                  <pic:spPr>
                    <a:xfrm>
                      <a:off x="0" y="0"/>
                      <a:ext cx="1440707" cy="1403039"/>
                    </a:xfrm>
                    <a:prstGeom prst="rect"/>
                  </pic:spPr>
                </pic:pic>
              </a:graphicData>
            </a:graphic>
          </wp:inline>
        </w:drawing>
      </w:r>
    </w:p>
    <w:p>
      <w:pPr>
        <w:spacing w:before="0" w:after="120" w:line="300" w:lineRule="auto"/>
      </w:pPr>
      <w:r>
        <w:rPr>
          <w:rFonts w:ascii="Times New Roman" w:hAnsi="Times New Roman" w:eastAsia="宋体"/>
          <w:b w:val="0"/>
          <w:i w:val="0"/>
          <w:sz w:val="21"/>
        </w:rPr>
        <w:t>（A）1　　（B）(√(2))/2　　（C）(√(3))/2　　（D）4-2√(3)　　（E）1/2+(√(3))/4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Vertex E of equilateral triangle ABE is in the interior of square ABCD, and F is the point of intersection of diagonal BD and line segment AE. If length AB is √(1+√(3)), then the area of △ ABF is</w:t>
      </w:r>
    </w:p>
    <w:p>
      <w:pPr>
        <w:spacing w:before="80" w:after="80"/>
        <w:jc w:val="center"/>
      </w:pPr>
      <w:r>
        <w:drawing>
          <wp:inline xmlns:a="http://schemas.openxmlformats.org/drawingml/2006/main" xmlns:pic="http://schemas.openxmlformats.org/drawingml/2006/picture">
            <wp:extent cx="1440707" cy="1403039"/>
            <wp:docPr id="2" name="Picture 2"/>
            <wp:cNvGraphicFramePr>
              <a:graphicFrameLocks noChangeAspect="1"/>
            </wp:cNvGraphicFramePr>
            <a:graphic>
              <a:graphicData uri="http://schemas.openxmlformats.org/drawingml/2006/picture">
                <pic:pic>
                  <pic:nvPicPr>
                    <pic:cNvPr id="0" name="q23-1@300dpi.png"/>
                    <pic:cNvPicPr/>
                  </pic:nvPicPr>
                  <pic:blipFill>
                    <a:blip r:embed="rId9"/>
                    <a:stretch>
                      <a:fillRect/>
                    </a:stretch>
                  </pic:blipFill>
                  <pic:spPr>
                    <a:xfrm>
                      <a:off x="0" y="0"/>
                      <a:ext cx="1440707" cy="140303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　　(B) (√(2))/2　　(C) (√(3))/2　　(D) 4-2√(3)　　(E) 1/2+(√(3))/4</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若互不相同的非零数 x(y-z)、y(z-x)、z(x-y) 构成公比为 r 的等比数列，则 r 满足方程</w:t>
      </w:r>
    </w:p>
    <w:p>
      <w:pPr>
        <w:spacing w:before="0" w:after="120" w:line="300" w:lineRule="auto"/>
      </w:pPr>
      <w:r>
        <w:rPr>
          <w:rFonts w:ascii="Times New Roman" w:hAnsi="Times New Roman" w:eastAsia="宋体"/>
          <w:b w:val="0"/>
          <w:i w:val="0"/>
          <w:sz w:val="21"/>
        </w:rPr>
        <w:t>（A）r²+r+1=0　　（B）r²-r+1=0　　（C）r⁴+r²-1=0　　（D）(r+1)⁴+r=0　　（E）(r-1)⁴+r=0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distinct nonzero numbers x(y-z), y(z-x), z(x-y) form a geometric progression with common ratio r, then r satisfies the equation</w:t>
      </w:r>
    </w:p>
    <w:p>
      <w:pPr>
        <w:spacing w:before="0" w:after="160" w:line="300" w:lineRule="auto"/>
      </w:pPr>
      <w:r>
        <w:rPr>
          <w:rFonts w:ascii="Times New Roman" w:hAnsi="Times New Roman" w:eastAsia="宋体"/>
          <w:b w:val="0"/>
          <w:i w:val="0"/>
          <w:color w:val="333333"/>
          <w:sz w:val="19"/>
        </w:rPr>
        <w:t>(A) r²+r+1=0　　(B) r²-r+1=0　　(C) r⁴+r²-1=0　　(D) (r+1)⁴+r=0　　(E) (r-1)⁴+r=0</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设 a 为正数。令集合 S 由所有直角坐标 (x,y) 满足下列全部条件的点组成：</w:t>
      </w:r>
    </w:p>
    <w:p>
      <w:pPr>
        <w:spacing w:before="0" w:after="80" w:line="300" w:lineRule="auto"/>
        <w:jc w:val="left"/>
      </w:pPr>
      <w:r>
        <w:rPr>
          <w:rFonts w:ascii="Times New Roman" w:hAnsi="Times New Roman" w:eastAsia="宋体"/>
          <w:b w:val="0"/>
          <w:i w:val="0"/>
          <w:sz w:val="21"/>
        </w:rPr>
        <w:t>(i)a/2≤ x≤2a</w:t>
      </w:r>
    </w:p>
    <w:p>
      <w:pPr>
        <w:spacing w:before="0" w:after="80" w:line="300" w:lineRule="auto"/>
        <w:jc w:val="left"/>
      </w:pPr>
      <w:r>
        <w:rPr>
          <w:rFonts w:ascii="Times New Roman" w:hAnsi="Times New Roman" w:eastAsia="宋体"/>
          <w:b w:val="0"/>
          <w:i w:val="0"/>
          <w:sz w:val="21"/>
        </w:rPr>
        <w:t>(ii)a/2≤ y≤2a</w:t>
      </w:r>
    </w:p>
    <w:p>
      <w:pPr>
        <w:spacing w:before="0" w:after="80" w:line="300" w:lineRule="auto"/>
        <w:jc w:val="left"/>
      </w:pPr>
      <w:r>
        <w:rPr>
          <w:rFonts w:ascii="Times New Roman" w:hAnsi="Times New Roman" w:eastAsia="宋体"/>
          <w:b w:val="0"/>
          <w:i w:val="0"/>
          <w:sz w:val="21"/>
        </w:rPr>
        <w:t>(iii)x+y≥ a</w:t>
      </w:r>
    </w:p>
    <w:p>
      <w:pPr>
        <w:spacing w:before="0" w:after="80" w:line="300" w:lineRule="auto"/>
        <w:jc w:val="left"/>
      </w:pPr>
      <w:r>
        <w:rPr>
          <w:rFonts w:ascii="Times New Roman" w:hAnsi="Times New Roman" w:eastAsia="宋体"/>
          <w:b w:val="0"/>
          <w:i w:val="0"/>
          <w:sz w:val="21"/>
        </w:rPr>
        <w:t>(iv)x+a≥ y</w:t>
      </w:r>
    </w:p>
    <w:p>
      <w:pPr>
        <w:spacing w:before="0" w:after="80" w:line="300" w:lineRule="auto"/>
        <w:jc w:val="left"/>
      </w:pPr>
      <w:r>
        <w:rPr>
          <w:rFonts w:ascii="Times New Roman" w:hAnsi="Times New Roman" w:eastAsia="宋体"/>
          <w:b w:val="0"/>
          <w:i w:val="0"/>
          <w:sz w:val="21"/>
        </w:rPr>
        <w:t>(v)y+a≥ x。</w:t>
      </w:r>
    </w:p>
    <w:p>
      <w:pPr>
        <w:spacing w:before="0" w:after="80" w:line="300" w:lineRule="auto"/>
        <w:jc w:val="left"/>
      </w:pPr>
      <w:r>
        <w:rPr>
          <w:rFonts w:ascii="Times New Roman" w:hAnsi="Times New Roman" w:eastAsia="宋体"/>
          <w:b w:val="0"/>
          <w:i w:val="0"/>
          <w:sz w:val="21"/>
        </w:rPr>
        <w:t>集合 S 的边界是一个有</w:t>
      </w:r>
    </w:p>
    <w:p>
      <w:pPr>
        <w:spacing w:before="0" w:after="120" w:line="300" w:lineRule="auto"/>
      </w:pPr>
      <w:r>
        <w:rPr>
          <w:rFonts w:ascii="Times New Roman" w:hAnsi="Times New Roman" w:eastAsia="宋体"/>
          <w:b w:val="0"/>
          <w:i w:val="0"/>
          <w:sz w:val="21"/>
        </w:rPr>
        <w:t>（A）3 条边的多边形　　（B）4 条边的多边形　　（C）5 条边的多边形　　（D）6 条边的多边形　　（E）7 条边的多边形</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be a positive number. Consider the set S of all points whose rectangular coordinates (x,y) satisfy all of the following conditions:</w:t>
      </w:r>
    </w:p>
    <w:p>
      <w:pPr>
        <w:spacing w:before="0" w:after="80" w:line="300" w:lineRule="auto"/>
        <w:jc w:val="left"/>
      </w:pPr>
      <w:r>
        <w:rPr>
          <w:rFonts w:ascii="Times New Roman" w:hAnsi="Times New Roman" w:eastAsia="宋体"/>
          <w:b w:val="0"/>
          <w:i w:val="0"/>
          <w:color w:val="333333"/>
          <w:sz w:val="19"/>
        </w:rPr>
        <w:t>(i)a/2≤ x≤2a</w:t>
      </w:r>
    </w:p>
    <w:p>
      <w:pPr>
        <w:spacing w:before="0" w:after="80" w:line="300" w:lineRule="auto"/>
        <w:jc w:val="left"/>
      </w:pPr>
      <w:r>
        <w:rPr>
          <w:rFonts w:ascii="Times New Roman" w:hAnsi="Times New Roman" w:eastAsia="宋体"/>
          <w:b w:val="0"/>
          <w:i w:val="0"/>
          <w:color w:val="333333"/>
          <w:sz w:val="19"/>
        </w:rPr>
        <w:t>(ii)a/2≤ y≤2a</w:t>
      </w:r>
    </w:p>
    <w:p>
      <w:pPr>
        <w:spacing w:before="0" w:after="80" w:line="300" w:lineRule="auto"/>
        <w:jc w:val="left"/>
      </w:pPr>
      <w:r>
        <w:rPr>
          <w:rFonts w:ascii="Times New Roman" w:hAnsi="Times New Roman" w:eastAsia="宋体"/>
          <w:b w:val="0"/>
          <w:i w:val="0"/>
          <w:color w:val="333333"/>
          <w:sz w:val="19"/>
        </w:rPr>
        <w:t>(iii)x+y≥ a</w:t>
      </w:r>
    </w:p>
    <w:p>
      <w:pPr>
        <w:spacing w:before="0" w:after="80" w:line="300" w:lineRule="auto"/>
        <w:jc w:val="left"/>
      </w:pPr>
      <w:r>
        <w:rPr>
          <w:rFonts w:ascii="Times New Roman" w:hAnsi="Times New Roman" w:eastAsia="宋体"/>
          <w:b w:val="0"/>
          <w:i w:val="0"/>
          <w:color w:val="333333"/>
          <w:sz w:val="19"/>
        </w:rPr>
        <w:t>(iv)x+a≥ y</w:t>
      </w:r>
    </w:p>
    <w:p>
      <w:pPr>
        <w:spacing w:before="0" w:after="80" w:line="300" w:lineRule="auto"/>
        <w:jc w:val="left"/>
      </w:pPr>
      <w:r>
        <w:rPr>
          <w:rFonts w:ascii="Times New Roman" w:hAnsi="Times New Roman" w:eastAsia="宋体"/>
          <w:b w:val="0"/>
          <w:i w:val="0"/>
          <w:color w:val="333333"/>
          <w:sz w:val="19"/>
        </w:rPr>
        <w:t>(v)y+a≥ x.</w:t>
      </w:r>
    </w:p>
    <w:p>
      <w:pPr>
        <w:spacing w:before="0" w:after="80" w:line="300" w:lineRule="auto"/>
        <w:jc w:val="left"/>
      </w:pPr>
      <w:r>
        <w:rPr>
          <w:rFonts w:ascii="Times New Roman" w:hAnsi="Times New Roman" w:eastAsia="宋体"/>
          <w:b w:val="0"/>
          <w:i w:val="0"/>
          <w:color w:val="333333"/>
          <w:sz w:val="19"/>
        </w:rPr>
        <w:t>The boundary of set S is a polygon with</w:t>
      </w:r>
    </w:p>
    <w:p>
      <w:pPr>
        <w:spacing w:before="0" w:after="160" w:line="300" w:lineRule="auto"/>
      </w:pPr>
      <w:r>
        <w:rPr>
          <w:rFonts w:ascii="Times New Roman" w:hAnsi="Times New Roman" w:eastAsia="宋体"/>
          <w:b w:val="0"/>
          <w:i w:val="0"/>
          <w:color w:val="333333"/>
          <w:sz w:val="19"/>
        </w:rPr>
        <w:t>(A) 3 sides　　(B) 4 sides　　(C) 5 sides　　(D) 6 sides　　(E) 7 sides</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在 △ ABC 中，AB=10、AC=8、BC=6。圆 P 是所有经过 C 且与 AB 相切的圆中半径最小的一个。设圆 P 与边 AC、BC 除 C 外的交点分别为 Q、R。线段 QR 的长度为</w:t>
      </w:r>
    </w:p>
    <w:p>
      <w:pPr>
        <w:spacing w:before="80" w:after="80"/>
        <w:jc w:val="center"/>
      </w:pPr>
      <w:r>
        <w:drawing>
          <wp:inline xmlns:a="http://schemas.openxmlformats.org/drawingml/2006/main" xmlns:pic="http://schemas.openxmlformats.org/drawingml/2006/picture">
            <wp:extent cx="1378828" cy="1113020"/>
            <wp:docPr id="3" name="Picture 3"/>
            <wp:cNvGraphicFramePr>
              <a:graphicFrameLocks noChangeAspect="1"/>
            </wp:cNvGraphicFramePr>
            <a:graphic>
              <a:graphicData uri="http://schemas.openxmlformats.org/drawingml/2006/picture">
                <pic:pic>
                  <pic:nvPicPr>
                    <pic:cNvPr id="0" name="q26-1@300dpi.png"/>
                    <pic:cNvPicPr/>
                  </pic:nvPicPr>
                  <pic:blipFill>
                    <a:blip r:embed="rId10"/>
                    <a:stretch>
                      <a:fillRect/>
                    </a:stretch>
                  </pic:blipFill>
                  <pic:spPr>
                    <a:xfrm>
                      <a:off x="0" y="0"/>
                      <a:ext cx="1378828" cy="1113020"/>
                    </a:xfrm>
                    <a:prstGeom prst="rect"/>
                  </pic:spPr>
                </pic:pic>
              </a:graphicData>
            </a:graphic>
          </wp:inline>
        </w:drawing>
      </w:r>
    </w:p>
    <w:p>
      <w:pPr>
        <w:spacing w:before="0" w:after="120" w:line="300" w:lineRule="auto"/>
      </w:pPr>
      <w:r>
        <w:rPr>
          <w:rFonts w:ascii="Times New Roman" w:hAnsi="Times New Roman" w:eastAsia="宋体"/>
          <w:b w:val="0"/>
          <w:i w:val="0"/>
          <w:sz w:val="21"/>
        </w:rPr>
        <w:t>（A）4.75　　（B）4.8　　（C）5　　（D）4√(2)　　（E）3√(3)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ABC, AB=10, AC=8, and BC=6. Circle P is the circle with smallest radius which passes through C and is tangent to AB. Let Q and R be the points of intersection, distinct from C, of circle P with sides AC and BC, respectively. The length of segment QR is</w:t>
      </w:r>
    </w:p>
    <w:p>
      <w:pPr>
        <w:spacing w:before="80" w:after="80"/>
        <w:jc w:val="center"/>
      </w:pPr>
      <w:r>
        <w:drawing>
          <wp:inline xmlns:a="http://schemas.openxmlformats.org/drawingml/2006/main" xmlns:pic="http://schemas.openxmlformats.org/drawingml/2006/picture">
            <wp:extent cx="1378828" cy="1113020"/>
            <wp:docPr id="4" name="Picture 4"/>
            <wp:cNvGraphicFramePr>
              <a:graphicFrameLocks noChangeAspect="1"/>
            </wp:cNvGraphicFramePr>
            <a:graphic>
              <a:graphicData uri="http://schemas.openxmlformats.org/drawingml/2006/picture">
                <pic:pic>
                  <pic:nvPicPr>
                    <pic:cNvPr id="0" name="q26-1@300dpi.png"/>
                    <pic:cNvPicPr/>
                  </pic:nvPicPr>
                  <pic:blipFill>
                    <a:blip r:embed="rId10"/>
                    <a:stretch>
                      <a:fillRect/>
                    </a:stretch>
                  </pic:blipFill>
                  <pic:spPr>
                    <a:xfrm>
                      <a:off x="0" y="0"/>
                      <a:ext cx="1378828" cy="111302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4.75　　(B) 4.8　　(C) 5　　(D) 4√(2)　　(E) 3√(3)</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大于 1 且满足下列条件的整数不止一个：用任意满足 2≤ k≤11 的整数 k 除它，余数都是 1。这样的整数中最小的两个相差多少？</w:t>
      </w:r>
    </w:p>
    <w:p>
      <w:pPr>
        <w:spacing w:before="0" w:after="120" w:line="300" w:lineRule="auto"/>
      </w:pPr>
      <w:r>
        <w:rPr>
          <w:rFonts w:ascii="Times New Roman" w:hAnsi="Times New Roman" w:eastAsia="宋体"/>
          <w:b w:val="0"/>
          <w:i w:val="0"/>
          <w:sz w:val="21"/>
        </w:rPr>
        <w:t>（A）2310　　（B）2311　　（C）27,720　　（D）27,721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is more than one integer greater than 1 which, when divided by any integer k such that 2≤ k≤11, has a remainder of 1. What is the difference between the two smallest such integers?</w:t>
      </w:r>
    </w:p>
    <w:p>
      <w:pPr>
        <w:spacing w:before="0" w:after="160" w:line="300" w:lineRule="auto"/>
      </w:pPr>
      <w:r>
        <w:rPr>
          <w:rFonts w:ascii="Times New Roman" w:hAnsi="Times New Roman" w:eastAsia="宋体"/>
          <w:b w:val="0"/>
          <w:i w:val="0"/>
          <w:color w:val="333333"/>
          <w:sz w:val="19"/>
        </w:rPr>
        <w:t>(A) 2310　　(B) 2311　　(C) 27,720　　(D) 27,721　　(E) none of these</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若 △ A₁A₂A₃ 是等边三角形，且对所有正整数 n，Aₙ₊₃ 都是线段 AₙAₙ₊₁ 的中点，则 ∠ A₄₄A₄₅A₄₃ 的度数等于</w:t>
      </w:r>
    </w:p>
    <w:p>
      <w:pPr>
        <w:spacing w:before="80" w:after="80"/>
        <w:jc w:val="center"/>
      </w:pPr>
      <w:r>
        <w:drawing>
          <wp:inline xmlns:a="http://schemas.openxmlformats.org/drawingml/2006/main" xmlns:pic="http://schemas.openxmlformats.org/drawingml/2006/picture">
            <wp:extent cx="1542804" cy="1334646"/>
            <wp:docPr id="5" name="Picture 5"/>
            <wp:cNvGraphicFramePr>
              <a:graphicFrameLocks noChangeAspect="1"/>
            </wp:cNvGraphicFramePr>
            <a:graphic>
              <a:graphicData uri="http://schemas.openxmlformats.org/drawingml/2006/picture">
                <pic:pic>
                  <pic:nvPicPr>
                    <pic:cNvPr id="0" name="q28-1@300dpi.png"/>
                    <pic:cNvPicPr/>
                  </pic:nvPicPr>
                  <pic:blipFill>
                    <a:blip r:embed="rId11"/>
                    <a:stretch>
                      <a:fillRect/>
                    </a:stretch>
                  </pic:blipFill>
                  <pic:spPr>
                    <a:xfrm>
                      <a:off x="0" y="0"/>
                      <a:ext cx="1542804" cy="1334646"/>
                    </a:xfrm>
                    <a:prstGeom prst="rect"/>
                  </pic:spPr>
                </pic:pic>
              </a:graphicData>
            </a:graphic>
          </wp:inline>
        </w:drawing>
      </w:r>
    </w:p>
    <w:p>
      <w:pPr>
        <w:spacing w:before="0" w:after="120" w:line="300" w:lineRule="auto"/>
      </w:pPr>
      <w:r>
        <w:rPr>
          <w:rFonts w:ascii="Times New Roman" w:hAnsi="Times New Roman" w:eastAsia="宋体"/>
          <w:b w:val="0"/>
          <w:i w:val="0"/>
          <w:sz w:val="21"/>
        </w:rPr>
        <w:t>（A）30°　　（B）45°　　（C）60°　　（D）90°　　（E）120°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 A₁A₂A₃ is equilateral and Aₙ₊₃ is the midpoint of line segment AₙAₙ₊₁ for all positive integers n, then the measure of ∠ A₄₄A₄₅A₄₃ equals</w:t>
      </w:r>
    </w:p>
    <w:p>
      <w:pPr>
        <w:spacing w:before="80" w:after="80"/>
        <w:jc w:val="center"/>
      </w:pPr>
      <w:r>
        <w:drawing>
          <wp:inline xmlns:a="http://schemas.openxmlformats.org/drawingml/2006/main" xmlns:pic="http://schemas.openxmlformats.org/drawingml/2006/picture">
            <wp:extent cx="1542804" cy="1334646"/>
            <wp:docPr id="6" name="Picture 6"/>
            <wp:cNvGraphicFramePr>
              <a:graphicFrameLocks noChangeAspect="1"/>
            </wp:cNvGraphicFramePr>
            <a:graphic>
              <a:graphicData uri="http://schemas.openxmlformats.org/drawingml/2006/picture">
                <pic:pic>
                  <pic:nvPicPr>
                    <pic:cNvPr id="0" name="q28-1@300dpi.png"/>
                    <pic:cNvPicPr/>
                  </pic:nvPicPr>
                  <pic:blipFill>
                    <a:blip r:embed="rId11"/>
                    <a:stretch>
                      <a:fillRect/>
                    </a:stretch>
                  </pic:blipFill>
                  <pic:spPr>
                    <a:xfrm>
                      <a:off x="0" y="0"/>
                      <a:ext cx="1542804" cy="133464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30°　　(B) 45°　　(C) 60°　　(D) 90°　　(E) 120°</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将凸四边形 ABCD 的边 AB、BC、CD、DA 分别越过 B、C、D、A 延长到点 B'、C'、D'、A'。已知 AB=BB'=6、BC=CC'=7、CD=DD'=8、DA=AA'=9，且 ABCD 的面积为 10。则 A'B'C'D' 的面积为</w:t>
      </w:r>
    </w:p>
    <w:p>
      <w:pPr>
        <w:spacing w:before="0" w:after="120" w:line="300" w:lineRule="auto"/>
      </w:pPr>
      <w:r>
        <w:rPr>
          <w:rFonts w:ascii="Times New Roman" w:hAnsi="Times New Roman" w:eastAsia="宋体"/>
          <w:b w:val="0"/>
          <w:i w:val="0"/>
          <w:sz w:val="21"/>
        </w:rPr>
        <w:t>（A）20　　（B）40　　（C）45　　（D）50　　（E）60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Sides AB, BC, CD, and DA, respectively, of convex quadrilateral ABCD are extended past B, C, D, and A to points B', C', D', and A'. Also, AB=BB'=6, BC=CC'=7, CD=DD'=8, and DA=AA'=9; and the area of ABCD is 10. The area of A'B'C'D' is</w:t>
      </w:r>
    </w:p>
    <w:p>
      <w:pPr>
        <w:spacing w:before="0" w:after="160" w:line="300" w:lineRule="auto"/>
      </w:pPr>
      <w:r>
        <w:rPr>
          <w:rFonts w:ascii="Times New Roman" w:hAnsi="Times New Roman" w:eastAsia="宋体"/>
          <w:b w:val="0"/>
          <w:i w:val="0"/>
          <w:color w:val="333333"/>
          <w:sz w:val="19"/>
        </w:rPr>
        <w:t>(A) 20　　(B) 40　　(C) 45　　(D) 50　　(E) 60</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在一项网球锦标赛中，有 n 名女子和 2n 名男子参赛，每位选手都与其他每位选手恰好比赛一场。若比赛没有平局，且女子获胜场数与男子获胜场数之比为 7/5，则 n 等于</w:t>
      </w:r>
    </w:p>
    <w:p>
      <w:pPr>
        <w:spacing w:before="0" w:after="120" w:line="300" w:lineRule="auto"/>
      </w:pPr>
      <w:r>
        <w:rPr>
          <w:rFonts w:ascii="Times New Roman" w:hAnsi="Times New Roman" w:eastAsia="宋体"/>
          <w:b w:val="0"/>
          <w:i w:val="0"/>
          <w:sz w:val="21"/>
        </w:rPr>
        <w:t>（A）2　　（B）4　　（C）6　　（D）7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tennis tournament, n women and 2n men play, and each player plays exactly one match with every other player. If there are no ties and the ratio of the number of matches won by women to the number of matches won by men is 7/5, then n equals</w:t>
      </w:r>
    </w:p>
    <w:p>
      <w:pPr>
        <w:spacing w:before="0" w:after="160" w:line="300" w:lineRule="auto"/>
      </w:pPr>
      <w:r>
        <w:rPr>
          <w:rFonts w:ascii="Times New Roman" w:hAnsi="Times New Roman" w:eastAsia="宋体"/>
          <w:b w:val="0"/>
          <w:i w:val="0"/>
          <w:color w:val="333333"/>
          <w:sz w:val="19"/>
        </w:rPr>
        <w:t>(A) 2　　(B) 4　　(C) 6　　(D) 7　　(E) none of these</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B　C　D　B　C　E　E　D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B　C　E　B　C　A　E　D　C</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C　A　A　D　C　A　D　B　C</w:t>
      </w:r>
    </w:p>
    <w:p>
      <w:pPr>
        <w:spacing w:before="0" w:after="0" w:line="300" w:lineRule="auto"/>
      </w:pPr>
      <w:r>
        <w:rPr>
          <w:rFonts w:ascii="Times New Roman" w:hAnsi="Times New Roman" w:eastAsia="宋体"/>
          <w:b w:val="0"/>
          <w:i w:val="0"/>
          <w:sz w:val="18"/>
        </w:rPr>
        <w:t>题号　28　29　30</w:t>
      </w:r>
    </w:p>
    <w:p>
      <w:pPr>
        <w:spacing w:before="0" w:after="80" w:line="300" w:lineRule="auto"/>
      </w:pPr>
      <w:r>
        <w:rPr>
          <w:rFonts w:ascii="Times New Roman" w:hAnsi="Times New Roman" w:eastAsia="宋体"/>
          <w:b/>
          <w:i w:val="0"/>
          <w:sz w:val="18"/>
        </w:rPr>
        <w:t>答案　E　D　E</w:t>
      </w:r>
    </w:p>
    <w:p>
      <w:pPr>
        <w:spacing w:before="0" w:after="200" w:line="300" w:lineRule="auto"/>
      </w:pPr>
      <w:r>
        <w:rPr>
          <w:rFonts w:ascii="Times New Roman" w:hAnsi="Times New Roman" w:eastAsia="宋体"/>
          <w:b w:val="0"/>
          <w:i w:val="0"/>
          <w:color w:val="666666"/>
          <w:sz w:val="18"/>
        </w:rPr>
        <w:t>答案串：BCDBCEEDBBCEBCAEDCCAADCADBCEDE</w:t>
      </w:r>
    </w:p>
    <w:p>
      <w:pPr>
        <w:spacing w:before="200" w:after="80" w:line="300" w:lineRule="auto"/>
      </w:pPr>
      <w:r>
        <w:rPr>
          <w:rFonts w:ascii="Times New Roman" w:hAnsi="Times New Roman" w:eastAsia="宋体"/>
          <w:b/>
          <w:i w:val="0"/>
          <w:sz w:val="23"/>
        </w:rPr>
        <w:t>第 1 题　答案 B</w:t>
      </w:r>
    </w:p>
    <w:p>
      <w:pPr>
        <w:spacing w:before="0" w:after="80" w:line="300" w:lineRule="auto"/>
        <w:jc w:val="left"/>
      </w:pPr>
      <w:r>
        <w:rPr>
          <w:rFonts w:ascii="Times New Roman" w:hAnsi="Times New Roman" w:eastAsia="宋体"/>
          <w:b w:val="0"/>
          <w:i w:val="0"/>
          <w:sz w:val="21"/>
        </w:rPr>
        <w:t>令 u=2/x，原方程化为 1-2u+u²=0，即 (u-1)²=0。因此 2/x=u=1。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With u=2/x, the equation becomes 1-2u+u²=0, or (u-1)²=0. Therefore 2/x=u=1.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题设条件为</w:t>
      </w:r>
    </w:p>
    <w:p>
      <w:pPr>
        <w:spacing w:before="0" w:after="80" w:line="300" w:lineRule="auto"/>
        <w:jc w:val="left"/>
      </w:pPr>
      <w:r>
        <w:rPr>
          <w:rFonts w:ascii="Times New Roman" w:hAnsi="Times New Roman" w:eastAsia="宋体"/>
          <w:b w:val="0"/>
          <w:i w:val="0"/>
          <w:sz w:val="21"/>
        </w:rPr>
        <w:t>4(1/(2π r))=2r。</w:t>
      </w:r>
    </w:p>
    <w:p>
      <w:pPr>
        <w:spacing w:before="0" w:after="80" w:line="300" w:lineRule="auto"/>
        <w:jc w:val="left"/>
      </w:pPr>
      <w:r>
        <w:rPr>
          <w:rFonts w:ascii="Times New Roman" w:hAnsi="Times New Roman" w:eastAsia="宋体"/>
          <w:b w:val="0"/>
          <w:i w:val="0"/>
          <w:sz w:val="21"/>
        </w:rPr>
        <w:t>两边乘以 π r，得到 2=2π r²，所以面积 π r² 等于 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condition is</w:t>
      </w:r>
    </w:p>
    <w:p>
      <w:pPr>
        <w:spacing w:before="0" w:after="80" w:line="300" w:lineRule="auto"/>
        <w:jc w:val="left"/>
      </w:pPr>
      <w:r>
        <w:rPr>
          <w:rFonts w:ascii="Times New Roman" w:hAnsi="Times New Roman" w:eastAsia="宋体"/>
          <w:b w:val="0"/>
          <w:i w:val="0"/>
          <w:color w:val="333333"/>
          <w:sz w:val="19"/>
        </w:rPr>
        <w:t>4(1/(2π r))=2r.</w:t>
      </w:r>
    </w:p>
    <w:p>
      <w:pPr>
        <w:spacing w:before="0" w:after="80" w:line="300" w:lineRule="auto"/>
        <w:jc w:val="left"/>
      </w:pPr>
      <w:r>
        <w:rPr>
          <w:rFonts w:ascii="Times New Roman" w:hAnsi="Times New Roman" w:eastAsia="宋体"/>
          <w:b w:val="0"/>
          <w:i w:val="0"/>
          <w:color w:val="333333"/>
          <w:sz w:val="19"/>
        </w:rPr>
        <w:t>Multiplying by π r gives 2=2π r², so the area π r² equals 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由于 x=1/y，也有 y=1/x。因此该乘积为</w:t>
      </w:r>
    </w:p>
    <w:p>
      <w:pPr>
        <w:spacing w:before="0" w:after="80" w:line="300" w:lineRule="auto"/>
        <w:jc w:val="left"/>
      </w:pPr>
      <w:r>
        <w:rPr>
          <w:rFonts w:ascii="Times New Roman" w:hAnsi="Times New Roman" w:eastAsia="宋体"/>
          <w:b w:val="0"/>
          <w:i w:val="0"/>
          <w:sz w:val="21"/>
        </w:rPr>
        <w:t>(x-y)(y+x)=x²-y²。</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x=1/y, we also have y=1/x. Thus the product is</w:t>
      </w:r>
    </w:p>
    <w:p>
      <w:pPr>
        <w:spacing w:before="0" w:after="80" w:line="300" w:lineRule="auto"/>
        <w:jc w:val="left"/>
      </w:pPr>
      <w:r>
        <w:rPr>
          <w:rFonts w:ascii="Times New Roman" w:hAnsi="Times New Roman" w:eastAsia="宋体"/>
          <w:b w:val="0"/>
          <w:i w:val="0"/>
          <w:color w:val="333333"/>
          <w:sz w:val="19"/>
        </w:rPr>
        <w:t>(x-y)(y+x)=x²-y².</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每个变量以正号出现三次、以负号出现一次，所以该式为</w:t>
      </w:r>
    </w:p>
    <w:p>
      <w:pPr>
        <w:spacing w:before="0" w:after="80" w:line="300" w:lineRule="auto"/>
        <w:jc w:val="left"/>
      </w:pPr>
      <w:r>
        <w:rPr>
          <w:rFonts w:ascii="Times New Roman" w:hAnsi="Times New Roman" w:eastAsia="宋体"/>
          <w:b w:val="0"/>
          <w:i w:val="0"/>
          <w:sz w:val="21"/>
        </w:rPr>
        <w:t>2(a+b+c+d)</w:t>
      </w:r>
    </w:p>
    <w:p>
      <w:pPr>
        <w:spacing w:before="0" w:after="80" w:line="300" w:lineRule="auto"/>
        <w:jc w:val="left"/>
      </w:pPr>
      <w:r>
        <w:rPr>
          <w:rFonts w:ascii="Times New Roman" w:hAnsi="Times New Roman" w:eastAsia="宋体"/>
          <w:b w:val="0"/>
          <w:i w:val="0"/>
          <w:sz w:val="21"/>
        </w:rPr>
        <w:t>=2a+2b+2c+2d</w:t>
      </w:r>
    </w:p>
    <w:p>
      <w:pPr>
        <w:spacing w:before="0" w:after="80" w:line="300" w:lineRule="auto"/>
        <w:jc w:val="left"/>
      </w:pPr>
      <w:r>
        <w:rPr>
          <w:rFonts w:ascii="Times New Roman" w:hAnsi="Times New Roman" w:eastAsia="宋体"/>
          <w:b w:val="0"/>
          <w:i w:val="0"/>
          <w:sz w:val="21"/>
        </w:rPr>
        <w:t>=2+20+200+2000</w:t>
      </w:r>
    </w:p>
    <w:p>
      <w:pPr>
        <w:spacing w:before="0" w:after="80" w:line="300" w:lineRule="auto"/>
        <w:jc w:val="left"/>
      </w:pPr>
      <w:r>
        <w:rPr>
          <w:rFonts w:ascii="Times New Roman" w:hAnsi="Times New Roman" w:eastAsia="宋体"/>
          <w:b w:val="0"/>
          <w:i w:val="0"/>
          <w:sz w:val="21"/>
        </w:rPr>
        <w:t>=2222。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variable appears positively three times and negatively once, so the expression is</w:t>
      </w:r>
    </w:p>
    <w:p>
      <w:pPr>
        <w:spacing w:before="0" w:after="80" w:line="300" w:lineRule="auto"/>
        <w:jc w:val="left"/>
      </w:pPr>
      <w:r>
        <w:rPr>
          <w:rFonts w:ascii="Times New Roman" w:hAnsi="Times New Roman" w:eastAsia="宋体"/>
          <w:b w:val="0"/>
          <w:i w:val="0"/>
          <w:color w:val="333333"/>
          <w:sz w:val="19"/>
        </w:rPr>
        <w:t>2(a+b+c+d)</w:t>
      </w:r>
    </w:p>
    <w:p>
      <w:pPr>
        <w:spacing w:before="0" w:after="80" w:line="300" w:lineRule="auto"/>
        <w:jc w:val="left"/>
      </w:pPr>
      <w:r>
        <w:rPr>
          <w:rFonts w:ascii="Times New Roman" w:hAnsi="Times New Roman" w:eastAsia="宋体"/>
          <w:b w:val="0"/>
          <w:i w:val="0"/>
          <w:color w:val="333333"/>
          <w:sz w:val="19"/>
        </w:rPr>
        <w:t>=2a+2b+2c+2d</w:t>
      </w:r>
    </w:p>
    <w:p>
      <w:pPr>
        <w:spacing w:before="0" w:after="80" w:line="300" w:lineRule="auto"/>
        <w:jc w:val="left"/>
      </w:pPr>
      <w:r>
        <w:rPr>
          <w:rFonts w:ascii="Times New Roman" w:hAnsi="Times New Roman" w:eastAsia="宋体"/>
          <w:b w:val="0"/>
          <w:i w:val="0"/>
          <w:color w:val="333333"/>
          <w:sz w:val="19"/>
        </w:rPr>
        <w:t>=2+20+200+2000</w:t>
      </w:r>
    </w:p>
    <w:p>
      <w:pPr>
        <w:spacing w:before="0" w:after="80" w:line="300" w:lineRule="auto"/>
        <w:jc w:val="left"/>
      </w:pPr>
      <w:r>
        <w:rPr>
          <w:rFonts w:ascii="Times New Roman" w:hAnsi="Times New Roman" w:eastAsia="宋体"/>
          <w:b w:val="0"/>
          <w:i w:val="0"/>
          <w:color w:val="333333"/>
          <w:sz w:val="19"/>
        </w:rPr>
        <w:t>=2222.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设前三人的付款额分别为 w、x 和 y。则</w:t>
      </w:r>
    </w:p>
    <w:p>
      <w:pPr>
        <w:spacing w:before="0" w:after="80" w:line="300" w:lineRule="auto"/>
        <w:jc w:val="left"/>
      </w:pPr>
      <w:r>
        <w:rPr>
          <w:rFonts w:ascii="Times New Roman" w:hAnsi="Times New Roman" w:eastAsia="宋体"/>
          <w:b w:val="0"/>
          <w:i w:val="0"/>
          <w:sz w:val="21"/>
        </w:rPr>
        <w:t>w=1/2(60-w),</w:t>
      </w:r>
    </w:p>
    <w:p>
      <w:pPr>
        <w:spacing w:before="0" w:after="80" w:line="300" w:lineRule="auto"/>
        <w:jc w:val="left"/>
      </w:pPr>
      <w:r>
        <w:rPr>
          <w:rFonts w:ascii="Times New Roman" w:hAnsi="Times New Roman" w:eastAsia="宋体"/>
          <w:b w:val="0"/>
          <w:i w:val="0"/>
          <w:sz w:val="21"/>
        </w:rPr>
        <w:t>x=1/3(60-x),</w:t>
      </w:r>
    </w:p>
    <w:p>
      <w:pPr>
        <w:spacing w:before="0" w:after="80" w:line="300" w:lineRule="auto"/>
        <w:jc w:val="left"/>
      </w:pPr>
      <w:r>
        <w:rPr>
          <w:rFonts w:ascii="Times New Roman" w:hAnsi="Times New Roman" w:eastAsia="宋体"/>
          <w:b w:val="0"/>
          <w:i w:val="0"/>
          <w:sz w:val="21"/>
        </w:rPr>
        <w:t>y=1/4(60-y)。</w:t>
      </w:r>
    </w:p>
    <w:p>
      <w:pPr>
        <w:spacing w:before="0" w:after="80" w:line="300" w:lineRule="auto"/>
        <w:jc w:val="left"/>
      </w:pPr>
      <w:r>
        <w:rPr>
          <w:rFonts w:ascii="Times New Roman" w:hAnsi="Times New Roman" w:eastAsia="宋体"/>
          <w:b w:val="0"/>
          <w:i w:val="0"/>
          <w:sz w:val="21"/>
        </w:rPr>
        <w:t>因此 w=20、x=15、y=12。第四个男孩支付了 60-20-15-12=13 美元。</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first three payments be w, x, and y. Then</w:t>
      </w:r>
    </w:p>
    <w:p>
      <w:pPr>
        <w:spacing w:before="0" w:after="80" w:line="300" w:lineRule="auto"/>
        <w:jc w:val="left"/>
      </w:pPr>
      <w:r>
        <w:rPr>
          <w:rFonts w:ascii="Times New Roman" w:hAnsi="Times New Roman" w:eastAsia="宋体"/>
          <w:b w:val="0"/>
          <w:i w:val="0"/>
          <w:color w:val="333333"/>
          <w:sz w:val="19"/>
        </w:rPr>
        <w:t>w=1/2(60-w),</w:t>
      </w:r>
    </w:p>
    <w:p>
      <w:pPr>
        <w:spacing w:before="0" w:after="80" w:line="300" w:lineRule="auto"/>
        <w:jc w:val="left"/>
      </w:pPr>
      <w:r>
        <w:rPr>
          <w:rFonts w:ascii="Times New Roman" w:hAnsi="Times New Roman" w:eastAsia="宋体"/>
          <w:b w:val="0"/>
          <w:i w:val="0"/>
          <w:color w:val="333333"/>
          <w:sz w:val="19"/>
        </w:rPr>
        <w:t>x=1/3(60-x),</w:t>
      </w:r>
    </w:p>
    <w:p>
      <w:pPr>
        <w:spacing w:before="0" w:after="80" w:line="300" w:lineRule="auto"/>
        <w:jc w:val="left"/>
      </w:pPr>
      <w:r>
        <w:rPr>
          <w:rFonts w:ascii="Times New Roman" w:hAnsi="Times New Roman" w:eastAsia="宋体"/>
          <w:b w:val="0"/>
          <w:i w:val="0"/>
          <w:color w:val="333333"/>
          <w:sz w:val="19"/>
        </w:rPr>
        <w:t>y=1/4(60-y).</w:t>
      </w:r>
    </w:p>
    <w:p>
      <w:pPr>
        <w:spacing w:before="0" w:after="80" w:line="300" w:lineRule="auto"/>
        <w:jc w:val="left"/>
      </w:pPr>
      <w:r>
        <w:rPr>
          <w:rFonts w:ascii="Times New Roman" w:hAnsi="Times New Roman" w:eastAsia="宋体"/>
          <w:b w:val="0"/>
          <w:i w:val="0"/>
          <w:color w:val="333333"/>
          <w:sz w:val="19"/>
        </w:rPr>
        <w:t>Hence w=20, x=15, y=12. The fourth payment is 60-20-15-12=13 dollars.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E</w:t>
      </w:r>
    </w:p>
    <w:p>
      <w:pPr>
        <w:spacing w:before="0" w:after="80" w:line="300" w:lineRule="auto"/>
        <w:jc w:val="left"/>
      </w:pPr>
      <w:r>
        <w:rPr>
          <w:rFonts w:ascii="Times New Roman" w:hAnsi="Times New Roman" w:eastAsia="宋体"/>
          <w:b w:val="0"/>
          <w:i w:val="0"/>
          <w:sz w:val="21"/>
        </w:rPr>
        <w:t>若 y=0，第一个方程给出 x=x²，所以 (x,y)=(0,0) 或 (1,0)。若 y≠0，第二个方程给出 x=1/2。代入第一个方程得到 y²=1/4，从而还有 (1/2,1/2) 和 (1/2,-1/2)。共有四个数对。</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y=0, the first equation gives x=x², so (x,y)=(0,0) or (1,0). If y≠0, the second equation gives x=1/2. The first then gives y²=1/4, producing (1/2,1/2) and (1/2,-1/2). There are four pairs.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E</w:t>
      </w:r>
    </w:p>
    <w:p>
      <w:pPr>
        <w:spacing w:before="0" w:after="80" w:line="300" w:lineRule="auto"/>
        <w:jc w:val="left"/>
      </w:pPr>
      <w:r>
        <w:rPr>
          <w:rFonts w:ascii="Times New Roman" w:hAnsi="Times New Roman" w:eastAsia="宋体"/>
          <w:b w:val="0"/>
          <w:i w:val="0"/>
          <w:sz w:val="21"/>
        </w:rPr>
        <w:t>两条相对边之间的距离是边心距的两倍，因此为 s√(3)。于是 s√(3)=12，所以 s=12/(√(3))=4√(3)。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distance between opposite sides is twice the apothem, hence s√(3). Therefore s√(3)=12, so s=12/(√(3))=4√(3).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第一个公差是 y-x/3，第二个公差是 y-x/4。由于 x≠ y，它们的比为</w:t>
      </w:r>
    </w:p>
    <w:p>
      <w:pPr>
        <w:spacing w:before="0" w:after="80" w:line="300" w:lineRule="auto"/>
        <w:jc w:val="left"/>
      </w:pPr>
      <w:r>
        <w:rPr>
          <w:rFonts w:ascii="Times New Roman" w:hAnsi="Times New Roman" w:eastAsia="宋体"/>
          <w:b w:val="0"/>
          <w:i w:val="0"/>
          <w:sz w:val="21"/>
        </w:rPr>
        <w:t>(y-x/3)/(y-x/4)=4/3。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common difference is y-x/3, and the second is y-x/4. Since x≠ y, their ratio is</w:t>
      </w:r>
    </w:p>
    <w:p>
      <w:pPr>
        <w:spacing w:before="0" w:after="80" w:line="300" w:lineRule="auto"/>
        <w:jc w:val="left"/>
      </w:pPr>
      <w:r>
        <w:rPr>
          <w:rFonts w:ascii="Times New Roman" w:hAnsi="Times New Roman" w:eastAsia="宋体"/>
          <w:b w:val="0"/>
          <w:i w:val="0"/>
          <w:color w:val="333333"/>
          <w:sz w:val="19"/>
        </w:rPr>
        <w:t>(y-x/3)/(y-x/4)=4/3.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由于 x-1&lt;0，所以 √((x-1)²)=|x-1|=1-x。因此</w:t>
      </w:r>
    </w:p>
    <w:p>
      <w:pPr>
        <w:spacing w:before="0" w:after="80" w:line="300" w:lineRule="auto"/>
        <w:jc w:val="left"/>
      </w:pPr>
      <w:r>
        <w:rPr>
          <w:rFonts w:ascii="Times New Roman" w:hAnsi="Times New Roman" w:eastAsia="宋体"/>
          <w:b w:val="0"/>
          <w:i w:val="0"/>
          <w:sz w:val="21"/>
        </w:rPr>
        <w:t>|x-(1-x)|=|2x-1|</w:t>
      </w:r>
    </w:p>
    <w:p>
      <w:pPr>
        <w:spacing w:before="0" w:after="80" w:line="300" w:lineRule="auto"/>
        <w:jc w:val="left"/>
      </w:pPr>
      <w:r>
        <w:rPr>
          <w:rFonts w:ascii="Times New Roman" w:hAnsi="Times New Roman" w:eastAsia="宋体"/>
          <w:b w:val="0"/>
          <w:i w:val="0"/>
          <w:sz w:val="21"/>
        </w:rPr>
        <w:t>=1-2x，</w:t>
      </w:r>
    </w:p>
    <w:p>
      <w:pPr>
        <w:spacing w:before="0" w:after="80" w:line="300" w:lineRule="auto"/>
        <w:jc w:val="left"/>
      </w:pPr>
      <w:r>
        <w:rPr>
          <w:rFonts w:ascii="Times New Roman" w:hAnsi="Times New Roman" w:eastAsia="宋体"/>
          <w:b w:val="0"/>
          <w:i w:val="0"/>
          <w:sz w:val="21"/>
        </w:rPr>
        <w:t>因为 2x-1&lt;0。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x-1&lt;0, √((x-1)²)=|x-1|=1-x. Therefore</w:t>
      </w:r>
    </w:p>
    <w:p>
      <w:pPr>
        <w:spacing w:before="0" w:after="80" w:line="300" w:lineRule="auto"/>
        <w:jc w:val="left"/>
      </w:pPr>
      <w:r>
        <w:rPr>
          <w:rFonts w:ascii="Times New Roman" w:hAnsi="Times New Roman" w:eastAsia="宋体"/>
          <w:b w:val="0"/>
          <w:i w:val="0"/>
          <w:color w:val="333333"/>
          <w:sz w:val="19"/>
        </w:rPr>
        <w:t>|x-(1-x)|=|2x-1|</w:t>
      </w:r>
    </w:p>
    <w:p>
      <w:pPr>
        <w:spacing w:before="0" w:after="80" w:line="300" w:lineRule="auto"/>
        <w:jc w:val="left"/>
      </w:pPr>
      <w:r>
        <w:rPr>
          <w:rFonts w:ascii="Times New Roman" w:hAnsi="Times New Roman" w:eastAsia="宋体"/>
          <w:b w:val="0"/>
          <w:i w:val="0"/>
          <w:color w:val="333333"/>
          <w:sz w:val="19"/>
        </w:rPr>
        <w:t>=1-2x,</w:t>
      </w:r>
    </w:p>
    <w:p>
      <w:pPr>
        <w:spacing w:before="0" w:after="80" w:line="300" w:lineRule="auto"/>
        <w:jc w:val="left"/>
      </w:pPr>
      <w:r>
        <w:rPr>
          <w:rFonts w:ascii="Times New Roman" w:hAnsi="Times New Roman" w:eastAsia="宋体"/>
          <w:b w:val="0"/>
          <w:i w:val="0"/>
          <w:color w:val="333333"/>
          <w:sz w:val="19"/>
        </w:rPr>
        <w:t>since 2x-1&lt;0.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B</w:t>
      </w:r>
    </w:p>
    <w:p>
      <w:pPr>
        <w:spacing w:before="0" w:after="80" w:line="300" w:lineRule="auto"/>
        <w:jc w:val="left"/>
      </w:pPr>
      <w:r>
        <w:rPr>
          <w:rFonts w:ascii="Times New Roman" w:hAnsi="Times New Roman" w:eastAsia="宋体"/>
          <w:b w:val="0"/>
          <w:i w:val="0"/>
          <w:sz w:val="21"/>
        </w:rPr>
        <w:t>对于任意 A≠ P，圆上离 A 最近的点是从 P 经过 A 的射线与圆的交点。仅当 A 位于从 P 经过 B 的射线上时，该交点才是 B。圆心 P 也符合条件，因为它到圆上各点的距离相等。因此所求轨迹就是这条射线。</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any A≠ P, the closest point of the circle to A is where the ray from P through A meets the circle. This point is B exactly when A lies on the ray from P through B. The center P also qualifies because every point on the circle is equally distant from it. Thus the locus is that ray.</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原点到直线 x+y-r=0 的距离为 r/(√(2))。相切要求该距离等于半径 √(r)，所以</w:t>
      </w:r>
    </w:p>
    <w:p>
      <w:pPr>
        <w:spacing w:before="0" w:after="80" w:line="300" w:lineRule="auto"/>
        <w:jc w:val="left"/>
      </w:pPr>
      <w:r>
        <w:rPr>
          <w:rFonts w:ascii="Times New Roman" w:hAnsi="Times New Roman" w:eastAsia="宋体"/>
          <w:b w:val="0"/>
          <w:i w:val="0"/>
          <w:sz w:val="21"/>
        </w:rPr>
        <w:t>r/(√(2))=√(r)。</w:t>
      </w:r>
    </w:p>
    <w:p>
      <w:pPr>
        <w:spacing w:before="0" w:after="80" w:line="300" w:lineRule="auto"/>
        <w:jc w:val="left"/>
      </w:pPr>
      <w:r>
        <w:rPr>
          <w:rFonts w:ascii="Times New Roman" w:hAnsi="Times New Roman" w:eastAsia="宋体"/>
          <w:b w:val="0"/>
          <w:i w:val="0"/>
          <w:sz w:val="21"/>
        </w:rPr>
        <w:t>由于 r&gt;0，两边平方再除以 r，得到 r=2。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distance from the origin to x+y-r=0 is r/(√(2)). Tangency requires this to equal the radius √(r), so</w:t>
      </w:r>
    </w:p>
    <w:p>
      <w:pPr>
        <w:spacing w:before="0" w:after="80" w:line="300" w:lineRule="auto"/>
        <w:jc w:val="left"/>
      </w:pPr>
      <w:r>
        <w:rPr>
          <w:rFonts w:ascii="Times New Roman" w:hAnsi="Times New Roman" w:eastAsia="宋体"/>
          <w:b w:val="0"/>
          <w:i w:val="0"/>
          <w:color w:val="333333"/>
          <w:sz w:val="19"/>
        </w:rPr>
        <w:t>r/(√(2))=√(r).</w:t>
      </w:r>
    </w:p>
    <w:p>
      <w:pPr>
        <w:spacing w:before="0" w:after="80" w:line="300" w:lineRule="auto"/>
        <w:jc w:val="left"/>
      </w:pPr>
      <w:r>
        <w:rPr>
          <w:rFonts w:ascii="Times New Roman" w:hAnsi="Times New Roman" w:eastAsia="宋体"/>
          <w:b w:val="0"/>
          <w:i w:val="0"/>
          <w:color w:val="333333"/>
          <w:sz w:val="19"/>
        </w:rPr>
        <w:t>Since r&gt;0, squaring and dividing by r gives r=2.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E</w:t>
      </w:r>
    </w:p>
    <w:p>
      <w:pPr>
        <w:spacing w:before="0" w:after="80" w:line="300" w:lineRule="auto"/>
        <w:jc w:val="left"/>
      </w:pPr>
      <w:r>
        <w:rPr>
          <w:rFonts w:ascii="Times New Roman" w:hAnsi="Times New Roman" w:eastAsia="宋体"/>
          <w:b w:val="0"/>
          <w:i w:val="0"/>
          <w:sz w:val="21"/>
        </w:rPr>
        <w:t>令 x=∠ BAC=∠ BCA、y=∠ CBD=∠ CDB、z=∠ DCE=∠ DEC。依次应用外角定理可得</w:t>
      </w:r>
    </w:p>
    <w:p>
      <w:pPr>
        <w:spacing w:before="0" w:after="80" w:line="300" w:lineRule="auto"/>
        <w:jc w:val="left"/>
      </w:pPr>
      <w:r>
        <w:rPr>
          <w:rFonts w:ascii="Times New Roman" w:hAnsi="Times New Roman" w:eastAsia="宋体"/>
          <w:b w:val="0"/>
          <w:i w:val="0"/>
          <w:sz w:val="21"/>
        </w:rPr>
        <w:t>y=2x, z=x+y=3x。</w:t>
      </w:r>
    </w:p>
    <w:p>
      <w:pPr>
        <w:spacing w:before="0" w:after="80" w:line="300" w:lineRule="auto"/>
        <w:jc w:val="left"/>
      </w:pPr>
      <w:r>
        <w:rPr>
          <w:rFonts w:ascii="Times New Roman" w:hAnsi="Times New Roman" w:eastAsia="宋体"/>
          <w:b w:val="0"/>
          <w:i w:val="0"/>
          <w:sz w:val="21"/>
        </w:rPr>
        <w:t>△ ADE 的三个角依次为 x、140° 和 z，所以 x+140°+3x=180°。故 x=10°。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BAC=∠ BCA, y=∠ CBD=∠ CDB, and z=∠ DCE=∠ DEC. The exterior-angle theorem applied successively gives</w:t>
      </w:r>
    </w:p>
    <w:p>
      <w:pPr>
        <w:spacing w:before="0" w:after="80" w:line="300" w:lineRule="auto"/>
        <w:jc w:val="left"/>
      </w:pPr>
      <w:r>
        <w:rPr>
          <w:rFonts w:ascii="Times New Roman" w:hAnsi="Times New Roman" w:eastAsia="宋体"/>
          <w:b w:val="0"/>
          <w:i w:val="0"/>
          <w:color w:val="333333"/>
          <w:sz w:val="19"/>
        </w:rPr>
        <w:t>y=2x, z=x+y=3x.</w:t>
      </w:r>
    </w:p>
    <w:p>
      <w:pPr>
        <w:spacing w:before="0" w:after="80" w:line="300" w:lineRule="auto"/>
        <w:jc w:val="left"/>
      </w:pPr>
      <w:r>
        <w:rPr>
          <w:rFonts w:ascii="Times New Roman" w:hAnsi="Times New Roman" w:eastAsia="宋体"/>
          <w:b w:val="0"/>
          <w:i w:val="0"/>
          <w:color w:val="333333"/>
          <w:sz w:val="19"/>
        </w:rPr>
        <w:t>The angles of △ ADE are x, 140°, and z, so x+140°+3x=180°. Hence x=10°.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由韦达定理，</w:t>
      </w:r>
    </w:p>
    <w:p>
      <w:pPr>
        <w:spacing w:before="0" w:after="80" w:line="300" w:lineRule="auto"/>
        <w:jc w:val="left"/>
      </w:pPr>
      <w:r>
        <w:rPr>
          <w:rFonts w:ascii="Times New Roman" w:hAnsi="Times New Roman" w:eastAsia="宋体"/>
          <w:b w:val="0"/>
          <w:i w:val="0"/>
          <w:sz w:val="21"/>
        </w:rPr>
        <w:t>c+d=-a, cd=b,</w:t>
      </w:r>
    </w:p>
    <w:p>
      <w:pPr>
        <w:spacing w:before="0" w:after="80" w:line="300" w:lineRule="auto"/>
        <w:jc w:val="left"/>
      </w:pPr>
      <w:r>
        <w:rPr>
          <w:rFonts w:ascii="Times New Roman" w:hAnsi="Times New Roman" w:eastAsia="宋体"/>
          <w:b w:val="0"/>
          <w:i w:val="0"/>
          <w:sz w:val="21"/>
        </w:rPr>
        <w:t>a+b=-c, ab=d。</w:t>
      </w:r>
    </w:p>
    <w:p>
      <w:pPr>
        <w:spacing w:before="0" w:after="80" w:line="300" w:lineRule="auto"/>
        <w:jc w:val="left"/>
      </w:pPr>
      <w:r>
        <w:rPr>
          <w:rFonts w:ascii="Times New Roman" w:hAnsi="Times New Roman" w:eastAsia="宋体"/>
          <w:b w:val="0"/>
          <w:i w:val="0"/>
          <w:sz w:val="21"/>
        </w:rPr>
        <w:t>两个关于根的和的方程推出 b=d。由于 b=d≠0，两个关于根的积的方程给出 a=c=1。再由 a+b=-c 得 b=d=-2，因此 a+b+c+d=-2。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Vieta’s formulas give</w:t>
      </w:r>
    </w:p>
    <w:p>
      <w:pPr>
        <w:spacing w:before="0" w:after="80" w:line="300" w:lineRule="auto"/>
        <w:jc w:val="left"/>
      </w:pPr>
      <w:r>
        <w:rPr>
          <w:rFonts w:ascii="Times New Roman" w:hAnsi="Times New Roman" w:eastAsia="宋体"/>
          <w:b w:val="0"/>
          <w:i w:val="0"/>
          <w:color w:val="333333"/>
          <w:sz w:val="19"/>
        </w:rPr>
        <w:t>c+d=-a, cd=b,</w:t>
      </w:r>
    </w:p>
    <w:p>
      <w:pPr>
        <w:spacing w:before="0" w:after="80" w:line="300" w:lineRule="auto"/>
        <w:jc w:val="left"/>
      </w:pPr>
      <w:r>
        <w:rPr>
          <w:rFonts w:ascii="Times New Roman" w:hAnsi="Times New Roman" w:eastAsia="宋体"/>
          <w:b w:val="0"/>
          <w:i w:val="0"/>
          <w:color w:val="333333"/>
          <w:sz w:val="19"/>
        </w:rPr>
        <w:t>a+b=-c, ab=d.</w:t>
      </w:r>
    </w:p>
    <w:p>
      <w:pPr>
        <w:spacing w:before="0" w:after="80" w:line="300" w:lineRule="auto"/>
        <w:jc w:val="left"/>
      </w:pPr>
      <w:r>
        <w:rPr>
          <w:rFonts w:ascii="Times New Roman" w:hAnsi="Times New Roman" w:eastAsia="宋体"/>
          <w:b w:val="0"/>
          <w:i w:val="0"/>
          <w:color w:val="333333"/>
          <w:sz w:val="19"/>
        </w:rPr>
        <w:t>The two sum equations imply b=d. Since b=d≠0, the product equations give a=c=1. Then a+b=-c gives b=d=-2, and therefore a+b+c+d=-2.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用通常的记法，a=(18)ₙ=n+8。由于一个根是 n，另一个根必为 8。两根之积为 b=8n，它在 n 进制中的表示为 80。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ordinary notation, a=(18)ₙ=n+8. Since one root is n, the other root must be 8. Their product is b=8n, whose base-n representation is 80.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A</w:t>
      </w:r>
    </w:p>
    <w:p>
      <w:pPr>
        <w:spacing w:before="0" w:after="80" w:line="300" w:lineRule="auto"/>
        <w:jc w:val="left"/>
      </w:pPr>
      <w:r>
        <w:rPr>
          <w:rFonts w:ascii="Times New Roman" w:hAnsi="Times New Roman" w:eastAsia="宋体"/>
          <w:b w:val="0"/>
          <w:i w:val="0"/>
          <w:sz w:val="21"/>
        </w:rPr>
        <w:t>两边平方得到 1+2sin xcos x=1/25，所以 sin xcos x=-12/25。因此 sin x 和 cos x 是下面这个方程的两根：</w:t>
      </w:r>
    </w:p>
    <w:p>
      <w:pPr>
        <w:spacing w:before="0" w:after="80" w:line="300" w:lineRule="auto"/>
        <w:jc w:val="left"/>
      </w:pPr>
      <w:r>
        <w:rPr>
          <w:rFonts w:ascii="Times New Roman" w:hAnsi="Times New Roman" w:eastAsia="宋体"/>
          <w:b w:val="0"/>
          <w:i w:val="0"/>
          <w:sz w:val="21"/>
        </w:rPr>
        <w:t>t²-1/5t-12/25=0，</w:t>
      </w:r>
    </w:p>
    <w:p>
      <w:pPr>
        <w:spacing w:before="0" w:after="80" w:line="300" w:lineRule="auto"/>
        <w:jc w:val="left"/>
      </w:pPr>
      <w:r>
        <w:rPr>
          <w:rFonts w:ascii="Times New Roman" w:hAnsi="Times New Roman" w:eastAsia="宋体"/>
          <w:b w:val="0"/>
          <w:i w:val="0"/>
          <w:sz w:val="21"/>
        </w:rPr>
        <w:t>即 4/5 和 -3/5。在给定区间内 sin x≥0，故 sin x=4/5，cos x=-3/5。于是 tan x=-4/3。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Squaring gives 1+2sin xcos x=1/25, so sin xcos x=-12/25. Thus sin x and cos x are the roots of</w:t>
      </w:r>
    </w:p>
    <w:p>
      <w:pPr>
        <w:spacing w:before="0" w:after="80" w:line="300" w:lineRule="auto"/>
        <w:jc w:val="left"/>
      </w:pPr>
      <w:r>
        <w:rPr>
          <w:rFonts w:ascii="Times New Roman" w:hAnsi="Times New Roman" w:eastAsia="宋体"/>
          <w:b w:val="0"/>
          <w:i w:val="0"/>
          <w:color w:val="333333"/>
          <w:sz w:val="19"/>
        </w:rPr>
        <w:t>t²-1/5t-12/25=0,</w:t>
      </w:r>
    </w:p>
    <w:p>
      <w:pPr>
        <w:spacing w:before="0" w:after="80" w:line="300" w:lineRule="auto"/>
        <w:jc w:val="left"/>
      </w:pPr>
      <w:r>
        <w:rPr>
          <w:rFonts w:ascii="Times New Roman" w:hAnsi="Times New Roman" w:eastAsia="宋体"/>
          <w:b w:val="0"/>
          <w:i w:val="0"/>
          <w:color w:val="333333"/>
          <w:sz w:val="19"/>
        </w:rPr>
        <w:t>namely 4/5 and -3/5. Because sin x≥0 on the given interval, sin x=4/5 and cos x=-3/5. Hence tan x=-4/3.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E</w:t>
      </w:r>
    </w:p>
    <w:p>
      <w:pPr>
        <w:spacing w:before="0" w:after="80" w:line="300" w:lineRule="auto"/>
        <w:jc w:val="left"/>
      </w:pPr>
      <w:r>
        <w:rPr>
          <w:rFonts w:ascii="Times New Roman" w:hAnsi="Times New Roman" w:eastAsia="宋体"/>
          <w:b w:val="0"/>
          <w:i w:val="0"/>
          <w:sz w:val="21"/>
        </w:rPr>
        <w:t>若一人少握了一次手，那么这次未握手所涉及的另一人也没有与所有人握过手。因此，至多有 N-2 人与所有其他人都握过手。让恰好两个人彼此不握手，而其余握手全部发生，就能达到这个上界。由于选项中没有 N-2，答案是“以上都不是”。</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one person has missed a handshake, the other person in that missed pair also has not shaken hands with everyone. Thus at most N-2 people can have shaken hands with everyone. This is attainable when exactly two people fail to shake hands with each other and every other handshake occurs. Since N-2 is not listed, the answer is “none of these.”</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令 x=3/y，它是正数。于是</w:t>
      </w:r>
    </w:p>
    <w:p>
      <w:pPr>
        <w:spacing w:before="0" w:after="80" w:line="300" w:lineRule="auto"/>
        <w:jc w:val="left"/>
      </w:pPr>
      <w:r>
        <w:rPr>
          <w:rFonts w:ascii="Times New Roman" w:hAnsi="Times New Roman" w:eastAsia="宋体"/>
          <w:b w:val="0"/>
          <w:i w:val="0"/>
          <w:sz w:val="21"/>
        </w:rPr>
        <w:t>x²+1=9+y²/y²,</w:t>
      </w:r>
    </w:p>
    <w:p>
      <w:pPr>
        <w:spacing w:before="0" w:after="80" w:line="300" w:lineRule="auto"/>
        <w:jc w:val="left"/>
      </w:pPr>
      <w:r>
        <w:rPr>
          <w:rFonts w:ascii="Times New Roman" w:hAnsi="Times New Roman" w:eastAsia="宋体"/>
          <w:b w:val="0"/>
          <w:i w:val="0"/>
          <w:sz w:val="21"/>
        </w:rPr>
        <w:t>√(12/y)=2√(x)。</w:t>
      </w:r>
    </w:p>
    <w:p>
      <w:pPr>
        <w:spacing w:before="0" w:after="80" w:line="300" w:lineRule="auto"/>
        <w:jc w:val="left"/>
      </w:pPr>
      <w:r>
        <w:rPr>
          <w:rFonts w:ascii="Times New Roman" w:hAnsi="Times New Roman" w:eastAsia="宋体"/>
          <w:b w:val="0"/>
          <w:i w:val="0"/>
          <w:sz w:val="21"/>
        </w:rPr>
        <w:t>因此所求表达式为</w:t>
      </w:r>
    </w:p>
    <w:p>
      <w:pPr>
        <w:spacing w:before="0" w:after="80" w:line="300" w:lineRule="auto"/>
        <w:jc w:val="left"/>
      </w:pPr>
      <w:r>
        <w:rPr>
          <w:rFonts w:ascii="Times New Roman" w:hAnsi="Times New Roman" w:eastAsia="宋体"/>
          <w:b w:val="0"/>
          <w:i w:val="0"/>
          <w:sz w:val="21"/>
        </w:rPr>
        <w:t>([f(x²+1)]^(√(x)))²=k²。</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 x=3/y, which is positive. Then</w:t>
      </w:r>
    </w:p>
    <w:p>
      <w:pPr>
        <w:spacing w:before="0" w:after="80" w:line="300" w:lineRule="auto"/>
        <w:jc w:val="left"/>
      </w:pPr>
      <w:r>
        <w:rPr>
          <w:rFonts w:ascii="Times New Roman" w:hAnsi="Times New Roman" w:eastAsia="宋体"/>
          <w:b w:val="0"/>
          <w:i w:val="0"/>
          <w:color w:val="333333"/>
          <w:sz w:val="19"/>
        </w:rPr>
        <w:t>x²+1=9+y²/y²,</w:t>
      </w:r>
    </w:p>
    <w:p>
      <w:pPr>
        <w:spacing w:before="0" w:after="80" w:line="300" w:lineRule="auto"/>
        <w:jc w:val="left"/>
      </w:pPr>
      <w:r>
        <w:rPr>
          <w:rFonts w:ascii="Times New Roman" w:hAnsi="Times New Roman" w:eastAsia="宋体"/>
          <w:b w:val="0"/>
          <w:i w:val="0"/>
          <w:color w:val="333333"/>
          <w:sz w:val="19"/>
        </w:rPr>
        <w:t>√(12/y)=2√(x).</w:t>
      </w:r>
    </w:p>
    <w:p>
      <w:pPr>
        <w:spacing w:before="0" w:after="80" w:line="300" w:lineRule="auto"/>
        <w:jc w:val="left"/>
      </w:pPr>
      <w:r>
        <w:rPr>
          <w:rFonts w:ascii="Times New Roman" w:hAnsi="Times New Roman" w:eastAsia="宋体"/>
          <w:b w:val="0"/>
          <w:i w:val="0"/>
          <w:color w:val="333333"/>
          <w:sz w:val="19"/>
        </w:rPr>
        <w:t>Therefore the requested expression is</w:t>
      </w:r>
    </w:p>
    <w:p>
      <w:pPr>
        <w:spacing w:before="0" w:after="80" w:line="300" w:lineRule="auto"/>
        <w:jc w:val="left"/>
      </w:pPr>
      <w:r>
        <w:rPr>
          <w:rFonts w:ascii="Times New Roman" w:hAnsi="Times New Roman" w:eastAsia="宋体"/>
          <w:b w:val="0"/>
          <w:i w:val="0"/>
          <w:color w:val="333333"/>
          <w:sz w:val="19"/>
        </w:rPr>
        <w:t>([f(x²+1)]^(√(x)))²=k².</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有理化可得</w:t>
      </w:r>
    </w:p>
    <w:p>
      <w:pPr>
        <w:spacing w:before="0" w:after="80" w:line="300" w:lineRule="auto"/>
        <w:jc w:val="left"/>
      </w:pPr>
      <w:r>
        <w:rPr>
          <w:rFonts w:ascii="Times New Roman" w:hAnsi="Times New Roman" w:eastAsia="宋体"/>
          <w:b w:val="0"/>
          <w:i w:val="0"/>
          <w:sz w:val="21"/>
        </w:rPr>
        <w:t>√(n)-√(n-1) =1/(√(n)+√(n-1))。</w:t>
      </w:r>
    </w:p>
    <w:p>
      <w:pPr>
        <w:spacing w:before="0" w:after="80" w:line="300" w:lineRule="auto"/>
        <w:jc w:val="left"/>
      </w:pPr>
      <w:r>
        <w:rPr>
          <w:rFonts w:ascii="Times New Roman" w:hAnsi="Times New Roman" w:eastAsia="宋体"/>
          <w:b w:val="0"/>
          <w:i w:val="0"/>
          <w:sz w:val="21"/>
        </w:rPr>
        <w:t>当 n=2500 时，分母为 50+√(2499)&lt;100，所以该差大于 0.01。当 n=2501 时，分母为 √(2501)+50&gt;100，所以该差小于 0.01。分母随 n 增大而增大，因此 2501 是满足条件的最小整数。</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Rationalizing gives</w:t>
      </w:r>
    </w:p>
    <w:p>
      <w:pPr>
        <w:spacing w:before="0" w:after="80" w:line="300" w:lineRule="auto"/>
        <w:jc w:val="left"/>
      </w:pPr>
      <w:r>
        <w:rPr>
          <w:rFonts w:ascii="Times New Roman" w:hAnsi="Times New Roman" w:eastAsia="宋体"/>
          <w:b w:val="0"/>
          <w:i w:val="0"/>
          <w:color w:val="333333"/>
          <w:sz w:val="19"/>
        </w:rPr>
        <w:t>√(n)-√(n-1) =1/(√(n)+√(n-1)).</w:t>
      </w:r>
    </w:p>
    <w:p>
      <w:pPr>
        <w:spacing w:before="0" w:after="80" w:line="300" w:lineRule="auto"/>
        <w:jc w:val="left"/>
      </w:pPr>
      <w:r>
        <w:rPr>
          <w:rFonts w:ascii="Times New Roman" w:hAnsi="Times New Roman" w:eastAsia="宋体"/>
          <w:b w:val="0"/>
          <w:i w:val="0"/>
          <w:color w:val="333333"/>
          <w:sz w:val="19"/>
        </w:rPr>
        <w:t>For n=2500, the denominator is 50+√(2499)&lt;100, so the difference exceeds 0.01. For n=2501, the denominator is √(2501)+50&gt;100, so the difference is less than 0.01. The denominator increases with n, making 2501 the least such integer.</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总概率为 50p+50(3p)=200p=1，所以 p=0.005。不超过 50 的完全平方数有七个，大于 50 的还有三个：64、81、100。因此所求概率为</w:t>
      </w:r>
    </w:p>
    <w:p>
      <w:pPr>
        <w:spacing w:before="0" w:after="80" w:line="300" w:lineRule="auto"/>
        <w:jc w:val="left"/>
      </w:pPr>
      <w:r>
        <w:rPr>
          <w:rFonts w:ascii="Times New Roman" w:hAnsi="Times New Roman" w:eastAsia="宋体"/>
          <w:b w:val="0"/>
          <w:i w:val="0"/>
          <w:sz w:val="21"/>
        </w:rPr>
        <w:t>7p+3(3p)=16p=0.08。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total probability is 50p+50(3p)=200p=1, so p=0.005. There are seven perfect squares at most 50 and three more, 64, 81, 100, above 50. Hence the desired probability is</w:t>
      </w:r>
    </w:p>
    <w:p>
      <w:pPr>
        <w:spacing w:before="0" w:after="80" w:line="300" w:lineRule="auto"/>
        <w:jc w:val="left"/>
      </w:pPr>
      <w:r>
        <w:rPr>
          <w:rFonts w:ascii="Times New Roman" w:hAnsi="Times New Roman" w:eastAsia="宋体"/>
          <w:b w:val="0"/>
          <w:i w:val="0"/>
          <w:color w:val="333333"/>
          <w:sz w:val="19"/>
        </w:rPr>
        <w:t>7p+3(3p)=16p=0.08.</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A</w:t>
      </w:r>
    </w:p>
    <w:p>
      <w:pPr>
        <w:spacing w:before="0" w:after="80" w:line="300" w:lineRule="auto"/>
        <w:jc w:val="left"/>
      </w:pPr>
      <w:r>
        <w:rPr>
          <w:rFonts w:ascii="Times New Roman" w:hAnsi="Times New Roman" w:eastAsia="宋体"/>
          <w:b w:val="0"/>
          <w:i w:val="0"/>
          <w:sz w:val="21"/>
        </w:rPr>
        <w:t>令它们的公共值为 t。由前两个方程可得</w:t>
      </w:r>
    </w:p>
    <w:p>
      <w:pPr>
        <w:spacing w:before="0" w:after="80" w:line="300" w:lineRule="auto"/>
        <w:jc w:val="left"/>
      </w:pPr>
      <w:r>
        <w:rPr>
          <w:rFonts w:ascii="Times New Roman" w:hAnsi="Times New Roman" w:eastAsia="宋体"/>
          <w:b w:val="0"/>
          <w:i w:val="0"/>
          <w:sz w:val="21"/>
        </w:rPr>
        <w:t>(b-c)(t+2)=0，</w:t>
      </w:r>
    </w:p>
    <w:p>
      <w:pPr>
        <w:spacing w:before="0" w:after="80" w:line="300" w:lineRule="auto"/>
        <w:jc w:val="left"/>
      </w:pPr>
      <w:r>
        <w:rPr>
          <w:rFonts w:ascii="Times New Roman" w:hAnsi="Times New Roman" w:eastAsia="宋体"/>
          <w:b w:val="0"/>
          <w:i w:val="0"/>
          <w:sz w:val="21"/>
        </w:rPr>
        <w:t>循环比较可得另外两个类似关系。因此要么 a=b=c，此时 x=8；要么 t=-2。在后一种情形下，a+b=-c、b+c=-a、c+a=-b，所以</w:t>
      </w:r>
    </w:p>
    <w:p>
      <w:pPr>
        <w:spacing w:before="0" w:after="80" w:line="300" w:lineRule="auto"/>
        <w:jc w:val="left"/>
      </w:pPr>
      <w:r>
        <w:rPr>
          <w:rFonts w:ascii="Times New Roman" w:hAnsi="Times New Roman" w:eastAsia="宋体"/>
          <w:b w:val="0"/>
          <w:i w:val="0"/>
          <w:sz w:val="21"/>
        </w:rPr>
        <w:t>x=((-c)(-a)(-b))/abc=-1。</w:t>
      </w:r>
    </w:p>
    <w:p>
      <w:pPr>
        <w:spacing w:before="0" w:after="80" w:line="300" w:lineRule="auto"/>
        <w:jc w:val="left"/>
      </w:pPr>
      <w:r>
        <w:rPr>
          <w:rFonts w:ascii="Times New Roman" w:hAnsi="Times New Roman" w:eastAsia="宋体"/>
          <w:b w:val="0"/>
          <w:i w:val="0"/>
          <w:sz w:val="21"/>
        </w:rPr>
        <w:t>条件 x&lt;0 选出后一数值。</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common value be t. The first two resulting equations imply</w:t>
      </w:r>
    </w:p>
    <w:p>
      <w:pPr>
        <w:spacing w:before="0" w:after="80" w:line="300" w:lineRule="auto"/>
        <w:jc w:val="left"/>
      </w:pPr>
      <w:r>
        <w:rPr>
          <w:rFonts w:ascii="Times New Roman" w:hAnsi="Times New Roman" w:eastAsia="宋体"/>
          <w:b w:val="0"/>
          <w:i w:val="0"/>
          <w:color w:val="333333"/>
          <w:sz w:val="19"/>
        </w:rPr>
        <w:t>(b-c)(t+2)=0,</w:t>
      </w:r>
    </w:p>
    <w:p>
      <w:pPr>
        <w:spacing w:before="0" w:after="80" w:line="300" w:lineRule="auto"/>
        <w:jc w:val="left"/>
      </w:pPr>
      <w:r>
        <w:rPr>
          <w:rFonts w:ascii="Times New Roman" w:hAnsi="Times New Roman" w:eastAsia="宋体"/>
          <w:b w:val="0"/>
          <w:i w:val="0"/>
          <w:color w:val="333333"/>
          <w:sz w:val="19"/>
        </w:rPr>
        <w:t>and cyclic comparisons give the analogous relations. Thus either a=b=c, which gives x=8, or t=-2. In the latter case a+b=-c, b+c=-a, and c+a=-b, so</w:t>
      </w:r>
    </w:p>
    <w:p>
      <w:pPr>
        <w:spacing w:before="0" w:after="80" w:line="300" w:lineRule="auto"/>
        <w:jc w:val="left"/>
      </w:pPr>
      <w:r>
        <w:rPr>
          <w:rFonts w:ascii="Times New Roman" w:hAnsi="Times New Roman" w:eastAsia="宋体"/>
          <w:b w:val="0"/>
          <w:i w:val="0"/>
          <w:color w:val="333333"/>
          <w:sz w:val="19"/>
        </w:rPr>
        <w:t>x=((-c)(-a)(-b))/abc=-1.</w:t>
      </w:r>
    </w:p>
    <w:p>
      <w:pPr>
        <w:spacing w:before="0" w:after="80" w:line="300" w:lineRule="auto"/>
        <w:jc w:val="left"/>
      </w:pPr>
      <w:r>
        <w:rPr>
          <w:rFonts w:ascii="Times New Roman" w:hAnsi="Times New Roman" w:eastAsia="宋体"/>
          <w:b w:val="0"/>
          <w:i w:val="0"/>
          <w:color w:val="333333"/>
          <w:sz w:val="19"/>
        </w:rPr>
        <w:t>The condition x&lt;0 selects the latter value.</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A</w:t>
      </w:r>
    </w:p>
    <w:p>
      <w:pPr>
        <w:spacing w:before="0" w:after="80" w:line="300" w:lineRule="auto"/>
        <w:jc w:val="left"/>
      </w:pPr>
      <w:r>
        <w:rPr>
          <w:rFonts w:ascii="Times New Roman" w:hAnsi="Times New Roman" w:eastAsia="宋体"/>
          <w:b w:val="0"/>
          <w:i w:val="0"/>
          <w:sz w:val="21"/>
        </w:rPr>
        <w:t>令 S 表示题给和式。换底并合并对数可得</w:t>
      </w:r>
    </w:p>
    <w:p>
      <w:pPr>
        <w:spacing w:before="0" w:after="80" w:line="300" w:lineRule="auto"/>
        <w:jc w:val="left"/>
      </w:pPr>
      <w:r>
        <w:rPr>
          <w:rFonts w:ascii="Times New Roman" w:hAnsi="Times New Roman" w:eastAsia="宋体"/>
          <w:b w:val="0"/>
          <w:i w:val="0"/>
          <w:sz w:val="21"/>
        </w:rPr>
        <w:t>S=1/log₃x+1/log₄x</w:t>
      </w:r>
    </w:p>
    <w:p>
      <w:pPr>
        <w:spacing w:before="0" w:after="80" w:line="300" w:lineRule="auto"/>
        <w:jc w:val="left"/>
      </w:pPr>
      <w:r>
        <w:rPr>
          <w:rFonts w:ascii="Times New Roman" w:hAnsi="Times New Roman" w:eastAsia="宋体"/>
          <w:b w:val="0"/>
          <w:i w:val="0"/>
          <w:sz w:val="21"/>
        </w:rPr>
        <w:t>+1/log₅x</w:t>
      </w:r>
    </w:p>
    <w:p>
      <w:pPr>
        <w:spacing w:before="0" w:after="80" w:line="300" w:lineRule="auto"/>
        <w:jc w:val="left"/>
      </w:pPr>
      <w:r>
        <w:rPr>
          <w:rFonts w:ascii="Times New Roman" w:hAnsi="Times New Roman" w:eastAsia="宋体"/>
          <w:b w:val="0"/>
          <w:i w:val="0"/>
          <w:sz w:val="21"/>
        </w:rPr>
        <w:t>=logₓ(3·4·5)</w:t>
      </w:r>
    </w:p>
    <w:p>
      <w:pPr>
        <w:spacing w:before="0" w:after="80" w:line="300" w:lineRule="auto"/>
        <w:jc w:val="left"/>
      </w:pPr>
      <w:r>
        <w:rPr>
          <w:rFonts w:ascii="Times New Roman" w:hAnsi="Times New Roman" w:eastAsia="宋体"/>
          <w:b w:val="0"/>
          <w:i w:val="0"/>
          <w:sz w:val="21"/>
        </w:rPr>
        <w:t>=logₓ60</w:t>
      </w:r>
    </w:p>
    <w:p>
      <w:pPr>
        <w:spacing w:before="0" w:after="80" w:line="300" w:lineRule="auto"/>
        <w:jc w:val="left"/>
      </w:pPr>
      <w:r>
        <w:rPr>
          <w:rFonts w:ascii="Times New Roman" w:hAnsi="Times New Roman" w:eastAsia="宋体"/>
          <w:b w:val="0"/>
          <w:i w:val="0"/>
          <w:sz w:val="21"/>
        </w:rPr>
        <w:t>=1/log₆₀x。</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denote the given sum. Changing bases and combining logarithms gives</w:t>
      </w:r>
    </w:p>
    <w:p>
      <w:pPr>
        <w:spacing w:before="0" w:after="80" w:line="300" w:lineRule="auto"/>
        <w:jc w:val="left"/>
      </w:pPr>
      <w:r>
        <w:rPr>
          <w:rFonts w:ascii="Times New Roman" w:hAnsi="Times New Roman" w:eastAsia="宋体"/>
          <w:b w:val="0"/>
          <w:i w:val="0"/>
          <w:color w:val="333333"/>
          <w:sz w:val="19"/>
        </w:rPr>
        <w:t>S=1/log₃x+1/log₄x</w:t>
      </w:r>
    </w:p>
    <w:p>
      <w:pPr>
        <w:spacing w:before="0" w:after="80" w:line="300" w:lineRule="auto"/>
        <w:jc w:val="left"/>
      </w:pPr>
      <w:r>
        <w:rPr>
          <w:rFonts w:ascii="Times New Roman" w:hAnsi="Times New Roman" w:eastAsia="宋体"/>
          <w:b w:val="0"/>
          <w:i w:val="0"/>
          <w:color w:val="333333"/>
          <w:sz w:val="19"/>
        </w:rPr>
        <w:t>+1/log₅x</w:t>
      </w:r>
    </w:p>
    <w:p>
      <w:pPr>
        <w:spacing w:before="0" w:after="80" w:line="300" w:lineRule="auto"/>
        <w:jc w:val="left"/>
      </w:pPr>
      <w:r>
        <w:rPr>
          <w:rFonts w:ascii="Times New Roman" w:hAnsi="Times New Roman" w:eastAsia="宋体"/>
          <w:b w:val="0"/>
          <w:i w:val="0"/>
          <w:color w:val="333333"/>
          <w:sz w:val="19"/>
        </w:rPr>
        <w:t>=logₓ(3·4·5)</w:t>
      </w:r>
    </w:p>
    <w:p>
      <w:pPr>
        <w:spacing w:before="0" w:after="80" w:line="300" w:lineRule="auto"/>
        <w:jc w:val="left"/>
      </w:pPr>
      <w:r>
        <w:rPr>
          <w:rFonts w:ascii="Times New Roman" w:hAnsi="Times New Roman" w:eastAsia="宋体"/>
          <w:b w:val="0"/>
          <w:i w:val="0"/>
          <w:color w:val="333333"/>
          <w:sz w:val="19"/>
        </w:rPr>
        <w:t>=logₓ60</w:t>
      </w:r>
    </w:p>
    <w:p>
      <w:pPr>
        <w:spacing w:before="0" w:after="80" w:line="300" w:lineRule="auto"/>
        <w:jc w:val="left"/>
      </w:pPr>
      <w:r>
        <w:rPr>
          <w:rFonts w:ascii="Times New Roman" w:hAnsi="Times New Roman" w:eastAsia="宋体"/>
          <w:b w:val="0"/>
          <w:i w:val="0"/>
          <w:color w:val="333333"/>
          <w:sz w:val="19"/>
        </w:rPr>
        <w:t>=1/log₆₀x.</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若假话的实际数量 m 是 1、2、3、4 中的一个，则上面的四句话中恰有一句为真，也就是声称假话数量为 m 的那一句。因此恰有三句话是假话，从而必须有 m=3。这确实自洽：第三句话为真，其余三句为假。</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actual number m of false statements is one of 1, 2, 3, 4, exactly one displayed statement—the one naming m—is true. Therefore exactly three statements are false, forcing m=3. This is consistent: the third statement is true and the other three are false.</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令 A=(0,0)、B=(s,0)、D=(0,s)，其中 s=√(1+√(3))。经过 F 的两条直线的方程为</w:t>
      </w:r>
    </w:p>
    <w:p>
      <w:pPr>
        <w:spacing w:before="0" w:after="80" w:line="300" w:lineRule="auto"/>
        <w:jc w:val="left"/>
      </w:pPr>
      <w:r>
        <w:rPr>
          <w:rFonts w:ascii="Times New Roman" w:hAnsi="Times New Roman" w:eastAsia="宋体"/>
          <w:b w:val="0"/>
          <w:i w:val="0"/>
          <w:sz w:val="21"/>
        </w:rPr>
        <w:t>AE: y=√(3)x,</w:t>
      </w:r>
    </w:p>
    <w:p>
      <w:pPr>
        <w:spacing w:before="0" w:after="80" w:line="300" w:lineRule="auto"/>
        <w:jc w:val="left"/>
      </w:pPr>
      <w:r>
        <w:rPr>
          <w:rFonts w:ascii="Times New Roman" w:hAnsi="Times New Roman" w:eastAsia="宋体"/>
          <w:b w:val="0"/>
          <w:i w:val="0"/>
          <w:sz w:val="21"/>
        </w:rPr>
        <w:t>BD: y=s-x。</w:t>
      </w:r>
    </w:p>
    <w:p>
      <w:pPr>
        <w:spacing w:before="0" w:after="80" w:line="300" w:lineRule="auto"/>
        <w:jc w:val="left"/>
      </w:pPr>
      <w:r>
        <w:rPr>
          <w:rFonts w:ascii="Times New Roman" w:hAnsi="Times New Roman" w:eastAsia="宋体"/>
          <w:b w:val="0"/>
          <w:i w:val="0"/>
          <w:sz w:val="21"/>
        </w:rPr>
        <w:t>因此 F 到 AB 的高为 (s√(3))/(1+√(3))。于是</w:t>
      </w:r>
    </w:p>
    <w:p>
      <w:pPr>
        <w:spacing w:before="0" w:after="80" w:line="300" w:lineRule="auto"/>
        <w:jc w:val="left"/>
      </w:pPr>
      <w:r>
        <w:rPr>
          <w:rFonts w:ascii="Times New Roman" w:hAnsi="Times New Roman" w:eastAsia="宋体"/>
          <w:b w:val="0"/>
          <w:i w:val="0"/>
          <w:sz w:val="21"/>
        </w:rPr>
        <w:t>[△ ABF] =(s²√(3))/(2(1+√(3))) =(√(3))/2。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A=(0,0), B=(s,0), and D=(0,s), where s=√(1+√(3)). The two lines containing F have equations</w:t>
      </w:r>
    </w:p>
    <w:p>
      <w:pPr>
        <w:spacing w:before="0" w:after="80" w:line="300" w:lineRule="auto"/>
        <w:jc w:val="left"/>
      </w:pPr>
      <w:r>
        <w:rPr>
          <w:rFonts w:ascii="Times New Roman" w:hAnsi="Times New Roman" w:eastAsia="宋体"/>
          <w:b w:val="0"/>
          <w:i w:val="0"/>
          <w:color w:val="333333"/>
          <w:sz w:val="19"/>
        </w:rPr>
        <w:t>AE: y=√(3)x,</w:t>
      </w:r>
    </w:p>
    <w:p>
      <w:pPr>
        <w:spacing w:before="0" w:after="80" w:line="300" w:lineRule="auto"/>
        <w:jc w:val="left"/>
      </w:pPr>
      <w:r>
        <w:rPr>
          <w:rFonts w:ascii="Times New Roman" w:hAnsi="Times New Roman" w:eastAsia="宋体"/>
          <w:b w:val="0"/>
          <w:i w:val="0"/>
          <w:color w:val="333333"/>
          <w:sz w:val="19"/>
        </w:rPr>
        <w:t>BD: y=s-x.</w:t>
      </w:r>
    </w:p>
    <w:p>
      <w:pPr>
        <w:spacing w:before="0" w:after="80" w:line="300" w:lineRule="auto"/>
        <w:jc w:val="left"/>
      </w:pPr>
      <w:r>
        <w:rPr>
          <w:rFonts w:ascii="Times New Roman" w:hAnsi="Times New Roman" w:eastAsia="宋体"/>
          <w:b w:val="0"/>
          <w:i w:val="0"/>
          <w:color w:val="333333"/>
          <w:sz w:val="19"/>
        </w:rPr>
        <w:t>Hence the altitude of F above AB is (s√(3))/(1+√(3)). Therefore</w:t>
      </w:r>
    </w:p>
    <w:p>
      <w:pPr>
        <w:spacing w:before="0" w:after="80" w:line="300" w:lineRule="auto"/>
        <w:jc w:val="left"/>
      </w:pPr>
      <w:r>
        <w:rPr>
          <w:rFonts w:ascii="Times New Roman" w:hAnsi="Times New Roman" w:eastAsia="宋体"/>
          <w:b w:val="0"/>
          <w:i w:val="0"/>
          <w:color w:val="333333"/>
          <w:sz w:val="19"/>
        </w:rPr>
        <w:t>[△ ABF] =(s²√(3))/(2(1+√(3))) =(√(3))/2.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A</w:t>
      </w:r>
    </w:p>
    <w:p>
      <w:pPr>
        <w:spacing w:before="0" w:after="80" w:line="300" w:lineRule="auto"/>
        <w:jc w:val="left"/>
      </w:pPr>
      <w:r>
        <w:rPr>
          <w:rFonts w:ascii="Times New Roman" w:hAnsi="Times New Roman" w:eastAsia="宋体"/>
          <w:b w:val="0"/>
          <w:i w:val="0"/>
          <w:sz w:val="21"/>
        </w:rPr>
        <w:t>三个表达式之和为</w:t>
      </w:r>
    </w:p>
    <w:p>
      <w:pPr>
        <w:spacing w:before="0" w:after="80" w:line="300" w:lineRule="auto"/>
        <w:jc w:val="left"/>
      </w:pPr>
      <w:r>
        <w:rPr>
          <w:rFonts w:ascii="Times New Roman" w:hAnsi="Times New Roman" w:eastAsia="宋体"/>
          <w:b w:val="0"/>
          <w:i w:val="0"/>
          <w:sz w:val="21"/>
        </w:rPr>
        <w:t>x(y-z)+y(z-x)</w:t>
      </w:r>
    </w:p>
    <w:p>
      <w:pPr>
        <w:spacing w:before="0" w:after="80" w:line="300" w:lineRule="auto"/>
        <w:jc w:val="left"/>
      </w:pPr>
      <w:r>
        <w:rPr>
          <w:rFonts w:ascii="Times New Roman" w:hAnsi="Times New Roman" w:eastAsia="宋体"/>
          <w:b w:val="0"/>
          <w:i w:val="0"/>
          <w:sz w:val="21"/>
        </w:rPr>
        <w:t>+z(x-y)=0。</w:t>
      </w:r>
    </w:p>
    <w:p>
      <w:pPr>
        <w:spacing w:before="0" w:after="80" w:line="300" w:lineRule="auto"/>
        <w:jc w:val="left"/>
      </w:pPr>
      <w:r>
        <w:rPr>
          <w:rFonts w:ascii="Times New Roman" w:hAnsi="Times New Roman" w:eastAsia="宋体"/>
          <w:b w:val="0"/>
          <w:i w:val="0"/>
          <w:sz w:val="21"/>
        </w:rPr>
        <w:t>将这个非零等比数列写成 u、ur、ur²，可得 u(1+r+r²)=0。由于 u≠0，所以 r²+r+1=0。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three expressions have sum</w:t>
      </w:r>
    </w:p>
    <w:p>
      <w:pPr>
        <w:spacing w:before="0" w:after="80" w:line="300" w:lineRule="auto"/>
        <w:jc w:val="left"/>
      </w:pPr>
      <w:r>
        <w:rPr>
          <w:rFonts w:ascii="Times New Roman" w:hAnsi="Times New Roman" w:eastAsia="宋体"/>
          <w:b w:val="0"/>
          <w:i w:val="0"/>
          <w:color w:val="333333"/>
          <w:sz w:val="19"/>
        </w:rPr>
        <w:t>x(y-z)+y(z-x)</w:t>
      </w:r>
    </w:p>
    <w:p>
      <w:pPr>
        <w:spacing w:before="0" w:after="80" w:line="300" w:lineRule="auto"/>
        <w:jc w:val="left"/>
      </w:pPr>
      <w:r>
        <w:rPr>
          <w:rFonts w:ascii="Times New Roman" w:hAnsi="Times New Roman" w:eastAsia="宋体"/>
          <w:b w:val="0"/>
          <w:i w:val="0"/>
          <w:color w:val="333333"/>
          <w:sz w:val="19"/>
        </w:rPr>
        <w:t>+z(x-y)=0.</w:t>
      </w:r>
    </w:p>
    <w:p>
      <w:pPr>
        <w:spacing w:before="0" w:after="80" w:line="300" w:lineRule="auto"/>
        <w:jc w:val="left"/>
      </w:pPr>
      <w:r>
        <w:rPr>
          <w:rFonts w:ascii="Times New Roman" w:hAnsi="Times New Roman" w:eastAsia="宋体"/>
          <w:b w:val="0"/>
          <w:i w:val="0"/>
          <w:color w:val="333333"/>
          <w:sz w:val="19"/>
        </w:rPr>
        <w:t>Writing the nonzero geometric progression as u, ur, ur² gives u(1+r+r²)=0. Since u≠0, r²+r+1=0.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D</w:t>
      </w:r>
    </w:p>
    <w:p>
      <w:pPr>
        <w:spacing w:before="0" w:after="80" w:line="300" w:lineRule="auto"/>
        <w:jc w:val="left"/>
      </w:pPr>
      <w:r>
        <w:rPr>
          <w:rFonts w:ascii="Times New Roman" w:hAnsi="Times New Roman" w:eastAsia="宋体"/>
          <w:b w:val="0"/>
          <w:i w:val="0"/>
          <w:sz w:val="21"/>
        </w:rPr>
        <w:t>前两个条件构成正方形 [a/2,2a]×[a/2,2a]。在这个正方形内，x+y≥ a 自动成立。最后两个条件等价于 |x-y|≤ a；它们的边界直线切去顶点 (2a,a/2) 和 (a/2,2a)。从正方形切去相对的两个角会得到六边形，所以边界有六条边。</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two conditions form the square [a/2,2a]×[a/2,2a]. Within this square, x+y≥ a is automatic. The last two conditions are equivalent to |x-y|≤ a; their boundary lines cut off the corners (2a,a/2) and (a/2,2a). Cutting two opposite corners from a square produces a hexagon, so the boundary has six sides.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B</w:t>
      </w:r>
    </w:p>
    <w:p>
      <w:pPr>
        <w:spacing w:before="0" w:after="80" w:line="300" w:lineRule="auto"/>
        <w:jc w:val="left"/>
      </w:pPr>
      <w:r>
        <w:rPr>
          <w:rFonts w:ascii="Times New Roman" w:hAnsi="Times New Roman" w:eastAsia="宋体"/>
          <w:b w:val="0"/>
          <w:i w:val="0"/>
          <w:sz w:val="21"/>
        </w:rPr>
        <w:t>设 H 为从 C 向 AB 所作高的垂足。在所有经过 C 且与 AB 相切的圆中，当切点为 H 时半径最小，所以 CH 是直径。由直角三角形的面积可得</w:t>
      </w:r>
    </w:p>
    <w:p>
      <w:pPr>
        <w:spacing w:before="0" w:after="80" w:line="300" w:lineRule="auto"/>
        <w:jc w:val="left"/>
      </w:pPr>
      <w:r>
        <w:rPr>
          <w:rFonts w:ascii="Times New Roman" w:hAnsi="Times New Roman" w:eastAsia="宋体"/>
          <w:b w:val="0"/>
          <w:i w:val="0"/>
          <w:sz w:val="21"/>
        </w:rPr>
        <w:t>CH=(AC· BC)/AB=(8·6)/10=4.8。</w:t>
      </w:r>
    </w:p>
    <w:p>
      <w:pPr>
        <w:spacing w:before="0" w:after="80" w:line="300" w:lineRule="auto"/>
        <w:jc w:val="left"/>
      </w:pPr>
      <w:r>
        <w:rPr>
          <w:rFonts w:ascii="Times New Roman" w:hAnsi="Times New Roman" w:eastAsia="宋体"/>
          <w:b w:val="0"/>
          <w:i w:val="0"/>
          <w:sz w:val="21"/>
        </w:rPr>
        <w:t>此外，∠ QCR=90°，所以 QR 是圆 P 的直径。因此 QR=CH=4.8。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H be the foot of the altitude from C to AB. Among circles through C tangent to AB, the least radius occurs when the tangency point is H, so CH is a diameter. The area of the right triangle gives</w:t>
      </w:r>
    </w:p>
    <w:p>
      <w:pPr>
        <w:spacing w:before="0" w:after="80" w:line="300" w:lineRule="auto"/>
        <w:jc w:val="left"/>
      </w:pPr>
      <w:r>
        <w:rPr>
          <w:rFonts w:ascii="Times New Roman" w:hAnsi="Times New Roman" w:eastAsia="宋体"/>
          <w:b w:val="0"/>
          <w:i w:val="0"/>
          <w:color w:val="333333"/>
          <w:sz w:val="19"/>
        </w:rPr>
        <w:t>CH=(AC· BC)/AB=(8·6)/10=4.8.</w:t>
      </w:r>
    </w:p>
    <w:p>
      <w:pPr>
        <w:spacing w:before="0" w:after="80" w:line="300" w:lineRule="auto"/>
        <w:jc w:val="left"/>
      </w:pPr>
      <w:r>
        <w:rPr>
          <w:rFonts w:ascii="Times New Roman" w:hAnsi="Times New Roman" w:eastAsia="宋体"/>
          <w:b w:val="0"/>
          <w:i w:val="0"/>
          <w:color w:val="333333"/>
          <w:sz w:val="19"/>
        </w:rPr>
        <w:t>Also ∠ QCR=90°, so QR is a diameter of circle P. Therefore QR=CH=4.8.</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C</w:t>
      </w:r>
    </w:p>
    <w:p>
      <w:pPr>
        <w:spacing w:before="0" w:after="80" w:line="300" w:lineRule="auto"/>
        <w:jc w:val="left"/>
      </w:pPr>
      <w:r>
        <w:rPr>
          <w:rFonts w:ascii="Times New Roman" w:hAnsi="Times New Roman" w:eastAsia="宋体"/>
          <w:b w:val="0"/>
          <w:i w:val="0"/>
          <w:sz w:val="21"/>
        </w:rPr>
        <w:t>符合条件的整数对从 2 到 11 的每个整数取模都与 1 同余，因此也可将模数取为</w:t>
      </w:r>
    </w:p>
    <w:p>
      <w:pPr>
        <w:spacing w:before="0" w:after="80" w:line="300" w:lineRule="auto"/>
        <w:jc w:val="left"/>
      </w:pPr>
      <w:r>
        <w:rPr>
          <w:rFonts w:ascii="Times New Roman" w:hAnsi="Times New Roman" w:eastAsia="宋体"/>
          <w:b w:val="0"/>
          <w:i w:val="0"/>
          <w:sz w:val="21"/>
        </w:rPr>
        <w:t>L=lcm(2,…,11)</w:t>
      </w:r>
    </w:p>
    <w:p>
      <w:pPr>
        <w:spacing w:before="0" w:after="80" w:line="300" w:lineRule="auto"/>
        <w:jc w:val="left"/>
      </w:pPr>
      <w:r>
        <w:rPr>
          <w:rFonts w:ascii="Times New Roman" w:hAnsi="Times New Roman" w:eastAsia="宋体"/>
          <w:b w:val="0"/>
          <w:i w:val="0"/>
          <w:sz w:val="21"/>
        </w:rPr>
        <w:t>=2³·3²·5·7·11</w:t>
      </w:r>
    </w:p>
    <w:p>
      <w:pPr>
        <w:spacing w:before="0" w:after="80" w:line="300" w:lineRule="auto"/>
        <w:jc w:val="left"/>
      </w:pPr>
      <w:r>
        <w:rPr>
          <w:rFonts w:ascii="Times New Roman" w:hAnsi="Times New Roman" w:eastAsia="宋体"/>
          <w:b w:val="0"/>
          <w:i w:val="0"/>
          <w:sz w:val="21"/>
        </w:rPr>
        <w:t>=27720。</w:t>
      </w:r>
    </w:p>
    <w:p>
      <w:pPr>
        <w:spacing w:before="0" w:after="80" w:line="300" w:lineRule="auto"/>
        <w:jc w:val="left"/>
      </w:pPr>
      <w:r>
        <w:rPr>
          <w:rFonts w:ascii="Times New Roman" w:hAnsi="Times New Roman" w:eastAsia="宋体"/>
          <w:b w:val="0"/>
          <w:i w:val="0"/>
          <w:sz w:val="21"/>
        </w:rPr>
        <w:t>大于 1 的最小两个符合条件的整数是 L+1 和 2L+1，它们的差为 L=27720。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qualifying integer is congruent to 1 modulo every integer from 2 through 11, hence modulo</w:t>
      </w:r>
    </w:p>
    <w:p>
      <w:pPr>
        <w:spacing w:before="0" w:after="80" w:line="300" w:lineRule="auto"/>
        <w:jc w:val="left"/>
      </w:pPr>
      <w:r>
        <w:rPr>
          <w:rFonts w:ascii="Times New Roman" w:hAnsi="Times New Roman" w:eastAsia="宋体"/>
          <w:b w:val="0"/>
          <w:i w:val="0"/>
          <w:color w:val="333333"/>
          <w:sz w:val="19"/>
        </w:rPr>
        <w:t>L=lcm(2,…,11)</w:t>
      </w:r>
    </w:p>
    <w:p>
      <w:pPr>
        <w:spacing w:before="0" w:after="80" w:line="300" w:lineRule="auto"/>
        <w:jc w:val="left"/>
      </w:pPr>
      <w:r>
        <w:rPr>
          <w:rFonts w:ascii="Times New Roman" w:hAnsi="Times New Roman" w:eastAsia="宋体"/>
          <w:b w:val="0"/>
          <w:i w:val="0"/>
          <w:color w:val="333333"/>
          <w:sz w:val="19"/>
        </w:rPr>
        <w:t>=2³·3²·5·7·11</w:t>
      </w:r>
    </w:p>
    <w:p>
      <w:pPr>
        <w:spacing w:before="0" w:after="80" w:line="300" w:lineRule="auto"/>
        <w:jc w:val="left"/>
      </w:pPr>
      <w:r>
        <w:rPr>
          <w:rFonts w:ascii="Times New Roman" w:hAnsi="Times New Roman" w:eastAsia="宋体"/>
          <w:b w:val="0"/>
          <w:i w:val="0"/>
          <w:color w:val="333333"/>
          <w:sz w:val="19"/>
        </w:rPr>
        <w:t>=27720.</w:t>
      </w:r>
    </w:p>
    <w:p>
      <w:pPr>
        <w:spacing w:before="0" w:after="80" w:line="300" w:lineRule="auto"/>
        <w:jc w:val="left"/>
      </w:pPr>
      <w:r>
        <w:rPr>
          <w:rFonts w:ascii="Times New Roman" w:hAnsi="Times New Roman" w:eastAsia="宋体"/>
          <w:b w:val="0"/>
          <w:i w:val="0"/>
          <w:color w:val="333333"/>
          <w:sz w:val="19"/>
        </w:rPr>
        <w:t>The two smallest qualifying integers greater than 1 are L+1 and 2L+1, whose difference is L=27720.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E</w:t>
      </w:r>
    </w:p>
    <w:p>
      <w:pPr>
        <w:spacing w:before="0" w:after="80" w:line="300" w:lineRule="auto"/>
        <w:jc w:val="left"/>
      </w:pPr>
      <w:r>
        <w:rPr>
          <w:rFonts w:ascii="Times New Roman" w:hAnsi="Times New Roman" w:eastAsia="宋体"/>
          <w:b w:val="0"/>
          <w:i w:val="0"/>
          <w:sz w:val="21"/>
        </w:rPr>
        <w:t>令 dₙ=overrightarrowAₙAₙ₊₁。由中点关系可得 dₙ₊₃=1/2(dₙ+dₙ₊₁)，并且 dₙ+dₙ₊₁+dₙ₊₂=1/2dₙ。因此，</w:t>
      </w:r>
    </w:p>
    <w:p>
      <w:pPr>
        <w:spacing w:before="0" w:after="80" w:line="300" w:lineRule="auto"/>
        <w:jc w:val="left"/>
      </w:pPr>
      <w:r>
        <w:rPr>
          <w:rFonts w:ascii="Times New Roman" w:hAnsi="Times New Roman" w:eastAsia="宋体"/>
          <w:b w:val="0"/>
          <w:i w:val="0"/>
          <w:sz w:val="21"/>
        </w:rPr>
        <w:t>dₙ₊₄ =1/2(dₙ₊₁+dₙ₊₂)</w:t>
      </w:r>
    </w:p>
    <w:p>
      <w:pPr>
        <w:spacing w:before="0" w:after="80" w:line="300" w:lineRule="auto"/>
        <w:jc w:val="left"/>
      </w:pPr>
      <w:r>
        <w:rPr>
          <w:rFonts w:ascii="Times New Roman" w:hAnsi="Times New Roman" w:eastAsia="宋体"/>
          <w:b w:val="0"/>
          <w:i w:val="0"/>
          <w:sz w:val="21"/>
        </w:rPr>
        <w:t>=-1/4dₙ。</w:t>
      </w:r>
    </w:p>
    <w:p>
      <w:pPr>
        <w:spacing w:before="0" w:after="80" w:line="300" w:lineRule="auto"/>
        <w:jc w:val="left"/>
      </w:pPr>
      <w:r>
        <w:rPr>
          <w:rFonts w:ascii="Times New Roman" w:hAnsi="Times New Roman" w:eastAsia="宋体"/>
          <w:b w:val="0"/>
          <w:i w:val="0"/>
          <w:sz w:val="21"/>
        </w:rPr>
        <w:t>所以 d₄₃ 和 d₄₄ 分别是 d₃ 和 d₄ 的同一正数倍，故 ∠ A₄₄A₄₅A₄₃=∠ A₄A₅A₃。由于 A₄ 和 A₅ 分别是 A₁A₂ 和 A₂A₃ 的中点，所以 A₄A₅∥ A₁A₃。再利用等边三角形的角，可得 ∠ A₄A₅A₃=120°。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dₙ=overrightarrowAₙAₙ₊₁. The midpoint rule gives dₙ₊₃=1/2(dₙ+dₙ₊₁) and also dₙ+dₙ₊₁+dₙ₊₂=1/2dₙ. Consequently,</w:t>
      </w:r>
    </w:p>
    <w:p>
      <w:pPr>
        <w:spacing w:before="0" w:after="80" w:line="300" w:lineRule="auto"/>
        <w:jc w:val="left"/>
      </w:pPr>
      <w:r>
        <w:rPr>
          <w:rFonts w:ascii="Times New Roman" w:hAnsi="Times New Roman" w:eastAsia="宋体"/>
          <w:b w:val="0"/>
          <w:i w:val="0"/>
          <w:color w:val="333333"/>
          <w:sz w:val="19"/>
        </w:rPr>
        <w:t>dₙ₊₄ =1/2(dₙ₊₁+dₙ₊₂)</w:t>
      </w:r>
    </w:p>
    <w:p>
      <w:pPr>
        <w:spacing w:before="0" w:after="80" w:line="300" w:lineRule="auto"/>
        <w:jc w:val="left"/>
      </w:pPr>
      <w:r>
        <w:rPr>
          <w:rFonts w:ascii="Times New Roman" w:hAnsi="Times New Roman" w:eastAsia="宋体"/>
          <w:b w:val="0"/>
          <w:i w:val="0"/>
          <w:color w:val="333333"/>
          <w:sz w:val="19"/>
        </w:rPr>
        <w:t>=-1/4dₙ.</w:t>
      </w:r>
    </w:p>
    <w:p>
      <w:pPr>
        <w:spacing w:before="0" w:after="80" w:line="300" w:lineRule="auto"/>
        <w:jc w:val="left"/>
      </w:pPr>
      <w:r>
        <w:rPr>
          <w:rFonts w:ascii="Times New Roman" w:hAnsi="Times New Roman" w:eastAsia="宋体"/>
          <w:b w:val="0"/>
          <w:i w:val="0"/>
          <w:color w:val="333333"/>
          <w:sz w:val="19"/>
        </w:rPr>
        <w:t>Thus d₄₃ and d₄₄ are the same positive scalar multiple of d₃ and d₄, respectively, so ∠ A₄₄A₄₅A₄₃=∠ A₄A₅A₃. Since A₄ and A₅ are the midpoints of A₁A₂ and A₂A₃, A₄A₅∥ A₁A₃. The equilateral-triangle angles then give ∠ A₄A₅A₃=120°.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D</w:t>
      </w:r>
    </w:p>
    <w:p>
      <w:pPr>
        <w:spacing w:before="0" w:after="80" w:line="300" w:lineRule="auto"/>
        <w:jc w:val="left"/>
      </w:pPr>
      <w:r>
        <w:rPr>
          <w:rFonts w:ascii="Times New Roman" w:hAnsi="Times New Roman" w:eastAsia="宋体"/>
          <w:b w:val="0"/>
          <w:i w:val="0"/>
          <w:sz w:val="21"/>
        </w:rPr>
        <w:t>利用位置向量，相等的延长线段给出</w:t>
      </w:r>
    </w:p>
    <w:p>
      <w:pPr>
        <w:spacing w:before="0" w:after="80" w:line="300" w:lineRule="auto"/>
        <w:jc w:val="left"/>
      </w:pPr>
      <w:r>
        <w:rPr>
          <w:rFonts w:ascii="Times New Roman" w:hAnsi="Times New Roman" w:eastAsia="宋体"/>
          <w:b w:val="0"/>
          <w:i w:val="0"/>
          <w:sz w:val="21"/>
        </w:rPr>
        <w:t>A'=2A-D, B'=2B-A,</w:t>
      </w:r>
    </w:p>
    <w:p>
      <w:pPr>
        <w:spacing w:before="0" w:after="80" w:line="300" w:lineRule="auto"/>
        <w:jc w:val="left"/>
      </w:pPr>
      <w:r>
        <w:rPr>
          <w:rFonts w:ascii="Times New Roman" w:hAnsi="Times New Roman" w:eastAsia="宋体"/>
          <w:b w:val="0"/>
          <w:i w:val="0"/>
          <w:sz w:val="21"/>
        </w:rPr>
        <w:t>C'=2C-B, D'=2D-C。</w:t>
      </w:r>
    </w:p>
    <w:p>
      <w:pPr>
        <w:spacing w:before="0" w:after="80" w:line="300" w:lineRule="auto"/>
        <w:jc w:val="left"/>
      </w:pPr>
      <w:r>
        <w:rPr>
          <w:rFonts w:ascii="Times New Roman" w:hAnsi="Times New Roman" w:eastAsia="宋体"/>
          <w:b w:val="0"/>
          <w:i w:val="0"/>
          <w:sz w:val="21"/>
        </w:rPr>
        <w:t>将这些式子代入有向多边形面积和式，可见对角的叉积项相互抵消：</w:t>
      </w:r>
    </w:p>
    <w:p>
      <w:pPr>
        <w:spacing w:before="0" w:after="80" w:line="300" w:lineRule="auto"/>
        <w:jc w:val="left"/>
      </w:pPr>
      <w:r>
        <w:rPr>
          <w:rFonts w:ascii="Times New Roman" w:hAnsi="Times New Roman" w:eastAsia="宋体"/>
          <w:b w:val="0"/>
          <w:i w:val="0"/>
          <w:sz w:val="21"/>
        </w:rPr>
        <w:t>A'mathbin×B' +B'mathbin×C'</w:t>
      </w:r>
    </w:p>
    <w:p>
      <w:pPr>
        <w:spacing w:before="0" w:after="80" w:line="300" w:lineRule="auto"/>
        <w:jc w:val="left"/>
      </w:pPr>
      <w:r>
        <w:rPr>
          <w:rFonts w:ascii="Times New Roman" w:hAnsi="Times New Roman" w:eastAsia="宋体"/>
          <w:b w:val="0"/>
          <w:i w:val="0"/>
          <w:sz w:val="21"/>
        </w:rPr>
        <w:t>+C'mathbin×D' +D'mathbin×A'</w:t>
      </w:r>
    </w:p>
    <w:p>
      <w:pPr>
        <w:spacing w:before="0" w:after="80" w:line="300" w:lineRule="auto"/>
        <w:jc w:val="left"/>
      </w:pPr>
      <w:r>
        <w:rPr>
          <w:rFonts w:ascii="Times New Roman" w:hAnsi="Times New Roman" w:eastAsia="宋体"/>
          <w:b w:val="0"/>
          <w:i w:val="0"/>
          <w:sz w:val="21"/>
        </w:rPr>
        <w:t>=5Amathbin×B +5Bmathbin×C</w:t>
      </w:r>
    </w:p>
    <w:p>
      <w:pPr>
        <w:spacing w:before="0" w:after="80" w:line="300" w:lineRule="auto"/>
        <w:jc w:val="left"/>
      </w:pPr>
      <w:r>
        <w:rPr>
          <w:rFonts w:ascii="Times New Roman" w:hAnsi="Times New Roman" w:eastAsia="宋体"/>
          <w:b w:val="0"/>
          <w:i w:val="0"/>
          <w:sz w:val="21"/>
        </w:rPr>
        <w:t>+5Cmathbin×D +5Dmathbin×A。</w:t>
      </w:r>
    </w:p>
    <w:p>
      <w:pPr>
        <w:spacing w:before="0" w:after="80" w:line="300" w:lineRule="auto"/>
        <w:jc w:val="left"/>
      </w:pPr>
      <w:r>
        <w:rPr>
          <w:rFonts w:ascii="Times New Roman" w:hAnsi="Times New Roman" w:eastAsia="宋体"/>
          <w:b w:val="0"/>
          <w:i w:val="0"/>
          <w:sz w:val="21"/>
        </w:rPr>
        <w:t>因此外部四边形的面积是原四边形面积的五倍，即 5·10=50。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Using position vectors, the equal extensions give</w:t>
      </w:r>
    </w:p>
    <w:p>
      <w:pPr>
        <w:spacing w:before="0" w:after="80" w:line="300" w:lineRule="auto"/>
        <w:jc w:val="left"/>
      </w:pPr>
      <w:r>
        <w:rPr>
          <w:rFonts w:ascii="Times New Roman" w:hAnsi="Times New Roman" w:eastAsia="宋体"/>
          <w:b w:val="0"/>
          <w:i w:val="0"/>
          <w:color w:val="333333"/>
          <w:sz w:val="19"/>
        </w:rPr>
        <w:t>A'=2A-D, B'=2B-A,</w:t>
      </w:r>
    </w:p>
    <w:p>
      <w:pPr>
        <w:spacing w:before="0" w:after="80" w:line="300" w:lineRule="auto"/>
        <w:jc w:val="left"/>
      </w:pPr>
      <w:r>
        <w:rPr>
          <w:rFonts w:ascii="Times New Roman" w:hAnsi="Times New Roman" w:eastAsia="宋体"/>
          <w:b w:val="0"/>
          <w:i w:val="0"/>
          <w:color w:val="333333"/>
          <w:sz w:val="19"/>
        </w:rPr>
        <w:t>C'=2C-B, D'=2D-C.</w:t>
      </w:r>
    </w:p>
    <w:p>
      <w:pPr>
        <w:spacing w:before="0" w:after="80" w:line="300" w:lineRule="auto"/>
        <w:jc w:val="left"/>
      </w:pPr>
      <w:r>
        <w:rPr>
          <w:rFonts w:ascii="Times New Roman" w:hAnsi="Times New Roman" w:eastAsia="宋体"/>
          <w:b w:val="0"/>
          <w:i w:val="0"/>
          <w:color w:val="333333"/>
          <w:sz w:val="19"/>
        </w:rPr>
        <w:t>Substitution into the oriented polygon-area sum shows that the diagonal cross terms cancel:</w:t>
      </w:r>
    </w:p>
    <w:p>
      <w:pPr>
        <w:spacing w:before="0" w:after="80" w:line="300" w:lineRule="auto"/>
        <w:jc w:val="left"/>
      </w:pPr>
      <w:r>
        <w:rPr>
          <w:rFonts w:ascii="Times New Roman" w:hAnsi="Times New Roman" w:eastAsia="宋体"/>
          <w:b w:val="0"/>
          <w:i w:val="0"/>
          <w:color w:val="333333"/>
          <w:sz w:val="19"/>
        </w:rPr>
        <w:t>A'mathbin×B' +B'mathbin×C'</w:t>
      </w:r>
    </w:p>
    <w:p>
      <w:pPr>
        <w:spacing w:before="0" w:after="80" w:line="300" w:lineRule="auto"/>
        <w:jc w:val="left"/>
      </w:pPr>
      <w:r>
        <w:rPr>
          <w:rFonts w:ascii="Times New Roman" w:hAnsi="Times New Roman" w:eastAsia="宋体"/>
          <w:b w:val="0"/>
          <w:i w:val="0"/>
          <w:color w:val="333333"/>
          <w:sz w:val="19"/>
        </w:rPr>
        <w:t>+C'mathbin×D' +D'mathbin×A'</w:t>
      </w:r>
    </w:p>
    <w:p>
      <w:pPr>
        <w:spacing w:before="0" w:after="80" w:line="300" w:lineRule="auto"/>
        <w:jc w:val="left"/>
      </w:pPr>
      <w:r>
        <w:rPr>
          <w:rFonts w:ascii="Times New Roman" w:hAnsi="Times New Roman" w:eastAsia="宋体"/>
          <w:b w:val="0"/>
          <w:i w:val="0"/>
          <w:color w:val="333333"/>
          <w:sz w:val="19"/>
        </w:rPr>
        <w:t>=5Amathbin×B +5Bmathbin×C</w:t>
      </w:r>
    </w:p>
    <w:p>
      <w:pPr>
        <w:spacing w:before="0" w:after="80" w:line="300" w:lineRule="auto"/>
        <w:jc w:val="left"/>
      </w:pPr>
      <w:r>
        <w:rPr>
          <w:rFonts w:ascii="Times New Roman" w:hAnsi="Times New Roman" w:eastAsia="宋体"/>
          <w:b w:val="0"/>
          <w:i w:val="0"/>
          <w:color w:val="333333"/>
          <w:sz w:val="19"/>
        </w:rPr>
        <w:t>+5Cmathbin×D +5Dmathbin×A.</w:t>
      </w:r>
    </w:p>
    <w:p>
      <w:pPr>
        <w:spacing w:before="0" w:after="80" w:line="300" w:lineRule="auto"/>
        <w:jc w:val="left"/>
      </w:pPr>
      <w:r>
        <w:rPr>
          <w:rFonts w:ascii="Times New Roman" w:hAnsi="Times New Roman" w:eastAsia="宋体"/>
          <w:b w:val="0"/>
          <w:i w:val="0"/>
          <w:color w:val="333333"/>
          <w:sz w:val="19"/>
        </w:rPr>
        <w:t>Hence the outer area is five times the original area, or 5·10=50.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E</w:t>
      </w:r>
    </w:p>
    <w:p>
      <w:pPr>
        <w:spacing w:before="0" w:after="80" w:line="300" w:lineRule="auto"/>
        <w:jc w:val="left"/>
      </w:pPr>
      <w:r>
        <w:rPr>
          <w:rFonts w:ascii="Times New Roman" w:hAnsi="Times New Roman" w:eastAsia="宋体"/>
          <w:b w:val="0"/>
          <w:i w:val="0"/>
          <w:sz w:val="21"/>
        </w:rPr>
        <w:t>比赛总数为 (3n(3n-1))/2，所以女子必须赢得 (7n(3n-1))/8 场。若女子在 2n² 场男女对阵中赢了 k 场，则</w:t>
      </w:r>
    </w:p>
    <w:p>
      <w:pPr>
        <w:spacing w:before="0" w:after="80" w:line="300" w:lineRule="auto"/>
        <w:jc w:val="left"/>
      </w:pPr>
      <w:r>
        <w:rPr>
          <w:rFonts w:ascii="Times New Roman" w:hAnsi="Times New Roman" w:eastAsia="宋体"/>
          <w:b w:val="0"/>
          <w:i w:val="0"/>
          <w:sz w:val="21"/>
        </w:rPr>
        <w:t>(n(n-1))/2+k=(7n(3n-1))/8，</w:t>
      </w:r>
    </w:p>
    <w:p>
      <w:pPr>
        <w:spacing w:before="0" w:after="80" w:line="300" w:lineRule="auto"/>
        <w:jc w:val="left"/>
      </w:pPr>
      <w:r>
        <w:rPr>
          <w:rFonts w:ascii="Times New Roman" w:hAnsi="Times New Roman" w:eastAsia="宋体"/>
          <w:b w:val="0"/>
          <w:i w:val="0"/>
          <w:sz w:val="21"/>
        </w:rPr>
        <w:t>从而 k=(n(17n-3))/8。由上界 k≤2n² 可得 n≤3。当 n=1、2 时，该公式给出的值不是整数；当 n=3 时，得到 k=18，这是可能的。因此 n=3，不在列出的数值选项中。</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(3n(3n-1))/2 matches, so women must win (7n(3n-1))/8 matches. If women win k of the 2n² mixed matches, then</w:t>
      </w:r>
    </w:p>
    <w:p>
      <w:pPr>
        <w:spacing w:before="0" w:after="80" w:line="300" w:lineRule="auto"/>
        <w:jc w:val="left"/>
      </w:pPr>
      <w:r>
        <w:rPr>
          <w:rFonts w:ascii="Times New Roman" w:hAnsi="Times New Roman" w:eastAsia="宋体"/>
          <w:b w:val="0"/>
          <w:i w:val="0"/>
          <w:color w:val="333333"/>
          <w:sz w:val="19"/>
        </w:rPr>
        <w:t>(n(n-1))/2+k=(7n(3n-1))/8,</w:t>
      </w:r>
    </w:p>
    <w:p>
      <w:pPr>
        <w:spacing w:before="0" w:after="80" w:line="300" w:lineRule="auto"/>
        <w:jc w:val="left"/>
      </w:pPr>
      <w:r>
        <w:rPr>
          <w:rFonts w:ascii="Times New Roman" w:hAnsi="Times New Roman" w:eastAsia="宋体"/>
          <w:b w:val="0"/>
          <w:i w:val="0"/>
          <w:color w:val="333333"/>
          <w:sz w:val="19"/>
        </w:rPr>
        <w:t>giving k=(n(17n-3))/8. The bound k≤2n² forces n≤3. For n=1, 2, this formula is not an integer, while n=3 gives k=18, which is possible. Thus n=3, which is not among the listed numerical choices.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