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1977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 y=2x，且 z=2y，则 x+y+z 等于</w:t>
      </w:r>
    </w:p>
    <w:p>
      <w:pPr>
        <w:spacing w:before="0" w:after="120" w:line="300" w:lineRule="auto"/>
      </w:pPr>
      <w:r>
        <w:rPr>
          <w:rFonts w:ascii="Times New Roman" w:hAnsi="Times New Roman" w:eastAsia="宋体"/>
          <w:b w:val="0"/>
          <w:i w:val="0"/>
          <w:sz w:val="21"/>
        </w:rPr>
        <w:t>（A）x　　（B）3x　　（C）5x　　（D）7x　　（E）9x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y=2x and z=2y, then x+y+z equals</w:t>
      </w:r>
    </w:p>
    <w:p>
      <w:pPr>
        <w:spacing w:before="0" w:after="160" w:line="300" w:lineRule="auto"/>
      </w:pPr>
      <w:r>
        <w:rPr>
          <w:rFonts w:ascii="Times New Roman" w:hAnsi="Times New Roman" w:eastAsia="宋体"/>
          <w:b w:val="0"/>
          <w:i w:val="0"/>
          <w:color w:val="333333"/>
          <w:sz w:val="19"/>
        </w:rPr>
        <w:t>(A) x　　(B) 3x　　(C) 5x　　(D) 7x　　(E) 9x</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下列哪一项陈述是错误的？所有等边三角形都是</w:t>
      </w:r>
    </w:p>
    <w:p>
      <w:pPr>
        <w:spacing w:before="0" w:after="120" w:line="300" w:lineRule="auto"/>
      </w:pPr>
      <w:r>
        <w:rPr>
          <w:rFonts w:ascii="Times New Roman" w:hAnsi="Times New Roman" w:eastAsia="宋体"/>
          <w:b w:val="0"/>
          <w:i w:val="0"/>
          <w:sz w:val="21"/>
        </w:rPr>
        <w:t>（A）等角三角形　　（B）等腰三角形　　（C）正多边形　　（D）彼此全等的三角形　　（E）彼此相似的三角形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one of the following statements is false? All equilateral triangles are</w:t>
      </w:r>
    </w:p>
    <w:p>
      <w:pPr>
        <w:spacing w:before="0" w:after="160" w:line="300" w:lineRule="auto"/>
      </w:pPr>
      <w:r>
        <w:rPr>
          <w:rFonts w:ascii="Times New Roman" w:hAnsi="Times New Roman" w:eastAsia="宋体"/>
          <w:b w:val="0"/>
          <w:i w:val="0"/>
          <w:color w:val="333333"/>
          <w:sz w:val="19"/>
        </w:rPr>
        <w:t>(A) equiangular　　(B) isosceles　　(C) regular polygons　　(D) congruent to each other　　(E) similar to each other</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一名男子共有价值 $2.73 的一美分、五美分、十美分、二十五美分和五十美分硬币。若每种硬币的枚数相同，则他共有多少枚硬币？</w:t>
      </w:r>
    </w:p>
    <w:p>
      <w:pPr>
        <w:spacing w:before="0" w:after="120" w:line="300" w:lineRule="auto"/>
      </w:pPr>
      <w:r>
        <w:rPr>
          <w:rFonts w:ascii="Times New Roman" w:hAnsi="Times New Roman" w:eastAsia="宋体"/>
          <w:b w:val="0"/>
          <w:i w:val="0"/>
          <w:sz w:val="21"/>
        </w:rPr>
        <w:t>（A）3　　（B）5　　（C）9　　（D）10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man has $2.73 in pennies, nickels, dimes, quarters and half dollars. If he has an equal number of coins of each kind, then the total number of coins he has is</w:t>
      </w:r>
    </w:p>
    <w:p>
      <w:pPr>
        <w:spacing w:before="0" w:after="160" w:line="300" w:lineRule="auto"/>
      </w:pPr>
      <w:r>
        <w:rPr>
          <w:rFonts w:ascii="Times New Roman" w:hAnsi="Times New Roman" w:eastAsia="宋体"/>
          <w:b w:val="0"/>
          <w:i w:val="0"/>
          <w:color w:val="333333"/>
          <w:sz w:val="19"/>
        </w:rPr>
        <w:t>(A) 3　　(B) 5　　(C) 9　　(D) 10　　(E) 15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在三角形 ABC 中，AB=AC，且 ∠ A=80°。点 D、E、F 分别位于边 BC、AC、AB 上，并且 CE=CD、BF=BD。那么 ∠ EDF 等于</w:t>
      </w:r>
    </w:p>
    <w:p>
      <w:pPr>
        <w:spacing w:before="80" w:after="80"/>
        <w:jc w:val="center"/>
      </w:pPr>
      <w:r>
        <w:drawing>
          <wp:inline xmlns:a="http://schemas.openxmlformats.org/drawingml/2006/main" xmlns:pic="http://schemas.openxmlformats.org/drawingml/2006/picture">
            <wp:extent cx="1458048" cy="940482"/>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458048" cy="940482"/>
                    </a:xfrm>
                    <a:prstGeom prst="rect"/>
                  </pic:spPr>
                </pic:pic>
              </a:graphicData>
            </a:graphic>
          </wp:inline>
        </w:drawing>
      </w:r>
    </w:p>
    <w:p>
      <w:pPr>
        <w:spacing w:before="0" w:after="120" w:line="300" w:lineRule="auto"/>
      </w:pPr>
      <w:r>
        <w:rPr>
          <w:rFonts w:ascii="Times New Roman" w:hAnsi="Times New Roman" w:eastAsia="宋体"/>
          <w:b w:val="0"/>
          <w:i w:val="0"/>
          <w:sz w:val="21"/>
        </w:rPr>
        <w:t>（A）30°　　（B）40°　　（C）50°　　（D）65°　　（E）以上均不正确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AB=AC and ∠ A=80°. If points D, E and F lie on sides BC, AC and AB, respectively, and CE=CD and BF=BD, then ∠ EDF equals</w:t>
      </w:r>
    </w:p>
    <w:p>
      <w:pPr>
        <w:spacing w:before="80" w:after="80"/>
        <w:jc w:val="center"/>
      </w:pPr>
      <w:r>
        <w:drawing>
          <wp:inline xmlns:a="http://schemas.openxmlformats.org/drawingml/2006/main" xmlns:pic="http://schemas.openxmlformats.org/drawingml/2006/picture">
            <wp:extent cx="1458048" cy="940482"/>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458048" cy="94048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30°　　(B) 40°　　(C) 50°　　(D) 65°　　(E) none of these</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所有满足下列条件的点 P 构成的集合是什么：P 到两个定点 A 和 B 的（无向）距离之和等于 A 与 B 之间的距离？</w:t>
      </w:r>
    </w:p>
    <w:p>
      <w:pPr>
        <w:spacing w:before="0" w:after="120" w:line="300" w:lineRule="auto"/>
      </w:pPr>
      <w:r>
        <w:rPr>
          <w:rFonts w:ascii="Times New Roman" w:hAnsi="Times New Roman" w:eastAsia="宋体"/>
          <w:b w:val="0"/>
          <w:i w:val="0"/>
          <w:sz w:val="21"/>
        </w:rPr>
        <w:t>（A）从 A 到 B 的线段　　（B）经过 A 和 B 的直线　　（C）从 A 到 B 的线段的垂直平分线　　（D）面积为正的椭圆　　（E）一条抛物线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of all points P such that the sum of the (undirected) distances from P to two fixed points A and B equals the distance between A and B is</w:t>
      </w:r>
    </w:p>
    <w:p>
      <w:pPr>
        <w:spacing w:before="0" w:after="160" w:line="300" w:lineRule="auto"/>
      </w:pPr>
      <w:r>
        <w:rPr>
          <w:rFonts w:ascii="Times New Roman" w:hAnsi="Times New Roman" w:eastAsia="宋体"/>
          <w:b w:val="0"/>
          <w:i w:val="0"/>
          <w:color w:val="333333"/>
          <w:sz w:val="19"/>
        </w:rPr>
        <w:t>(A) the line segment from A to B　　(B) the line passing through A and B　　(C) the perpendicular bisector of the line segment from A to</w:t>
        <w:br/>
        <w:t>B　　(D) an ellipse having positive area　　(E) a parabola</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若 x、y 和 2x+y/2 均不为零，则</w:t>
      </w:r>
    </w:p>
    <w:p>
      <w:pPr>
        <w:spacing w:before="0" w:after="80" w:line="300" w:lineRule="auto"/>
        <w:jc w:val="left"/>
      </w:pPr>
      <w:r>
        <w:rPr>
          <w:rFonts w:ascii="Times New Roman" w:hAnsi="Times New Roman" w:eastAsia="宋体"/>
          <w:b w:val="0"/>
          <w:i w:val="0"/>
          <w:sz w:val="21"/>
        </w:rPr>
        <w:t>(2x+y/2)⁻¹[(2x)⁻¹+(y/2)⁻¹]</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（A）1　　（B）xy⁻¹　　（C）x⁻¹y　　（D）(xy)⁻¹　　（E）以上均不正确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y and 2x+y/2 are not zero, then</w:t>
      </w:r>
    </w:p>
    <w:p>
      <w:pPr>
        <w:spacing w:before="0" w:after="80" w:line="300" w:lineRule="auto"/>
        <w:jc w:val="left"/>
      </w:pPr>
      <w:r>
        <w:rPr>
          <w:rFonts w:ascii="Times New Roman" w:hAnsi="Times New Roman" w:eastAsia="宋体"/>
          <w:b w:val="0"/>
          <w:i w:val="0"/>
          <w:color w:val="333333"/>
          <w:sz w:val="19"/>
        </w:rPr>
        <w:t>(2x+y/2)⁻¹[(2x)⁻¹+(y/2)⁻¹]</w:t>
      </w:r>
    </w:p>
    <w:p>
      <w:pPr>
        <w:spacing w:before="0" w:after="80" w:line="300" w:lineRule="auto"/>
        <w:jc w:val="left"/>
      </w:pPr>
      <w:r>
        <w:rPr>
          <w:rFonts w:ascii="Times New Roman" w:hAnsi="Times New Roman" w:eastAsia="宋体"/>
          <w:b w:val="0"/>
          <w:i w:val="0"/>
          <w:color w:val="333333"/>
          <w:sz w:val="19"/>
        </w:rPr>
        <w:t>equals</w:t>
      </w:r>
    </w:p>
    <w:p>
      <w:pPr>
        <w:spacing w:before="0" w:after="160" w:line="300" w:lineRule="auto"/>
      </w:pPr>
      <w:r>
        <w:rPr>
          <w:rFonts w:ascii="Times New Roman" w:hAnsi="Times New Roman" w:eastAsia="宋体"/>
          <w:b w:val="0"/>
          <w:i w:val="0"/>
          <w:color w:val="333333"/>
          <w:sz w:val="19"/>
        </w:rPr>
        <w:t>(A) 1　　(B) xy⁻¹　　(C) x⁻¹y　　(D) (xy)⁻¹　　(E) none of these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 t=1/(1-⁴√(2))，则 t 等于</w:t>
      </w:r>
    </w:p>
    <w:p>
      <w:pPr>
        <w:spacing w:before="0" w:after="120" w:line="300" w:lineRule="auto"/>
      </w:pPr>
      <w:r>
        <w:rPr>
          <w:rFonts w:ascii="Times New Roman" w:hAnsi="Times New Roman" w:eastAsia="宋体"/>
          <w:b w:val="0"/>
          <w:i w:val="0"/>
          <w:sz w:val="21"/>
        </w:rPr>
        <w:t>（A）(1-⁴√(2))(2-√(2))　　（B）(1-⁴√(2))(1+√(2))　　（C）(1+⁴√(2))(1-√(2))　　（D）(1+⁴√(2))(1+√(2))　　（E）-(1+⁴√(2))(1+√(2))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t=1/(1-⁴√(2)), then t equals</w:t>
      </w:r>
    </w:p>
    <w:p>
      <w:pPr>
        <w:spacing w:before="0" w:after="160" w:line="300" w:lineRule="auto"/>
      </w:pPr>
      <w:r>
        <w:rPr>
          <w:rFonts w:ascii="Times New Roman" w:hAnsi="Times New Roman" w:eastAsia="宋体"/>
          <w:b w:val="0"/>
          <w:i w:val="0"/>
          <w:color w:val="333333"/>
          <w:sz w:val="19"/>
        </w:rPr>
        <w:t>(A) (1-⁴√(2))(2-√(2))　　(B) (1-⁴√(2))(1+√(2))　　(C) (1+⁴√(2))(1-√(2))　　(D) (1+⁴√(2))(1+√(2))　　(E) -(1+⁴√(2))(1+√(2))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对每个非零实数三元组 (a,b,c)，构造数</w:t>
      </w:r>
    </w:p>
    <w:p>
      <w:pPr>
        <w:spacing w:before="0" w:after="80" w:line="300" w:lineRule="auto"/>
        <w:jc w:val="left"/>
      </w:pPr>
      <w:r>
        <w:rPr>
          <w:rFonts w:ascii="Times New Roman" w:hAnsi="Times New Roman" w:eastAsia="宋体"/>
          <w:b w:val="0"/>
          <w:i w:val="0"/>
          <w:sz w:val="21"/>
        </w:rPr>
        <w:t>a/(|a|)+b/(|b|)+c/(|c|)+abc/(|abc|)。</w:t>
      </w:r>
    </w:p>
    <w:p>
      <w:pPr>
        <w:spacing w:before="0" w:after="80" w:line="300" w:lineRule="auto"/>
        <w:jc w:val="left"/>
      </w:pPr>
      <w:r>
        <w:rPr>
          <w:rFonts w:ascii="Times New Roman" w:hAnsi="Times New Roman" w:eastAsia="宋体"/>
          <w:b w:val="0"/>
          <w:i w:val="0"/>
          <w:sz w:val="21"/>
        </w:rPr>
        <w:t>所有可能得到的数所组成的集合是</w:t>
      </w:r>
    </w:p>
    <w:p>
      <w:pPr>
        <w:spacing w:before="0" w:after="120" w:line="300" w:lineRule="auto"/>
      </w:pPr>
      <w:r>
        <w:rPr>
          <w:rFonts w:ascii="Times New Roman" w:hAnsi="Times New Roman" w:eastAsia="宋体"/>
          <w:b w:val="0"/>
          <w:i w:val="0"/>
          <w:sz w:val="21"/>
        </w:rPr>
        <w:t>（A）{0}　　（B）{-4,0,4}　　（C）{-4,-2,0,2,4}　　（D）{-4,-2,2,4}　　（E）以上均不正确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triple (a,b,c) of nonzero real numbers, form the number</w:t>
      </w:r>
    </w:p>
    <w:p>
      <w:pPr>
        <w:spacing w:before="0" w:after="80" w:line="300" w:lineRule="auto"/>
        <w:jc w:val="left"/>
      </w:pPr>
      <w:r>
        <w:rPr>
          <w:rFonts w:ascii="Times New Roman" w:hAnsi="Times New Roman" w:eastAsia="宋体"/>
          <w:b w:val="0"/>
          <w:i w:val="0"/>
          <w:color w:val="333333"/>
          <w:sz w:val="19"/>
        </w:rPr>
        <w:t>a/(|a|)+b/(|b|)+c/(|c|)+abc/(|abc|).</w:t>
      </w:r>
    </w:p>
    <w:p>
      <w:pPr>
        <w:spacing w:before="0" w:after="80" w:line="300" w:lineRule="auto"/>
        <w:jc w:val="left"/>
      </w:pPr>
      <w:r>
        <w:rPr>
          <w:rFonts w:ascii="Times New Roman" w:hAnsi="Times New Roman" w:eastAsia="宋体"/>
          <w:b w:val="0"/>
          <w:i w:val="0"/>
          <w:color w:val="333333"/>
          <w:sz w:val="19"/>
        </w:rPr>
        <w:t>The set of all numbers formed is</w:t>
      </w:r>
    </w:p>
    <w:p>
      <w:pPr>
        <w:spacing w:before="0" w:after="160" w:line="300" w:lineRule="auto"/>
      </w:pPr>
      <w:r>
        <w:rPr>
          <w:rFonts w:ascii="Times New Roman" w:hAnsi="Times New Roman" w:eastAsia="宋体"/>
          <w:b w:val="0"/>
          <w:i w:val="0"/>
          <w:color w:val="333333"/>
          <w:sz w:val="19"/>
        </w:rPr>
        <w:t>(A) {0}　　(B) {-4,0,4}　　(C) {-4,-2,0,2,4}　　(D) {-4,-2,2,4}　　(E) none of these</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在所附图形中，∠ E=40°，且弧 AB、弧 BC、弧 CD 的长度都相等。求 ∠ ACD 的度数。</w:t>
      </w:r>
    </w:p>
    <w:p>
      <w:pPr>
        <w:spacing w:before="80" w:after="80"/>
        <w:jc w:val="center"/>
      </w:pPr>
      <w:r>
        <w:drawing>
          <wp:inline xmlns:a="http://schemas.openxmlformats.org/drawingml/2006/main" xmlns:pic="http://schemas.openxmlformats.org/drawingml/2006/picture">
            <wp:extent cx="945673" cy="660463"/>
            <wp:docPr id="3" name="Picture 3"/>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945673" cy="660463"/>
                    </a:xfrm>
                    <a:prstGeom prst="rect"/>
                  </pic:spPr>
                </pic:pic>
              </a:graphicData>
            </a:graphic>
          </wp:inline>
        </w:drawing>
      </w:r>
    </w:p>
    <w:p>
      <w:pPr>
        <w:spacing w:before="0" w:after="120" w:line="300" w:lineRule="auto"/>
      </w:pPr>
      <w:r>
        <w:rPr>
          <w:rFonts w:ascii="Times New Roman" w:hAnsi="Times New Roman" w:eastAsia="宋体"/>
          <w:b w:val="0"/>
          <w:i w:val="0"/>
          <w:sz w:val="21"/>
        </w:rPr>
        <w:t>（A）10°　　（B）15°　　（C）20°　　（D）(45/2)°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 E=40° and arc AB, arc BC and arc CD all have equal length. Find the measure of ∠ ACD.</w:t>
      </w:r>
    </w:p>
    <w:p>
      <w:pPr>
        <w:spacing w:before="80" w:after="80"/>
        <w:jc w:val="center"/>
      </w:pPr>
      <w:r>
        <w:drawing>
          <wp:inline xmlns:a="http://schemas.openxmlformats.org/drawingml/2006/main" xmlns:pic="http://schemas.openxmlformats.org/drawingml/2006/picture">
            <wp:extent cx="945673" cy="660463"/>
            <wp:docPr id="4" name="Picture 4"/>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945673" cy="66046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15°　　(C) 20°　　(D) (45/2)°　　(E) 30°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若 (3x-1)⁷=a₇x⁷+a₆x⁶+⋯+a₀，则 a₇+a₆+⋯+a₀ 等于</w:t>
      </w:r>
    </w:p>
    <w:p>
      <w:pPr>
        <w:spacing w:before="0" w:after="120" w:line="300" w:lineRule="auto"/>
      </w:pPr>
      <w:r>
        <w:rPr>
          <w:rFonts w:ascii="Times New Roman" w:hAnsi="Times New Roman" w:eastAsia="宋体"/>
          <w:b w:val="0"/>
          <w:i w:val="0"/>
          <w:sz w:val="21"/>
        </w:rPr>
        <w:t>（A）0　　（B）1　　（C）64　　（D）-64　　（E）128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(3x-1)⁷=a₇x⁷+a₆x⁶+⋯+a₀, then a₇+a₆+⋯+a₀ equals</w:t>
      </w:r>
    </w:p>
    <w:p>
      <w:pPr>
        <w:spacing w:before="0" w:after="160" w:line="300" w:lineRule="auto"/>
      </w:pPr>
      <w:r>
        <w:rPr>
          <w:rFonts w:ascii="Times New Roman" w:hAnsi="Times New Roman" w:eastAsia="宋体"/>
          <w:b w:val="0"/>
          <w:i w:val="0"/>
          <w:color w:val="333333"/>
          <w:sz w:val="19"/>
        </w:rPr>
        <w:t>(A) 0　　(B) 1　　(C) 64　　(D) -64　　(E) 128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对每个实数 x，令 [x] 表示不超过 x 的最大整数（即满足 n≤ x&lt; n+1 的整数 n）。下列哪些陈述正确？</w:t>
      </w:r>
    </w:p>
    <w:p>
      <w:pPr>
        <w:spacing w:before="0" w:after="80" w:line="300" w:lineRule="auto"/>
        <w:jc w:val="left"/>
      </w:pPr>
      <w:r>
        <w:rPr>
          <w:rFonts w:ascii="Times New Roman" w:hAnsi="Times New Roman" w:eastAsia="宋体"/>
          <w:b w:val="0"/>
          <w:i w:val="0"/>
          <w:sz w:val="21"/>
        </w:rPr>
        <w:t>I。对所有 x，都有 [x+1]=[x]+1</w:t>
      </w:r>
    </w:p>
    <w:p>
      <w:pPr>
        <w:spacing w:before="0" w:after="80" w:line="300" w:lineRule="auto"/>
        <w:jc w:val="left"/>
      </w:pPr>
      <w:r>
        <w:rPr>
          <w:rFonts w:ascii="Times New Roman" w:hAnsi="Times New Roman" w:eastAsia="宋体"/>
          <w:b w:val="0"/>
          <w:i w:val="0"/>
          <w:sz w:val="21"/>
        </w:rPr>
        <w:t>II。对所有 x 和 y，都有 [x+y]=[x]+[y]</w:t>
      </w:r>
    </w:p>
    <w:p>
      <w:pPr>
        <w:spacing w:before="0" w:after="80" w:line="300" w:lineRule="auto"/>
        <w:jc w:val="left"/>
      </w:pPr>
      <w:r>
        <w:rPr>
          <w:rFonts w:ascii="Times New Roman" w:hAnsi="Times New Roman" w:eastAsia="宋体"/>
          <w:b w:val="0"/>
          <w:i w:val="0"/>
          <w:sz w:val="21"/>
        </w:rPr>
        <w:t>III。对所有 x 和 y，都有 [xy]=[x][y]</w:t>
      </w:r>
    </w:p>
    <w:p>
      <w:pPr>
        <w:spacing w:before="0" w:after="120" w:line="300" w:lineRule="auto"/>
      </w:pPr>
      <w:r>
        <w:rPr>
          <w:rFonts w:ascii="Times New Roman" w:hAnsi="Times New Roman" w:eastAsia="宋体"/>
          <w:b w:val="0"/>
          <w:i w:val="0"/>
          <w:sz w:val="21"/>
        </w:rPr>
        <w:t>（A）都不正确　　（B）只有 I　　（C）只有 I 和 II　　（D）只有 III　　（E）全部正确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real number x, let [x] be the largest integer not exceeding x (i.e., the integer n such that n≤ x&lt; n+1). Which of the following statements is (are) true?</w:t>
      </w:r>
    </w:p>
    <w:p>
      <w:pPr>
        <w:spacing w:before="0" w:after="80" w:line="300" w:lineRule="auto"/>
        <w:jc w:val="left"/>
      </w:pPr>
      <w:r>
        <w:rPr>
          <w:rFonts w:ascii="Times New Roman" w:hAnsi="Times New Roman" w:eastAsia="宋体"/>
          <w:b w:val="0"/>
          <w:i w:val="0"/>
          <w:color w:val="333333"/>
          <w:sz w:val="19"/>
        </w:rPr>
        <w:t>I. [x+1]=[x]+1 for all x</w:t>
      </w:r>
    </w:p>
    <w:p>
      <w:pPr>
        <w:spacing w:before="0" w:after="80" w:line="300" w:lineRule="auto"/>
        <w:jc w:val="left"/>
      </w:pPr>
      <w:r>
        <w:rPr>
          <w:rFonts w:ascii="Times New Roman" w:hAnsi="Times New Roman" w:eastAsia="宋体"/>
          <w:b w:val="0"/>
          <w:i w:val="0"/>
          <w:color w:val="333333"/>
          <w:sz w:val="19"/>
        </w:rPr>
        <w:t>II. [x+y]=[x]+[y] for all x and y</w:t>
      </w:r>
    </w:p>
    <w:p>
      <w:pPr>
        <w:spacing w:before="0" w:after="80" w:line="300" w:lineRule="auto"/>
        <w:jc w:val="left"/>
      </w:pPr>
      <w:r>
        <w:rPr>
          <w:rFonts w:ascii="Times New Roman" w:hAnsi="Times New Roman" w:eastAsia="宋体"/>
          <w:b w:val="0"/>
          <w:i w:val="0"/>
          <w:color w:val="333333"/>
          <w:sz w:val="19"/>
        </w:rPr>
        <w:t>III. [xy]=[x][y] for all x and y</w:t>
      </w:r>
    </w:p>
    <w:p>
      <w:pPr>
        <w:spacing w:before="0" w:after="160" w:line="300" w:lineRule="auto"/>
      </w:pPr>
      <w:r>
        <w:rPr>
          <w:rFonts w:ascii="Times New Roman" w:hAnsi="Times New Roman" w:eastAsia="宋体"/>
          <w:b w:val="0"/>
          <w:i w:val="0"/>
          <w:color w:val="333333"/>
          <w:sz w:val="19"/>
        </w:rPr>
        <w:t>(A) none　　(B) I only　　(C) I and II only　　(D) III only　　(E) all</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Al 的年龄比 Bob 与 Carl 的年龄之和大 16，且 Al 年龄的平方比 Bob 与 Carl 年龄之和的平方大 1632。Al、Bob 和 Carl 三人的年龄之和是</w:t>
      </w:r>
    </w:p>
    <w:p>
      <w:pPr>
        <w:spacing w:before="0" w:after="120" w:line="300" w:lineRule="auto"/>
      </w:pPr>
      <w:r>
        <w:rPr>
          <w:rFonts w:ascii="Times New Roman" w:hAnsi="Times New Roman" w:eastAsia="宋体"/>
          <w:b w:val="0"/>
          <w:i w:val="0"/>
          <w:sz w:val="21"/>
        </w:rPr>
        <w:t>（A）64　　（B）94　　（C）96　　（D）102　　（E）140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Al’s age is 16 more than the sum of Bob’s age and Carl’s age, and the square of Al’s age is 1632 more than the square of the sum of Bob’s age and Carl’s age. The sum of the ages of Al, Bob and Carl is</w:t>
      </w:r>
    </w:p>
    <w:p>
      <w:pPr>
        <w:spacing w:before="0" w:after="160" w:line="300" w:lineRule="auto"/>
      </w:pPr>
      <w:r>
        <w:rPr>
          <w:rFonts w:ascii="Times New Roman" w:hAnsi="Times New Roman" w:eastAsia="宋体"/>
          <w:b w:val="0"/>
          <w:i w:val="0"/>
          <w:color w:val="333333"/>
          <w:sz w:val="19"/>
        </w:rPr>
        <w:t>(A) 64　　(B) 94　　(C) 96　　(D) 102　　(E) 140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若正数数列 a₁、a₂、a₃、… 对所有正整数 n 都满足 aₙ₊₂=aₙaₙ₊₁，则数列 a₁、a₂、a₃、… 是等比数列的条件为</w:t>
      </w:r>
    </w:p>
    <w:p>
      <w:pPr>
        <w:spacing w:before="0" w:after="120" w:line="300" w:lineRule="auto"/>
      </w:pPr>
      <w:r>
        <w:rPr>
          <w:rFonts w:ascii="Times New Roman" w:hAnsi="Times New Roman" w:eastAsia="宋体"/>
          <w:b w:val="0"/>
          <w:i w:val="0"/>
          <w:sz w:val="21"/>
        </w:rPr>
        <w:t>（A）任意正数 a₁ 和 a₂ 均可　　（B）当且仅当 a₁=a₂　　（C）当且仅当 a₁=1　　（D）当且仅当 a₂=1　　（E）当且仅当 a₁=a₂=1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a₁, a₂, a₃, … is a sequence of positive numbers such that aₙ₊₂=aₙaₙ₊₁ for all positive integers n, then the sequence a₁, a₂, a₃, … is a geometric progression</w:t>
      </w:r>
    </w:p>
    <w:p>
      <w:pPr>
        <w:spacing w:before="0" w:after="160" w:line="300" w:lineRule="auto"/>
      </w:pPr>
      <w:r>
        <w:rPr>
          <w:rFonts w:ascii="Times New Roman" w:hAnsi="Times New Roman" w:eastAsia="宋体"/>
          <w:b w:val="0"/>
          <w:i w:val="0"/>
          <w:color w:val="333333"/>
          <w:sz w:val="19"/>
        </w:rPr>
        <w:t>(A) for all positive values of a₁ and a₂　　(B) if and only if a₁=a₂　　(C) if and only if a₁=1　　(D) if and only if a₂=1　　(E) if and only if a₁=a₂=1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有多少个整数对 (m,n) 满足方程 m+n=mn？</w:t>
      </w:r>
    </w:p>
    <w:p>
      <w:pPr>
        <w:spacing w:before="0" w:after="120" w:line="300" w:lineRule="auto"/>
      </w:pPr>
      <w:r>
        <w:rPr>
          <w:rFonts w:ascii="Times New Roman" w:hAnsi="Times New Roman" w:eastAsia="宋体"/>
          <w:b w:val="0"/>
          <w:i w:val="0"/>
          <w:sz w:val="21"/>
        </w:rPr>
        <w:t>（A）1　　（B）2　　（C）3　　（D）4　　（E）多于 4 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pairs (m,n) of integers satisfy the equation m+n=mn?</w:t>
      </w:r>
    </w:p>
    <w:p>
      <w:pPr>
        <w:spacing w:before="0" w:after="160" w:line="300" w:lineRule="auto"/>
      </w:pPr>
      <w:r>
        <w:rPr>
          <w:rFonts w:ascii="Times New Roman" w:hAnsi="Times New Roman" w:eastAsia="宋体"/>
          <w:b w:val="0"/>
          <w:i w:val="0"/>
          <w:color w:val="333333"/>
          <w:sz w:val="19"/>
        </w:rPr>
        <w:t>(A) 1　　(B) 2　　(C) 3　　(D) 4　　(E) more than 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在所附图形中，三个圆两两外切，且三角形的每一边都与其中两个圆相切。若每个圆的半径为三，则三角形的周长为</w:t>
      </w:r>
    </w:p>
    <w:p>
      <w:pPr>
        <w:spacing w:before="80" w:after="80"/>
        <w:jc w:val="center"/>
      </w:pPr>
      <w:r>
        <w:drawing>
          <wp:inline xmlns:a="http://schemas.openxmlformats.org/drawingml/2006/main" xmlns:pic="http://schemas.openxmlformats.org/drawingml/2006/picture">
            <wp:extent cx="965490" cy="837670"/>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965490" cy="837670"/>
                    </a:xfrm>
                    <a:prstGeom prst="rect"/>
                  </pic:spPr>
                </pic:pic>
              </a:graphicData>
            </a:graphic>
          </wp:inline>
        </w:drawing>
      </w:r>
    </w:p>
    <w:p>
      <w:pPr>
        <w:spacing w:before="0" w:after="120" w:line="300" w:lineRule="auto"/>
      </w:pPr>
      <w:r>
        <w:rPr>
          <w:rFonts w:ascii="Times New Roman" w:hAnsi="Times New Roman" w:eastAsia="宋体"/>
          <w:b w:val="0"/>
          <w:i w:val="0"/>
          <w:sz w:val="21"/>
        </w:rPr>
        <w:t>（A）36+9√(2)　　（B）36+6√(3)　　（C）36+9√(3)　　（D）18+18√(3)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three circles in the adjoining figure is externally tangent to the other two, and each side of the triangle is tangent to two of the circles. If each circle has radius three, then the perimeter of the triangle is</w:t>
      </w:r>
    </w:p>
    <w:p>
      <w:pPr>
        <w:spacing w:before="80" w:after="80"/>
        <w:jc w:val="center"/>
      </w:pPr>
      <w:r>
        <w:drawing>
          <wp:inline xmlns:a="http://schemas.openxmlformats.org/drawingml/2006/main" xmlns:pic="http://schemas.openxmlformats.org/drawingml/2006/picture">
            <wp:extent cx="965490" cy="837670"/>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965490" cy="83767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36+9√(2)　　(B) 36+6√(3)　　(C) 36+9√(3)　　(D) 18+18√(3)　　(E) 45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若 i²=-1，则和</w:t>
      </w:r>
    </w:p>
    <w:p>
      <w:pPr>
        <w:spacing w:before="0" w:after="80" w:line="300" w:lineRule="auto"/>
        <w:jc w:val="left"/>
      </w:pPr>
      <w:r>
        <w:rPr>
          <w:rFonts w:ascii="Times New Roman" w:hAnsi="Times New Roman" w:eastAsia="宋体"/>
          <w:b w:val="0"/>
          <w:i w:val="0"/>
          <w:sz w:val="21"/>
        </w:rPr>
        <w:t>cos45°+icos135°+⋯</w:t>
      </w:r>
    </w:p>
    <w:p>
      <w:pPr>
        <w:spacing w:before="0" w:after="80" w:line="300" w:lineRule="auto"/>
        <w:jc w:val="left"/>
      </w:pPr>
      <w:r>
        <w:rPr>
          <w:rFonts w:ascii="Times New Roman" w:hAnsi="Times New Roman" w:eastAsia="宋体"/>
          <w:b w:val="0"/>
          <w:i w:val="0"/>
          <w:sz w:val="21"/>
        </w:rPr>
        <w:t>+iⁿcos(45+90n)°+⋯</w:t>
      </w:r>
    </w:p>
    <w:p>
      <w:pPr>
        <w:spacing w:before="0" w:after="80" w:line="300" w:lineRule="auto"/>
        <w:jc w:val="left"/>
      </w:pPr>
      <w:r>
        <w:rPr>
          <w:rFonts w:ascii="Times New Roman" w:hAnsi="Times New Roman" w:eastAsia="宋体"/>
          <w:b w:val="0"/>
          <w:i w:val="0"/>
          <w:sz w:val="21"/>
        </w:rPr>
        <w:t>+i⁴⁰cos3645°</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（A）(√(2))/2　　（B）-10i√(2)　　（C）(21√(2))/2　　（D）(√(2))/2(21-20i)　　（E）(√(2))/2(21+20i)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i²=-1, then the sum</w:t>
      </w:r>
    </w:p>
    <w:p>
      <w:pPr>
        <w:spacing w:before="0" w:after="80" w:line="300" w:lineRule="auto"/>
        <w:jc w:val="left"/>
      </w:pPr>
      <w:r>
        <w:rPr>
          <w:rFonts w:ascii="Times New Roman" w:hAnsi="Times New Roman" w:eastAsia="宋体"/>
          <w:b w:val="0"/>
          <w:i w:val="0"/>
          <w:color w:val="333333"/>
          <w:sz w:val="19"/>
        </w:rPr>
        <w:t>cos45°+icos135°+⋯</w:t>
      </w:r>
    </w:p>
    <w:p>
      <w:pPr>
        <w:spacing w:before="0" w:after="80" w:line="300" w:lineRule="auto"/>
        <w:jc w:val="left"/>
      </w:pPr>
      <w:r>
        <w:rPr>
          <w:rFonts w:ascii="Times New Roman" w:hAnsi="Times New Roman" w:eastAsia="宋体"/>
          <w:b w:val="0"/>
          <w:i w:val="0"/>
          <w:color w:val="333333"/>
          <w:sz w:val="19"/>
        </w:rPr>
        <w:t>+iⁿcos(45+90n)°+⋯</w:t>
      </w:r>
    </w:p>
    <w:p>
      <w:pPr>
        <w:spacing w:before="0" w:after="80" w:line="300" w:lineRule="auto"/>
        <w:jc w:val="left"/>
      </w:pPr>
      <w:r>
        <w:rPr>
          <w:rFonts w:ascii="Times New Roman" w:hAnsi="Times New Roman" w:eastAsia="宋体"/>
          <w:b w:val="0"/>
          <w:i w:val="0"/>
          <w:color w:val="333333"/>
          <w:sz w:val="19"/>
        </w:rPr>
        <w:t>+i⁴⁰cos3645°</w:t>
      </w:r>
    </w:p>
    <w:p>
      <w:pPr>
        <w:spacing w:before="0" w:after="80" w:line="300" w:lineRule="auto"/>
        <w:jc w:val="left"/>
      </w:pPr>
      <w:r>
        <w:rPr>
          <w:rFonts w:ascii="Times New Roman" w:hAnsi="Times New Roman" w:eastAsia="宋体"/>
          <w:b w:val="0"/>
          <w:i w:val="0"/>
          <w:color w:val="333333"/>
          <w:sz w:val="19"/>
        </w:rPr>
        <w:t>equals</w:t>
      </w:r>
    </w:p>
    <w:p>
      <w:pPr>
        <w:spacing w:before="0" w:after="160" w:line="300" w:lineRule="auto"/>
      </w:pPr>
      <w:r>
        <w:rPr>
          <w:rFonts w:ascii="Times New Roman" w:hAnsi="Times New Roman" w:eastAsia="宋体"/>
          <w:b w:val="0"/>
          <w:i w:val="0"/>
          <w:color w:val="333333"/>
          <w:sz w:val="19"/>
        </w:rPr>
        <w:t>(A) (√(2))/2　　(B) -10i√(2)　　(C) (21√(2))/2　　(D) (√(2))/2(21-20i)　　(E) (√(2))/2(21+20i)</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随机掷三枚公平的骰子（即每个面朝上的概率相同）。所得的三个数能够重新排列成公差为一的等差数列的概率是多少？</w:t>
      </w:r>
    </w:p>
    <w:p>
      <w:pPr>
        <w:spacing w:before="0" w:after="120" w:line="300" w:lineRule="auto"/>
      </w:pPr>
      <w:r>
        <w:rPr>
          <w:rFonts w:ascii="Times New Roman" w:hAnsi="Times New Roman" w:eastAsia="宋体"/>
          <w:b w:val="0"/>
          <w:i w:val="0"/>
          <w:sz w:val="21"/>
        </w:rPr>
        <w:t>（A）1/6　　（B）1/9　　（C）1/27　　（D）1/54　　（E）7/36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fair dice are tossed at random (i.e., all faces have the same probability of coming up). What is the probability that the three numbers turned up can be arranged to form an arithmetic progression with common difference one?</w:t>
      </w:r>
    </w:p>
    <w:p>
      <w:pPr>
        <w:spacing w:before="0" w:after="160" w:line="300" w:lineRule="auto"/>
      </w:pPr>
      <w:r>
        <w:rPr>
          <w:rFonts w:ascii="Times New Roman" w:hAnsi="Times New Roman" w:eastAsia="宋体"/>
          <w:b w:val="0"/>
          <w:i w:val="0"/>
          <w:color w:val="333333"/>
          <w:sz w:val="19"/>
        </w:rPr>
        <w:t>(A) 1/6　　(B) 1/9　　(C) 1/27　　(D) 1/54　　(E) 7/36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y=(log₂ 3)(log₃ 4)⋯</w:t>
      </w:r>
    </w:p>
    <w:p>
      <w:pPr>
        <w:spacing w:before="0" w:after="80" w:line="300" w:lineRule="auto"/>
        <w:jc w:val="left"/>
      </w:pPr>
      <w:r>
        <w:rPr>
          <w:rFonts w:ascii="Times New Roman" w:hAnsi="Times New Roman" w:eastAsia="宋体"/>
          <w:b w:val="0"/>
          <w:i w:val="0"/>
          <w:sz w:val="21"/>
        </w:rPr>
        <w:t>(logₙ[n+1])⋯(log₃₁32)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w:t>
      </w:r>
    </w:p>
    <w:p>
      <w:pPr>
        <w:spacing w:before="0" w:after="120" w:line="300" w:lineRule="auto"/>
      </w:pPr>
      <w:r>
        <w:rPr>
          <w:rFonts w:ascii="Times New Roman" w:hAnsi="Times New Roman" w:eastAsia="宋体"/>
          <w:b w:val="0"/>
          <w:i w:val="0"/>
          <w:sz w:val="21"/>
        </w:rPr>
        <w:t>（A）4&lt; y&lt;5　　（B）y=5　　（C）5&lt; y&lt;6　　（D）y=6　　（E）6&lt; y&lt;7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y=(log₂ 3)(log₃ 4)⋯</w:t>
      </w:r>
    </w:p>
    <w:p>
      <w:pPr>
        <w:spacing w:before="0" w:after="80" w:line="300" w:lineRule="auto"/>
        <w:jc w:val="left"/>
      </w:pPr>
      <w:r>
        <w:rPr>
          <w:rFonts w:ascii="Times New Roman" w:hAnsi="Times New Roman" w:eastAsia="宋体"/>
          <w:b w:val="0"/>
          <w:i w:val="0"/>
          <w:color w:val="333333"/>
          <w:sz w:val="19"/>
        </w:rPr>
        <w:t>(logₙ[n+1])⋯(log₃₁32),</w:t>
      </w:r>
    </w:p>
    <w:p>
      <w:pPr>
        <w:spacing w:before="0" w:after="80" w:line="300" w:lineRule="auto"/>
        <w:jc w:val="left"/>
      </w:pPr>
      <w:r>
        <w:rPr>
          <w:rFonts w:ascii="Times New Roman" w:hAnsi="Times New Roman" w:eastAsia="宋体"/>
          <w:b w:val="0"/>
          <w:i w:val="0"/>
          <w:color w:val="333333"/>
          <w:sz w:val="19"/>
        </w:rPr>
        <w:t>then</w:t>
      </w:r>
    </w:p>
    <w:p>
      <w:pPr>
        <w:spacing w:before="0" w:after="160" w:line="300" w:lineRule="auto"/>
      </w:pPr>
      <w:r>
        <w:rPr>
          <w:rFonts w:ascii="Times New Roman" w:hAnsi="Times New Roman" w:eastAsia="宋体"/>
          <w:b w:val="0"/>
          <w:i w:val="0"/>
          <w:color w:val="333333"/>
          <w:sz w:val="19"/>
        </w:rPr>
        <w:t>(A) 4&lt; y&lt;5　　(B) y=5　　(C) 5&lt; y&lt;6　　(D) y=6　　(E) 6&lt; y&lt;7</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E 为凸四边形 ABCD 的两条对角线的交点，P、Q、R、S 分别为三角形 ABE、BCE、CDE、ADE 的外接圆圆心。则</w:t>
      </w:r>
    </w:p>
    <w:p>
      <w:pPr>
        <w:spacing w:before="0" w:after="120" w:line="300" w:lineRule="auto"/>
      </w:pPr>
      <w:r>
        <w:rPr>
          <w:rFonts w:ascii="Times New Roman" w:hAnsi="Times New Roman" w:eastAsia="宋体"/>
          <w:b w:val="0"/>
          <w:i w:val="0"/>
          <w:sz w:val="21"/>
        </w:rPr>
        <w:t>（A）PQRS 是平行四边形　　（B）PQRS 是平行四边形，当且仅当 ABCD 是菱形　　（C）PQRS 是平行四边形，当且仅当 ABCD 是矩形　　（D）PQRS 是平行四边形，当且仅当 ABCD 是平行四边形　　（E）以上说法均不正确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 be the point of intersection of the diagonals of convex quadrilateral ABCD, and let P, Q, R and S be the centers of the circles circumscribing triangles ABE, BCE, CDE and ADE, respectively. Then</w:t>
      </w:r>
    </w:p>
    <w:p>
      <w:pPr>
        <w:spacing w:before="0" w:after="160" w:line="300" w:lineRule="auto"/>
      </w:pPr>
      <w:r>
        <w:rPr>
          <w:rFonts w:ascii="Times New Roman" w:hAnsi="Times New Roman" w:eastAsia="宋体"/>
          <w:b w:val="0"/>
          <w:i w:val="0"/>
          <w:color w:val="333333"/>
          <w:sz w:val="19"/>
        </w:rPr>
        <w:t>(A) PQRS is a parallelogram　　(B) PQRS is a parallelogram if and only if ABCD is a</w:t>
        <w:br/>
        <w:t>rhombus　　(C) PQRS is a parallelogram if and only if ABCD is a</w:t>
        <w:br/>
        <w:t>rectangle　　(D) PQRS is a parallelogram if and only if ABCD is a</w:t>
        <w:br/>
        <w:t>parallelogram　　(E) none of the above are true</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一条路径由若干水平和（或）竖直线段组成，每条线段连接下图中一对相邻字母。沿路径从起点走到终点时恰好拼出单词 CONTEST 的路径共有多少条？</w:t>
      </w:r>
    </w:p>
    <w:p>
      <w:pPr>
        <w:spacing w:before="80" w:after="80"/>
        <w:jc w:val="center"/>
      </w:pPr>
      <w:r>
        <w:drawing>
          <wp:inline xmlns:a="http://schemas.openxmlformats.org/drawingml/2006/main" xmlns:pic="http://schemas.openxmlformats.org/drawingml/2006/picture">
            <wp:extent cx="2912388" cy="1591461"/>
            <wp:docPr id="7" name="Picture 7"/>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2912388" cy="1591461"/>
                    </a:xfrm>
                    <a:prstGeom prst="rect"/>
                  </pic:spPr>
                </pic:pic>
              </a:graphicData>
            </a:graphic>
          </wp:inline>
        </w:drawing>
      </w:r>
    </w:p>
    <w:p>
      <w:pPr>
        <w:spacing w:before="0" w:after="120" w:line="300" w:lineRule="auto"/>
      </w:pPr>
      <w:r>
        <w:rPr>
          <w:rFonts w:ascii="Times New Roman" w:hAnsi="Times New Roman" w:eastAsia="宋体"/>
          <w:b w:val="0"/>
          <w:i w:val="0"/>
          <w:sz w:val="21"/>
        </w:rPr>
        <w:t>（A）63　　（B）128　　（C）129　　（D）255　　（E）以上均不正确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paths consisting of a sequence of horizontal and/or vertical line segments, with each segment connecting a pair of adjacent letters in the diagram below, is the word CONTEST spelled out as the path is traversed from beginning to end?</w:t>
      </w:r>
    </w:p>
    <w:p>
      <w:pPr>
        <w:spacing w:before="80" w:after="80"/>
        <w:jc w:val="center"/>
      </w:pPr>
      <w:r>
        <w:drawing>
          <wp:inline xmlns:a="http://schemas.openxmlformats.org/drawingml/2006/main" xmlns:pic="http://schemas.openxmlformats.org/drawingml/2006/picture">
            <wp:extent cx="2912388" cy="1591461"/>
            <wp:docPr id="8" name="Picture 8"/>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2912388" cy="159146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63　　(B) 128　　(C) 129　　(D) 255　　(E) none of these</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对多少个系数 a 的取值，方程</w:t>
      </w:r>
    </w:p>
    <w:p>
      <w:pPr>
        <w:spacing w:before="0" w:after="80" w:line="300" w:lineRule="auto"/>
        <w:jc w:val="left"/>
      </w:pPr>
      <w:r>
        <w:rPr>
          <w:rFonts w:ascii="Times New Roman" w:hAnsi="Times New Roman" w:eastAsia="宋体"/>
          <w:b w:val="0"/>
          <w:i w:val="0"/>
          <w:sz w:val="21"/>
        </w:rPr>
        <w:t>x²+ax+1=0,</w:t>
      </w:r>
    </w:p>
    <w:p>
      <w:pPr>
        <w:spacing w:before="0" w:after="80" w:line="300" w:lineRule="auto"/>
        <w:jc w:val="left"/>
      </w:pPr>
      <w:r>
        <w:rPr>
          <w:rFonts w:ascii="Times New Roman" w:hAnsi="Times New Roman" w:eastAsia="宋体"/>
          <w:b w:val="0"/>
          <w:i w:val="0"/>
          <w:sz w:val="21"/>
        </w:rPr>
        <w:t>x²-x-a=0</w:t>
      </w:r>
    </w:p>
    <w:p>
      <w:pPr>
        <w:spacing w:before="0" w:after="80" w:line="300" w:lineRule="auto"/>
        <w:jc w:val="left"/>
      </w:pPr>
      <w:r>
        <w:rPr>
          <w:rFonts w:ascii="Times New Roman" w:hAnsi="Times New Roman" w:eastAsia="宋体"/>
          <w:b w:val="0"/>
          <w:i w:val="0"/>
          <w:sz w:val="21"/>
        </w:rPr>
        <w:t>有公共实数解？</w:t>
      </w:r>
    </w:p>
    <w:p>
      <w:pPr>
        <w:spacing w:before="0" w:after="120" w:line="300" w:lineRule="auto"/>
      </w:pPr>
      <w:r>
        <w:rPr>
          <w:rFonts w:ascii="Times New Roman" w:hAnsi="Times New Roman" w:eastAsia="宋体"/>
          <w:b w:val="0"/>
          <w:i w:val="0"/>
          <w:sz w:val="21"/>
        </w:rPr>
        <w:t>（A）0　　（B）1　　（C）2　　（D）3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values of the coefficient a do the equations</w:t>
      </w:r>
    </w:p>
    <w:p>
      <w:pPr>
        <w:spacing w:before="0" w:after="80" w:line="300" w:lineRule="auto"/>
        <w:jc w:val="left"/>
      </w:pPr>
      <w:r>
        <w:rPr>
          <w:rFonts w:ascii="Times New Roman" w:hAnsi="Times New Roman" w:eastAsia="宋体"/>
          <w:b w:val="0"/>
          <w:i w:val="0"/>
          <w:color w:val="333333"/>
          <w:sz w:val="19"/>
        </w:rPr>
        <w:t>x²+ax+1=0,</w:t>
      </w:r>
    </w:p>
    <w:p>
      <w:pPr>
        <w:spacing w:before="0" w:after="80" w:line="300" w:lineRule="auto"/>
        <w:jc w:val="left"/>
      </w:pPr>
      <w:r>
        <w:rPr>
          <w:rFonts w:ascii="Times New Roman" w:hAnsi="Times New Roman" w:eastAsia="宋体"/>
          <w:b w:val="0"/>
          <w:i w:val="0"/>
          <w:color w:val="333333"/>
          <w:sz w:val="19"/>
        </w:rPr>
        <w:t>x²-x-a=0</w:t>
      </w:r>
    </w:p>
    <w:p>
      <w:pPr>
        <w:spacing w:before="0" w:after="80" w:line="300" w:lineRule="auto"/>
        <w:jc w:val="left"/>
      </w:pPr>
      <w:r>
        <w:rPr>
          <w:rFonts w:ascii="Times New Roman" w:hAnsi="Times New Roman" w:eastAsia="宋体"/>
          <w:b w:val="0"/>
          <w:i w:val="0"/>
          <w:color w:val="333333"/>
          <w:sz w:val="19"/>
        </w:rPr>
        <w:t>have a common real solution?</w:t>
      </w:r>
    </w:p>
    <w:p>
      <w:pPr>
        <w:spacing w:before="0" w:after="160" w:line="300" w:lineRule="auto"/>
      </w:pPr>
      <w:r>
        <w:rPr>
          <w:rFonts w:ascii="Times New Roman" w:hAnsi="Times New Roman" w:eastAsia="宋体"/>
          <w:b w:val="0"/>
          <w:i w:val="0"/>
          <w:color w:val="333333"/>
          <w:sz w:val="19"/>
        </w:rPr>
        <w:t>(A) 0　　(B) 1　　(C) 2　　(D) 3　　(E) infinitely many</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f(x) 是实变量 x 的实值函数，且 f(x) 不恒为零。若对所有 a 和 b，都有</w:t>
      </w:r>
    </w:p>
    <w:p>
      <w:pPr>
        <w:spacing w:before="0" w:after="80" w:line="300" w:lineRule="auto"/>
        <w:jc w:val="left"/>
      </w:pPr>
      <w:r>
        <w:rPr>
          <w:rFonts w:ascii="Times New Roman" w:hAnsi="Times New Roman" w:eastAsia="宋体"/>
          <w:b w:val="0"/>
          <w:i w:val="0"/>
          <w:sz w:val="21"/>
        </w:rPr>
        <w:t>f(a+b)+f(a-b)</w:t>
      </w:r>
    </w:p>
    <w:p>
      <w:pPr>
        <w:spacing w:before="0" w:after="80" w:line="300" w:lineRule="auto"/>
        <w:jc w:val="left"/>
      </w:pPr>
      <w:r>
        <w:rPr>
          <w:rFonts w:ascii="Times New Roman" w:hAnsi="Times New Roman" w:eastAsia="宋体"/>
          <w:b w:val="0"/>
          <w:i w:val="0"/>
          <w:sz w:val="21"/>
        </w:rPr>
        <w:t>=2f(a)+2f(b)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则对所有 x 和 y</w:t>
      </w:r>
    </w:p>
    <w:p>
      <w:pPr>
        <w:spacing w:before="0" w:after="120" w:line="300" w:lineRule="auto"/>
      </w:pPr>
      <w:r>
        <w:rPr>
          <w:rFonts w:ascii="Times New Roman" w:hAnsi="Times New Roman" w:eastAsia="宋体"/>
          <w:b w:val="0"/>
          <w:i w:val="0"/>
          <w:sz w:val="21"/>
        </w:rPr>
        <w:t>（A）f(0)=1　　（B）f(-x)=-f(x)　　（C）f(-x)=f(x)　　（D）f(x+y)=f(x)+f(y)　　（E）存在正数 T，使得 f(x+T)=f(x)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f(x) is a real-valued function of the real variable x, and f(x) is not identically zero, and for all a and b</w:t>
      </w:r>
    </w:p>
    <w:p>
      <w:pPr>
        <w:spacing w:before="0" w:after="80" w:line="300" w:lineRule="auto"/>
        <w:jc w:val="left"/>
      </w:pPr>
      <w:r>
        <w:rPr>
          <w:rFonts w:ascii="Times New Roman" w:hAnsi="Times New Roman" w:eastAsia="宋体"/>
          <w:b w:val="0"/>
          <w:i w:val="0"/>
          <w:color w:val="333333"/>
          <w:sz w:val="19"/>
        </w:rPr>
        <w:t>f(a+b)+f(a-b)</w:t>
      </w:r>
    </w:p>
    <w:p>
      <w:pPr>
        <w:spacing w:before="0" w:after="80" w:line="300" w:lineRule="auto"/>
        <w:jc w:val="left"/>
      </w:pPr>
      <w:r>
        <w:rPr>
          <w:rFonts w:ascii="Times New Roman" w:hAnsi="Times New Roman" w:eastAsia="宋体"/>
          <w:b w:val="0"/>
          <w:i w:val="0"/>
          <w:color w:val="333333"/>
          <w:sz w:val="19"/>
        </w:rPr>
        <w:t>=2f(a)+2f(b),</w:t>
      </w:r>
    </w:p>
    <w:p>
      <w:pPr>
        <w:spacing w:before="0" w:after="80" w:line="300" w:lineRule="auto"/>
        <w:jc w:val="left"/>
      </w:pPr>
      <w:r>
        <w:rPr>
          <w:rFonts w:ascii="Times New Roman" w:hAnsi="Times New Roman" w:eastAsia="宋体"/>
          <w:b w:val="0"/>
          <w:i w:val="0"/>
          <w:color w:val="333333"/>
          <w:sz w:val="19"/>
        </w:rPr>
        <w:t>then for all x and y</w:t>
      </w:r>
    </w:p>
    <w:p>
      <w:pPr>
        <w:spacing w:before="0" w:after="160" w:line="300" w:lineRule="auto"/>
      </w:pPr>
      <w:r>
        <w:rPr>
          <w:rFonts w:ascii="Times New Roman" w:hAnsi="Times New Roman" w:eastAsia="宋体"/>
          <w:b w:val="0"/>
          <w:i w:val="0"/>
          <w:color w:val="333333"/>
          <w:sz w:val="19"/>
        </w:rPr>
        <w:t>(A) f(0)=1　　(B) f(-x)=-f(x)　　(C) f(-x)=f(x)　　(D) f(x+y)=f(x)+f(y)　　(E) there is a positive number T such that f(x+T)=f(x)</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若方程 x²+px+q=0 的两个解分别是方程 x²+mx+n=0 的两个解的立方，则</w:t>
      </w:r>
    </w:p>
    <w:p>
      <w:pPr>
        <w:spacing w:before="0" w:after="120" w:line="300" w:lineRule="auto"/>
      </w:pPr>
      <w:r>
        <w:rPr>
          <w:rFonts w:ascii="Times New Roman" w:hAnsi="Times New Roman" w:eastAsia="宋体"/>
          <w:b w:val="0"/>
          <w:i w:val="0"/>
          <w:sz w:val="21"/>
        </w:rPr>
        <w:t>（A）p=m³+3mn　　（B）p=m³-3mn　　（C）p+q=m³　　（D）(m/n)³=p/q　　（E）以上均不正确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solutions of the equation x²+px+q=0 are the cubes of the solutions of the equation x²+mx+n=0, then</w:t>
      </w:r>
    </w:p>
    <w:p>
      <w:pPr>
        <w:spacing w:before="0" w:after="160" w:line="300" w:lineRule="auto"/>
      </w:pPr>
      <w:r>
        <w:rPr>
          <w:rFonts w:ascii="Times New Roman" w:hAnsi="Times New Roman" w:eastAsia="宋体"/>
          <w:b w:val="0"/>
          <w:i w:val="0"/>
          <w:color w:val="333333"/>
          <w:sz w:val="19"/>
        </w:rPr>
        <w:t>(A) p=m³+3mn　　(B) p=m³-3mn　　(C) p+q=m³　　(D) (m/n)³=p/q　　(E) none of these</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求和</w:t>
      </w:r>
    </w:p>
    <w:p>
      <w:pPr>
        <w:spacing w:before="0" w:after="80" w:line="300" w:lineRule="auto"/>
        <w:jc w:val="left"/>
      </w:pPr>
      <w:r>
        <w:rPr>
          <w:rFonts w:ascii="Times New Roman" w:hAnsi="Times New Roman" w:eastAsia="宋体"/>
          <w:b w:val="0"/>
          <w:i w:val="0"/>
          <w:sz w:val="21"/>
        </w:rPr>
        <w:t>1/(1·3)+1/(3·5)+⋯</w:t>
      </w:r>
    </w:p>
    <w:p>
      <w:pPr>
        <w:spacing w:before="0" w:after="80" w:line="300" w:lineRule="auto"/>
        <w:jc w:val="left"/>
      </w:pPr>
      <w:r>
        <w:rPr>
          <w:rFonts w:ascii="Times New Roman" w:hAnsi="Times New Roman" w:eastAsia="宋体"/>
          <w:b w:val="0"/>
          <w:i w:val="0"/>
          <w:sz w:val="21"/>
        </w:rPr>
        <w:t>+1/((2n-1)(2n+1))+⋯</w:t>
      </w:r>
    </w:p>
    <w:p>
      <w:pPr>
        <w:spacing w:before="0" w:after="80" w:line="300" w:lineRule="auto"/>
        <w:jc w:val="left"/>
      </w:pPr>
      <w:r>
        <w:rPr>
          <w:rFonts w:ascii="Times New Roman" w:hAnsi="Times New Roman" w:eastAsia="宋体"/>
          <w:b w:val="0"/>
          <w:i w:val="0"/>
          <w:sz w:val="21"/>
        </w:rPr>
        <w:t>+1/(255·257)</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（A）127/255　　（B）128/255　　（C）1/2　　（D）128/257　　（E）129/257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sum</w:t>
      </w:r>
    </w:p>
    <w:p>
      <w:pPr>
        <w:spacing w:before="0" w:after="80" w:line="300" w:lineRule="auto"/>
        <w:jc w:val="left"/>
      </w:pPr>
      <w:r>
        <w:rPr>
          <w:rFonts w:ascii="Times New Roman" w:hAnsi="Times New Roman" w:eastAsia="宋体"/>
          <w:b w:val="0"/>
          <w:i w:val="0"/>
          <w:color w:val="333333"/>
          <w:sz w:val="19"/>
        </w:rPr>
        <w:t>1/(1·3)+1/(3·5)+⋯</w:t>
      </w:r>
    </w:p>
    <w:p>
      <w:pPr>
        <w:spacing w:before="0" w:after="80" w:line="300" w:lineRule="auto"/>
        <w:jc w:val="left"/>
      </w:pPr>
      <w:r>
        <w:rPr>
          <w:rFonts w:ascii="Times New Roman" w:hAnsi="Times New Roman" w:eastAsia="宋体"/>
          <w:b w:val="0"/>
          <w:i w:val="0"/>
          <w:color w:val="333333"/>
          <w:sz w:val="19"/>
        </w:rPr>
        <w:t>+1/((2n-1)(2n+1))+⋯</w:t>
      </w:r>
    </w:p>
    <w:p>
      <w:pPr>
        <w:spacing w:before="0" w:after="80" w:line="300" w:lineRule="auto"/>
        <w:jc w:val="left"/>
      </w:pPr>
      <w:r>
        <w:rPr>
          <w:rFonts w:ascii="Times New Roman" w:hAnsi="Times New Roman" w:eastAsia="宋体"/>
          <w:b w:val="0"/>
          <w:i w:val="0"/>
          <w:color w:val="333333"/>
          <w:sz w:val="19"/>
        </w:rPr>
        <w:t>+1/(255·257).</w:t>
      </w:r>
    </w:p>
    <w:p>
      <w:pPr>
        <w:spacing w:before="0" w:after="160" w:line="300" w:lineRule="auto"/>
      </w:pPr>
      <w:r>
        <w:rPr>
          <w:rFonts w:ascii="Times New Roman" w:hAnsi="Times New Roman" w:eastAsia="宋体"/>
          <w:b w:val="0"/>
          <w:i w:val="0"/>
          <w:color w:val="333333"/>
          <w:sz w:val="19"/>
        </w:rPr>
        <w:t>(A) 127/255　　(B) 128/255　　(C) 1/2　　(D) 128/257　　(E) 129/257</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求使 1005! 能被 10ⁿ 整除的最大正整数 n。</w:t>
      </w:r>
    </w:p>
    <w:p>
      <w:pPr>
        <w:spacing w:before="0" w:after="120" w:line="300" w:lineRule="auto"/>
      </w:pPr>
      <w:r>
        <w:rPr>
          <w:rFonts w:ascii="Times New Roman" w:hAnsi="Times New Roman" w:eastAsia="宋体"/>
          <w:b w:val="0"/>
          <w:i w:val="0"/>
          <w:sz w:val="21"/>
        </w:rPr>
        <w:t>（A）102　　（B）112　　（C）249　　（D）502　　（E）以上均不正确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Determine the largest positive integer n such that 1005! is divisible by 10ⁿ.</w:t>
      </w:r>
    </w:p>
    <w:p>
      <w:pPr>
        <w:spacing w:before="0" w:after="160" w:line="300" w:lineRule="auto"/>
      </w:pPr>
      <w:r>
        <w:rPr>
          <w:rFonts w:ascii="Times New Roman" w:hAnsi="Times New Roman" w:eastAsia="宋体"/>
          <w:b w:val="0"/>
          <w:i w:val="0"/>
          <w:color w:val="333333"/>
          <w:sz w:val="19"/>
        </w:rPr>
        <w:t>(A) 102　　(B) 112　　(C) 249　　(D) 502　　(E) none of these</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设四边形 MNPQ 的边 MN、NP、PQ、QM 的长度分别为 a、b、c、d。若 MNPQ 的面积为 A，则</w:t>
      </w:r>
    </w:p>
    <w:p>
      <w:pPr>
        <w:spacing w:before="0" w:after="120" w:line="300" w:lineRule="auto"/>
      </w:pPr>
      <w:r>
        <w:rPr>
          <w:rFonts w:ascii="Times New Roman" w:hAnsi="Times New Roman" w:eastAsia="宋体"/>
          <w:b w:val="0"/>
          <w:i w:val="0"/>
          <w:sz w:val="21"/>
        </w:rPr>
        <w:t>（A）A=(a+c/2)(b+d/2) 当且仅当</w:t>
        <w:br/>
        <w:t>MNPQ 是凸四边形　　（B）A=(a+c/2)(b+d/2) 当且仅当</w:t>
        <w:br/>
        <w:t>MNPQ 是矩形　　（C）A≤(a+c/2)(b+d/2)</w:t>
        <w:br/>
        <w:t>当且仅当 MNPQ 是矩形　　（D）A≤(a+c/2)(b+d/2)</w:t>
        <w:br/>
        <w:t>当且仅当 MNPQ 是平行四边形　　（E）A≥(a+c/2)(b+d/2)</w:t>
        <w:br/>
        <w:t>当且仅当 MNPQ 是平行四边形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and d be the lengths of sides MN, NP, PQ and QM, respectively, of quadrilateral MNPQ. If A is the area of MNPQ, then</w:t>
      </w:r>
    </w:p>
    <w:p>
      <w:pPr>
        <w:spacing w:before="0" w:after="160" w:line="300" w:lineRule="auto"/>
      </w:pPr>
      <w:r>
        <w:rPr>
          <w:rFonts w:ascii="Times New Roman" w:hAnsi="Times New Roman" w:eastAsia="宋体"/>
          <w:b w:val="0"/>
          <w:i w:val="0"/>
          <w:color w:val="333333"/>
          <w:sz w:val="19"/>
        </w:rPr>
        <w:t>(A) A=(a+c/2)(b+d/2) if</w:t>
        <w:br/>
        <w:t>and only if MNPQ is convex　　(B) A=(a+c/2)(b+d/2) if and</w:t>
        <w:br/>
        <w:t>only if MNPQ is a rectangle　　(C) A≤(a+c/2)(b+d/2) if</w:t>
        <w:br/>
        <w:t>and only if MNPQ is a rectangle　　(D) A≤(a+c/2)(b+d/2) if</w:t>
        <w:br/>
        <w:t>and only if MNPQ is a parallelogram　　(E) A≥(a+c/2)(b+d/2) if</w:t>
        <w:br/>
        <w:t>and only if MNPQ is a parallelogram</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两个大小不同的球分别放在一间长方体房间的两个角落，每个球都与两面墙和地板相切。若每个球面上都有一点，它到该球所接触的两面墙的距离均为 5 英寸，到地板的距离为 10 英寸，则两球直径之和为</w:t>
      </w:r>
    </w:p>
    <w:p>
      <w:pPr>
        <w:spacing w:before="0" w:after="120" w:line="300" w:lineRule="auto"/>
      </w:pPr>
      <w:r>
        <w:rPr>
          <w:rFonts w:ascii="Times New Roman" w:hAnsi="Times New Roman" w:eastAsia="宋体"/>
          <w:b w:val="0"/>
          <w:i w:val="0"/>
          <w:sz w:val="21"/>
        </w:rPr>
        <w:t>（A）20 英寸　　（B）30 英寸　　（C）40 英寸　　（D）60 英寸　　（E）无法由所给信息确定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two spherical balls of different sizes lying in two corners of a rectangular room, each touching two walls and the floor. If there is a point on each ball which is 5 inches from each wall which that ball touches and 10 inches from the floor, then the sum of the diameters of the balls is</w:t>
      </w:r>
    </w:p>
    <w:p>
      <w:pPr>
        <w:spacing w:before="0" w:after="160" w:line="300" w:lineRule="auto"/>
      </w:pPr>
      <w:r>
        <w:rPr>
          <w:rFonts w:ascii="Times New Roman" w:hAnsi="Times New Roman" w:eastAsia="宋体"/>
          <w:b w:val="0"/>
          <w:i w:val="0"/>
          <w:color w:val="333333"/>
          <w:sz w:val="19"/>
        </w:rPr>
        <w:t>(A) 20 inches　　(B) 30 inches　　(C) 40 inches　　(D) 60 inches　　(E) not determined by the given information</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令 g(x)=x⁵+x⁴+x³ +x²+x+1。多项式 g(x¹²) 除以多项式 g(x) 的余数是什么？</w:t>
      </w:r>
    </w:p>
    <w:p>
      <w:pPr>
        <w:spacing w:before="0" w:after="120" w:line="300" w:lineRule="auto"/>
      </w:pPr>
      <w:r>
        <w:rPr>
          <w:rFonts w:ascii="Times New Roman" w:hAnsi="Times New Roman" w:eastAsia="宋体"/>
          <w:b w:val="0"/>
          <w:i w:val="0"/>
          <w:sz w:val="21"/>
        </w:rPr>
        <w:t>（A）6　　（B）5-x　　（C）4-x+x²　　（D）3-x+x²-x³　　（E）2-x+x²-x³+x⁴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g(x)=x⁵+x⁴+x³ +x²+x+1. What is the remainder when the polynomial g(x¹²) is divided by the polynomial g(x)?</w:t>
      </w:r>
    </w:p>
    <w:p>
      <w:pPr>
        <w:spacing w:before="0" w:after="160" w:line="300" w:lineRule="auto"/>
      </w:pPr>
      <w:r>
        <w:rPr>
          <w:rFonts w:ascii="Times New Roman" w:hAnsi="Times New Roman" w:eastAsia="宋体"/>
          <w:b w:val="0"/>
          <w:i w:val="0"/>
          <w:color w:val="333333"/>
          <w:sz w:val="19"/>
        </w:rPr>
        <w:t>(A) 6　　(B) 5-x　　(C) 4-x+x²　　(D) 3-x+x²-x³　　(E) 2-x+x²-x³+x⁴</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求最小整数 n，使得</w:t>
      </w:r>
    </w:p>
    <w:p>
      <w:pPr>
        <w:spacing w:before="0" w:after="80" w:line="300" w:lineRule="auto"/>
        <w:jc w:val="left"/>
      </w:pPr>
      <w:r>
        <w:rPr>
          <w:rFonts w:ascii="Times New Roman" w:hAnsi="Times New Roman" w:eastAsia="宋体"/>
          <w:b w:val="0"/>
          <w:i w:val="0"/>
          <w:sz w:val="21"/>
        </w:rPr>
        <w:t>(x²+y²+z²)² ≤</w:t>
      </w:r>
    </w:p>
    <w:p>
      <w:pPr>
        <w:spacing w:before="0" w:after="80" w:line="300" w:lineRule="auto"/>
        <w:jc w:val="left"/>
      </w:pPr>
      <w:r>
        <w:rPr>
          <w:rFonts w:ascii="Times New Roman" w:hAnsi="Times New Roman" w:eastAsia="宋体"/>
          <w:b w:val="0"/>
          <w:i w:val="0"/>
          <w:sz w:val="21"/>
        </w:rPr>
        <w:t>n(x⁴+y⁴+z⁴)</w:t>
      </w:r>
    </w:p>
    <w:p>
      <w:pPr>
        <w:spacing w:before="0" w:after="80" w:line="300" w:lineRule="auto"/>
        <w:jc w:val="left"/>
      </w:pPr>
      <w:r>
        <w:rPr>
          <w:rFonts w:ascii="Times New Roman" w:hAnsi="Times New Roman" w:eastAsia="宋体"/>
          <w:b w:val="0"/>
          <w:i w:val="0"/>
          <w:sz w:val="21"/>
        </w:rPr>
        <w:t>对所有实数 x、y、z 都成立。</w:t>
      </w:r>
    </w:p>
    <w:p>
      <w:pPr>
        <w:spacing w:before="0" w:after="120" w:line="300" w:lineRule="auto"/>
      </w:pPr>
      <w:r>
        <w:rPr>
          <w:rFonts w:ascii="Times New Roman" w:hAnsi="Times New Roman" w:eastAsia="宋体"/>
          <w:b w:val="0"/>
          <w:i w:val="0"/>
          <w:sz w:val="21"/>
        </w:rPr>
        <w:t>（A）2　　（B）3　　（C）4　　（D）6　　（E）不存在这样的整数 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smallest integer n such that</w:t>
      </w:r>
    </w:p>
    <w:p>
      <w:pPr>
        <w:spacing w:before="0" w:after="80" w:line="300" w:lineRule="auto"/>
        <w:jc w:val="left"/>
      </w:pPr>
      <w:r>
        <w:rPr>
          <w:rFonts w:ascii="Times New Roman" w:hAnsi="Times New Roman" w:eastAsia="宋体"/>
          <w:b w:val="0"/>
          <w:i w:val="0"/>
          <w:color w:val="333333"/>
          <w:sz w:val="19"/>
        </w:rPr>
        <w:t>(x²+y²+z²)² ≤</w:t>
      </w:r>
    </w:p>
    <w:p>
      <w:pPr>
        <w:spacing w:before="0" w:after="80" w:line="300" w:lineRule="auto"/>
        <w:jc w:val="left"/>
      </w:pPr>
      <w:r>
        <w:rPr>
          <w:rFonts w:ascii="Times New Roman" w:hAnsi="Times New Roman" w:eastAsia="宋体"/>
          <w:b w:val="0"/>
          <w:i w:val="0"/>
          <w:color w:val="333333"/>
          <w:sz w:val="19"/>
        </w:rPr>
        <w:t>n(x⁴+y⁴+z⁴)</w:t>
      </w:r>
    </w:p>
    <w:p>
      <w:pPr>
        <w:spacing w:before="0" w:after="80" w:line="300" w:lineRule="auto"/>
        <w:jc w:val="left"/>
      </w:pPr>
      <w:r>
        <w:rPr>
          <w:rFonts w:ascii="Times New Roman" w:hAnsi="Times New Roman" w:eastAsia="宋体"/>
          <w:b w:val="0"/>
          <w:i w:val="0"/>
          <w:color w:val="333333"/>
          <w:sz w:val="19"/>
        </w:rPr>
        <w:t>for all real numbers x, y and z.</w:t>
      </w:r>
    </w:p>
    <w:p>
      <w:pPr>
        <w:spacing w:before="0" w:after="160" w:line="300" w:lineRule="auto"/>
      </w:pPr>
      <w:r>
        <w:rPr>
          <w:rFonts w:ascii="Times New Roman" w:hAnsi="Times New Roman" w:eastAsia="宋体"/>
          <w:b w:val="0"/>
          <w:i w:val="0"/>
          <w:color w:val="333333"/>
          <w:sz w:val="19"/>
        </w:rPr>
        <w:t>(A) 2　　(B) 3　　(C) 4　　(D) 6　　(E) There is no such integer n.</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正九边形的一条边、最短对角线和最长对角线的长度分别为 a、b、d（见附图），则</w:t>
      </w:r>
    </w:p>
    <w:p>
      <w:pPr>
        <w:spacing w:before="80" w:after="80"/>
        <w:jc w:val="center"/>
      </w:pPr>
      <w:r>
        <w:drawing>
          <wp:inline xmlns:a="http://schemas.openxmlformats.org/drawingml/2006/main" xmlns:pic="http://schemas.openxmlformats.org/drawingml/2006/picture">
            <wp:extent cx="474954" cy="496019"/>
            <wp:docPr id="9" name="Picture 9"/>
            <wp:cNvGraphicFramePr>
              <a:graphicFrameLocks noChangeAspect="1"/>
            </wp:cNvGraphicFramePr>
            <a:graphic>
              <a:graphicData uri="http://schemas.openxmlformats.org/drawingml/2006/picture">
                <pic:pic>
                  <pic:nvPicPr>
                    <pic:cNvPr id="0" name="q30-1@300dpi.png"/>
                    <pic:cNvPicPr/>
                  </pic:nvPicPr>
                  <pic:blipFill>
                    <a:blip r:embed="rId13"/>
                    <a:stretch>
                      <a:fillRect/>
                    </a:stretch>
                  </pic:blipFill>
                  <pic:spPr>
                    <a:xfrm>
                      <a:off x="0" y="0"/>
                      <a:ext cx="474954" cy="496019"/>
                    </a:xfrm>
                    <a:prstGeom prst="rect"/>
                  </pic:spPr>
                </pic:pic>
              </a:graphicData>
            </a:graphic>
          </wp:inline>
        </w:drawing>
      </w:r>
    </w:p>
    <w:p>
      <w:pPr>
        <w:spacing w:before="0" w:after="120" w:line="300" w:lineRule="auto"/>
      </w:pPr>
      <w:r>
        <w:rPr>
          <w:rFonts w:ascii="Times New Roman" w:hAnsi="Times New Roman" w:eastAsia="宋体"/>
          <w:b w:val="0"/>
          <w:i w:val="0"/>
          <w:sz w:val="21"/>
        </w:rPr>
        <w:t>（A）d=a+b　　（B）d²=a²+b²　　（C）d²=a²+ab+b²　　（D）b=a+d/2　　（E）b²=ad</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and d are the lengths of a side, a shortest diagonal and a longest diagonal, respectively, of a regular nonagon (see adjoining figure), then</w:t>
      </w:r>
    </w:p>
    <w:p>
      <w:pPr>
        <w:spacing w:before="80" w:after="80"/>
        <w:jc w:val="center"/>
      </w:pPr>
      <w:r>
        <w:drawing>
          <wp:inline xmlns:a="http://schemas.openxmlformats.org/drawingml/2006/main" xmlns:pic="http://schemas.openxmlformats.org/drawingml/2006/picture">
            <wp:extent cx="474954" cy="496019"/>
            <wp:docPr id="10" name="Picture 10"/>
            <wp:cNvGraphicFramePr>
              <a:graphicFrameLocks noChangeAspect="1"/>
            </wp:cNvGraphicFramePr>
            <a:graphic>
              <a:graphicData uri="http://schemas.openxmlformats.org/drawingml/2006/picture">
                <pic:pic>
                  <pic:nvPicPr>
                    <pic:cNvPr id="0" name="q30-1@300dpi.png"/>
                    <pic:cNvPicPr/>
                  </pic:nvPicPr>
                  <pic:blipFill>
                    <a:blip r:embed="rId13"/>
                    <a:stretch>
                      <a:fillRect/>
                    </a:stretch>
                  </pic:blipFill>
                  <pic:spPr>
                    <a:xfrm>
                      <a:off x="0" y="0"/>
                      <a:ext cx="474954" cy="49601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d=a+b　　(B) d²=a²+b²　　(C) d²=a²+ab+b²　　(D) b=a+d/2　　(E) b²=ad</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D　E　C　A　D　E　B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B　D　E　B　D　D　B　B</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A　E　B　C　B　D　E　B　C</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A　B　A</w:t>
      </w:r>
    </w:p>
    <w:p>
      <w:pPr>
        <w:spacing w:before="0" w:after="200" w:line="300" w:lineRule="auto"/>
      </w:pPr>
      <w:r>
        <w:rPr>
          <w:rFonts w:ascii="Times New Roman" w:hAnsi="Times New Roman" w:eastAsia="宋体"/>
          <w:b w:val="0"/>
          <w:i w:val="0"/>
          <w:color w:val="666666"/>
          <w:sz w:val="18"/>
        </w:rPr>
        <w:t>答案串：DDECADEBBEBDEBDDBBAEBCBDEBCABA</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因为 y=2x，所以 z=2y=4x。因此 x+y+z=x+2x+4x=7x。</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y=2x, we have z=2y=4x. Therefore x+y+z=x+2x+4x=7x.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每个等边三角形都是等角三角形、等腰三角形和正多边形，并且与任意其他等边三角形相似。然而，边长不同的两个等边三角形并不全等。</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equilateral triangle is equiangular, isosceles, regular, and similar to every other equilateral triangle. Two equilateral triangles with different side lengths are not congruent, however.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每种硬币各取一枚，共值 1+5+10+25+50=91 美分。由于 273/91=3，五种硬币各有三枚，所以共有 5·3=15 枚硬币。</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coin of each kind is worth 1+5+10+25+50=91 cents. Since 273/91=3, there are three coins of each of the five kinds, or 5·3=15 coins.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 ABC 的两个底角都等于 50°。因为 CE=CD，所以三角形 CED 的顶角为 50°，从而 ∠ EDC=65°。同理，BF=BD 推出 ∠ BDF=65°。直线 CB 上方的三个角之和为 180°，所以</w:t>
      </w:r>
    </w:p>
    <w:p>
      <w:pPr>
        <w:spacing w:before="0" w:after="80" w:line="300" w:lineRule="auto"/>
        <w:jc w:val="left"/>
      </w:pPr>
      <w:r>
        <w:rPr>
          <w:rFonts w:ascii="Times New Roman" w:hAnsi="Times New Roman" w:eastAsia="宋体"/>
          <w:b w:val="0"/>
          <w:i w:val="0"/>
          <w:sz w:val="21"/>
        </w:rPr>
        <w:t>∠ EDF=180°-65°-65°</w:t>
      </w:r>
    </w:p>
    <w:p>
      <w:pPr>
        <w:spacing w:before="0" w:after="80" w:line="300" w:lineRule="auto"/>
        <w:jc w:val="left"/>
      </w:pPr>
      <w:r>
        <w:rPr>
          <w:rFonts w:ascii="Times New Roman" w:hAnsi="Times New Roman" w:eastAsia="宋体"/>
          <w:b w:val="0"/>
          <w:i w:val="0"/>
          <w:sz w:val="21"/>
        </w:rPr>
        <w:t>=50°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angles of △ ABC are each 50°. Since CE=CD, triangle CED has vertex angle 50°, so ∠ EDC=65°. Similarly, BF=BD gives ∠ BDF=65°. The three angles above the straight line CB sum to 180°, so</w:t>
      </w:r>
    </w:p>
    <w:p>
      <w:pPr>
        <w:spacing w:before="0" w:after="80" w:line="300" w:lineRule="auto"/>
        <w:jc w:val="left"/>
      </w:pPr>
      <w:r>
        <w:rPr>
          <w:rFonts w:ascii="Times New Roman" w:hAnsi="Times New Roman" w:eastAsia="宋体"/>
          <w:b w:val="0"/>
          <w:i w:val="0"/>
          <w:color w:val="333333"/>
          <w:sz w:val="19"/>
        </w:rPr>
        <w:t>∠ EDF=180°-65°-65°</w:t>
      </w:r>
    </w:p>
    <w:p>
      <w:pPr>
        <w:spacing w:before="0" w:after="80" w:line="300" w:lineRule="auto"/>
        <w:jc w:val="left"/>
      </w:pPr>
      <w:r>
        <w:rPr>
          <w:rFonts w:ascii="Times New Roman" w:hAnsi="Times New Roman" w:eastAsia="宋体"/>
          <w:b w:val="0"/>
          <w:i w:val="0"/>
          <w:color w:val="333333"/>
          <w:sz w:val="19"/>
        </w:rPr>
        <w:t>=50°.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由三角不等式可得 AP+PB≥ AB。等号成立当且仅当 A、P、B 共线，且 P 位于 A 与 B 之间（包括两个端点）。因此，所求轨迹是从 A 到 B 的线段。</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 inequality gives AP+PB≥ AB. Equality holds exactly when A, P, B are collinear with P between A and B, including the endpoints. Thus the locus is the segment from A to B.</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(2x+y/2)⁻¹ =2/4x+y,</w:t>
      </w:r>
    </w:p>
    <w:p>
      <w:pPr>
        <w:spacing w:before="0" w:after="80" w:line="300" w:lineRule="auto"/>
        <w:jc w:val="left"/>
      </w:pPr>
      <w:r>
        <w:rPr>
          <w:rFonts w:ascii="Times New Roman" w:hAnsi="Times New Roman" w:eastAsia="宋体"/>
          <w:b w:val="0"/>
          <w:i w:val="0"/>
          <w:sz w:val="21"/>
        </w:rPr>
        <w:t>(2x)⁻¹+(y/2)⁻¹ =1/2x+2/y</w:t>
      </w:r>
    </w:p>
    <w:p>
      <w:pPr>
        <w:spacing w:before="0" w:after="80" w:line="300" w:lineRule="auto"/>
        <w:jc w:val="left"/>
      </w:pPr>
      <w:r>
        <w:rPr>
          <w:rFonts w:ascii="Times New Roman" w:hAnsi="Times New Roman" w:eastAsia="宋体"/>
          <w:b w:val="0"/>
          <w:i w:val="0"/>
          <w:sz w:val="21"/>
        </w:rPr>
        <w:t>=y+4x/2xy</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两者的乘积为 1/xy=(xy)⁻¹。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(2x+y/2)⁻¹ =2/4x+y,</w:t>
      </w:r>
    </w:p>
    <w:p>
      <w:pPr>
        <w:spacing w:before="0" w:after="80" w:line="300" w:lineRule="auto"/>
        <w:jc w:val="left"/>
      </w:pPr>
      <w:r>
        <w:rPr>
          <w:rFonts w:ascii="Times New Roman" w:hAnsi="Times New Roman" w:eastAsia="宋体"/>
          <w:b w:val="0"/>
          <w:i w:val="0"/>
          <w:color w:val="333333"/>
          <w:sz w:val="19"/>
        </w:rPr>
        <w:t>(2x)⁻¹+(y/2)⁻¹ =1/2x+2/y</w:t>
      </w:r>
    </w:p>
    <w:p>
      <w:pPr>
        <w:spacing w:before="0" w:after="80" w:line="300" w:lineRule="auto"/>
        <w:jc w:val="left"/>
      </w:pPr>
      <w:r>
        <w:rPr>
          <w:rFonts w:ascii="Times New Roman" w:hAnsi="Times New Roman" w:eastAsia="宋体"/>
          <w:b w:val="0"/>
          <w:i w:val="0"/>
          <w:color w:val="333333"/>
          <w:sz w:val="19"/>
        </w:rPr>
        <w:t>=y+4x/2xy.</w:t>
      </w:r>
    </w:p>
    <w:p>
      <w:pPr>
        <w:spacing w:before="0" w:after="80" w:line="300" w:lineRule="auto"/>
        <w:jc w:val="left"/>
      </w:pPr>
      <w:r>
        <w:rPr>
          <w:rFonts w:ascii="Times New Roman" w:hAnsi="Times New Roman" w:eastAsia="宋体"/>
          <w:b w:val="0"/>
          <w:i w:val="0"/>
          <w:color w:val="333333"/>
          <w:sz w:val="19"/>
        </w:rPr>
        <w:t>Their product is 1/xy=(xy)⁻¹.</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令 u=⁴√(2)。由于</w:t>
      </w:r>
    </w:p>
    <w:p>
      <w:pPr>
        <w:spacing w:before="0" w:after="80" w:line="300" w:lineRule="auto"/>
        <w:jc w:val="left"/>
      </w:pPr>
      <w:r>
        <w:rPr>
          <w:rFonts w:ascii="Times New Roman" w:hAnsi="Times New Roman" w:eastAsia="宋体"/>
          <w:b w:val="0"/>
          <w:i w:val="0"/>
          <w:sz w:val="21"/>
        </w:rPr>
        <w:t>(1-u)(-(1+u)(1+u²))</w:t>
      </w:r>
    </w:p>
    <w:p>
      <w:pPr>
        <w:spacing w:before="0" w:after="80" w:line="300" w:lineRule="auto"/>
        <w:jc w:val="left"/>
      </w:pPr>
      <w:r>
        <w:rPr>
          <w:rFonts w:ascii="Times New Roman" w:hAnsi="Times New Roman" w:eastAsia="宋体"/>
          <w:b w:val="0"/>
          <w:i w:val="0"/>
          <w:sz w:val="21"/>
        </w:rPr>
        <w:t>=-(1-u²)(1+u²)</w:t>
      </w:r>
    </w:p>
    <w:p>
      <w:pPr>
        <w:spacing w:before="0" w:after="80" w:line="300" w:lineRule="auto"/>
        <w:jc w:val="left"/>
      </w:pPr>
      <w:r>
        <w:rPr>
          <w:rFonts w:ascii="Times New Roman" w:hAnsi="Times New Roman" w:eastAsia="宋体"/>
          <w:b w:val="0"/>
          <w:i w:val="0"/>
          <w:sz w:val="21"/>
        </w:rPr>
        <w:t>=u⁴-1=1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t=-(1+⁴√(2))(1+√(2))。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u=⁴√(2). Since</w:t>
      </w:r>
    </w:p>
    <w:p>
      <w:pPr>
        <w:spacing w:before="0" w:after="80" w:line="300" w:lineRule="auto"/>
        <w:jc w:val="left"/>
      </w:pPr>
      <w:r>
        <w:rPr>
          <w:rFonts w:ascii="Times New Roman" w:hAnsi="Times New Roman" w:eastAsia="宋体"/>
          <w:b w:val="0"/>
          <w:i w:val="0"/>
          <w:color w:val="333333"/>
          <w:sz w:val="19"/>
        </w:rPr>
        <w:t>(1-u)(-(1+u)(1+u²))</w:t>
      </w:r>
    </w:p>
    <w:p>
      <w:pPr>
        <w:spacing w:before="0" w:after="80" w:line="300" w:lineRule="auto"/>
        <w:jc w:val="left"/>
      </w:pPr>
      <w:r>
        <w:rPr>
          <w:rFonts w:ascii="Times New Roman" w:hAnsi="Times New Roman" w:eastAsia="宋体"/>
          <w:b w:val="0"/>
          <w:i w:val="0"/>
          <w:color w:val="333333"/>
          <w:sz w:val="19"/>
        </w:rPr>
        <w:t>=-(1-u²)(1+u²)</w:t>
      </w:r>
    </w:p>
    <w:p>
      <w:pPr>
        <w:spacing w:before="0" w:after="80" w:line="300" w:lineRule="auto"/>
        <w:jc w:val="left"/>
      </w:pPr>
      <w:r>
        <w:rPr>
          <w:rFonts w:ascii="Times New Roman" w:hAnsi="Times New Roman" w:eastAsia="宋体"/>
          <w:b w:val="0"/>
          <w:i w:val="0"/>
          <w:color w:val="333333"/>
          <w:sz w:val="19"/>
        </w:rPr>
        <w:t>=u⁴-1=1,</w:t>
      </w:r>
    </w:p>
    <w:p>
      <w:pPr>
        <w:spacing w:before="0" w:after="80" w:line="300" w:lineRule="auto"/>
        <w:jc w:val="left"/>
      </w:pPr>
      <w:r>
        <w:rPr>
          <w:rFonts w:ascii="Times New Roman" w:hAnsi="Times New Roman" w:eastAsia="宋体"/>
          <w:b w:val="0"/>
          <w:i w:val="0"/>
          <w:color w:val="333333"/>
          <w:sz w:val="19"/>
        </w:rPr>
        <w:t>it follows that</w:t>
      </w:r>
    </w:p>
    <w:p>
      <w:pPr>
        <w:spacing w:before="0" w:after="80" w:line="300" w:lineRule="auto"/>
        <w:jc w:val="left"/>
      </w:pPr>
      <w:r>
        <w:rPr>
          <w:rFonts w:ascii="Times New Roman" w:hAnsi="Times New Roman" w:eastAsia="宋体"/>
          <w:b w:val="0"/>
          <w:i w:val="0"/>
          <w:color w:val="333333"/>
          <w:sz w:val="19"/>
        </w:rPr>
        <w:t>t=-(1+⁴√(2))(1+√(2)).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设 r、s、t∈{-1,1} 分别为 a、b、c 的符号，则该式为 r+s+t+rst。三个符号全为正时，式子的值为 4；全为负时，值为 -4。若正负号混合，直接相消可得 0。因此所求集合为 {-4,0,4}。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s, t∈{-1,1} be the signs of a, b, c. The expression is r+s+t+rst. If all three signs are positive it is 4, and if all are negative it is -4. If the signs are mixed, direct cancellation gives 0. Hence the set is {-4,0,4}.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设三条弧 AB、BC、CD 的度数均为 x°，弧 AD 的度数为 y°。于是</w:t>
      </w:r>
    </w:p>
    <w:p>
      <w:pPr>
        <w:spacing w:before="0" w:after="80" w:line="300" w:lineRule="auto"/>
        <w:jc w:val="left"/>
      </w:pPr>
      <w:r>
        <w:rPr>
          <w:rFonts w:ascii="Times New Roman" w:hAnsi="Times New Roman" w:eastAsia="宋体"/>
          <w:b w:val="0"/>
          <w:i w:val="0"/>
          <w:sz w:val="21"/>
        </w:rPr>
        <w:t>3x+y=360,</w:t>
      </w:r>
    </w:p>
    <w:p>
      <w:pPr>
        <w:spacing w:before="0" w:after="80" w:line="300" w:lineRule="auto"/>
        <w:jc w:val="left"/>
      </w:pPr>
      <w:r>
        <w:rPr>
          <w:rFonts w:ascii="Times New Roman" w:hAnsi="Times New Roman" w:eastAsia="宋体"/>
          <w:b w:val="0"/>
          <w:i w:val="0"/>
          <w:sz w:val="21"/>
        </w:rPr>
        <w:t>x-y/2=40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解得 y=30。圆周角 ∠ ACD 所对的弧是 AD，所以其度数为 y/2=15°。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of arcs AB, BC, CD measure x° and let arc AD measure y°. Then</w:t>
      </w:r>
    </w:p>
    <w:p>
      <w:pPr>
        <w:spacing w:before="0" w:after="80" w:line="300" w:lineRule="auto"/>
        <w:jc w:val="left"/>
      </w:pPr>
      <w:r>
        <w:rPr>
          <w:rFonts w:ascii="Times New Roman" w:hAnsi="Times New Roman" w:eastAsia="宋体"/>
          <w:b w:val="0"/>
          <w:i w:val="0"/>
          <w:color w:val="333333"/>
          <w:sz w:val="19"/>
        </w:rPr>
        <w:t>3x+y=360,</w:t>
      </w:r>
    </w:p>
    <w:p>
      <w:pPr>
        <w:spacing w:before="0" w:after="80" w:line="300" w:lineRule="auto"/>
        <w:jc w:val="left"/>
      </w:pPr>
      <w:r>
        <w:rPr>
          <w:rFonts w:ascii="Times New Roman" w:hAnsi="Times New Roman" w:eastAsia="宋体"/>
          <w:b w:val="0"/>
          <w:i w:val="0"/>
          <w:color w:val="333333"/>
          <w:sz w:val="19"/>
        </w:rPr>
        <w:t>x-y/2=40.</w:t>
      </w:r>
    </w:p>
    <w:p>
      <w:pPr>
        <w:spacing w:before="0" w:after="80" w:line="300" w:lineRule="auto"/>
        <w:jc w:val="left"/>
      </w:pPr>
      <w:r>
        <w:rPr>
          <w:rFonts w:ascii="Times New Roman" w:hAnsi="Times New Roman" w:eastAsia="宋体"/>
          <w:b w:val="0"/>
          <w:i w:val="0"/>
          <w:color w:val="333333"/>
          <w:sz w:val="19"/>
        </w:rPr>
        <w:t>Solving gives y=30. The inscribed angle ∠ ACD subtends arc AD, so it measures y/2=15°.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令 x=1，右边便成为所求的系数之和。因此</w:t>
      </w:r>
    </w:p>
    <w:p>
      <w:pPr>
        <w:spacing w:before="0" w:after="80" w:line="300" w:lineRule="auto"/>
        <w:jc w:val="left"/>
      </w:pPr>
      <w:r>
        <w:rPr>
          <w:rFonts w:ascii="Times New Roman" w:hAnsi="Times New Roman" w:eastAsia="宋体"/>
          <w:b w:val="0"/>
          <w:i w:val="0"/>
          <w:sz w:val="21"/>
        </w:rPr>
        <w:t>a₇+a₆+⋯+a₀ =(3·1-1)⁷</w:t>
      </w:r>
    </w:p>
    <w:p>
      <w:pPr>
        <w:spacing w:before="0" w:after="80" w:line="300" w:lineRule="auto"/>
        <w:jc w:val="left"/>
      </w:pPr>
      <w:r>
        <w:rPr>
          <w:rFonts w:ascii="Times New Roman" w:hAnsi="Times New Roman" w:eastAsia="宋体"/>
          <w:b w:val="0"/>
          <w:i w:val="0"/>
          <w:sz w:val="21"/>
        </w:rPr>
        <w:t>=2⁷=128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x=1 makes the right side the desired coefficient sum. Thus</w:t>
      </w:r>
    </w:p>
    <w:p>
      <w:pPr>
        <w:spacing w:before="0" w:after="80" w:line="300" w:lineRule="auto"/>
        <w:jc w:val="left"/>
      </w:pPr>
      <w:r>
        <w:rPr>
          <w:rFonts w:ascii="Times New Roman" w:hAnsi="Times New Roman" w:eastAsia="宋体"/>
          <w:b w:val="0"/>
          <w:i w:val="0"/>
          <w:color w:val="333333"/>
          <w:sz w:val="19"/>
        </w:rPr>
        <w:t>a₇+a₆+⋯+a₀ =(3·1-1)⁷</w:t>
      </w:r>
    </w:p>
    <w:p>
      <w:pPr>
        <w:spacing w:before="0" w:after="80" w:line="300" w:lineRule="auto"/>
        <w:jc w:val="left"/>
      </w:pPr>
      <w:r>
        <w:rPr>
          <w:rFonts w:ascii="Times New Roman" w:hAnsi="Times New Roman" w:eastAsia="宋体"/>
          <w:b w:val="0"/>
          <w:i w:val="0"/>
          <w:color w:val="333333"/>
          <w:sz w:val="19"/>
        </w:rPr>
        <w:t>=2⁷=128.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若 n≤ x&lt; n+1，则 n+1≤ x+1&lt; n+2，所以 I 正确。取 x=y=3/2，可得 [x+y]=3≠2=[x]+[y] 且 [xy]=2≠1=[x][y]。因此 II 和 III 错误。</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x&lt; n+1, then n+1≤ x+1&lt; n+2, so I is true. Taking x=y=3/2 gives [x+y]=3≠2=[x]+[y] and [xy]=2≠1=[x][y]. Thus II and III are false.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设 a 为 Al 的年龄，s 为另外两人的年龄之和。于是 a-s=16，且</w:t>
      </w:r>
    </w:p>
    <w:p>
      <w:pPr>
        <w:spacing w:before="0" w:after="80" w:line="300" w:lineRule="auto"/>
        <w:jc w:val="left"/>
      </w:pPr>
      <w:r>
        <w:rPr>
          <w:rFonts w:ascii="Times New Roman" w:hAnsi="Times New Roman" w:eastAsia="宋体"/>
          <w:b w:val="0"/>
          <w:i w:val="0"/>
          <w:sz w:val="21"/>
        </w:rPr>
        <w:t>1632=a²-s²</w:t>
      </w:r>
    </w:p>
    <w:p>
      <w:pPr>
        <w:spacing w:before="0" w:after="80" w:line="300" w:lineRule="auto"/>
        <w:jc w:val="left"/>
      </w:pPr>
      <w:r>
        <w:rPr>
          <w:rFonts w:ascii="Times New Roman" w:hAnsi="Times New Roman" w:eastAsia="宋体"/>
          <w:b w:val="0"/>
          <w:i w:val="0"/>
          <w:sz w:val="21"/>
        </w:rPr>
        <w:t>=(a-s)(a+s)</w:t>
      </w:r>
    </w:p>
    <w:p>
      <w:pPr>
        <w:spacing w:before="0" w:after="80" w:line="300" w:lineRule="auto"/>
        <w:jc w:val="left"/>
      </w:pPr>
      <w:r>
        <w:rPr>
          <w:rFonts w:ascii="Times New Roman" w:hAnsi="Times New Roman" w:eastAsia="宋体"/>
          <w:b w:val="0"/>
          <w:i w:val="0"/>
          <w:sz w:val="21"/>
        </w:rPr>
        <w:t>=16(a+s)</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因此，所求的总年龄 a+s 为 1632/16=102。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Al’s age and s the sum of the other two ages. Then a-s=16 and</w:t>
      </w:r>
    </w:p>
    <w:p>
      <w:pPr>
        <w:spacing w:before="0" w:after="80" w:line="300" w:lineRule="auto"/>
        <w:jc w:val="left"/>
      </w:pPr>
      <w:r>
        <w:rPr>
          <w:rFonts w:ascii="Times New Roman" w:hAnsi="Times New Roman" w:eastAsia="宋体"/>
          <w:b w:val="0"/>
          <w:i w:val="0"/>
          <w:color w:val="333333"/>
          <w:sz w:val="19"/>
        </w:rPr>
        <w:t>1632=a²-s²</w:t>
      </w:r>
    </w:p>
    <w:p>
      <w:pPr>
        <w:spacing w:before="0" w:after="80" w:line="300" w:lineRule="auto"/>
        <w:jc w:val="left"/>
      </w:pPr>
      <w:r>
        <w:rPr>
          <w:rFonts w:ascii="Times New Roman" w:hAnsi="Times New Roman" w:eastAsia="宋体"/>
          <w:b w:val="0"/>
          <w:i w:val="0"/>
          <w:color w:val="333333"/>
          <w:sz w:val="19"/>
        </w:rPr>
        <w:t>=(a-s)(a+s)</w:t>
      </w:r>
    </w:p>
    <w:p>
      <w:pPr>
        <w:spacing w:before="0" w:after="80" w:line="300" w:lineRule="auto"/>
        <w:jc w:val="left"/>
      </w:pPr>
      <w:r>
        <w:rPr>
          <w:rFonts w:ascii="Times New Roman" w:hAnsi="Times New Roman" w:eastAsia="宋体"/>
          <w:b w:val="0"/>
          <w:i w:val="0"/>
          <w:color w:val="333333"/>
          <w:sz w:val="19"/>
        </w:rPr>
        <w:t>=16(a+s).</w:t>
      </w:r>
    </w:p>
    <w:p>
      <w:pPr>
        <w:spacing w:before="0" w:after="80" w:line="300" w:lineRule="auto"/>
        <w:jc w:val="left"/>
      </w:pPr>
      <w:r>
        <w:rPr>
          <w:rFonts w:ascii="Times New Roman" w:hAnsi="Times New Roman" w:eastAsia="宋体"/>
          <w:b w:val="0"/>
          <w:i w:val="0"/>
          <w:color w:val="333333"/>
          <w:sz w:val="19"/>
        </w:rPr>
        <w:t>Hence the requested total a+s is 1632/16=102.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接下来的各项为 a₃=a₁a₂、a₄=a₁a₂² 和 a₅=a₁²a₂³。若该数列为等比数列，则</w:t>
      </w:r>
    </w:p>
    <w:p>
      <w:pPr>
        <w:spacing w:before="0" w:after="80" w:line="300" w:lineRule="auto"/>
        <w:jc w:val="left"/>
      </w:pPr>
      <w:r>
        <w:rPr>
          <w:rFonts w:ascii="Times New Roman" w:hAnsi="Times New Roman" w:eastAsia="宋体"/>
          <w:b w:val="0"/>
          <w:i w:val="0"/>
          <w:sz w:val="21"/>
        </w:rPr>
        <w:t>a₂/a₁=a₃/a₂=a₁,</w:t>
      </w:r>
    </w:p>
    <w:p>
      <w:pPr>
        <w:spacing w:before="0" w:after="80" w:line="300" w:lineRule="auto"/>
        <w:jc w:val="left"/>
      </w:pPr>
      <w:r>
        <w:rPr>
          <w:rFonts w:ascii="Times New Roman" w:hAnsi="Times New Roman" w:eastAsia="宋体"/>
          <w:b w:val="0"/>
          <w:i w:val="0"/>
          <w:sz w:val="21"/>
        </w:rPr>
        <w:t>a₄/a₃=a₂=a₁</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a₂=a₁²，且 a₂=a₁。由各项为正可知 a₁=a₂=1。反之，这两个初值会产生常数等比数列 1,1,1,…。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next terms are a₃=a₁a₂, a₄=a₁a₂², and a₅=a₁²a₂³. If the sequence is geometric, then</w:t>
      </w:r>
    </w:p>
    <w:p>
      <w:pPr>
        <w:spacing w:before="0" w:after="80" w:line="300" w:lineRule="auto"/>
        <w:jc w:val="left"/>
      </w:pPr>
      <w:r>
        <w:rPr>
          <w:rFonts w:ascii="Times New Roman" w:hAnsi="Times New Roman" w:eastAsia="宋体"/>
          <w:b w:val="0"/>
          <w:i w:val="0"/>
          <w:color w:val="333333"/>
          <w:sz w:val="19"/>
        </w:rPr>
        <w:t>a₂/a₁=a₃/a₂=a₁,</w:t>
      </w:r>
    </w:p>
    <w:p>
      <w:pPr>
        <w:spacing w:before="0" w:after="80" w:line="300" w:lineRule="auto"/>
        <w:jc w:val="left"/>
      </w:pPr>
      <w:r>
        <w:rPr>
          <w:rFonts w:ascii="Times New Roman" w:hAnsi="Times New Roman" w:eastAsia="宋体"/>
          <w:b w:val="0"/>
          <w:i w:val="0"/>
          <w:color w:val="333333"/>
          <w:sz w:val="19"/>
        </w:rPr>
        <w:t>a₄/a₃=a₂=a₁.</w:t>
      </w:r>
    </w:p>
    <w:p>
      <w:pPr>
        <w:spacing w:before="0" w:after="80" w:line="300" w:lineRule="auto"/>
        <w:jc w:val="left"/>
      </w:pPr>
      <w:r>
        <w:rPr>
          <w:rFonts w:ascii="Times New Roman" w:hAnsi="Times New Roman" w:eastAsia="宋体"/>
          <w:b w:val="0"/>
          <w:i w:val="0"/>
          <w:color w:val="333333"/>
          <w:sz w:val="19"/>
        </w:rPr>
        <w:t>Thus a₂=a₁² and a₂=a₁. Positivity forces a₁=a₂=1. Conversely, these initial values produce the constant geometric sequence 1,1,1,….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移项并配成乘积，得到</w:t>
      </w:r>
    </w:p>
    <w:p>
      <w:pPr>
        <w:spacing w:before="0" w:after="80" w:line="300" w:lineRule="auto"/>
        <w:jc w:val="left"/>
      </w:pPr>
      <w:r>
        <w:rPr>
          <w:rFonts w:ascii="Times New Roman" w:hAnsi="Times New Roman" w:eastAsia="宋体"/>
          <w:b w:val="0"/>
          <w:i w:val="0"/>
          <w:sz w:val="21"/>
        </w:rPr>
        <w:t>mn-m-n=0,</w:t>
      </w:r>
    </w:p>
    <w:p>
      <w:pPr>
        <w:spacing w:before="0" w:after="80" w:line="300" w:lineRule="auto"/>
        <w:jc w:val="left"/>
      </w:pPr>
      <w:r>
        <w:rPr>
          <w:rFonts w:ascii="Times New Roman" w:hAnsi="Times New Roman" w:eastAsia="宋体"/>
          <w:b w:val="0"/>
          <w:i w:val="0"/>
          <w:sz w:val="21"/>
        </w:rPr>
        <w:t>(m-1)(n-1)=1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1 的整数因数对为 (1,1) 和 (-1,-1)，分别得到 (m,n)=(2,2) 和 (0,0)。因此共有两个有序整数对。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Rearranging and completing the product gives</w:t>
      </w:r>
    </w:p>
    <w:p>
      <w:pPr>
        <w:spacing w:before="0" w:after="80" w:line="300" w:lineRule="auto"/>
        <w:jc w:val="left"/>
      </w:pPr>
      <w:r>
        <w:rPr>
          <w:rFonts w:ascii="Times New Roman" w:hAnsi="Times New Roman" w:eastAsia="宋体"/>
          <w:b w:val="0"/>
          <w:i w:val="0"/>
          <w:color w:val="333333"/>
          <w:sz w:val="19"/>
        </w:rPr>
        <w:t>mn-m-n=0,</w:t>
      </w:r>
    </w:p>
    <w:p>
      <w:pPr>
        <w:spacing w:before="0" w:after="80" w:line="300" w:lineRule="auto"/>
        <w:jc w:val="left"/>
      </w:pPr>
      <w:r>
        <w:rPr>
          <w:rFonts w:ascii="Times New Roman" w:hAnsi="Times New Roman" w:eastAsia="宋体"/>
          <w:b w:val="0"/>
          <w:i w:val="0"/>
          <w:color w:val="333333"/>
          <w:sz w:val="19"/>
        </w:rPr>
        <w:t>(m-1)(n-1)=1.</w:t>
      </w:r>
    </w:p>
    <w:p>
      <w:pPr>
        <w:spacing w:before="0" w:after="80" w:line="300" w:lineRule="auto"/>
        <w:jc w:val="left"/>
      </w:pPr>
      <w:r>
        <w:rPr>
          <w:rFonts w:ascii="Times New Roman" w:hAnsi="Times New Roman" w:eastAsia="宋体"/>
          <w:b w:val="0"/>
          <w:i w:val="0"/>
          <w:color w:val="333333"/>
          <w:sz w:val="19"/>
        </w:rPr>
        <w:t>The integer factor pairs of 1 are (1,1) and (-1,-1), producing (m,n)=(2,2) and (0,0). Thus there are two ordered pairs.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三个圆心构成边长为 6 的等边三角形，其内切圆半径为 (6√(3))/6=√(3)。外部三角形的每一边都是向外平移三单位后的平行切线，所以外部三角形的内切圆半径为 3+√(3)。内切圆半径为 r 的等边三角形边长为 2√(3)r，因此外部三角形的每条边长为</w:t>
      </w:r>
    </w:p>
    <w:p>
      <w:pPr>
        <w:spacing w:before="0" w:after="80" w:line="300" w:lineRule="auto"/>
        <w:jc w:val="left"/>
      </w:pPr>
      <w:r>
        <w:rPr>
          <w:rFonts w:ascii="Times New Roman" w:hAnsi="Times New Roman" w:eastAsia="宋体"/>
          <w:b w:val="0"/>
          <w:i w:val="0"/>
          <w:sz w:val="21"/>
        </w:rPr>
        <w:t>2√(3)(3+√(3))=6+6√(3)。</w:t>
      </w:r>
    </w:p>
    <w:p>
      <w:pPr>
        <w:spacing w:before="0" w:after="80" w:line="300" w:lineRule="auto"/>
        <w:jc w:val="left"/>
      </w:pPr>
      <w:r>
        <w:rPr>
          <w:rFonts w:ascii="Times New Roman" w:hAnsi="Times New Roman" w:eastAsia="宋体"/>
          <w:b w:val="0"/>
          <w:i w:val="0"/>
          <w:sz w:val="21"/>
        </w:rPr>
        <w:t>周长为 3(6+6√(3))=18+18√(3)。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 centers form an equilateral triangle of side 6, whose inradius is (6√(3))/6=√(3). Each side of the outer triangle is a parallel tangent line three units farther out, so the outer triangle has inradius 3+√(3). An equilateral triangle of inradius r has side 2√(3)r, hence each outer side is</w:t>
      </w:r>
    </w:p>
    <w:p>
      <w:pPr>
        <w:spacing w:before="0" w:after="80" w:line="300" w:lineRule="auto"/>
        <w:jc w:val="left"/>
      </w:pPr>
      <w:r>
        <w:rPr>
          <w:rFonts w:ascii="Times New Roman" w:hAnsi="Times New Roman" w:eastAsia="宋体"/>
          <w:b w:val="0"/>
          <w:i w:val="0"/>
          <w:color w:val="333333"/>
          <w:sz w:val="19"/>
        </w:rPr>
        <w:t>2√(3)(3+√(3))=6+6√(3).</w:t>
      </w:r>
    </w:p>
    <w:p>
      <w:pPr>
        <w:spacing w:before="0" w:after="80" w:line="300" w:lineRule="auto"/>
        <w:jc w:val="left"/>
      </w:pPr>
      <w:r>
        <w:rPr>
          <w:rFonts w:ascii="Times New Roman" w:hAnsi="Times New Roman" w:eastAsia="宋体"/>
          <w:b w:val="0"/>
          <w:i w:val="0"/>
          <w:color w:val="333333"/>
          <w:sz w:val="19"/>
        </w:rPr>
        <w:t>The perimeter is 3(6+6√(3))=18+18√(3).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令 uₙ=iⁿcos(45+90n)°。则</w:t>
      </w:r>
    </w:p>
    <w:p>
      <w:pPr>
        <w:spacing w:before="0" w:after="80" w:line="300" w:lineRule="auto"/>
        <w:jc w:val="left"/>
      </w:pPr>
      <w:r>
        <w:rPr>
          <w:rFonts w:ascii="Times New Roman" w:hAnsi="Times New Roman" w:eastAsia="宋体"/>
          <w:b w:val="0"/>
          <w:i w:val="0"/>
          <w:sz w:val="21"/>
        </w:rPr>
        <w:t>uₙ₊₂ =iⁿ⁺²cos(225+90n)°</w:t>
      </w:r>
    </w:p>
    <w:p>
      <w:pPr>
        <w:spacing w:before="0" w:after="80" w:line="300" w:lineRule="auto"/>
        <w:jc w:val="left"/>
      </w:pPr>
      <w:r>
        <w:rPr>
          <w:rFonts w:ascii="Times New Roman" w:hAnsi="Times New Roman" w:eastAsia="宋体"/>
          <w:b w:val="0"/>
          <w:i w:val="0"/>
          <w:sz w:val="21"/>
        </w:rPr>
        <w:t>=(-iⁿ)(-cos(45+90n)°)</w:t>
      </w:r>
    </w:p>
    <w:p>
      <w:pPr>
        <w:spacing w:before="0" w:after="80" w:line="300" w:lineRule="auto"/>
        <w:jc w:val="left"/>
      </w:pPr>
      <w:r>
        <w:rPr>
          <w:rFonts w:ascii="Times New Roman" w:hAnsi="Times New Roman" w:eastAsia="宋体"/>
          <w:b w:val="0"/>
          <w:i w:val="0"/>
          <w:sz w:val="21"/>
        </w:rPr>
        <w:t>=uₙ</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每个偶数下标的项都等于 (√(2))/2，每个奇数下标的项都等于 -(i√(2))/2。共有 21 个偶数下标和 20 个奇数下标，所以总和为 (√(2))/2(21-20i)。</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uₙ=iⁿcos(45+90n)°. Then</w:t>
      </w:r>
    </w:p>
    <w:p>
      <w:pPr>
        <w:spacing w:before="0" w:after="80" w:line="300" w:lineRule="auto"/>
        <w:jc w:val="left"/>
      </w:pPr>
      <w:r>
        <w:rPr>
          <w:rFonts w:ascii="Times New Roman" w:hAnsi="Times New Roman" w:eastAsia="宋体"/>
          <w:b w:val="0"/>
          <w:i w:val="0"/>
          <w:color w:val="333333"/>
          <w:sz w:val="19"/>
        </w:rPr>
        <w:t>uₙ₊₂ =iⁿ⁺²cos(225+90n)°</w:t>
      </w:r>
    </w:p>
    <w:p>
      <w:pPr>
        <w:spacing w:before="0" w:after="80" w:line="300" w:lineRule="auto"/>
        <w:jc w:val="left"/>
      </w:pPr>
      <w:r>
        <w:rPr>
          <w:rFonts w:ascii="Times New Roman" w:hAnsi="Times New Roman" w:eastAsia="宋体"/>
          <w:b w:val="0"/>
          <w:i w:val="0"/>
          <w:color w:val="333333"/>
          <w:sz w:val="19"/>
        </w:rPr>
        <w:t>=(-iⁿ)(-cos(45+90n)°)</w:t>
      </w:r>
    </w:p>
    <w:p>
      <w:pPr>
        <w:spacing w:before="0" w:after="80" w:line="300" w:lineRule="auto"/>
        <w:jc w:val="left"/>
      </w:pPr>
      <w:r>
        <w:rPr>
          <w:rFonts w:ascii="Times New Roman" w:hAnsi="Times New Roman" w:eastAsia="宋体"/>
          <w:b w:val="0"/>
          <w:i w:val="0"/>
          <w:color w:val="333333"/>
          <w:sz w:val="19"/>
        </w:rPr>
        <w:t>=uₙ.</w:t>
      </w:r>
    </w:p>
    <w:p>
      <w:pPr>
        <w:spacing w:before="0" w:after="80" w:line="300" w:lineRule="auto"/>
        <w:jc w:val="left"/>
      </w:pPr>
      <w:r>
        <w:rPr>
          <w:rFonts w:ascii="Times New Roman" w:hAnsi="Times New Roman" w:eastAsia="宋体"/>
          <w:b w:val="0"/>
          <w:i w:val="0"/>
          <w:color w:val="333333"/>
          <w:sz w:val="19"/>
        </w:rPr>
        <w:t>Every even-indexed term equals (√(2))/2, and every odd-indexed term equals -(i√(2))/2. There are 21 even indices and 20 odd indices, so the sum is (√(2))/2(21-20i).</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可能的集合为 {1,2,3}、{2,3,4}、{3,4,5} 和 {4,5,6}。每个集合都有 3!=6 种排列，因此在 6³=216 个结果中，有 24 个符合条件。所求概率为 24/216=1/9。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possible sets are {1,2,3}, {2,3,4}, {3,4,5}, and {4,5,6}. Each has 3!=6 orderings, so 24 of the 6³=216 outcomes work. The probability is 24/216=1/9.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由换底公式，</w:t>
      </w:r>
    </w:p>
    <w:p>
      <w:pPr>
        <w:spacing w:before="0" w:after="80" w:line="300" w:lineRule="auto"/>
        <w:jc w:val="left"/>
      </w:pPr>
      <w:r>
        <w:rPr>
          <w:rFonts w:ascii="Times New Roman" w:hAnsi="Times New Roman" w:eastAsia="宋体"/>
          <w:b w:val="0"/>
          <w:i w:val="0"/>
          <w:sz w:val="21"/>
        </w:rPr>
        <w:t>y=(log 3)/log2· log4/log3⋯ log32/log31</w:t>
      </w:r>
    </w:p>
    <w:p>
      <w:pPr>
        <w:spacing w:before="0" w:after="80" w:line="300" w:lineRule="auto"/>
        <w:jc w:val="left"/>
      </w:pPr>
      <w:r>
        <w:rPr>
          <w:rFonts w:ascii="Times New Roman" w:hAnsi="Times New Roman" w:eastAsia="宋体"/>
          <w:b w:val="0"/>
          <w:i w:val="0"/>
          <w:sz w:val="21"/>
        </w:rPr>
        <w:t>=log32/log2</w:t>
      </w:r>
    </w:p>
    <w:p>
      <w:pPr>
        <w:spacing w:before="0" w:after="80" w:line="300" w:lineRule="auto"/>
        <w:jc w:val="left"/>
      </w:pPr>
      <w:r>
        <w:rPr>
          <w:rFonts w:ascii="Times New Roman" w:hAnsi="Times New Roman" w:eastAsia="宋体"/>
          <w:b w:val="0"/>
          <w:i w:val="0"/>
          <w:sz w:val="21"/>
        </w:rPr>
        <w:t>=log₂ 32=5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change of base,</w:t>
      </w:r>
    </w:p>
    <w:p>
      <w:pPr>
        <w:spacing w:before="0" w:after="80" w:line="300" w:lineRule="auto"/>
        <w:jc w:val="left"/>
      </w:pPr>
      <w:r>
        <w:rPr>
          <w:rFonts w:ascii="Times New Roman" w:hAnsi="Times New Roman" w:eastAsia="宋体"/>
          <w:b w:val="0"/>
          <w:i w:val="0"/>
          <w:color w:val="333333"/>
          <w:sz w:val="19"/>
        </w:rPr>
        <w:t>y=(log 3)/log2· log4/log3⋯ log32/log31</w:t>
      </w:r>
    </w:p>
    <w:p>
      <w:pPr>
        <w:spacing w:before="0" w:after="80" w:line="300" w:lineRule="auto"/>
        <w:jc w:val="left"/>
      </w:pPr>
      <w:r>
        <w:rPr>
          <w:rFonts w:ascii="Times New Roman" w:hAnsi="Times New Roman" w:eastAsia="宋体"/>
          <w:b w:val="0"/>
          <w:i w:val="0"/>
          <w:color w:val="333333"/>
          <w:sz w:val="19"/>
        </w:rPr>
        <w:t>=log32/log2</w:t>
      </w:r>
    </w:p>
    <w:p>
      <w:pPr>
        <w:spacing w:before="0" w:after="80" w:line="300" w:lineRule="auto"/>
        <w:jc w:val="left"/>
      </w:pPr>
      <w:r>
        <w:rPr>
          <w:rFonts w:ascii="Times New Roman" w:hAnsi="Times New Roman" w:eastAsia="宋体"/>
          <w:b w:val="0"/>
          <w:i w:val="0"/>
          <w:color w:val="333333"/>
          <w:sz w:val="19"/>
        </w:rPr>
        <w:t>=log₂ 32=5.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P 和 Q 都在线段 BE 的垂直平分线上，而 R 和 S 都在线段 DE 的垂直平分线上。由于 B、E、D 共线，这两条垂直平分线平行，所以 PQ∥ RS。同理，Q、R 在线段 CE 的垂直平分线上，S、P 在线段 AE 的垂直平分线上。由于 A、E、C 共线，所以 QR∥ SP。因此 PQRS 始终是平行四边形。</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P and Q lie on the perpendicular bisector of BE, while both R and S lie on the perpendicular bisector of DE. Since B, E, D are collinear, these bisectors are parallel, so PQ∥ RS. Likewise, Q, R lie on the perpendicular bisector of CE, and S, P lie on that of AE. Since A, E, C are collinear, QR∥ SP. Therefore PQRS is always a parallelogram.</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把路径反向，从底部中央的 T 出发拼出 TSETNOC。对于水平移动均向左的一类路径，六步中的每一步都有向上或向左两种选择，因此共有 2⁶=64 条路径。由对称性，水平移动向右的路径也有 64 条。完全竖直的中央路径同时属于两类，所以总数为</w:t>
      </w:r>
    </w:p>
    <w:p>
      <w:pPr>
        <w:spacing w:before="0" w:after="80" w:line="300" w:lineRule="auto"/>
        <w:jc w:val="left"/>
      </w:pPr>
      <w:r>
        <w:rPr>
          <w:rFonts w:ascii="Times New Roman" w:hAnsi="Times New Roman" w:eastAsia="宋体"/>
          <w:b w:val="0"/>
          <w:i w:val="0"/>
          <w:sz w:val="21"/>
        </w:rPr>
        <w:t>64+64-1=127。</w:t>
      </w:r>
    </w:p>
    <w:p>
      <w:pPr>
        <w:spacing w:before="0" w:after="80" w:line="300" w:lineRule="auto"/>
        <w:jc w:val="left"/>
      </w:pPr>
      <w:r>
        <w:rPr>
          <w:rFonts w:ascii="Times New Roman" w:hAnsi="Times New Roman" w:eastAsia="宋体"/>
          <w:b w:val="0"/>
          <w:i w:val="0"/>
          <w:sz w:val="21"/>
        </w:rPr>
        <w:t>这个数不在前四个选项中。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Reverse the paths and spell TSETNOC from the central bottom T. In the family whose horizontal moves go left, each of the six steps has two choices: up or left. This gives 2⁶=64 paths. By symmetry, 64 paths have horizontal moves going right. The all-vertical central path belongs to both families, so the total is</w:t>
      </w:r>
    </w:p>
    <w:p>
      <w:pPr>
        <w:spacing w:before="0" w:after="80" w:line="300" w:lineRule="auto"/>
        <w:jc w:val="left"/>
      </w:pPr>
      <w:r>
        <w:rPr>
          <w:rFonts w:ascii="Times New Roman" w:hAnsi="Times New Roman" w:eastAsia="宋体"/>
          <w:b w:val="0"/>
          <w:i w:val="0"/>
          <w:color w:val="333333"/>
          <w:sz w:val="19"/>
        </w:rPr>
        <w:t>64+64-1=127.</w:t>
      </w:r>
    </w:p>
    <w:p>
      <w:pPr>
        <w:spacing w:before="0" w:after="80" w:line="300" w:lineRule="auto"/>
        <w:jc w:val="left"/>
      </w:pPr>
      <w:r>
        <w:rPr>
          <w:rFonts w:ascii="Times New Roman" w:hAnsi="Times New Roman" w:eastAsia="宋体"/>
          <w:b w:val="0"/>
          <w:i w:val="0"/>
          <w:color w:val="333333"/>
          <w:sz w:val="19"/>
        </w:rPr>
        <w:t>This number is not among the first four choices.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用第一个方程减去第二个方程，得到</w:t>
      </w:r>
    </w:p>
    <w:p>
      <w:pPr>
        <w:spacing w:before="0" w:after="80" w:line="300" w:lineRule="auto"/>
        <w:jc w:val="left"/>
      </w:pPr>
      <w:r>
        <w:rPr>
          <w:rFonts w:ascii="Times New Roman" w:hAnsi="Times New Roman" w:eastAsia="宋体"/>
          <w:b w:val="0"/>
          <w:i w:val="0"/>
          <w:sz w:val="21"/>
        </w:rPr>
        <w:t>(a+1)x+(a+1)</w:t>
      </w:r>
    </w:p>
    <w:p>
      <w:pPr>
        <w:spacing w:before="0" w:after="80" w:line="300" w:lineRule="auto"/>
        <w:jc w:val="left"/>
      </w:pPr>
      <w:r>
        <w:rPr>
          <w:rFonts w:ascii="Times New Roman" w:hAnsi="Times New Roman" w:eastAsia="宋体"/>
          <w:b w:val="0"/>
          <w:i w:val="0"/>
          <w:sz w:val="21"/>
        </w:rPr>
        <w:t>=(a+1)(x+1)=0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若 a=-1，两个方程均化为 x²-x+1=0，它没有实根。否则 x=-1，代入 x²-x-a=0 得 a=2。这个值确实满足条件，所以恰有一个 a 的取值符合要求。</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Subtracting the second equation from the first gives</w:t>
      </w:r>
    </w:p>
    <w:p>
      <w:pPr>
        <w:spacing w:before="0" w:after="80" w:line="300" w:lineRule="auto"/>
        <w:jc w:val="left"/>
      </w:pPr>
      <w:r>
        <w:rPr>
          <w:rFonts w:ascii="Times New Roman" w:hAnsi="Times New Roman" w:eastAsia="宋体"/>
          <w:b w:val="0"/>
          <w:i w:val="0"/>
          <w:color w:val="333333"/>
          <w:sz w:val="19"/>
        </w:rPr>
        <w:t>(a+1)x+(a+1)</w:t>
      </w:r>
    </w:p>
    <w:p>
      <w:pPr>
        <w:spacing w:before="0" w:after="80" w:line="300" w:lineRule="auto"/>
        <w:jc w:val="left"/>
      </w:pPr>
      <w:r>
        <w:rPr>
          <w:rFonts w:ascii="Times New Roman" w:hAnsi="Times New Roman" w:eastAsia="宋体"/>
          <w:b w:val="0"/>
          <w:i w:val="0"/>
          <w:color w:val="333333"/>
          <w:sz w:val="19"/>
        </w:rPr>
        <w:t>=(a+1)(x+1)=0.</w:t>
      </w:r>
    </w:p>
    <w:p>
      <w:pPr>
        <w:spacing w:before="0" w:after="80" w:line="300" w:lineRule="auto"/>
        <w:jc w:val="left"/>
      </w:pPr>
      <w:r>
        <w:rPr>
          <w:rFonts w:ascii="Times New Roman" w:hAnsi="Times New Roman" w:eastAsia="宋体"/>
          <w:b w:val="0"/>
          <w:i w:val="0"/>
          <w:color w:val="333333"/>
          <w:sz w:val="19"/>
        </w:rPr>
        <w:t>If a=-1, the common equation is x²-x+1=0, which has no real roots. Otherwise x=-1, and substitution into x²-x-a=0 gives a=2. This value works, so exactly one value of a qualifies.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令 a=b=0，得到 2f(0)=4f(0)，所以 f(0)=0。现在令 a=0 且 b=x，方程变为</w:t>
      </w:r>
    </w:p>
    <w:p>
      <w:pPr>
        <w:spacing w:before="0" w:after="80" w:line="300" w:lineRule="auto"/>
        <w:jc w:val="left"/>
      </w:pPr>
      <w:r>
        <w:rPr>
          <w:rFonts w:ascii="Times New Roman" w:hAnsi="Times New Roman" w:eastAsia="宋体"/>
          <w:b w:val="0"/>
          <w:i w:val="0"/>
          <w:sz w:val="21"/>
        </w:rPr>
        <w:t>f(x)+f(-x) =2f(0)+2f(x)</w:t>
      </w:r>
    </w:p>
    <w:p>
      <w:pPr>
        <w:spacing w:before="0" w:after="80" w:line="300" w:lineRule="auto"/>
        <w:jc w:val="left"/>
      </w:pPr>
      <w:r>
        <w:rPr>
          <w:rFonts w:ascii="Times New Roman" w:hAnsi="Times New Roman" w:eastAsia="宋体"/>
          <w:b w:val="0"/>
          <w:i w:val="0"/>
          <w:sz w:val="21"/>
        </w:rPr>
        <w:t>=2f(x)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因此对每个实数 x，都有 f(-x)=f(x)。</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a=b=0 gives 2f(0)=4f(0), so f(0)=0. Now set a=0 and b=x. The equation becomes</w:t>
      </w:r>
    </w:p>
    <w:p>
      <w:pPr>
        <w:spacing w:before="0" w:after="80" w:line="300" w:lineRule="auto"/>
        <w:jc w:val="left"/>
      </w:pPr>
      <w:r>
        <w:rPr>
          <w:rFonts w:ascii="Times New Roman" w:hAnsi="Times New Roman" w:eastAsia="宋体"/>
          <w:b w:val="0"/>
          <w:i w:val="0"/>
          <w:color w:val="333333"/>
          <w:sz w:val="19"/>
        </w:rPr>
        <w:t>f(x)+f(-x) =2f(0)+2f(x)</w:t>
      </w:r>
    </w:p>
    <w:p>
      <w:pPr>
        <w:spacing w:before="0" w:after="80" w:line="300" w:lineRule="auto"/>
        <w:jc w:val="left"/>
      </w:pPr>
      <w:r>
        <w:rPr>
          <w:rFonts w:ascii="Times New Roman" w:hAnsi="Times New Roman" w:eastAsia="宋体"/>
          <w:b w:val="0"/>
          <w:i w:val="0"/>
          <w:color w:val="333333"/>
          <w:sz w:val="19"/>
        </w:rPr>
        <w:t>=2f(x),</w:t>
      </w:r>
    </w:p>
    <w:p>
      <w:pPr>
        <w:spacing w:before="0" w:after="80" w:line="300" w:lineRule="auto"/>
        <w:jc w:val="left"/>
      </w:pPr>
      <w:r>
        <w:rPr>
          <w:rFonts w:ascii="Times New Roman" w:hAnsi="Times New Roman" w:eastAsia="宋体"/>
          <w:b w:val="0"/>
          <w:i w:val="0"/>
          <w:color w:val="333333"/>
          <w:sz w:val="19"/>
        </w:rPr>
        <w:t>and hence f(-x)=f(x) for every real 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设 x²+mx+n 的两个根为 u、v。于是 u+v=-m，且 uv=n，而第一个方程的两个根为 u³、v³。因此</w:t>
      </w:r>
    </w:p>
    <w:p>
      <w:pPr>
        <w:spacing w:before="0" w:after="80" w:line="300" w:lineRule="auto"/>
        <w:jc w:val="left"/>
      </w:pPr>
      <w:r>
        <w:rPr>
          <w:rFonts w:ascii="Times New Roman" w:hAnsi="Times New Roman" w:eastAsia="宋体"/>
          <w:b w:val="0"/>
          <w:i w:val="0"/>
          <w:sz w:val="21"/>
        </w:rPr>
        <w:t>-p=u³+v³</w:t>
      </w:r>
    </w:p>
    <w:p>
      <w:pPr>
        <w:spacing w:before="0" w:after="80" w:line="300" w:lineRule="auto"/>
        <w:jc w:val="left"/>
      </w:pPr>
      <w:r>
        <w:rPr>
          <w:rFonts w:ascii="Times New Roman" w:hAnsi="Times New Roman" w:eastAsia="宋体"/>
          <w:b w:val="0"/>
          <w:i w:val="0"/>
          <w:sz w:val="21"/>
        </w:rPr>
        <w:t>=(u+v)³-3uv(u+v)</w:t>
      </w:r>
    </w:p>
    <w:p>
      <w:pPr>
        <w:spacing w:before="0" w:after="80" w:line="300" w:lineRule="auto"/>
        <w:jc w:val="left"/>
      </w:pPr>
      <w:r>
        <w:rPr>
          <w:rFonts w:ascii="Times New Roman" w:hAnsi="Times New Roman" w:eastAsia="宋体"/>
          <w:b w:val="0"/>
          <w:i w:val="0"/>
          <w:sz w:val="21"/>
        </w:rPr>
        <w:t>=-m³+3mn</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p=m³-3mn。</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roots of x²+mx+n be u, v. Then u+v=-m and uv=n, while the roots of the first equation are u³, v³. Thus</w:t>
      </w:r>
    </w:p>
    <w:p>
      <w:pPr>
        <w:spacing w:before="0" w:after="80" w:line="300" w:lineRule="auto"/>
        <w:jc w:val="left"/>
      </w:pPr>
      <w:r>
        <w:rPr>
          <w:rFonts w:ascii="Times New Roman" w:hAnsi="Times New Roman" w:eastAsia="宋体"/>
          <w:b w:val="0"/>
          <w:i w:val="0"/>
          <w:color w:val="333333"/>
          <w:sz w:val="19"/>
        </w:rPr>
        <w:t>-p=u³+v³</w:t>
      </w:r>
    </w:p>
    <w:p>
      <w:pPr>
        <w:spacing w:before="0" w:after="80" w:line="300" w:lineRule="auto"/>
        <w:jc w:val="left"/>
      </w:pPr>
      <w:r>
        <w:rPr>
          <w:rFonts w:ascii="Times New Roman" w:hAnsi="Times New Roman" w:eastAsia="宋体"/>
          <w:b w:val="0"/>
          <w:i w:val="0"/>
          <w:color w:val="333333"/>
          <w:sz w:val="19"/>
        </w:rPr>
        <w:t>=(u+v)³-3uv(u+v)</w:t>
      </w:r>
    </w:p>
    <w:p>
      <w:pPr>
        <w:spacing w:before="0" w:after="80" w:line="300" w:lineRule="auto"/>
        <w:jc w:val="left"/>
      </w:pPr>
      <w:r>
        <w:rPr>
          <w:rFonts w:ascii="Times New Roman" w:hAnsi="Times New Roman" w:eastAsia="宋体"/>
          <w:b w:val="0"/>
          <w:i w:val="0"/>
          <w:color w:val="333333"/>
          <w:sz w:val="19"/>
        </w:rPr>
        <w:t>=-m³+3mn.</w:t>
      </w:r>
    </w:p>
    <w:p>
      <w:pPr>
        <w:spacing w:before="0" w:after="80" w:line="300" w:lineRule="auto"/>
        <w:jc w:val="left"/>
      </w:pPr>
      <w:r>
        <w:rPr>
          <w:rFonts w:ascii="Times New Roman" w:hAnsi="Times New Roman" w:eastAsia="宋体"/>
          <w:b w:val="0"/>
          <w:i w:val="0"/>
          <w:color w:val="333333"/>
          <w:sz w:val="19"/>
        </w:rPr>
        <w:t>Therefore p=m³-3mn.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对 1≤ n≤128，有</w:t>
      </w:r>
    </w:p>
    <w:p>
      <w:pPr>
        <w:spacing w:before="0" w:after="80" w:line="300" w:lineRule="auto"/>
        <w:jc w:val="left"/>
      </w:pPr>
      <w:r>
        <w:rPr>
          <w:rFonts w:ascii="Times New Roman" w:hAnsi="Times New Roman" w:eastAsia="宋体"/>
          <w:b w:val="0"/>
          <w:i w:val="0"/>
          <w:sz w:val="21"/>
        </w:rPr>
        <w:t>1/((2n-1)(2n+1))</w:t>
      </w:r>
    </w:p>
    <w:p>
      <w:pPr>
        <w:spacing w:before="0" w:after="80" w:line="300" w:lineRule="auto"/>
        <w:jc w:val="left"/>
      </w:pPr>
      <w:r>
        <w:rPr>
          <w:rFonts w:ascii="Times New Roman" w:hAnsi="Times New Roman" w:eastAsia="宋体"/>
          <w:b w:val="0"/>
          <w:i w:val="0"/>
          <w:sz w:val="21"/>
        </w:rPr>
        <w:t>=1/(2(2n-1))-1/(2(2n+1))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因此，逐项相消后，原和为</w:t>
      </w:r>
    </w:p>
    <w:p>
      <w:pPr>
        <w:spacing w:before="0" w:after="80" w:line="300" w:lineRule="auto"/>
        <w:jc w:val="left"/>
      </w:pPr>
      <w:r>
        <w:rPr>
          <w:rFonts w:ascii="Times New Roman" w:hAnsi="Times New Roman" w:eastAsia="宋体"/>
          <w:b w:val="0"/>
          <w:i w:val="0"/>
          <w:sz w:val="21"/>
        </w:rPr>
        <w:t>1/2(1-1/257)=128/257。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1≤ n≤128,</w:t>
      </w:r>
    </w:p>
    <w:p>
      <w:pPr>
        <w:spacing w:before="0" w:after="80" w:line="300" w:lineRule="auto"/>
        <w:jc w:val="left"/>
      </w:pPr>
      <w:r>
        <w:rPr>
          <w:rFonts w:ascii="Times New Roman" w:hAnsi="Times New Roman" w:eastAsia="宋体"/>
          <w:b w:val="0"/>
          <w:i w:val="0"/>
          <w:color w:val="333333"/>
          <w:sz w:val="19"/>
        </w:rPr>
        <w:t>1/((2n-1)(2n+1))</w:t>
      </w:r>
    </w:p>
    <w:p>
      <w:pPr>
        <w:spacing w:before="0" w:after="80" w:line="300" w:lineRule="auto"/>
        <w:jc w:val="left"/>
      </w:pPr>
      <w:r>
        <w:rPr>
          <w:rFonts w:ascii="Times New Roman" w:hAnsi="Times New Roman" w:eastAsia="宋体"/>
          <w:b w:val="0"/>
          <w:i w:val="0"/>
          <w:color w:val="333333"/>
          <w:sz w:val="19"/>
        </w:rPr>
        <w:t>=1/(2(2n-1))-1/(2(2n+1)).</w:t>
      </w:r>
    </w:p>
    <w:p>
      <w:pPr>
        <w:spacing w:before="0" w:after="80" w:line="300" w:lineRule="auto"/>
        <w:jc w:val="left"/>
      </w:pPr>
      <w:r>
        <w:rPr>
          <w:rFonts w:ascii="Times New Roman" w:hAnsi="Times New Roman" w:eastAsia="宋体"/>
          <w:b w:val="0"/>
          <w:i w:val="0"/>
          <w:color w:val="333333"/>
          <w:sz w:val="19"/>
        </w:rPr>
        <w:t>Hence the sum telescopes to</w:t>
      </w:r>
    </w:p>
    <w:p>
      <w:pPr>
        <w:spacing w:before="0" w:after="80" w:line="300" w:lineRule="auto"/>
        <w:jc w:val="left"/>
      </w:pPr>
      <w:r>
        <w:rPr>
          <w:rFonts w:ascii="Times New Roman" w:hAnsi="Times New Roman" w:eastAsia="宋体"/>
          <w:b w:val="0"/>
          <w:i w:val="0"/>
          <w:color w:val="333333"/>
          <w:sz w:val="19"/>
        </w:rPr>
        <w:t>1/2(1-1/257)=128/257.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因数 2 比因数 5 多，所以 10 的指数为</w:t>
      </w:r>
    </w:p>
    <w:p>
      <w:pPr>
        <w:spacing w:before="0" w:after="80" w:line="300" w:lineRule="auto"/>
        <w:jc w:val="left"/>
      </w:pPr>
      <w:r>
        <w:rPr>
          <w:rFonts w:ascii="Times New Roman" w:hAnsi="Times New Roman" w:eastAsia="宋体"/>
          <w:b w:val="0"/>
          <w:i w:val="0"/>
          <w:sz w:val="21"/>
        </w:rPr>
        <w:t>n=⌊1005/5⌋+ ⌊1005/25⌋</w:t>
      </w:r>
    </w:p>
    <w:p>
      <w:pPr>
        <w:spacing w:before="0" w:after="80" w:line="300" w:lineRule="auto"/>
        <w:jc w:val="left"/>
      </w:pPr>
      <w:r>
        <w:rPr>
          <w:rFonts w:ascii="Times New Roman" w:hAnsi="Times New Roman" w:eastAsia="宋体"/>
          <w:b w:val="0"/>
          <w:i w:val="0"/>
          <w:sz w:val="21"/>
        </w:rPr>
        <w:t>+⌊1005/125⌋+ ⌊1005/625⌋</w:t>
      </w:r>
    </w:p>
    <w:p>
      <w:pPr>
        <w:spacing w:before="0" w:after="80" w:line="300" w:lineRule="auto"/>
        <w:jc w:val="left"/>
      </w:pPr>
      <w:r>
        <w:rPr>
          <w:rFonts w:ascii="Times New Roman" w:hAnsi="Times New Roman" w:eastAsia="宋体"/>
          <w:b w:val="0"/>
          <w:i w:val="0"/>
          <w:sz w:val="21"/>
        </w:rPr>
        <w:t>=201+40+8+1=250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由于选项中没有 250，正确选项是“以上均不正确”。</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more factors of 2 than of 5, so the exponent of 10 is</w:t>
      </w:r>
    </w:p>
    <w:p>
      <w:pPr>
        <w:spacing w:before="0" w:after="80" w:line="300" w:lineRule="auto"/>
        <w:jc w:val="left"/>
      </w:pPr>
      <w:r>
        <w:rPr>
          <w:rFonts w:ascii="Times New Roman" w:hAnsi="Times New Roman" w:eastAsia="宋体"/>
          <w:b w:val="0"/>
          <w:i w:val="0"/>
          <w:color w:val="333333"/>
          <w:sz w:val="19"/>
        </w:rPr>
        <w:t>n=⌊1005/5⌋+ ⌊1005/25⌋</w:t>
      </w:r>
    </w:p>
    <w:p>
      <w:pPr>
        <w:spacing w:before="0" w:after="80" w:line="300" w:lineRule="auto"/>
        <w:jc w:val="left"/>
      </w:pPr>
      <w:r>
        <w:rPr>
          <w:rFonts w:ascii="Times New Roman" w:hAnsi="Times New Roman" w:eastAsia="宋体"/>
          <w:b w:val="0"/>
          <w:i w:val="0"/>
          <w:color w:val="333333"/>
          <w:sz w:val="19"/>
        </w:rPr>
        <w:t>+⌊1005/125⌋+ ⌊1005/625⌋</w:t>
      </w:r>
    </w:p>
    <w:p>
      <w:pPr>
        <w:spacing w:before="0" w:after="80" w:line="300" w:lineRule="auto"/>
        <w:jc w:val="left"/>
      </w:pPr>
      <w:r>
        <w:rPr>
          <w:rFonts w:ascii="Times New Roman" w:hAnsi="Times New Roman" w:eastAsia="宋体"/>
          <w:b w:val="0"/>
          <w:i w:val="0"/>
          <w:color w:val="333333"/>
          <w:sz w:val="19"/>
        </w:rPr>
        <w:t>=201+40+8+1=250.</w:t>
      </w:r>
    </w:p>
    <w:p>
      <w:pPr>
        <w:spacing w:before="0" w:after="80" w:line="300" w:lineRule="auto"/>
        <w:jc w:val="left"/>
      </w:pPr>
      <w:r>
        <w:rPr>
          <w:rFonts w:ascii="Times New Roman" w:hAnsi="Times New Roman" w:eastAsia="宋体"/>
          <w:b w:val="0"/>
          <w:i w:val="0"/>
          <w:color w:val="333333"/>
          <w:sz w:val="19"/>
        </w:rPr>
        <w:t>Since 250 is not listed, the correct choice is “none of these.”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沿对角线 MP 分割并利用 sinθ≤1，可得 A≤ab+cd/2。同样，沿 NQ 分割可得 A≤ad+bc/2。对于非凸四边形，取两个三角形面积的适当差，这些上界仍然成立。将两式相加，得到</w:t>
      </w:r>
    </w:p>
    <w:p>
      <w:pPr>
        <w:spacing w:before="0" w:after="80" w:line="300" w:lineRule="auto"/>
        <w:jc w:val="left"/>
      </w:pPr>
      <w:r>
        <w:rPr>
          <w:rFonts w:ascii="Times New Roman" w:hAnsi="Times New Roman" w:eastAsia="宋体"/>
          <w:b w:val="0"/>
          <w:i w:val="0"/>
          <w:sz w:val="21"/>
        </w:rPr>
        <w:t>2A≤ab+ad+bc+cd/2</w:t>
      </w:r>
    </w:p>
    <w:p>
      <w:pPr>
        <w:spacing w:before="0" w:after="80" w:line="300" w:lineRule="auto"/>
        <w:jc w:val="left"/>
      </w:pPr>
      <w:r>
        <w:rPr>
          <w:rFonts w:ascii="Times New Roman" w:hAnsi="Times New Roman" w:eastAsia="宋体"/>
          <w:b w:val="0"/>
          <w:i w:val="0"/>
          <w:sz w:val="21"/>
        </w:rPr>
        <w:t>=((a+c)(b+d))/2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即 A≤(a+c/2)(b+d/2)。等号成立要求四个正弦上界全部取等号，因此四个角都是直角；反之，矩形可以取到等号。所以等号成立当且仅当四边形为矩形。</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Splitting along diagonal MP and using sinθ≤1 gives A≤ab+cd/2. Splitting along NQ similarly gives A≤ad+bc/2. These bounds remain valid for a nonconvex quadrilateral by taking the appropriate difference of triangle areas. Adding them yields</w:t>
      </w:r>
    </w:p>
    <w:p>
      <w:pPr>
        <w:spacing w:before="0" w:after="80" w:line="300" w:lineRule="auto"/>
        <w:jc w:val="left"/>
      </w:pPr>
      <w:r>
        <w:rPr>
          <w:rFonts w:ascii="Times New Roman" w:hAnsi="Times New Roman" w:eastAsia="宋体"/>
          <w:b w:val="0"/>
          <w:i w:val="0"/>
          <w:color w:val="333333"/>
          <w:sz w:val="19"/>
        </w:rPr>
        <w:t>2A≤ab+ad+bc+cd/2</w:t>
      </w:r>
    </w:p>
    <w:p>
      <w:pPr>
        <w:spacing w:before="0" w:after="80" w:line="300" w:lineRule="auto"/>
        <w:jc w:val="left"/>
      </w:pPr>
      <w:r>
        <w:rPr>
          <w:rFonts w:ascii="Times New Roman" w:hAnsi="Times New Roman" w:eastAsia="宋体"/>
          <w:b w:val="0"/>
          <w:i w:val="0"/>
          <w:color w:val="333333"/>
          <w:sz w:val="19"/>
        </w:rPr>
        <w:t>=((a+c)(b+d))/2,</w:t>
      </w:r>
    </w:p>
    <w:p>
      <w:pPr>
        <w:spacing w:before="0" w:after="80" w:line="300" w:lineRule="auto"/>
        <w:jc w:val="left"/>
      </w:pPr>
      <w:r>
        <w:rPr>
          <w:rFonts w:ascii="Times New Roman" w:hAnsi="Times New Roman" w:eastAsia="宋体"/>
          <w:b w:val="0"/>
          <w:i w:val="0"/>
          <w:color w:val="333333"/>
          <w:sz w:val="19"/>
        </w:rPr>
        <w:t>or A≤(a+c/2)(b+d/2). Equality requires equality in all four sine bounds, so all four angles are right angles; conversely a rectangle gives equality. Thus the equality holds exactly for rectangles.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对于半径 r，球心为 (r,r,r)，所给点为 (5,5,10)。因此</w:t>
      </w:r>
    </w:p>
    <w:p>
      <w:pPr>
        <w:spacing w:before="0" w:after="80" w:line="300" w:lineRule="auto"/>
        <w:jc w:val="left"/>
      </w:pPr>
      <w:r>
        <w:rPr>
          <w:rFonts w:ascii="Times New Roman" w:hAnsi="Times New Roman" w:eastAsia="宋体"/>
          <w:b w:val="0"/>
          <w:i w:val="0"/>
          <w:sz w:val="21"/>
        </w:rPr>
        <w:t>2(5-r)²+(10-r)²=r²，</w:t>
      </w:r>
    </w:p>
    <w:p>
      <w:pPr>
        <w:spacing w:before="0" w:after="80" w:line="300" w:lineRule="auto"/>
        <w:jc w:val="left"/>
      </w:pPr>
      <w:r>
        <w:rPr>
          <w:rFonts w:ascii="Times New Roman" w:hAnsi="Times New Roman" w:eastAsia="宋体"/>
          <w:b w:val="0"/>
          <w:i w:val="0"/>
          <w:sz w:val="21"/>
        </w:rPr>
        <w:t>化简得 r²-20r+75=0，即 (r-5)(r-15)=0。两个半径分别为 5 和 15，所以直径之和为 2(5+15)=40 英寸。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radius r, the center is (r,r,r) and the given point is (5,5,10). Thus</w:t>
      </w:r>
    </w:p>
    <w:p>
      <w:pPr>
        <w:spacing w:before="0" w:after="80" w:line="300" w:lineRule="auto"/>
        <w:jc w:val="left"/>
      </w:pPr>
      <w:r>
        <w:rPr>
          <w:rFonts w:ascii="Times New Roman" w:hAnsi="Times New Roman" w:eastAsia="宋体"/>
          <w:b w:val="0"/>
          <w:i w:val="0"/>
          <w:color w:val="333333"/>
          <w:sz w:val="19"/>
        </w:rPr>
        <w:t>2(5-r)²+(10-r)²=r²,</w:t>
      </w:r>
    </w:p>
    <w:p>
      <w:pPr>
        <w:spacing w:before="0" w:after="80" w:line="300" w:lineRule="auto"/>
        <w:jc w:val="left"/>
      </w:pPr>
      <w:r>
        <w:rPr>
          <w:rFonts w:ascii="Times New Roman" w:hAnsi="Times New Roman" w:eastAsia="宋体"/>
          <w:b w:val="0"/>
          <w:i w:val="0"/>
          <w:color w:val="333333"/>
          <w:sz w:val="19"/>
        </w:rPr>
        <w:t>which simplifies to r²-20r+75=0, or (r-5)(r-15)=0. The two radii are 5 and 15, so the sum of the diameters is 2(5+15)=40 inches.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A</w:t>
      </w:r>
    </w:p>
    <w:p>
      <w:pPr>
        <w:spacing w:before="0" w:after="80" w:line="300" w:lineRule="auto"/>
        <w:jc w:val="left"/>
      </w:pPr>
      <w:r>
        <w:rPr>
          <w:rFonts w:ascii="Times New Roman" w:hAnsi="Times New Roman" w:eastAsia="宋体"/>
          <w:b w:val="0"/>
          <w:i w:val="0"/>
          <w:sz w:val="21"/>
        </w:rPr>
        <w:t>设 R(x) 为余式，则 deg R≤4。g 的五个根 α 满足 α⁶=1 且 α≠1。因此 α¹²=1，并且</w:t>
      </w:r>
    </w:p>
    <w:p>
      <w:pPr>
        <w:spacing w:before="0" w:after="80" w:line="300" w:lineRule="auto"/>
        <w:jc w:val="left"/>
      </w:pPr>
      <w:r>
        <w:rPr>
          <w:rFonts w:ascii="Times New Roman" w:hAnsi="Times New Roman" w:eastAsia="宋体"/>
          <w:b w:val="0"/>
          <w:i w:val="0"/>
          <w:sz w:val="21"/>
        </w:rPr>
        <w:t>R(α)=g(α¹²)=g(1)=6。</w:t>
      </w:r>
    </w:p>
    <w:p>
      <w:pPr>
        <w:spacing w:before="0" w:after="80" w:line="300" w:lineRule="auto"/>
        <w:jc w:val="left"/>
      </w:pPr>
      <w:r>
        <w:rPr>
          <w:rFonts w:ascii="Times New Roman" w:hAnsi="Times New Roman" w:eastAsia="宋体"/>
          <w:b w:val="0"/>
          <w:i w:val="0"/>
          <w:sz w:val="21"/>
        </w:rPr>
        <w:t>所以次数至多为 4 的多项式 R(x)-6 有五个不同的根。它只能恒为零，因此 R(x)=6。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R(x) be the remainder, so deg R≤4. The five roots α of g satisfy α⁶=1 and α≠1. Hence α¹²=1 and</w:t>
      </w:r>
    </w:p>
    <w:p>
      <w:pPr>
        <w:spacing w:before="0" w:after="80" w:line="300" w:lineRule="auto"/>
        <w:jc w:val="left"/>
      </w:pPr>
      <w:r>
        <w:rPr>
          <w:rFonts w:ascii="Times New Roman" w:hAnsi="Times New Roman" w:eastAsia="宋体"/>
          <w:b w:val="0"/>
          <w:i w:val="0"/>
          <w:color w:val="333333"/>
          <w:sz w:val="19"/>
        </w:rPr>
        <w:t>R(α)=g(α¹²)=g(1)=6.</w:t>
      </w:r>
    </w:p>
    <w:p>
      <w:pPr>
        <w:spacing w:before="0" w:after="80" w:line="300" w:lineRule="auto"/>
        <w:jc w:val="left"/>
      </w:pPr>
      <w:r>
        <w:rPr>
          <w:rFonts w:ascii="Times New Roman" w:hAnsi="Times New Roman" w:eastAsia="宋体"/>
          <w:b w:val="0"/>
          <w:i w:val="0"/>
          <w:color w:val="333333"/>
          <w:sz w:val="19"/>
        </w:rPr>
        <w:t>Therefore R(x)-6, a polynomial of degree at most 4, has five distinct roots. It must be identically zero, so R(x)=6.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B</w:t>
      </w:r>
    </w:p>
    <w:p>
      <w:pPr>
        <w:spacing w:before="0" w:after="80" w:line="300" w:lineRule="auto"/>
        <w:jc w:val="left"/>
      </w:pPr>
      <w:r>
        <w:rPr>
          <w:rFonts w:ascii="Times New Roman" w:hAnsi="Times New Roman" w:eastAsia="宋体"/>
          <w:b w:val="0"/>
          <w:i w:val="0"/>
          <w:sz w:val="21"/>
        </w:rPr>
        <w:t>由柯西－施瓦茨不等式，</w:t>
      </w:r>
    </w:p>
    <w:p>
      <w:pPr>
        <w:spacing w:before="0" w:after="80" w:line="300" w:lineRule="auto"/>
        <w:jc w:val="left"/>
      </w:pPr>
      <w:r>
        <w:rPr>
          <w:rFonts w:ascii="Times New Roman" w:hAnsi="Times New Roman" w:eastAsia="宋体"/>
          <w:b w:val="0"/>
          <w:i w:val="0"/>
          <w:sz w:val="21"/>
        </w:rPr>
        <w:t>(x²+y²+z²)²≤3Q,</w:t>
      </w:r>
    </w:p>
    <w:p>
      <w:pPr>
        <w:spacing w:before="0" w:after="80" w:line="300" w:lineRule="auto"/>
        <w:jc w:val="left"/>
      </w:pPr>
      <w:r>
        <w:rPr>
          <w:rFonts w:ascii="Times New Roman" w:hAnsi="Times New Roman" w:eastAsia="宋体"/>
          <w:b w:val="0"/>
          <w:i w:val="0"/>
          <w:sz w:val="21"/>
        </w:rPr>
        <w:t>Q=x⁴+y⁴+z⁴</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x²=y²=z²≠0 时取等号，所以更小的值都不成立。因此最小整数为 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Cauchy-Schwarz,</w:t>
      </w:r>
    </w:p>
    <w:p>
      <w:pPr>
        <w:spacing w:before="0" w:after="80" w:line="300" w:lineRule="auto"/>
        <w:jc w:val="left"/>
      </w:pPr>
      <w:r>
        <w:rPr>
          <w:rFonts w:ascii="Times New Roman" w:hAnsi="Times New Roman" w:eastAsia="宋体"/>
          <w:b w:val="0"/>
          <w:i w:val="0"/>
          <w:color w:val="333333"/>
          <w:sz w:val="19"/>
        </w:rPr>
        <w:t>(x²+y²+z²)²≤3Q,</w:t>
      </w:r>
    </w:p>
    <w:p>
      <w:pPr>
        <w:spacing w:before="0" w:after="80" w:line="300" w:lineRule="auto"/>
        <w:jc w:val="left"/>
      </w:pPr>
      <w:r>
        <w:rPr>
          <w:rFonts w:ascii="Times New Roman" w:hAnsi="Times New Roman" w:eastAsia="宋体"/>
          <w:b w:val="0"/>
          <w:i w:val="0"/>
          <w:color w:val="333333"/>
          <w:sz w:val="19"/>
        </w:rPr>
        <w:t>Q=x⁴+y⁴+z⁴.</w:t>
      </w:r>
    </w:p>
    <w:p>
      <w:pPr>
        <w:spacing w:before="0" w:after="80" w:line="300" w:lineRule="auto"/>
        <w:jc w:val="left"/>
      </w:pPr>
      <w:r>
        <w:rPr>
          <w:rFonts w:ascii="Times New Roman" w:hAnsi="Times New Roman" w:eastAsia="宋体"/>
          <w:b w:val="0"/>
          <w:i w:val="0"/>
          <w:color w:val="333333"/>
          <w:sz w:val="19"/>
        </w:rPr>
        <w:t>Equality occurs when x²=y²=z²≠0, so no smaller value can work. Thus the smallest integer is 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A</w:t>
      </w:r>
    </w:p>
    <w:p>
      <w:pPr>
        <w:spacing w:before="0" w:after="80" w:line="300" w:lineRule="auto"/>
        <w:jc w:val="left"/>
      </w:pPr>
      <w:r>
        <w:rPr>
          <w:rFonts w:ascii="Times New Roman" w:hAnsi="Times New Roman" w:eastAsia="宋体"/>
          <w:b w:val="0"/>
          <w:i w:val="0"/>
          <w:sz w:val="21"/>
        </w:rPr>
        <w:t>若外接圆半径为 r，则三条弦所对的圆心角分别为 40°、80°、160°。因此</w:t>
      </w:r>
    </w:p>
    <w:p>
      <w:pPr>
        <w:spacing w:before="0" w:after="80" w:line="300" w:lineRule="auto"/>
        <w:jc w:val="left"/>
      </w:pPr>
      <w:r>
        <w:rPr>
          <w:rFonts w:ascii="Times New Roman" w:hAnsi="Times New Roman" w:eastAsia="宋体"/>
          <w:b w:val="0"/>
          <w:i w:val="0"/>
          <w:sz w:val="21"/>
        </w:rPr>
        <w:t>a=2rsin20°,</w:t>
      </w:r>
    </w:p>
    <w:p>
      <w:pPr>
        <w:spacing w:before="0" w:after="80" w:line="300" w:lineRule="auto"/>
        <w:jc w:val="left"/>
      </w:pPr>
      <w:r>
        <w:rPr>
          <w:rFonts w:ascii="Times New Roman" w:hAnsi="Times New Roman" w:eastAsia="宋体"/>
          <w:b w:val="0"/>
          <w:i w:val="0"/>
          <w:sz w:val="21"/>
        </w:rPr>
        <w:t>b=2rsin40°,</w:t>
      </w:r>
    </w:p>
    <w:p>
      <w:pPr>
        <w:spacing w:before="0" w:after="80" w:line="300" w:lineRule="auto"/>
        <w:jc w:val="left"/>
      </w:pPr>
      <w:r>
        <w:rPr>
          <w:rFonts w:ascii="Times New Roman" w:hAnsi="Times New Roman" w:eastAsia="宋体"/>
          <w:b w:val="0"/>
          <w:i w:val="0"/>
          <w:sz w:val="21"/>
        </w:rPr>
        <w:t>d=2rsin80°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由和差化积公式，</w:t>
      </w:r>
    </w:p>
    <w:p>
      <w:pPr>
        <w:spacing w:before="0" w:after="80" w:line="300" w:lineRule="auto"/>
        <w:jc w:val="left"/>
      </w:pPr>
      <w:r>
        <w:rPr>
          <w:rFonts w:ascii="Times New Roman" w:hAnsi="Times New Roman" w:eastAsia="宋体"/>
          <w:b w:val="0"/>
          <w:i w:val="0"/>
          <w:sz w:val="21"/>
        </w:rPr>
        <w:t>sin20°+sin40°</w:t>
      </w:r>
    </w:p>
    <w:p>
      <w:pPr>
        <w:spacing w:before="0" w:after="80" w:line="300" w:lineRule="auto"/>
        <w:jc w:val="left"/>
      </w:pPr>
      <w:r>
        <w:rPr>
          <w:rFonts w:ascii="Times New Roman" w:hAnsi="Times New Roman" w:eastAsia="宋体"/>
          <w:b w:val="0"/>
          <w:i w:val="0"/>
          <w:sz w:val="21"/>
        </w:rPr>
        <w:t>=2sin30°cos10°</w:t>
      </w:r>
    </w:p>
    <w:p>
      <w:pPr>
        <w:spacing w:before="0" w:after="80" w:line="300" w:lineRule="auto"/>
        <w:jc w:val="left"/>
      </w:pPr>
      <w:r>
        <w:rPr>
          <w:rFonts w:ascii="Times New Roman" w:hAnsi="Times New Roman" w:eastAsia="宋体"/>
          <w:b w:val="0"/>
          <w:i w:val="0"/>
          <w:sz w:val="21"/>
        </w:rPr>
        <w:t>=cos10°=sin80°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两边乘以 2r，得到 a+b=d。</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circumradius is r, the three chords subtend central angles 40°, 80°, 160°, respectively. Thus</w:t>
      </w:r>
    </w:p>
    <w:p>
      <w:pPr>
        <w:spacing w:before="0" w:after="80" w:line="300" w:lineRule="auto"/>
        <w:jc w:val="left"/>
      </w:pPr>
      <w:r>
        <w:rPr>
          <w:rFonts w:ascii="Times New Roman" w:hAnsi="Times New Roman" w:eastAsia="宋体"/>
          <w:b w:val="0"/>
          <w:i w:val="0"/>
          <w:color w:val="333333"/>
          <w:sz w:val="19"/>
        </w:rPr>
        <w:t>a=2rsin20°,</w:t>
      </w:r>
    </w:p>
    <w:p>
      <w:pPr>
        <w:spacing w:before="0" w:after="80" w:line="300" w:lineRule="auto"/>
        <w:jc w:val="left"/>
      </w:pPr>
      <w:r>
        <w:rPr>
          <w:rFonts w:ascii="Times New Roman" w:hAnsi="Times New Roman" w:eastAsia="宋体"/>
          <w:b w:val="0"/>
          <w:i w:val="0"/>
          <w:color w:val="333333"/>
          <w:sz w:val="19"/>
        </w:rPr>
        <w:t>b=2rsin40°,</w:t>
      </w:r>
    </w:p>
    <w:p>
      <w:pPr>
        <w:spacing w:before="0" w:after="80" w:line="300" w:lineRule="auto"/>
        <w:jc w:val="left"/>
      </w:pPr>
      <w:r>
        <w:rPr>
          <w:rFonts w:ascii="Times New Roman" w:hAnsi="Times New Roman" w:eastAsia="宋体"/>
          <w:b w:val="0"/>
          <w:i w:val="0"/>
          <w:color w:val="333333"/>
          <w:sz w:val="19"/>
        </w:rPr>
        <w:t>d=2rsin80°.</w:t>
      </w:r>
    </w:p>
    <w:p>
      <w:pPr>
        <w:spacing w:before="0" w:after="80" w:line="300" w:lineRule="auto"/>
        <w:jc w:val="left"/>
      </w:pPr>
      <w:r>
        <w:rPr>
          <w:rFonts w:ascii="Times New Roman" w:hAnsi="Times New Roman" w:eastAsia="宋体"/>
          <w:b w:val="0"/>
          <w:i w:val="0"/>
          <w:color w:val="333333"/>
          <w:sz w:val="19"/>
        </w:rPr>
        <w:t>The sum-to-product identity gives</w:t>
      </w:r>
    </w:p>
    <w:p>
      <w:pPr>
        <w:spacing w:before="0" w:after="80" w:line="300" w:lineRule="auto"/>
        <w:jc w:val="left"/>
      </w:pPr>
      <w:r>
        <w:rPr>
          <w:rFonts w:ascii="Times New Roman" w:hAnsi="Times New Roman" w:eastAsia="宋体"/>
          <w:b w:val="0"/>
          <w:i w:val="0"/>
          <w:color w:val="333333"/>
          <w:sz w:val="19"/>
        </w:rPr>
        <w:t>sin20°+sin40°</w:t>
      </w:r>
    </w:p>
    <w:p>
      <w:pPr>
        <w:spacing w:before="0" w:after="80" w:line="300" w:lineRule="auto"/>
        <w:jc w:val="left"/>
      </w:pPr>
      <w:r>
        <w:rPr>
          <w:rFonts w:ascii="Times New Roman" w:hAnsi="Times New Roman" w:eastAsia="宋体"/>
          <w:b w:val="0"/>
          <w:i w:val="0"/>
          <w:color w:val="333333"/>
          <w:sz w:val="19"/>
        </w:rPr>
        <w:t>=2sin30°cos10°</w:t>
      </w:r>
    </w:p>
    <w:p>
      <w:pPr>
        <w:spacing w:before="0" w:after="80" w:line="300" w:lineRule="auto"/>
        <w:jc w:val="left"/>
      </w:pPr>
      <w:r>
        <w:rPr>
          <w:rFonts w:ascii="Times New Roman" w:hAnsi="Times New Roman" w:eastAsia="宋体"/>
          <w:b w:val="0"/>
          <w:i w:val="0"/>
          <w:color w:val="333333"/>
          <w:sz w:val="19"/>
        </w:rPr>
        <w:t>=cos10°=sin80°.</w:t>
      </w:r>
    </w:p>
    <w:p>
      <w:pPr>
        <w:spacing w:before="0" w:after="80" w:line="300" w:lineRule="auto"/>
        <w:jc w:val="left"/>
      </w:pPr>
      <w:r>
        <w:rPr>
          <w:rFonts w:ascii="Times New Roman" w:hAnsi="Times New Roman" w:eastAsia="宋体"/>
          <w:b w:val="0"/>
          <w:i w:val="0"/>
          <w:color w:val="333333"/>
          <w:sz w:val="19"/>
        </w:rPr>
        <w:t>Multiplying by 2r yields a+b=d.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