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1976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从一中减去 (1-x) 的倒数，所得结果等于 (1-x) 的倒数，则 x 等于</w:t>
      </w:r>
    </w:p>
    <w:p>
      <w:pPr>
        <w:spacing w:before="0" w:after="120" w:line="300" w:lineRule="auto"/>
      </w:pPr>
      <w:r>
        <w:rPr>
          <w:rFonts w:ascii="Times New Roman" w:hAnsi="Times New Roman" w:eastAsia="宋体"/>
          <w:b w:val="0"/>
          <w:i w:val="0"/>
          <w:sz w:val="21"/>
        </w:rPr>
        <w:t>（A）-2　　（B）-1　　（C）1/2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one minus the reciprocal of (1-x) equals the reciprocal of (1-x), then x equals</w:t>
      </w:r>
    </w:p>
    <w:p>
      <w:pPr>
        <w:spacing w:before="0" w:after="160" w:line="300" w:lineRule="auto"/>
      </w:pPr>
      <w:r>
        <w:rPr>
          <w:rFonts w:ascii="Times New Roman" w:hAnsi="Times New Roman" w:eastAsia="宋体"/>
          <w:b w:val="0"/>
          <w:i w:val="0"/>
          <w:color w:val="333333"/>
          <w:sz w:val="19"/>
        </w:rPr>
        <w:t>(A) -2　　(B) -1　　(C) 1/2　　(D) 2　　(E) 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有多少个实数 x 能使 √(-(x+1)²) 为实数？</w:t>
      </w:r>
    </w:p>
    <w:p>
      <w:pPr>
        <w:spacing w:before="0" w:after="120" w:line="300" w:lineRule="auto"/>
      </w:pPr>
      <w:r>
        <w:rPr>
          <w:rFonts w:ascii="Times New Roman" w:hAnsi="Times New Roman" w:eastAsia="宋体"/>
          <w:b w:val="0"/>
          <w:i w:val="0"/>
          <w:sz w:val="21"/>
        </w:rPr>
        <w:t>（A）没有　　（B）一个　　（C）两个　　（D）大于两个的有限个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real numbers x is √(-(x+1)²) a real number?</w:t>
      </w:r>
    </w:p>
    <w:p>
      <w:pPr>
        <w:spacing w:before="0" w:after="160" w:line="300" w:lineRule="auto"/>
      </w:pPr>
      <w:r>
        <w:rPr>
          <w:rFonts w:ascii="Times New Roman" w:hAnsi="Times New Roman" w:eastAsia="宋体"/>
          <w:b w:val="0"/>
          <w:i w:val="0"/>
          <w:color w:val="333333"/>
          <w:sz w:val="19"/>
        </w:rPr>
        <w:t>(A) none　　(B) one　　(C) two　　(D) a finite number greater than two　　(E) infinitely many</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边长为二的正方形中，从一个顶点到四条边的中点的距离之和为</w:t>
      </w:r>
    </w:p>
    <w:p>
      <w:pPr>
        <w:spacing w:before="0" w:after="120" w:line="300" w:lineRule="auto"/>
      </w:pPr>
      <w:r>
        <w:rPr>
          <w:rFonts w:ascii="Times New Roman" w:hAnsi="Times New Roman" w:eastAsia="宋体"/>
          <w:b w:val="0"/>
          <w:i w:val="0"/>
          <w:sz w:val="21"/>
        </w:rPr>
        <w:t>（A）2√(5)　　（B）2+√(3)　　（C）2+2√(3)　　（D）2+√(5)　　（E）2+2√(5)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distances from one vertex of a square with sides of length two to the midpoints of each of the sides of the square is</w:t>
      </w:r>
    </w:p>
    <w:p>
      <w:pPr>
        <w:spacing w:before="0" w:after="160" w:line="300" w:lineRule="auto"/>
      </w:pPr>
      <w:r>
        <w:rPr>
          <w:rFonts w:ascii="Times New Roman" w:hAnsi="Times New Roman" w:eastAsia="宋体"/>
          <w:b w:val="0"/>
          <w:i w:val="0"/>
          <w:color w:val="333333"/>
          <w:sz w:val="19"/>
        </w:rPr>
        <w:t>(A) 2√(5)　　(B) 2+√(3)　　(C) 2+2√(3)　　(D) 2+√(5)　　(E) 2+2√(5)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一个有 n 项的等比数列首项为一、公比为 r、和为 s，其中 r 和 s 均不为零。把原数列的每一项替换为其倒数后所得等比数列的和为</w:t>
      </w:r>
    </w:p>
    <w:p>
      <w:pPr>
        <w:spacing w:before="0" w:after="120" w:line="300" w:lineRule="auto"/>
      </w:pPr>
      <w:r>
        <w:rPr>
          <w:rFonts w:ascii="Times New Roman" w:hAnsi="Times New Roman" w:eastAsia="宋体"/>
          <w:b w:val="0"/>
          <w:i w:val="0"/>
          <w:sz w:val="21"/>
        </w:rPr>
        <w:t>（A）1/s　　（B）1/rⁿs　　（C）s/(rⁿ⁻¹)　　（D）rⁿ/s　　（E）(rⁿ⁻¹)/s</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geometric progression with n terms have first term one, common ratio r and sum s, where r and s are not zero. The sum of the geometric progression formed by replacing each term of the original progression by its reciprocal is</w:t>
      </w:r>
    </w:p>
    <w:p>
      <w:pPr>
        <w:spacing w:before="0" w:after="160" w:line="300" w:lineRule="auto"/>
      </w:pPr>
      <w:r>
        <w:rPr>
          <w:rFonts w:ascii="Times New Roman" w:hAnsi="Times New Roman" w:eastAsia="宋体"/>
          <w:b w:val="0"/>
          <w:i w:val="0"/>
          <w:color w:val="333333"/>
          <w:sz w:val="19"/>
        </w:rPr>
        <w:t>(A) 1/s　　(B) 1/rⁿs　　(C) s/(rⁿ⁻¹)　　(D) rⁿ/s　　(E) (rⁿ⁻¹)/s</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在大于十且小于一百的整数中，若用十进制表示，把各位数字颠倒后会增加九的有多少个？</w:t>
      </w:r>
    </w:p>
    <w:p>
      <w:pPr>
        <w:spacing w:before="0" w:after="120" w:line="300" w:lineRule="auto"/>
      </w:pPr>
      <w:r>
        <w:rPr>
          <w:rFonts w:ascii="Times New Roman" w:hAnsi="Times New Roman" w:eastAsia="宋体"/>
          <w:b w:val="0"/>
          <w:i w:val="0"/>
          <w:sz w:val="21"/>
        </w:rPr>
        <w:t>（A）0　　（B）1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integers greater than ten and less than one hundred, written in base ten notation, are increased by nine when their digits are reversed?</w:t>
      </w:r>
    </w:p>
    <w:p>
      <w:pPr>
        <w:spacing w:before="0" w:after="160" w:line="300" w:lineRule="auto"/>
      </w:pPr>
      <w:r>
        <w:rPr>
          <w:rFonts w:ascii="Times New Roman" w:hAnsi="Times New Roman" w:eastAsia="宋体"/>
          <w:b w:val="0"/>
          <w:i w:val="0"/>
          <w:color w:val="333333"/>
          <w:sz w:val="19"/>
        </w:rPr>
        <w:t>(A) 0　　(B) 1　　(C) 8　　(D) 9　　(E) 10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设 c 为实数。若方程 x²-3x+c=0 的某个解的相反数是方程 x²+3x-c=0 的一个解，则 x²-3x+c=0 的两个解为</w:t>
      </w:r>
    </w:p>
    <w:p>
      <w:pPr>
        <w:spacing w:before="0" w:after="120" w:line="300" w:lineRule="auto"/>
      </w:pPr>
      <w:r>
        <w:rPr>
          <w:rFonts w:ascii="Times New Roman" w:hAnsi="Times New Roman" w:eastAsia="宋体"/>
          <w:b w:val="0"/>
          <w:i w:val="0"/>
          <w:sz w:val="21"/>
        </w:rPr>
        <w:t>（A）1，2　　（B）-1，-2　　（C）0，3　　（D）0，-3　　（E）3/2，3/2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c is a real number and the negative of one of the solutions of x²-3x+c=0 is a solution of x²+3x-c=0, then the solutions of x²-3x+c=0 are</w:t>
      </w:r>
    </w:p>
    <w:p>
      <w:pPr>
        <w:spacing w:before="0" w:after="160" w:line="300" w:lineRule="auto"/>
      </w:pPr>
      <w:r>
        <w:rPr>
          <w:rFonts w:ascii="Times New Roman" w:hAnsi="Times New Roman" w:eastAsia="宋体"/>
          <w:b w:val="0"/>
          <w:i w:val="0"/>
          <w:color w:val="333333"/>
          <w:sz w:val="19"/>
        </w:rPr>
        <w:t>(A) 1, 2　　(B) -1, -2　　(C) 0, 3　　(D) 0, -3　　(E) 3/2, 3/2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 x 为实数，则 (1-|x|)(1+x) 为正数的充要条件是</w:t>
      </w:r>
    </w:p>
    <w:p>
      <w:pPr>
        <w:spacing w:before="0" w:after="120" w:line="300" w:lineRule="auto"/>
      </w:pPr>
      <w:r>
        <w:rPr>
          <w:rFonts w:ascii="Times New Roman" w:hAnsi="Times New Roman" w:eastAsia="宋体"/>
          <w:b w:val="0"/>
          <w:i w:val="0"/>
          <w:sz w:val="21"/>
        </w:rPr>
        <w:t>（A）|x|&lt;1　　（B）x&lt;1　　（C）|x|&gt;1　　（D）x&lt;-1　　（E）x&lt;-1 或 -1&lt; x&lt;1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a real number, then the quantity (1-|x|)(1+x) is positive if and only if</w:t>
      </w:r>
    </w:p>
    <w:p>
      <w:pPr>
        <w:spacing w:before="0" w:after="160" w:line="300" w:lineRule="auto"/>
      </w:pPr>
      <w:r>
        <w:rPr>
          <w:rFonts w:ascii="Times New Roman" w:hAnsi="Times New Roman" w:eastAsia="宋体"/>
          <w:b w:val="0"/>
          <w:i w:val="0"/>
          <w:color w:val="333333"/>
          <w:sz w:val="19"/>
        </w:rPr>
        <w:t>(A) |x|&lt;1　　(B) x&lt;1　　(C) |x|&gt;1　　(D) x&lt;-1　　(E) x&lt;-1 or -1&lt; x&lt;1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在平面上随机选取一点，其两个直角坐标都是绝对值不超过四的整数，且所有这样的点被选中的概率相同。该点到原点的距离不超过两个单位的概率是多少？</w:t>
      </w:r>
    </w:p>
    <w:p>
      <w:pPr>
        <w:spacing w:before="0" w:after="120" w:line="300" w:lineRule="auto"/>
      </w:pPr>
      <w:r>
        <w:rPr>
          <w:rFonts w:ascii="Times New Roman" w:hAnsi="Times New Roman" w:eastAsia="宋体"/>
          <w:b w:val="0"/>
          <w:i w:val="0"/>
          <w:sz w:val="21"/>
        </w:rPr>
        <w:t>（A）13/81　　（B）15/81　　（C）13/64　　（D）π/16　　（E）某个有理数的平方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in the plane, both of whose rectangular coordinates are integers with absolute value less than or equal to four, is chosen at random, with all such points having an equal probability of being chosen. What is the probability that the distance from the point to the origin is at most two units?</w:t>
      </w:r>
    </w:p>
    <w:p>
      <w:pPr>
        <w:spacing w:before="0" w:after="160" w:line="300" w:lineRule="auto"/>
      </w:pPr>
      <w:r>
        <w:rPr>
          <w:rFonts w:ascii="Times New Roman" w:hAnsi="Times New Roman" w:eastAsia="宋体"/>
          <w:b w:val="0"/>
          <w:i w:val="0"/>
          <w:color w:val="333333"/>
          <w:sz w:val="19"/>
        </w:rPr>
        <w:t>(A) 13/81　　(B) 15/81　　(C) 13/64　　(D) π/16　　(E) the square of a rational number</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在三角形 ABC 中，D 是 AB 的中点，E 是 DB 的中点，F 是 BC 的中点。若 △ ABC 的面积为 96，则 △ AEF 的面积为</w:t>
      </w:r>
    </w:p>
    <w:p>
      <w:pPr>
        <w:spacing w:before="0" w:after="120" w:line="300" w:lineRule="auto"/>
      </w:pPr>
      <w:r>
        <w:rPr>
          <w:rFonts w:ascii="Times New Roman" w:hAnsi="Times New Roman" w:eastAsia="宋体"/>
          <w:b w:val="0"/>
          <w:i w:val="0"/>
          <w:sz w:val="21"/>
        </w:rPr>
        <w:t>（A）16　　（B）24　　（C）32　　（D）36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D is the midpoint of AB; E is the midpoint of DB; and F is the midpoint of BC. If the area of △ ABC is 96, then the area of △ AEF is</w:t>
      </w:r>
    </w:p>
    <w:p>
      <w:pPr>
        <w:spacing w:before="0" w:after="160" w:line="300" w:lineRule="auto"/>
      </w:pPr>
      <w:r>
        <w:rPr>
          <w:rFonts w:ascii="Times New Roman" w:hAnsi="Times New Roman" w:eastAsia="宋体"/>
          <w:b w:val="0"/>
          <w:i w:val="0"/>
          <w:color w:val="333333"/>
          <w:sz w:val="19"/>
        </w:rPr>
        <w:t>(A) 16　　(B) 24　　(C) 32　　(D) 36　　(E) 48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若 m、n、p 和 q 都是实数，且 f(x)=mx+n、g(x)=px+q，则方程 f(g(x))=g(f(x)) 有解的充要条件为</w:t>
      </w:r>
    </w:p>
    <w:p>
      <w:pPr>
        <w:spacing w:before="0" w:after="120" w:line="300" w:lineRule="auto"/>
      </w:pPr>
      <w:r>
        <w:rPr>
          <w:rFonts w:ascii="Times New Roman" w:hAnsi="Times New Roman" w:eastAsia="宋体"/>
          <w:b w:val="0"/>
          <w:i w:val="0"/>
          <w:sz w:val="21"/>
        </w:rPr>
        <w:t>（A）任意 m、n、p、q 均可　　（B）m=p 且 n=q　　（C）mq-np=0　　（D）n(1-p)-q(1-m)=0　　（E）(1-n)(1-p) -(1-q)(1-m)=0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 n, p and q are real numbers and f(x)=mx+n and g(x)=px+q, then the equation f(g(x))=g(f(x)) has a solution</w:t>
      </w:r>
    </w:p>
    <w:p>
      <w:pPr>
        <w:spacing w:before="0" w:after="160" w:line="300" w:lineRule="auto"/>
      </w:pPr>
      <w:r>
        <w:rPr>
          <w:rFonts w:ascii="Times New Roman" w:hAnsi="Times New Roman" w:eastAsia="宋体"/>
          <w:b w:val="0"/>
          <w:i w:val="0"/>
          <w:color w:val="333333"/>
          <w:sz w:val="19"/>
        </w:rPr>
        <w:t>(A) for all choices of m, n, p and q　　(B) if and only if m=p and n=q　　(C) if and only if mq-np=0　　(D) if and only if n(1-p)-q(1-m)=0　　(E) if and only if (1-n)(1-p) -(1-q)(1-m)=0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下列哪些陈述与“如果阿尔法行星上的粉红色大象长着紫色眼睛，那么贝塔行星上的野猪就没有长鼻子”这一陈述等价？</w:t>
      </w:r>
    </w:p>
    <w:p>
      <w:pPr>
        <w:spacing w:before="0" w:after="80" w:line="300" w:lineRule="auto"/>
        <w:jc w:val="left"/>
      </w:pPr>
      <w:r>
        <w:rPr>
          <w:rFonts w:ascii="Times New Roman" w:hAnsi="Times New Roman" w:eastAsia="宋体"/>
          <w:b w:val="0"/>
          <w:i w:val="0"/>
          <w:sz w:val="21"/>
        </w:rPr>
        <w:t>I．“如果贝塔行星上的野猪长着长鼻子，那么阿尔法行星上的粉红色大象就长着紫色眼睛。”</w:t>
      </w:r>
    </w:p>
    <w:p>
      <w:pPr>
        <w:spacing w:before="0" w:after="80" w:line="300" w:lineRule="auto"/>
        <w:jc w:val="left"/>
      </w:pPr>
      <w:r>
        <w:rPr>
          <w:rFonts w:ascii="Times New Roman" w:hAnsi="Times New Roman" w:eastAsia="宋体"/>
          <w:b w:val="0"/>
          <w:i w:val="0"/>
          <w:sz w:val="21"/>
        </w:rPr>
        <w:t>II．“如果阿尔法行星上的粉红色大象没有紫色眼睛，那么贝塔行星上的野猪就没有长鼻子。”</w:t>
      </w:r>
    </w:p>
    <w:p>
      <w:pPr>
        <w:spacing w:before="0" w:after="80" w:line="300" w:lineRule="auto"/>
        <w:jc w:val="left"/>
      </w:pPr>
      <w:r>
        <w:rPr>
          <w:rFonts w:ascii="Times New Roman" w:hAnsi="Times New Roman" w:eastAsia="宋体"/>
          <w:b w:val="0"/>
          <w:i w:val="0"/>
          <w:sz w:val="21"/>
        </w:rPr>
        <w:t>III．“如果贝塔行星上的野猪长着长鼻子，那么阿尔法行星上的粉红色大象就没有紫色眼睛。”</w:t>
      </w:r>
    </w:p>
    <w:p>
      <w:pPr>
        <w:spacing w:before="0" w:after="80" w:line="300" w:lineRule="auto"/>
        <w:jc w:val="left"/>
      </w:pPr>
      <w:r>
        <w:rPr>
          <w:rFonts w:ascii="Times New Roman" w:hAnsi="Times New Roman" w:eastAsia="宋体"/>
          <w:b w:val="0"/>
          <w:i w:val="0"/>
          <w:sz w:val="21"/>
        </w:rPr>
        <w:t>IV．“阿尔法行星上的粉红色大象没有紫色眼睛，或者贝塔行星上的野猪没有长鼻子。”</w:t>
      </w:r>
    </w:p>
    <w:p>
      <w:pPr>
        <w:spacing w:before="0" w:after="80" w:line="300" w:lineRule="auto"/>
        <w:jc w:val="left"/>
      </w:pPr>
      <w:r>
        <w:rPr>
          <w:rFonts w:ascii="Times New Roman" w:hAnsi="Times New Roman" w:eastAsia="宋体"/>
          <w:b w:val="0"/>
          <w:i/>
          <w:sz w:val="21"/>
        </w:rPr>
        <w:t>这里的“或者”取包含式的含义（数学写作中通常如此）。</w:t>
      </w:r>
    </w:p>
    <w:p>
      <w:pPr>
        <w:spacing w:before="0" w:after="120" w:line="300" w:lineRule="auto"/>
      </w:pPr>
      <w:r>
        <w:rPr>
          <w:rFonts w:ascii="Times New Roman" w:hAnsi="Times New Roman" w:eastAsia="宋体"/>
          <w:b w:val="0"/>
          <w:i w:val="0"/>
          <w:sz w:val="21"/>
        </w:rPr>
        <w:t>（A）仅 I 和 III　　（B）仅 III 和 IV　　（C）仅 II 和 IV　　（D）仅 II 和 III　　（E）仅 III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statements is (are) equivalent to the statement “If the pink elephant on planet alpha has purple eyes, then the wild pig on planet beta does not have a long nose”?</w:t>
      </w:r>
    </w:p>
    <w:p>
      <w:pPr>
        <w:spacing w:before="0" w:after="80" w:line="300" w:lineRule="auto"/>
        <w:jc w:val="left"/>
      </w:pPr>
      <w:r>
        <w:rPr>
          <w:rFonts w:ascii="Times New Roman" w:hAnsi="Times New Roman" w:eastAsia="宋体"/>
          <w:b w:val="0"/>
          <w:i w:val="0"/>
          <w:color w:val="333333"/>
          <w:sz w:val="19"/>
        </w:rPr>
        <w:t>I. “If the wild pig on planet beta has a long nose, then the pink elephant on planet alpha has purple eyes.”</w:t>
      </w:r>
    </w:p>
    <w:p>
      <w:pPr>
        <w:spacing w:before="0" w:after="80" w:line="300" w:lineRule="auto"/>
        <w:jc w:val="left"/>
      </w:pPr>
      <w:r>
        <w:rPr>
          <w:rFonts w:ascii="Times New Roman" w:hAnsi="Times New Roman" w:eastAsia="宋体"/>
          <w:b w:val="0"/>
          <w:i w:val="0"/>
          <w:color w:val="333333"/>
          <w:sz w:val="19"/>
        </w:rPr>
        <w:t>II. “If the pink elephant on planet alpha does not have purple eyes, then the wild pig on planet beta does not have a long nose.”</w:t>
      </w:r>
    </w:p>
    <w:p>
      <w:pPr>
        <w:spacing w:before="0" w:after="80" w:line="300" w:lineRule="auto"/>
        <w:jc w:val="left"/>
      </w:pPr>
      <w:r>
        <w:rPr>
          <w:rFonts w:ascii="Times New Roman" w:hAnsi="Times New Roman" w:eastAsia="宋体"/>
          <w:b w:val="0"/>
          <w:i w:val="0"/>
          <w:color w:val="333333"/>
          <w:sz w:val="19"/>
        </w:rPr>
        <w:t>III. “If the wild pig on planet beta has a long nose, then the pink elephant on planet alpha does not have purple eyes.”</w:t>
      </w:r>
    </w:p>
    <w:p>
      <w:pPr>
        <w:spacing w:before="0" w:after="80" w:line="300" w:lineRule="auto"/>
        <w:jc w:val="left"/>
      </w:pPr>
      <w:r>
        <w:rPr>
          <w:rFonts w:ascii="Times New Roman" w:hAnsi="Times New Roman" w:eastAsia="宋体"/>
          <w:b w:val="0"/>
          <w:i w:val="0"/>
          <w:color w:val="333333"/>
          <w:sz w:val="19"/>
        </w:rPr>
        <w:t>IV. “The pink elephant on planet alpha does not have purple eyes, or the wild pig on planet beta does not have a long nose.”</w:t>
      </w:r>
    </w:p>
    <w:p>
      <w:pPr>
        <w:spacing w:before="0" w:after="80" w:line="300" w:lineRule="auto"/>
        <w:jc w:val="left"/>
      </w:pPr>
      <w:r>
        <w:rPr>
          <w:rFonts w:ascii="Times New Roman" w:hAnsi="Times New Roman" w:eastAsia="宋体"/>
          <w:b w:val="0"/>
          <w:i/>
          <w:color w:val="333333"/>
          <w:sz w:val="19"/>
        </w:rPr>
        <w:t>The word “or” is used here in the inclusive sense (as is customary in mathematical writing).</w:t>
      </w:r>
    </w:p>
    <w:p>
      <w:pPr>
        <w:spacing w:before="0" w:after="160" w:line="300" w:lineRule="auto"/>
      </w:pPr>
      <w:r>
        <w:rPr>
          <w:rFonts w:ascii="Times New Roman" w:hAnsi="Times New Roman" w:eastAsia="宋体"/>
          <w:b w:val="0"/>
          <w:i w:val="0"/>
          <w:color w:val="333333"/>
          <w:sz w:val="19"/>
        </w:rPr>
        <w:t>(A) I and III only　　(B) III and IV only　　(C) II and IV only　　(D) II and III only　　(E) III only</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一家超市有 128 箱苹果。每箱至少有 120 个苹果，至多有 144 个苹果。至少有 n 箱装有相同数量的苹果一定成立时，n 的最大整数值是多少？</w:t>
      </w:r>
    </w:p>
    <w:p>
      <w:pPr>
        <w:spacing w:before="0" w:after="120" w:line="300" w:lineRule="auto"/>
      </w:pPr>
      <w:r>
        <w:rPr>
          <w:rFonts w:ascii="Times New Roman" w:hAnsi="Times New Roman" w:eastAsia="宋体"/>
          <w:b w:val="0"/>
          <w:i w:val="0"/>
          <w:sz w:val="21"/>
        </w:rPr>
        <w:t>（A）4　　（B）5　　（C）6　　（D）24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supermarket has 128 crates of apples. Each crate contains at least 120 apples and at most 144 apples. What is the largest integer n such that there must be at least n crates containing the same number of apples?</w:t>
      </w:r>
    </w:p>
    <w:p>
      <w:pPr>
        <w:spacing w:before="0" w:after="160" w:line="300" w:lineRule="auto"/>
      </w:pPr>
      <w:r>
        <w:rPr>
          <w:rFonts w:ascii="Times New Roman" w:hAnsi="Times New Roman" w:eastAsia="宋体"/>
          <w:b w:val="0"/>
          <w:i w:val="0"/>
          <w:color w:val="333333"/>
          <w:sz w:val="19"/>
        </w:rPr>
        <w:t>(A) 4　　(B) 5　　(C) 6　　(D) 24　　(E) 25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如果 x 头奶牛在 x+2 天内产出 x+1 罐牛奶，那么 x+3 头奶牛产出 x+5 罐牛奶需要多少天？</w:t>
      </w:r>
    </w:p>
    <w:p>
      <w:pPr>
        <w:spacing w:before="0" w:after="120" w:line="300" w:lineRule="auto"/>
      </w:pPr>
      <w:r>
        <w:rPr>
          <w:rFonts w:ascii="Times New Roman" w:hAnsi="Times New Roman" w:eastAsia="宋体"/>
          <w:b w:val="0"/>
          <w:i w:val="0"/>
          <w:sz w:val="21"/>
        </w:rPr>
        <w:t>（A）(x(x+2)(x+5))/((x+1)(x+3))　　（B）(x(x+1)(x+5))/((x+2)(x+3))　　（C）((x+1)(x+3)(x+5))/(x(x+2))　　（D）((x+1)(x+3))/(x(x+2)(x+5))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cows give x+1 cans of milk in x+2 days, how many days will it take x+3 cows to give x+5 cans of milk?</w:t>
      </w:r>
    </w:p>
    <w:p>
      <w:pPr>
        <w:spacing w:before="0" w:after="160" w:line="300" w:lineRule="auto"/>
      </w:pPr>
      <w:r>
        <w:rPr>
          <w:rFonts w:ascii="Times New Roman" w:hAnsi="Times New Roman" w:eastAsia="宋体"/>
          <w:b w:val="0"/>
          <w:i w:val="0"/>
          <w:color w:val="333333"/>
          <w:sz w:val="19"/>
        </w:rPr>
        <w:t>(A) (x(x+2)(x+5))/((x+1)(x+3))　　(B) (x(x+1)(x+5))/((x+2)(x+3))　　(C) ((x+1)(x+3)(x+5))/(x(x+2))　　(D) ((x+1)(x+3))/(x(x+2)(x+5))　　(E) none of these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一个凸多边形的各内角度数成等差数列。若最小角为 100°，最大角为 140°，则该多边形的边数为</w:t>
      </w:r>
    </w:p>
    <w:p>
      <w:pPr>
        <w:spacing w:before="0" w:after="120" w:line="300" w:lineRule="auto"/>
      </w:pPr>
      <w:r>
        <w:rPr>
          <w:rFonts w:ascii="Times New Roman" w:hAnsi="Times New Roman" w:eastAsia="宋体"/>
          <w:b w:val="0"/>
          <w:i w:val="0"/>
          <w:sz w:val="21"/>
        </w:rPr>
        <w:t>（A）6　　（B）8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measures of the interior angles of a convex polygon are in arithmetic progression. If the smallest angle is 100° and the largest angle is 140°, then the number of sides the polygon has is</w:t>
      </w:r>
    </w:p>
    <w:p>
      <w:pPr>
        <w:spacing w:before="0" w:after="160" w:line="300" w:lineRule="auto"/>
      </w:pPr>
      <w:r>
        <w:rPr>
          <w:rFonts w:ascii="Times New Roman" w:hAnsi="Times New Roman" w:eastAsia="宋体"/>
          <w:b w:val="0"/>
          <w:i w:val="0"/>
          <w:color w:val="333333"/>
          <w:sz w:val="19"/>
        </w:rPr>
        <w:t>(A) 6　　(B) 8　　(C) 10　　(D) 11　　(E) 12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用整数 d 分别除 1059、1417 和 2312，所得余数均为 r，其中 d 大于一。则 d-r 等于</w:t>
      </w:r>
    </w:p>
    <w:p>
      <w:pPr>
        <w:spacing w:before="0" w:after="120" w:line="300" w:lineRule="auto"/>
      </w:pPr>
      <w:r>
        <w:rPr>
          <w:rFonts w:ascii="Times New Roman" w:hAnsi="Times New Roman" w:eastAsia="宋体"/>
          <w:b w:val="0"/>
          <w:i w:val="0"/>
          <w:sz w:val="21"/>
        </w:rPr>
        <w:t>（A）1　　（B）15　　（C）179　　（D）d-15　　（E）d-1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 is the remainder when each of the numbers 1059, 1417 and 2312 is divided by d, where d is an integer greater than one, then d-r equals</w:t>
      </w:r>
    </w:p>
    <w:p>
      <w:pPr>
        <w:spacing w:before="0" w:after="160" w:line="300" w:lineRule="auto"/>
      </w:pPr>
      <w:r>
        <w:rPr>
          <w:rFonts w:ascii="Times New Roman" w:hAnsi="Times New Roman" w:eastAsia="宋体"/>
          <w:b w:val="0"/>
          <w:i w:val="0"/>
          <w:color w:val="333333"/>
          <w:sz w:val="19"/>
        </w:rPr>
        <w:t>(A) 1　　(B) 15　　(C) 179　　(D) d-15　　(E) d-1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在三角形 ABC 和 DEF 中，边长 AC、BC、DF 和 EF 都相等。AB 的长度是 △ DEF 中从 F 到 DE 的高的两倍。下列哪些陈述正确？</w:t>
      </w:r>
    </w:p>
    <w:p>
      <w:pPr>
        <w:spacing w:before="0" w:after="80" w:line="300" w:lineRule="auto"/>
        <w:jc w:val="left"/>
      </w:pPr>
      <w:r>
        <w:rPr>
          <w:rFonts w:ascii="Times New Roman" w:hAnsi="Times New Roman" w:eastAsia="宋体"/>
          <w:b w:val="0"/>
          <w:i w:val="0"/>
          <w:sz w:val="21"/>
        </w:rPr>
        <w:t>I．∠ ACB 与 ∠ DFE 必须互余。</w:t>
      </w:r>
    </w:p>
    <w:p>
      <w:pPr>
        <w:spacing w:before="0" w:after="80" w:line="300" w:lineRule="auto"/>
        <w:jc w:val="left"/>
      </w:pPr>
      <w:r>
        <w:rPr>
          <w:rFonts w:ascii="Times New Roman" w:hAnsi="Times New Roman" w:eastAsia="宋体"/>
          <w:b w:val="0"/>
          <w:i w:val="0"/>
          <w:sz w:val="21"/>
        </w:rPr>
        <w:t>II．∠ ACB 与 ∠ DFE 必须互补。</w:t>
      </w:r>
    </w:p>
    <w:p>
      <w:pPr>
        <w:spacing w:before="0" w:after="80" w:line="300" w:lineRule="auto"/>
        <w:jc w:val="left"/>
      </w:pPr>
      <w:r>
        <w:rPr>
          <w:rFonts w:ascii="Times New Roman" w:hAnsi="Times New Roman" w:eastAsia="宋体"/>
          <w:b w:val="0"/>
          <w:i w:val="0"/>
          <w:sz w:val="21"/>
        </w:rPr>
        <w:t>III．△ ABC 的面积必须等于 △ DEF 的面积。</w:t>
      </w:r>
    </w:p>
    <w:p>
      <w:pPr>
        <w:spacing w:before="0" w:after="80" w:line="300" w:lineRule="auto"/>
        <w:jc w:val="left"/>
      </w:pPr>
      <w:r>
        <w:rPr>
          <w:rFonts w:ascii="Times New Roman" w:hAnsi="Times New Roman" w:eastAsia="宋体"/>
          <w:b w:val="0"/>
          <w:i w:val="0"/>
          <w:sz w:val="21"/>
        </w:rPr>
        <w:t>IV．△ ABC 的面积必须等于 △ DEF 面积的两倍。</w:t>
      </w:r>
    </w:p>
    <w:p>
      <w:pPr>
        <w:spacing w:before="0" w:after="120" w:line="300" w:lineRule="auto"/>
      </w:pPr>
      <w:r>
        <w:rPr>
          <w:rFonts w:ascii="Times New Roman" w:hAnsi="Times New Roman" w:eastAsia="宋体"/>
          <w:b w:val="0"/>
          <w:i w:val="0"/>
          <w:sz w:val="21"/>
        </w:rPr>
        <w:t>（A）仅 II　　（B）仅 III　　（C）仅 IV　　（D）仅 I 和 III　　（E）仅 II 和 III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triangles ABC and DEF, lengths AC, BC, DF and EF are all equal. Length AB is twice the length of the altitude of △ DEF from F to DE. Which of the following statements is (are) true?</w:t>
      </w:r>
    </w:p>
    <w:p>
      <w:pPr>
        <w:spacing w:before="0" w:after="80" w:line="300" w:lineRule="auto"/>
        <w:jc w:val="left"/>
      </w:pPr>
      <w:r>
        <w:rPr>
          <w:rFonts w:ascii="Times New Roman" w:hAnsi="Times New Roman" w:eastAsia="宋体"/>
          <w:b w:val="0"/>
          <w:i w:val="0"/>
          <w:color w:val="333333"/>
          <w:sz w:val="19"/>
        </w:rPr>
        <w:t>I. ∠ ACB and ∠ DFE must be complementary.</w:t>
      </w:r>
    </w:p>
    <w:p>
      <w:pPr>
        <w:spacing w:before="0" w:after="80" w:line="300" w:lineRule="auto"/>
        <w:jc w:val="left"/>
      </w:pPr>
      <w:r>
        <w:rPr>
          <w:rFonts w:ascii="Times New Roman" w:hAnsi="Times New Roman" w:eastAsia="宋体"/>
          <w:b w:val="0"/>
          <w:i w:val="0"/>
          <w:color w:val="333333"/>
          <w:sz w:val="19"/>
        </w:rPr>
        <w:t>II. ∠ ACB and ∠ DFE must be supplementary.</w:t>
      </w:r>
    </w:p>
    <w:p>
      <w:pPr>
        <w:spacing w:before="0" w:after="80" w:line="300" w:lineRule="auto"/>
        <w:jc w:val="left"/>
      </w:pPr>
      <w:r>
        <w:rPr>
          <w:rFonts w:ascii="Times New Roman" w:hAnsi="Times New Roman" w:eastAsia="宋体"/>
          <w:b w:val="0"/>
          <w:i w:val="0"/>
          <w:color w:val="333333"/>
          <w:sz w:val="19"/>
        </w:rPr>
        <w:t>III. The area of △ ABC must equal the area of △ DEF.</w:t>
      </w:r>
    </w:p>
    <w:p>
      <w:pPr>
        <w:spacing w:before="0" w:after="80" w:line="300" w:lineRule="auto"/>
        <w:jc w:val="left"/>
      </w:pPr>
      <w:r>
        <w:rPr>
          <w:rFonts w:ascii="Times New Roman" w:hAnsi="Times New Roman" w:eastAsia="宋体"/>
          <w:b w:val="0"/>
          <w:i w:val="0"/>
          <w:color w:val="333333"/>
          <w:sz w:val="19"/>
        </w:rPr>
        <w:t>IV. The area of △ ABC must equal twice the area of △ DEF.</w:t>
      </w:r>
    </w:p>
    <w:p>
      <w:pPr>
        <w:spacing w:before="0" w:after="160" w:line="300" w:lineRule="auto"/>
      </w:pPr>
      <w:r>
        <w:rPr>
          <w:rFonts w:ascii="Times New Roman" w:hAnsi="Times New Roman" w:eastAsia="宋体"/>
          <w:b w:val="0"/>
          <w:i w:val="0"/>
          <w:color w:val="333333"/>
          <w:sz w:val="19"/>
        </w:rPr>
        <w:t>(A) II only　　(B) III only　　(C) IV only　　(D) I and III only　　(E) II and III only</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θ 是锐角，且 sin2θ=a，则 sinθ+cosθ 等于</w:t>
      </w:r>
    </w:p>
    <w:p>
      <w:pPr>
        <w:spacing w:before="0" w:after="120" w:line="300" w:lineRule="auto"/>
      </w:pPr>
      <w:r>
        <w:rPr>
          <w:rFonts w:ascii="Times New Roman" w:hAnsi="Times New Roman" w:eastAsia="宋体"/>
          <w:b w:val="0"/>
          <w:i w:val="0"/>
          <w:sz w:val="21"/>
        </w:rPr>
        <w:t>（A）√(a+1)　　（B）(√(2)-1)a+1　　（C）√(a+1)-√(a²-a)　　（D）√(a+1)+√(a²-a)　　（E）√(a+1)+a²-a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θ is an acute angle and sin2θ=a, then sinθ+cosθ equals</w:t>
      </w:r>
    </w:p>
    <w:p>
      <w:pPr>
        <w:spacing w:before="0" w:after="160" w:line="300" w:lineRule="auto"/>
      </w:pPr>
      <w:r>
        <w:rPr>
          <w:rFonts w:ascii="Times New Roman" w:hAnsi="Times New Roman" w:eastAsia="宋体"/>
          <w:b w:val="0"/>
          <w:i w:val="0"/>
          <w:color w:val="333333"/>
          <w:sz w:val="19"/>
        </w:rPr>
        <w:t>(A) √(a+1)　　(B) (√(2)-1)a+1　　(C) √(a+1)-√(a²-a)　　(D) √(a+1)+√(a²-a)　　(E) √(a+1)+a²-a</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在所附图中，AB 在 A 点与圆心为 O 的圆相切；点 D 在圆内；DB 与圆交于 C。若 BC=DC=3、OD=2、AB=6，则圆的半径为</w:t>
      </w:r>
    </w:p>
    <w:p>
      <w:pPr>
        <w:spacing w:before="80" w:after="80"/>
        <w:jc w:val="center"/>
      </w:pPr>
      <w:r>
        <w:drawing>
          <wp:inline xmlns:a="http://schemas.openxmlformats.org/drawingml/2006/main" xmlns:pic="http://schemas.openxmlformats.org/drawingml/2006/picture">
            <wp:extent cx="3782792" cy="2789895"/>
            <wp:docPr id="1" name="Picture 1"/>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3782792" cy="2789895"/>
                    </a:xfrm>
                    <a:prstGeom prst="rect"/>
                  </pic:spPr>
                </pic:pic>
              </a:graphicData>
            </a:graphic>
          </wp:inline>
        </w:drawing>
      </w:r>
    </w:p>
    <w:p>
      <w:pPr>
        <w:spacing w:before="0" w:after="120" w:line="300" w:lineRule="auto"/>
      </w:pPr>
      <w:r>
        <w:rPr>
          <w:rFonts w:ascii="Times New Roman" w:hAnsi="Times New Roman" w:eastAsia="宋体"/>
          <w:b w:val="0"/>
          <w:i w:val="0"/>
          <w:sz w:val="21"/>
        </w:rPr>
        <w:t>（A）3+√(3)　　（B）15/π　　（C）9/2　　（D）2√(6)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AB is tangent at A to the circle with center O; point D is interior to the circle; and DB intersects the circle at C. If BC=DC=3, OD=2 and AB=6, then the radius of the circle is</w:t>
      </w:r>
    </w:p>
    <w:p>
      <w:pPr>
        <w:spacing w:before="80" w:after="80"/>
        <w:jc w:val="center"/>
      </w:pPr>
      <w:r>
        <w:drawing>
          <wp:inline xmlns:a="http://schemas.openxmlformats.org/drawingml/2006/main" xmlns:pic="http://schemas.openxmlformats.org/drawingml/2006/picture">
            <wp:extent cx="3782792" cy="2789895"/>
            <wp:docPr id="2" name="Picture 2"/>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3782792" cy="27898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3+√(3)　　(B) 15/π　　(C) 9/2　　(D) 2√(6)　　(E) √(22)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多项式 p(x) 除以 x-1 的余数为三，除以 x-3 的余数为五。p(x) 除以 (x-1)(x-3) 的余数为</w:t>
      </w:r>
    </w:p>
    <w:p>
      <w:pPr>
        <w:spacing w:before="0" w:after="120" w:line="300" w:lineRule="auto"/>
      </w:pPr>
      <w:r>
        <w:rPr>
          <w:rFonts w:ascii="Times New Roman" w:hAnsi="Times New Roman" w:eastAsia="宋体"/>
          <w:b w:val="0"/>
          <w:i w:val="0"/>
          <w:sz w:val="21"/>
        </w:rPr>
        <w:t>（A）x-2　　（B）x+2　　（C）2　　（D）8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polynomial p(x) has remainder three when divided by x-1 and remainder five when divided by x-3. The remainder when p(x) is divided by (x-1)(x-3) is</w:t>
      </w:r>
    </w:p>
    <w:p>
      <w:pPr>
        <w:spacing w:before="0" w:after="160" w:line="300" w:lineRule="auto"/>
      </w:pPr>
      <w:r>
        <w:rPr>
          <w:rFonts w:ascii="Times New Roman" w:hAnsi="Times New Roman" w:eastAsia="宋体"/>
          <w:b w:val="0"/>
          <w:i w:val="0"/>
          <w:color w:val="333333"/>
          <w:sz w:val="19"/>
        </w:rPr>
        <w:t>(A) x-2　　(B) x+2　　(C) 2　　(D) 8　　(E) 15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a、b 和 x 是不等于一的正实数。则</w:t>
      </w:r>
    </w:p>
    <w:p>
      <w:pPr>
        <w:spacing w:before="0" w:after="80" w:line="300" w:lineRule="auto"/>
        <w:jc w:val="left"/>
      </w:pPr>
      <w:r>
        <w:rPr>
          <w:rFonts w:ascii="Times New Roman" w:hAnsi="Times New Roman" w:eastAsia="宋体"/>
          <w:b w:val="0"/>
          <w:i w:val="0"/>
          <w:sz w:val="21"/>
        </w:rPr>
        <w:t>4(logₐ x)²+3(log_(b) x)²</w:t>
      </w:r>
    </w:p>
    <w:p>
      <w:pPr>
        <w:spacing w:before="0" w:after="80" w:line="300" w:lineRule="auto"/>
        <w:jc w:val="left"/>
      </w:pPr>
      <w:r>
        <w:rPr>
          <w:rFonts w:ascii="Times New Roman" w:hAnsi="Times New Roman" w:eastAsia="宋体"/>
          <w:b w:val="0"/>
          <w:i w:val="0"/>
          <w:sz w:val="21"/>
        </w:rPr>
        <w:t>=8(logₐ x)(log_(b) x)</w:t>
      </w:r>
    </w:p>
    <w:p>
      <w:pPr>
        <w:spacing w:before="0" w:after="120" w:line="300" w:lineRule="auto"/>
      </w:pPr>
      <w:r>
        <w:rPr>
          <w:rFonts w:ascii="Times New Roman" w:hAnsi="Times New Roman" w:eastAsia="宋体"/>
          <w:b w:val="0"/>
          <w:i w:val="0"/>
          <w:sz w:val="21"/>
        </w:rPr>
        <w:t>（A）对所有 a、b、x 均成立　　（B）当且仅当 a=b²　　（C）当且仅当 b=a²　　（D）当且仅当 x=ab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x be positive real numbers distinct from one. Then</w:t>
      </w:r>
    </w:p>
    <w:p>
      <w:pPr>
        <w:spacing w:before="0" w:after="80" w:line="300" w:lineRule="auto"/>
        <w:jc w:val="left"/>
      </w:pPr>
      <w:r>
        <w:rPr>
          <w:rFonts w:ascii="Times New Roman" w:hAnsi="Times New Roman" w:eastAsia="宋体"/>
          <w:b w:val="0"/>
          <w:i w:val="0"/>
          <w:color w:val="333333"/>
          <w:sz w:val="19"/>
        </w:rPr>
        <w:t>4(logₐ x)²+3(log_(b) x)²</w:t>
      </w:r>
    </w:p>
    <w:p>
      <w:pPr>
        <w:spacing w:before="0" w:after="80" w:line="300" w:lineRule="auto"/>
        <w:jc w:val="left"/>
      </w:pPr>
      <w:r>
        <w:rPr>
          <w:rFonts w:ascii="Times New Roman" w:hAnsi="Times New Roman" w:eastAsia="宋体"/>
          <w:b w:val="0"/>
          <w:i w:val="0"/>
          <w:color w:val="333333"/>
          <w:sz w:val="19"/>
        </w:rPr>
        <w:t>=8(logₐ x)(log_(b) x)</w:t>
      </w:r>
    </w:p>
    <w:p>
      <w:pPr>
        <w:spacing w:before="0" w:after="160" w:line="300" w:lineRule="auto"/>
      </w:pPr>
      <w:r>
        <w:rPr>
          <w:rFonts w:ascii="Times New Roman" w:hAnsi="Times New Roman" w:eastAsia="宋体"/>
          <w:b w:val="0"/>
          <w:i w:val="0"/>
          <w:color w:val="333333"/>
          <w:sz w:val="19"/>
        </w:rPr>
        <w:t>(A) for all values of a, b and x　　(B) if and only if a=b²　　(C) if and only if b=a²　　(D) if and only if x=ab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使乘积</w:t>
      </w:r>
    </w:p>
    <w:p>
      <w:pPr>
        <w:spacing w:before="0" w:after="80" w:line="300" w:lineRule="auto"/>
        <w:jc w:val="left"/>
      </w:pPr>
      <w:r>
        <w:rPr>
          <w:rFonts w:ascii="Times New Roman" w:hAnsi="Times New Roman" w:eastAsia="宋体"/>
          <w:b w:val="0"/>
          <w:i w:val="0"/>
          <w:sz w:val="21"/>
        </w:rPr>
        <w:t>2^(1/7)2^(3/7)⋯2^(2n+1/7)</w:t>
      </w:r>
    </w:p>
    <w:p>
      <w:pPr>
        <w:spacing w:before="0" w:after="80" w:line="300" w:lineRule="auto"/>
        <w:jc w:val="left"/>
      </w:pPr>
      <w:r>
        <w:rPr>
          <w:rFonts w:ascii="Times New Roman" w:hAnsi="Times New Roman" w:eastAsia="宋体"/>
          <w:b w:val="0"/>
          <w:i w:val="0"/>
          <w:sz w:val="21"/>
        </w:rPr>
        <w:t>大于 1000 的最小正奇数 n 是多少？（在这个乘积中，各指数的分母均为七，分子是从 1 到 2n+1 的连续奇数。）</w:t>
      </w:r>
    </w:p>
    <w:p>
      <w:pPr>
        <w:spacing w:before="0" w:after="120" w:line="300" w:lineRule="auto"/>
      </w:pPr>
      <w:r>
        <w:rPr>
          <w:rFonts w:ascii="Times New Roman" w:hAnsi="Times New Roman" w:eastAsia="宋体"/>
          <w:b w:val="0"/>
          <w:i w:val="0"/>
          <w:sz w:val="21"/>
        </w:rPr>
        <w:t>（A）7　　（B）9　　（C）11　　（D）17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positive odd integer n such that the product</w:t>
      </w:r>
    </w:p>
    <w:p>
      <w:pPr>
        <w:spacing w:before="0" w:after="80" w:line="300" w:lineRule="auto"/>
        <w:jc w:val="left"/>
      </w:pPr>
      <w:r>
        <w:rPr>
          <w:rFonts w:ascii="Times New Roman" w:hAnsi="Times New Roman" w:eastAsia="宋体"/>
          <w:b w:val="0"/>
          <w:i w:val="0"/>
          <w:color w:val="333333"/>
          <w:sz w:val="19"/>
        </w:rPr>
        <w:t>2^(1/7)2^(3/7)⋯2^(2n+1/7)</w:t>
      </w:r>
    </w:p>
    <w:p>
      <w:pPr>
        <w:spacing w:before="0" w:after="80" w:line="300" w:lineRule="auto"/>
        <w:jc w:val="left"/>
      </w:pPr>
      <w:r>
        <w:rPr>
          <w:rFonts w:ascii="Times New Roman" w:hAnsi="Times New Roman" w:eastAsia="宋体"/>
          <w:b w:val="0"/>
          <w:i w:val="0"/>
          <w:color w:val="333333"/>
          <w:sz w:val="19"/>
        </w:rPr>
        <w:t>is greater than 1000? (In the product the denominators of the exponents are all sevens, and the numerators are the successive odd integers from 1 to 2n+1.)</w:t>
      </w:r>
    </w:p>
    <w:p>
      <w:pPr>
        <w:spacing w:before="0" w:after="160" w:line="300" w:lineRule="auto"/>
      </w:pPr>
      <w:r>
        <w:rPr>
          <w:rFonts w:ascii="Times New Roman" w:hAnsi="Times New Roman" w:eastAsia="宋体"/>
          <w:b w:val="0"/>
          <w:i w:val="0"/>
          <w:color w:val="333333"/>
          <w:sz w:val="19"/>
        </w:rPr>
        <w:t>(A) 7　　(B) 9　　(C) 11　　(D) 17　　(E) 19</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给定一个边长为 s 的等边三角形。考虑该三角形所在平面内所有满足下列条件的点 P：P 到三个顶点的距离平方和为定值 a。这个轨迹</w:t>
      </w:r>
    </w:p>
    <w:p>
      <w:pPr>
        <w:spacing w:before="0" w:after="120" w:line="300" w:lineRule="auto"/>
      </w:pPr>
      <w:r>
        <w:rPr>
          <w:rFonts w:ascii="Times New Roman" w:hAnsi="Times New Roman" w:eastAsia="宋体"/>
          <w:b w:val="0"/>
          <w:i w:val="0"/>
          <w:sz w:val="21"/>
        </w:rPr>
        <w:t>（A）当 a&gt; s² 时是一个圆　　（B）当 a=2s² 时只含三个点，而当 a&gt;2s² 时是一个圆　　（C）仅当 s²&lt; a&lt;2s² 时是一个半径为正的圆　　（D）无论 a 取何值，都只含有限个点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an equilateral triangle with side of length s, consider the locus of all points P in the plane of the triangle such that the sum of the squares of the distances from P to the vertices of the triangle is a fixed number a. This locus</w:t>
      </w:r>
    </w:p>
    <w:p>
      <w:pPr>
        <w:spacing w:before="0" w:after="160" w:line="300" w:lineRule="auto"/>
      </w:pPr>
      <w:r>
        <w:rPr>
          <w:rFonts w:ascii="Times New Roman" w:hAnsi="Times New Roman" w:eastAsia="宋体"/>
          <w:b w:val="0"/>
          <w:i w:val="0"/>
          <w:color w:val="333333"/>
          <w:sz w:val="19"/>
        </w:rPr>
        <w:t>(A) is a circle if a&gt; s²　　(B) contains only three points if a=2s² and is a circle if</w:t>
        <w:br/>
        <w:t>a&gt;2s²　　(C) is a circle with positive radius only if s²&lt;</w:t>
        <w:br/>
        <w:t>a&lt;2s²　　(D) contains only a finite number of points for any value of</w:t>
        <w:br/>
        <w:t>a　　(E) is none of these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对于满足 1≤ k&lt; n 的整数 k 和 n，定义</w:t>
      </w:r>
    </w:p>
    <w:p>
      <w:pPr>
        <w:spacing w:before="0" w:after="80" w:line="300" w:lineRule="auto"/>
        <w:jc w:val="left"/>
      </w:pPr>
      <w:r>
        <w:rPr>
          <w:rFonts w:ascii="Times New Roman" w:hAnsi="Times New Roman" w:eastAsia="宋体"/>
          <w:b w:val="0"/>
          <w:i w:val="0"/>
          <w:sz w:val="21"/>
        </w:rPr>
        <w:t>C(n, k)=(n!)/(k!(n-k)!)。</w:t>
      </w:r>
    </w:p>
    <w:p>
      <w:pPr>
        <w:spacing w:before="0" w:after="80" w:line="300" w:lineRule="auto"/>
        <w:jc w:val="left"/>
      </w:pPr>
      <w:r>
        <w:rPr>
          <w:rFonts w:ascii="Times New Roman" w:hAnsi="Times New Roman" w:eastAsia="宋体"/>
          <w:b w:val="0"/>
          <w:i w:val="0"/>
          <w:sz w:val="21"/>
        </w:rPr>
        <w:t>则 (n-2k-1/k+1)C(n, k) 为整数</w:t>
      </w:r>
    </w:p>
    <w:p>
      <w:pPr>
        <w:spacing w:before="0" w:after="120" w:line="300" w:lineRule="auto"/>
      </w:pPr>
      <w:r>
        <w:rPr>
          <w:rFonts w:ascii="Times New Roman" w:hAnsi="Times New Roman" w:eastAsia="宋体"/>
          <w:b w:val="0"/>
          <w:i w:val="0"/>
          <w:sz w:val="21"/>
        </w:rPr>
        <w:t>（A）对所有 k 和 n 均成立　　（B）对所有偶数 k 和 n 均成立，但并非对所有 k 和 n 均成立　　（C）对所有奇数 k 和 n 均成立，但并非对所有 k 和 n 均成立　　（D）当 k=1 或 n-1 时成立，但并非对所有奇数 k 和 n 均成立　　（E）当 n 能被 k 整除时成立，但并非对所有偶数 k 和 n 均成立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integers k and n such that 1≤ k&lt; n, let</w:t>
      </w:r>
    </w:p>
    <w:p>
      <w:pPr>
        <w:spacing w:before="0" w:after="80" w:line="300" w:lineRule="auto"/>
        <w:jc w:val="left"/>
      </w:pPr>
      <w:r>
        <w:rPr>
          <w:rFonts w:ascii="Times New Roman" w:hAnsi="Times New Roman" w:eastAsia="宋体"/>
          <w:b w:val="0"/>
          <w:i w:val="0"/>
          <w:color w:val="333333"/>
          <w:sz w:val="19"/>
        </w:rPr>
        <w:t>C(n, k)=(n!)/(k!(n-k)!).</w:t>
      </w:r>
    </w:p>
    <w:p>
      <w:pPr>
        <w:spacing w:before="0" w:after="80" w:line="300" w:lineRule="auto"/>
        <w:jc w:val="left"/>
      </w:pPr>
      <w:r>
        <w:rPr>
          <w:rFonts w:ascii="Times New Roman" w:hAnsi="Times New Roman" w:eastAsia="宋体"/>
          <w:b w:val="0"/>
          <w:i w:val="0"/>
          <w:color w:val="333333"/>
          <w:sz w:val="19"/>
        </w:rPr>
        <w:t>Then (n-2k-1/k+1)C(n, k) is an integer</w:t>
      </w:r>
    </w:p>
    <w:p>
      <w:pPr>
        <w:spacing w:before="0" w:after="160" w:line="300" w:lineRule="auto"/>
      </w:pPr>
      <w:r>
        <w:rPr>
          <w:rFonts w:ascii="Times New Roman" w:hAnsi="Times New Roman" w:eastAsia="宋体"/>
          <w:b w:val="0"/>
          <w:i w:val="0"/>
          <w:color w:val="333333"/>
          <w:sz w:val="19"/>
        </w:rPr>
        <w:t>(A) for all k and n　　(B) for all even values of k and n, but not for all k</w:t>
        <w:br/>
        <w:t>and n　　(C) for all odd values of k and n, but not for all k</w:t>
        <w:br/>
        <w:t>and n　　(D) if k=1 or n-1, but not for all odd values of k and</w:t>
        <w:br/>
        <w:t>n　　(E) if n is divisible by k, but not for all even values of</w:t>
        <w:br/>
        <w:t>k and n</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在所附图中，圆 K 的直径为 AB；圆 L 与圆 K 相切，并在圆 K 的圆心处与 AB 相切；圆 M 与圆 K、圆 L 和 AB 都相切。圆 K 与圆 M 的面积之比为</w:t>
      </w:r>
    </w:p>
    <w:p>
      <w:pPr>
        <w:spacing w:before="80" w:after="80"/>
        <w:jc w:val="center"/>
      </w:pPr>
      <w:r>
        <w:drawing>
          <wp:inline xmlns:a="http://schemas.openxmlformats.org/drawingml/2006/main" xmlns:pic="http://schemas.openxmlformats.org/drawingml/2006/picture">
            <wp:extent cx="1798744" cy="1469004"/>
            <wp:docPr id="3" name="Picture 3"/>
            <wp:cNvGraphicFramePr>
              <a:graphicFrameLocks noChangeAspect="1"/>
            </wp:cNvGraphicFramePr>
            <a:graphic>
              <a:graphicData uri="http://schemas.openxmlformats.org/drawingml/2006/picture">
                <pic:pic>
                  <pic:nvPicPr>
                    <pic:cNvPr id="0" name="q24-1@300dpi.png"/>
                    <pic:cNvPicPr/>
                  </pic:nvPicPr>
                  <pic:blipFill>
                    <a:blip r:embed="rId10"/>
                    <a:stretch>
                      <a:fillRect/>
                    </a:stretch>
                  </pic:blipFill>
                  <pic:spPr>
                    <a:xfrm>
                      <a:off x="0" y="0"/>
                      <a:ext cx="1798744" cy="1469004"/>
                    </a:xfrm>
                    <a:prstGeom prst="rect"/>
                  </pic:spPr>
                </pic:pic>
              </a:graphicData>
            </a:graphic>
          </wp:inline>
        </w:drawing>
      </w:r>
    </w:p>
    <w:p>
      <w:pPr>
        <w:spacing w:before="0" w:after="120" w:line="300" w:lineRule="auto"/>
      </w:pPr>
      <w:r>
        <w:rPr>
          <w:rFonts w:ascii="Times New Roman" w:hAnsi="Times New Roman" w:eastAsia="宋体"/>
          <w:b w:val="0"/>
          <w:i w:val="0"/>
          <w:sz w:val="21"/>
        </w:rPr>
        <w:t>（A）12　　（B）14　　（C）16　　（D）18　　（E）不是整数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circle K has diameter AB; circle L is tangent to circle K and to AB at the center of circle K; and circle M is tangent to circle K, to circle L and to AB. The ratio of the area of circle K to the area of circle M is</w:t>
      </w:r>
    </w:p>
    <w:p>
      <w:pPr>
        <w:spacing w:before="80" w:after="80"/>
        <w:jc w:val="center"/>
      </w:pPr>
      <w:r>
        <w:drawing>
          <wp:inline xmlns:a="http://schemas.openxmlformats.org/drawingml/2006/main" xmlns:pic="http://schemas.openxmlformats.org/drawingml/2006/picture">
            <wp:extent cx="1798744" cy="1469004"/>
            <wp:docPr id="4" name="Picture 4"/>
            <wp:cNvGraphicFramePr>
              <a:graphicFrameLocks noChangeAspect="1"/>
            </wp:cNvGraphicFramePr>
            <a:graphic>
              <a:graphicData uri="http://schemas.openxmlformats.org/drawingml/2006/picture">
                <pic:pic>
                  <pic:nvPicPr>
                    <pic:cNvPr id="0" name="q24-1@300dpi.png"/>
                    <pic:cNvPicPr/>
                  </pic:nvPicPr>
                  <pic:blipFill>
                    <a:blip r:embed="rId10"/>
                    <a:stretch>
                      <a:fillRect/>
                    </a:stretch>
                  </pic:blipFill>
                  <pic:spPr>
                    <a:xfrm>
                      <a:off x="0" y="0"/>
                      <a:ext cx="1798744" cy="146900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14　　(C) 16　　(D) 18　　(E) not an integer</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对于数列 u₁、u₂、…，定义 Δ¹(uₙ)=uₙ₊₁-uₙ，并对所有整数 k&gt;1 定义 Δᵏ(uₙ)=Δ¹(Δᵏ⁻¹(uₙ))。若 uₙ=n³+n，则对所有 n，都有 Δᵏ(uₙ)=0</w:t>
      </w:r>
    </w:p>
    <w:p>
      <w:pPr>
        <w:spacing w:before="0" w:after="120" w:line="300" w:lineRule="auto"/>
      </w:pPr>
      <w:r>
        <w:rPr>
          <w:rFonts w:ascii="Times New Roman" w:hAnsi="Times New Roman" w:eastAsia="宋体"/>
          <w:b w:val="0"/>
          <w:i w:val="0"/>
          <w:sz w:val="21"/>
        </w:rPr>
        <w:t>（A）当 k=1 时　　（B）当 k=2 时，但 k=1 时不成立　　（C）当 k=3 时，但 k=2 时不成立　　（D）当 k=4 时，但 k=3 时不成立　　（E）不存在这样的 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sequence u₁, u₂, …, define Δ¹(uₙ)=uₙ₊₁-uₙ and, for all integers k&gt;1, Δᵏ(uₙ)=Δ¹(Δᵏ⁻¹(uₙ)). If uₙ=n³+n, then Δᵏ(uₙ)=0 for all n</w:t>
      </w:r>
    </w:p>
    <w:p>
      <w:pPr>
        <w:spacing w:before="0" w:after="160" w:line="300" w:lineRule="auto"/>
      </w:pPr>
      <w:r>
        <w:rPr>
          <w:rFonts w:ascii="Times New Roman" w:hAnsi="Times New Roman" w:eastAsia="宋体"/>
          <w:b w:val="0"/>
          <w:i w:val="0"/>
          <w:color w:val="333333"/>
          <w:sz w:val="19"/>
        </w:rPr>
        <w:t>(A) if k=1　　(B) if k=2, but not if k=1　　(C) if k=3, but not if k=2　　(D) if k=4, but not if k=3　　(E) for no value of k</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在所附图中，圆 O' 的每一点都在圆 O 的外部。一条内公切线分别与两条外公切线交于 P 和 Q。则 PQ 的长度</w:t>
      </w:r>
    </w:p>
    <w:p>
      <w:pPr>
        <w:spacing w:before="80" w:after="80"/>
        <w:jc w:val="center"/>
      </w:pPr>
      <w:r>
        <w:drawing>
          <wp:inline xmlns:a="http://schemas.openxmlformats.org/drawingml/2006/main" xmlns:pic="http://schemas.openxmlformats.org/drawingml/2006/picture">
            <wp:extent cx="1223810" cy="1022622"/>
            <wp:docPr id="5" name="Picture 5"/>
            <wp:cNvGraphicFramePr>
              <a:graphicFrameLocks noChangeAspect="1"/>
            </wp:cNvGraphicFramePr>
            <a:graphic>
              <a:graphicData uri="http://schemas.openxmlformats.org/drawingml/2006/picture">
                <pic:pic>
                  <pic:nvPicPr>
                    <pic:cNvPr id="0" name="q26-1@300dpi.png"/>
                    <pic:cNvPicPr/>
                  </pic:nvPicPr>
                  <pic:blipFill>
                    <a:blip r:embed="rId11"/>
                    <a:stretch>
                      <a:fillRect/>
                    </a:stretch>
                  </pic:blipFill>
                  <pic:spPr>
                    <a:xfrm>
                      <a:off x="0" y="0"/>
                      <a:ext cx="1223810" cy="1022622"/>
                    </a:xfrm>
                    <a:prstGeom prst="rect"/>
                  </pic:spPr>
                </pic:pic>
              </a:graphicData>
            </a:graphic>
          </wp:inline>
        </w:drawing>
      </w:r>
    </w:p>
    <w:p>
      <w:pPr>
        <w:spacing w:before="0" w:after="120" w:line="300" w:lineRule="auto"/>
      </w:pPr>
      <w:r>
        <w:rPr>
          <w:rFonts w:ascii="Times New Roman" w:hAnsi="Times New Roman" w:eastAsia="宋体"/>
          <w:b w:val="0"/>
          <w:i w:val="0"/>
          <w:sz w:val="21"/>
        </w:rPr>
        <w:t>（A）等于内公切线段与外公切线段长度的平均数　　（B）当且仅当圆 O 和 O' 的半径相等时，才等于一条外公切线段的长度　　（C）总是等于一条外公切线段的长度　　（D）大于一条外公切线段的长度　　（E）等于内公切线段与外公切线段长度的几何平均数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every point of circle O' is exterior to circle O. Let P and Q be the points of intersection of an internal common tangent with the two external common tangents. Then the length of PQ is</w:t>
      </w:r>
    </w:p>
    <w:p>
      <w:pPr>
        <w:spacing w:before="80" w:after="80"/>
        <w:jc w:val="center"/>
      </w:pPr>
      <w:r>
        <w:drawing>
          <wp:inline xmlns:a="http://schemas.openxmlformats.org/drawingml/2006/main" xmlns:pic="http://schemas.openxmlformats.org/drawingml/2006/picture">
            <wp:extent cx="1223810" cy="1022622"/>
            <wp:docPr id="6" name="Picture 6"/>
            <wp:cNvGraphicFramePr>
              <a:graphicFrameLocks noChangeAspect="1"/>
            </wp:cNvGraphicFramePr>
            <a:graphic>
              <a:graphicData uri="http://schemas.openxmlformats.org/drawingml/2006/picture">
                <pic:pic>
                  <pic:nvPicPr>
                    <pic:cNvPr id="0" name="q26-1@300dpi.png"/>
                    <pic:cNvPicPr/>
                  </pic:nvPicPr>
                  <pic:blipFill>
                    <a:blip r:embed="rId11"/>
                    <a:stretch>
                      <a:fillRect/>
                    </a:stretch>
                  </pic:blipFill>
                  <pic:spPr>
                    <a:xfrm>
                      <a:off x="0" y="0"/>
                      <a:ext cx="1223810" cy="102262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the average of the lengths of the internal and external common</w:t>
        <w:br/>
        <w:t>tangents　　(B) equal to the length of an external common tangent if and only</w:t>
        <w:br/>
        <w:t>if circles O and O' have equal radii　　(C) always equal to the length of an external</w:t>
        <w:br/>
        <w:t>common tangent　　(D) greater than the length of an external common tangent　　(E) the geometric mean of the lengths of the internal and external</w:t>
        <w:br/>
        <w:t>common tangents</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N=(√(√(5)+2)+√(√(5)-2))/(√(√(5)+1))</w:t>
      </w:r>
    </w:p>
    <w:p>
      <w:pPr>
        <w:spacing w:before="0" w:after="80" w:line="300" w:lineRule="auto"/>
        <w:jc w:val="left"/>
      </w:pPr>
      <w:r>
        <w:rPr>
          <w:rFonts w:ascii="Times New Roman" w:hAnsi="Times New Roman" w:eastAsia="宋体"/>
          <w:b w:val="0"/>
          <w:i w:val="0"/>
          <w:sz w:val="21"/>
        </w:rPr>
        <w:t>-√(3-2√(2))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N 等于</w:t>
      </w:r>
    </w:p>
    <w:p>
      <w:pPr>
        <w:spacing w:before="0" w:after="120" w:line="300" w:lineRule="auto"/>
      </w:pPr>
      <w:r>
        <w:rPr>
          <w:rFonts w:ascii="Times New Roman" w:hAnsi="Times New Roman" w:eastAsia="宋体"/>
          <w:b w:val="0"/>
          <w:i w:val="0"/>
          <w:sz w:val="21"/>
        </w:rPr>
        <w:t>（A）1　　（B）2√(2)-1　　（C）(√(5))/2　　（D）√(5/2)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N=(√(√(5)+2)+√(√(5)-2))/(√(√(5)+1))</w:t>
      </w:r>
    </w:p>
    <w:p>
      <w:pPr>
        <w:spacing w:before="0" w:after="80" w:line="300" w:lineRule="auto"/>
        <w:jc w:val="left"/>
      </w:pPr>
      <w:r>
        <w:rPr>
          <w:rFonts w:ascii="Times New Roman" w:hAnsi="Times New Roman" w:eastAsia="宋体"/>
          <w:b w:val="0"/>
          <w:i w:val="0"/>
          <w:color w:val="333333"/>
          <w:sz w:val="19"/>
        </w:rPr>
        <w:t>-√(3-2√(2)),</w:t>
      </w:r>
    </w:p>
    <w:p>
      <w:pPr>
        <w:spacing w:before="0" w:after="80" w:line="300" w:lineRule="auto"/>
        <w:jc w:val="left"/>
      </w:pPr>
      <w:r>
        <w:rPr>
          <w:rFonts w:ascii="Times New Roman" w:hAnsi="Times New Roman" w:eastAsia="宋体"/>
          <w:b w:val="0"/>
          <w:i w:val="0"/>
          <w:color w:val="333333"/>
          <w:sz w:val="19"/>
        </w:rPr>
        <w:t>then N equals</w:t>
      </w:r>
    </w:p>
    <w:p>
      <w:pPr>
        <w:spacing w:before="0" w:after="160" w:line="300" w:lineRule="auto"/>
      </w:pPr>
      <w:r>
        <w:rPr>
          <w:rFonts w:ascii="Times New Roman" w:hAnsi="Times New Roman" w:eastAsia="宋体"/>
          <w:b w:val="0"/>
          <w:i w:val="0"/>
          <w:color w:val="333333"/>
          <w:sz w:val="19"/>
        </w:rPr>
        <w:t>(A) 1　　(B) 2√(2)-1　　(C) (√(5))/2　　(D) √(5/2)　　(E) none of these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直线 L₁、L₂、…、L₁₀₀ 两两不同。所有直线 L₄ₙ（其中 n 为正整数）彼此平行。所有直线 L₄ₙ₋₃（其中 n 为正整数）都经过给定点 A。完整集合 {L₁,L₂,…,L₁₀₀} 中任意两条直线的交点数最大为</w:t>
      </w:r>
    </w:p>
    <w:p>
      <w:pPr>
        <w:spacing w:before="0" w:after="120" w:line="300" w:lineRule="auto"/>
      </w:pPr>
      <w:r>
        <w:rPr>
          <w:rFonts w:ascii="Times New Roman" w:hAnsi="Times New Roman" w:eastAsia="宋体"/>
          <w:b w:val="0"/>
          <w:i w:val="0"/>
          <w:sz w:val="21"/>
        </w:rPr>
        <w:t>（A）4350　　（B）4351　　（C）4900　　（D）4901　　（E）9851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Lines L₁, L₂, …, L₁₀₀ are distinct. All lines L₄ₙ, n a positive integer, are parallel to each other. All lines L₄ₙ₋₃, n a positive integer, pass through a given point A. The maximum number of points of intersection of pairs of lines from the complete set {L₁,L₂,…,L₁₀₀} is</w:t>
      </w:r>
    </w:p>
    <w:p>
      <w:pPr>
        <w:spacing w:before="0" w:after="160" w:line="300" w:lineRule="auto"/>
      </w:pPr>
      <w:r>
        <w:rPr>
          <w:rFonts w:ascii="Times New Roman" w:hAnsi="Times New Roman" w:eastAsia="宋体"/>
          <w:b w:val="0"/>
          <w:i w:val="0"/>
          <w:color w:val="333333"/>
          <w:sz w:val="19"/>
        </w:rPr>
        <w:t>(A) 4350　　(B) 4351　　(C) 4900　　(D) 4901　　(E) 9851</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安和芭芭拉在比较年龄时发现：芭芭拉现在的年龄，等于安在某时的年龄；在那时，芭芭拉的年龄，又等于安在更早某时的年龄；而在那个更早的时候，芭芭拉的年龄是安现在年龄的一半。若她们现在的年龄之和为 44 岁，则安的年龄是</w:t>
      </w:r>
    </w:p>
    <w:p>
      <w:pPr>
        <w:spacing w:before="0" w:after="120" w:line="300" w:lineRule="auto"/>
      </w:pPr>
      <w:r>
        <w:rPr>
          <w:rFonts w:ascii="Times New Roman" w:hAnsi="Times New Roman" w:eastAsia="宋体"/>
          <w:b w:val="0"/>
          <w:i w:val="0"/>
          <w:sz w:val="21"/>
        </w:rPr>
        <w:t>（A）22　　（B）24　　（C）25　　（D）26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Ann and Barbara were comparing their ages and found that Barbara is as old as Ann was when Barbara was as old as Ann had been when Barbara was half as old as Ann is. If the sum of their present ages is 44 years, then Ann’s age is</w:t>
      </w:r>
    </w:p>
    <w:p>
      <w:pPr>
        <w:spacing w:before="0" w:after="160" w:line="300" w:lineRule="auto"/>
      </w:pPr>
      <w:r>
        <w:rPr>
          <w:rFonts w:ascii="Times New Roman" w:hAnsi="Times New Roman" w:eastAsia="宋体"/>
          <w:b w:val="0"/>
          <w:i w:val="0"/>
          <w:color w:val="333333"/>
          <w:sz w:val="19"/>
        </w:rPr>
        <w:t>(A) 22　　(B) 24　　(C) 25　　(D) 26　　(E) 28</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有多少个不同的有序三元组 (x,y,z) 满足方程组</w:t>
      </w:r>
    </w:p>
    <w:p>
      <w:pPr>
        <w:spacing w:before="0" w:after="80" w:line="300" w:lineRule="auto"/>
        <w:jc w:val="left"/>
      </w:pPr>
      <w:r>
        <w:rPr>
          <w:rFonts w:ascii="Times New Roman" w:hAnsi="Times New Roman" w:eastAsia="宋体"/>
          <w:b w:val="0"/>
          <w:i w:val="0"/>
          <w:sz w:val="21"/>
        </w:rPr>
        <w:t>x+2y+4z=12,</w:t>
      </w:r>
    </w:p>
    <w:p>
      <w:pPr>
        <w:spacing w:before="0" w:after="80" w:line="300" w:lineRule="auto"/>
        <w:jc w:val="left"/>
      </w:pPr>
      <w:r>
        <w:rPr>
          <w:rFonts w:ascii="Times New Roman" w:hAnsi="Times New Roman" w:eastAsia="宋体"/>
          <w:b w:val="0"/>
          <w:i w:val="0"/>
          <w:sz w:val="21"/>
        </w:rPr>
        <w:t>xy+4yz+2xz=22,</w:t>
      </w:r>
    </w:p>
    <w:p>
      <w:pPr>
        <w:spacing w:before="0" w:after="80" w:line="300" w:lineRule="auto"/>
        <w:jc w:val="left"/>
      </w:pPr>
      <w:r>
        <w:rPr>
          <w:rFonts w:ascii="Times New Roman" w:hAnsi="Times New Roman" w:eastAsia="宋体"/>
          <w:b w:val="0"/>
          <w:i w:val="0"/>
          <w:sz w:val="21"/>
        </w:rPr>
        <w:t>xyz=6</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（A）没有　　（B）1　　（C）2　　（D）4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distinct ordered triples (x,y,z) satisfy the equations</w:t>
      </w:r>
    </w:p>
    <w:p>
      <w:pPr>
        <w:spacing w:before="0" w:after="80" w:line="300" w:lineRule="auto"/>
        <w:jc w:val="left"/>
      </w:pPr>
      <w:r>
        <w:rPr>
          <w:rFonts w:ascii="Times New Roman" w:hAnsi="Times New Roman" w:eastAsia="宋体"/>
          <w:b w:val="0"/>
          <w:i w:val="0"/>
          <w:color w:val="333333"/>
          <w:sz w:val="19"/>
        </w:rPr>
        <w:t>x+2y+4z=12,</w:t>
      </w:r>
    </w:p>
    <w:p>
      <w:pPr>
        <w:spacing w:before="0" w:after="80" w:line="300" w:lineRule="auto"/>
        <w:jc w:val="left"/>
      </w:pPr>
      <w:r>
        <w:rPr>
          <w:rFonts w:ascii="Times New Roman" w:hAnsi="Times New Roman" w:eastAsia="宋体"/>
          <w:b w:val="0"/>
          <w:i w:val="0"/>
          <w:color w:val="333333"/>
          <w:sz w:val="19"/>
        </w:rPr>
        <w:t>xy+4yz+2xz=22,</w:t>
      </w:r>
    </w:p>
    <w:p>
      <w:pPr>
        <w:spacing w:before="0" w:after="80" w:line="300" w:lineRule="auto"/>
        <w:jc w:val="left"/>
      </w:pPr>
      <w:r>
        <w:rPr>
          <w:rFonts w:ascii="Times New Roman" w:hAnsi="Times New Roman" w:eastAsia="宋体"/>
          <w:b w:val="0"/>
          <w:i w:val="0"/>
          <w:color w:val="333333"/>
          <w:sz w:val="19"/>
        </w:rPr>
        <w:t>xyz=6?</w:t>
      </w:r>
    </w:p>
    <w:p>
      <w:pPr>
        <w:spacing w:before="0" w:after="160" w:line="300" w:lineRule="auto"/>
      </w:pPr>
      <w:r>
        <w:rPr>
          <w:rFonts w:ascii="Times New Roman" w:hAnsi="Times New Roman" w:eastAsia="宋体"/>
          <w:b w:val="0"/>
          <w:i w:val="0"/>
          <w:color w:val="333333"/>
          <w:sz w:val="19"/>
        </w:rPr>
        <w:t>(A) none　　(B) 1　　(C) 2　　(D) 4　　(E) 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B　E　C　C　C　E　A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C　A　A　B　E　A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E　B　A　A　C　D　C　A</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B　B　E</w:t>
      </w:r>
    </w:p>
    <w:p>
      <w:pPr>
        <w:spacing w:before="0" w:after="200" w:line="300" w:lineRule="auto"/>
      </w:pPr>
      <w:r>
        <w:rPr>
          <w:rFonts w:ascii="Times New Roman" w:hAnsi="Times New Roman" w:eastAsia="宋体"/>
          <w:b w:val="0"/>
          <w:i w:val="0"/>
          <w:color w:val="666666"/>
          <w:sz w:val="18"/>
        </w:rPr>
        <w:t>答案串：BBECCCEADDBCAABEAEBEBAACDCABBE</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方程为</w:t>
      </w:r>
    </w:p>
    <w:p>
      <w:pPr>
        <w:spacing w:before="0" w:after="80" w:line="300" w:lineRule="auto"/>
        <w:jc w:val="left"/>
      </w:pPr>
      <w:r>
        <w:rPr>
          <w:rFonts w:ascii="Times New Roman" w:hAnsi="Times New Roman" w:eastAsia="宋体"/>
          <w:b w:val="0"/>
          <w:i w:val="0"/>
          <w:sz w:val="21"/>
        </w:rPr>
        <w:t>1-1/1-x=1/1-x。</w:t>
      </w:r>
    </w:p>
    <w:p>
      <w:pPr>
        <w:spacing w:before="0" w:after="80" w:line="300" w:lineRule="auto"/>
        <w:jc w:val="left"/>
      </w:pPr>
      <w:r>
        <w:rPr>
          <w:rFonts w:ascii="Times New Roman" w:hAnsi="Times New Roman" w:eastAsia="宋体"/>
          <w:b w:val="0"/>
          <w:i w:val="0"/>
          <w:sz w:val="21"/>
        </w:rPr>
        <w:t>两边乘以 1-x≠0，得 1-x-1=1，所以 x=-1。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w:t>
      </w:r>
    </w:p>
    <w:p>
      <w:pPr>
        <w:spacing w:before="0" w:after="80" w:line="300" w:lineRule="auto"/>
        <w:jc w:val="left"/>
      </w:pPr>
      <w:r>
        <w:rPr>
          <w:rFonts w:ascii="Times New Roman" w:hAnsi="Times New Roman" w:eastAsia="宋体"/>
          <w:b w:val="0"/>
          <w:i w:val="0"/>
          <w:color w:val="333333"/>
          <w:sz w:val="19"/>
        </w:rPr>
        <w:t>1-1/1-x=1/1-x.</w:t>
      </w:r>
    </w:p>
    <w:p>
      <w:pPr>
        <w:spacing w:before="0" w:after="80" w:line="300" w:lineRule="auto"/>
        <w:jc w:val="left"/>
      </w:pPr>
      <w:r>
        <w:rPr>
          <w:rFonts w:ascii="Times New Roman" w:hAnsi="Times New Roman" w:eastAsia="宋体"/>
          <w:b w:val="0"/>
          <w:i w:val="0"/>
          <w:color w:val="333333"/>
          <w:sz w:val="19"/>
        </w:rPr>
        <w:t>Multiplying by 1-x≠0 gives 1-x-1=1, so 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因为 (x+1)²≥0，所以它的相反数至多为 0。它只有在 (x+1)²=0 时非负，而这只对应一个值 x=-1。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(x+1)²≥0, its negative is at most 0. It is nonnegative only when (x+1)²=0, which occurs for the single value 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与所选顶点相邻的两条边的中点到该顶点的距离均为 1。另外两个中点的横、纵坐标差分别为 2 和 1，所以每个距离都是 √(2²+1²)=√(5)。总和为 2+2√(5)。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midpoints on sides meeting the chosen vertex are each at distance 1. The other two midpoints have coordinate differences 2 and 1, so each is at distance √(2²+1²)=√(5). The sum is 2+2√(5).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设倒数数列的和为 S'。乘以 rⁿ⁻¹ 后，原数列各项的顺序恰好反转：</w:t>
      </w:r>
    </w:p>
    <w:p>
      <w:pPr>
        <w:spacing w:before="0" w:after="80" w:line="300" w:lineRule="auto"/>
        <w:jc w:val="left"/>
      </w:pPr>
      <w:r>
        <w:rPr>
          <w:rFonts w:ascii="Times New Roman" w:hAnsi="Times New Roman" w:eastAsia="宋体"/>
          <w:b w:val="0"/>
          <w:i w:val="0"/>
          <w:sz w:val="21"/>
        </w:rPr>
        <w:t>rⁿ⁻¹S' =rⁿ⁻¹+rⁿ⁻²+⋯+1</w:t>
      </w:r>
    </w:p>
    <w:p>
      <w:pPr>
        <w:spacing w:before="0" w:after="80" w:line="300" w:lineRule="auto"/>
        <w:jc w:val="left"/>
      </w:pPr>
      <w:r>
        <w:rPr>
          <w:rFonts w:ascii="Times New Roman" w:hAnsi="Times New Roman" w:eastAsia="宋体"/>
          <w:b w:val="0"/>
          <w:i w:val="0"/>
          <w:sz w:val="21"/>
        </w:rPr>
        <w:t>=s</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S'=s/(rⁿ⁻¹)。当 r=1 时结论也成立。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reciprocal sum. Multiplying it by rⁿ⁻¹ reverses the original terms:</w:t>
      </w:r>
    </w:p>
    <w:p>
      <w:pPr>
        <w:spacing w:before="0" w:after="80" w:line="300" w:lineRule="auto"/>
        <w:jc w:val="left"/>
      </w:pPr>
      <w:r>
        <w:rPr>
          <w:rFonts w:ascii="Times New Roman" w:hAnsi="Times New Roman" w:eastAsia="宋体"/>
          <w:b w:val="0"/>
          <w:i w:val="0"/>
          <w:color w:val="333333"/>
          <w:sz w:val="19"/>
        </w:rPr>
        <w:t>rⁿ⁻¹S' =rⁿ⁻¹+rⁿ⁻²+⋯+1</w:t>
      </w:r>
    </w:p>
    <w:p>
      <w:pPr>
        <w:spacing w:before="0" w:after="80" w:line="300" w:lineRule="auto"/>
        <w:jc w:val="left"/>
      </w:pPr>
      <w:r>
        <w:rPr>
          <w:rFonts w:ascii="Times New Roman" w:hAnsi="Times New Roman" w:eastAsia="宋体"/>
          <w:b w:val="0"/>
          <w:i w:val="0"/>
          <w:color w:val="333333"/>
          <w:sz w:val="19"/>
        </w:rPr>
        <w:t>=s.</w:t>
      </w:r>
    </w:p>
    <w:p>
      <w:pPr>
        <w:spacing w:before="0" w:after="80" w:line="300" w:lineRule="auto"/>
        <w:jc w:val="left"/>
      </w:pPr>
      <w:r>
        <w:rPr>
          <w:rFonts w:ascii="Times New Roman" w:hAnsi="Times New Roman" w:eastAsia="宋体"/>
          <w:b w:val="0"/>
          <w:i w:val="0"/>
          <w:color w:val="333333"/>
          <w:sz w:val="19"/>
        </w:rPr>
        <w:t>Hence S'=s/(rⁿ⁻¹). This also holds when r=1.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条件为 9(u-t)=9，所以 u=t+1。可能的整数是 12、23、34、45、56、67、78 和 89，共 8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is 9(u-t)=9, so u=t+1. The possibilities are 12, 23, 34, 45, 56, 67, 78, and 89, giving 8 integers.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对于这样的根 r，</w:t>
      </w:r>
    </w:p>
    <w:p>
      <w:pPr>
        <w:spacing w:before="0" w:after="80" w:line="300" w:lineRule="auto"/>
        <w:jc w:val="left"/>
      </w:pPr>
      <w:r>
        <w:rPr>
          <w:rFonts w:ascii="Times New Roman" w:hAnsi="Times New Roman" w:eastAsia="宋体"/>
          <w:b w:val="0"/>
          <w:i w:val="0"/>
          <w:sz w:val="21"/>
        </w:rPr>
        <w:t>r²-3r+c=0,</w:t>
      </w:r>
    </w:p>
    <w:p>
      <w:pPr>
        <w:spacing w:before="0" w:after="80" w:line="300" w:lineRule="auto"/>
        <w:jc w:val="left"/>
      </w:pPr>
      <w:r>
        <w:rPr>
          <w:rFonts w:ascii="Times New Roman" w:hAnsi="Times New Roman" w:eastAsia="宋体"/>
          <w:b w:val="0"/>
          <w:i w:val="0"/>
          <w:sz w:val="21"/>
        </w:rPr>
        <w:t>(-r)²+3(-r)-c=0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两式相减得 2c=0。于是第一个方程化为 x(x-3)=0，其根为 0 和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such a root r,</w:t>
      </w:r>
    </w:p>
    <w:p>
      <w:pPr>
        <w:spacing w:before="0" w:after="80" w:line="300" w:lineRule="auto"/>
        <w:jc w:val="left"/>
      </w:pPr>
      <w:r>
        <w:rPr>
          <w:rFonts w:ascii="Times New Roman" w:hAnsi="Times New Roman" w:eastAsia="宋体"/>
          <w:b w:val="0"/>
          <w:i w:val="0"/>
          <w:color w:val="333333"/>
          <w:sz w:val="19"/>
        </w:rPr>
        <w:t>r²-3r+c=0,</w:t>
      </w:r>
    </w:p>
    <w:p>
      <w:pPr>
        <w:spacing w:before="0" w:after="80" w:line="300" w:lineRule="auto"/>
        <w:jc w:val="left"/>
      </w:pPr>
      <w:r>
        <w:rPr>
          <w:rFonts w:ascii="Times New Roman" w:hAnsi="Times New Roman" w:eastAsia="宋体"/>
          <w:b w:val="0"/>
          <w:i w:val="0"/>
          <w:color w:val="333333"/>
          <w:sz w:val="19"/>
        </w:rPr>
        <w:t>(-r)²+3(-r)-c=0.</w:t>
      </w:r>
    </w:p>
    <w:p>
      <w:pPr>
        <w:spacing w:before="0" w:after="80" w:line="300" w:lineRule="auto"/>
        <w:jc w:val="left"/>
      </w:pPr>
      <w:r>
        <w:rPr>
          <w:rFonts w:ascii="Times New Roman" w:hAnsi="Times New Roman" w:eastAsia="宋体"/>
          <w:b w:val="0"/>
          <w:i w:val="0"/>
          <w:color w:val="333333"/>
          <w:sz w:val="19"/>
        </w:rPr>
        <w:t>Subtracting gives 2c=0. Thus the first equation is x(x-3)=0, with roots 0 and 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两个因子同时为正恰好发生在 |x|&lt;1 时，此时 -1&lt; x&lt;1。两个因子同时为负需要 |x|&gt;1 且 x&lt;-1，这化为 x&lt;-1。两个端点都使乘积为零。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factors are positive exactly when |x|&lt;1, giving -1&lt; x&lt;1. Both are negative when |x|&gt;1 and x&lt;-1, which reduces to x&lt;-1. The endpoints make the product zero.</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共有 9²=81 个可能的点。到原点距离不超过 2 的点包括原点；四个点 (±1,0)、(0,±1)；四个点 (±1,±1)；以及四个点 (±2,0)、(0,±2)。因此共有 13 个点符合条件，概率为 13/81。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9²=81 possible points. Within distance 2 are the origin; the four points (±1,0), (0,±1); the four points (±1,±1); and the four points (±2,0), (0,±2). Thus 13 points qualify, for probability 13/81.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因为 D 是 AB 的中点，而 E 是 DB 的中点，所以 AE=3/4AB。又因为 F 是 BC 的中点，所以它到直线 AB 的距离是 C 到该直线距离的一半。因此</w:t>
      </w:r>
    </w:p>
    <w:p>
      <w:pPr>
        <w:spacing w:before="0" w:after="80" w:line="300" w:lineRule="auto"/>
        <w:jc w:val="left"/>
      </w:pPr>
      <w:r>
        <w:rPr>
          <w:rFonts w:ascii="Times New Roman" w:hAnsi="Times New Roman" w:eastAsia="宋体"/>
          <w:b w:val="0"/>
          <w:i w:val="0"/>
          <w:sz w:val="21"/>
        </w:rPr>
        <w:t>[AEF]=3/4·1/2[ABC]</w:t>
      </w:r>
    </w:p>
    <w:p>
      <w:pPr>
        <w:spacing w:before="0" w:after="80" w:line="300" w:lineRule="auto"/>
        <w:jc w:val="left"/>
      </w:pPr>
      <w:r>
        <w:rPr>
          <w:rFonts w:ascii="Times New Roman" w:hAnsi="Times New Roman" w:eastAsia="宋体"/>
          <w:b w:val="0"/>
          <w:i w:val="0"/>
          <w:sz w:val="21"/>
        </w:rPr>
        <w:t>=3/8(96)=36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D is the midpoint of AB and E is the midpoint of DB, AE=3/4AB. Since F is the midpoint of BC, its distance from line AB is half that of C. Therefore</w:t>
      </w:r>
    </w:p>
    <w:p>
      <w:pPr>
        <w:spacing w:before="0" w:after="80" w:line="300" w:lineRule="auto"/>
        <w:jc w:val="left"/>
      </w:pPr>
      <w:r>
        <w:rPr>
          <w:rFonts w:ascii="Times New Roman" w:hAnsi="Times New Roman" w:eastAsia="宋体"/>
          <w:b w:val="0"/>
          <w:i w:val="0"/>
          <w:color w:val="333333"/>
          <w:sz w:val="19"/>
        </w:rPr>
        <w:t>[AEF]=3/4·1/2[ABC]</w:t>
      </w:r>
    </w:p>
    <w:p>
      <w:pPr>
        <w:spacing w:before="0" w:after="80" w:line="300" w:lineRule="auto"/>
        <w:jc w:val="left"/>
      </w:pPr>
      <w:r>
        <w:rPr>
          <w:rFonts w:ascii="Times New Roman" w:hAnsi="Times New Roman" w:eastAsia="宋体"/>
          <w:b w:val="0"/>
          <w:i w:val="0"/>
          <w:color w:val="333333"/>
          <w:sz w:val="19"/>
        </w:rPr>
        <w:t>=3/8(96)=36.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f(g(x))=mpx+mq+n,</w:t>
      </w:r>
    </w:p>
    <w:p>
      <w:pPr>
        <w:spacing w:before="0" w:after="80" w:line="300" w:lineRule="auto"/>
        <w:jc w:val="left"/>
      </w:pPr>
      <w:r>
        <w:rPr>
          <w:rFonts w:ascii="Times New Roman" w:hAnsi="Times New Roman" w:eastAsia="宋体"/>
          <w:b w:val="0"/>
          <w:i w:val="0"/>
          <w:sz w:val="21"/>
        </w:rPr>
        <w:t>g(f(x))=pmx+pn+q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对任意 x，两边的 x 项都会消去，所以方程有解当且仅当 mq+n=pn+q。整理得 n(1-p)-q(1-m)=0。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f(g(x))=mpx+mq+n,</w:t>
      </w:r>
    </w:p>
    <w:p>
      <w:pPr>
        <w:spacing w:before="0" w:after="80" w:line="300" w:lineRule="auto"/>
        <w:jc w:val="left"/>
      </w:pPr>
      <w:r>
        <w:rPr>
          <w:rFonts w:ascii="Times New Roman" w:hAnsi="Times New Roman" w:eastAsia="宋体"/>
          <w:b w:val="0"/>
          <w:i w:val="0"/>
          <w:color w:val="333333"/>
          <w:sz w:val="19"/>
        </w:rPr>
        <w:t>g(f(x))=pmx+pn+q.</w:t>
      </w:r>
    </w:p>
    <w:p>
      <w:pPr>
        <w:spacing w:before="0" w:after="80" w:line="300" w:lineRule="auto"/>
        <w:jc w:val="left"/>
      </w:pPr>
      <w:r>
        <w:rPr>
          <w:rFonts w:ascii="Times New Roman" w:hAnsi="Times New Roman" w:eastAsia="宋体"/>
          <w:b w:val="0"/>
          <w:i w:val="0"/>
          <w:color w:val="333333"/>
          <w:sz w:val="19"/>
        </w:rPr>
        <w:t>The x-terms cancel for every x, so a solution exists exactly when mq+n=pn+q. Rearranging gives n(1-p)-q(1-m)=0.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令 P 表示大象长着紫色眼睛，令 Q 表示野猪长着长鼻子。原命题 P⇒neg Q 等价于其逆否命题 Q⇒neg P，即 III；也等价于 neg Plorneg Q，即 IV。陈述 I 和 II 都是原命题的逆命题，不一定成立。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mean the elephant has purple eyes and Q mean the pig has a long nose. The original statement P⇒neg Q is equivalent to its contrapositive Q⇒neg P, which is III, and to neg Plorneg Q, which is IV. Statements I and II are converses and need not follow.</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可能的苹果数共有 144-120+1=25 种。因为 128&gt;25·5，所以某一种数量至少出现 6 次。这个界可以达到：让三种数量各出现 6 次，其余二十二种各出现 5 次，恰好分配 128 箱。因此能保证的最大 n 是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144-120+1=25 possible apple counts. Since 128&gt;25·5, some count occurs at least 6 times. This is sharp: distribute 128 crates so that three counts occur 6 times and the other twenty-two occur 5 times. Thus the largest guaranteed n is 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产奶率为每头奶牛每天 x+1/(x(x+2)) 罐。设新的用时为 T，则</w:t>
      </w:r>
    </w:p>
    <w:p>
      <w:pPr>
        <w:spacing w:before="0" w:after="80" w:line="300" w:lineRule="auto"/>
        <w:jc w:val="left"/>
      </w:pPr>
      <w:r>
        <w:rPr>
          <w:rFonts w:ascii="Times New Roman" w:hAnsi="Times New Roman" w:eastAsia="宋体"/>
          <w:b w:val="0"/>
          <w:i w:val="0"/>
          <w:sz w:val="21"/>
        </w:rPr>
        <w:t>x+5/((x+3)T)=x+1/(x(x+2))。</w:t>
      </w:r>
    </w:p>
    <w:p>
      <w:pPr>
        <w:spacing w:before="0" w:after="80" w:line="300" w:lineRule="auto"/>
        <w:jc w:val="left"/>
      </w:pPr>
      <w:r>
        <w:rPr>
          <w:rFonts w:ascii="Times New Roman" w:hAnsi="Times New Roman" w:eastAsia="宋体"/>
          <w:b w:val="0"/>
          <w:i w:val="0"/>
          <w:sz w:val="21"/>
        </w:rPr>
        <w:t>因此 T=(x(x+2)(x+5))/((x+1)(x+3))。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production rate is x+1/(x(x+2)) cans per cow-day. If the new time is T, then</w:t>
      </w:r>
    </w:p>
    <w:p>
      <w:pPr>
        <w:spacing w:before="0" w:after="80" w:line="300" w:lineRule="auto"/>
        <w:jc w:val="left"/>
      </w:pPr>
      <w:r>
        <w:rPr>
          <w:rFonts w:ascii="Times New Roman" w:hAnsi="Times New Roman" w:eastAsia="宋体"/>
          <w:b w:val="0"/>
          <w:i w:val="0"/>
          <w:color w:val="333333"/>
          <w:sz w:val="19"/>
        </w:rPr>
        <w:t>x+5/((x+3)T)=x+1/(x(x+2)).</w:t>
      </w:r>
    </w:p>
    <w:p>
      <w:pPr>
        <w:spacing w:before="0" w:after="80" w:line="300" w:lineRule="auto"/>
        <w:jc w:val="left"/>
      </w:pPr>
      <w:r>
        <w:rPr>
          <w:rFonts w:ascii="Times New Roman" w:hAnsi="Times New Roman" w:eastAsia="宋体"/>
          <w:b w:val="0"/>
          <w:i w:val="0"/>
          <w:color w:val="333333"/>
          <w:sz w:val="19"/>
        </w:rPr>
        <w:t>Hence T=(x(x+2)(x+5))/((x+1)(x+3)).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平均角度为 100+140/2=120°，所以内角和为 120n。凸 n 边形的内角和为 180(n-2)，故 120n=180(n-2)，解得 n=6。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angle is 100+140/2=120°, so the angle sum is 120n. A convex n-gon has angle sum 180(n-2), hence 120n=180(n-2) and n=6.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除数 d 同时整除 358=2·179 和 895=5·179。这两个数的最大公因数为质数 179，所以 d=179。又因为 1059=5·179+164，所以 r=164，从而 d-r=15。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divisor d divides both 358=2·179 and 895=5·179. Their greatest common divisor is 179, a prime, so d=179. Since 1059=5·179+164, we have r=164 and d-r=15.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设四条相等的边长均为 s，令 AB=2a，并设从 F 作出的高为 a。在两个等腰三角形中，从 C 作出的高平分 AB，从 F 作出的高平分 DE。ABC 的一半是斜边为 s、一条直角边为 a 的直角三角形；DEF 的一半也有相同的斜边和长度为 a 的高。两个直角三角形全等，只是两条直角边互换。因此相应的锐角互余，完整的顶角 ∠ ACB 与 ∠ DFE 之和为 180°。相应的半三角形面积也相等，所以两个完整三角形的面积相等。陈述 II 和 III 正确。</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equal sides have length s, let AB=2a, and let the altitude from F be a. In the isosceles triangles, the altitude from C bisects AB, while the altitude from F bisects DE. A half of ABC has hypotenuse s and leg a; a half of DEF has the same hypotenuse and altitude leg a. The two right triangles are congruent with their legs interchanged. Thus their relevant acute angles are complementary, so the full vertex angles ∠ ACB and ∠ DFE sum to 180°. The corresponding half-areas are equal as well, hence the full triangle areas are equal. Statements II and III hold.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(sinθ+cosθ)² =sin²θ+cos²θ</w:t>
      </w:r>
    </w:p>
    <w:p>
      <w:pPr>
        <w:spacing w:before="0" w:after="80" w:line="300" w:lineRule="auto"/>
        <w:jc w:val="left"/>
      </w:pPr>
      <w:r>
        <w:rPr>
          <w:rFonts w:ascii="Times New Roman" w:hAnsi="Times New Roman" w:eastAsia="宋体"/>
          <w:b w:val="0"/>
          <w:i w:val="0"/>
          <w:sz w:val="21"/>
        </w:rPr>
        <w:t>+2sinθcosθ</w:t>
      </w:r>
    </w:p>
    <w:p>
      <w:pPr>
        <w:spacing w:before="0" w:after="80" w:line="300" w:lineRule="auto"/>
        <w:jc w:val="left"/>
      </w:pPr>
      <w:r>
        <w:rPr>
          <w:rFonts w:ascii="Times New Roman" w:hAnsi="Times New Roman" w:eastAsia="宋体"/>
          <w:b w:val="0"/>
          <w:i w:val="0"/>
          <w:sz w:val="21"/>
        </w:rPr>
        <w:t>=1+a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θ 为锐角时，正弦和余弦都为正，所以所求和为 √(a+1)。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(sinθ+cosθ)² =sin²θ+cos²θ</w:t>
      </w:r>
    </w:p>
    <w:p>
      <w:pPr>
        <w:spacing w:before="0" w:after="80" w:line="300" w:lineRule="auto"/>
        <w:jc w:val="left"/>
      </w:pPr>
      <w:r>
        <w:rPr>
          <w:rFonts w:ascii="Times New Roman" w:hAnsi="Times New Roman" w:eastAsia="宋体"/>
          <w:b w:val="0"/>
          <w:i w:val="0"/>
          <w:color w:val="333333"/>
          <w:sz w:val="19"/>
        </w:rPr>
        <w:t>+2sinθcosθ</w:t>
      </w:r>
    </w:p>
    <w:p>
      <w:pPr>
        <w:spacing w:before="0" w:after="80" w:line="300" w:lineRule="auto"/>
        <w:jc w:val="left"/>
      </w:pPr>
      <w:r>
        <w:rPr>
          <w:rFonts w:ascii="Times New Roman" w:hAnsi="Times New Roman" w:eastAsia="宋体"/>
          <w:b w:val="0"/>
          <w:i w:val="0"/>
          <w:color w:val="333333"/>
          <w:sz w:val="19"/>
        </w:rPr>
        <w:t>=1+a.</w:t>
      </w:r>
    </w:p>
    <w:p>
      <w:pPr>
        <w:spacing w:before="0" w:after="80" w:line="300" w:lineRule="auto"/>
        <w:jc w:val="left"/>
      </w:pPr>
      <w:r>
        <w:rPr>
          <w:rFonts w:ascii="Times New Roman" w:hAnsi="Times New Roman" w:eastAsia="宋体"/>
          <w:b w:val="0"/>
          <w:i w:val="0"/>
          <w:color w:val="333333"/>
          <w:sz w:val="19"/>
        </w:rPr>
        <w:t>Both sine and cosine are positive for acute θ, so the sum is √(a+1).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延长 BD，使其越过 D 后与圆交于 E。因为 BC=3、BD=6，切割线定理给出</w:t>
      </w:r>
    </w:p>
    <w:p>
      <w:pPr>
        <w:spacing w:before="0" w:after="80" w:line="300" w:lineRule="auto"/>
        <w:jc w:val="left"/>
      </w:pPr>
      <w:r>
        <w:rPr>
          <w:rFonts w:ascii="Times New Roman" w:hAnsi="Times New Roman" w:eastAsia="宋体"/>
          <w:b w:val="0"/>
          <w:i w:val="0"/>
          <w:sz w:val="21"/>
        </w:rPr>
        <w:t>3· BE=AB²=36，</w:t>
      </w:r>
    </w:p>
    <w:p>
      <w:pPr>
        <w:spacing w:before="0" w:after="80" w:line="300" w:lineRule="auto"/>
        <w:jc w:val="left"/>
      </w:pPr>
      <w:r>
        <w:rPr>
          <w:rFonts w:ascii="Times New Roman" w:hAnsi="Times New Roman" w:eastAsia="宋体"/>
          <w:b w:val="0"/>
          <w:i w:val="0"/>
          <w:sz w:val="21"/>
        </w:rPr>
        <w:t>所以 BE=12、DE=6。点 D 的幂满足</w:t>
      </w:r>
    </w:p>
    <w:p>
      <w:pPr>
        <w:spacing w:before="0" w:after="80" w:line="300" w:lineRule="auto"/>
        <w:jc w:val="left"/>
      </w:pPr>
      <w:r>
        <w:rPr>
          <w:rFonts w:ascii="Times New Roman" w:hAnsi="Times New Roman" w:eastAsia="宋体"/>
          <w:b w:val="0"/>
          <w:i w:val="0"/>
          <w:sz w:val="21"/>
        </w:rPr>
        <w:t>DC· DE=(R-OD)(R+OD)</w:t>
      </w:r>
    </w:p>
    <w:p>
      <w:pPr>
        <w:spacing w:before="0" w:after="80" w:line="300" w:lineRule="auto"/>
        <w:jc w:val="left"/>
      </w:pPr>
      <w:r>
        <w:rPr>
          <w:rFonts w:ascii="Times New Roman" w:hAnsi="Times New Roman" w:eastAsia="宋体"/>
          <w:b w:val="0"/>
          <w:i w:val="0"/>
          <w:sz w:val="21"/>
        </w:rPr>
        <w:t>=R²-OD²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因而 3·6=(R-2)(R+2)=R²-4。所以 R²=22，且 R=√(22)。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BD through D to meet the circle at E. Since BC=3 and BD=6, the tangent-secant theorem gives</w:t>
      </w:r>
    </w:p>
    <w:p>
      <w:pPr>
        <w:spacing w:before="0" w:after="80" w:line="300" w:lineRule="auto"/>
        <w:jc w:val="left"/>
      </w:pPr>
      <w:r>
        <w:rPr>
          <w:rFonts w:ascii="Times New Roman" w:hAnsi="Times New Roman" w:eastAsia="宋体"/>
          <w:b w:val="0"/>
          <w:i w:val="0"/>
          <w:color w:val="333333"/>
          <w:sz w:val="19"/>
        </w:rPr>
        <w:t>3· BE=AB²=36,</w:t>
      </w:r>
    </w:p>
    <w:p>
      <w:pPr>
        <w:spacing w:before="0" w:after="80" w:line="300" w:lineRule="auto"/>
        <w:jc w:val="left"/>
      </w:pPr>
      <w:r>
        <w:rPr>
          <w:rFonts w:ascii="Times New Roman" w:hAnsi="Times New Roman" w:eastAsia="宋体"/>
          <w:b w:val="0"/>
          <w:i w:val="0"/>
          <w:color w:val="333333"/>
          <w:sz w:val="19"/>
        </w:rPr>
        <w:t>so BE=12 and DE=6. The power of D gives</w:t>
      </w:r>
    </w:p>
    <w:p>
      <w:pPr>
        <w:spacing w:before="0" w:after="80" w:line="300" w:lineRule="auto"/>
        <w:jc w:val="left"/>
      </w:pPr>
      <w:r>
        <w:rPr>
          <w:rFonts w:ascii="Times New Roman" w:hAnsi="Times New Roman" w:eastAsia="宋体"/>
          <w:b w:val="0"/>
          <w:i w:val="0"/>
          <w:color w:val="333333"/>
          <w:sz w:val="19"/>
        </w:rPr>
        <w:t>DC· DE=(R-OD)(R+OD)</w:t>
      </w:r>
    </w:p>
    <w:p>
      <w:pPr>
        <w:spacing w:before="0" w:after="80" w:line="300" w:lineRule="auto"/>
        <w:jc w:val="left"/>
      </w:pPr>
      <w:r>
        <w:rPr>
          <w:rFonts w:ascii="Times New Roman" w:hAnsi="Times New Roman" w:eastAsia="宋体"/>
          <w:b w:val="0"/>
          <w:i w:val="0"/>
          <w:color w:val="333333"/>
          <w:sz w:val="19"/>
        </w:rPr>
        <w:t>=R²-OD²,</w:t>
      </w:r>
    </w:p>
    <w:p>
      <w:pPr>
        <w:spacing w:before="0" w:after="80" w:line="300" w:lineRule="auto"/>
        <w:jc w:val="left"/>
      </w:pPr>
      <w:r>
        <w:rPr>
          <w:rFonts w:ascii="Times New Roman" w:hAnsi="Times New Roman" w:eastAsia="宋体"/>
          <w:b w:val="0"/>
          <w:i w:val="0"/>
          <w:color w:val="333333"/>
          <w:sz w:val="19"/>
        </w:rPr>
        <w:t>hence 3·6=(R-2)(R+2)=R²-4. Thus R²=22 and R=√(22).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设余式为 r(x)=ax+b。因为 p(1)=3、p(3)=5，所以 a+b=3 和 3a+b=5。因此 a=1、b=2，余式为 x+2。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remainder be r(x)=ax+b. Since p(1)=3 and p(3)=5, we have a+b=3, and 3a+b=5. Thus a=1, and b=2, so the remainder is x+2.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(2logₐ x-log_(b) x)</w:t>
      </w:r>
    </w:p>
    <w:p>
      <w:pPr>
        <w:spacing w:before="0" w:after="80" w:line="300" w:lineRule="auto"/>
        <w:jc w:val="left"/>
      </w:pPr>
      <w:r>
        <w:rPr>
          <w:rFonts w:ascii="Times New Roman" w:hAnsi="Times New Roman" w:eastAsia="宋体"/>
          <w:b w:val="0"/>
          <w:i w:val="0"/>
          <w:sz w:val="21"/>
        </w:rPr>
        <w:t>· (2logₐ x-3log_(b) x)=0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x≠1，由换底公式可知，第一个因式在 a=b² 时为零，第二个因式在 a³=b² 时为零。因此原方程在这两个条件中的任一个成立时成立，而选项中没有任何一个“当且仅当”陈述能描述它们的并集。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w:t>
      </w:r>
    </w:p>
    <w:p>
      <w:pPr>
        <w:spacing w:before="0" w:after="80" w:line="300" w:lineRule="auto"/>
        <w:jc w:val="left"/>
      </w:pPr>
      <w:r>
        <w:rPr>
          <w:rFonts w:ascii="Times New Roman" w:hAnsi="Times New Roman" w:eastAsia="宋体"/>
          <w:b w:val="0"/>
          <w:i w:val="0"/>
          <w:color w:val="333333"/>
          <w:sz w:val="19"/>
        </w:rPr>
        <w:t>(2logₐ x-log_(b) x)</w:t>
      </w:r>
    </w:p>
    <w:p>
      <w:pPr>
        <w:spacing w:before="0" w:after="80" w:line="300" w:lineRule="auto"/>
        <w:jc w:val="left"/>
      </w:pPr>
      <w:r>
        <w:rPr>
          <w:rFonts w:ascii="Times New Roman" w:hAnsi="Times New Roman" w:eastAsia="宋体"/>
          <w:b w:val="0"/>
          <w:i w:val="0"/>
          <w:color w:val="333333"/>
          <w:sz w:val="19"/>
        </w:rPr>
        <w:t>· (2logₐ x-3log_(b) x)=0.</w:t>
      </w:r>
    </w:p>
    <w:p>
      <w:pPr>
        <w:spacing w:before="0" w:after="80" w:line="300" w:lineRule="auto"/>
        <w:jc w:val="left"/>
      </w:pPr>
      <w:r>
        <w:rPr>
          <w:rFonts w:ascii="Times New Roman" w:hAnsi="Times New Roman" w:eastAsia="宋体"/>
          <w:b w:val="0"/>
          <w:i w:val="0"/>
          <w:color w:val="333333"/>
          <w:sz w:val="19"/>
        </w:rPr>
        <w:t>Since x≠1, change of base shows that the first factor vanishes when a=b², while the second vanishes when a³=b². Thus the equation holds under either of two conditions, and no listed “if and only if” statement describes their union.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这个乘积为</w:t>
      </w:r>
    </w:p>
    <w:p>
      <w:pPr>
        <w:spacing w:before="0" w:after="80" w:line="300" w:lineRule="auto"/>
        <w:jc w:val="left"/>
      </w:pPr>
      <w:r>
        <w:rPr>
          <w:rFonts w:ascii="Times New Roman" w:hAnsi="Times New Roman" w:eastAsia="宋体"/>
          <w:b w:val="0"/>
          <w:i w:val="0"/>
          <w:sz w:val="21"/>
        </w:rPr>
        <w:t>2^((1+3+⋯+(2n+1))/7) =2^(((n+1)²)/7)。</w:t>
      </w:r>
    </w:p>
    <w:p>
      <w:pPr>
        <w:spacing w:before="0" w:after="80" w:line="300" w:lineRule="auto"/>
        <w:jc w:val="left"/>
      </w:pPr>
      <w:r>
        <w:rPr>
          <w:rFonts w:ascii="Times New Roman" w:hAnsi="Times New Roman" w:eastAsia="宋体"/>
          <w:b w:val="0"/>
          <w:i w:val="0"/>
          <w:sz w:val="21"/>
        </w:rPr>
        <w:t>当 n=7 时，指数 64/7 小于 19/2，所以乘积小于 2^(19/2)=512√(2)&lt;768&lt;1000。所有更小的正奇数 n 也都不满足。当 n=9 时，指数为 100/7&gt;10，所以乘积大于 2¹⁰=1024。因此第一个符合条件的奇数 n 是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w:t>
      </w:r>
    </w:p>
    <w:p>
      <w:pPr>
        <w:spacing w:before="0" w:after="80" w:line="300" w:lineRule="auto"/>
        <w:jc w:val="left"/>
      </w:pPr>
      <w:r>
        <w:rPr>
          <w:rFonts w:ascii="Times New Roman" w:hAnsi="Times New Roman" w:eastAsia="宋体"/>
          <w:b w:val="0"/>
          <w:i w:val="0"/>
          <w:color w:val="333333"/>
          <w:sz w:val="19"/>
        </w:rPr>
        <w:t>2^((1+3+⋯+(2n+1))/7) =2^(((n+1)²)/7).</w:t>
      </w:r>
    </w:p>
    <w:p>
      <w:pPr>
        <w:spacing w:before="0" w:after="80" w:line="300" w:lineRule="auto"/>
        <w:jc w:val="left"/>
      </w:pPr>
      <w:r>
        <w:rPr>
          <w:rFonts w:ascii="Times New Roman" w:hAnsi="Times New Roman" w:eastAsia="宋体"/>
          <w:b w:val="0"/>
          <w:i w:val="0"/>
          <w:color w:val="333333"/>
          <w:sz w:val="19"/>
        </w:rPr>
        <w:t>For n=7, the exponent 64/7 is less than 19/2, so the product is less than 2^(19/2)=512√(2)&lt;768&lt;1000. All smaller positive odd n also fail. For n=9, the exponent is 100/7&gt;10, so the product exceeds 2¹⁰=1024. Thus the first allowable odd n is 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设三个顶点为 A、B、C，重心为 G，并令 T=GA²+GB²+GC²。重心恒等式给出</w:t>
      </w:r>
    </w:p>
    <w:p>
      <w:pPr>
        <w:spacing w:before="0" w:after="80" w:line="300" w:lineRule="auto"/>
        <w:jc w:val="left"/>
      </w:pPr>
      <w:r>
        <w:rPr>
          <w:rFonts w:ascii="Times New Roman" w:hAnsi="Times New Roman" w:eastAsia="宋体"/>
          <w:b w:val="0"/>
          <w:i w:val="0"/>
          <w:sz w:val="21"/>
        </w:rPr>
        <w:t>PA²+PB²+PC²=3PG²+T。</w:t>
      </w:r>
    </w:p>
    <w:p>
      <w:pPr>
        <w:spacing w:before="0" w:after="80" w:line="300" w:lineRule="auto"/>
        <w:jc w:val="left"/>
      </w:pPr>
      <w:r>
        <w:rPr>
          <w:rFonts w:ascii="Times New Roman" w:hAnsi="Times New Roman" w:eastAsia="宋体"/>
          <w:b w:val="0"/>
          <w:i w:val="0"/>
          <w:sz w:val="21"/>
        </w:rPr>
        <w:t>在等边三角形中，每个 GA=s/(√(3))，所以 T=s²。因此 3PG²=a-s²。当 a&lt; s² 时轨迹为空集；当 a=s² 时只有一个点；当 a&gt; s² 时是半径为正的圆。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vertices A, B, and C with centroid G, put T=GA²+GB²+GC². The standard centroid identity gives</w:t>
      </w:r>
    </w:p>
    <w:p>
      <w:pPr>
        <w:spacing w:before="0" w:after="80" w:line="300" w:lineRule="auto"/>
        <w:jc w:val="left"/>
      </w:pPr>
      <w:r>
        <w:rPr>
          <w:rFonts w:ascii="Times New Roman" w:hAnsi="Times New Roman" w:eastAsia="宋体"/>
          <w:b w:val="0"/>
          <w:i w:val="0"/>
          <w:color w:val="333333"/>
          <w:sz w:val="19"/>
        </w:rPr>
        <w:t>PA²+PB²+PC²=3PG²+T.</w:t>
      </w:r>
    </w:p>
    <w:p>
      <w:pPr>
        <w:spacing w:before="0" w:after="80" w:line="300" w:lineRule="auto"/>
        <w:jc w:val="left"/>
      </w:pPr>
      <w:r>
        <w:rPr>
          <w:rFonts w:ascii="Times New Roman" w:hAnsi="Times New Roman" w:eastAsia="宋体"/>
          <w:b w:val="0"/>
          <w:i w:val="0"/>
          <w:color w:val="333333"/>
          <w:sz w:val="19"/>
        </w:rPr>
        <w:t>In an equilateral triangle, each GA=s/(√(3)), so T=s². Hence 3PG²=a-s². The locus is empty for a&lt; s², one point for a=s², and a circle of positive radius for a&gt; s².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利用</w:t>
      </w:r>
    </w:p>
    <w:p>
      <w:pPr>
        <w:spacing w:before="0" w:after="80" w:line="300" w:lineRule="auto"/>
        <w:jc w:val="left"/>
      </w:pPr>
      <w:r>
        <w:rPr>
          <w:rFonts w:ascii="Times New Roman" w:hAnsi="Times New Roman" w:eastAsia="宋体"/>
          <w:b w:val="0"/>
          <w:i w:val="0"/>
          <w:sz w:val="21"/>
        </w:rPr>
        <w:t>C(n, k+1)=n-k/k+1C(n, k)，</w:t>
      </w:r>
    </w:p>
    <w:p>
      <w:pPr>
        <w:spacing w:before="0" w:after="80" w:line="300" w:lineRule="auto"/>
        <w:jc w:val="left"/>
      </w:pPr>
      <w:r>
        <w:rPr>
          <w:rFonts w:ascii="Times New Roman" w:hAnsi="Times New Roman" w:eastAsia="宋体"/>
          <w:b w:val="0"/>
          <w:i w:val="0"/>
          <w:sz w:val="21"/>
        </w:rPr>
        <w:t>并写成</w:t>
      </w:r>
    </w:p>
    <w:p>
      <w:pPr>
        <w:spacing w:before="0" w:after="80" w:line="300" w:lineRule="auto"/>
        <w:jc w:val="left"/>
      </w:pPr>
      <w:r>
        <w:rPr>
          <w:rFonts w:ascii="Times New Roman" w:hAnsi="Times New Roman" w:eastAsia="宋体"/>
          <w:b w:val="0"/>
          <w:i w:val="0"/>
          <w:sz w:val="21"/>
        </w:rPr>
        <w:t>n-2k-1/k+1=n-k/k+1-1，</w:t>
      </w:r>
    </w:p>
    <w:p>
      <w:pPr>
        <w:spacing w:before="0" w:after="80" w:line="300" w:lineRule="auto"/>
        <w:jc w:val="left"/>
      </w:pPr>
      <w:r>
        <w:rPr>
          <w:rFonts w:ascii="Times New Roman" w:hAnsi="Times New Roman" w:eastAsia="宋体"/>
          <w:b w:val="0"/>
          <w:i w:val="0"/>
          <w:sz w:val="21"/>
        </w:rPr>
        <w:t>原式化为</w:t>
      </w:r>
    </w:p>
    <w:p>
      <w:pPr>
        <w:spacing w:before="0" w:after="80" w:line="300" w:lineRule="auto"/>
        <w:jc w:val="left"/>
      </w:pPr>
      <w:r>
        <w:rPr>
          <w:rFonts w:ascii="Times New Roman" w:hAnsi="Times New Roman" w:eastAsia="宋体"/>
          <w:b w:val="0"/>
          <w:i w:val="0"/>
          <w:sz w:val="21"/>
        </w:rPr>
        <w:t>C(n, k+1)-C(n, k)。</w:t>
      </w:r>
    </w:p>
    <w:p>
      <w:pPr>
        <w:spacing w:before="0" w:after="80" w:line="300" w:lineRule="auto"/>
        <w:jc w:val="left"/>
      </w:pPr>
      <w:r>
        <w:rPr>
          <w:rFonts w:ascii="Times New Roman" w:hAnsi="Times New Roman" w:eastAsia="宋体"/>
          <w:b w:val="0"/>
          <w:i w:val="0"/>
          <w:sz w:val="21"/>
        </w:rPr>
        <w:t>对每一组允许的 k 和 n，这都是整数。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w:t>
      </w:r>
    </w:p>
    <w:p>
      <w:pPr>
        <w:spacing w:before="0" w:after="80" w:line="300" w:lineRule="auto"/>
        <w:jc w:val="left"/>
      </w:pPr>
      <w:r>
        <w:rPr>
          <w:rFonts w:ascii="Times New Roman" w:hAnsi="Times New Roman" w:eastAsia="宋体"/>
          <w:b w:val="0"/>
          <w:i w:val="0"/>
          <w:color w:val="333333"/>
          <w:sz w:val="19"/>
        </w:rPr>
        <w:t>C(n, k+1)=n-k/k+1C(n, k),</w:t>
      </w:r>
    </w:p>
    <w:p>
      <w:pPr>
        <w:spacing w:before="0" w:after="80" w:line="300" w:lineRule="auto"/>
        <w:jc w:val="left"/>
      </w:pPr>
      <w:r>
        <w:rPr>
          <w:rFonts w:ascii="Times New Roman" w:hAnsi="Times New Roman" w:eastAsia="宋体"/>
          <w:b w:val="0"/>
          <w:i w:val="0"/>
          <w:color w:val="333333"/>
          <w:sz w:val="19"/>
        </w:rPr>
        <w:t>and writing</w:t>
      </w:r>
    </w:p>
    <w:p>
      <w:pPr>
        <w:spacing w:before="0" w:after="80" w:line="300" w:lineRule="auto"/>
        <w:jc w:val="left"/>
      </w:pPr>
      <w:r>
        <w:rPr>
          <w:rFonts w:ascii="Times New Roman" w:hAnsi="Times New Roman" w:eastAsia="宋体"/>
          <w:b w:val="0"/>
          <w:i w:val="0"/>
          <w:color w:val="333333"/>
          <w:sz w:val="19"/>
        </w:rPr>
        <w:t>n-2k-1/k+1=n-k/k+1-1,</w:t>
      </w:r>
    </w:p>
    <w:p>
      <w:pPr>
        <w:spacing w:before="0" w:after="80" w:line="300" w:lineRule="auto"/>
        <w:jc w:val="left"/>
      </w:pPr>
      <w:r>
        <w:rPr>
          <w:rFonts w:ascii="Times New Roman" w:hAnsi="Times New Roman" w:eastAsia="宋体"/>
          <w:b w:val="0"/>
          <w:i w:val="0"/>
          <w:color w:val="333333"/>
          <w:sz w:val="19"/>
        </w:rPr>
        <w:t>the given expression becomes</w:t>
      </w:r>
    </w:p>
    <w:p>
      <w:pPr>
        <w:spacing w:before="0" w:after="80" w:line="300" w:lineRule="auto"/>
        <w:jc w:val="left"/>
      </w:pPr>
      <w:r>
        <w:rPr>
          <w:rFonts w:ascii="Times New Roman" w:hAnsi="Times New Roman" w:eastAsia="宋体"/>
          <w:b w:val="0"/>
          <w:i w:val="0"/>
          <w:color w:val="333333"/>
          <w:sz w:val="19"/>
        </w:rPr>
        <w:t>C(n, k+1)-C(n, k).</w:t>
      </w:r>
    </w:p>
    <w:p>
      <w:pPr>
        <w:spacing w:before="0" w:after="80" w:line="300" w:lineRule="auto"/>
        <w:jc w:val="left"/>
      </w:pPr>
      <w:r>
        <w:rPr>
          <w:rFonts w:ascii="Times New Roman" w:hAnsi="Times New Roman" w:eastAsia="宋体"/>
          <w:b w:val="0"/>
          <w:i w:val="0"/>
          <w:color w:val="333333"/>
          <w:sz w:val="19"/>
        </w:rPr>
        <w:t>This is an integer for every permitted k and 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令圆 K 的圆心为 (0,0)、半径为 2，并令 AB 为 x 轴。则圆 L 的圆心为 (0,1)、半径为 1。若圆 M 的圆心为 (x,t)、半径为 t，它与圆 K 内切并与圆 L 外切，故</w:t>
      </w:r>
    </w:p>
    <w:p>
      <w:pPr>
        <w:spacing w:before="0" w:after="80" w:line="300" w:lineRule="auto"/>
        <w:jc w:val="left"/>
      </w:pPr>
      <w:r>
        <w:rPr>
          <w:rFonts w:ascii="Times New Roman" w:hAnsi="Times New Roman" w:eastAsia="宋体"/>
          <w:b w:val="0"/>
          <w:i w:val="0"/>
          <w:sz w:val="21"/>
        </w:rPr>
        <w:t>x²+t²=(2-t)²,</w:t>
      </w:r>
    </w:p>
    <w:p>
      <w:pPr>
        <w:spacing w:before="0" w:after="80" w:line="300" w:lineRule="auto"/>
        <w:jc w:val="left"/>
      </w:pPr>
      <w:r>
        <w:rPr>
          <w:rFonts w:ascii="Times New Roman" w:hAnsi="Times New Roman" w:eastAsia="宋体"/>
          <w:b w:val="0"/>
          <w:i w:val="0"/>
          <w:sz w:val="21"/>
        </w:rPr>
        <w:t>x²+(t-1)²=(1+t)²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两式分别化为 x²=4-4t 和 x²=4t，所以 t=1/2。半径之比为 2:1/2=4:1，因此面积之比为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K to have center (0,0) and radius 2, with AB the x-axis. Then L has center (0,1) and radius 1. If M has center (x,t) and radius t, internal tangency to K and external tangency to L give</w:t>
      </w:r>
    </w:p>
    <w:p>
      <w:pPr>
        <w:spacing w:before="0" w:after="80" w:line="300" w:lineRule="auto"/>
        <w:jc w:val="left"/>
      </w:pPr>
      <w:r>
        <w:rPr>
          <w:rFonts w:ascii="Times New Roman" w:hAnsi="Times New Roman" w:eastAsia="宋体"/>
          <w:b w:val="0"/>
          <w:i w:val="0"/>
          <w:color w:val="333333"/>
          <w:sz w:val="19"/>
        </w:rPr>
        <w:t>x²+t²=(2-t)²,</w:t>
      </w:r>
    </w:p>
    <w:p>
      <w:pPr>
        <w:spacing w:before="0" w:after="80" w:line="300" w:lineRule="auto"/>
        <w:jc w:val="left"/>
      </w:pPr>
      <w:r>
        <w:rPr>
          <w:rFonts w:ascii="Times New Roman" w:hAnsi="Times New Roman" w:eastAsia="宋体"/>
          <w:b w:val="0"/>
          <w:i w:val="0"/>
          <w:color w:val="333333"/>
          <w:sz w:val="19"/>
        </w:rPr>
        <w:t>x²+(t-1)²=(1+t)².</w:t>
      </w:r>
    </w:p>
    <w:p>
      <w:pPr>
        <w:spacing w:before="0" w:after="80" w:line="300" w:lineRule="auto"/>
        <w:jc w:val="left"/>
      </w:pPr>
      <w:r>
        <w:rPr>
          <w:rFonts w:ascii="Times New Roman" w:hAnsi="Times New Roman" w:eastAsia="宋体"/>
          <w:b w:val="0"/>
          <w:i w:val="0"/>
          <w:color w:val="333333"/>
          <w:sz w:val="19"/>
        </w:rPr>
        <w:t>These simplify to x²=4-4t and x²=4t, so t=1/2. The radius ratio is 2:1/2=4:1, hence the area ratio is 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直接计算得</w:t>
      </w:r>
    </w:p>
    <w:p>
      <w:pPr>
        <w:spacing w:before="0" w:after="80" w:line="300" w:lineRule="auto"/>
        <w:jc w:val="left"/>
      </w:pPr>
      <w:r>
        <w:rPr>
          <w:rFonts w:ascii="Times New Roman" w:hAnsi="Times New Roman" w:eastAsia="宋体"/>
          <w:b w:val="0"/>
          <w:i w:val="0"/>
          <w:sz w:val="21"/>
        </w:rPr>
        <w:t>Δ uₙ=3n²+3n+2,</w:t>
      </w:r>
    </w:p>
    <w:p>
      <w:pPr>
        <w:spacing w:before="0" w:after="80" w:line="300" w:lineRule="auto"/>
        <w:jc w:val="left"/>
      </w:pPr>
      <w:r>
        <w:rPr>
          <w:rFonts w:ascii="Times New Roman" w:hAnsi="Times New Roman" w:eastAsia="宋体"/>
          <w:b w:val="0"/>
          <w:i w:val="0"/>
          <w:sz w:val="21"/>
        </w:rPr>
        <w:t>Δ²uₙ=6n+6,</w:t>
      </w:r>
    </w:p>
    <w:p>
      <w:pPr>
        <w:spacing w:before="0" w:after="80" w:line="300" w:lineRule="auto"/>
        <w:jc w:val="left"/>
      </w:pPr>
      <w:r>
        <w:rPr>
          <w:rFonts w:ascii="Times New Roman" w:hAnsi="Times New Roman" w:eastAsia="宋体"/>
          <w:b w:val="0"/>
          <w:i w:val="0"/>
          <w:sz w:val="21"/>
        </w:rPr>
        <w:t>Δ³uₙ=6,</w:t>
      </w:r>
    </w:p>
    <w:p>
      <w:pPr>
        <w:spacing w:before="0" w:after="80" w:line="300" w:lineRule="auto"/>
        <w:jc w:val="left"/>
      </w:pPr>
      <w:r>
        <w:rPr>
          <w:rFonts w:ascii="Times New Roman" w:hAnsi="Times New Roman" w:eastAsia="宋体"/>
          <w:b w:val="0"/>
          <w:i w:val="0"/>
          <w:sz w:val="21"/>
        </w:rPr>
        <w:t>Δ⁴uₙ=0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因此四阶差分对所有 n 都为零，而三阶差分不为零。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Directly,</w:t>
      </w:r>
    </w:p>
    <w:p>
      <w:pPr>
        <w:spacing w:before="0" w:after="80" w:line="300" w:lineRule="auto"/>
        <w:jc w:val="left"/>
      </w:pPr>
      <w:r>
        <w:rPr>
          <w:rFonts w:ascii="Times New Roman" w:hAnsi="Times New Roman" w:eastAsia="宋体"/>
          <w:b w:val="0"/>
          <w:i w:val="0"/>
          <w:color w:val="333333"/>
          <w:sz w:val="19"/>
        </w:rPr>
        <w:t>Δ uₙ=3n²+3n+2,</w:t>
      </w:r>
    </w:p>
    <w:p>
      <w:pPr>
        <w:spacing w:before="0" w:after="80" w:line="300" w:lineRule="auto"/>
        <w:jc w:val="left"/>
      </w:pPr>
      <w:r>
        <w:rPr>
          <w:rFonts w:ascii="Times New Roman" w:hAnsi="Times New Roman" w:eastAsia="宋体"/>
          <w:b w:val="0"/>
          <w:i w:val="0"/>
          <w:color w:val="333333"/>
          <w:sz w:val="19"/>
        </w:rPr>
        <w:t>Δ²uₙ=6n+6,</w:t>
      </w:r>
    </w:p>
    <w:p>
      <w:pPr>
        <w:spacing w:before="0" w:after="80" w:line="300" w:lineRule="auto"/>
        <w:jc w:val="left"/>
      </w:pPr>
      <w:r>
        <w:rPr>
          <w:rFonts w:ascii="Times New Roman" w:hAnsi="Times New Roman" w:eastAsia="宋体"/>
          <w:b w:val="0"/>
          <w:i w:val="0"/>
          <w:color w:val="333333"/>
          <w:sz w:val="19"/>
        </w:rPr>
        <w:t>Δ³uₙ=6,</w:t>
      </w:r>
    </w:p>
    <w:p>
      <w:pPr>
        <w:spacing w:before="0" w:after="80" w:line="300" w:lineRule="auto"/>
        <w:jc w:val="left"/>
      </w:pPr>
      <w:r>
        <w:rPr>
          <w:rFonts w:ascii="Times New Roman" w:hAnsi="Times New Roman" w:eastAsia="宋体"/>
          <w:b w:val="0"/>
          <w:i w:val="0"/>
          <w:color w:val="333333"/>
          <w:sz w:val="19"/>
        </w:rPr>
        <w:t>Δ⁴uₙ=0.</w:t>
      </w:r>
    </w:p>
    <w:p>
      <w:pPr>
        <w:spacing w:before="0" w:after="80" w:line="300" w:lineRule="auto"/>
        <w:jc w:val="left"/>
      </w:pPr>
      <w:r>
        <w:rPr>
          <w:rFonts w:ascii="Times New Roman" w:hAnsi="Times New Roman" w:eastAsia="宋体"/>
          <w:b w:val="0"/>
          <w:i w:val="0"/>
          <w:color w:val="333333"/>
          <w:sz w:val="19"/>
        </w:rPr>
        <w:t>Thus the fourth differences vanish for all n, but the third differences do not.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设内公切线与圆 O 和 O' 分别切于 R 和 S。设经过 P 的外公切线与两圆分别切于 X 和 Y，经过 Q 的外公切线与两圆分别切于 V 和 W。从同一点引出的切线段相等，所以</w:t>
      </w:r>
    </w:p>
    <w:p>
      <w:pPr>
        <w:spacing w:before="0" w:after="80" w:line="300" w:lineRule="auto"/>
        <w:jc w:val="left"/>
      </w:pPr>
      <w:r>
        <w:rPr>
          <w:rFonts w:ascii="Times New Roman" w:hAnsi="Times New Roman" w:eastAsia="宋体"/>
          <w:b w:val="0"/>
          <w:i w:val="0"/>
          <w:sz w:val="21"/>
        </w:rPr>
        <w:t>PR=PX,</w:t>
      </w:r>
    </w:p>
    <w:p>
      <w:pPr>
        <w:spacing w:before="0" w:after="80" w:line="300" w:lineRule="auto"/>
        <w:jc w:val="left"/>
      </w:pPr>
      <w:r>
        <w:rPr>
          <w:rFonts w:ascii="Times New Roman" w:hAnsi="Times New Roman" w:eastAsia="宋体"/>
          <w:b w:val="0"/>
          <w:i w:val="0"/>
          <w:sz w:val="21"/>
        </w:rPr>
        <w:t>PS=PY,</w:t>
      </w:r>
    </w:p>
    <w:p>
      <w:pPr>
        <w:spacing w:before="0" w:after="80" w:line="300" w:lineRule="auto"/>
        <w:jc w:val="left"/>
      </w:pPr>
      <w:r>
        <w:rPr>
          <w:rFonts w:ascii="Times New Roman" w:hAnsi="Times New Roman" w:eastAsia="宋体"/>
          <w:b w:val="0"/>
          <w:i w:val="0"/>
          <w:sz w:val="21"/>
        </w:rPr>
        <w:t>QR=QV,</w:t>
      </w:r>
    </w:p>
    <w:p>
      <w:pPr>
        <w:spacing w:before="0" w:after="80" w:line="300" w:lineRule="auto"/>
        <w:jc w:val="left"/>
      </w:pPr>
      <w:r>
        <w:rPr>
          <w:rFonts w:ascii="Times New Roman" w:hAnsi="Times New Roman" w:eastAsia="宋体"/>
          <w:b w:val="0"/>
          <w:i w:val="0"/>
          <w:sz w:val="21"/>
        </w:rPr>
        <w:t>QS=QW</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在内公切线上，PR+QR=PQ，且 PS+QS=PQ。相加得</w:t>
      </w:r>
    </w:p>
    <w:p>
      <w:pPr>
        <w:spacing w:before="0" w:after="80" w:line="300" w:lineRule="auto"/>
        <w:jc w:val="left"/>
      </w:pPr>
      <w:r>
        <w:rPr>
          <w:rFonts w:ascii="Times New Roman" w:hAnsi="Times New Roman" w:eastAsia="宋体"/>
          <w:b w:val="0"/>
          <w:i w:val="0"/>
          <w:sz w:val="21"/>
        </w:rPr>
        <w:t>PR+QR+PS+QS=2PQ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在两条外公切线上，PX+PY=XY，且 QV+QW=VW。因此 2PQ=XY+VW。两条外公切线段长度相等，所以 XY=VW，从而 PQ=XY=VW。</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internal tangent touch O and O' at R and S. Let the external tangent through P touch them at X and Y, and let the one through Q touch them at V and W. Equal tangent segments from a point give</w:t>
      </w:r>
    </w:p>
    <w:p>
      <w:pPr>
        <w:spacing w:before="0" w:after="80" w:line="300" w:lineRule="auto"/>
        <w:jc w:val="left"/>
      </w:pPr>
      <w:r>
        <w:rPr>
          <w:rFonts w:ascii="Times New Roman" w:hAnsi="Times New Roman" w:eastAsia="宋体"/>
          <w:b w:val="0"/>
          <w:i w:val="0"/>
          <w:color w:val="333333"/>
          <w:sz w:val="19"/>
        </w:rPr>
        <w:t>PR=PX,</w:t>
      </w:r>
    </w:p>
    <w:p>
      <w:pPr>
        <w:spacing w:before="0" w:after="80" w:line="300" w:lineRule="auto"/>
        <w:jc w:val="left"/>
      </w:pPr>
      <w:r>
        <w:rPr>
          <w:rFonts w:ascii="Times New Roman" w:hAnsi="Times New Roman" w:eastAsia="宋体"/>
          <w:b w:val="0"/>
          <w:i w:val="0"/>
          <w:color w:val="333333"/>
          <w:sz w:val="19"/>
        </w:rPr>
        <w:t>PS=PY,</w:t>
      </w:r>
    </w:p>
    <w:p>
      <w:pPr>
        <w:spacing w:before="0" w:after="80" w:line="300" w:lineRule="auto"/>
        <w:jc w:val="left"/>
      </w:pPr>
      <w:r>
        <w:rPr>
          <w:rFonts w:ascii="Times New Roman" w:hAnsi="Times New Roman" w:eastAsia="宋体"/>
          <w:b w:val="0"/>
          <w:i w:val="0"/>
          <w:color w:val="333333"/>
          <w:sz w:val="19"/>
        </w:rPr>
        <w:t>QR=QV,</w:t>
      </w:r>
    </w:p>
    <w:p>
      <w:pPr>
        <w:spacing w:before="0" w:after="80" w:line="300" w:lineRule="auto"/>
        <w:jc w:val="left"/>
      </w:pPr>
      <w:r>
        <w:rPr>
          <w:rFonts w:ascii="Times New Roman" w:hAnsi="Times New Roman" w:eastAsia="宋体"/>
          <w:b w:val="0"/>
          <w:i w:val="0"/>
          <w:color w:val="333333"/>
          <w:sz w:val="19"/>
        </w:rPr>
        <w:t>QS=QW.</w:t>
      </w:r>
    </w:p>
    <w:p>
      <w:pPr>
        <w:spacing w:before="0" w:after="80" w:line="300" w:lineRule="auto"/>
        <w:jc w:val="left"/>
      </w:pPr>
      <w:r>
        <w:rPr>
          <w:rFonts w:ascii="Times New Roman" w:hAnsi="Times New Roman" w:eastAsia="宋体"/>
          <w:b w:val="0"/>
          <w:i w:val="0"/>
          <w:color w:val="333333"/>
          <w:sz w:val="19"/>
        </w:rPr>
        <w:t>Along the internal tangent, PR+QR=PQ and PS+QS=PQ. Adding,</w:t>
      </w:r>
    </w:p>
    <w:p>
      <w:pPr>
        <w:spacing w:before="0" w:after="80" w:line="300" w:lineRule="auto"/>
        <w:jc w:val="left"/>
      </w:pPr>
      <w:r>
        <w:rPr>
          <w:rFonts w:ascii="Times New Roman" w:hAnsi="Times New Roman" w:eastAsia="宋体"/>
          <w:b w:val="0"/>
          <w:i w:val="0"/>
          <w:color w:val="333333"/>
          <w:sz w:val="19"/>
        </w:rPr>
        <w:t>PR+QR+PS+QS=2PQ.</w:t>
      </w:r>
    </w:p>
    <w:p>
      <w:pPr>
        <w:spacing w:before="0" w:after="80" w:line="300" w:lineRule="auto"/>
        <w:jc w:val="left"/>
      </w:pPr>
      <w:r>
        <w:rPr>
          <w:rFonts w:ascii="Times New Roman" w:hAnsi="Times New Roman" w:eastAsia="宋体"/>
          <w:b w:val="0"/>
          <w:i w:val="0"/>
          <w:color w:val="333333"/>
          <w:sz w:val="19"/>
        </w:rPr>
        <w:t>Along the external tangents, PX+PY=XY and QV+QW=VW. Therefore 2PQ=XY+VW. The two external common tangent segments have equal length, so XY=VW and hence PQ=XY=VW.</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设 T 为第一个分数。它的分子平方为</w:t>
      </w:r>
    </w:p>
    <w:p>
      <w:pPr>
        <w:spacing w:before="0" w:after="80" w:line="300" w:lineRule="auto"/>
        <w:jc w:val="left"/>
      </w:pPr>
      <w:r>
        <w:rPr>
          <w:rFonts w:ascii="Times New Roman" w:hAnsi="Times New Roman" w:eastAsia="宋体"/>
          <w:b w:val="0"/>
          <w:i w:val="0"/>
          <w:sz w:val="21"/>
        </w:rPr>
        <w:t>(√(5)+2)+(√(5)-2)</w:t>
      </w:r>
    </w:p>
    <w:p>
      <w:pPr>
        <w:spacing w:before="0" w:after="80" w:line="300" w:lineRule="auto"/>
        <w:jc w:val="left"/>
      </w:pPr>
      <w:r>
        <w:rPr>
          <w:rFonts w:ascii="Times New Roman" w:hAnsi="Times New Roman" w:eastAsia="宋体"/>
          <w:b w:val="0"/>
          <w:i w:val="0"/>
          <w:sz w:val="21"/>
        </w:rPr>
        <w:t>+2√((√(5)+2)(√(5)-2))</w:t>
      </w:r>
    </w:p>
    <w:p>
      <w:pPr>
        <w:spacing w:before="0" w:after="80" w:line="300" w:lineRule="auto"/>
        <w:jc w:val="left"/>
      </w:pPr>
      <w:r>
        <w:rPr>
          <w:rFonts w:ascii="Times New Roman" w:hAnsi="Times New Roman" w:eastAsia="宋体"/>
          <w:b w:val="0"/>
          <w:i w:val="0"/>
          <w:sz w:val="21"/>
        </w:rPr>
        <w:t>=2√(5)+2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T²=(2√(5)+2)/(√(5)+1)=2，且 T=√(2)。另外，√(3-2√(2))=√(2)-1。所以 N=√(2)-(√(2)-1)=1。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first fraction. Its numerator squared is</w:t>
      </w:r>
    </w:p>
    <w:p>
      <w:pPr>
        <w:spacing w:before="0" w:after="80" w:line="300" w:lineRule="auto"/>
        <w:jc w:val="left"/>
      </w:pPr>
      <w:r>
        <w:rPr>
          <w:rFonts w:ascii="Times New Roman" w:hAnsi="Times New Roman" w:eastAsia="宋体"/>
          <w:b w:val="0"/>
          <w:i w:val="0"/>
          <w:color w:val="333333"/>
          <w:sz w:val="19"/>
        </w:rPr>
        <w:t>(√(5)+2)+(√(5)-2)</w:t>
      </w:r>
    </w:p>
    <w:p>
      <w:pPr>
        <w:spacing w:before="0" w:after="80" w:line="300" w:lineRule="auto"/>
        <w:jc w:val="left"/>
      </w:pPr>
      <w:r>
        <w:rPr>
          <w:rFonts w:ascii="Times New Roman" w:hAnsi="Times New Roman" w:eastAsia="宋体"/>
          <w:b w:val="0"/>
          <w:i w:val="0"/>
          <w:color w:val="333333"/>
          <w:sz w:val="19"/>
        </w:rPr>
        <w:t>+2√((√(5)+2)(√(5)-2))</w:t>
      </w:r>
    </w:p>
    <w:p>
      <w:pPr>
        <w:spacing w:before="0" w:after="80" w:line="300" w:lineRule="auto"/>
        <w:jc w:val="left"/>
      </w:pPr>
      <w:r>
        <w:rPr>
          <w:rFonts w:ascii="Times New Roman" w:hAnsi="Times New Roman" w:eastAsia="宋体"/>
          <w:b w:val="0"/>
          <w:i w:val="0"/>
          <w:color w:val="333333"/>
          <w:sz w:val="19"/>
        </w:rPr>
        <w:t>=2√(5)+2.</w:t>
      </w:r>
    </w:p>
    <w:p>
      <w:pPr>
        <w:spacing w:before="0" w:after="80" w:line="300" w:lineRule="auto"/>
        <w:jc w:val="left"/>
      </w:pPr>
      <w:r>
        <w:rPr>
          <w:rFonts w:ascii="Times New Roman" w:hAnsi="Times New Roman" w:eastAsia="宋体"/>
          <w:b w:val="0"/>
          <w:i w:val="0"/>
          <w:color w:val="333333"/>
          <w:sz w:val="19"/>
        </w:rPr>
        <w:t>Thus T²=(2√(5)+2)/(√(5)+1)=2, and T=√(2). Also √(3-2√(2))=√(2)-1. Hence N=√(2)-(√(2)-1)=1.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能被 4 整除的下标有 25 个，与 1pmod4 同余的下标也有 25 个。从 C(100, 2)=4950 个交点出发，平行线组不产生交点，因此减去 C(25, 2)=300。共点线组的 300 对直线只产生一个点，而不是 300 个不同的点，因此再减去 299。其余交点都可以选成互不相同，所以最大值为</w:t>
      </w:r>
    </w:p>
    <w:p>
      <w:pPr>
        <w:spacing w:before="0" w:after="80" w:line="300" w:lineRule="auto"/>
        <w:jc w:val="left"/>
      </w:pPr>
      <w:r>
        <w:rPr>
          <w:rFonts w:ascii="Times New Roman" w:hAnsi="Times New Roman" w:eastAsia="宋体"/>
          <w:b w:val="0"/>
          <w:i w:val="0"/>
          <w:sz w:val="21"/>
        </w:rPr>
        <w:t>4950-300-299=4351。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25 indices divisible by 4 and 25 congruent to 1pmod4. Starting from C(100, 2)=4950, the parallel group contributes no intersections, removing C(25, 2)=300. The concurrent group’s 300 pairs all give one point rather than 300 distinct points, removing another 299. All remaining intersections can be chosen distinct, so the maximum is</w:t>
      </w:r>
    </w:p>
    <w:p>
      <w:pPr>
        <w:spacing w:before="0" w:after="80" w:line="300" w:lineRule="auto"/>
        <w:jc w:val="left"/>
      </w:pPr>
      <w:r>
        <w:rPr>
          <w:rFonts w:ascii="Times New Roman" w:hAnsi="Times New Roman" w:eastAsia="宋体"/>
          <w:b w:val="0"/>
          <w:i w:val="0"/>
          <w:color w:val="333333"/>
          <w:sz w:val="19"/>
        </w:rPr>
        <w:t>4950-300-299=4351.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设安和芭芭拉现在的年龄分别为 x 和 y，并令她们恒定的年龄差为 d=x-y。在第一个所述时刻，安的年龄为 y，所以芭芭拉的年龄为 y-d。在更早的所述时刻，安的年龄为 y-d，所以芭芭拉的年龄为 y-2d。最后一句说明这个年龄等于 x/2。因此</w:t>
      </w:r>
    </w:p>
    <w:p>
      <w:pPr>
        <w:spacing w:before="0" w:after="80" w:line="300" w:lineRule="auto"/>
        <w:jc w:val="left"/>
      </w:pPr>
      <w:r>
        <w:rPr>
          <w:rFonts w:ascii="Times New Roman" w:hAnsi="Times New Roman" w:eastAsia="宋体"/>
          <w:b w:val="0"/>
          <w:i w:val="0"/>
          <w:sz w:val="21"/>
        </w:rPr>
        <w:t>y-2(x-y)=x/2，</w:t>
      </w:r>
    </w:p>
    <w:p>
      <w:pPr>
        <w:spacing w:before="0" w:after="80" w:line="300" w:lineRule="auto"/>
        <w:jc w:val="left"/>
      </w:pPr>
      <w:r>
        <w:rPr>
          <w:rFonts w:ascii="Times New Roman" w:hAnsi="Times New Roman" w:eastAsia="宋体"/>
          <w:b w:val="0"/>
          <w:i w:val="0"/>
          <w:sz w:val="21"/>
        </w:rPr>
        <w:t>从而 6y=5x。再结合 x+y=44，得 x=24、y=20。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Ann’s and Barbara’s present ages be x and y, and let their constant age difference be d=x-y. At the first referenced time Ann was y, so Barbara was y-d. At the earlier referenced time Ann was that age y-d, so Barbara was y-2d. The final clause says this last age was x/2. Hence</w:t>
      </w:r>
    </w:p>
    <w:p>
      <w:pPr>
        <w:spacing w:before="0" w:after="80" w:line="300" w:lineRule="auto"/>
        <w:jc w:val="left"/>
      </w:pPr>
      <w:r>
        <w:rPr>
          <w:rFonts w:ascii="Times New Roman" w:hAnsi="Times New Roman" w:eastAsia="宋体"/>
          <w:b w:val="0"/>
          <w:i w:val="0"/>
          <w:color w:val="333333"/>
          <w:sz w:val="19"/>
        </w:rPr>
        <w:t>y-2(x-y)=x/2,</w:t>
      </w:r>
    </w:p>
    <w:p>
      <w:pPr>
        <w:spacing w:before="0" w:after="80" w:line="300" w:lineRule="auto"/>
        <w:jc w:val="left"/>
      </w:pPr>
      <w:r>
        <w:rPr>
          <w:rFonts w:ascii="Times New Roman" w:hAnsi="Times New Roman" w:eastAsia="宋体"/>
          <w:b w:val="0"/>
          <w:i w:val="0"/>
          <w:color w:val="333333"/>
          <w:sz w:val="19"/>
        </w:rPr>
        <w:t>which gives 6y=5x. Together with x+y=44, this yields x=24 and y=20.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令 x=2u、y=v 和 z=w/2。前两个方程都除以 2，得</w:t>
      </w:r>
    </w:p>
    <w:p>
      <w:pPr>
        <w:spacing w:before="0" w:after="80" w:line="300" w:lineRule="auto"/>
        <w:jc w:val="left"/>
      </w:pPr>
      <w:r>
        <w:rPr>
          <w:rFonts w:ascii="Times New Roman" w:hAnsi="Times New Roman" w:eastAsia="宋体"/>
          <w:b w:val="0"/>
          <w:i w:val="0"/>
          <w:sz w:val="21"/>
        </w:rPr>
        <w:t>u+v+w=6,</w:t>
      </w:r>
    </w:p>
    <w:p>
      <w:pPr>
        <w:spacing w:before="0" w:after="80" w:line="300" w:lineRule="auto"/>
        <w:jc w:val="left"/>
      </w:pPr>
      <w:r>
        <w:rPr>
          <w:rFonts w:ascii="Times New Roman" w:hAnsi="Times New Roman" w:eastAsia="宋体"/>
          <w:b w:val="0"/>
          <w:i w:val="0"/>
          <w:sz w:val="21"/>
        </w:rPr>
        <w:t>uv+vw+uw=11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 uvw=6。因此 u、v、w 是多项式 p(t)=t³-6t²+11t-6 的三个根。该多项式分解为</w:t>
      </w:r>
    </w:p>
    <w:p>
      <w:pPr>
        <w:spacing w:before="0" w:after="80" w:line="300" w:lineRule="auto"/>
        <w:jc w:val="left"/>
      </w:pPr>
      <w:r>
        <w:rPr>
          <w:rFonts w:ascii="Times New Roman" w:hAnsi="Times New Roman" w:eastAsia="宋体"/>
          <w:b w:val="0"/>
          <w:i w:val="0"/>
          <w:sz w:val="21"/>
        </w:rPr>
        <w:t>p(t)=(t-1)(t-2)(t-3)，</w:t>
      </w:r>
    </w:p>
    <w:p>
      <w:pPr>
        <w:spacing w:before="0" w:after="80" w:line="300" w:lineRule="auto"/>
        <w:jc w:val="left"/>
      </w:pPr>
      <w:r>
        <w:rPr>
          <w:rFonts w:ascii="Times New Roman" w:hAnsi="Times New Roman" w:eastAsia="宋体"/>
          <w:b w:val="0"/>
          <w:i w:val="0"/>
          <w:sz w:val="21"/>
        </w:rPr>
        <w:t>所以这三个数是按任意顺序排列的 1、2、3。它们的 3!=6 种排列产生 6 个不同的有序三元组 (x,y,z)。</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x=2u, y=v, and z=w/2. Dividing the first two equations by 2 gives</w:t>
      </w:r>
    </w:p>
    <w:p>
      <w:pPr>
        <w:spacing w:before="0" w:after="80" w:line="300" w:lineRule="auto"/>
        <w:jc w:val="left"/>
      </w:pPr>
      <w:r>
        <w:rPr>
          <w:rFonts w:ascii="Times New Roman" w:hAnsi="Times New Roman" w:eastAsia="宋体"/>
          <w:b w:val="0"/>
          <w:i w:val="0"/>
          <w:color w:val="333333"/>
          <w:sz w:val="19"/>
        </w:rPr>
        <w:t>u+v+w=6,</w:t>
      </w:r>
    </w:p>
    <w:p>
      <w:pPr>
        <w:spacing w:before="0" w:after="80" w:line="300" w:lineRule="auto"/>
        <w:jc w:val="left"/>
      </w:pPr>
      <w:r>
        <w:rPr>
          <w:rFonts w:ascii="Times New Roman" w:hAnsi="Times New Roman" w:eastAsia="宋体"/>
          <w:b w:val="0"/>
          <w:i w:val="0"/>
          <w:color w:val="333333"/>
          <w:sz w:val="19"/>
        </w:rPr>
        <w:t>uv+vw+uw=11,</w:t>
      </w:r>
    </w:p>
    <w:p>
      <w:pPr>
        <w:spacing w:before="0" w:after="80" w:line="300" w:lineRule="auto"/>
        <w:jc w:val="left"/>
      </w:pPr>
      <w:r>
        <w:rPr>
          <w:rFonts w:ascii="Times New Roman" w:hAnsi="Times New Roman" w:eastAsia="宋体"/>
          <w:b w:val="0"/>
          <w:i w:val="0"/>
          <w:color w:val="333333"/>
          <w:sz w:val="19"/>
        </w:rPr>
        <w:t>while uvw=6. Thus u, v, and w are the three roots of p(t)=t³-6t²+11t-6. This polynomial factors as</w:t>
      </w:r>
    </w:p>
    <w:p>
      <w:pPr>
        <w:spacing w:before="0" w:after="80" w:line="300" w:lineRule="auto"/>
        <w:jc w:val="left"/>
      </w:pPr>
      <w:r>
        <w:rPr>
          <w:rFonts w:ascii="Times New Roman" w:hAnsi="Times New Roman" w:eastAsia="宋体"/>
          <w:b w:val="0"/>
          <w:i w:val="0"/>
          <w:color w:val="333333"/>
          <w:sz w:val="19"/>
        </w:rPr>
        <w:t>p(t)=(t-1)(t-2)(t-3),</w:t>
      </w:r>
    </w:p>
    <w:p>
      <w:pPr>
        <w:spacing w:before="0" w:after="80" w:line="300" w:lineRule="auto"/>
        <w:jc w:val="left"/>
      </w:pPr>
      <w:r>
        <w:rPr>
          <w:rFonts w:ascii="Times New Roman" w:hAnsi="Times New Roman" w:eastAsia="宋体"/>
          <w:b w:val="0"/>
          <w:i w:val="0"/>
          <w:color w:val="333333"/>
          <w:sz w:val="19"/>
        </w:rPr>
        <w:t>so they are 1, 2, and 3 in any order. Their 3!=6 permutations produce 6 distinct ordered triples (x,y,z).</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