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1975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w:t>
      </w:r>
    </w:p>
    <w:p>
      <w:pPr>
        <w:spacing w:before="0" w:after="80" w:line="300" w:lineRule="auto"/>
        <w:jc w:val="left"/>
      </w:pPr>
      <w:r>
        <w:rPr>
          <w:rFonts w:ascii="Times New Roman" w:hAnsi="Times New Roman" w:eastAsia="宋体"/>
          <w:b w:val="0"/>
          <w:i w:val="0"/>
          <w:sz w:val="21"/>
        </w:rPr>
        <w:t>1/(2-1/(2-1/(2-1/2)))</w:t>
      </w:r>
    </w:p>
    <w:p>
      <w:pPr>
        <w:spacing w:before="0" w:after="80" w:line="300" w:lineRule="auto"/>
        <w:jc w:val="left"/>
      </w:pPr>
      <w:r>
        <w:rPr>
          <w:rFonts w:ascii="Times New Roman" w:hAnsi="Times New Roman" w:eastAsia="宋体"/>
          <w:b w:val="0"/>
          <w:i w:val="0"/>
          <w:sz w:val="21"/>
        </w:rPr>
        <w:t>的值是</w:t>
      </w:r>
    </w:p>
    <w:p>
      <w:pPr>
        <w:spacing w:before="0" w:after="120" w:line="300" w:lineRule="auto"/>
      </w:pPr>
      <w:r>
        <w:rPr>
          <w:rFonts w:ascii="Times New Roman" w:hAnsi="Times New Roman" w:eastAsia="宋体"/>
          <w:b w:val="0"/>
          <w:i w:val="0"/>
          <w:sz w:val="21"/>
        </w:rPr>
        <w:t>（A）3/4　　（B）4/5　　（C）5/6　　（D）6/7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w:t>
      </w:r>
    </w:p>
    <w:p>
      <w:pPr>
        <w:spacing w:before="0" w:after="80" w:line="300" w:lineRule="auto"/>
        <w:jc w:val="left"/>
      </w:pPr>
      <w:r>
        <w:rPr>
          <w:rFonts w:ascii="Times New Roman" w:hAnsi="Times New Roman" w:eastAsia="宋体"/>
          <w:b w:val="0"/>
          <w:i w:val="0"/>
          <w:color w:val="333333"/>
          <w:sz w:val="19"/>
        </w:rPr>
        <w:t>1/(2-1/(2-1/(2-1/2)))</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3/4　　(B) 4/5　　(C) 5/6　　(D) 6/7　　(E) 6/5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对于哪些实数 m，联立方程</w:t>
      </w:r>
    </w:p>
    <w:p>
      <w:pPr>
        <w:spacing w:before="0" w:after="80" w:line="300" w:lineRule="auto"/>
        <w:jc w:val="left"/>
      </w:pPr>
      <w:r>
        <w:rPr>
          <w:rFonts w:ascii="Times New Roman" w:hAnsi="Times New Roman" w:eastAsia="宋体"/>
          <w:b w:val="0"/>
          <w:i w:val="0"/>
          <w:sz w:val="21"/>
        </w:rPr>
        <w:t>y=mx+3,</w:t>
      </w:r>
    </w:p>
    <w:p>
      <w:pPr>
        <w:spacing w:before="0" w:after="80" w:line="300" w:lineRule="auto"/>
        <w:jc w:val="left"/>
      </w:pPr>
      <w:r>
        <w:rPr>
          <w:rFonts w:ascii="Times New Roman" w:hAnsi="Times New Roman" w:eastAsia="宋体"/>
          <w:b w:val="0"/>
          <w:i w:val="0"/>
          <w:sz w:val="21"/>
        </w:rPr>
        <w:t>y=(2m-1)x+4</w:t>
      </w:r>
    </w:p>
    <w:p>
      <w:pPr>
        <w:spacing w:before="0" w:after="80" w:line="300" w:lineRule="auto"/>
        <w:jc w:val="left"/>
      </w:pPr>
      <w:r>
        <w:rPr>
          <w:rFonts w:ascii="Times New Roman" w:hAnsi="Times New Roman" w:eastAsia="宋体"/>
          <w:b w:val="0"/>
          <w:i w:val="0"/>
          <w:sz w:val="21"/>
        </w:rPr>
        <w:t>至少有一组实数解 (x,y)？</w:t>
      </w:r>
    </w:p>
    <w:p>
      <w:pPr>
        <w:spacing w:before="0" w:after="120" w:line="300" w:lineRule="auto"/>
      </w:pPr>
      <w:r>
        <w:rPr>
          <w:rFonts w:ascii="Times New Roman" w:hAnsi="Times New Roman" w:eastAsia="宋体"/>
          <w:b w:val="0"/>
          <w:i w:val="0"/>
          <w:sz w:val="21"/>
        </w:rPr>
        <w:t>（A）所有 m　　（B）所有 m≠0　　（C）所有 m≠1/2　　（D）所有 m≠1　　（E）不存在这样的 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which real values of m are the simultaneous equations</w:t>
      </w:r>
    </w:p>
    <w:p>
      <w:pPr>
        <w:spacing w:before="0" w:after="80" w:line="300" w:lineRule="auto"/>
        <w:jc w:val="left"/>
      </w:pPr>
      <w:r>
        <w:rPr>
          <w:rFonts w:ascii="Times New Roman" w:hAnsi="Times New Roman" w:eastAsia="宋体"/>
          <w:b w:val="0"/>
          <w:i w:val="0"/>
          <w:color w:val="333333"/>
          <w:sz w:val="19"/>
        </w:rPr>
        <w:t>y=mx+3,</w:t>
      </w:r>
    </w:p>
    <w:p>
      <w:pPr>
        <w:spacing w:before="0" w:after="80" w:line="300" w:lineRule="auto"/>
        <w:jc w:val="left"/>
      </w:pPr>
      <w:r>
        <w:rPr>
          <w:rFonts w:ascii="Times New Roman" w:hAnsi="Times New Roman" w:eastAsia="宋体"/>
          <w:b w:val="0"/>
          <w:i w:val="0"/>
          <w:color w:val="333333"/>
          <w:sz w:val="19"/>
        </w:rPr>
        <w:t>y=(2m-1)x+4</w:t>
      </w:r>
    </w:p>
    <w:p>
      <w:pPr>
        <w:spacing w:before="0" w:after="80" w:line="300" w:lineRule="auto"/>
        <w:jc w:val="left"/>
      </w:pPr>
      <w:r>
        <w:rPr>
          <w:rFonts w:ascii="Times New Roman" w:hAnsi="Times New Roman" w:eastAsia="宋体"/>
          <w:b w:val="0"/>
          <w:i w:val="0"/>
          <w:color w:val="333333"/>
          <w:sz w:val="19"/>
        </w:rPr>
        <w:t>satisfied by at least one pair of real numbers (x,y)?</w:t>
      </w:r>
    </w:p>
    <w:p>
      <w:pPr>
        <w:spacing w:before="0" w:after="160" w:line="300" w:lineRule="auto"/>
      </w:pPr>
      <w:r>
        <w:rPr>
          <w:rFonts w:ascii="Times New Roman" w:hAnsi="Times New Roman" w:eastAsia="宋体"/>
          <w:b w:val="0"/>
          <w:i w:val="0"/>
          <w:color w:val="333333"/>
          <w:sz w:val="19"/>
        </w:rPr>
        <w:t>(A) all m　　(B) all m≠0　　(C) all m≠1/2　　(D) all m≠1　　(E) no values of m</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对于所有实数 a、b、c、x、y、z，若它们满足 x&lt; a、y&lt; b、z&lt; c，则下列哪些不等式恒成立？</w:t>
      </w:r>
    </w:p>
    <w:p>
      <w:pPr>
        <w:spacing w:before="0" w:after="80" w:line="300" w:lineRule="auto"/>
        <w:jc w:val="left"/>
      </w:pPr>
      <w:r>
        <w:rPr>
          <w:rFonts w:ascii="Times New Roman" w:hAnsi="Times New Roman" w:eastAsia="宋体"/>
          <w:b w:val="0"/>
          <w:i w:val="0"/>
          <w:sz w:val="21"/>
        </w:rPr>
        <w:t>I. xy+yz+zx&lt; ab+bc+ca</w:t>
      </w:r>
    </w:p>
    <w:p>
      <w:pPr>
        <w:spacing w:before="0" w:after="80" w:line="300" w:lineRule="auto"/>
        <w:jc w:val="left"/>
      </w:pPr>
      <w:r>
        <w:rPr>
          <w:rFonts w:ascii="Times New Roman" w:hAnsi="Times New Roman" w:eastAsia="宋体"/>
          <w:b w:val="0"/>
          <w:i w:val="0"/>
          <w:sz w:val="21"/>
        </w:rPr>
        <w:t>II. x²+y²+z²&lt; a²+b²+c²</w:t>
      </w:r>
    </w:p>
    <w:p>
      <w:pPr>
        <w:spacing w:before="0" w:after="80" w:line="300" w:lineRule="auto"/>
        <w:jc w:val="left"/>
      </w:pPr>
      <w:r>
        <w:rPr>
          <w:rFonts w:ascii="Times New Roman" w:hAnsi="Times New Roman" w:eastAsia="宋体"/>
          <w:b w:val="0"/>
          <w:i w:val="0"/>
          <w:sz w:val="21"/>
        </w:rPr>
        <w:t>III. xyz&lt; abc</w:t>
      </w:r>
    </w:p>
    <w:p>
      <w:pPr>
        <w:spacing w:before="0" w:after="120" w:line="300" w:lineRule="auto"/>
      </w:pPr>
      <w:r>
        <w:rPr>
          <w:rFonts w:ascii="Times New Roman" w:hAnsi="Times New Roman" w:eastAsia="宋体"/>
          <w:b w:val="0"/>
          <w:i w:val="0"/>
          <w:sz w:val="21"/>
        </w:rPr>
        <w:t>（A）没有一个恒成立。　　（B）只有 I　　（C）只有 II　　（D）只有 III　　（E）全部恒成立。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inequalities are satisfied for all real numbers a, b, c, x, y, z which satisfy x&lt; a, y&lt; b, and z&lt; c?</w:t>
      </w:r>
    </w:p>
    <w:p>
      <w:pPr>
        <w:spacing w:before="0" w:after="80" w:line="300" w:lineRule="auto"/>
        <w:jc w:val="left"/>
      </w:pPr>
      <w:r>
        <w:rPr>
          <w:rFonts w:ascii="Times New Roman" w:hAnsi="Times New Roman" w:eastAsia="宋体"/>
          <w:b w:val="0"/>
          <w:i w:val="0"/>
          <w:color w:val="333333"/>
          <w:sz w:val="19"/>
        </w:rPr>
        <w:t>I. xy+yz+zx&lt; ab+bc+ca</w:t>
      </w:r>
    </w:p>
    <w:p>
      <w:pPr>
        <w:spacing w:before="0" w:after="80" w:line="300" w:lineRule="auto"/>
        <w:jc w:val="left"/>
      </w:pPr>
      <w:r>
        <w:rPr>
          <w:rFonts w:ascii="Times New Roman" w:hAnsi="Times New Roman" w:eastAsia="宋体"/>
          <w:b w:val="0"/>
          <w:i w:val="0"/>
          <w:color w:val="333333"/>
          <w:sz w:val="19"/>
        </w:rPr>
        <w:t>II. x²+y²+z²&lt; a²+b²+c²</w:t>
      </w:r>
    </w:p>
    <w:p>
      <w:pPr>
        <w:spacing w:before="0" w:after="80" w:line="300" w:lineRule="auto"/>
        <w:jc w:val="left"/>
      </w:pPr>
      <w:r>
        <w:rPr>
          <w:rFonts w:ascii="Times New Roman" w:hAnsi="Times New Roman" w:eastAsia="宋体"/>
          <w:b w:val="0"/>
          <w:i w:val="0"/>
          <w:color w:val="333333"/>
          <w:sz w:val="19"/>
        </w:rPr>
        <w:t>III. xyz&lt; abc</w:t>
      </w:r>
    </w:p>
    <w:p>
      <w:pPr>
        <w:spacing w:before="0" w:after="160" w:line="300" w:lineRule="auto"/>
      </w:pPr>
      <w:r>
        <w:rPr>
          <w:rFonts w:ascii="Times New Roman" w:hAnsi="Times New Roman" w:eastAsia="宋体"/>
          <w:b w:val="0"/>
          <w:i w:val="0"/>
          <w:color w:val="333333"/>
          <w:sz w:val="19"/>
        </w:rPr>
        <w:t>(A) None are satisfied.　　(B) I only　　(C) II only　　(D) III only　　(E) All are satisfied.</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若第一个正方形的一条边等于第二个正方形的一条对角线，则第一个正方形与第二个正方形的面积之比是多少？</w:t>
      </w:r>
    </w:p>
    <w:p>
      <w:pPr>
        <w:spacing w:before="0" w:after="120" w:line="300" w:lineRule="auto"/>
      </w:pPr>
      <w:r>
        <w:rPr>
          <w:rFonts w:ascii="Times New Roman" w:hAnsi="Times New Roman" w:eastAsia="宋体"/>
          <w:b w:val="0"/>
          <w:i w:val="0"/>
          <w:sz w:val="21"/>
        </w:rPr>
        <w:t>（A）2　　（B）√(2)　　（C）1/2　　（D）2√(2)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side of one square is the diagonal of a second square, what is the ratio of the area of the first square to the area of the second?</w:t>
      </w:r>
    </w:p>
    <w:p>
      <w:pPr>
        <w:spacing w:before="0" w:after="160" w:line="300" w:lineRule="auto"/>
      </w:pPr>
      <w:r>
        <w:rPr>
          <w:rFonts w:ascii="Times New Roman" w:hAnsi="Times New Roman" w:eastAsia="宋体"/>
          <w:b w:val="0"/>
          <w:i w:val="0"/>
          <w:color w:val="333333"/>
          <w:sz w:val="19"/>
        </w:rPr>
        <w:t>(A) 2　　(B) √(2)　　(C) 1/2　　(D) 2√(2)　　(E)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将多项式 (x+y)⁹ 按 x 的降幂展开。在 x=p、y=q 处，展开式的第二项与第三项取值相等，其中 p、q 均为正数且和为一。p 的值是多少？</w:t>
      </w:r>
    </w:p>
    <w:p>
      <w:pPr>
        <w:spacing w:before="0" w:after="120" w:line="300" w:lineRule="auto"/>
      </w:pPr>
      <w:r>
        <w:rPr>
          <w:rFonts w:ascii="Times New Roman" w:hAnsi="Times New Roman" w:eastAsia="宋体"/>
          <w:b w:val="0"/>
          <w:i w:val="0"/>
          <w:sz w:val="21"/>
        </w:rPr>
        <w:t>（A）1/5　　（B）4/5　　（C）1/4　　（D）3/4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(x+y)⁹ is expanded in decreasing powers of x. The second and third terms have equal values when evaluated at x=p and y=q, where p and q are positive numbers whose sum is one. What is the value of p?</w:t>
      </w:r>
    </w:p>
    <w:p>
      <w:pPr>
        <w:spacing w:before="0" w:after="160" w:line="300" w:lineRule="auto"/>
      </w:pPr>
      <w:r>
        <w:rPr>
          <w:rFonts w:ascii="Times New Roman" w:hAnsi="Times New Roman" w:eastAsia="宋体"/>
          <w:b w:val="0"/>
          <w:i w:val="0"/>
          <w:color w:val="333333"/>
          <w:sz w:val="19"/>
        </w:rPr>
        <w:t>(A) 1/5　　(B) 4/5　　(C) 1/4　　(D) 3/4　　(E) 8/9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前八十个正偶数之和减去前八十个正奇数之和等于</w:t>
      </w:r>
    </w:p>
    <w:p>
      <w:pPr>
        <w:spacing w:before="0" w:after="120" w:line="300" w:lineRule="auto"/>
      </w:pPr>
      <w:r>
        <w:rPr>
          <w:rFonts w:ascii="Times New Roman" w:hAnsi="Times New Roman" w:eastAsia="宋体"/>
          <w:b w:val="0"/>
          <w:i w:val="0"/>
          <w:sz w:val="21"/>
        </w:rPr>
        <w:t>（A）0　　（B）20　　（C）40　　（D）60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eighty positive odd integers subtracted from the sum of the first eighty positive even integers is</w:t>
      </w:r>
    </w:p>
    <w:p>
      <w:pPr>
        <w:spacing w:before="0" w:after="160" w:line="300" w:lineRule="auto"/>
      </w:pPr>
      <w:r>
        <w:rPr>
          <w:rFonts w:ascii="Times New Roman" w:hAnsi="Times New Roman" w:eastAsia="宋体"/>
          <w:b w:val="0"/>
          <w:i w:val="0"/>
          <w:color w:val="333333"/>
          <w:sz w:val="19"/>
        </w:rPr>
        <w:t>(A) 0　　(B) 20　　(C) 40　　(D) 60　　(E) 80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对于哪些非零实数 x，(|x-|x||)/x 是正整数？</w:t>
      </w:r>
    </w:p>
    <w:p>
      <w:pPr>
        <w:spacing w:before="0" w:after="120" w:line="300" w:lineRule="auto"/>
      </w:pPr>
      <w:r>
        <w:rPr>
          <w:rFonts w:ascii="Times New Roman" w:hAnsi="Times New Roman" w:eastAsia="宋体"/>
          <w:b w:val="0"/>
          <w:i w:val="0"/>
          <w:sz w:val="21"/>
        </w:rPr>
        <w:t>（A）仅当 x 为负数时　　（B）仅当 x 为正数时　　（C）仅当 x 为偶整数时　　（D）对所有非零实数 x　　（E）不存在这样的非零实数 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which nonzero real numbers x is (|x-|x||)/x a positive integer?</w:t>
      </w:r>
    </w:p>
    <w:p>
      <w:pPr>
        <w:spacing w:before="0" w:after="160" w:line="300" w:lineRule="auto"/>
      </w:pPr>
      <w:r>
        <w:rPr>
          <w:rFonts w:ascii="Times New Roman" w:hAnsi="Times New Roman" w:eastAsia="宋体"/>
          <w:b w:val="0"/>
          <w:i w:val="0"/>
          <w:color w:val="333333"/>
          <w:sz w:val="19"/>
        </w:rPr>
        <w:t>(A) for negative x only　　(B) for positive x only　　(C) only for x an even integer　　(D) for all nonzero real numbers x　　(E) for no nonzero real numbers x</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若命题“这家商店的所有衬衫都在打折”为假，则下列哪些命题一定为真？</w:t>
      </w:r>
    </w:p>
    <w:p>
      <w:pPr>
        <w:spacing w:before="0" w:after="80" w:line="300" w:lineRule="auto"/>
        <w:jc w:val="left"/>
      </w:pPr>
      <w:r>
        <w:rPr>
          <w:rFonts w:ascii="Times New Roman" w:hAnsi="Times New Roman" w:eastAsia="宋体"/>
          <w:b w:val="0"/>
          <w:i w:val="0"/>
          <w:sz w:val="21"/>
        </w:rPr>
        <w:t>I. 这家商店的所有衬衫都按原价出售。</w:t>
      </w:r>
    </w:p>
    <w:p>
      <w:pPr>
        <w:spacing w:before="0" w:after="80" w:line="300" w:lineRule="auto"/>
        <w:jc w:val="left"/>
      </w:pPr>
      <w:r>
        <w:rPr>
          <w:rFonts w:ascii="Times New Roman" w:hAnsi="Times New Roman" w:eastAsia="宋体"/>
          <w:b w:val="0"/>
          <w:i w:val="0"/>
          <w:sz w:val="21"/>
        </w:rPr>
        <w:t>II. 这家商店里至少有一件衬衫不打折。</w:t>
      </w:r>
    </w:p>
    <w:p>
      <w:pPr>
        <w:spacing w:before="0" w:after="80" w:line="300" w:lineRule="auto"/>
        <w:jc w:val="left"/>
      </w:pPr>
      <w:r>
        <w:rPr>
          <w:rFonts w:ascii="Times New Roman" w:hAnsi="Times New Roman" w:eastAsia="宋体"/>
          <w:b w:val="0"/>
          <w:i w:val="0"/>
          <w:sz w:val="21"/>
        </w:rPr>
        <w:t>III. 这家商店里没有衬衫在打折。</w:t>
      </w:r>
    </w:p>
    <w:p>
      <w:pPr>
        <w:spacing w:before="0" w:after="80" w:line="300" w:lineRule="auto"/>
        <w:jc w:val="left"/>
      </w:pPr>
      <w:r>
        <w:rPr>
          <w:rFonts w:ascii="Times New Roman" w:hAnsi="Times New Roman" w:eastAsia="宋体"/>
          <w:b w:val="0"/>
          <w:i w:val="0"/>
          <w:sz w:val="21"/>
        </w:rPr>
        <w:t>IV. 这家商店的衬衫并非全都在打折。</w:t>
      </w:r>
    </w:p>
    <w:p>
      <w:pPr>
        <w:spacing w:before="0" w:after="80" w:line="300" w:lineRule="auto"/>
        <w:jc w:val="left"/>
      </w:pPr>
      <w:r>
        <w:rPr>
          <w:rFonts w:ascii="Times New Roman" w:hAnsi="Times New Roman" w:eastAsia="宋体"/>
          <w:b w:val="0"/>
          <w:i/>
          <w:sz w:val="21"/>
        </w:rPr>
        <w:t>注：命题 I 原文为：这家商店的所有衬衫都不打折。</w:t>
      </w:r>
    </w:p>
    <w:p>
      <w:pPr>
        <w:spacing w:before="0" w:after="120" w:line="300" w:lineRule="auto"/>
      </w:pPr>
      <w:r>
        <w:rPr>
          <w:rFonts w:ascii="Times New Roman" w:hAnsi="Times New Roman" w:eastAsia="宋体"/>
          <w:b w:val="0"/>
          <w:i w:val="0"/>
          <w:sz w:val="21"/>
        </w:rPr>
        <w:t>（A）只有 II　　（B）只有 IV　　（C）只有 I 和 III　　（D）只有 II 和 IV　　（E）只有 I、II 和 IV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statement “All shirts in this store are on sale.” is false, then which of the following statements must be true?</w:t>
      </w:r>
    </w:p>
    <w:p>
      <w:pPr>
        <w:spacing w:before="0" w:after="80" w:line="300" w:lineRule="auto"/>
        <w:jc w:val="left"/>
      </w:pPr>
      <w:r>
        <w:rPr>
          <w:rFonts w:ascii="Times New Roman" w:hAnsi="Times New Roman" w:eastAsia="宋体"/>
          <w:b w:val="0"/>
          <w:i w:val="0"/>
          <w:color w:val="333333"/>
          <w:sz w:val="19"/>
        </w:rPr>
        <w:t>I. All shirts in this store are at non-sale prices.</w:t>
      </w:r>
    </w:p>
    <w:p>
      <w:pPr>
        <w:spacing w:before="0" w:after="80" w:line="300" w:lineRule="auto"/>
        <w:jc w:val="left"/>
      </w:pPr>
      <w:r>
        <w:rPr>
          <w:rFonts w:ascii="Times New Roman" w:hAnsi="Times New Roman" w:eastAsia="宋体"/>
          <w:b w:val="0"/>
          <w:i w:val="0"/>
          <w:color w:val="333333"/>
          <w:sz w:val="19"/>
        </w:rPr>
        <w:t>II. There is some shirt in this store not on sale.</w:t>
      </w:r>
    </w:p>
    <w:p>
      <w:pPr>
        <w:spacing w:before="0" w:after="80" w:line="300" w:lineRule="auto"/>
        <w:jc w:val="left"/>
      </w:pPr>
      <w:r>
        <w:rPr>
          <w:rFonts w:ascii="Times New Roman" w:hAnsi="Times New Roman" w:eastAsia="宋体"/>
          <w:b w:val="0"/>
          <w:i w:val="0"/>
          <w:color w:val="333333"/>
          <w:sz w:val="19"/>
        </w:rPr>
        <w:t>III. No shirt in this store is on sale.</w:t>
      </w:r>
    </w:p>
    <w:p>
      <w:pPr>
        <w:spacing w:before="0" w:after="80" w:line="300" w:lineRule="auto"/>
        <w:jc w:val="left"/>
      </w:pPr>
      <w:r>
        <w:rPr>
          <w:rFonts w:ascii="Times New Roman" w:hAnsi="Times New Roman" w:eastAsia="宋体"/>
          <w:b w:val="0"/>
          <w:i w:val="0"/>
          <w:color w:val="333333"/>
          <w:sz w:val="19"/>
        </w:rPr>
        <w:t>IV. Not all shirts in this store are on sale.</w:t>
      </w:r>
    </w:p>
    <w:p>
      <w:pPr>
        <w:spacing w:before="0" w:after="80" w:line="300" w:lineRule="auto"/>
        <w:jc w:val="left"/>
      </w:pPr>
      <w:r>
        <w:rPr>
          <w:rFonts w:ascii="Times New Roman" w:hAnsi="Times New Roman" w:eastAsia="宋体"/>
          <w:b w:val="0"/>
          <w:i/>
          <w:color w:val="333333"/>
          <w:sz w:val="19"/>
        </w:rPr>
        <w:t>Note: Originally, statement I read: All shirts in this store are not on sale.</w:t>
      </w:r>
    </w:p>
    <w:p>
      <w:pPr>
        <w:spacing w:before="0" w:after="160" w:line="300" w:lineRule="auto"/>
      </w:pPr>
      <w:r>
        <w:rPr>
          <w:rFonts w:ascii="Times New Roman" w:hAnsi="Times New Roman" w:eastAsia="宋体"/>
          <w:b w:val="0"/>
          <w:i w:val="0"/>
          <w:color w:val="333333"/>
          <w:sz w:val="19"/>
        </w:rPr>
        <w:t>(A) II only　　(B) IV only　　(C) I and III only　　(D) II and IV only　　(E) I, II and IV only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已知 a₁、a₂、… 与 b₁、b₂、… 都是等差数列，且 a₁=25、b₁=75、a₁₀₀+b₁₀₀=100。求数列 a₁+b₁、a₂+b₂、… 的前一百项之和。</w:t>
      </w:r>
    </w:p>
    <w:p>
      <w:pPr>
        <w:spacing w:before="0" w:after="120" w:line="300" w:lineRule="auto"/>
      </w:pPr>
      <w:r>
        <w:rPr>
          <w:rFonts w:ascii="Times New Roman" w:hAnsi="Times New Roman" w:eastAsia="宋体"/>
          <w:b w:val="0"/>
          <w:i w:val="0"/>
          <w:sz w:val="21"/>
        </w:rPr>
        <w:t>（A）0　　（B）100　　（C）10,000　　（D）505,000　　（E）所给信息不足以求解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and b₁, b₂, … be arithmetic progressions such that a₁=25, b₁=75, and a₁₀₀+b₁₀₀=100. Find the sum of the first one hundred terms of the progression a₁+b₁, a₂+b₂, ….</w:t>
      </w:r>
    </w:p>
    <w:p>
      <w:pPr>
        <w:spacing w:before="0" w:after="160" w:line="300" w:lineRule="auto"/>
      </w:pPr>
      <w:r>
        <w:rPr>
          <w:rFonts w:ascii="Times New Roman" w:hAnsi="Times New Roman" w:eastAsia="宋体"/>
          <w:b w:val="0"/>
          <w:i w:val="0"/>
          <w:color w:val="333333"/>
          <w:sz w:val="19"/>
        </w:rPr>
        <w:t>(A) 0　　(B) 100　　(C) 10,000　　(D) 505,000　　(E) not enough information given to solve the problem</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n 是正整数，则 (10^(4n²+8)+1)² 的十进制各位数字之和为</w:t>
      </w:r>
    </w:p>
    <w:p>
      <w:pPr>
        <w:spacing w:before="0" w:after="120" w:line="300" w:lineRule="auto"/>
      </w:pPr>
      <w:r>
        <w:rPr>
          <w:rFonts w:ascii="Times New Roman" w:hAnsi="Times New Roman" w:eastAsia="宋体"/>
          <w:b w:val="0"/>
          <w:i w:val="0"/>
          <w:sz w:val="21"/>
        </w:rPr>
        <w:t>（A）4　　（B）4n　　（C）2+2n　　（D）4n²　　（E）n²+n+2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digits in base ten of (10^(4n²+8)+1)², where n is a positive integer, is</w:t>
      </w:r>
    </w:p>
    <w:p>
      <w:pPr>
        <w:spacing w:before="0" w:after="160" w:line="300" w:lineRule="auto"/>
      </w:pPr>
      <w:r>
        <w:rPr>
          <w:rFonts w:ascii="Times New Roman" w:hAnsi="Times New Roman" w:eastAsia="宋体"/>
          <w:b w:val="0"/>
          <w:i w:val="0"/>
          <w:color w:val="333333"/>
          <w:sz w:val="19"/>
        </w:rPr>
        <w:t>(A) 4　　(B) 4n　　(C) 2+2n　　(D) 4n²　　(E) n²+n+2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设 P 是圆 K 内异于圆 K 圆心的一点。作圆 K 中所有经过 P 的弦，并取这些弦的中点。这些中点的轨迹是</w:t>
      </w:r>
    </w:p>
    <w:p>
      <w:pPr>
        <w:spacing w:before="0" w:after="120" w:line="300" w:lineRule="auto"/>
      </w:pPr>
      <w:r>
        <w:rPr>
          <w:rFonts w:ascii="Times New Roman" w:hAnsi="Times New Roman" w:eastAsia="宋体"/>
          <w:b w:val="0"/>
          <w:i w:val="0"/>
          <w:sz w:val="21"/>
        </w:rPr>
        <w:t>（A）去掉一点的圆　　（B）若 P 到圆 K 圆心的距离小于圆 K 半径的一半，则为一个圆；否则为小于 360°</w:t>
        <w:br/>
        <w:t>的一段圆弧　　（C）去掉一点的半圆　　（D）一个半圆　　（E）一个圆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an interior point of circle K other than the center of K. Form all chords of K which pass through P, and determine their midpoints. The locus of these midpoints is</w:t>
      </w:r>
    </w:p>
    <w:p>
      <w:pPr>
        <w:spacing w:before="0" w:after="160" w:line="300" w:lineRule="auto"/>
      </w:pPr>
      <w:r>
        <w:rPr>
          <w:rFonts w:ascii="Times New Roman" w:hAnsi="Times New Roman" w:eastAsia="宋体"/>
          <w:b w:val="0"/>
          <w:i w:val="0"/>
          <w:color w:val="333333"/>
          <w:sz w:val="19"/>
        </w:rPr>
        <w:t>(A) a circle with one point deleted　　(B) a circle if the distance from P to the center of K is</w:t>
        <w:br/>
        <w:t>less than one half the radius of K; otherwise a circular arc of</w:t>
        <w:br/>
        <w:t>less than 360°　　(C) a semicircle with one point deleted　　(D) a semicircle　　(E) a circle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a≠ b、a³-b³=19x³、a-b=x，则下列哪个结论正确？</w:t>
      </w:r>
    </w:p>
    <w:p>
      <w:pPr>
        <w:spacing w:before="0" w:after="120" w:line="300" w:lineRule="auto"/>
      </w:pPr>
      <w:r>
        <w:rPr>
          <w:rFonts w:ascii="Times New Roman" w:hAnsi="Times New Roman" w:eastAsia="宋体"/>
          <w:b w:val="0"/>
          <w:i w:val="0"/>
          <w:sz w:val="21"/>
        </w:rPr>
        <w:t>（A）a=3x　　（B）a=3x 或 a=-2x　　（C）a=-3x 或 a=2x　　（D）a=3x 或 a=2x　　（E）a=2x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a³-b³=19x³, and a-b=x, which of the following conclusions is correct?</w:t>
      </w:r>
    </w:p>
    <w:p>
      <w:pPr>
        <w:spacing w:before="0" w:after="160" w:line="300" w:lineRule="auto"/>
      </w:pPr>
      <w:r>
        <w:rPr>
          <w:rFonts w:ascii="Times New Roman" w:hAnsi="Times New Roman" w:eastAsia="宋体"/>
          <w:b w:val="0"/>
          <w:i w:val="0"/>
          <w:color w:val="333333"/>
          <w:sz w:val="19"/>
        </w:rPr>
        <w:t>(A) a=3x　　(B) a=3x or a=-2x　　(C) a=-3x or a=2x　　(D) a=3x or a=2x　　(E) a=2x</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方程 x⁶-3x⁵-6x³-x+8=0 有</w:t>
      </w:r>
    </w:p>
    <w:p>
      <w:pPr>
        <w:spacing w:before="0" w:after="120" w:line="300" w:lineRule="auto"/>
      </w:pPr>
      <w:r>
        <w:rPr>
          <w:rFonts w:ascii="Times New Roman" w:hAnsi="Times New Roman" w:eastAsia="宋体"/>
          <w:b w:val="0"/>
          <w:i w:val="0"/>
          <w:sz w:val="21"/>
        </w:rPr>
        <w:t>（A）没有实根　　（B）恰有两个不同的负根　　（C）恰有一个负根　　（D）没有负根，但至少有一个正根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x⁶-3x⁵-6x³-x+8=0 has</w:t>
      </w:r>
    </w:p>
    <w:p>
      <w:pPr>
        <w:spacing w:before="0" w:after="160" w:line="300" w:lineRule="auto"/>
      </w:pPr>
      <w:r>
        <w:rPr>
          <w:rFonts w:ascii="Times New Roman" w:hAnsi="Times New Roman" w:eastAsia="宋体"/>
          <w:b w:val="0"/>
          <w:i w:val="0"/>
          <w:color w:val="333333"/>
          <w:sz w:val="19"/>
        </w:rPr>
        <w:t>(A) no real roots　　(B) exactly two distinct negative roots　　(C) exactly one negative root　　(D) no negative roots, but at least one positive</w:t>
        <w:br/>
        <w:t>root　　(E) none of these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当“乙量”等于“丙量”且“丁量加丁量”等于“丙量”·“丁量”时，“甲量”等于“丁量”，那么当“乙量”等于“丁量”、“丁量加丁量”等于“丁量”·“丁量”且“丙量”等于二时，“乙量”·“甲量”等于什么（甲量、乙量、丙量和丁量都是取正值的变量）？</w:t>
      </w:r>
    </w:p>
    <w:p>
      <w:pPr>
        <w:spacing w:before="0" w:after="120" w:line="300" w:lineRule="auto"/>
      </w:pPr>
      <w:r>
        <w:rPr>
          <w:rFonts w:ascii="Times New Roman" w:hAnsi="Times New Roman" w:eastAsia="宋体"/>
          <w:b w:val="0"/>
          <w:i w:val="0"/>
          <w:sz w:val="21"/>
        </w:rPr>
        <w:t>（A）乙量 · 丙量 · 丁量　　（B）乙量　　（C）丙量　　（D）丁量　　（E）丁量加丁量</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whatsis is so when the whosis is is and the so and so is is · so, what is the whosis · whatsis when the whosis is so, the so and so is so · so, and the is is two (whatsis, whosis, is and so are variables taking positive values)?</w:t>
      </w:r>
    </w:p>
    <w:p>
      <w:pPr>
        <w:spacing w:before="0" w:after="160" w:line="300" w:lineRule="auto"/>
      </w:pPr>
      <w:r>
        <w:rPr>
          <w:rFonts w:ascii="Times New Roman" w:hAnsi="Times New Roman" w:eastAsia="宋体"/>
          <w:b w:val="0"/>
          <w:i w:val="0"/>
          <w:color w:val="333333"/>
          <w:sz w:val="19"/>
        </w:rPr>
        <w:t>(A) whosis · is · so　　(B) whosis　　(C) is　　(D) so　　(E) so and so</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数列 1、3、2、… 中，从第三项起，每一项都等于紧邻它的前一项减去再前一项。该数列前一百项之和为</w:t>
      </w:r>
    </w:p>
    <w:p>
      <w:pPr>
        <w:spacing w:before="0" w:after="120" w:line="300" w:lineRule="auto"/>
      </w:pPr>
      <w:r>
        <w:rPr>
          <w:rFonts w:ascii="Times New Roman" w:hAnsi="Times New Roman" w:eastAsia="宋体"/>
          <w:b w:val="0"/>
          <w:i w:val="0"/>
          <w:sz w:val="21"/>
        </w:rPr>
        <w:t>（A）5　　（B）4　　（C）2　　（D）1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sequence of numbers 1, 3, 2, …, each term after the first two is equal to the term preceding it minus the term preceding that. The sum of the first one hundred terms of the sequence is</w:t>
      </w:r>
    </w:p>
    <w:p>
      <w:pPr>
        <w:spacing w:before="0" w:after="160" w:line="300" w:lineRule="auto"/>
      </w:pPr>
      <w:r>
        <w:rPr>
          <w:rFonts w:ascii="Times New Roman" w:hAnsi="Times New Roman" w:eastAsia="宋体"/>
          <w:b w:val="0"/>
          <w:i w:val="0"/>
          <w:color w:val="333333"/>
          <w:sz w:val="19"/>
        </w:rPr>
        <w:t>(A) 5　　(B) 4　　(C) 2　　(D) 1　　(E) -1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一个无穷等比级数的首项为正整数，公比为正整数的倒数，且级数之和为 3，则其前两项之和为</w:t>
      </w:r>
    </w:p>
    <w:p>
      <w:pPr>
        <w:spacing w:before="0" w:after="120" w:line="300" w:lineRule="auto"/>
      </w:pPr>
      <w:r>
        <w:rPr>
          <w:rFonts w:ascii="Times New Roman" w:hAnsi="Times New Roman" w:eastAsia="宋体"/>
          <w:b w:val="0"/>
          <w:i w:val="0"/>
          <w:sz w:val="21"/>
        </w:rPr>
        <w:t>（A）1/3　　（B）2/3　　（C）8/3　　（D）2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first term of an infinite geometric series is a positive integer, the common ratio is the reciprocal of a positive integer, and the sum of the series is 3, then the sum of the first two terms of the series is</w:t>
      </w:r>
    </w:p>
    <w:p>
      <w:pPr>
        <w:spacing w:before="0" w:after="160" w:line="300" w:lineRule="auto"/>
      </w:pPr>
      <w:r>
        <w:rPr>
          <w:rFonts w:ascii="Times New Roman" w:hAnsi="Times New Roman" w:eastAsia="宋体"/>
          <w:b w:val="0"/>
          <w:i w:val="0"/>
          <w:color w:val="333333"/>
          <w:sz w:val="19"/>
        </w:rPr>
        <w:t>(A) 1/3　　(B) 2/3　　(C) 8/3　　(D) 2　　(E) 9/2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一名男子上下班可以乘火车或公交车。如果早晨乘火车上班，他下午就乘公交车回家；如果下午乘火车回家，他早晨就乘公交车上班。在总共 x 个工作日中，他早晨乘公交车上班 8 次，下午乘公交车回家 15 次，并且共乘火车通勤（早晨或下午）9 次。求 x。</w:t>
      </w:r>
    </w:p>
    <w:p>
      <w:pPr>
        <w:spacing w:before="0" w:after="120" w:line="300" w:lineRule="auto"/>
      </w:pPr>
      <w:r>
        <w:rPr>
          <w:rFonts w:ascii="Times New Roman" w:hAnsi="Times New Roman" w:eastAsia="宋体"/>
          <w:b w:val="0"/>
          <w:i w:val="0"/>
          <w:sz w:val="21"/>
        </w:rPr>
        <w:t>（A）19　　（B）18　　（C）17　　（D）16　　（E）所给信息不足以求解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can commute either by train or by bus. If he goes to work on the train in the morning, he comes home on the bus in the afternoon; and if he comes home in the afternoon on the train, he took the bus in the morning. During a total of x working days, the man took the bus to work in the morning 8 times, came home by bus in the afternoon 15 times, and commuted by train (either morning or afternoon) 9 times. Find x.</w:t>
      </w:r>
    </w:p>
    <w:p>
      <w:pPr>
        <w:spacing w:before="0" w:after="160" w:line="300" w:lineRule="auto"/>
      </w:pPr>
      <w:r>
        <w:rPr>
          <w:rFonts w:ascii="Times New Roman" w:hAnsi="Times New Roman" w:eastAsia="宋体"/>
          <w:b w:val="0"/>
          <w:i w:val="0"/>
          <w:color w:val="333333"/>
          <w:sz w:val="19"/>
        </w:rPr>
        <w:t>(A) 19　　(B) 18　　(C) 17　　(D) 16　　(E) not enough information given to solve the problem</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从所有十进制三位正整数中等可能地随机选取一个正整数 N。log₂N 为整数的概率是</w:t>
      </w:r>
    </w:p>
    <w:p>
      <w:pPr>
        <w:spacing w:before="0" w:after="120" w:line="300" w:lineRule="auto"/>
      </w:pPr>
      <w:r>
        <w:rPr>
          <w:rFonts w:ascii="Times New Roman" w:hAnsi="Times New Roman" w:eastAsia="宋体"/>
          <w:b w:val="0"/>
          <w:i w:val="0"/>
          <w:sz w:val="21"/>
        </w:rPr>
        <w:t>（A）0　　（B）3/899　　（C）1/225　　（D）1/300　　（E）1/450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with three digits in its base ten representation is chosen at random, with each three-digit number having an equal chance of being chosen. The probability that log₂N is an integer is</w:t>
      </w:r>
    </w:p>
    <w:p>
      <w:pPr>
        <w:spacing w:before="0" w:after="160" w:line="300" w:lineRule="auto"/>
      </w:pPr>
      <w:r>
        <w:rPr>
          <w:rFonts w:ascii="Times New Roman" w:hAnsi="Times New Roman" w:eastAsia="宋体"/>
          <w:b w:val="0"/>
          <w:i w:val="0"/>
          <w:color w:val="333333"/>
          <w:sz w:val="19"/>
        </w:rPr>
        <w:t>(A) 0　　(B) 3/899　　(C) 1/225　　(D) 1/300　　(E) 1/450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哪些正数 x 满足方程 (log₃x)(logₓ5)=log₃5？</w:t>
      </w:r>
    </w:p>
    <w:p>
      <w:pPr>
        <w:spacing w:before="0" w:after="120" w:line="300" w:lineRule="auto"/>
      </w:pPr>
      <w:r>
        <w:rPr>
          <w:rFonts w:ascii="Times New Roman" w:hAnsi="Times New Roman" w:eastAsia="宋体"/>
          <w:b w:val="0"/>
          <w:i w:val="0"/>
          <w:sz w:val="21"/>
        </w:rPr>
        <w:t>（A）只有 3 和 5　　（B）只有 3、5 和 15　　（C）只有形如 5ⁿ·3ᵐ 的数，其中 n 和 m 为正整数　　（D）所有满足 x≠1 的正数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positive numbers x satisfy the equation (log₃x)(logₓ5)=log₃5?</w:t>
      </w:r>
    </w:p>
    <w:p>
      <w:pPr>
        <w:spacing w:before="0" w:after="160" w:line="300" w:lineRule="auto"/>
      </w:pPr>
      <w:r>
        <w:rPr>
          <w:rFonts w:ascii="Times New Roman" w:hAnsi="Times New Roman" w:eastAsia="宋体"/>
          <w:b w:val="0"/>
          <w:i w:val="0"/>
          <w:color w:val="333333"/>
          <w:sz w:val="19"/>
        </w:rPr>
        <w:t>(A) 3 and 5 only　　(B) 3, 5 and 15 only　　(C) only numbers of the form 5ⁿ·3ᵐ, where n and m</w:t>
        <w:br/>
        <w:t>are positive integers　　(D) all positive x≠1　　(E) none of these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如图，在三角形 ABC 中，AB=4、AC=8。若 M 是 BC 的中点且 AM=3，则 BC 的长度是多少？</w:t>
      </w:r>
    </w:p>
    <w:p>
      <w:pPr>
        <w:spacing w:before="80" w:after="80"/>
        <w:jc w:val="center"/>
      </w:pPr>
      <w:r>
        <w:drawing>
          <wp:inline xmlns:a="http://schemas.openxmlformats.org/drawingml/2006/main" xmlns:pic="http://schemas.openxmlformats.org/drawingml/2006/picture">
            <wp:extent cx="2781257" cy="1604630"/>
            <wp:docPr id="1" name="Picture 1"/>
            <wp:cNvGraphicFramePr>
              <a:graphicFrameLocks noChangeAspect="1"/>
            </wp:cNvGraphicFramePr>
            <a:graphic>
              <a:graphicData uri="http://schemas.openxmlformats.org/drawingml/2006/picture">
                <pic:pic>
                  <pic:nvPicPr>
                    <pic:cNvPr id="0" name="q20-1@300dpi.png"/>
                    <pic:cNvPicPr/>
                  </pic:nvPicPr>
                  <pic:blipFill>
                    <a:blip r:embed="rId9"/>
                    <a:stretch>
                      <a:fillRect/>
                    </a:stretch>
                  </pic:blipFill>
                  <pic:spPr>
                    <a:xfrm>
                      <a:off x="0" y="0"/>
                      <a:ext cx="2781257" cy="1604630"/>
                    </a:xfrm>
                    <a:prstGeom prst="rect"/>
                  </pic:spPr>
                </pic:pic>
              </a:graphicData>
            </a:graphic>
          </wp:inline>
        </w:drawing>
      </w:r>
    </w:p>
    <w:p>
      <w:pPr>
        <w:spacing w:before="0" w:after="120" w:line="300" w:lineRule="auto"/>
      </w:pPr>
      <w:r>
        <w:rPr>
          <w:rFonts w:ascii="Times New Roman" w:hAnsi="Times New Roman" w:eastAsia="宋体"/>
          <w:b w:val="0"/>
          <w:i w:val="0"/>
          <w:sz w:val="21"/>
        </w:rPr>
        <w:t>（A）2√(26)　　（B）2√(31)　　（C）9　　（D）4+2√(13)　　（E）所给信息不足以求解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triangle ABC is such that AB=4 and AC=8. If M is the midpoint of BC and AM=3, what is the length of BC?</w:t>
      </w:r>
    </w:p>
    <w:p>
      <w:pPr>
        <w:spacing w:before="80" w:after="80"/>
        <w:jc w:val="center"/>
      </w:pPr>
      <w:r>
        <w:drawing>
          <wp:inline xmlns:a="http://schemas.openxmlformats.org/drawingml/2006/main" xmlns:pic="http://schemas.openxmlformats.org/drawingml/2006/picture">
            <wp:extent cx="2781257" cy="1604630"/>
            <wp:docPr id="2" name="Picture 2"/>
            <wp:cNvGraphicFramePr>
              <a:graphicFrameLocks noChangeAspect="1"/>
            </wp:cNvGraphicFramePr>
            <a:graphic>
              <a:graphicData uri="http://schemas.openxmlformats.org/drawingml/2006/picture">
                <pic:pic>
                  <pic:nvPicPr>
                    <pic:cNvPr id="0" name="q20-1@300dpi.png"/>
                    <pic:cNvPicPr/>
                  </pic:nvPicPr>
                  <pic:blipFill>
                    <a:blip r:embed="rId9"/>
                    <a:stretch>
                      <a:fillRect/>
                    </a:stretch>
                  </pic:blipFill>
                  <pic:spPr>
                    <a:xfrm>
                      <a:off x="0" y="0"/>
                      <a:ext cx="2781257" cy="16046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2√(26)　　(B) 2√(31)　　(C) 9　　(D) 4+2√(13)　　(E) not enough information given to solve the problem</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f(x) 对所有实数 x 都有定义；f(x)&gt;0 对所有 x 成立；且 f(a)f(b)=f(a+b) 对所有 a 和 b 成立。下列哪些命题为真？</w:t>
      </w:r>
    </w:p>
    <w:p>
      <w:pPr>
        <w:spacing w:before="0" w:after="80" w:line="300" w:lineRule="auto"/>
        <w:jc w:val="left"/>
      </w:pPr>
      <w:r>
        <w:rPr>
          <w:rFonts w:ascii="Times New Roman" w:hAnsi="Times New Roman" w:eastAsia="宋体"/>
          <w:b w:val="0"/>
          <w:i w:val="0"/>
          <w:sz w:val="21"/>
        </w:rPr>
        <w:t>I. f(0)=1</w:t>
      </w:r>
    </w:p>
    <w:p>
      <w:pPr>
        <w:spacing w:before="0" w:after="80" w:line="300" w:lineRule="auto"/>
        <w:jc w:val="left"/>
      </w:pPr>
      <w:r>
        <w:rPr>
          <w:rFonts w:ascii="Times New Roman" w:hAnsi="Times New Roman" w:eastAsia="宋体"/>
          <w:b w:val="0"/>
          <w:i w:val="0"/>
          <w:sz w:val="21"/>
        </w:rPr>
        <w:t>II. f(-a)=1/(f(a)) 对所有 a 成立</w:t>
      </w:r>
    </w:p>
    <w:p>
      <w:pPr>
        <w:spacing w:before="0" w:after="80" w:line="300" w:lineRule="auto"/>
        <w:jc w:val="left"/>
      </w:pPr>
      <w:r>
        <w:rPr>
          <w:rFonts w:ascii="Times New Roman" w:hAnsi="Times New Roman" w:eastAsia="宋体"/>
          <w:b w:val="0"/>
          <w:i w:val="0"/>
          <w:sz w:val="21"/>
        </w:rPr>
        <w:t>III. f(a)=³√(f(3a)) 对所有 a 成立</w:t>
      </w:r>
    </w:p>
    <w:p>
      <w:pPr>
        <w:spacing w:before="0" w:after="80" w:line="300" w:lineRule="auto"/>
        <w:jc w:val="left"/>
      </w:pPr>
      <w:r>
        <w:rPr>
          <w:rFonts w:ascii="Times New Roman" w:hAnsi="Times New Roman" w:eastAsia="宋体"/>
          <w:b w:val="0"/>
          <w:i w:val="0"/>
          <w:sz w:val="21"/>
        </w:rPr>
        <w:t>IV. f(b)&gt; f(a)，只要 b&gt; a</w:t>
      </w:r>
    </w:p>
    <w:p>
      <w:pPr>
        <w:spacing w:before="0" w:after="120" w:line="300" w:lineRule="auto"/>
      </w:pPr>
      <w:r>
        <w:rPr>
          <w:rFonts w:ascii="Times New Roman" w:hAnsi="Times New Roman" w:eastAsia="宋体"/>
          <w:b w:val="0"/>
          <w:i w:val="0"/>
          <w:sz w:val="21"/>
        </w:rPr>
        <w:t>（A）只有 III 和 IV　　（B）只有 I、III 和 IV　　（C）只有 I、II 和 IV　　（D）只有 I、II 和</w:t>
        <w:br/>
        <w:t>III　　（E）全部为真。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f(x) is defined for all real numbers x; f(x)&gt;0 for all x; and f(a)f(b)=f(a+b) for all a and b. Which of the following statements are true?</w:t>
      </w:r>
    </w:p>
    <w:p>
      <w:pPr>
        <w:spacing w:before="0" w:after="80" w:line="300" w:lineRule="auto"/>
        <w:jc w:val="left"/>
      </w:pPr>
      <w:r>
        <w:rPr>
          <w:rFonts w:ascii="Times New Roman" w:hAnsi="Times New Roman" w:eastAsia="宋体"/>
          <w:b w:val="0"/>
          <w:i w:val="0"/>
          <w:color w:val="333333"/>
          <w:sz w:val="19"/>
        </w:rPr>
        <w:t>I. f(0)=1</w:t>
      </w:r>
    </w:p>
    <w:p>
      <w:pPr>
        <w:spacing w:before="0" w:after="80" w:line="300" w:lineRule="auto"/>
        <w:jc w:val="left"/>
      </w:pPr>
      <w:r>
        <w:rPr>
          <w:rFonts w:ascii="Times New Roman" w:hAnsi="Times New Roman" w:eastAsia="宋体"/>
          <w:b w:val="0"/>
          <w:i w:val="0"/>
          <w:color w:val="333333"/>
          <w:sz w:val="19"/>
        </w:rPr>
        <w:t>II. f(-a)=1/(f(a)) for all a</w:t>
      </w:r>
    </w:p>
    <w:p>
      <w:pPr>
        <w:spacing w:before="0" w:after="80" w:line="300" w:lineRule="auto"/>
        <w:jc w:val="left"/>
      </w:pPr>
      <w:r>
        <w:rPr>
          <w:rFonts w:ascii="Times New Roman" w:hAnsi="Times New Roman" w:eastAsia="宋体"/>
          <w:b w:val="0"/>
          <w:i w:val="0"/>
          <w:color w:val="333333"/>
          <w:sz w:val="19"/>
        </w:rPr>
        <w:t>III. f(a)=³√(f(3a)) for all a</w:t>
      </w:r>
    </w:p>
    <w:p>
      <w:pPr>
        <w:spacing w:before="0" w:after="80" w:line="300" w:lineRule="auto"/>
        <w:jc w:val="left"/>
      </w:pPr>
      <w:r>
        <w:rPr>
          <w:rFonts w:ascii="Times New Roman" w:hAnsi="Times New Roman" w:eastAsia="宋体"/>
          <w:b w:val="0"/>
          <w:i w:val="0"/>
          <w:color w:val="333333"/>
          <w:sz w:val="19"/>
        </w:rPr>
        <w:t>IV. f(b)&gt; f(a) if b&gt; a</w:t>
      </w:r>
    </w:p>
    <w:p>
      <w:pPr>
        <w:spacing w:before="0" w:after="160" w:line="300" w:lineRule="auto"/>
      </w:pPr>
      <w:r>
        <w:rPr>
          <w:rFonts w:ascii="Times New Roman" w:hAnsi="Times New Roman" w:eastAsia="宋体"/>
          <w:b w:val="0"/>
          <w:i w:val="0"/>
          <w:color w:val="333333"/>
          <w:sz w:val="19"/>
        </w:rPr>
        <w:t>(A) III and IV only　　(B) I, III and IV only　　(C) I, II and IV only　　(D) I, II and</w:t>
        <w:br/>
        <w:t>III only　　(E) All are true.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p 和 q 都是质数，且 x²-px+q=0 有两个不同的正整数根，则下列哪些命题为真？</w:t>
      </w:r>
    </w:p>
    <w:p>
      <w:pPr>
        <w:spacing w:before="0" w:after="80" w:line="300" w:lineRule="auto"/>
        <w:jc w:val="left"/>
      </w:pPr>
      <w:r>
        <w:rPr>
          <w:rFonts w:ascii="Times New Roman" w:hAnsi="Times New Roman" w:eastAsia="宋体"/>
          <w:b w:val="0"/>
          <w:i w:val="0"/>
          <w:sz w:val="21"/>
        </w:rPr>
        <w:t>I. 两根之差为奇数。</w:t>
      </w:r>
    </w:p>
    <w:p>
      <w:pPr>
        <w:spacing w:before="0" w:after="80" w:line="300" w:lineRule="auto"/>
        <w:jc w:val="left"/>
      </w:pPr>
      <w:r>
        <w:rPr>
          <w:rFonts w:ascii="Times New Roman" w:hAnsi="Times New Roman" w:eastAsia="宋体"/>
          <w:b w:val="0"/>
          <w:i w:val="0"/>
          <w:sz w:val="21"/>
        </w:rPr>
        <w:t>II. 至少有一个根是质数。</w:t>
      </w:r>
    </w:p>
    <w:p>
      <w:pPr>
        <w:spacing w:before="0" w:after="80" w:line="300" w:lineRule="auto"/>
        <w:jc w:val="left"/>
      </w:pPr>
      <w:r>
        <w:rPr>
          <w:rFonts w:ascii="Times New Roman" w:hAnsi="Times New Roman" w:eastAsia="宋体"/>
          <w:b w:val="0"/>
          <w:i w:val="0"/>
          <w:sz w:val="21"/>
        </w:rPr>
        <w:t>III. p²-q 是质数。</w:t>
      </w:r>
    </w:p>
    <w:p>
      <w:pPr>
        <w:spacing w:before="0" w:after="80" w:line="300" w:lineRule="auto"/>
        <w:jc w:val="left"/>
      </w:pPr>
      <w:r>
        <w:rPr>
          <w:rFonts w:ascii="Times New Roman" w:hAnsi="Times New Roman" w:eastAsia="宋体"/>
          <w:b w:val="0"/>
          <w:i w:val="0"/>
          <w:sz w:val="21"/>
        </w:rPr>
        <w:t>IV. p+q 是质数。</w:t>
      </w:r>
    </w:p>
    <w:p>
      <w:pPr>
        <w:spacing w:before="0" w:after="120" w:line="300" w:lineRule="auto"/>
      </w:pPr>
      <w:r>
        <w:rPr>
          <w:rFonts w:ascii="Times New Roman" w:hAnsi="Times New Roman" w:eastAsia="宋体"/>
          <w:b w:val="0"/>
          <w:i w:val="0"/>
          <w:sz w:val="21"/>
        </w:rPr>
        <w:t>（A）只有 I　　（B）只有 II　　（C）只有 II 和 III　　（D）只有 I、II 和 IV　　（E）全部为真。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and q are primes and x²-px+q=0 has distinct positive integral roots, then which of the following statements are true?</w:t>
      </w:r>
    </w:p>
    <w:p>
      <w:pPr>
        <w:spacing w:before="0" w:after="80" w:line="300" w:lineRule="auto"/>
        <w:jc w:val="left"/>
      </w:pPr>
      <w:r>
        <w:rPr>
          <w:rFonts w:ascii="Times New Roman" w:hAnsi="Times New Roman" w:eastAsia="宋体"/>
          <w:b w:val="0"/>
          <w:i w:val="0"/>
          <w:color w:val="333333"/>
          <w:sz w:val="19"/>
        </w:rPr>
        <w:t>I. The difference of the roots is odd.</w:t>
      </w:r>
    </w:p>
    <w:p>
      <w:pPr>
        <w:spacing w:before="0" w:after="80" w:line="300" w:lineRule="auto"/>
        <w:jc w:val="left"/>
      </w:pPr>
      <w:r>
        <w:rPr>
          <w:rFonts w:ascii="Times New Roman" w:hAnsi="Times New Roman" w:eastAsia="宋体"/>
          <w:b w:val="0"/>
          <w:i w:val="0"/>
          <w:color w:val="333333"/>
          <w:sz w:val="19"/>
        </w:rPr>
        <w:t>II. At least one root is prime.</w:t>
      </w:r>
    </w:p>
    <w:p>
      <w:pPr>
        <w:spacing w:before="0" w:after="80" w:line="300" w:lineRule="auto"/>
        <w:jc w:val="left"/>
      </w:pPr>
      <w:r>
        <w:rPr>
          <w:rFonts w:ascii="Times New Roman" w:hAnsi="Times New Roman" w:eastAsia="宋体"/>
          <w:b w:val="0"/>
          <w:i w:val="0"/>
          <w:color w:val="333333"/>
          <w:sz w:val="19"/>
        </w:rPr>
        <w:t>III. p²-q is prime.</w:t>
      </w:r>
    </w:p>
    <w:p>
      <w:pPr>
        <w:spacing w:before="0" w:after="80" w:line="300" w:lineRule="auto"/>
        <w:jc w:val="left"/>
      </w:pPr>
      <w:r>
        <w:rPr>
          <w:rFonts w:ascii="Times New Roman" w:hAnsi="Times New Roman" w:eastAsia="宋体"/>
          <w:b w:val="0"/>
          <w:i w:val="0"/>
          <w:color w:val="333333"/>
          <w:sz w:val="19"/>
        </w:rPr>
        <w:t>IV. p+q is prime.</w:t>
      </w:r>
    </w:p>
    <w:p>
      <w:pPr>
        <w:spacing w:before="0" w:after="160" w:line="300" w:lineRule="auto"/>
      </w:pPr>
      <w:r>
        <w:rPr>
          <w:rFonts w:ascii="Times New Roman" w:hAnsi="Times New Roman" w:eastAsia="宋体"/>
          <w:b w:val="0"/>
          <w:i w:val="0"/>
          <w:color w:val="333333"/>
          <w:sz w:val="19"/>
        </w:rPr>
        <w:t>(A) I only　　(B) II only　　(C) II and III only　　(D) I, II and IV only　　(E) All are true.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如图，AB 和 BC 是正方形 ABCD 的相邻两边；M 是 AB 的中点；N 是 BC 的中点；AN 与 CM 交于 O。四边形 AOCD 与正方形 ABCD 的面积之比为</w:t>
      </w:r>
    </w:p>
    <w:p>
      <w:pPr>
        <w:spacing w:before="80" w:after="80"/>
        <w:jc w:val="center"/>
      </w:pPr>
      <w:r>
        <w:drawing>
          <wp:inline xmlns:a="http://schemas.openxmlformats.org/drawingml/2006/main" xmlns:pic="http://schemas.openxmlformats.org/drawingml/2006/picture">
            <wp:extent cx="1390016" cy="1339212"/>
            <wp:docPr id="3" name="Picture 3"/>
            <wp:cNvGraphicFramePr>
              <a:graphicFrameLocks noChangeAspect="1"/>
            </wp:cNvGraphicFramePr>
            <a:graphic>
              <a:graphicData uri="http://schemas.openxmlformats.org/drawingml/2006/picture">
                <pic:pic>
                  <pic:nvPicPr>
                    <pic:cNvPr id="0" name="q23-1@300dpi.png"/>
                    <pic:cNvPicPr/>
                  </pic:nvPicPr>
                  <pic:blipFill>
                    <a:blip r:embed="rId10"/>
                    <a:stretch>
                      <a:fillRect/>
                    </a:stretch>
                  </pic:blipFill>
                  <pic:spPr>
                    <a:xfrm>
                      <a:off x="0" y="0"/>
                      <a:ext cx="1390016" cy="1339212"/>
                    </a:xfrm>
                    <a:prstGeom prst="rect"/>
                  </pic:spPr>
                </pic:pic>
              </a:graphicData>
            </a:graphic>
          </wp:inline>
        </w:drawing>
      </w:r>
    </w:p>
    <w:p>
      <w:pPr>
        <w:spacing w:before="0" w:after="120" w:line="300" w:lineRule="auto"/>
      </w:pPr>
      <w:r>
        <w:rPr>
          <w:rFonts w:ascii="Times New Roman" w:hAnsi="Times New Roman" w:eastAsia="宋体"/>
          <w:b w:val="0"/>
          <w:i w:val="0"/>
          <w:sz w:val="21"/>
        </w:rPr>
        <w:t>（A）5/6　　（B）3/4　　（C）2/3　　（D）(√(3))/2　　（E）(√(3)-1)/2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AB and BC are adjacent sides of square ABCD; M is the midpoint of AB; N is the midpoint of BC; and AN and CM intersect at O. The ratio of the area of AOCD to the area of ABCD is</w:t>
      </w:r>
    </w:p>
    <w:p>
      <w:pPr>
        <w:spacing w:before="80" w:after="80"/>
        <w:jc w:val="center"/>
      </w:pPr>
      <w:r>
        <w:drawing>
          <wp:inline xmlns:a="http://schemas.openxmlformats.org/drawingml/2006/main" xmlns:pic="http://schemas.openxmlformats.org/drawingml/2006/picture">
            <wp:extent cx="1390016" cy="1339212"/>
            <wp:docPr id="4" name="Picture 4"/>
            <wp:cNvGraphicFramePr>
              <a:graphicFrameLocks noChangeAspect="1"/>
            </wp:cNvGraphicFramePr>
            <a:graphic>
              <a:graphicData uri="http://schemas.openxmlformats.org/drawingml/2006/picture">
                <pic:pic>
                  <pic:nvPicPr>
                    <pic:cNvPr id="0" name="q23-1@300dpi.png"/>
                    <pic:cNvPicPr/>
                  </pic:nvPicPr>
                  <pic:blipFill>
                    <a:blip r:embed="rId10"/>
                    <a:stretch>
                      <a:fillRect/>
                    </a:stretch>
                  </pic:blipFill>
                  <pic:spPr>
                    <a:xfrm>
                      <a:off x="0" y="0"/>
                      <a:ext cx="1390016" cy="133921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5/6　　(B) 3/4　　(C) 2/3　　(D) (√(3))/2　　(E) (√(3)-1)/2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在三角形 ABC 中，∠ C=θ、∠ B=2θ，其中 0°&lt;θ&lt;60°。以 A 为圆心、AB 为半径的圆与 AC 交于 D，并与 BC（必要时延长）交于 B 和 E（E 可能与 B 重合）。则等式 EC=AD</w:t>
      </w:r>
    </w:p>
    <w:p>
      <w:pPr>
        <w:spacing w:before="0" w:after="120" w:line="300" w:lineRule="auto"/>
      </w:pPr>
      <w:r>
        <w:rPr>
          <w:rFonts w:ascii="Times New Roman" w:hAnsi="Times New Roman" w:eastAsia="宋体"/>
          <w:b w:val="0"/>
          <w:i w:val="0"/>
          <w:sz w:val="21"/>
        </w:rPr>
        <w:t>（A）对任何 θ 都不成立　　（B）仅当 θ=45° 时成立　　（C）仅当 0°&lt;θ≤45° 时成立　　（D）仅当 45°≤θ&lt;60° 时成立　　（E）对所有 θ 都成立，其中</w:t>
        <w:br/>
        <w:t>0°&lt;θ&lt;60°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 C=θ and ∠ B=2θ, where 0°&lt;θ&lt;60°. The circle with center A and radius AB intersects AC at D and intersects BC, extended if necessary, at B and at E (E may coincide with B). Then EC=AD</w:t>
      </w:r>
    </w:p>
    <w:p>
      <w:pPr>
        <w:spacing w:before="0" w:after="160" w:line="300" w:lineRule="auto"/>
      </w:pPr>
      <w:r>
        <w:rPr>
          <w:rFonts w:ascii="Times New Roman" w:hAnsi="Times New Roman" w:eastAsia="宋体"/>
          <w:b w:val="0"/>
          <w:i w:val="0"/>
          <w:color w:val="333333"/>
          <w:sz w:val="19"/>
        </w:rPr>
        <w:t>(A) for no values of θ　　(B) only if θ=45°　　(C) only if 0°&lt;θ≤45°　　(D) only if 45°≤θ&lt;60°　　(E) for all θ such that</w:t>
        <w:br/>
        <w:t>0°&lt;θ&lt;60°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名女子、她的兄弟、她的儿子和她的女儿都是国际象棋棋手（所有亲属关系均为血缘关系）。水平最差者的双胞胎手足也是这四人之一，且与水平最佳者性别相反。水平最差者与水平最佳者年龄相同。谁的水平最差？</w:t>
      </w:r>
    </w:p>
    <w:p>
      <w:pPr>
        <w:spacing w:before="0" w:after="120" w:line="300" w:lineRule="auto"/>
      </w:pPr>
      <w:r>
        <w:rPr>
          <w:rFonts w:ascii="Times New Roman" w:hAnsi="Times New Roman" w:eastAsia="宋体"/>
          <w:b w:val="0"/>
          <w:i w:val="0"/>
          <w:sz w:val="21"/>
        </w:rPr>
        <w:t>（A）这名女子　　（B）她的儿子　　（C）她的兄弟　　（D）她的女儿　　（E）不存在符合所给信息的答案。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woman, her brother, her son and her daughter are chess players (all relations by birth). The worst player’s twin (who is one of the four players) and the best player are of opposite sex. The worst player and the best player are the same age. Who is the worst player?</w:t>
      </w:r>
    </w:p>
    <w:p>
      <w:pPr>
        <w:spacing w:before="0" w:after="160" w:line="300" w:lineRule="auto"/>
      </w:pPr>
      <w:r>
        <w:rPr>
          <w:rFonts w:ascii="Times New Roman" w:hAnsi="Times New Roman" w:eastAsia="宋体"/>
          <w:b w:val="0"/>
          <w:i w:val="0"/>
          <w:color w:val="333333"/>
          <w:sz w:val="19"/>
        </w:rPr>
        <w:t>(A) the woman　　(B) her son　　(C) her brother　　(D) her daughter　　(E) No solution is consistent with the given information.</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在锐角三角形 ABC 中，∠ A 的角平分线与边 BC 交于 D。以 B 为圆心、BD 为半径的圆与边 AB 交于 M；以 C 为圆心、CD 为半径的圆与边 AC 交于 N。则恒有</w:t>
      </w:r>
    </w:p>
    <w:p>
      <w:pPr>
        <w:spacing w:before="0" w:after="120" w:line="300" w:lineRule="auto"/>
      </w:pPr>
      <w:r>
        <w:rPr>
          <w:rFonts w:ascii="Times New Roman" w:hAnsi="Times New Roman" w:eastAsia="宋体"/>
          <w:b w:val="0"/>
          <w:i w:val="0"/>
          <w:sz w:val="21"/>
        </w:rPr>
        <w:t>（A）∠ CND+∠ BMD -∠</w:t>
        <w:br/>
        <w:t>DAC=120°　　（B）AMDN 是梯形　　（C）BC 平行于 MN　　（D）AM-AN=(3(DB-DC))/2　　（E）AB-AC=(3(DB-DC))/2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acute triangle ABC the bisector of ∠ A meets side BC at D. The circle with center B and radius BD intersects side AB at M; and the circle with center C and radius CD intersects side AC at N. Then it is always true that</w:t>
      </w:r>
    </w:p>
    <w:p>
      <w:pPr>
        <w:spacing w:before="0" w:after="160" w:line="300" w:lineRule="auto"/>
      </w:pPr>
      <w:r>
        <w:rPr>
          <w:rFonts w:ascii="Times New Roman" w:hAnsi="Times New Roman" w:eastAsia="宋体"/>
          <w:b w:val="0"/>
          <w:i w:val="0"/>
          <w:color w:val="333333"/>
          <w:sz w:val="19"/>
        </w:rPr>
        <w:t>(A) ∠ CND+∠ BMD -∠</w:t>
        <w:br/>
        <w:t>DAC=120°　　(B) AMDN is a trapezoid　　(C) BC is parallel to MN　　(D) AM-AN=(3(DB-DC))/2　　(E) AB-AC=(3(DB-DC))/2</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 p、q、r 是方程 x³-x²+x-2=0 的三个不同根，则 p³+q³+r³ 等于</w:t>
      </w:r>
    </w:p>
    <w:p>
      <w:pPr>
        <w:spacing w:before="0" w:after="120" w:line="300" w:lineRule="auto"/>
      </w:pPr>
      <w:r>
        <w:rPr>
          <w:rFonts w:ascii="Times New Roman" w:hAnsi="Times New Roman" w:eastAsia="宋体"/>
          <w:b w:val="0"/>
          <w:i w:val="0"/>
          <w:sz w:val="21"/>
        </w:rPr>
        <w:t>（A）-1　　（B）1　　（C）3　　（D）5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q, and r are distinct roots of x³-x²+x-2=0, then p³+q³+r³ equals</w:t>
      </w:r>
    </w:p>
    <w:p>
      <w:pPr>
        <w:spacing w:before="0" w:after="160" w:line="300" w:lineRule="auto"/>
      </w:pPr>
      <w:r>
        <w:rPr>
          <w:rFonts w:ascii="Times New Roman" w:hAnsi="Times New Roman" w:eastAsia="宋体"/>
          <w:b w:val="0"/>
          <w:i w:val="0"/>
          <w:color w:val="333333"/>
          <w:sz w:val="19"/>
        </w:rPr>
        <w:t>(A) -1　　(B) 1　　(C) 3　　(D) 5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如图，在三角形 ABC 中，M 是边 BC 的中点，AB=12、AC=16。点 E 和 F 分别取在 AC 和 AB 上，直线 EF 与 AM 交于 G。若 AE=2AF，则 EG/GF 等于</w:t>
      </w:r>
    </w:p>
    <w:p>
      <w:pPr>
        <w:spacing w:before="80" w:after="80"/>
        <w:jc w:val="center"/>
      </w:pPr>
      <w:r>
        <w:drawing>
          <wp:inline xmlns:a="http://schemas.openxmlformats.org/drawingml/2006/main" xmlns:pic="http://schemas.openxmlformats.org/drawingml/2006/picture">
            <wp:extent cx="2529173" cy="1395717"/>
            <wp:docPr id="5" name="Picture 5"/>
            <wp:cNvGraphicFramePr>
              <a:graphicFrameLocks noChangeAspect="1"/>
            </wp:cNvGraphicFramePr>
            <a:graphic>
              <a:graphicData uri="http://schemas.openxmlformats.org/drawingml/2006/picture">
                <pic:pic>
                  <pic:nvPicPr>
                    <pic:cNvPr id="0" name="q28-1@300dpi.png"/>
                    <pic:cNvPicPr/>
                  </pic:nvPicPr>
                  <pic:blipFill>
                    <a:blip r:embed="rId11"/>
                    <a:stretch>
                      <a:fillRect/>
                    </a:stretch>
                  </pic:blipFill>
                  <pic:spPr>
                    <a:xfrm>
                      <a:off x="0" y="0"/>
                      <a:ext cx="2529173" cy="1395717"/>
                    </a:xfrm>
                    <a:prstGeom prst="rect"/>
                  </pic:spPr>
                </pic:pic>
              </a:graphicData>
            </a:graphic>
          </wp:inline>
        </w:drawing>
      </w:r>
    </w:p>
    <w:p>
      <w:pPr>
        <w:spacing w:before="0" w:after="120" w:line="300" w:lineRule="auto"/>
      </w:pPr>
      <w:r>
        <w:rPr>
          <w:rFonts w:ascii="Times New Roman" w:hAnsi="Times New Roman" w:eastAsia="宋体"/>
          <w:b w:val="0"/>
          <w:i w:val="0"/>
          <w:sz w:val="21"/>
        </w:rPr>
        <w:t>（A）3/2　　（B）4/3　　（C）5/4　　（D）6/5　　（E）所给信息不足以求解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shown in the adjoining figure, M is the midpoint of side BC, AB=12, and AC=16. Points E and F are taken on AC and AB, respectively, and lines EF and AM intersect at G. If AE=2AF, then EG/GF equals</w:t>
      </w:r>
    </w:p>
    <w:p>
      <w:pPr>
        <w:spacing w:before="80" w:after="80"/>
        <w:jc w:val="center"/>
      </w:pPr>
      <w:r>
        <w:drawing>
          <wp:inline xmlns:a="http://schemas.openxmlformats.org/drawingml/2006/main" xmlns:pic="http://schemas.openxmlformats.org/drawingml/2006/picture">
            <wp:extent cx="2529173" cy="1395717"/>
            <wp:docPr id="6" name="Picture 6"/>
            <wp:cNvGraphicFramePr>
              <a:graphicFrameLocks noChangeAspect="1"/>
            </wp:cNvGraphicFramePr>
            <a:graphic>
              <a:graphicData uri="http://schemas.openxmlformats.org/drawingml/2006/picture">
                <pic:pic>
                  <pic:nvPicPr>
                    <pic:cNvPr id="0" name="q28-1@300dpi.png"/>
                    <pic:cNvPicPr/>
                  </pic:nvPicPr>
                  <pic:blipFill>
                    <a:blip r:embed="rId11"/>
                    <a:stretch>
                      <a:fillRect/>
                    </a:stretch>
                  </pic:blipFill>
                  <pic:spPr>
                    <a:xfrm>
                      <a:off x="0" y="0"/>
                      <a:ext cx="2529173" cy="13957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4/3　　(C) 5/4　　(D) 6/5　　(E) not enough information given to solve the problem</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大于 (√(3)+√(2))⁶ 的最小整数是多少？</w:t>
      </w:r>
    </w:p>
    <w:p>
      <w:pPr>
        <w:spacing w:before="0" w:after="120" w:line="300" w:lineRule="auto"/>
      </w:pPr>
      <w:r>
        <w:rPr>
          <w:rFonts w:ascii="Times New Roman" w:hAnsi="Times New Roman" w:eastAsia="宋体"/>
          <w:b w:val="0"/>
          <w:i w:val="0"/>
          <w:sz w:val="21"/>
        </w:rPr>
        <w:t>（A）972　　（B）971　　（C）970　　（D）969　　（E）968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integer larger than (√(3)+√(2))⁶?</w:t>
      </w:r>
    </w:p>
    <w:p>
      <w:pPr>
        <w:spacing w:before="0" w:after="160" w:line="300" w:lineRule="auto"/>
      </w:pPr>
      <w:r>
        <w:rPr>
          <w:rFonts w:ascii="Times New Roman" w:hAnsi="Times New Roman" w:eastAsia="宋体"/>
          <w:b w:val="0"/>
          <w:i w:val="0"/>
          <w:color w:val="333333"/>
          <w:sz w:val="19"/>
        </w:rPr>
        <w:t>(A) 972　　(B) 971　　(C) 970　　(D) 969　　(E) 968</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令 x=cos36°-cos72°。则 x 等于</w:t>
      </w:r>
    </w:p>
    <w:p>
      <w:pPr>
        <w:spacing w:before="0" w:after="120" w:line="300" w:lineRule="auto"/>
      </w:pPr>
      <w:r>
        <w:rPr>
          <w:rFonts w:ascii="Times New Roman" w:hAnsi="Times New Roman" w:eastAsia="宋体"/>
          <w:b w:val="0"/>
          <w:i w:val="0"/>
          <w:sz w:val="21"/>
        </w:rPr>
        <w:t>（A）1/3　　（B）1/2　　（C）3-√(6)　　（D）2√(3)-3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x=cos36°-cos72°. Then x equals</w:t>
      </w:r>
    </w:p>
    <w:p>
      <w:pPr>
        <w:spacing w:before="0" w:after="160" w:line="300" w:lineRule="auto"/>
      </w:pPr>
      <w:r>
        <w:rPr>
          <w:rFonts w:ascii="Times New Roman" w:hAnsi="Times New Roman" w:eastAsia="宋体"/>
          <w:b w:val="0"/>
          <w:i w:val="0"/>
          <w:color w:val="333333"/>
          <w:sz w:val="19"/>
        </w:rPr>
        <w:t>(A) 1/3　　(B) 1/2　　(C) 3-√(6)　　(D) 2√(3)-3　　(E) none of these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A　A　B　E　E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B　D　E　A　C　D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B　D　E　C　E　B　C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A　C　B</w:t>
      </w:r>
    </w:p>
    <w:p>
      <w:pPr>
        <w:spacing w:before="0" w:after="200" w:line="300" w:lineRule="auto"/>
      </w:pPr>
      <w:r>
        <w:rPr>
          <w:rFonts w:ascii="Times New Roman" w:hAnsi="Times New Roman" w:eastAsia="宋体"/>
          <w:b w:val="0"/>
          <w:i w:val="0"/>
          <w:color w:val="666666"/>
          <w:sz w:val="18"/>
        </w:rPr>
        <w:t>答案串：BDAABEEDCAEBDEACDDDBDECEBCEACB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由内向外计算，</w:t>
      </w:r>
    </w:p>
    <w:p>
      <w:pPr>
        <w:spacing w:before="0" w:after="80" w:line="300" w:lineRule="auto"/>
        <w:jc w:val="left"/>
      </w:pPr>
      <w:r>
        <w:rPr>
          <w:rFonts w:ascii="Times New Roman" w:hAnsi="Times New Roman" w:eastAsia="宋体"/>
          <w:b w:val="0"/>
          <w:i w:val="0"/>
          <w:sz w:val="21"/>
        </w:rPr>
        <w:t>2-1/2=3/2,</w:t>
      </w:r>
    </w:p>
    <w:p>
      <w:pPr>
        <w:spacing w:before="0" w:after="80" w:line="300" w:lineRule="auto"/>
        <w:jc w:val="left"/>
      </w:pPr>
      <w:r>
        <w:rPr>
          <w:rFonts w:ascii="Times New Roman" w:hAnsi="Times New Roman" w:eastAsia="宋体"/>
          <w:b w:val="0"/>
          <w:i w:val="0"/>
          <w:sz w:val="21"/>
        </w:rPr>
        <w:t>2-1/(3/2)=4/3,</w:t>
      </w:r>
    </w:p>
    <w:p>
      <w:pPr>
        <w:spacing w:before="0" w:after="80" w:line="300" w:lineRule="auto"/>
        <w:jc w:val="left"/>
      </w:pPr>
      <w:r>
        <w:rPr>
          <w:rFonts w:ascii="Times New Roman" w:hAnsi="Times New Roman" w:eastAsia="宋体"/>
          <w:b w:val="0"/>
          <w:i w:val="0"/>
          <w:sz w:val="21"/>
        </w:rPr>
        <w:t>2-1/(4/3)=5/4。</w:t>
      </w:r>
    </w:p>
    <w:p>
      <w:pPr>
        <w:spacing w:before="0" w:after="80" w:line="300" w:lineRule="auto"/>
        <w:jc w:val="left"/>
      </w:pPr>
      <w:r>
        <w:rPr>
          <w:rFonts w:ascii="Times New Roman" w:hAnsi="Times New Roman" w:eastAsia="宋体"/>
          <w:b w:val="0"/>
          <w:i w:val="0"/>
          <w:sz w:val="21"/>
        </w:rPr>
        <w:t>因此所求值为 1/(5/4)=4/5。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outward,</w:t>
      </w:r>
    </w:p>
    <w:p>
      <w:pPr>
        <w:spacing w:before="0" w:after="80" w:line="300" w:lineRule="auto"/>
        <w:jc w:val="left"/>
      </w:pPr>
      <w:r>
        <w:rPr>
          <w:rFonts w:ascii="Times New Roman" w:hAnsi="Times New Roman" w:eastAsia="宋体"/>
          <w:b w:val="0"/>
          <w:i w:val="0"/>
          <w:color w:val="333333"/>
          <w:sz w:val="19"/>
        </w:rPr>
        <w:t>2-1/2=3/2,</w:t>
      </w:r>
    </w:p>
    <w:p>
      <w:pPr>
        <w:spacing w:before="0" w:after="80" w:line="300" w:lineRule="auto"/>
        <w:jc w:val="left"/>
      </w:pPr>
      <w:r>
        <w:rPr>
          <w:rFonts w:ascii="Times New Roman" w:hAnsi="Times New Roman" w:eastAsia="宋体"/>
          <w:b w:val="0"/>
          <w:i w:val="0"/>
          <w:color w:val="333333"/>
          <w:sz w:val="19"/>
        </w:rPr>
        <w:t>2-1/(3/2)=4/3,</w:t>
      </w:r>
    </w:p>
    <w:p>
      <w:pPr>
        <w:spacing w:before="0" w:after="80" w:line="300" w:lineRule="auto"/>
        <w:jc w:val="left"/>
      </w:pPr>
      <w:r>
        <w:rPr>
          <w:rFonts w:ascii="Times New Roman" w:hAnsi="Times New Roman" w:eastAsia="宋体"/>
          <w:b w:val="0"/>
          <w:i w:val="0"/>
          <w:color w:val="333333"/>
          <w:sz w:val="19"/>
        </w:rPr>
        <w:t>2-1/(4/3)=5/4.</w:t>
      </w:r>
    </w:p>
    <w:p>
      <w:pPr>
        <w:spacing w:before="0" w:after="80" w:line="300" w:lineRule="auto"/>
        <w:jc w:val="left"/>
      </w:pPr>
      <w:r>
        <w:rPr>
          <w:rFonts w:ascii="Times New Roman" w:hAnsi="Times New Roman" w:eastAsia="宋体"/>
          <w:b w:val="0"/>
          <w:i w:val="0"/>
          <w:color w:val="333333"/>
          <w:sz w:val="19"/>
        </w:rPr>
        <w:t>The given value is therefore 1/(5/4)=4/5.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两直线只有在 m=2m-1 时才可能不相交，由此得 m=1。它们在 y 轴上的截距分别为 3 和 4，所以此时是两条不重合的平行直线。其余每个 m 都对应一个交点。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fail to intersect only if m=2m-1, which gives m=1. Their y-intercepts are 3 and 4, so at that value they are distinct parallel lines. Every other m gives one intersection.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取 a=b=1, c=-1 和 x=y=0, z=-10。题设的三个不等式均满足。但是 I 变为 0&lt;-1，II 变为 100&lt;3，III 变为 0&lt;-1，全都不成立。因此没有一个不等式恒成立。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a=b=1, c=-1, and x=y=0, z=-10. The required three coordinate inequalities hold. But I becomes 0&lt;-1, II becomes 100&lt;3, and III becomes 0&lt;-1, all false. Thus none is universally true.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设第一个正方形的边长为 s。第二个正方形的对角线长为 s，所以其边长为 s/(√(2))，面积为 s²/2。所求面积比为 s²/(s²/2)=2。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square have side s. The second has diagonal s, so its side is s/(√(2)) and its area is s²/2. The ratio is s²/(s²/2)=2.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这两项分别为 9p⁸q 和 36p⁷q²。由两者相等且 p,q&gt;0，得 p=4q。又因 p+q=1，所以 5q=1，从而 p=4/5。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terms are 9p⁸q and 36p⁷q². Their equality, with p,q&gt;0, gives p=4q. Since p+q=1, we get 5q=1 and p=4/5.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所求差为</w:t>
      </w:r>
    </w:p>
    <w:p>
      <w:pPr>
        <w:spacing w:before="0" w:after="80" w:line="300" w:lineRule="auto"/>
        <w:jc w:val="left"/>
      </w:pPr>
      <w:r>
        <w:rPr>
          <w:rFonts w:ascii="Times New Roman" w:hAnsi="Times New Roman" w:eastAsia="宋体"/>
          <w:b w:val="0"/>
          <w:i w:val="0"/>
          <w:sz w:val="21"/>
        </w:rPr>
        <w:t>(2-1)+(4-3)+⋯</w:t>
      </w:r>
    </w:p>
    <w:p>
      <w:pPr>
        <w:spacing w:before="0" w:after="80" w:line="300" w:lineRule="auto"/>
        <w:jc w:val="left"/>
      </w:pPr>
      <w:r>
        <w:rPr>
          <w:rFonts w:ascii="Times New Roman" w:hAnsi="Times New Roman" w:eastAsia="宋体"/>
          <w:b w:val="0"/>
          <w:i w:val="0"/>
          <w:sz w:val="21"/>
        </w:rPr>
        <w:t>+(160-159)。</w:t>
      </w:r>
    </w:p>
    <w:p>
      <w:pPr>
        <w:spacing w:before="0" w:after="80" w:line="300" w:lineRule="auto"/>
        <w:jc w:val="left"/>
      </w:pPr>
      <w:r>
        <w:rPr>
          <w:rFonts w:ascii="Times New Roman" w:hAnsi="Times New Roman" w:eastAsia="宋体"/>
          <w:b w:val="0"/>
          <w:i w:val="0"/>
          <w:sz w:val="21"/>
        </w:rPr>
        <w:t>这是 80 个一的和，因此等于 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desired difference is</w:t>
      </w:r>
    </w:p>
    <w:p>
      <w:pPr>
        <w:spacing w:before="0" w:after="80" w:line="300" w:lineRule="auto"/>
        <w:jc w:val="left"/>
      </w:pPr>
      <w:r>
        <w:rPr>
          <w:rFonts w:ascii="Times New Roman" w:hAnsi="Times New Roman" w:eastAsia="宋体"/>
          <w:b w:val="0"/>
          <w:i w:val="0"/>
          <w:color w:val="333333"/>
          <w:sz w:val="19"/>
        </w:rPr>
        <w:t>(2-1)+(4-3)+⋯</w:t>
      </w:r>
    </w:p>
    <w:p>
      <w:pPr>
        <w:spacing w:before="0" w:after="80" w:line="300" w:lineRule="auto"/>
        <w:jc w:val="left"/>
      </w:pPr>
      <w:r>
        <w:rPr>
          <w:rFonts w:ascii="Times New Roman" w:hAnsi="Times New Roman" w:eastAsia="宋体"/>
          <w:b w:val="0"/>
          <w:i w:val="0"/>
          <w:color w:val="333333"/>
          <w:sz w:val="19"/>
        </w:rPr>
        <w:t>+(160-159).</w:t>
      </w:r>
    </w:p>
    <w:p>
      <w:pPr>
        <w:spacing w:before="0" w:after="80" w:line="300" w:lineRule="auto"/>
        <w:jc w:val="left"/>
      </w:pPr>
      <w:r>
        <w:rPr>
          <w:rFonts w:ascii="Times New Roman" w:hAnsi="Times New Roman" w:eastAsia="宋体"/>
          <w:b w:val="0"/>
          <w:i w:val="0"/>
          <w:color w:val="333333"/>
          <w:sz w:val="19"/>
        </w:rPr>
        <w:t>It is the sum of 80 ones, hence 80.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若 x&gt;0，该商为 0。若 x&lt;0，则 x-|x|=2x&lt;0，所以 |x-|x||=-2x，该商为 -2。这两个值都不是正整数。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x&gt;0, the quotient is 0. If x&lt;0, then x-|x|=2x&lt;0, so |x-|x||=-2x and the quotient is -2. Neither value is a positive integer.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“每件衬衫都在打折”的否定是“有些衬衫不打折”，即命题 II，也与命题 IV 等价。命题 I 和 III 都作出了更强的断言，即没有衬衫打折，而这并不能由题设推出。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“Every shirt is on sale” is “Some shirt is not on sale,” which is II and is equivalently phrased by IV. Statements I and III make the stronger claim that no shirt is on sale, which need not follow.</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令 cᵢ=aᵢ+bᵢ。这是一个等差数列，且 c₁=25+75=100、c₁₀₀=100。首末两项相等，故公差为 0，所以全部 100 项都等于 100，其和为 10,000。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cᵢ=aᵢ+bᵢ. This is an arithmetic progression with c₁=25+75=100 and c₁₀₀=100. Equal endpoint terms force its common difference to be 0, so all 100 terms equal 100. Their sum is 10,000.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令 k=4n²+8，则</w:t>
      </w:r>
    </w:p>
    <w:p>
      <w:pPr>
        <w:spacing w:before="0" w:after="80" w:line="300" w:lineRule="auto"/>
        <w:jc w:val="left"/>
      </w:pPr>
      <w:r>
        <w:rPr>
          <w:rFonts w:ascii="Times New Roman" w:hAnsi="Times New Roman" w:eastAsia="宋体"/>
          <w:b w:val="0"/>
          <w:i w:val="0"/>
          <w:sz w:val="21"/>
        </w:rPr>
        <w:t>(10ᵏ+1)²=10²ᵏ+2·10ᵏ+1。</w:t>
      </w:r>
    </w:p>
    <w:p>
      <w:pPr>
        <w:spacing w:before="0" w:after="80" w:line="300" w:lineRule="auto"/>
        <w:jc w:val="left"/>
      </w:pPr>
      <w:r>
        <w:rPr>
          <w:rFonts w:ascii="Times New Roman" w:hAnsi="Times New Roman" w:eastAsia="宋体"/>
          <w:b w:val="0"/>
          <w:i w:val="0"/>
          <w:sz w:val="21"/>
        </w:rPr>
        <w:t>它仅有的三个非零数字为 1,2,1，所以各位数字之和为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k=4n²+8,</w:t>
      </w:r>
    </w:p>
    <w:p>
      <w:pPr>
        <w:spacing w:before="0" w:after="80" w:line="300" w:lineRule="auto"/>
        <w:jc w:val="left"/>
      </w:pPr>
      <w:r>
        <w:rPr>
          <w:rFonts w:ascii="Times New Roman" w:hAnsi="Times New Roman" w:eastAsia="宋体"/>
          <w:b w:val="0"/>
          <w:i w:val="0"/>
          <w:color w:val="333333"/>
          <w:sz w:val="19"/>
        </w:rPr>
        <w:t>(10ᵏ+1)²=10²ᵏ+2·10ᵏ+1.</w:t>
      </w:r>
    </w:p>
    <w:p>
      <w:pPr>
        <w:spacing w:before="0" w:after="80" w:line="300" w:lineRule="auto"/>
        <w:jc w:val="left"/>
      </w:pPr>
      <w:r>
        <w:rPr>
          <w:rFonts w:ascii="Times New Roman" w:hAnsi="Times New Roman" w:eastAsia="宋体"/>
          <w:b w:val="0"/>
          <w:i w:val="0"/>
          <w:color w:val="333333"/>
          <w:sz w:val="19"/>
        </w:rPr>
        <w:t>Its only nonzero digits are 1,2,1, so their sum is 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若 M 是弦的中点、O 是圆心，则 OM 垂直于该弦，所以 ∠ OMP=90°，但 M=O 时除外。因此 M 位于以 OP 为直径的圆上。反过来，对该圆上不是端点的每个 M，都有 PM⊥ OM，所以直线 PM 截得圆 K 的一条以 M 为中点的弦。端点 M=P 对应经过 P 且垂直于 OP 的弦，而 M=O 对应经过 O 和 P 的直径。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is a chord midpoint and O is the center, then OM is perpendicular to the chord, so ∠ OMP=90° unless M=O. Thus M lies on the circle with diameter OP. Conversely, each nonendpoint M on that circle gives PM⊥ OM, so the line PM cuts a chord of K whose midpoint is M. The endpoint M=P gives the chord through P perpendicular to OP, while M=O gives the diameter through O and 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因式分解并除以 x≠0，得 a²+ab+b²=19x²。代入 b=a-x，</w:t>
      </w:r>
    </w:p>
    <w:p>
      <w:pPr>
        <w:spacing w:before="0" w:after="80" w:line="300" w:lineRule="auto"/>
        <w:jc w:val="left"/>
      </w:pPr>
      <w:r>
        <w:rPr>
          <w:rFonts w:ascii="Times New Roman" w:hAnsi="Times New Roman" w:eastAsia="宋体"/>
          <w:b w:val="0"/>
          <w:i w:val="0"/>
          <w:sz w:val="21"/>
        </w:rPr>
        <w:t>3a²-3ax+x²=19x²，</w:t>
      </w:r>
    </w:p>
    <w:p>
      <w:pPr>
        <w:spacing w:before="0" w:after="80" w:line="300" w:lineRule="auto"/>
        <w:jc w:val="left"/>
      </w:pPr>
      <w:r>
        <w:rPr>
          <w:rFonts w:ascii="Times New Roman" w:hAnsi="Times New Roman" w:eastAsia="宋体"/>
          <w:b w:val="0"/>
          <w:i w:val="0"/>
          <w:sz w:val="21"/>
        </w:rPr>
        <w:t>因而</w:t>
      </w:r>
    </w:p>
    <w:p>
      <w:pPr>
        <w:spacing w:before="0" w:after="80" w:line="300" w:lineRule="auto"/>
        <w:jc w:val="left"/>
      </w:pPr>
      <w:r>
        <w:rPr>
          <w:rFonts w:ascii="Times New Roman" w:hAnsi="Times New Roman" w:eastAsia="宋体"/>
          <w:b w:val="0"/>
          <w:i w:val="0"/>
          <w:sz w:val="21"/>
        </w:rPr>
        <w:t>a²-ax-6x²=0,</w:t>
      </w:r>
    </w:p>
    <w:p>
      <w:pPr>
        <w:spacing w:before="0" w:after="80" w:line="300" w:lineRule="auto"/>
        <w:jc w:val="left"/>
      </w:pPr>
      <w:r>
        <w:rPr>
          <w:rFonts w:ascii="Times New Roman" w:hAnsi="Times New Roman" w:eastAsia="宋体"/>
          <w:b w:val="0"/>
          <w:i w:val="0"/>
          <w:sz w:val="21"/>
        </w:rPr>
        <w:t>(a-3x)(a+2x)=0。</w:t>
      </w:r>
    </w:p>
    <w:p>
      <w:pPr>
        <w:spacing w:before="0" w:after="80" w:line="300" w:lineRule="auto"/>
        <w:jc w:val="left"/>
      </w:pPr>
      <w:r>
        <w:rPr>
          <w:rFonts w:ascii="Times New Roman" w:hAnsi="Times New Roman" w:eastAsia="宋体"/>
          <w:b w:val="0"/>
          <w:i w:val="0"/>
          <w:sz w:val="21"/>
        </w:rPr>
        <w:t>所以 a=3x 或 a=-2x。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and dividing by x≠0 gives a²+ab+b²=19x². With b=a-x,</w:t>
      </w:r>
    </w:p>
    <w:p>
      <w:pPr>
        <w:spacing w:before="0" w:after="80" w:line="300" w:lineRule="auto"/>
        <w:jc w:val="left"/>
      </w:pPr>
      <w:r>
        <w:rPr>
          <w:rFonts w:ascii="Times New Roman" w:hAnsi="Times New Roman" w:eastAsia="宋体"/>
          <w:b w:val="0"/>
          <w:i w:val="0"/>
          <w:color w:val="333333"/>
          <w:sz w:val="19"/>
        </w:rPr>
        <w:t>3a²-3ax+x²=19x²,</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a²-ax-6x²=0,</w:t>
      </w:r>
    </w:p>
    <w:p>
      <w:pPr>
        <w:spacing w:before="0" w:after="80" w:line="300" w:lineRule="auto"/>
        <w:jc w:val="left"/>
      </w:pPr>
      <w:r>
        <w:rPr>
          <w:rFonts w:ascii="Times New Roman" w:hAnsi="Times New Roman" w:eastAsia="宋体"/>
          <w:b w:val="0"/>
          <w:i w:val="0"/>
          <w:color w:val="333333"/>
          <w:sz w:val="19"/>
        </w:rPr>
        <w:t>(a-3x)(a+2x)=0.</w:t>
      </w:r>
    </w:p>
    <w:p>
      <w:pPr>
        <w:spacing w:before="0" w:after="80" w:line="300" w:lineRule="auto"/>
        <w:jc w:val="left"/>
      </w:pPr>
      <w:r>
        <w:rPr>
          <w:rFonts w:ascii="Times New Roman" w:hAnsi="Times New Roman" w:eastAsia="宋体"/>
          <w:b w:val="0"/>
          <w:i w:val="0"/>
          <w:color w:val="333333"/>
          <w:sz w:val="19"/>
        </w:rPr>
        <w:t>Hence a=3x or a=-2x.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当 x&lt;0 时，x⁶,-3x⁵,-6x³,-x 和 8 均为正数，因此没有负根。该多项式在 x=0 时的值为 8，在 x=1 时的值为 -1。由连续性可知，在 0 与 1 之间至少有一个正根。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x&lt;0, each of x⁶,-3x⁵,-6x³,-x, and 8 is positive, so there is no negative root. At x=0 the polynomial is 8, while at x=1 it is -1. Continuity therefore gives a positive root between 0 and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第一个条件说明，当 H=I 且 2S=IS 时有 W=S。由于 S&gt;0，后一个等式给出 I=2。在所求情形中，H=S, 2S=S² 且 I=2，由各量为正得 H=I=S=2。因此 W=S=2，且 HW=4=S+S。</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condition says that H=I and 2S=IS imply W=S. Since S&gt;0, the latter equation gives I=2. In the requested case, H=S, 2S=S², and I=2, so positivity gives H=I=S=2. Hence W=S=2 and HW=4=S+S.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该数列开头为</w:t>
      </w:r>
    </w:p>
    <w:p>
      <w:pPr>
        <w:spacing w:before="0" w:after="80" w:line="300" w:lineRule="auto"/>
        <w:jc w:val="left"/>
      </w:pPr>
      <w:r>
        <w:rPr>
          <w:rFonts w:ascii="Times New Roman" w:hAnsi="Times New Roman" w:eastAsia="宋体"/>
          <w:b w:val="0"/>
          <w:i w:val="0"/>
          <w:sz w:val="21"/>
        </w:rPr>
        <w:t>1,3,2,-1,-3,-2,1,3,…</w:t>
      </w:r>
    </w:p>
    <w:p>
      <w:pPr>
        <w:spacing w:before="0" w:after="80" w:line="300" w:lineRule="auto"/>
        <w:jc w:val="left"/>
      </w:pPr>
      <w:r>
        <w:rPr>
          <w:rFonts w:ascii="Times New Roman" w:hAnsi="Times New Roman" w:eastAsia="宋体"/>
          <w:b w:val="0"/>
          <w:i w:val="0"/>
          <w:sz w:val="21"/>
        </w:rPr>
        <w:t>每 6 项重复一次，且一个周期内各项之和为 0。前 96 项之和为 0，最后四项之和为 1+3+2-1=5。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begins</w:t>
      </w:r>
    </w:p>
    <w:p>
      <w:pPr>
        <w:spacing w:before="0" w:after="80" w:line="300" w:lineRule="auto"/>
        <w:jc w:val="left"/>
      </w:pPr>
      <w:r>
        <w:rPr>
          <w:rFonts w:ascii="Times New Roman" w:hAnsi="Times New Roman" w:eastAsia="宋体"/>
          <w:b w:val="0"/>
          <w:i w:val="0"/>
          <w:color w:val="333333"/>
          <w:sz w:val="19"/>
        </w:rPr>
        <w:t>1,3,2,-1,-3,-2,1,3,…</w:t>
      </w:r>
    </w:p>
    <w:p>
      <w:pPr>
        <w:spacing w:before="0" w:after="80" w:line="300" w:lineRule="auto"/>
        <w:jc w:val="left"/>
      </w:pPr>
      <w:r>
        <w:rPr>
          <w:rFonts w:ascii="Times New Roman" w:hAnsi="Times New Roman" w:eastAsia="宋体"/>
          <w:b w:val="0"/>
          <w:i w:val="0"/>
          <w:color w:val="333333"/>
          <w:sz w:val="19"/>
        </w:rPr>
        <w:t>and repeats every 6 terms, with period sum 0. The first 96 terms sum to 0, and the last four sum to 1+3+2-1=5.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设首项为 a，公比为 1/n。由级数收敛知 n&gt;1，且</w:t>
      </w:r>
    </w:p>
    <w:p>
      <w:pPr>
        <w:spacing w:before="0" w:after="80" w:line="300" w:lineRule="auto"/>
        <w:jc w:val="left"/>
      </w:pPr>
      <w:r>
        <w:rPr>
          <w:rFonts w:ascii="Times New Roman" w:hAnsi="Times New Roman" w:eastAsia="宋体"/>
          <w:b w:val="0"/>
          <w:i w:val="0"/>
          <w:sz w:val="21"/>
        </w:rPr>
        <w:t>a/(1-1/n)=3, a=3-3/n。</w:t>
      </w:r>
    </w:p>
    <w:p>
      <w:pPr>
        <w:spacing w:before="0" w:after="80" w:line="300" w:lineRule="auto"/>
        <w:jc w:val="left"/>
      </w:pPr>
      <w:r>
        <w:rPr>
          <w:rFonts w:ascii="Times New Roman" w:hAnsi="Times New Roman" w:eastAsia="宋体"/>
          <w:b w:val="0"/>
          <w:i w:val="0"/>
          <w:sz w:val="21"/>
        </w:rPr>
        <w:t>因而 n 整除 3，所以 n=3、a=2。前两项之和为 2+2/3=8/3。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term be a and the ratio 1/n. Convergence gives n&gt;1, and</w:t>
      </w:r>
    </w:p>
    <w:p>
      <w:pPr>
        <w:spacing w:before="0" w:after="80" w:line="300" w:lineRule="auto"/>
        <w:jc w:val="left"/>
      </w:pPr>
      <w:r>
        <w:rPr>
          <w:rFonts w:ascii="Times New Roman" w:hAnsi="Times New Roman" w:eastAsia="宋体"/>
          <w:b w:val="0"/>
          <w:i w:val="0"/>
          <w:color w:val="333333"/>
          <w:sz w:val="19"/>
        </w:rPr>
        <w:t>a/(1-1/n)=3, a=3-3/n.</w:t>
      </w:r>
    </w:p>
    <w:p>
      <w:pPr>
        <w:spacing w:before="0" w:after="80" w:line="300" w:lineRule="auto"/>
        <w:jc w:val="left"/>
      </w:pPr>
      <w:r>
        <w:rPr>
          <w:rFonts w:ascii="Times New Roman" w:hAnsi="Times New Roman" w:eastAsia="宋体"/>
          <w:b w:val="0"/>
          <w:i w:val="0"/>
          <w:color w:val="333333"/>
          <w:sz w:val="19"/>
        </w:rPr>
        <w:t>Thus n divides 3, so n=3 and a=2. The first two terms sum to 2+2/3=8/3.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公交车行程共有 8+15=23 次，火车行程共有 9 次，因此单程通勤一共 32 次。每个工作日对应两次行程，所以 2x=32，从而 x=16。题中的条件相互一致，但这次计数并不需要用到它们。</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were 8+15=23 bus trips and 9 train trips, hence 32 one-way trips in all. Since each working day contributes two trips, 2x=32 and x=16. The conditional statements are consistent but not needed for this count.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三位整数共有 999-100+1=900 个。其中 2 的幂有三个，分别是 128,256 和 512。因此所求概率为 3/900=1/300。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999-100+1=900 three-digit integers. The three powers of 2 among them are 128,256, and 512. Thus the probability is 3/900=1/300.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当 x&gt;0, x≠1 时，换底公式将左边化为</w:t>
      </w:r>
    </w:p>
    <w:p>
      <w:pPr>
        <w:spacing w:before="0" w:after="80" w:line="300" w:lineRule="auto"/>
        <w:jc w:val="left"/>
      </w:pPr>
      <w:r>
        <w:rPr>
          <w:rFonts w:ascii="Times New Roman" w:hAnsi="Times New Roman" w:eastAsia="宋体"/>
          <w:b w:val="0"/>
          <w:i w:val="0"/>
          <w:sz w:val="21"/>
        </w:rPr>
        <w:t>(log x)/log3·log5/(log x)。</w:t>
      </w:r>
    </w:p>
    <w:p>
      <w:pPr>
        <w:spacing w:before="0" w:after="80" w:line="300" w:lineRule="auto"/>
        <w:jc w:val="left"/>
      </w:pPr>
      <w:r>
        <w:rPr>
          <w:rFonts w:ascii="Times New Roman" w:hAnsi="Times New Roman" w:eastAsia="宋体"/>
          <w:b w:val="0"/>
          <w:i w:val="0"/>
          <w:sz w:val="21"/>
        </w:rPr>
        <w:t>约去 log x 后得到 log5/log3=log₃5。当 x=1 时原式无定义。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x&gt;0, x≠1, change of base makes the left side</w:t>
      </w:r>
    </w:p>
    <w:p>
      <w:pPr>
        <w:spacing w:before="0" w:after="80" w:line="300" w:lineRule="auto"/>
        <w:jc w:val="left"/>
      </w:pPr>
      <w:r>
        <w:rPr>
          <w:rFonts w:ascii="Times New Roman" w:hAnsi="Times New Roman" w:eastAsia="宋体"/>
          <w:b w:val="0"/>
          <w:i w:val="0"/>
          <w:color w:val="333333"/>
          <w:sz w:val="19"/>
        </w:rPr>
        <w:t>(log x)/log3·log5/(log x).</w:t>
      </w:r>
    </w:p>
    <w:p>
      <w:pPr>
        <w:spacing w:before="0" w:after="80" w:line="300" w:lineRule="auto"/>
        <w:jc w:val="left"/>
      </w:pPr>
      <w:r>
        <w:rPr>
          <w:rFonts w:ascii="Times New Roman" w:hAnsi="Times New Roman" w:eastAsia="宋体"/>
          <w:b w:val="0"/>
          <w:i w:val="0"/>
          <w:color w:val="333333"/>
          <w:sz w:val="19"/>
        </w:rPr>
        <w:t>Canceling log x leaves log5/log3=log₃5. The expression is undefined at 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令 BM=CM=x，则 BC=2x。由阿波罗尼奥斯定理，</w:t>
      </w:r>
    </w:p>
    <w:p>
      <w:pPr>
        <w:spacing w:before="0" w:after="80" w:line="300" w:lineRule="auto"/>
        <w:jc w:val="left"/>
      </w:pPr>
      <w:r>
        <w:rPr>
          <w:rFonts w:ascii="Times New Roman" w:hAnsi="Times New Roman" w:eastAsia="宋体"/>
          <w:b w:val="0"/>
          <w:i w:val="0"/>
          <w:sz w:val="21"/>
        </w:rPr>
        <w:t>4²+8²=2(3²+x²)。</w:t>
      </w:r>
    </w:p>
    <w:p>
      <w:pPr>
        <w:spacing w:before="0" w:after="80" w:line="300" w:lineRule="auto"/>
        <w:jc w:val="left"/>
      </w:pPr>
      <w:r>
        <w:rPr>
          <w:rFonts w:ascii="Times New Roman" w:hAnsi="Times New Roman" w:eastAsia="宋体"/>
          <w:b w:val="0"/>
          <w:i w:val="0"/>
          <w:sz w:val="21"/>
        </w:rPr>
        <w:t>因此 80=18+2x², x²=31，从而 BC=2√(31)。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BM=CM=x, so BC=2x. By Apollonius’ theorem,</w:t>
      </w:r>
    </w:p>
    <w:p>
      <w:pPr>
        <w:spacing w:before="0" w:after="80" w:line="300" w:lineRule="auto"/>
        <w:jc w:val="left"/>
      </w:pPr>
      <w:r>
        <w:rPr>
          <w:rFonts w:ascii="Times New Roman" w:hAnsi="Times New Roman" w:eastAsia="宋体"/>
          <w:b w:val="0"/>
          <w:i w:val="0"/>
          <w:color w:val="333333"/>
          <w:sz w:val="19"/>
        </w:rPr>
        <w:t>4²+8²=2(3²+x²).</w:t>
      </w:r>
    </w:p>
    <w:p>
      <w:pPr>
        <w:spacing w:before="0" w:after="80" w:line="300" w:lineRule="auto"/>
        <w:jc w:val="left"/>
      </w:pPr>
      <w:r>
        <w:rPr>
          <w:rFonts w:ascii="Times New Roman" w:hAnsi="Times New Roman" w:eastAsia="宋体"/>
          <w:b w:val="0"/>
          <w:i w:val="0"/>
          <w:color w:val="333333"/>
          <w:sz w:val="19"/>
        </w:rPr>
        <w:t>Hence 80=18+2x², x²=31, and BC=2√(31).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取 a=0，结合函数值为正可得 f(0)=1。取 b=-a，得 f(a)f(-a)=1。另外，f(3a)=f(a)³，所以由函数值为正，可以在 III 中取正的立方根。但是 f(x)=1 满足该函数方程却不是严格递增函数，因此 IV 不一定成立。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a=0 and using positivity gives f(0)=1. Taking b=-a gives f(a)f(-a)=1. Also f(3a)=f(a)³, so positivity permits the positive cube root in III. But f(x)=1 satisfies the functional equation and is not strictly increasing, so IV need not hold.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两个正整数根的乘积为 q，所以两根是 1 和 q。它们的和为 p=q+1，只有当 q=2 时这个和才是质数，此时 p=3，两根为 1,2。两根之差为 1，其中一个根是质数，p²-q=7，且 p+q=5；因此四个命题全部成立。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 roots have product q, so they are 1 and q. Their sum is p=q+1, which is prime only when q=2, giving p=3 and roots 1,2. Their difference is 1, one root is prime, p²-q=7, and p+q=5; therefore all four statements hold.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取 A=(0,0),B=(1,0)、C=(1,1),D=(0,1)。因为 O 是三角形 ABC 的重心，所以 O=(2/3,1/3)。三角形 AOB 和 COB 的面积都为 1/6。从单位正方形中去掉这两个三角形，得到</w:t>
      </w:r>
    </w:p>
    <w:p>
      <w:pPr>
        <w:spacing w:before="0" w:after="80" w:line="300" w:lineRule="auto"/>
        <w:jc w:val="left"/>
      </w:pPr>
      <w:r>
        <w:rPr>
          <w:rFonts w:ascii="Times New Roman" w:hAnsi="Times New Roman" w:eastAsia="宋体"/>
          <w:b w:val="0"/>
          <w:i w:val="0"/>
          <w:sz w:val="21"/>
        </w:rPr>
        <w:t>[AOCD]=1-1/6-1/6=2/3。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A=(0,0),B=(1,0), C=(1,1),D=(0,1). Since O is the centroid of triangle ABC, O=(2/3,1/3). Triangles AOB and COB each have area 1/6. Removing them from the unit square leaves</w:t>
      </w:r>
    </w:p>
    <w:p>
      <w:pPr>
        <w:spacing w:before="0" w:after="80" w:line="300" w:lineRule="auto"/>
        <w:jc w:val="left"/>
      </w:pPr>
      <w:r>
        <w:rPr>
          <w:rFonts w:ascii="Times New Roman" w:hAnsi="Times New Roman" w:eastAsia="宋体"/>
          <w:b w:val="0"/>
          <w:i w:val="0"/>
          <w:color w:val="333333"/>
          <w:sz w:val="19"/>
        </w:rPr>
        <w:t>[AOCD]=1-1/6-1/6=2/3.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由于 AB=AE，三角形 ABE 是等腰三角形。当 0°&lt;θ&lt;45° 时，E 位于 B,C 之间；三角形 AEC 的外角定理给出 2θ=∠ EAC+θ，所以 ∠ EAC=θ。当 45°&lt;θ&lt;60° 时，E 位于 B 的外侧；此时 ∠ AEC=180°-2θ，于是</w:t>
      </w:r>
    </w:p>
    <w:p>
      <w:pPr>
        <w:spacing w:before="0" w:after="80" w:line="300" w:lineRule="auto"/>
        <w:jc w:val="left"/>
      </w:pPr>
      <w:r>
        <w:rPr>
          <w:rFonts w:ascii="Times New Roman" w:hAnsi="Times New Roman" w:eastAsia="宋体"/>
          <w:b w:val="0"/>
          <w:i w:val="0"/>
          <w:sz w:val="21"/>
        </w:rPr>
        <w:t>∠ EAC =180°</w:t>
      </w:r>
    </w:p>
    <w:p>
      <w:pPr>
        <w:spacing w:before="0" w:after="80" w:line="300" w:lineRule="auto"/>
        <w:jc w:val="left"/>
      </w:pPr>
      <w:r>
        <w:rPr>
          <w:rFonts w:ascii="Times New Roman" w:hAnsi="Times New Roman" w:eastAsia="宋体"/>
          <w:b w:val="0"/>
          <w:i w:val="0"/>
          <w:sz w:val="21"/>
        </w:rPr>
        <w:t>-(180°-2θ)-θ</w:t>
      </w:r>
    </w:p>
    <w:p>
      <w:pPr>
        <w:spacing w:before="0" w:after="80" w:line="300" w:lineRule="auto"/>
        <w:jc w:val="left"/>
      </w:pPr>
      <w:r>
        <w:rPr>
          <w:rFonts w:ascii="Times New Roman" w:hAnsi="Times New Roman" w:eastAsia="宋体"/>
          <w:b w:val="0"/>
          <w:i w:val="0"/>
          <w:sz w:val="21"/>
        </w:rPr>
        <w:t>=θ。</w:t>
      </w:r>
    </w:p>
    <w:p>
      <w:pPr>
        <w:spacing w:before="0" w:after="80" w:line="300" w:lineRule="auto"/>
        <w:jc w:val="left"/>
      </w:pPr>
      <w:r>
        <w:rPr>
          <w:rFonts w:ascii="Times New Roman" w:hAnsi="Times New Roman" w:eastAsia="宋体"/>
          <w:b w:val="0"/>
          <w:i w:val="0"/>
          <w:sz w:val="21"/>
        </w:rPr>
        <w:t>当 θ=45°, E=B 时，结论显然成立。因此三角形 AEC 始终是等腰三角形，所以 EC=EA=AD。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AB=AE, triangle ABE is isosceles. For 0°&lt;θ&lt;45°, E lies between B,C; the exterior-angle theorem in triangle AEC gives 2θ=∠ EAC+θ, so ∠ EAC=θ. For 45°&lt;θ&lt;60°, E lies beyond B; then ∠ AEC=180°-2θ, hence</w:t>
      </w:r>
    </w:p>
    <w:p>
      <w:pPr>
        <w:spacing w:before="0" w:after="80" w:line="300" w:lineRule="auto"/>
        <w:jc w:val="left"/>
      </w:pPr>
      <w:r>
        <w:rPr>
          <w:rFonts w:ascii="Times New Roman" w:hAnsi="Times New Roman" w:eastAsia="宋体"/>
          <w:b w:val="0"/>
          <w:i w:val="0"/>
          <w:color w:val="333333"/>
          <w:sz w:val="19"/>
        </w:rPr>
        <w:t>∠ EAC =180°</w:t>
      </w:r>
    </w:p>
    <w:p>
      <w:pPr>
        <w:spacing w:before="0" w:after="80" w:line="300" w:lineRule="auto"/>
        <w:jc w:val="left"/>
      </w:pPr>
      <w:r>
        <w:rPr>
          <w:rFonts w:ascii="Times New Roman" w:hAnsi="Times New Roman" w:eastAsia="宋体"/>
          <w:b w:val="0"/>
          <w:i w:val="0"/>
          <w:color w:val="333333"/>
          <w:sz w:val="19"/>
        </w:rPr>
        <w:t>-(180°-2θ)-θ</w:t>
      </w:r>
    </w:p>
    <w:p>
      <w:pPr>
        <w:spacing w:before="0" w:after="80" w:line="300" w:lineRule="auto"/>
        <w:jc w:val="left"/>
      </w:pPr>
      <w:r>
        <w:rPr>
          <w:rFonts w:ascii="Times New Roman" w:hAnsi="Times New Roman" w:eastAsia="宋体"/>
          <w:b w:val="0"/>
          <w:i w:val="0"/>
          <w:color w:val="333333"/>
          <w:sz w:val="19"/>
        </w:rPr>
        <w:t>=θ.</w:t>
      </w:r>
    </w:p>
    <w:p>
      <w:pPr>
        <w:spacing w:before="0" w:after="80" w:line="300" w:lineRule="auto"/>
        <w:jc w:val="left"/>
      </w:pPr>
      <w:r>
        <w:rPr>
          <w:rFonts w:ascii="Times New Roman" w:hAnsi="Times New Roman" w:eastAsia="宋体"/>
          <w:b w:val="0"/>
          <w:i w:val="0"/>
          <w:color w:val="333333"/>
          <w:sz w:val="19"/>
        </w:rPr>
        <w:t>At θ=45°, E=B and the conclusion is immediate. Thus triangle AEC is always isosceles, so EC=EA=AD.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若儿子水平最差，则女儿可以是他的双胞胎手足，女子的兄弟可以是水平最佳者；儿子与这位兄弟可能同岁，因此所有条件都能满足。若女子水平最差，则她的兄弟是其双胞胎，女儿必须水平最佳，但母女不可能同岁。若兄弟水平最差，则女子是其双胞胎，儿子必须水平最佳，年龄条件仍不可能满足。若女儿水平最差，则儿子是其双胞胎，女子必须水平最佳，同样不可能同岁。因此只有儿子符合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son is worst, the daughter can be his twin and the brother can be best; the son and brother may have the same age, so all conditions can hold. If the woman is worst, the brother is her twin and the daughter must be best, but mother and daughter cannot be the same age. If the brother is worst, the woman is his twin and the son must be best, again impossible in age. If the daughter is worst, her twin is the son and the woman must be best, also impossible in age. Thus only the son works.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由角平分线定理，</w:t>
      </w:r>
    </w:p>
    <w:p>
      <w:pPr>
        <w:spacing w:before="0" w:after="80" w:line="300" w:lineRule="auto"/>
        <w:jc w:val="left"/>
      </w:pPr>
      <w:r>
        <w:rPr>
          <w:rFonts w:ascii="Times New Roman" w:hAnsi="Times New Roman" w:eastAsia="宋体"/>
          <w:b w:val="0"/>
          <w:i w:val="0"/>
          <w:sz w:val="21"/>
        </w:rPr>
        <w:t>BD/CD=AB/AC。</w:t>
      </w:r>
    </w:p>
    <w:p>
      <w:pPr>
        <w:spacing w:before="0" w:after="80" w:line="300" w:lineRule="auto"/>
        <w:jc w:val="left"/>
      </w:pPr>
      <w:r>
        <w:rPr>
          <w:rFonts w:ascii="Times New Roman" w:hAnsi="Times New Roman" w:eastAsia="宋体"/>
          <w:b w:val="0"/>
          <w:i w:val="0"/>
          <w:sz w:val="21"/>
        </w:rPr>
        <w:t>因为 BM=BD 且 CN=CD，所以 BM/CN=AB/AC。因此，M 与 N 在 AB 与 AC 上分别从 B 与 C 两端按相同比例分割，由三角形一边平行线判定定理可得 MN∥ BC。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bisector theorem gives</w:t>
      </w:r>
    </w:p>
    <w:p>
      <w:pPr>
        <w:spacing w:before="0" w:after="80" w:line="300" w:lineRule="auto"/>
        <w:jc w:val="left"/>
      </w:pPr>
      <w:r>
        <w:rPr>
          <w:rFonts w:ascii="Times New Roman" w:hAnsi="Times New Roman" w:eastAsia="宋体"/>
          <w:b w:val="0"/>
          <w:i w:val="0"/>
          <w:color w:val="333333"/>
          <w:sz w:val="19"/>
        </w:rPr>
        <w:t>BD/CD=AB/AC.</w:t>
      </w:r>
    </w:p>
    <w:p>
      <w:pPr>
        <w:spacing w:before="0" w:after="80" w:line="300" w:lineRule="auto"/>
        <w:jc w:val="left"/>
      </w:pPr>
      <w:r>
        <w:rPr>
          <w:rFonts w:ascii="Times New Roman" w:hAnsi="Times New Roman" w:eastAsia="宋体"/>
          <w:b w:val="0"/>
          <w:i w:val="0"/>
          <w:color w:val="333333"/>
          <w:sz w:val="19"/>
        </w:rPr>
        <w:t>Since BM=BD and CN=CD, we have BM/CN=AB/AC. Therefore M and N divide AB and AC proportionally from B and C, so the converse of the side-splitter theorem gives MN∥ BC.</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由韦达定理得 p+q+r=1 且 pq+pr+qr=1。因此</w:t>
      </w:r>
    </w:p>
    <w:p>
      <w:pPr>
        <w:spacing w:before="0" w:after="80" w:line="300" w:lineRule="auto"/>
        <w:jc w:val="left"/>
      </w:pPr>
      <w:r>
        <w:rPr>
          <w:rFonts w:ascii="Times New Roman" w:hAnsi="Times New Roman" w:eastAsia="宋体"/>
          <w:b w:val="0"/>
          <w:i w:val="0"/>
          <w:sz w:val="21"/>
        </w:rPr>
        <w:t>p²+q²+r² =(p+q+r)²</w:t>
      </w:r>
    </w:p>
    <w:p>
      <w:pPr>
        <w:spacing w:before="0" w:after="80" w:line="300" w:lineRule="auto"/>
        <w:jc w:val="left"/>
      </w:pPr>
      <w:r>
        <w:rPr>
          <w:rFonts w:ascii="Times New Roman" w:hAnsi="Times New Roman" w:eastAsia="宋体"/>
          <w:b w:val="0"/>
          <w:i w:val="0"/>
          <w:sz w:val="21"/>
        </w:rPr>
        <w:t>-2(pq+pr+qr)</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每个根 t 都满足 t³=t²-t+2。将三个根对应的等式相加，得到</w:t>
      </w:r>
    </w:p>
    <w:p>
      <w:pPr>
        <w:spacing w:before="0" w:after="80" w:line="300" w:lineRule="auto"/>
        <w:jc w:val="left"/>
      </w:pPr>
      <w:r>
        <w:rPr>
          <w:rFonts w:ascii="Times New Roman" w:hAnsi="Times New Roman" w:eastAsia="宋体"/>
          <w:b w:val="0"/>
          <w:i w:val="0"/>
          <w:sz w:val="21"/>
        </w:rPr>
        <w:t>p³+q³+r³=-1-1+6=4。</w:t>
      </w:r>
    </w:p>
    <w:p>
      <w:pPr>
        <w:spacing w:before="0" w:after="80" w:line="300" w:lineRule="auto"/>
        <w:jc w:val="left"/>
      </w:pPr>
      <w:r>
        <w:rPr>
          <w:rFonts w:ascii="Times New Roman" w:hAnsi="Times New Roman" w:eastAsia="宋体"/>
          <w:b w:val="0"/>
          <w:i w:val="0"/>
          <w:sz w:val="21"/>
        </w:rPr>
        <w:t>这个数不在选项 A 到 D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Vieta gives p+q+r=1 and pq+pr+qr=1. Thus</w:t>
      </w:r>
    </w:p>
    <w:p>
      <w:pPr>
        <w:spacing w:before="0" w:after="80" w:line="300" w:lineRule="auto"/>
        <w:jc w:val="left"/>
      </w:pPr>
      <w:r>
        <w:rPr>
          <w:rFonts w:ascii="Times New Roman" w:hAnsi="Times New Roman" w:eastAsia="宋体"/>
          <w:b w:val="0"/>
          <w:i w:val="0"/>
          <w:color w:val="333333"/>
          <w:sz w:val="19"/>
        </w:rPr>
        <w:t>p²+q²+r² =(p+q+r)²</w:t>
      </w:r>
    </w:p>
    <w:p>
      <w:pPr>
        <w:spacing w:before="0" w:after="80" w:line="300" w:lineRule="auto"/>
        <w:jc w:val="left"/>
      </w:pPr>
      <w:r>
        <w:rPr>
          <w:rFonts w:ascii="Times New Roman" w:hAnsi="Times New Roman" w:eastAsia="宋体"/>
          <w:b w:val="0"/>
          <w:i w:val="0"/>
          <w:color w:val="333333"/>
          <w:sz w:val="19"/>
        </w:rPr>
        <w:t>-2(pq+pr+qr)</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Each root t satisfies t³=t²-t+2. Summing over the three roots yields</w:t>
      </w:r>
    </w:p>
    <w:p>
      <w:pPr>
        <w:spacing w:before="0" w:after="80" w:line="300" w:lineRule="auto"/>
        <w:jc w:val="left"/>
      </w:pPr>
      <w:r>
        <w:rPr>
          <w:rFonts w:ascii="Times New Roman" w:hAnsi="Times New Roman" w:eastAsia="宋体"/>
          <w:b w:val="0"/>
          <w:i w:val="0"/>
          <w:color w:val="333333"/>
          <w:sz w:val="19"/>
        </w:rPr>
        <w:t>p³+q³+r³=-1-1+6=4.</w:t>
      </w:r>
    </w:p>
    <w:p>
      <w:pPr>
        <w:spacing w:before="0" w:after="80" w:line="300" w:lineRule="auto"/>
        <w:jc w:val="left"/>
      </w:pPr>
      <w:r>
        <w:rPr>
          <w:rFonts w:ascii="Times New Roman" w:hAnsi="Times New Roman" w:eastAsia="宋体"/>
          <w:b w:val="0"/>
          <w:i w:val="0"/>
          <w:color w:val="333333"/>
          <w:sz w:val="19"/>
        </w:rPr>
        <w:t>This is not among choices A–D.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A</w:t>
      </w:r>
    </w:p>
    <w:p>
      <w:pPr>
        <w:spacing w:before="0" w:after="80" w:line="300" w:lineRule="auto"/>
        <w:jc w:val="left"/>
      </w:pPr>
      <w:r>
        <w:rPr>
          <w:rFonts w:ascii="Times New Roman" w:hAnsi="Times New Roman" w:eastAsia="宋体"/>
          <w:b w:val="0"/>
          <w:i w:val="0"/>
          <w:sz w:val="21"/>
        </w:rPr>
        <w:t>将 A 置于原点，并将 B,C 的位置向量分别记为 b,c。若 F=tb，则 AF=12t、AE=24t，所以 E=(3t/2)c。令 G=(1-u)F+uE。因为 G 也位于中线 AM 上，所以它在 b 与 c 方向的系数相等：</w:t>
      </w:r>
    </w:p>
    <w:p>
      <w:pPr>
        <w:spacing w:before="0" w:after="80" w:line="300" w:lineRule="auto"/>
        <w:jc w:val="left"/>
      </w:pPr>
      <w:r>
        <w:rPr>
          <w:rFonts w:ascii="Times New Roman" w:hAnsi="Times New Roman" w:eastAsia="宋体"/>
          <w:b w:val="0"/>
          <w:i w:val="0"/>
          <w:sz w:val="21"/>
        </w:rPr>
        <w:t>(1-u)t=3/2ut。</w:t>
      </w:r>
    </w:p>
    <w:p>
      <w:pPr>
        <w:spacing w:before="0" w:after="80" w:line="300" w:lineRule="auto"/>
        <w:jc w:val="left"/>
      </w:pPr>
      <w:r>
        <w:rPr>
          <w:rFonts w:ascii="Times New Roman" w:hAnsi="Times New Roman" w:eastAsia="宋体"/>
          <w:b w:val="0"/>
          <w:i w:val="0"/>
          <w:sz w:val="21"/>
        </w:rPr>
        <w:t>因此 u=2/5。沿着 FE,FG/FE=2/5，并有 EG/FE=3/5，所以 EG/GF=3/2。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at the origin and write the position vectors of B,C as b,c. If F=tb, then AF=12t and AE=24t, so E=(3t/2)c. Write G=(1-u)F+uE. Because G also lies on the median AM, its b and c coefficients are equal:</w:t>
      </w:r>
    </w:p>
    <w:p>
      <w:pPr>
        <w:spacing w:before="0" w:after="80" w:line="300" w:lineRule="auto"/>
        <w:jc w:val="left"/>
      </w:pPr>
      <w:r>
        <w:rPr>
          <w:rFonts w:ascii="Times New Roman" w:hAnsi="Times New Roman" w:eastAsia="宋体"/>
          <w:b w:val="0"/>
          <w:i w:val="0"/>
          <w:color w:val="333333"/>
          <w:sz w:val="19"/>
        </w:rPr>
        <w:t>(1-u)t=3/2ut.</w:t>
      </w:r>
    </w:p>
    <w:p>
      <w:pPr>
        <w:spacing w:before="0" w:after="80" w:line="300" w:lineRule="auto"/>
        <w:jc w:val="left"/>
      </w:pPr>
      <w:r>
        <w:rPr>
          <w:rFonts w:ascii="Times New Roman" w:hAnsi="Times New Roman" w:eastAsia="宋体"/>
          <w:b w:val="0"/>
          <w:i w:val="0"/>
          <w:color w:val="333333"/>
          <w:sz w:val="19"/>
        </w:rPr>
        <w:t>Hence u=2/5. Along FE,FG/FE=2/5 and EG/FE=3/5, so EG/GF=3/2.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令 α=√(3)+√(2)、β=√(3)-√(2)。将它们的六次方相加，所有含奇次根式的项都会抵消：</w:t>
      </w:r>
    </w:p>
    <w:p>
      <w:pPr>
        <w:spacing w:before="0" w:after="80" w:line="300" w:lineRule="auto"/>
        <w:jc w:val="left"/>
      </w:pPr>
      <w:r>
        <w:rPr>
          <w:rFonts w:ascii="Times New Roman" w:hAnsi="Times New Roman" w:eastAsia="宋体"/>
          <w:b w:val="0"/>
          <w:i w:val="0"/>
          <w:sz w:val="21"/>
        </w:rPr>
        <w:t>α⁶+β⁶ =2(3³+15(3²)(2)</w:t>
      </w:r>
    </w:p>
    <w:p>
      <w:pPr>
        <w:spacing w:before="0" w:after="80" w:line="300" w:lineRule="auto"/>
        <w:jc w:val="left"/>
      </w:pPr>
      <w:r>
        <w:rPr>
          <w:rFonts w:ascii="Times New Roman" w:hAnsi="Times New Roman" w:eastAsia="宋体"/>
          <w:b w:val="0"/>
          <w:i w:val="0"/>
          <w:sz w:val="21"/>
        </w:rPr>
        <w:t>+15(3)(2²)+2³)</w:t>
      </w:r>
    </w:p>
    <w:p>
      <w:pPr>
        <w:spacing w:before="0" w:after="80" w:line="300" w:lineRule="auto"/>
        <w:jc w:val="left"/>
      </w:pPr>
      <w:r>
        <w:rPr>
          <w:rFonts w:ascii="Times New Roman" w:hAnsi="Times New Roman" w:eastAsia="宋体"/>
          <w:b w:val="0"/>
          <w:i w:val="0"/>
          <w:sz w:val="21"/>
        </w:rPr>
        <w:t>=970。</w:t>
      </w:r>
    </w:p>
    <w:p>
      <w:pPr>
        <w:spacing w:before="0" w:after="80" w:line="300" w:lineRule="auto"/>
        <w:jc w:val="left"/>
      </w:pPr>
      <w:r>
        <w:rPr>
          <w:rFonts w:ascii="Times New Roman" w:hAnsi="Times New Roman" w:eastAsia="宋体"/>
          <w:b w:val="0"/>
          <w:i w:val="0"/>
          <w:sz w:val="21"/>
        </w:rPr>
        <w:t>因为 0&lt;β&lt;1，所以 969&lt;α⁶=970-β⁶&lt;970。因此，大于它的最小整数为 970。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α=√(3)+√(2) and β=√(3)-√(2). Adding their sixth powers cancels all odd radical terms:</w:t>
      </w:r>
    </w:p>
    <w:p>
      <w:pPr>
        <w:spacing w:before="0" w:after="80" w:line="300" w:lineRule="auto"/>
        <w:jc w:val="left"/>
      </w:pPr>
      <w:r>
        <w:rPr>
          <w:rFonts w:ascii="Times New Roman" w:hAnsi="Times New Roman" w:eastAsia="宋体"/>
          <w:b w:val="0"/>
          <w:i w:val="0"/>
          <w:color w:val="333333"/>
          <w:sz w:val="19"/>
        </w:rPr>
        <w:t>α⁶+β⁶ =2(3³+15(3²)(2)</w:t>
      </w:r>
    </w:p>
    <w:p>
      <w:pPr>
        <w:spacing w:before="0" w:after="80" w:line="300" w:lineRule="auto"/>
        <w:jc w:val="left"/>
      </w:pPr>
      <w:r>
        <w:rPr>
          <w:rFonts w:ascii="Times New Roman" w:hAnsi="Times New Roman" w:eastAsia="宋体"/>
          <w:b w:val="0"/>
          <w:i w:val="0"/>
          <w:color w:val="333333"/>
          <w:sz w:val="19"/>
        </w:rPr>
        <w:t>+15(3)(2²)+2³)</w:t>
      </w:r>
    </w:p>
    <w:p>
      <w:pPr>
        <w:spacing w:before="0" w:after="80" w:line="300" w:lineRule="auto"/>
        <w:jc w:val="left"/>
      </w:pPr>
      <w:r>
        <w:rPr>
          <w:rFonts w:ascii="Times New Roman" w:hAnsi="Times New Roman" w:eastAsia="宋体"/>
          <w:b w:val="0"/>
          <w:i w:val="0"/>
          <w:color w:val="333333"/>
          <w:sz w:val="19"/>
        </w:rPr>
        <w:t>=970.</w:t>
      </w:r>
    </w:p>
    <w:p>
      <w:pPr>
        <w:spacing w:before="0" w:after="80" w:line="300" w:lineRule="auto"/>
        <w:jc w:val="left"/>
      </w:pPr>
      <w:r>
        <w:rPr>
          <w:rFonts w:ascii="Times New Roman" w:hAnsi="Times New Roman" w:eastAsia="宋体"/>
          <w:b w:val="0"/>
          <w:i w:val="0"/>
          <w:color w:val="333333"/>
          <w:sz w:val="19"/>
        </w:rPr>
        <w:t>Since 0&lt;β&lt;1, we have 969&lt;α⁶=970-β⁶&lt;970. Thus the smallest larger integer is 970.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令 w=cos36°、y=cos72°。由二倍角公式，</w:t>
      </w:r>
    </w:p>
    <w:p>
      <w:pPr>
        <w:spacing w:before="0" w:after="80" w:line="300" w:lineRule="auto"/>
        <w:jc w:val="left"/>
      </w:pPr>
      <w:r>
        <w:rPr>
          <w:rFonts w:ascii="Times New Roman" w:hAnsi="Times New Roman" w:eastAsia="宋体"/>
          <w:b w:val="0"/>
          <w:i w:val="0"/>
          <w:sz w:val="21"/>
        </w:rPr>
        <w:t>y=2w²-1, w=1-2y²。</w:t>
      </w:r>
    </w:p>
    <w:p>
      <w:pPr>
        <w:spacing w:before="0" w:after="80" w:line="300" w:lineRule="auto"/>
        <w:jc w:val="left"/>
      </w:pPr>
      <w:r>
        <w:rPr>
          <w:rFonts w:ascii="Times New Roman" w:hAnsi="Times New Roman" w:eastAsia="宋体"/>
          <w:b w:val="0"/>
          <w:i w:val="0"/>
          <w:sz w:val="21"/>
        </w:rPr>
        <w:t>两式相加得</w:t>
      </w:r>
    </w:p>
    <w:p>
      <w:pPr>
        <w:spacing w:before="0" w:after="80" w:line="300" w:lineRule="auto"/>
        <w:jc w:val="left"/>
      </w:pPr>
      <w:r>
        <w:rPr>
          <w:rFonts w:ascii="Times New Roman" w:hAnsi="Times New Roman" w:eastAsia="宋体"/>
          <w:b w:val="0"/>
          <w:i w:val="0"/>
          <w:sz w:val="21"/>
        </w:rPr>
        <w:t>w+y=2(w²-y²)</w:t>
      </w:r>
    </w:p>
    <w:p>
      <w:pPr>
        <w:spacing w:before="0" w:after="80" w:line="300" w:lineRule="auto"/>
        <w:jc w:val="left"/>
      </w:pPr>
      <w:r>
        <w:rPr>
          <w:rFonts w:ascii="Times New Roman" w:hAnsi="Times New Roman" w:eastAsia="宋体"/>
          <w:b w:val="0"/>
          <w:i w:val="0"/>
          <w:sz w:val="21"/>
        </w:rPr>
        <w:t>=2(w-y)(w+y)。</w:t>
      </w:r>
    </w:p>
    <w:p>
      <w:pPr>
        <w:spacing w:before="0" w:after="80" w:line="300" w:lineRule="auto"/>
        <w:jc w:val="left"/>
      </w:pPr>
      <w:r>
        <w:rPr>
          <w:rFonts w:ascii="Times New Roman" w:hAnsi="Times New Roman" w:eastAsia="宋体"/>
          <w:b w:val="0"/>
          <w:i w:val="0"/>
          <w:sz w:val="21"/>
        </w:rPr>
        <w:t>因为 w+y≠0，两边相除得 w-y=1/2。因此 x=1/2。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w=cos36° and y=cos72°. The double-angle identities give</w:t>
      </w:r>
    </w:p>
    <w:p>
      <w:pPr>
        <w:spacing w:before="0" w:after="80" w:line="300" w:lineRule="auto"/>
        <w:jc w:val="left"/>
      </w:pPr>
      <w:r>
        <w:rPr>
          <w:rFonts w:ascii="Times New Roman" w:hAnsi="Times New Roman" w:eastAsia="宋体"/>
          <w:b w:val="0"/>
          <w:i w:val="0"/>
          <w:color w:val="333333"/>
          <w:sz w:val="19"/>
        </w:rPr>
        <w:t>y=2w²-1, w=1-2y².</w:t>
      </w:r>
    </w:p>
    <w:p>
      <w:pPr>
        <w:spacing w:before="0" w:after="80" w:line="300" w:lineRule="auto"/>
        <w:jc w:val="left"/>
      </w:pPr>
      <w:r>
        <w:rPr>
          <w:rFonts w:ascii="Times New Roman" w:hAnsi="Times New Roman" w:eastAsia="宋体"/>
          <w:b w:val="0"/>
          <w:i w:val="0"/>
          <w:color w:val="333333"/>
          <w:sz w:val="19"/>
        </w:rPr>
        <w:t>Adding yields</w:t>
      </w:r>
    </w:p>
    <w:p>
      <w:pPr>
        <w:spacing w:before="0" w:after="80" w:line="300" w:lineRule="auto"/>
        <w:jc w:val="left"/>
      </w:pPr>
      <w:r>
        <w:rPr>
          <w:rFonts w:ascii="Times New Roman" w:hAnsi="Times New Roman" w:eastAsia="宋体"/>
          <w:b w:val="0"/>
          <w:i w:val="0"/>
          <w:color w:val="333333"/>
          <w:sz w:val="19"/>
        </w:rPr>
        <w:t>w+y=2(w²-y²)</w:t>
      </w:r>
    </w:p>
    <w:p>
      <w:pPr>
        <w:spacing w:before="0" w:after="80" w:line="300" w:lineRule="auto"/>
        <w:jc w:val="left"/>
      </w:pPr>
      <w:r>
        <w:rPr>
          <w:rFonts w:ascii="Times New Roman" w:hAnsi="Times New Roman" w:eastAsia="宋体"/>
          <w:b w:val="0"/>
          <w:i w:val="0"/>
          <w:color w:val="333333"/>
          <w:sz w:val="19"/>
        </w:rPr>
        <w:t>=2(w-y)(w+y).</w:t>
      </w:r>
    </w:p>
    <w:p>
      <w:pPr>
        <w:spacing w:before="0" w:after="80" w:line="300" w:lineRule="auto"/>
        <w:jc w:val="left"/>
      </w:pPr>
      <w:r>
        <w:rPr>
          <w:rFonts w:ascii="Times New Roman" w:hAnsi="Times New Roman" w:eastAsia="宋体"/>
          <w:b w:val="0"/>
          <w:i w:val="0"/>
          <w:color w:val="333333"/>
          <w:sz w:val="19"/>
        </w:rPr>
        <w:t>Since w+y≠0, division gives w-y=1/2. Thus x=1/2.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