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1974 年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30 题；单项选择题。本卷为历史卷（早期 AHSME/AMC 赛制），题量与现行的 25 题不同。</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若 x≠0，也不等于 4，且 y≠0，也不等于 6，则 2/x+3/y=1/2 等价于</w:t>
      </w:r>
    </w:p>
    <w:p>
      <w:pPr>
        <w:spacing w:before="0" w:after="120" w:line="300" w:lineRule="auto"/>
      </w:pPr>
      <w:r>
        <w:rPr>
          <w:rFonts w:ascii="Times New Roman" w:hAnsi="Times New Roman" w:eastAsia="宋体"/>
          <w:b w:val="0"/>
          <w:i w:val="0"/>
          <w:sz w:val="21"/>
        </w:rPr>
        <w:t>（A）4x+3y=xy　　（B）y=4x/6-y　　（C）x/2+y/3=2　　（D）4y/y-6=x　　（E）以上皆非</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x≠0 or 4 and y≠0 or 6, then 2/x+3/y=1/2 is equivalent to</w:t>
      </w:r>
    </w:p>
    <w:p>
      <w:pPr>
        <w:spacing w:before="0" w:after="160" w:line="300" w:lineRule="auto"/>
      </w:pPr>
      <w:r>
        <w:rPr>
          <w:rFonts w:ascii="Times New Roman" w:hAnsi="Times New Roman" w:eastAsia="宋体"/>
          <w:b w:val="0"/>
          <w:i w:val="0"/>
          <w:color w:val="333333"/>
          <w:sz w:val="19"/>
        </w:rPr>
        <w:t>(A) 4x+3y=xy　　(B) y=4x/6-y　　(C) x/2+y/3=2　　(D) 4y/y-6=x　　(E) none of these</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设 x₁ 和 x₂ 满足 x₁≠ x₂，且 3xᵢ²-hxᵢ=b，其中 i=1、2。则 x₁+x₂ 等于</w:t>
      </w:r>
    </w:p>
    <w:p>
      <w:pPr>
        <w:spacing w:before="0" w:after="120" w:line="300" w:lineRule="auto"/>
      </w:pPr>
      <w:r>
        <w:rPr>
          <w:rFonts w:ascii="Times New Roman" w:hAnsi="Times New Roman" w:eastAsia="宋体"/>
          <w:b w:val="0"/>
          <w:i w:val="0"/>
          <w:sz w:val="21"/>
        </w:rPr>
        <w:t>（A）-h/3　　（B）h/3　　（C）b/3　　（D）2b　　（E）-b/3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x₁ and x₂ be such that x₁≠ x₂ and 3xᵢ²-hxᵢ=b, i=1, 2. Then x₁+x₂ equals</w:t>
      </w:r>
    </w:p>
    <w:p>
      <w:pPr>
        <w:spacing w:before="0" w:after="160" w:line="300" w:lineRule="auto"/>
      </w:pPr>
      <w:r>
        <w:rPr>
          <w:rFonts w:ascii="Times New Roman" w:hAnsi="Times New Roman" w:eastAsia="宋体"/>
          <w:b w:val="0"/>
          <w:i w:val="0"/>
          <w:color w:val="333333"/>
          <w:sz w:val="19"/>
        </w:rPr>
        <w:t>(A) -h/3　　(B) h/3　　(C) b/3　　(D) 2b　　(E) -b/3</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多项式</w:t>
      </w:r>
    </w:p>
    <w:p>
      <w:pPr>
        <w:spacing w:before="0" w:after="80" w:line="300" w:lineRule="auto"/>
        <w:jc w:val="left"/>
      </w:pPr>
      <w:r>
        <w:rPr>
          <w:rFonts w:ascii="Times New Roman" w:hAnsi="Times New Roman" w:eastAsia="宋体"/>
          <w:b w:val="0"/>
          <w:i w:val="0"/>
          <w:sz w:val="21"/>
        </w:rPr>
        <w:t>(1+2x-x²)⁴</w:t>
      </w:r>
    </w:p>
    <w:p>
      <w:pPr>
        <w:spacing w:before="0" w:after="80" w:line="300" w:lineRule="auto"/>
        <w:jc w:val="left"/>
      </w:pPr>
      <w:r>
        <w:rPr>
          <w:rFonts w:ascii="Times New Roman" w:hAnsi="Times New Roman" w:eastAsia="宋体"/>
          <w:b w:val="0"/>
          <w:i w:val="0"/>
          <w:sz w:val="21"/>
        </w:rPr>
        <w:t>展开式中 x⁷ 的系数是</w:t>
      </w:r>
    </w:p>
    <w:p>
      <w:pPr>
        <w:spacing w:before="0" w:after="120" w:line="300" w:lineRule="auto"/>
      </w:pPr>
      <w:r>
        <w:rPr>
          <w:rFonts w:ascii="Times New Roman" w:hAnsi="Times New Roman" w:eastAsia="宋体"/>
          <w:b w:val="0"/>
          <w:i w:val="0"/>
          <w:sz w:val="21"/>
        </w:rPr>
        <w:t>（A）-8　　（B）12　　（C）6　　（D）-12　　（E）以上皆非</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coefficient of x⁷ in the polynomial expansion of</w:t>
      </w:r>
    </w:p>
    <w:p>
      <w:pPr>
        <w:spacing w:before="0" w:after="80" w:line="300" w:lineRule="auto"/>
        <w:jc w:val="left"/>
      </w:pPr>
      <w:r>
        <w:rPr>
          <w:rFonts w:ascii="Times New Roman" w:hAnsi="Times New Roman" w:eastAsia="宋体"/>
          <w:b w:val="0"/>
          <w:i w:val="0"/>
          <w:color w:val="333333"/>
          <w:sz w:val="19"/>
        </w:rPr>
        <w:t>(1+2x-x²)⁴</w:t>
      </w:r>
    </w:p>
    <w:p>
      <w:pPr>
        <w:spacing w:before="0" w:after="80" w:line="300" w:lineRule="auto"/>
        <w:jc w:val="left"/>
      </w:pPr>
      <w:r>
        <w:rPr>
          <w:rFonts w:ascii="Times New Roman" w:hAnsi="Times New Roman" w:eastAsia="宋体"/>
          <w:b w:val="0"/>
          <w:i w:val="0"/>
          <w:color w:val="333333"/>
          <w:sz w:val="19"/>
        </w:rPr>
        <w:t>is</w:t>
      </w:r>
    </w:p>
    <w:p>
      <w:pPr>
        <w:spacing w:before="0" w:after="160" w:line="300" w:lineRule="auto"/>
      </w:pPr>
      <w:r>
        <w:rPr>
          <w:rFonts w:ascii="Times New Roman" w:hAnsi="Times New Roman" w:eastAsia="宋体"/>
          <w:b w:val="0"/>
          <w:i w:val="0"/>
          <w:color w:val="333333"/>
          <w:sz w:val="19"/>
        </w:rPr>
        <w:t>(A) -8　　(B) 12　　(C) 6　　(D) -12　　(E) none of these</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x⁵¹+51 除以 x+1 的余数是多少？</w:t>
      </w:r>
    </w:p>
    <w:p>
      <w:pPr>
        <w:spacing w:before="0" w:after="120" w:line="300" w:lineRule="auto"/>
      </w:pPr>
      <w:r>
        <w:rPr>
          <w:rFonts w:ascii="Times New Roman" w:hAnsi="Times New Roman" w:eastAsia="宋体"/>
          <w:b w:val="0"/>
          <w:i w:val="0"/>
          <w:sz w:val="21"/>
        </w:rPr>
        <w:t>（A）0　　（B）1　　（C）49　　（D）50　　（E）51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remainder when x⁵¹+51 is divided by x+1?</w:t>
      </w:r>
    </w:p>
    <w:p>
      <w:pPr>
        <w:spacing w:before="0" w:after="160" w:line="300" w:lineRule="auto"/>
      </w:pPr>
      <w:r>
        <w:rPr>
          <w:rFonts w:ascii="Times New Roman" w:hAnsi="Times New Roman" w:eastAsia="宋体"/>
          <w:b w:val="0"/>
          <w:i w:val="0"/>
          <w:color w:val="333333"/>
          <w:sz w:val="19"/>
        </w:rPr>
        <w:t>(A) 0　　(B) 1　　(C) 49　　(D) 50　　(E) 51</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四边形 ABCD 内接于一个圆，边 AB 越过 B 延长至点 E。若 ∠ BAD=92°，且 ∠ ADC=68°，求 ∠ EBC。</w:t>
      </w:r>
    </w:p>
    <w:p>
      <w:pPr>
        <w:spacing w:before="0" w:after="120" w:line="300" w:lineRule="auto"/>
      </w:pPr>
      <w:r>
        <w:rPr>
          <w:rFonts w:ascii="Times New Roman" w:hAnsi="Times New Roman" w:eastAsia="宋体"/>
          <w:b w:val="0"/>
          <w:i w:val="0"/>
          <w:sz w:val="21"/>
        </w:rPr>
        <w:t>（A）66°　　（B）68°　　（C）70°　　（D）88°　　（E）92°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a quadrilateral ABCD inscribed in a circle with side AB extended beyond B to point E, if ∠ BAD=92° and ∠ ADC=68°, find ∠ EBC.</w:t>
      </w:r>
    </w:p>
    <w:p>
      <w:pPr>
        <w:spacing w:before="0" w:after="160" w:line="300" w:lineRule="auto"/>
      </w:pPr>
      <w:r>
        <w:rPr>
          <w:rFonts w:ascii="Times New Roman" w:hAnsi="Times New Roman" w:eastAsia="宋体"/>
          <w:b w:val="0"/>
          <w:i w:val="0"/>
          <w:color w:val="333333"/>
          <w:sz w:val="19"/>
        </w:rPr>
        <w:t>(A) 66°　　(B) 68°　　(C) 70°　　(D) 88°　　(E) 92°</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对正实数 x 和 y，定义 x*y=(x· y)/x+y，则</w:t>
      </w:r>
    </w:p>
    <w:p>
      <w:pPr>
        <w:spacing w:before="0" w:after="120" w:line="300" w:lineRule="auto"/>
      </w:pPr>
      <w:r>
        <w:rPr>
          <w:rFonts w:ascii="Times New Roman" w:hAnsi="Times New Roman" w:eastAsia="宋体"/>
          <w:b w:val="0"/>
          <w:i w:val="0"/>
          <w:sz w:val="21"/>
        </w:rPr>
        <w:t>（A）运算“*”满足交换律，但不满足结合律　　（B）运算“*”满足结合律，但不满足交换律　　（C）运算“*”既不满足交换律，也不满足结合律　　（D）运算“*”既满足交换律，也满足结合律　　（E）以上皆非</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positive real numbers x and y define x*y=(x· y)/x+y; then</w:t>
      </w:r>
    </w:p>
    <w:p>
      <w:pPr>
        <w:spacing w:before="0" w:after="160" w:line="300" w:lineRule="auto"/>
      </w:pPr>
      <w:r>
        <w:rPr>
          <w:rFonts w:ascii="Times New Roman" w:hAnsi="Times New Roman" w:eastAsia="宋体"/>
          <w:b w:val="0"/>
          <w:i w:val="0"/>
          <w:color w:val="333333"/>
          <w:sz w:val="19"/>
        </w:rPr>
        <w:t>(A) “*” is commutative but not associative　　(B) “*” is associative but not commutative　　(C) “*” is neither commutative nor associative　　(D) “*” is commutative and associative　　(E) none of these</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某镇人口先增加 1,200 人，随后新人口数减少了 11%。此时人口比增加 1,200 人之前少 32 人。该镇原有人口是多少？</w:t>
      </w:r>
    </w:p>
    <w:p>
      <w:pPr>
        <w:spacing w:before="0" w:after="120" w:line="300" w:lineRule="auto"/>
      </w:pPr>
      <w:r>
        <w:rPr>
          <w:rFonts w:ascii="Times New Roman" w:hAnsi="Times New Roman" w:eastAsia="宋体"/>
          <w:b w:val="0"/>
          <w:i w:val="0"/>
          <w:sz w:val="21"/>
        </w:rPr>
        <w:t>（A）1,200　　（B）11,200　　（C）9,968　　（D）10,000　　（E）以上皆非</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town’s population increased by 1,200 people, and then this new population decreased by 11%. The town now had 32 less people than it did before the 1,200 increase. What is the original population?</w:t>
      </w:r>
    </w:p>
    <w:p>
      <w:pPr>
        <w:spacing w:before="0" w:after="160" w:line="300" w:lineRule="auto"/>
      </w:pPr>
      <w:r>
        <w:rPr>
          <w:rFonts w:ascii="Times New Roman" w:hAnsi="Times New Roman" w:eastAsia="宋体"/>
          <w:b w:val="0"/>
          <w:i w:val="0"/>
          <w:color w:val="333333"/>
          <w:sz w:val="19"/>
        </w:rPr>
        <w:t>(A) 1,200　　(B) 11,200　　(C) 9,968　　(D) 10,000　　(E) none of these</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能整除 3¹¹+5¹³ 的最小质数是多少？</w:t>
      </w:r>
    </w:p>
    <w:p>
      <w:pPr>
        <w:spacing w:before="0" w:after="120" w:line="300" w:lineRule="auto"/>
      </w:pPr>
      <w:r>
        <w:rPr>
          <w:rFonts w:ascii="Times New Roman" w:hAnsi="Times New Roman" w:eastAsia="宋体"/>
          <w:b w:val="0"/>
          <w:i w:val="0"/>
          <w:sz w:val="21"/>
        </w:rPr>
        <w:t>（A）2　　（B）3　　（C）5　　（D）3¹¹+5¹³　　（E）以上皆非</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smallest prime number dividing the sum 3¹¹+5¹³?</w:t>
      </w:r>
    </w:p>
    <w:p>
      <w:pPr>
        <w:spacing w:before="0" w:after="160" w:line="300" w:lineRule="auto"/>
      </w:pPr>
      <w:r>
        <w:rPr>
          <w:rFonts w:ascii="Times New Roman" w:hAnsi="Times New Roman" w:eastAsia="宋体"/>
          <w:b w:val="0"/>
          <w:i w:val="0"/>
          <w:color w:val="333333"/>
          <w:sz w:val="19"/>
        </w:rPr>
        <w:t>(A) 2　　(B) 3　　(C) 5　　(D) 3¹¹+5¹³　　(E) none of these</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大于一的整数按如下方式排列成五列：</w:t>
      </w:r>
    </w:p>
    <w:tbl>
      <w:tblPr>
        <w:tblStyle w:val="TableGrid"/>
        <w:tblW w:type="auto" w:w="0"/>
        <w:jc w:val="center"/>
        <w:tblLayout w:type="autofit"/>
        <w:tblLook w:firstColumn="1" w:firstRow="1" w:lastColumn="0" w:lastRow="0" w:noHBand="0" w:noVBand="1" w:val="04A0"/>
      </w:tblPr>
      <w:tblGrid>
        <w:gridCol w:w="1882"/>
        <w:gridCol w:w="1882"/>
        <w:gridCol w:w="1882"/>
        <w:gridCol w:w="1882"/>
        <w:gridCol w:w="1882"/>
      </w:tblGrid>
      <w:tr>
        <w:tc>
          <w:tcPr>
            <w:tcW w:type="dxa" w:w="1882"/>
          </w:tcPr>
          <w:p>
            <w:pPr>
              <w:spacing w:before="20" w:after="20" w:line="240" w:lineRule="auto"/>
              <w:jc w:val="center"/>
            </w:pPr>
            <w:r/>
          </w:p>
        </w:tc>
        <w:tc>
          <w:tcPr>
            <w:tcW w:type="dxa" w:w="1882"/>
          </w:tcPr>
          <w:p>
            <w:pPr>
              <w:spacing w:before="20" w:after="20" w:line="240" w:lineRule="auto"/>
              <w:jc w:val="center"/>
            </w:pPr>
            <w:r/>
            <w:r>
              <w:rPr>
                <w:rFonts w:ascii="Times New Roman" w:hAnsi="Times New Roman" w:eastAsia="宋体"/>
                <w:b w:val="0"/>
                <w:i w:val="0"/>
                <w:sz w:val="20"/>
              </w:rPr>
              <w:t>2</w:t>
            </w:r>
          </w:p>
        </w:tc>
        <w:tc>
          <w:tcPr>
            <w:tcW w:type="dxa" w:w="1882"/>
          </w:tcPr>
          <w:p>
            <w:pPr>
              <w:spacing w:before="20" w:after="20" w:line="240" w:lineRule="auto"/>
              <w:jc w:val="center"/>
            </w:pPr>
            <w:r/>
            <w:r>
              <w:rPr>
                <w:rFonts w:ascii="Times New Roman" w:hAnsi="Times New Roman" w:eastAsia="宋体"/>
                <w:b w:val="0"/>
                <w:i w:val="0"/>
                <w:sz w:val="20"/>
              </w:rPr>
              <w:t>3</w:t>
            </w:r>
          </w:p>
        </w:tc>
        <w:tc>
          <w:tcPr>
            <w:tcW w:type="dxa" w:w="1882"/>
          </w:tcPr>
          <w:p>
            <w:pPr>
              <w:spacing w:before="20" w:after="20" w:line="240" w:lineRule="auto"/>
              <w:jc w:val="center"/>
            </w:pPr>
            <w:r/>
            <w:r>
              <w:rPr>
                <w:rFonts w:ascii="Times New Roman" w:hAnsi="Times New Roman" w:eastAsia="宋体"/>
                <w:b w:val="0"/>
                <w:i w:val="0"/>
                <w:sz w:val="20"/>
              </w:rPr>
              <w:t>4</w:t>
            </w:r>
          </w:p>
        </w:tc>
        <w:tc>
          <w:tcPr>
            <w:tcW w:type="dxa" w:w="1882"/>
          </w:tcPr>
          <w:p>
            <w:pPr>
              <w:spacing w:before="20" w:after="20" w:line="240" w:lineRule="auto"/>
              <w:jc w:val="center"/>
            </w:pPr>
            <w:r/>
            <w:r>
              <w:rPr>
                <w:rFonts w:ascii="Times New Roman" w:hAnsi="Times New Roman" w:eastAsia="宋体"/>
                <w:b w:val="0"/>
                <w:i w:val="0"/>
                <w:sz w:val="20"/>
              </w:rPr>
              <w:t>5</w:t>
            </w:r>
          </w:p>
        </w:tc>
      </w:tr>
      <w:tr>
        <w:tc>
          <w:tcPr>
            <w:tcW w:type="dxa" w:w="1882"/>
          </w:tcPr>
          <w:p>
            <w:pPr>
              <w:spacing w:before="20" w:after="20" w:line="240" w:lineRule="auto"/>
              <w:jc w:val="center"/>
            </w:pPr>
            <w:r/>
            <w:r>
              <w:rPr>
                <w:rFonts w:ascii="Times New Roman" w:hAnsi="Times New Roman" w:eastAsia="宋体"/>
                <w:b w:val="0"/>
                <w:i w:val="0"/>
                <w:sz w:val="20"/>
              </w:rPr>
              <w:t>9</w:t>
            </w:r>
          </w:p>
        </w:tc>
        <w:tc>
          <w:tcPr>
            <w:tcW w:type="dxa" w:w="1882"/>
          </w:tcPr>
          <w:p>
            <w:pPr>
              <w:spacing w:before="20" w:after="20" w:line="240" w:lineRule="auto"/>
              <w:jc w:val="center"/>
            </w:pPr>
            <w:r/>
            <w:r>
              <w:rPr>
                <w:rFonts w:ascii="Times New Roman" w:hAnsi="Times New Roman" w:eastAsia="宋体"/>
                <w:b w:val="0"/>
                <w:i w:val="0"/>
                <w:sz w:val="20"/>
              </w:rPr>
              <w:t>8</w:t>
            </w:r>
          </w:p>
        </w:tc>
        <w:tc>
          <w:tcPr>
            <w:tcW w:type="dxa" w:w="1882"/>
          </w:tcPr>
          <w:p>
            <w:pPr>
              <w:spacing w:before="20" w:after="20" w:line="240" w:lineRule="auto"/>
              <w:jc w:val="center"/>
            </w:pPr>
            <w:r/>
            <w:r>
              <w:rPr>
                <w:rFonts w:ascii="Times New Roman" w:hAnsi="Times New Roman" w:eastAsia="宋体"/>
                <w:b w:val="0"/>
                <w:i w:val="0"/>
                <w:sz w:val="20"/>
              </w:rPr>
              <w:t>7</w:t>
            </w:r>
          </w:p>
        </w:tc>
        <w:tc>
          <w:tcPr>
            <w:tcW w:type="dxa" w:w="1882"/>
          </w:tcPr>
          <w:p>
            <w:pPr>
              <w:spacing w:before="20" w:after="20" w:line="240" w:lineRule="auto"/>
              <w:jc w:val="center"/>
            </w:pPr>
            <w:r/>
            <w:r>
              <w:rPr>
                <w:rFonts w:ascii="Times New Roman" w:hAnsi="Times New Roman" w:eastAsia="宋体"/>
                <w:b w:val="0"/>
                <w:i w:val="0"/>
                <w:sz w:val="20"/>
              </w:rPr>
              <w:t>6</w:t>
            </w:r>
          </w:p>
        </w:tc>
        <w:tc>
          <w:tcPr>
            <w:tcW w:type="dxa" w:w="1882"/>
          </w:tcPr>
          <w:p>
            <w:pPr>
              <w:spacing w:before="20" w:after="20" w:line="240" w:lineRule="auto"/>
              <w:jc w:val="center"/>
            </w:pPr>
            <w:r/>
          </w:p>
        </w:tc>
      </w:tr>
      <w:tr>
        <w:tc>
          <w:tcPr>
            <w:tcW w:type="dxa" w:w="1882"/>
          </w:tcPr>
          <w:p>
            <w:pPr>
              <w:spacing w:before="20" w:after="20" w:line="240" w:lineRule="auto"/>
              <w:jc w:val="center"/>
            </w:pPr>
            <w:r/>
          </w:p>
        </w:tc>
        <w:tc>
          <w:tcPr>
            <w:tcW w:type="dxa" w:w="1882"/>
          </w:tcPr>
          <w:p>
            <w:pPr>
              <w:spacing w:before="20" w:after="20" w:line="240" w:lineRule="auto"/>
              <w:jc w:val="center"/>
            </w:pPr>
            <w:r/>
            <w:r>
              <w:rPr>
                <w:rFonts w:ascii="Times New Roman" w:hAnsi="Times New Roman" w:eastAsia="宋体"/>
                <w:b w:val="0"/>
                <w:i w:val="0"/>
                <w:sz w:val="20"/>
              </w:rPr>
              <w:t>10</w:t>
            </w:r>
          </w:p>
        </w:tc>
        <w:tc>
          <w:tcPr>
            <w:tcW w:type="dxa" w:w="1882"/>
          </w:tcPr>
          <w:p>
            <w:pPr>
              <w:spacing w:before="20" w:after="20" w:line="240" w:lineRule="auto"/>
              <w:jc w:val="center"/>
            </w:pPr>
            <w:r/>
            <w:r>
              <w:rPr>
                <w:rFonts w:ascii="Times New Roman" w:hAnsi="Times New Roman" w:eastAsia="宋体"/>
                <w:b w:val="0"/>
                <w:i w:val="0"/>
                <w:sz w:val="20"/>
              </w:rPr>
              <w:t>11</w:t>
            </w:r>
          </w:p>
        </w:tc>
        <w:tc>
          <w:tcPr>
            <w:tcW w:type="dxa" w:w="1882"/>
          </w:tcPr>
          <w:p>
            <w:pPr>
              <w:spacing w:before="20" w:after="20" w:line="240" w:lineRule="auto"/>
              <w:jc w:val="center"/>
            </w:pPr>
            <w:r/>
            <w:r>
              <w:rPr>
                <w:rFonts w:ascii="Times New Roman" w:hAnsi="Times New Roman" w:eastAsia="宋体"/>
                <w:b w:val="0"/>
                <w:i w:val="0"/>
                <w:sz w:val="20"/>
              </w:rPr>
              <w:t>12</w:t>
            </w:r>
          </w:p>
        </w:tc>
        <w:tc>
          <w:tcPr>
            <w:tcW w:type="dxa" w:w="1882"/>
          </w:tcPr>
          <w:p>
            <w:pPr>
              <w:spacing w:before="20" w:after="20" w:line="240" w:lineRule="auto"/>
              <w:jc w:val="center"/>
            </w:pPr>
            <w:r/>
            <w:r>
              <w:rPr>
                <w:rFonts w:ascii="Times New Roman" w:hAnsi="Times New Roman" w:eastAsia="宋体"/>
                <w:b w:val="0"/>
                <w:i w:val="0"/>
                <w:sz w:val="20"/>
              </w:rPr>
              <w:t>13</w:t>
            </w:r>
          </w:p>
        </w:tc>
      </w:tr>
      <w:tr>
        <w:tc>
          <w:tcPr>
            <w:tcW w:type="dxa" w:w="1882"/>
          </w:tcPr>
          <w:p>
            <w:pPr>
              <w:spacing w:before="20" w:after="20" w:line="240" w:lineRule="auto"/>
              <w:jc w:val="center"/>
            </w:pPr>
            <w:r/>
            <w:r>
              <w:rPr>
                <w:rFonts w:ascii="Times New Roman" w:hAnsi="Times New Roman" w:eastAsia="宋体"/>
                <w:b w:val="0"/>
                <w:i w:val="0"/>
                <w:sz w:val="20"/>
              </w:rPr>
              <w:t>17</w:t>
            </w:r>
          </w:p>
        </w:tc>
        <w:tc>
          <w:tcPr>
            <w:tcW w:type="dxa" w:w="1882"/>
          </w:tcPr>
          <w:p>
            <w:pPr>
              <w:spacing w:before="20" w:after="20" w:line="240" w:lineRule="auto"/>
              <w:jc w:val="center"/>
            </w:pPr>
            <w:r/>
            <w:r>
              <w:rPr>
                <w:rFonts w:ascii="Times New Roman" w:hAnsi="Times New Roman" w:eastAsia="宋体"/>
                <w:b w:val="0"/>
                <w:i w:val="0"/>
                <w:sz w:val="20"/>
              </w:rPr>
              <w:t>16</w:t>
            </w:r>
          </w:p>
        </w:tc>
        <w:tc>
          <w:tcPr>
            <w:tcW w:type="dxa" w:w="1882"/>
          </w:tcPr>
          <w:p>
            <w:pPr>
              <w:spacing w:before="20" w:after="20" w:line="240" w:lineRule="auto"/>
              <w:jc w:val="center"/>
            </w:pPr>
            <w:r/>
            <w:r>
              <w:rPr>
                <w:rFonts w:ascii="Times New Roman" w:hAnsi="Times New Roman" w:eastAsia="宋体"/>
                <w:b w:val="0"/>
                <w:i w:val="0"/>
                <w:sz w:val="20"/>
              </w:rPr>
              <w:t>15</w:t>
            </w:r>
          </w:p>
        </w:tc>
        <w:tc>
          <w:tcPr>
            <w:tcW w:type="dxa" w:w="1882"/>
          </w:tcPr>
          <w:p>
            <w:pPr>
              <w:spacing w:before="20" w:after="20" w:line="240" w:lineRule="auto"/>
              <w:jc w:val="center"/>
            </w:pPr>
            <w:r/>
            <w:r>
              <w:rPr>
                <w:rFonts w:ascii="Times New Roman" w:hAnsi="Times New Roman" w:eastAsia="宋体"/>
                <w:b w:val="0"/>
                <w:i w:val="0"/>
                <w:sz w:val="20"/>
              </w:rPr>
              <w:t>14</w:t>
            </w:r>
          </w:p>
        </w:tc>
        <w:tc>
          <w:tcPr>
            <w:tcW w:type="dxa" w:w="1882"/>
          </w:tcPr>
          <w:p>
            <w:pPr>
              <w:spacing w:before="20" w:after="20" w:line="240" w:lineRule="auto"/>
              <w:jc w:val="center"/>
            </w:pPr>
            <w:r/>
          </w:p>
        </w:tc>
      </w:tr>
      <w:tr>
        <w:tc>
          <w:tcPr>
            <w:tcW w:type="dxa" w:w="1882"/>
          </w:tcPr>
          <w:p>
            <w:pPr>
              <w:spacing w:before="20" w:after="20" w:line="240" w:lineRule="auto"/>
              <w:jc w:val="center"/>
            </w:pPr>
            <w:r/>
          </w:p>
        </w:tc>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sz w:val="21"/>
        </w:rPr>
        <w:t>（每行出现四个连续整数；在第一、第三及其他奇数行中，整数位于后四列，并从左到右递增；在第二、第四及其他偶数行中，整数位于前四列，并从右到左递增。）</w:t>
      </w:r>
    </w:p>
    <w:p>
      <w:pPr>
        <w:spacing w:before="0" w:after="80" w:line="300" w:lineRule="auto"/>
        <w:jc w:val="left"/>
      </w:pPr>
      <w:r>
        <w:rPr>
          <w:rFonts w:ascii="Times New Roman" w:hAnsi="Times New Roman" w:eastAsia="宋体"/>
          <w:b w:val="0"/>
          <w:i w:val="0"/>
          <w:sz w:val="21"/>
        </w:rPr>
        <w:t>数 1,000 将位于哪一列？</w:t>
      </w:r>
    </w:p>
    <w:p>
      <w:pPr>
        <w:spacing w:before="0" w:after="120" w:line="300" w:lineRule="auto"/>
      </w:pPr>
      <w:r>
        <w:rPr>
          <w:rFonts w:ascii="Times New Roman" w:hAnsi="Times New Roman" w:eastAsia="宋体"/>
          <w:b w:val="0"/>
          <w:i w:val="0"/>
          <w:sz w:val="21"/>
        </w:rPr>
        <w:t>（A）第一列　　（B）第二列　　（C）第三列　　（D）第四列　　（E）第五列</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integers greater than one are arranged in five columns as follows:</w:t>
      </w:r>
    </w:p>
    <w:tbl>
      <w:tblPr>
        <w:tblStyle w:val="TableGrid"/>
        <w:tblW w:type="auto" w:w="0"/>
        <w:jc w:val="center"/>
        <w:tblLayout w:type="autofit"/>
        <w:tblLook w:firstColumn="1" w:firstRow="1" w:lastColumn="0" w:lastRow="0" w:noHBand="0" w:noVBand="1" w:val="04A0"/>
      </w:tblPr>
      <w:tblGrid>
        <w:gridCol w:w="1882"/>
        <w:gridCol w:w="1882"/>
        <w:gridCol w:w="1882"/>
        <w:gridCol w:w="1882"/>
        <w:gridCol w:w="1882"/>
      </w:tblGrid>
      <w:tr>
        <w:tc>
          <w:tcPr>
            <w:tcW w:type="dxa" w:w="1882"/>
          </w:tcPr>
          <w:p>
            <w:pPr>
              <w:spacing w:before="20" w:after="20" w:line="240" w:lineRule="auto"/>
              <w:jc w:val="center"/>
            </w:pPr>
            <w:r/>
          </w:p>
        </w:tc>
        <w:tc>
          <w:tcPr>
            <w:tcW w:type="dxa" w:w="1882"/>
          </w:tcPr>
          <w:p>
            <w:pPr>
              <w:spacing w:before="20" w:after="20" w:line="240" w:lineRule="auto"/>
              <w:jc w:val="center"/>
            </w:pPr>
            <w:r/>
            <w:r>
              <w:rPr>
                <w:rFonts w:ascii="Times New Roman" w:hAnsi="Times New Roman" w:eastAsia="宋体"/>
                <w:b w:val="0"/>
                <w:i w:val="0"/>
                <w:color w:val="333333"/>
                <w:sz w:val="19"/>
              </w:rPr>
              <w:t>2</w:t>
            </w:r>
          </w:p>
        </w:tc>
        <w:tc>
          <w:tcPr>
            <w:tcW w:type="dxa" w:w="1882"/>
          </w:tcPr>
          <w:p>
            <w:pPr>
              <w:spacing w:before="20" w:after="20" w:line="240" w:lineRule="auto"/>
              <w:jc w:val="center"/>
            </w:pPr>
            <w:r/>
            <w:r>
              <w:rPr>
                <w:rFonts w:ascii="Times New Roman" w:hAnsi="Times New Roman" w:eastAsia="宋体"/>
                <w:b w:val="0"/>
                <w:i w:val="0"/>
                <w:color w:val="333333"/>
                <w:sz w:val="19"/>
              </w:rPr>
              <w:t>3</w:t>
            </w:r>
          </w:p>
        </w:tc>
        <w:tc>
          <w:tcPr>
            <w:tcW w:type="dxa" w:w="1882"/>
          </w:tcPr>
          <w:p>
            <w:pPr>
              <w:spacing w:before="20" w:after="20" w:line="240" w:lineRule="auto"/>
              <w:jc w:val="center"/>
            </w:pPr>
            <w:r/>
            <w:r>
              <w:rPr>
                <w:rFonts w:ascii="Times New Roman" w:hAnsi="Times New Roman" w:eastAsia="宋体"/>
                <w:b w:val="0"/>
                <w:i w:val="0"/>
                <w:color w:val="333333"/>
                <w:sz w:val="19"/>
              </w:rPr>
              <w:t>4</w:t>
            </w:r>
          </w:p>
        </w:tc>
        <w:tc>
          <w:tcPr>
            <w:tcW w:type="dxa" w:w="1882"/>
          </w:tcPr>
          <w:p>
            <w:pPr>
              <w:spacing w:before="20" w:after="20" w:line="240" w:lineRule="auto"/>
              <w:jc w:val="center"/>
            </w:pPr>
            <w:r/>
            <w:r>
              <w:rPr>
                <w:rFonts w:ascii="Times New Roman" w:hAnsi="Times New Roman" w:eastAsia="宋体"/>
                <w:b w:val="0"/>
                <w:i w:val="0"/>
                <w:color w:val="333333"/>
                <w:sz w:val="19"/>
              </w:rPr>
              <w:t>5</w:t>
            </w:r>
          </w:p>
        </w:tc>
      </w:tr>
      <w:tr>
        <w:tc>
          <w:tcPr>
            <w:tcW w:type="dxa" w:w="1882"/>
          </w:tcPr>
          <w:p>
            <w:pPr>
              <w:spacing w:before="20" w:after="20" w:line="240" w:lineRule="auto"/>
              <w:jc w:val="center"/>
            </w:pPr>
            <w:r/>
            <w:r>
              <w:rPr>
                <w:rFonts w:ascii="Times New Roman" w:hAnsi="Times New Roman" w:eastAsia="宋体"/>
                <w:b w:val="0"/>
                <w:i w:val="0"/>
                <w:color w:val="333333"/>
                <w:sz w:val="19"/>
              </w:rPr>
              <w:t>9</w:t>
            </w:r>
          </w:p>
        </w:tc>
        <w:tc>
          <w:tcPr>
            <w:tcW w:type="dxa" w:w="1882"/>
          </w:tcPr>
          <w:p>
            <w:pPr>
              <w:spacing w:before="20" w:after="20" w:line="240" w:lineRule="auto"/>
              <w:jc w:val="center"/>
            </w:pPr>
            <w:r/>
            <w:r>
              <w:rPr>
                <w:rFonts w:ascii="Times New Roman" w:hAnsi="Times New Roman" w:eastAsia="宋体"/>
                <w:b w:val="0"/>
                <w:i w:val="0"/>
                <w:color w:val="333333"/>
                <w:sz w:val="19"/>
              </w:rPr>
              <w:t>8</w:t>
            </w:r>
          </w:p>
        </w:tc>
        <w:tc>
          <w:tcPr>
            <w:tcW w:type="dxa" w:w="1882"/>
          </w:tcPr>
          <w:p>
            <w:pPr>
              <w:spacing w:before="20" w:after="20" w:line="240" w:lineRule="auto"/>
              <w:jc w:val="center"/>
            </w:pPr>
            <w:r/>
            <w:r>
              <w:rPr>
                <w:rFonts w:ascii="Times New Roman" w:hAnsi="Times New Roman" w:eastAsia="宋体"/>
                <w:b w:val="0"/>
                <w:i w:val="0"/>
                <w:color w:val="333333"/>
                <w:sz w:val="19"/>
              </w:rPr>
              <w:t>7</w:t>
            </w:r>
          </w:p>
        </w:tc>
        <w:tc>
          <w:tcPr>
            <w:tcW w:type="dxa" w:w="1882"/>
          </w:tcPr>
          <w:p>
            <w:pPr>
              <w:spacing w:before="20" w:after="20" w:line="240" w:lineRule="auto"/>
              <w:jc w:val="center"/>
            </w:pPr>
            <w:r/>
            <w:r>
              <w:rPr>
                <w:rFonts w:ascii="Times New Roman" w:hAnsi="Times New Roman" w:eastAsia="宋体"/>
                <w:b w:val="0"/>
                <w:i w:val="0"/>
                <w:color w:val="333333"/>
                <w:sz w:val="19"/>
              </w:rPr>
              <w:t>6</w:t>
            </w:r>
          </w:p>
        </w:tc>
        <w:tc>
          <w:tcPr>
            <w:tcW w:type="dxa" w:w="1882"/>
          </w:tcPr>
          <w:p>
            <w:pPr>
              <w:spacing w:before="20" w:after="20" w:line="240" w:lineRule="auto"/>
              <w:jc w:val="center"/>
            </w:pPr>
            <w:r/>
          </w:p>
        </w:tc>
      </w:tr>
      <w:tr>
        <w:tc>
          <w:tcPr>
            <w:tcW w:type="dxa" w:w="1882"/>
          </w:tcPr>
          <w:p>
            <w:pPr>
              <w:spacing w:before="20" w:after="20" w:line="240" w:lineRule="auto"/>
              <w:jc w:val="center"/>
            </w:pPr>
            <w:r/>
          </w:p>
        </w:tc>
        <w:tc>
          <w:tcPr>
            <w:tcW w:type="dxa" w:w="1882"/>
          </w:tcPr>
          <w:p>
            <w:pPr>
              <w:spacing w:before="20" w:after="20" w:line="240" w:lineRule="auto"/>
              <w:jc w:val="center"/>
            </w:pPr>
            <w:r/>
            <w:r>
              <w:rPr>
                <w:rFonts w:ascii="Times New Roman" w:hAnsi="Times New Roman" w:eastAsia="宋体"/>
                <w:b w:val="0"/>
                <w:i w:val="0"/>
                <w:color w:val="333333"/>
                <w:sz w:val="19"/>
              </w:rPr>
              <w:t>10</w:t>
            </w:r>
          </w:p>
        </w:tc>
        <w:tc>
          <w:tcPr>
            <w:tcW w:type="dxa" w:w="1882"/>
          </w:tcPr>
          <w:p>
            <w:pPr>
              <w:spacing w:before="20" w:after="20" w:line="240" w:lineRule="auto"/>
              <w:jc w:val="center"/>
            </w:pPr>
            <w:r/>
            <w:r>
              <w:rPr>
                <w:rFonts w:ascii="Times New Roman" w:hAnsi="Times New Roman" w:eastAsia="宋体"/>
                <w:b w:val="0"/>
                <w:i w:val="0"/>
                <w:color w:val="333333"/>
                <w:sz w:val="19"/>
              </w:rPr>
              <w:t>11</w:t>
            </w:r>
          </w:p>
        </w:tc>
        <w:tc>
          <w:tcPr>
            <w:tcW w:type="dxa" w:w="1882"/>
          </w:tcPr>
          <w:p>
            <w:pPr>
              <w:spacing w:before="20" w:after="20" w:line="240" w:lineRule="auto"/>
              <w:jc w:val="center"/>
            </w:pPr>
            <w:r/>
            <w:r>
              <w:rPr>
                <w:rFonts w:ascii="Times New Roman" w:hAnsi="Times New Roman" w:eastAsia="宋体"/>
                <w:b w:val="0"/>
                <w:i w:val="0"/>
                <w:color w:val="333333"/>
                <w:sz w:val="19"/>
              </w:rPr>
              <w:t>12</w:t>
            </w:r>
          </w:p>
        </w:tc>
        <w:tc>
          <w:tcPr>
            <w:tcW w:type="dxa" w:w="1882"/>
          </w:tcPr>
          <w:p>
            <w:pPr>
              <w:spacing w:before="20" w:after="20" w:line="240" w:lineRule="auto"/>
              <w:jc w:val="center"/>
            </w:pPr>
            <w:r/>
            <w:r>
              <w:rPr>
                <w:rFonts w:ascii="Times New Roman" w:hAnsi="Times New Roman" w:eastAsia="宋体"/>
                <w:b w:val="0"/>
                <w:i w:val="0"/>
                <w:color w:val="333333"/>
                <w:sz w:val="19"/>
              </w:rPr>
              <w:t>13</w:t>
            </w:r>
          </w:p>
        </w:tc>
      </w:tr>
      <w:tr>
        <w:tc>
          <w:tcPr>
            <w:tcW w:type="dxa" w:w="1882"/>
          </w:tcPr>
          <w:p>
            <w:pPr>
              <w:spacing w:before="20" w:after="20" w:line="240" w:lineRule="auto"/>
              <w:jc w:val="center"/>
            </w:pPr>
            <w:r/>
            <w:r>
              <w:rPr>
                <w:rFonts w:ascii="Times New Roman" w:hAnsi="Times New Roman" w:eastAsia="宋体"/>
                <w:b w:val="0"/>
                <w:i w:val="0"/>
                <w:color w:val="333333"/>
                <w:sz w:val="19"/>
              </w:rPr>
              <w:t>17</w:t>
            </w:r>
          </w:p>
        </w:tc>
        <w:tc>
          <w:tcPr>
            <w:tcW w:type="dxa" w:w="1882"/>
          </w:tcPr>
          <w:p>
            <w:pPr>
              <w:spacing w:before="20" w:after="20" w:line="240" w:lineRule="auto"/>
              <w:jc w:val="center"/>
            </w:pPr>
            <w:r/>
            <w:r>
              <w:rPr>
                <w:rFonts w:ascii="Times New Roman" w:hAnsi="Times New Roman" w:eastAsia="宋体"/>
                <w:b w:val="0"/>
                <w:i w:val="0"/>
                <w:color w:val="333333"/>
                <w:sz w:val="19"/>
              </w:rPr>
              <w:t>16</w:t>
            </w:r>
          </w:p>
        </w:tc>
        <w:tc>
          <w:tcPr>
            <w:tcW w:type="dxa" w:w="1882"/>
          </w:tcPr>
          <w:p>
            <w:pPr>
              <w:spacing w:before="20" w:after="20" w:line="240" w:lineRule="auto"/>
              <w:jc w:val="center"/>
            </w:pPr>
            <w:r/>
            <w:r>
              <w:rPr>
                <w:rFonts w:ascii="Times New Roman" w:hAnsi="Times New Roman" w:eastAsia="宋体"/>
                <w:b w:val="0"/>
                <w:i w:val="0"/>
                <w:color w:val="333333"/>
                <w:sz w:val="19"/>
              </w:rPr>
              <w:t>15</w:t>
            </w:r>
          </w:p>
        </w:tc>
        <w:tc>
          <w:tcPr>
            <w:tcW w:type="dxa" w:w="1882"/>
          </w:tcPr>
          <w:p>
            <w:pPr>
              <w:spacing w:before="20" w:after="20" w:line="240" w:lineRule="auto"/>
              <w:jc w:val="center"/>
            </w:pPr>
            <w:r/>
            <w:r>
              <w:rPr>
                <w:rFonts w:ascii="Times New Roman" w:hAnsi="Times New Roman" w:eastAsia="宋体"/>
                <w:b w:val="0"/>
                <w:i w:val="0"/>
                <w:color w:val="333333"/>
                <w:sz w:val="19"/>
              </w:rPr>
              <w:t>14</w:t>
            </w:r>
          </w:p>
        </w:tc>
        <w:tc>
          <w:tcPr>
            <w:tcW w:type="dxa" w:w="1882"/>
          </w:tcPr>
          <w:p>
            <w:pPr>
              <w:spacing w:before="20" w:after="20" w:line="240" w:lineRule="auto"/>
              <w:jc w:val="center"/>
            </w:pPr>
            <w:r/>
          </w:p>
        </w:tc>
      </w:tr>
      <w:tr>
        <w:tc>
          <w:tcPr>
            <w:tcW w:type="dxa" w:w="1882"/>
          </w:tcPr>
          <w:p>
            <w:pPr>
              <w:spacing w:before="20" w:after="20" w:line="240" w:lineRule="auto"/>
              <w:jc w:val="center"/>
            </w:pPr>
            <w:r/>
          </w:p>
        </w:tc>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color w:val="333333"/>
          <w:sz w:val="19"/>
        </w:rPr>
        <w:t>(Four consecutive integers appear in each row; in the first, third and other odd numbered rows, the integers appear in the last four columns and increase from left to right; in the second, fourth and other even numbered rows, the integers appear in the first four columns and increase from right to left.)</w:t>
      </w:r>
    </w:p>
    <w:p>
      <w:pPr>
        <w:spacing w:before="0" w:after="80" w:line="300" w:lineRule="auto"/>
        <w:jc w:val="left"/>
      </w:pPr>
      <w:r>
        <w:rPr>
          <w:rFonts w:ascii="Times New Roman" w:hAnsi="Times New Roman" w:eastAsia="宋体"/>
          <w:b w:val="0"/>
          <w:i w:val="0"/>
          <w:color w:val="333333"/>
          <w:sz w:val="19"/>
        </w:rPr>
        <w:t>In which column will the number 1,000 fall?</w:t>
      </w:r>
    </w:p>
    <w:p>
      <w:pPr>
        <w:spacing w:before="0" w:after="160" w:line="300" w:lineRule="auto"/>
      </w:pPr>
      <w:r>
        <w:rPr>
          <w:rFonts w:ascii="Times New Roman" w:hAnsi="Times New Roman" w:eastAsia="宋体"/>
          <w:b w:val="0"/>
          <w:i w:val="0"/>
          <w:color w:val="333333"/>
          <w:sz w:val="19"/>
        </w:rPr>
        <w:t>(A) first　　(B) second　　(C) third　　(D) fourth　　(E) fifth</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使方程</w:t>
      </w:r>
    </w:p>
    <w:p>
      <w:pPr>
        <w:spacing w:before="0" w:after="80" w:line="300" w:lineRule="auto"/>
        <w:jc w:val="left"/>
      </w:pPr>
      <w:r>
        <w:rPr>
          <w:rFonts w:ascii="Times New Roman" w:hAnsi="Times New Roman" w:eastAsia="宋体"/>
          <w:b w:val="0"/>
          <w:i w:val="0"/>
          <w:sz w:val="21"/>
        </w:rPr>
        <w:t>2x(kx-4)-x²+6=0</w:t>
      </w:r>
    </w:p>
    <w:p>
      <w:pPr>
        <w:spacing w:before="0" w:after="80" w:line="300" w:lineRule="auto"/>
        <w:jc w:val="left"/>
      </w:pPr>
      <w:r>
        <w:rPr>
          <w:rFonts w:ascii="Times New Roman" w:hAnsi="Times New Roman" w:eastAsia="宋体"/>
          <w:b w:val="0"/>
          <w:i w:val="0"/>
          <w:sz w:val="21"/>
        </w:rPr>
        <w:t>没有实根的最小整数 k 是多少？</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smallest integral value of k such that</w:t>
      </w:r>
    </w:p>
    <w:p>
      <w:pPr>
        <w:spacing w:before="0" w:after="80" w:line="300" w:lineRule="auto"/>
        <w:jc w:val="left"/>
      </w:pPr>
      <w:r>
        <w:rPr>
          <w:rFonts w:ascii="Times New Roman" w:hAnsi="Times New Roman" w:eastAsia="宋体"/>
          <w:b w:val="0"/>
          <w:i w:val="0"/>
          <w:color w:val="333333"/>
          <w:sz w:val="19"/>
        </w:rPr>
        <w:t>2x(kx-4)-x²+6=0</w:t>
      </w:r>
    </w:p>
    <w:p>
      <w:pPr>
        <w:spacing w:before="0" w:after="80" w:line="300" w:lineRule="auto"/>
        <w:jc w:val="left"/>
      </w:pPr>
      <w:r>
        <w:rPr>
          <w:rFonts w:ascii="Times New Roman" w:hAnsi="Times New Roman" w:eastAsia="宋体"/>
          <w:b w:val="0"/>
          <w:i w:val="0"/>
          <w:color w:val="333333"/>
          <w:sz w:val="19"/>
        </w:rPr>
        <w:t>has no real roots?</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若 (a,b) 和 (c,d) 是直线 y=mx+k 上的两点，则 (a,b) 与 (c,d) 之间的距离用 a、c 和 m 表示为</w:t>
      </w:r>
    </w:p>
    <w:p>
      <w:pPr>
        <w:spacing w:before="0" w:after="120" w:line="300" w:lineRule="auto"/>
      </w:pPr>
      <w:r>
        <w:rPr>
          <w:rFonts w:ascii="Times New Roman" w:hAnsi="Times New Roman" w:eastAsia="宋体"/>
          <w:b w:val="0"/>
          <w:i w:val="0"/>
          <w:sz w:val="21"/>
        </w:rPr>
        <w:t>（A）|a-c|√(1+m²)　　（B）|a+c|√(1+m²)　　（C）(|a-c|)/(√(1+m²))　　（D）|a-c|(1+m²)　　（E）|a-c||m|</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(a,b) and (c,d) are two points on the line whose equation is y=mx+k, then the distance between (a,b) and (c,d), in terms of a, c, and m, is</w:t>
      </w:r>
    </w:p>
    <w:p>
      <w:pPr>
        <w:spacing w:before="0" w:after="160" w:line="300" w:lineRule="auto"/>
      </w:pPr>
      <w:r>
        <w:rPr>
          <w:rFonts w:ascii="Times New Roman" w:hAnsi="Times New Roman" w:eastAsia="宋体"/>
          <w:b w:val="0"/>
          <w:i w:val="0"/>
          <w:color w:val="333333"/>
          <w:sz w:val="19"/>
        </w:rPr>
        <w:t>(A) |a-c|√(1+m²)　　(B) |a+c|√(1+m²)　　(C) (|a-c|)/(√(1+m²))　　(D) |a-c|(1+m²)　　(E) |a-c||m|</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若 g(x)=1-x²，且 f(g(x))=1-x²/x² 在 x≠0 时成立，则 f(1/2) 等于</w:t>
      </w:r>
    </w:p>
    <w:p>
      <w:pPr>
        <w:spacing w:before="0" w:after="120" w:line="300" w:lineRule="auto"/>
      </w:pPr>
      <w:r>
        <w:rPr>
          <w:rFonts w:ascii="Times New Roman" w:hAnsi="Times New Roman" w:eastAsia="宋体"/>
          <w:b w:val="0"/>
          <w:i w:val="0"/>
          <w:sz w:val="21"/>
        </w:rPr>
        <w:t>（A）3/4　　（B）1　　（C）3　　（D）(√(2))/2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g(x)=1-x² and f(g(x))=1-x²/x² when x≠0, then f(1/2) equals</w:t>
      </w:r>
    </w:p>
    <w:p>
      <w:pPr>
        <w:spacing w:before="0" w:after="160" w:line="300" w:lineRule="auto"/>
      </w:pPr>
      <w:r>
        <w:rPr>
          <w:rFonts w:ascii="Times New Roman" w:hAnsi="Times New Roman" w:eastAsia="宋体"/>
          <w:b w:val="0"/>
          <w:i w:val="0"/>
          <w:color w:val="333333"/>
          <w:sz w:val="19"/>
        </w:rPr>
        <w:t>(A) 3/4　　(B) 1　　(C) 3　　(D) (√(2))/2　　(E) √(2)</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以下哪一项与“若 P 为真，则 Q 为假”等价？</w:t>
      </w:r>
    </w:p>
    <w:p>
      <w:pPr>
        <w:spacing w:before="0" w:after="120" w:line="300" w:lineRule="auto"/>
      </w:pPr>
      <w:r>
        <w:rPr>
          <w:rFonts w:ascii="Times New Roman" w:hAnsi="Times New Roman" w:eastAsia="宋体"/>
          <w:b w:val="0"/>
          <w:i w:val="0"/>
          <w:sz w:val="21"/>
        </w:rPr>
        <w:t>（A）“P 为真，或 Q 为假。”　　（B）“若 Q 为假，则 P 为真。”　　（C）“若 P 为假，则 Q 为真。”　　（D）“若 Q 为真，则 P 为假。”　　（E）“若 Q 为真，则 P 为真。”</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is equivalent to “If P is true then Q is false”?</w:t>
      </w:r>
    </w:p>
    <w:p>
      <w:pPr>
        <w:spacing w:before="0" w:after="160" w:line="300" w:lineRule="auto"/>
      </w:pPr>
      <w:r>
        <w:rPr>
          <w:rFonts w:ascii="Times New Roman" w:hAnsi="Times New Roman" w:eastAsia="宋体"/>
          <w:b w:val="0"/>
          <w:i w:val="0"/>
          <w:color w:val="333333"/>
          <w:sz w:val="19"/>
        </w:rPr>
        <w:t>(A) “P is true or Q is false.”　　(B) “If Q is false then P is true.”　　(C) “If P is false then Q is true.”　　(D) “If Q is true then P is false.”　　(E) “If Q is true then P is true.”</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以下哪个命题正确？</w:t>
      </w:r>
    </w:p>
    <w:p>
      <w:pPr>
        <w:spacing w:before="0" w:after="120" w:line="300" w:lineRule="auto"/>
      </w:pPr>
      <w:r>
        <w:rPr>
          <w:rFonts w:ascii="Times New Roman" w:hAnsi="Times New Roman" w:eastAsia="宋体"/>
          <w:b w:val="0"/>
          <w:i w:val="0"/>
          <w:sz w:val="21"/>
        </w:rPr>
        <w:t>（A）若 x&lt;0，则 x²&gt; x。　　（B）若 x²&gt;0，则 x&gt;0。　　（C）若 x²&gt; x，则 x&gt;0。　　（D）若 x²&gt; x，则 x&lt;0。　　（E）若 x&lt;1，则 x²&lt; x。</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statement is correct?</w:t>
      </w:r>
    </w:p>
    <w:p>
      <w:pPr>
        <w:spacing w:before="0" w:after="160" w:line="300" w:lineRule="auto"/>
      </w:pPr>
      <w:r>
        <w:rPr>
          <w:rFonts w:ascii="Times New Roman" w:hAnsi="Times New Roman" w:eastAsia="宋体"/>
          <w:b w:val="0"/>
          <w:i w:val="0"/>
          <w:color w:val="333333"/>
          <w:sz w:val="19"/>
        </w:rPr>
        <w:t>(A) If x&lt;0, then x²&gt; x.　　(B) If x²&gt;0, then x&gt;0.　　(C) If x²&gt; x, then x&gt;0.　　(D) If x²&gt; x, then x&lt;0.　　(E) If x&lt;1, then x²&lt; x.</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若 x&lt;-2，则 |1-|1+x|| 等于</w:t>
      </w:r>
    </w:p>
    <w:p>
      <w:pPr>
        <w:spacing w:before="0" w:after="120" w:line="300" w:lineRule="auto"/>
      </w:pPr>
      <w:r>
        <w:rPr>
          <w:rFonts w:ascii="Times New Roman" w:hAnsi="Times New Roman" w:eastAsia="宋体"/>
          <w:b w:val="0"/>
          <w:i w:val="0"/>
          <w:sz w:val="21"/>
        </w:rPr>
        <w:t>（A）2+x　　（B）-2-x　　（C）x　　（D）-x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x&lt;-2 then |1-|1+x|| equals</w:t>
      </w:r>
    </w:p>
    <w:p>
      <w:pPr>
        <w:spacing w:before="0" w:after="160" w:line="300" w:lineRule="auto"/>
      </w:pPr>
      <w:r>
        <w:rPr>
          <w:rFonts w:ascii="Times New Roman" w:hAnsi="Times New Roman" w:eastAsia="宋体"/>
          <w:b w:val="0"/>
          <w:i w:val="0"/>
          <w:color w:val="333333"/>
          <w:sz w:val="19"/>
        </w:rPr>
        <w:t>(A) 2+x　　(B) -2-x　　(C) x　　(D) -x　　(E) -2</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半径为 r 的圆内切于一个等腰直角三角形，半径为 R 的圆外接于该三角形。则 R/r 等于</w:t>
      </w:r>
    </w:p>
    <w:p>
      <w:pPr>
        <w:spacing w:before="0" w:after="120" w:line="300" w:lineRule="auto"/>
      </w:pPr>
      <w:r>
        <w:rPr>
          <w:rFonts w:ascii="Times New Roman" w:hAnsi="Times New Roman" w:eastAsia="宋体"/>
          <w:b w:val="0"/>
          <w:i w:val="0"/>
          <w:sz w:val="21"/>
        </w:rPr>
        <w:t>（A）1+√(2)　　（B）(2+√(2))/2　　（C）(√(2)-1)/2　　（D）(1+√(2))/2　　（E）2(2-√(2))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circle of radius r is inscribed in a right isosceles triangle, and a circle of radius R is circumscribed about the triangle. Then R/r equals</w:t>
      </w:r>
    </w:p>
    <w:p>
      <w:pPr>
        <w:spacing w:before="0" w:after="160" w:line="300" w:lineRule="auto"/>
      </w:pPr>
      <w:r>
        <w:rPr>
          <w:rFonts w:ascii="Times New Roman" w:hAnsi="Times New Roman" w:eastAsia="宋体"/>
          <w:b w:val="0"/>
          <w:i w:val="0"/>
          <w:color w:val="333333"/>
          <w:sz w:val="19"/>
        </w:rPr>
        <w:t>(A) 1+√(2)　　(B) (2+√(2))/2　　(C) (√(2)-1)/2　　(D) (1+√(2))/2　　(E) 2(2-√(2))</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若 i²=-1，则 (1+i)²⁰-(1-i)²⁰ 等于</w:t>
      </w:r>
    </w:p>
    <w:p>
      <w:pPr>
        <w:spacing w:before="0" w:after="120" w:line="300" w:lineRule="auto"/>
      </w:pPr>
      <w:r>
        <w:rPr>
          <w:rFonts w:ascii="Times New Roman" w:hAnsi="Times New Roman" w:eastAsia="宋体"/>
          <w:b w:val="0"/>
          <w:i w:val="0"/>
          <w:sz w:val="21"/>
        </w:rPr>
        <w:t>（A）-1024　　（B）-1024i　　（C）0　　（D）1024　　（E）1024i</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i²=-1, then (1+i)²⁰-(1-i)²⁰ equals</w:t>
      </w:r>
    </w:p>
    <w:p>
      <w:pPr>
        <w:spacing w:before="0" w:after="160" w:line="300" w:lineRule="auto"/>
      </w:pPr>
      <w:r>
        <w:rPr>
          <w:rFonts w:ascii="Times New Roman" w:hAnsi="Times New Roman" w:eastAsia="宋体"/>
          <w:b w:val="0"/>
          <w:i w:val="0"/>
          <w:color w:val="333333"/>
          <w:sz w:val="19"/>
        </w:rPr>
        <w:t>(A) -1024　　(B) -1024i　　(C) 0　　(D) 1024　　(E) 1024i</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若 log₈ 3=p，且 log₃ 5=q，则用 p 和 q 表示的 log₁₀5 等于</w:t>
      </w:r>
    </w:p>
    <w:p>
      <w:pPr>
        <w:spacing w:before="0" w:after="120" w:line="300" w:lineRule="auto"/>
      </w:pPr>
      <w:r>
        <w:rPr>
          <w:rFonts w:ascii="Times New Roman" w:hAnsi="Times New Roman" w:eastAsia="宋体"/>
          <w:b w:val="0"/>
          <w:i w:val="0"/>
          <w:sz w:val="21"/>
        </w:rPr>
        <w:t>（A）pq　　（B）3p+q/5　　（C）1+3pq/p+q　　（D）3pq/1+3pq　　（E）p²+q²</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log₈ 3=p and log₃ 5=q, then, in terms of p and q, log₁₀5 equals</w:t>
      </w:r>
    </w:p>
    <w:p>
      <w:pPr>
        <w:spacing w:before="0" w:after="160" w:line="300" w:lineRule="auto"/>
      </w:pPr>
      <w:r>
        <w:rPr>
          <w:rFonts w:ascii="Times New Roman" w:hAnsi="Times New Roman" w:eastAsia="宋体"/>
          <w:b w:val="0"/>
          <w:i w:val="0"/>
          <w:color w:val="333333"/>
          <w:sz w:val="19"/>
        </w:rPr>
        <w:t>(A) pq　　(B) 3p+q/5　　(C) 1+3pq/p+q　　(D) 3pq/1+3pq　　(E) p²+q²</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在附图中，ABCD 是正方形，CMN 是等边三角形。若 ABCD 的面积为一平方英寸，则 CMN 的面积（以平方英寸为单位）为</w:t>
      </w:r>
    </w:p>
    <w:p>
      <w:pPr>
        <w:spacing w:before="80" w:after="80"/>
        <w:jc w:val="center"/>
      </w:pPr>
      <w:r>
        <w:drawing>
          <wp:inline xmlns:a="http://schemas.openxmlformats.org/drawingml/2006/main" xmlns:pic="http://schemas.openxmlformats.org/drawingml/2006/picture">
            <wp:extent cx="861887" cy="795295"/>
            <wp:docPr id="1" name="Picture 1"/>
            <wp:cNvGraphicFramePr>
              <a:graphicFrameLocks noChangeAspect="1"/>
            </wp:cNvGraphicFramePr>
            <a:graphic>
              <a:graphicData uri="http://schemas.openxmlformats.org/drawingml/2006/picture">
                <pic:pic>
                  <pic:nvPicPr>
                    <pic:cNvPr id="0" name="q19-1@300dpi.png"/>
                    <pic:cNvPicPr/>
                  </pic:nvPicPr>
                  <pic:blipFill>
                    <a:blip r:embed="rId9"/>
                    <a:stretch>
                      <a:fillRect/>
                    </a:stretch>
                  </pic:blipFill>
                  <pic:spPr>
                    <a:xfrm>
                      <a:off x="0" y="0"/>
                      <a:ext cx="861887" cy="795295"/>
                    </a:xfrm>
                    <a:prstGeom prst="rect"/>
                  </pic:spPr>
                </pic:pic>
              </a:graphicData>
            </a:graphic>
          </wp:inline>
        </w:drawing>
      </w:r>
    </w:p>
    <w:p>
      <w:pPr>
        <w:spacing w:before="0" w:after="120" w:line="300" w:lineRule="auto"/>
      </w:pPr>
      <w:r>
        <w:rPr>
          <w:rFonts w:ascii="Times New Roman" w:hAnsi="Times New Roman" w:eastAsia="宋体"/>
          <w:b w:val="0"/>
          <w:i w:val="0"/>
          <w:sz w:val="21"/>
        </w:rPr>
        <w:t>（A）2√(3)-3　　（B）1-(√(3))/3　　（C）(√(3))/4　　（D）(√(2))/3　　（E）4-2√(3)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adjoining figure ABCD is a square and CMN is an equilateral triangle. If the area of ABCD is one square inch, then the area of CMN in square inches is</w:t>
      </w:r>
    </w:p>
    <w:p>
      <w:pPr>
        <w:spacing w:before="80" w:after="80"/>
        <w:jc w:val="center"/>
      </w:pPr>
      <w:r>
        <w:drawing>
          <wp:inline xmlns:a="http://schemas.openxmlformats.org/drawingml/2006/main" xmlns:pic="http://schemas.openxmlformats.org/drawingml/2006/picture">
            <wp:extent cx="861887" cy="795295"/>
            <wp:docPr id="2" name="Picture 2"/>
            <wp:cNvGraphicFramePr>
              <a:graphicFrameLocks noChangeAspect="1"/>
            </wp:cNvGraphicFramePr>
            <a:graphic>
              <a:graphicData uri="http://schemas.openxmlformats.org/drawingml/2006/picture">
                <pic:pic>
                  <pic:nvPicPr>
                    <pic:cNvPr id="0" name="q19-1@300dpi.png"/>
                    <pic:cNvPicPr/>
                  </pic:nvPicPr>
                  <pic:blipFill>
                    <a:blip r:embed="rId9"/>
                    <a:stretch>
                      <a:fillRect/>
                    </a:stretch>
                  </pic:blipFill>
                  <pic:spPr>
                    <a:xfrm>
                      <a:off x="0" y="0"/>
                      <a:ext cx="861887" cy="79529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2√(3)-3　　(B) 1-(√(3))/3　　(C) (√(3))/4　　(D) (√(2))/3　　(E) 4-2√(3)</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令</w:t>
      </w:r>
    </w:p>
    <w:p>
      <w:pPr>
        <w:spacing w:before="0" w:after="80" w:line="300" w:lineRule="auto"/>
        <w:jc w:val="left"/>
      </w:pPr>
      <w:r>
        <w:rPr>
          <w:rFonts w:ascii="Times New Roman" w:hAnsi="Times New Roman" w:eastAsia="宋体"/>
          <w:b w:val="0"/>
          <w:i w:val="0"/>
          <w:sz w:val="21"/>
        </w:rPr>
        <w:t>T=1/(3-√(8)) -1/(√(8)-√(7))</w:t>
      </w:r>
    </w:p>
    <w:p>
      <w:pPr>
        <w:spacing w:before="0" w:after="80" w:line="300" w:lineRule="auto"/>
        <w:jc w:val="left"/>
      </w:pPr>
      <w:r>
        <w:rPr>
          <w:rFonts w:ascii="Times New Roman" w:hAnsi="Times New Roman" w:eastAsia="宋体"/>
          <w:b w:val="0"/>
          <w:i w:val="0"/>
          <w:sz w:val="21"/>
        </w:rPr>
        <w:t>+1/(√(7)-√(6)) -1/(√(6)-√(5))</w:t>
      </w:r>
    </w:p>
    <w:p>
      <w:pPr>
        <w:spacing w:before="0" w:after="80" w:line="300" w:lineRule="auto"/>
        <w:jc w:val="left"/>
      </w:pPr>
      <w:r>
        <w:rPr>
          <w:rFonts w:ascii="Times New Roman" w:hAnsi="Times New Roman" w:eastAsia="宋体"/>
          <w:b w:val="0"/>
          <w:i w:val="0"/>
          <w:sz w:val="21"/>
        </w:rPr>
        <w:t>+1/(√(5)-2)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则</w:t>
      </w:r>
    </w:p>
    <w:p>
      <w:pPr>
        <w:spacing w:before="0" w:after="120" w:line="300" w:lineRule="auto"/>
      </w:pPr>
      <w:r>
        <w:rPr>
          <w:rFonts w:ascii="Times New Roman" w:hAnsi="Times New Roman" w:eastAsia="宋体"/>
          <w:b w:val="0"/>
          <w:i w:val="0"/>
          <w:sz w:val="21"/>
        </w:rPr>
        <w:t xml:space="preserve">（A）T&lt;1　　（B）T=1　　（C）1&lt; T&lt;2　　（D）T&gt;2　　（E）T=1/(substack(3-√(8))(√(8)-√(7))(√(7)-√(6)) </w:t>
        <w:br/>
        <w:t>·(√(6)-√(5))(√(5)-2))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w:t>
      </w:r>
    </w:p>
    <w:p>
      <w:pPr>
        <w:spacing w:before="0" w:after="80" w:line="300" w:lineRule="auto"/>
        <w:jc w:val="left"/>
      </w:pPr>
      <w:r>
        <w:rPr>
          <w:rFonts w:ascii="Times New Roman" w:hAnsi="Times New Roman" w:eastAsia="宋体"/>
          <w:b w:val="0"/>
          <w:i w:val="0"/>
          <w:color w:val="333333"/>
          <w:sz w:val="19"/>
        </w:rPr>
        <w:t>T=1/(3-√(8)) -1/(√(8)-√(7))</w:t>
      </w:r>
    </w:p>
    <w:p>
      <w:pPr>
        <w:spacing w:before="0" w:after="80" w:line="300" w:lineRule="auto"/>
        <w:jc w:val="left"/>
      </w:pPr>
      <w:r>
        <w:rPr>
          <w:rFonts w:ascii="Times New Roman" w:hAnsi="Times New Roman" w:eastAsia="宋体"/>
          <w:b w:val="0"/>
          <w:i w:val="0"/>
          <w:color w:val="333333"/>
          <w:sz w:val="19"/>
        </w:rPr>
        <w:t>+1/(√(7)-√(6)) -1/(√(6)-√(5))</w:t>
      </w:r>
    </w:p>
    <w:p>
      <w:pPr>
        <w:spacing w:before="0" w:after="80" w:line="300" w:lineRule="auto"/>
        <w:jc w:val="left"/>
      </w:pPr>
      <w:r>
        <w:rPr>
          <w:rFonts w:ascii="Times New Roman" w:hAnsi="Times New Roman" w:eastAsia="宋体"/>
          <w:b w:val="0"/>
          <w:i w:val="0"/>
          <w:color w:val="333333"/>
          <w:sz w:val="19"/>
        </w:rPr>
        <w:t>+1/(√(5)-2);</w:t>
      </w:r>
    </w:p>
    <w:p>
      <w:pPr>
        <w:spacing w:before="0" w:after="80" w:line="300" w:lineRule="auto"/>
        <w:jc w:val="left"/>
      </w:pPr>
      <w:r>
        <w:rPr>
          <w:rFonts w:ascii="Times New Roman" w:hAnsi="Times New Roman" w:eastAsia="宋体"/>
          <w:b w:val="0"/>
          <w:i w:val="0"/>
          <w:color w:val="333333"/>
          <w:sz w:val="19"/>
        </w:rPr>
        <w:t>then</w:t>
      </w:r>
    </w:p>
    <w:p>
      <w:pPr>
        <w:spacing w:before="0" w:after="160" w:line="300" w:lineRule="auto"/>
      </w:pPr>
      <w:r>
        <w:rPr>
          <w:rFonts w:ascii="Times New Roman" w:hAnsi="Times New Roman" w:eastAsia="宋体"/>
          <w:b w:val="0"/>
          <w:i w:val="0"/>
          <w:color w:val="333333"/>
          <w:sz w:val="19"/>
        </w:rPr>
        <w:t xml:space="preserve">(A) T&lt;1　　(B) T=1　　(C) 1&lt; T&lt;2　　(D) T&gt;2　　(E) T=1/(substack(3-√(8))(√(8)-√(7))(√(7)-√(6)) </w:t>
        <w:br/>
        <w:t>·(√(6)-√(5))(√(5)-2))</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在一个各项均为正数的等比数列中，第五项与第四项之差为 576，第二项与第一项之差为 9。这个数列前五项的和是多少？</w:t>
      </w:r>
    </w:p>
    <w:p>
      <w:pPr>
        <w:spacing w:before="0" w:after="120" w:line="300" w:lineRule="auto"/>
      </w:pPr>
      <w:r>
        <w:rPr>
          <w:rFonts w:ascii="Times New Roman" w:hAnsi="Times New Roman" w:eastAsia="宋体"/>
          <w:b w:val="0"/>
          <w:i w:val="0"/>
          <w:sz w:val="21"/>
        </w:rPr>
        <w:t>（A）1061　　（B）1023　　（C）1024　　（D）768　　（E）以上皆非</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geometric series of positive terms the difference between the fifth and fourth terms is 576, and the difference between the second and first terms is 9. What is the sum of the first five terms of this series?</w:t>
      </w:r>
    </w:p>
    <w:p>
      <w:pPr>
        <w:spacing w:before="0" w:after="160" w:line="300" w:lineRule="auto"/>
      </w:pPr>
      <w:r>
        <w:rPr>
          <w:rFonts w:ascii="Times New Roman" w:hAnsi="Times New Roman" w:eastAsia="宋体"/>
          <w:b w:val="0"/>
          <w:i w:val="0"/>
          <w:color w:val="333333"/>
          <w:sz w:val="19"/>
        </w:rPr>
        <w:t>(A) 1061　　(B) 1023　　(C) 1024　　(D) 768　　(E) none of these</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sinA/2-√(3)cosA/2 在 A 取何值时取得最小值？</w:t>
      </w:r>
    </w:p>
    <w:p>
      <w:pPr>
        <w:spacing w:before="0" w:after="120" w:line="300" w:lineRule="auto"/>
      </w:pPr>
      <w:r>
        <w:rPr>
          <w:rFonts w:ascii="Times New Roman" w:hAnsi="Times New Roman" w:eastAsia="宋体"/>
          <w:b w:val="0"/>
          <w:i w:val="0"/>
          <w:sz w:val="21"/>
        </w:rPr>
        <w:t>（A）-180°　　（B）60°　　（C）120°　　（D）0°　　（E）以上皆非</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minimum value of sinA/2-√(3)cosA/2 is attained when A is</w:t>
      </w:r>
    </w:p>
    <w:p>
      <w:pPr>
        <w:spacing w:before="0" w:after="160" w:line="300" w:lineRule="auto"/>
      </w:pPr>
      <w:r>
        <w:rPr>
          <w:rFonts w:ascii="Times New Roman" w:hAnsi="Times New Roman" w:eastAsia="宋体"/>
          <w:b w:val="0"/>
          <w:i w:val="0"/>
          <w:color w:val="333333"/>
          <w:sz w:val="19"/>
        </w:rPr>
        <w:t>(A) -180°　　(B) 60°　　(C) 120°　　(D) 0°　　(E) none of these</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在附图中，TP 与 T'Q 是半径为 r 的圆的两条平行切线，T 和 T' 为切点。PT''Q 是第三条切线，切点为 T''。若 TP=4，且 T'Q=9，则 r 为</w:t>
      </w:r>
    </w:p>
    <w:p>
      <w:pPr>
        <w:spacing w:before="80" w:after="80"/>
        <w:jc w:val="center"/>
      </w:pPr>
      <w:r>
        <w:drawing>
          <wp:inline xmlns:a="http://schemas.openxmlformats.org/drawingml/2006/main" xmlns:pic="http://schemas.openxmlformats.org/drawingml/2006/picture">
            <wp:extent cx="1430493" cy="1300658"/>
            <wp:docPr id="3" name="Picture 3"/>
            <wp:cNvGraphicFramePr>
              <a:graphicFrameLocks noChangeAspect="1"/>
            </wp:cNvGraphicFramePr>
            <a:graphic>
              <a:graphicData uri="http://schemas.openxmlformats.org/drawingml/2006/picture">
                <pic:pic>
                  <pic:nvPicPr>
                    <pic:cNvPr id="0" name="q23-1@300dpi.png"/>
                    <pic:cNvPicPr/>
                  </pic:nvPicPr>
                  <pic:blipFill>
                    <a:blip r:embed="rId10"/>
                    <a:stretch>
                      <a:fillRect/>
                    </a:stretch>
                  </pic:blipFill>
                  <pic:spPr>
                    <a:xfrm>
                      <a:off x="0" y="0"/>
                      <a:ext cx="1430493" cy="1300658"/>
                    </a:xfrm>
                    <a:prstGeom prst="rect"/>
                  </pic:spPr>
                </pic:pic>
              </a:graphicData>
            </a:graphic>
          </wp:inline>
        </w:drawing>
      </w:r>
    </w:p>
    <w:p>
      <w:pPr>
        <w:spacing w:before="0" w:after="120" w:line="300" w:lineRule="auto"/>
      </w:pPr>
      <w:r>
        <w:rPr>
          <w:rFonts w:ascii="Times New Roman" w:hAnsi="Times New Roman" w:eastAsia="宋体"/>
          <w:b w:val="0"/>
          <w:i w:val="0"/>
          <w:sz w:val="21"/>
        </w:rPr>
        <w:t>（A）25/6　　（B）6　　（C）25/4　　（D）不同于 25/6、6 或 25/4 的数　　（E）无法由已知信息确定</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adjoining figure TP and T'Q are parallel tangents to a circle of radius r, with T and T' the points of tangency. PT''Q is a third tangent with T'' as point of tangency. If TP=4 and T'Q=9 then r is</w:t>
      </w:r>
    </w:p>
    <w:p>
      <w:pPr>
        <w:spacing w:before="80" w:after="80"/>
        <w:jc w:val="center"/>
      </w:pPr>
      <w:r>
        <w:drawing>
          <wp:inline xmlns:a="http://schemas.openxmlformats.org/drawingml/2006/main" xmlns:pic="http://schemas.openxmlformats.org/drawingml/2006/picture">
            <wp:extent cx="1430493" cy="1300658"/>
            <wp:docPr id="4" name="Picture 4"/>
            <wp:cNvGraphicFramePr>
              <a:graphicFrameLocks noChangeAspect="1"/>
            </wp:cNvGraphicFramePr>
            <a:graphic>
              <a:graphicData uri="http://schemas.openxmlformats.org/drawingml/2006/picture">
                <pic:pic>
                  <pic:nvPicPr>
                    <pic:cNvPr id="0" name="q23-1@300dpi.png"/>
                    <pic:cNvPicPr/>
                  </pic:nvPicPr>
                  <pic:blipFill>
                    <a:blip r:embed="rId10"/>
                    <a:stretch>
                      <a:fillRect/>
                    </a:stretch>
                  </pic:blipFill>
                  <pic:spPr>
                    <a:xfrm>
                      <a:off x="0" y="0"/>
                      <a:ext cx="1430493" cy="130065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25/6　　(B) 6　　(C) 25/4　　(D) a number other than 25/6, 6, or</w:t>
        <w:br/>
        <w:t>25/4　　(E) not determinable from the given information</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将一枚均匀骰子掷六次。至少五次掷出不小于五点的概率为</w:t>
      </w:r>
    </w:p>
    <w:p>
      <w:pPr>
        <w:spacing w:before="0" w:after="120" w:line="300" w:lineRule="auto"/>
      </w:pPr>
      <w:r>
        <w:rPr>
          <w:rFonts w:ascii="Times New Roman" w:hAnsi="Times New Roman" w:eastAsia="宋体"/>
          <w:b w:val="0"/>
          <w:i w:val="0"/>
          <w:sz w:val="21"/>
        </w:rPr>
        <w:t>（A）13/729　　（B）12/729　　（C）2/729　　（D）3/729　　（E）以上皆非</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fair die is rolled six times. The probability of rolling at least a five at least five times is</w:t>
      </w:r>
    </w:p>
    <w:p>
      <w:pPr>
        <w:spacing w:before="0" w:after="160" w:line="300" w:lineRule="auto"/>
      </w:pPr>
      <w:r>
        <w:rPr>
          <w:rFonts w:ascii="Times New Roman" w:hAnsi="Times New Roman" w:eastAsia="宋体"/>
          <w:b w:val="0"/>
          <w:i w:val="0"/>
          <w:color w:val="333333"/>
          <w:sz w:val="19"/>
        </w:rPr>
        <w:t>(A) 13/729　　(B) 12/729　　(C) 2/729　　(D) 3/729　　(E) none of these</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在附图的平行四边形 ABCD 中，直线 DP 平分 BC 于 N，并与 AB 的延长线交于 P。从顶点 C 作直线 CQ，它平分边 AD 于 M，并与 AB 的延长线交于 Q。直线 DP 与 CQ 相交于 O。若平行四边形 ABCD 的面积为 k，则三角形 QPO 的面积等于</w:t>
      </w:r>
    </w:p>
    <w:p>
      <w:pPr>
        <w:spacing w:before="80" w:after="80"/>
        <w:jc w:val="center"/>
      </w:pPr>
      <w:r>
        <w:drawing>
          <wp:inline xmlns:a="http://schemas.openxmlformats.org/drawingml/2006/main" xmlns:pic="http://schemas.openxmlformats.org/drawingml/2006/picture">
            <wp:extent cx="2187388" cy="509859"/>
            <wp:docPr id="5" name="Picture 5"/>
            <wp:cNvGraphicFramePr>
              <a:graphicFrameLocks noChangeAspect="1"/>
            </wp:cNvGraphicFramePr>
            <a:graphic>
              <a:graphicData uri="http://schemas.openxmlformats.org/drawingml/2006/picture">
                <pic:pic>
                  <pic:nvPicPr>
                    <pic:cNvPr id="0" name="q25-1@300dpi.png"/>
                    <pic:cNvPicPr/>
                  </pic:nvPicPr>
                  <pic:blipFill>
                    <a:blip r:embed="rId11"/>
                    <a:stretch>
                      <a:fillRect/>
                    </a:stretch>
                  </pic:blipFill>
                  <pic:spPr>
                    <a:xfrm>
                      <a:off x="0" y="0"/>
                      <a:ext cx="2187388" cy="509859"/>
                    </a:xfrm>
                    <a:prstGeom prst="rect"/>
                  </pic:spPr>
                </pic:pic>
              </a:graphicData>
            </a:graphic>
          </wp:inline>
        </w:drawing>
      </w:r>
    </w:p>
    <w:p>
      <w:pPr>
        <w:spacing w:before="0" w:after="120" w:line="300" w:lineRule="auto"/>
      </w:pPr>
      <w:r>
        <w:rPr>
          <w:rFonts w:ascii="Times New Roman" w:hAnsi="Times New Roman" w:eastAsia="宋体"/>
          <w:b w:val="0"/>
          <w:i w:val="0"/>
          <w:sz w:val="21"/>
        </w:rPr>
        <w:t>（A）k　　（B）6k/5　　（C）9k/8　　（D）5k/4　　（E）2k</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parallelogram ABCD of the accompanying diagram, line DP is drawn bisecting BC at N and meeting AB (extended) at P. From vertex C, line CQ is drawn bisecting side AD at M and meeting AB (extended) at Q. Lines DP and CQ meet at O. If the area of parallelogram ABCD is k, then the area of triangle QPO is equal to</w:t>
      </w:r>
    </w:p>
    <w:p>
      <w:pPr>
        <w:spacing w:before="80" w:after="80"/>
        <w:jc w:val="center"/>
      </w:pPr>
      <w:r>
        <w:drawing>
          <wp:inline xmlns:a="http://schemas.openxmlformats.org/drawingml/2006/main" xmlns:pic="http://schemas.openxmlformats.org/drawingml/2006/picture">
            <wp:extent cx="2187388" cy="509859"/>
            <wp:docPr id="6" name="Picture 6"/>
            <wp:cNvGraphicFramePr>
              <a:graphicFrameLocks noChangeAspect="1"/>
            </wp:cNvGraphicFramePr>
            <a:graphic>
              <a:graphicData uri="http://schemas.openxmlformats.org/drawingml/2006/picture">
                <pic:pic>
                  <pic:nvPicPr>
                    <pic:cNvPr id="0" name="q25-1@300dpi.png"/>
                    <pic:cNvPicPr/>
                  </pic:nvPicPr>
                  <pic:blipFill>
                    <a:blip r:embed="rId11"/>
                    <a:stretch>
                      <a:fillRect/>
                    </a:stretch>
                  </pic:blipFill>
                  <pic:spPr>
                    <a:xfrm>
                      <a:off x="0" y="0"/>
                      <a:ext cx="2187388" cy="50985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k　　(B) 6k/5　　(C) 9k/8　　(D) 5k/4　　(E) 2k</w:t>
      </w:r>
    </w:p>
    <w:p>
      <w:pPr>
        <w:spacing w:before="200" w:after="80" w:line="300" w:lineRule="auto"/>
      </w:pPr>
      <w:r>
        <w:rPr>
          <w:rFonts w:ascii="Times New Roman" w:hAnsi="Times New Roman" w:eastAsia="宋体"/>
          <w:b/>
          <w:i w:val="0"/>
          <w:sz w:val="23"/>
        </w:rPr>
        <w:t>第 26 题</w:t>
      </w:r>
    </w:p>
    <w:p>
      <w:pPr>
        <w:spacing w:before="0" w:after="80" w:line="300" w:lineRule="auto"/>
        <w:jc w:val="left"/>
      </w:pPr>
      <w:r>
        <w:rPr>
          <w:rFonts w:ascii="Times New Roman" w:hAnsi="Times New Roman" w:eastAsia="宋体"/>
          <w:b w:val="0"/>
          <w:i w:val="0"/>
          <w:sz w:val="21"/>
        </w:rPr>
        <w:t>(30)⁴ 的不同正整数因数中，除去 1 和 (30)⁴ 后，共有多少个？</w:t>
      </w:r>
    </w:p>
    <w:p>
      <w:pPr>
        <w:spacing w:before="0" w:after="120" w:line="300" w:lineRule="auto"/>
      </w:pPr>
      <w:r>
        <w:rPr>
          <w:rFonts w:ascii="Times New Roman" w:hAnsi="Times New Roman" w:eastAsia="宋体"/>
          <w:b w:val="0"/>
          <w:i w:val="0"/>
          <w:sz w:val="21"/>
        </w:rPr>
        <w:t>（A）100　　（B）125　　（C）123　　（D）30　　（E）以上皆非</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distinct positive integral divisors of (30)⁴ excluding 1 and (30)⁴ is</w:t>
      </w:r>
    </w:p>
    <w:p>
      <w:pPr>
        <w:spacing w:before="0" w:after="160" w:line="300" w:lineRule="auto"/>
      </w:pPr>
      <w:r>
        <w:rPr>
          <w:rFonts w:ascii="Times New Roman" w:hAnsi="Times New Roman" w:eastAsia="宋体"/>
          <w:b w:val="0"/>
          <w:i w:val="0"/>
          <w:color w:val="333333"/>
          <w:sz w:val="19"/>
        </w:rPr>
        <w:t>(A) 100　　(B) 125　　(C) 123　　(D) 30　　(E) none of these</w:t>
      </w:r>
    </w:p>
    <w:p>
      <w:pPr>
        <w:spacing w:before="200" w:after="80" w:line="300" w:lineRule="auto"/>
      </w:pPr>
      <w:r>
        <w:rPr>
          <w:rFonts w:ascii="Times New Roman" w:hAnsi="Times New Roman" w:eastAsia="宋体"/>
          <w:b/>
          <w:i w:val="0"/>
          <w:sz w:val="23"/>
        </w:rPr>
        <w:t>第 27 题</w:t>
      </w:r>
    </w:p>
    <w:p>
      <w:pPr>
        <w:spacing w:before="0" w:after="80" w:line="300" w:lineRule="auto"/>
        <w:jc w:val="left"/>
      </w:pPr>
      <w:r>
        <w:rPr>
          <w:rFonts w:ascii="Times New Roman" w:hAnsi="Times New Roman" w:eastAsia="宋体"/>
          <w:b w:val="0"/>
          <w:i w:val="0"/>
          <w:sz w:val="21"/>
        </w:rPr>
        <w:t>若 f(x)=3x+2 对所有实数 x 都成立，则命题：</w:t>
      </w:r>
    </w:p>
    <w:p>
      <w:pPr>
        <w:spacing w:before="0" w:after="80" w:line="300" w:lineRule="auto"/>
        <w:jc w:val="left"/>
      </w:pPr>
      <w:r>
        <w:rPr>
          <w:rFonts w:ascii="Times New Roman" w:hAnsi="Times New Roman" w:eastAsia="宋体"/>
          <w:b w:val="0"/>
          <w:i w:val="0"/>
          <w:sz w:val="21"/>
        </w:rPr>
        <w:t>“|f(x)+4|&lt; a 在 |x+2|&lt; b、a&gt;0 且 b&gt;0 时恒成立”</w:t>
      </w:r>
    </w:p>
    <w:p>
      <w:pPr>
        <w:spacing w:before="0" w:after="80" w:line="300" w:lineRule="auto"/>
        <w:jc w:val="left"/>
      </w:pPr>
      <w:r>
        <w:rPr>
          <w:rFonts w:ascii="Times New Roman" w:hAnsi="Times New Roman" w:eastAsia="宋体"/>
          <w:b w:val="0"/>
          <w:i w:val="0"/>
          <w:sz w:val="21"/>
        </w:rPr>
        <w:t>在下列何种条件下成立？</w:t>
      </w:r>
    </w:p>
    <w:p>
      <w:pPr>
        <w:spacing w:before="0" w:after="120" w:line="300" w:lineRule="auto"/>
      </w:pPr>
      <w:r>
        <w:rPr>
          <w:rFonts w:ascii="Times New Roman" w:hAnsi="Times New Roman" w:eastAsia="宋体"/>
          <w:b w:val="0"/>
          <w:i w:val="0"/>
          <w:sz w:val="21"/>
        </w:rPr>
        <w:t>（A）b≤ a/3　　（B）b&gt; a/3　　（C）a≤ b/3　　（D）a&gt; b/3　　（E）该命题永不成立。</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f(x)=3x+2 for all real x, then the statement:</w:t>
      </w:r>
    </w:p>
    <w:p>
      <w:pPr>
        <w:spacing w:before="0" w:after="80" w:line="300" w:lineRule="auto"/>
        <w:jc w:val="left"/>
      </w:pPr>
      <w:r>
        <w:rPr>
          <w:rFonts w:ascii="Times New Roman" w:hAnsi="Times New Roman" w:eastAsia="宋体"/>
          <w:b w:val="0"/>
          <w:i w:val="0"/>
          <w:color w:val="333333"/>
          <w:sz w:val="19"/>
        </w:rPr>
        <w:t>“|f(x)+4|&lt; a whenever |x+2|&lt; b and a&gt;0 and b&gt;0”</w:t>
      </w:r>
    </w:p>
    <w:p>
      <w:pPr>
        <w:spacing w:before="0" w:after="80" w:line="300" w:lineRule="auto"/>
        <w:jc w:val="left"/>
      </w:pPr>
      <w:r>
        <w:rPr>
          <w:rFonts w:ascii="Times New Roman" w:hAnsi="Times New Roman" w:eastAsia="宋体"/>
          <w:b w:val="0"/>
          <w:i w:val="0"/>
          <w:color w:val="333333"/>
          <w:sz w:val="19"/>
        </w:rPr>
        <w:t>is true when</w:t>
      </w:r>
    </w:p>
    <w:p>
      <w:pPr>
        <w:spacing w:before="0" w:after="160" w:line="300" w:lineRule="auto"/>
      </w:pPr>
      <w:r>
        <w:rPr>
          <w:rFonts w:ascii="Times New Roman" w:hAnsi="Times New Roman" w:eastAsia="宋体"/>
          <w:b w:val="0"/>
          <w:i w:val="0"/>
          <w:color w:val="333333"/>
          <w:sz w:val="19"/>
        </w:rPr>
        <w:t>(A) b≤ a/3　　(B) b&gt; a/3　　(C) a≤ b/3　　(D) a&gt; b/3　　(E) The statement is never true.</w:t>
      </w:r>
    </w:p>
    <w:p>
      <w:pPr>
        <w:spacing w:before="200" w:after="80" w:line="300" w:lineRule="auto"/>
      </w:pPr>
      <w:r>
        <w:rPr>
          <w:rFonts w:ascii="Times New Roman" w:hAnsi="Times New Roman" w:eastAsia="宋体"/>
          <w:b/>
          <w:i w:val="0"/>
          <w:sz w:val="23"/>
        </w:rPr>
        <w:t>第 28 题</w:t>
      </w:r>
    </w:p>
    <w:p>
      <w:pPr>
        <w:spacing w:before="0" w:after="80" w:line="300" w:lineRule="auto"/>
        <w:jc w:val="left"/>
      </w:pPr>
      <w:r>
        <w:rPr>
          <w:rFonts w:ascii="Times New Roman" w:hAnsi="Times New Roman" w:eastAsia="宋体"/>
          <w:b w:val="0"/>
          <w:i w:val="0"/>
          <w:sz w:val="21"/>
        </w:rPr>
        <w:t>对所有形如</w:t>
      </w:r>
    </w:p>
    <w:p>
      <w:pPr>
        <w:spacing w:before="0" w:after="80" w:line="300" w:lineRule="auto"/>
        <w:jc w:val="left"/>
      </w:pPr>
      <w:r>
        <w:rPr>
          <w:rFonts w:ascii="Times New Roman" w:hAnsi="Times New Roman" w:eastAsia="宋体"/>
          <w:b w:val="0"/>
          <w:i w:val="0"/>
          <w:sz w:val="21"/>
        </w:rPr>
        <w:t>x=a₁/3+a₂/3²+⋯+a₂₅/3²⁵</w:t>
      </w:r>
    </w:p>
    <w:p>
      <w:pPr>
        <w:spacing w:before="0" w:after="80" w:line="300" w:lineRule="auto"/>
        <w:jc w:val="left"/>
      </w:pPr>
      <w:r>
        <w:rPr>
          <w:rFonts w:ascii="Times New Roman" w:hAnsi="Times New Roman" w:eastAsia="宋体"/>
          <w:b w:val="0"/>
          <w:i w:val="0"/>
          <w:sz w:val="21"/>
        </w:rPr>
        <w:t>的数 x，以下哪一项恒成立？其中 a₁ 为 0 或 2，a₂ 为 0 或 2，…，a₂₅ 为 0 或 2。</w:t>
      </w:r>
    </w:p>
    <w:p>
      <w:pPr>
        <w:spacing w:before="0" w:after="120" w:line="300" w:lineRule="auto"/>
      </w:pPr>
      <w:r>
        <w:rPr>
          <w:rFonts w:ascii="Times New Roman" w:hAnsi="Times New Roman" w:eastAsia="宋体"/>
          <w:b w:val="0"/>
          <w:i w:val="0"/>
          <w:sz w:val="21"/>
        </w:rPr>
        <w:t>（A）0≤ x&lt;1/3　　（B）1/3≤ x&lt;2/3　　（C）2/3≤ x&lt;1　　（D）0≤ x&lt;1/3 或 2/3≤</w:t>
        <w:br/>
        <w:t>x&lt;1　　（E）1/2≤ x≤3/4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is satisfied by all numbers x of the form</w:t>
      </w:r>
    </w:p>
    <w:p>
      <w:pPr>
        <w:spacing w:before="0" w:after="80" w:line="300" w:lineRule="auto"/>
        <w:jc w:val="left"/>
      </w:pPr>
      <w:r>
        <w:rPr>
          <w:rFonts w:ascii="Times New Roman" w:hAnsi="Times New Roman" w:eastAsia="宋体"/>
          <w:b w:val="0"/>
          <w:i w:val="0"/>
          <w:color w:val="333333"/>
          <w:sz w:val="19"/>
        </w:rPr>
        <w:t>x=a₁/3+a₂/3²+⋯+a₂₅/3²⁵,</w:t>
      </w:r>
    </w:p>
    <w:p>
      <w:pPr>
        <w:spacing w:before="0" w:after="80" w:line="300" w:lineRule="auto"/>
        <w:jc w:val="left"/>
      </w:pPr>
      <w:r>
        <w:rPr>
          <w:rFonts w:ascii="Times New Roman" w:hAnsi="Times New Roman" w:eastAsia="宋体"/>
          <w:b w:val="0"/>
          <w:i w:val="0"/>
          <w:color w:val="333333"/>
          <w:sz w:val="19"/>
        </w:rPr>
        <w:t>where a₁ is 0 or 2, a₂ is 0 or 2, …, a₂₅ is 0 or 2?</w:t>
      </w:r>
    </w:p>
    <w:p>
      <w:pPr>
        <w:spacing w:before="0" w:after="160" w:line="300" w:lineRule="auto"/>
      </w:pPr>
      <w:r>
        <w:rPr>
          <w:rFonts w:ascii="Times New Roman" w:hAnsi="Times New Roman" w:eastAsia="宋体"/>
          <w:b w:val="0"/>
          <w:i w:val="0"/>
          <w:color w:val="333333"/>
          <w:sz w:val="19"/>
        </w:rPr>
        <w:t>(A) 0≤ x&lt;1/3　　(B) 1/3≤ x&lt;2/3　　(C) 2/3≤ x&lt;1　　(D) 0≤ x&lt;1/3 or 2/3≤</w:t>
        <w:br/>
        <w:t>x&lt;1　　(E) 1/2≤ x≤3/4</w:t>
      </w:r>
    </w:p>
    <w:p>
      <w:pPr>
        <w:spacing w:before="200" w:after="80" w:line="300" w:lineRule="auto"/>
      </w:pPr>
      <w:r>
        <w:rPr>
          <w:rFonts w:ascii="Times New Roman" w:hAnsi="Times New Roman" w:eastAsia="宋体"/>
          <w:b/>
          <w:i w:val="0"/>
          <w:sz w:val="23"/>
        </w:rPr>
        <w:t>第 29 题</w:t>
      </w:r>
    </w:p>
    <w:p>
      <w:pPr>
        <w:spacing w:before="0" w:after="80" w:line="300" w:lineRule="auto"/>
        <w:jc w:val="left"/>
      </w:pPr>
      <w:r>
        <w:rPr>
          <w:rFonts w:ascii="Times New Roman" w:hAnsi="Times New Roman" w:eastAsia="宋体"/>
          <w:b w:val="0"/>
          <w:i w:val="0"/>
          <w:sz w:val="21"/>
        </w:rPr>
        <w:t>对 p=1、2、…、10，令 Sₚ 为一个等差数列前 40 项的和，其中首项为 p，公差为 2p-1。则 S₁+S₂+⋯+S₁₀ 等于</w:t>
      </w:r>
    </w:p>
    <w:p>
      <w:pPr>
        <w:spacing w:before="0" w:after="120" w:line="300" w:lineRule="auto"/>
      </w:pPr>
      <w:r>
        <w:rPr>
          <w:rFonts w:ascii="Times New Roman" w:hAnsi="Times New Roman" w:eastAsia="宋体"/>
          <w:b w:val="0"/>
          <w:i w:val="0"/>
          <w:sz w:val="21"/>
        </w:rPr>
        <w:t>（A）80,000　　（B）80,200　　（C）80,400　　（D）80,600　　（E）80,800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p=1, 2, …, 10 let Sₚ be the sum of the first 40 terms of the arithmetic progression whose first term is p and whose common difference is 2p-1; then S₁+S₂+⋯+S₁₀ is</w:t>
      </w:r>
    </w:p>
    <w:p>
      <w:pPr>
        <w:spacing w:before="0" w:after="160" w:line="300" w:lineRule="auto"/>
      </w:pPr>
      <w:r>
        <w:rPr>
          <w:rFonts w:ascii="Times New Roman" w:hAnsi="Times New Roman" w:eastAsia="宋体"/>
          <w:b w:val="0"/>
          <w:i w:val="0"/>
          <w:color w:val="333333"/>
          <w:sz w:val="19"/>
        </w:rPr>
        <w:t>(A) 80,000　　(B) 80,200　　(C) 80,400　　(D) 80,600　　(E) 80,800</w:t>
      </w:r>
    </w:p>
    <w:p>
      <w:pPr>
        <w:spacing w:before="200" w:after="80" w:line="300" w:lineRule="auto"/>
      </w:pPr>
      <w:r>
        <w:rPr>
          <w:rFonts w:ascii="Times New Roman" w:hAnsi="Times New Roman" w:eastAsia="宋体"/>
          <w:b/>
          <w:i w:val="0"/>
          <w:sz w:val="23"/>
        </w:rPr>
        <w:t>第 30 题</w:t>
      </w:r>
    </w:p>
    <w:p>
      <w:pPr>
        <w:spacing w:before="0" w:after="80" w:line="300" w:lineRule="auto"/>
        <w:jc w:val="left"/>
      </w:pPr>
      <w:r>
        <w:rPr>
          <w:rFonts w:ascii="Times New Roman" w:hAnsi="Times New Roman" w:eastAsia="宋体"/>
          <w:b w:val="0"/>
          <w:i w:val="0"/>
          <w:sz w:val="21"/>
        </w:rPr>
        <w:t>一条线段被分成两部分，使较短部分与较长部分之比等于较长部分与整条线段之比。若 R 是较短部分与较长部分之比，则</w:t>
      </w:r>
    </w:p>
    <w:p>
      <w:pPr>
        <w:spacing w:before="0" w:after="80" w:line="300" w:lineRule="auto"/>
        <w:jc w:val="left"/>
      </w:pPr>
      <w:r>
        <w:rPr>
          <w:rFonts w:ascii="Times New Roman" w:hAnsi="Times New Roman" w:eastAsia="宋体"/>
          <w:b w:val="0"/>
          <w:i w:val="0"/>
          <w:sz w:val="21"/>
        </w:rPr>
        <w:t>R^([R^((R²+R⁻¹))+R⁻¹])+R⁻¹</w:t>
      </w:r>
    </w:p>
    <w:p>
      <w:pPr>
        <w:spacing w:before="0" w:after="80" w:line="300" w:lineRule="auto"/>
        <w:jc w:val="left"/>
      </w:pPr>
      <w:r>
        <w:rPr>
          <w:rFonts w:ascii="Times New Roman" w:hAnsi="Times New Roman" w:eastAsia="宋体"/>
          <w:b w:val="0"/>
          <w:i w:val="0"/>
          <w:sz w:val="21"/>
        </w:rPr>
        <w:t>的值为</w:t>
      </w:r>
    </w:p>
    <w:p>
      <w:pPr>
        <w:spacing w:before="0" w:after="120" w:line="300" w:lineRule="auto"/>
      </w:pPr>
      <w:r>
        <w:rPr>
          <w:rFonts w:ascii="Times New Roman" w:hAnsi="Times New Roman" w:eastAsia="宋体"/>
          <w:b w:val="0"/>
          <w:i w:val="0"/>
          <w:sz w:val="21"/>
        </w:rPr>
        <w:t>（A）2　　（B）2R　　（C）R⁻¹　　（D）2+R⁻¹　　（E）2+R</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line segment is divided so that the lesser part is to the greater part as the greater part is to the whole. If R is the ratio of the lesser part to the greater part, then the value of</w:t>
      </w:r>
    </w:p>
    <w:p>
      <w:pPr>
        <w:spacing w:before="0" w:after="80" w:line="300" w:lineRule="auto"/>
        <w:jc w:val="left"/>
      </w:pPr>
      <w:r>
        <w:rPr>
          <w:rFonts w:ascii="Times New Roman" w:hAnsi="Times New Roman" w:eastAsia="宋体"/>
          <w:b w:val="0"/>
          <w:i w:val="0"/>
          <w:color w:val="333333"/>
          <w:sz w:val="19"/>
        </w:rPr>
        <w:t>R^([R^((R²+R⁻¹))+R⁻¹])+R⁻¹</w:t>
      </w:r>
    </w:p>
    <w:p>
      <w:pPr>
        <w:spacing w:before="0" w:after="80" w:line="300" w:lineRule="auto"/>
        <w:jc w:val="left"/>
      </w:pPr>
      <w:r>
        <w:rPr>
          <w:rFonts w:ascii="Times New Roman" w:hAnsi="Times New Roman" w:eastAsia="宋体"/>
          <w:b w:val="0"/>
          <w:i w:val="0"/>
          <w:color w:val="333333"/>
          <w:sz w:val="19"/>
        </w:rPr>
        <w:t>is</w:t>
      </w:r>
    </w:p>
    <w:p>
      <w:pPr>
        <w:spacing w:before="0" w:after="160" w:line="300" w:lineRule="auto"/>
      </w:pPr>
      <w:r>
        <w:rPr>
          <w:rFonts w:ascii="Times New Roman" w:hAnsi="Times New Roman" w:eastAsia="宋体"/>
          <w:b w:val="0"/>
          <w:i w:val="0"/>
          <w:color w:val="333333"/>
          <w:sz w:val="19"/>
        </w:rPr>
        <w:t>(A) 2　　(B) 2R　　(C) R⁻¹　　(D) 2+R⁻¹　　(E) 2+R</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D　B　A　D　B　D　D　A　B</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B　A　B　D　A　B　A　C　D</w:t>
      </w:r>
    </w:p>
    <w:p>
      <w:pPr>
        <w:spacing w:before="0" w:after="0" w:line="300" w:lineRule="auto"/>
      </w:pPr>
      <w:r>
        <w:rPr>
          <w:rFonts w:ascii="Times New Roman" w:hAnsi="Times New Roman" w:eastAsia="宋体"/>
          <w:b w:val="0"/>
          <w:i w:val="0"/>
          <w:sz w:val="18"/>
        </w:rPr>
        <w:t>题号　19　20　21　22　23　24　25　26　27</w:t>
      </w:r>
    </w:p>
    <w:p>
      <w:pPr>
        <w:spacing w:before="0" w:after="80" w:line="300" w:lineRule="auto"/>
      </w:pPr>
      <w:r>
        <w:rPr>
          <w:rFonts w:ascii="Times New Roman" w:hAnsi="Times New Roman" w:eastAsia="宋体"/>
          <w:b/>
          <w:i w:val="0"/>
          <w:sz w:val="18"/>
        </w:rPr>
        <w:t>答案　A　D　B　E　B　A　C　C　A</w:t>
      </w:r>
    </w:p>
    <w:p>
      <w:pPr>
        <w:spacing w:before="0" w:after="0" w:line="300" w:lineRule="auto"/>
      </w:pPr>
      <w:r>
        <w:rPr>
          <w:rFonts w:ascii="Times New Roman" w:hAnsi="Times New Roman" w:eastAsia="宋体"/>
          <w:b w:val="0"/>
          <w:i w:val="0"/>
          <w:sz w:val="18"/>
        </w:rPr>
        <w:t>题号　28　29　30</w:t>
      </w:r>
    </w:p>
    <w:p>
      <w:pPr>
        <w:spacing w:before="0" w:after="80" w:line="300" w:lineRule="auto"/>
      </w:pPr>
      <w:r>
        <w:rPr>
          <w:rFonts w:ascii="Times New Roman" w:hAnsi="Times New Roman" w:eastAsia="宋体"/>
          <w:b/>
          <w:i w:val="0"/>
          <w:sz w:val="18"/>
        </w:rPr>
        <w:t>答案　D　B　A</w:t>
      </w:r>
    </w:p>
    <w:p>
      <w:pPr>
        <w:spacing w:before="0" w:after="200" w:line="300" w:lineRule="auto"/>
      </w:pPr>
      <w:r>
        <w:rPr>
          <w:rFonts w:ascii="Times New Roman" w:hAnsi="Times New Roman" w:eastAsia="宋体"/>
          <w:b w:val="0"/>
          <w:i w:val="0"/>
          <w:color w:val="666666"/>
          <w:sz w:val="18"/>
        </w:rPr>
        <w:t>答案串：DBADBDDABBABDABACDADBEBACCADBA</w:t>
      </w:r>
    </w:p>
    <w:p>
      <w:pPr>
        <w:spacing w:before="200" w:after="80" w:line="300" w:lineRule="auto"/>
      </w:pPr>
      <w:r>
        <w:rPr>
          <w:rFonts w:ascii="Times New Roman" w:hAnsi="Times New Roman" w:eastAsia="宋体"/>
          <w:b/>
          <w:i w:val="0"/>
          <w:sz w:val="23"/>
        </w:rPr>
        <w:t>第 1 题　答案 D</w:t>
      </w:r>
    </w:p>
    <w:p>
      <w:pPr>
        <w:spacing w:before="0" w:after="80" w:line="300" w:lineRule="auto"/>
        <w:jc w:val="left"/>
      </w:pPr>
      <w:r>
        <w:rPr>
          <w:rFonts w:ascii="Times New Roman" w:hAnsi="Times New Roman" w:eastAsia="宋体"/>
          <w:b w:val="0"/>
          <w:i w:val="0"/>
          <w:sz w:val="21"/>
        </w:rPr>
        <w:t>两边乘以 2xy，得 4y+6x=xy，所以 4y=x(y-6)。由于 y≠6，</w:t>
      </w:r>
    </w:p>
    <w:p>
      <w:pPr>
        <w:spacing w:before="0" w:after="80" w:line="300" w:lineRule="auto"/>
        <w:jc w:val="left"/>
      </w:pPr>
      <w:r>
        <w:rPr>
          <w:rFonts w:ascii="Times New Roman" w:hAnsi="Times New Roman" w:eastAsia="宋体"/>
          <w:b w:val="0"/>
          <w:i w:val="0"/>
          <w:sz w:val="21"/>
        </w:rPr>
        <w:t>x=4y/y-6。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Multiplying by 2xy gives 4y+6x=xy, so 4y=x(y-6). Since y≠6,</w:t>
      </w:r>
    </w:p>
    <w:p>
      <w:pPr>
        <w:spacing w:before="0" w:after="80" w:line="300" w:lineRule="auto"/>
        <w:jc w:val="left"/>
      </w:pPr>
      <w:r>
        <w:rPr>
          <w:rFonts w:ascii="Times New Roman" w:hAnsi="Times New Roman" w:eastAsia="宋体"/>
          <w:b w:val="0"/>
          <w:i w:val="0"/>
          <w:color w:val="333333"/>
          <w:sz w:val="19"/>
        </w:rPr>
        <w:t>x=4y/y-6.</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B</w:t>
      </w:r>
    </w:p>
    <w:p>
      <w:pPr>
        <w:spacing w:before="0" w:after="80" w:line="300" w:lineRule="auto"/>
        <w:jc w:val="left"/>
      </w:pPr>
      <w:r>
        <w:rPr>
          <w:rFonts w:ascii="Times New Roman" w:hAnsi="Times New Roman" w:eastAsia="宋体"/>
          <w:b w:val="0"/>
          <w:i w:val="0"/>
          <w:sz w:val="21"/>
        </w:rPr>
        <w:t>两个不同的数 x₁,x₂ 是方程</w:t>
      </w:r>
    </w:p>
    <w:p>
      <w:pPr>
        <w:spacing w:before="0" w:after="80" w:line="300" w:lineRule="auto"/>
        <w:jc w:val="left"/>
      </w:pPr>
      <w:r>
        <w:rPr>
          <w:rFonts w:ascii="Times New Roman" w:hAnsi="Times New Roman" w:eastAsia="宋体"/>
          <w:b w:val="0"/>
          <w:i w:val="0"/>
          <w:sz w:val="21"/>
        </w:rPr>
        <w:t>3x²-hx-b=0</w:t>
      </w:r>
    </w:p>
    <w:p>
      <w:pPr>
        <w:spacing w:before="0" w:after="80" w:line="300" w:lineRule="auto"/>
        <w:jc w:val="left"/>
      </w:pPr>
      <w:r>
        <w:rPr>
          <w:rFonts w:ascii="Times New Roman" w:hAnsi="Times New Roman" w:eastAsia="宋体"/>
          <w:b w:val="0"/>
          <w:i w:val="0"/>
          <w:sz w:val="21"/>
        </w:rPr>
        <w:t>的两个根。由韦达定理，它们的和为 -((-h))/3=h/3。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distinct numbers x₁,x₂ are the two roots of</w:t>
      </w:r>
    </w:p>
    <w:p>
      <w:pPr>
        <w:spacing w:before="0" w:after="80" w:line="300" w:lineRule="auto"/>
        <w:jc w:val="left"/>
      </w:pPr>
      <w:r>
        <w:rPr>
          <w:rFonts w:ascii="Times New Roman" w:hAnsi="Times New Roman" w:eastAsia="宋体"/>
          <w:b w:val="0"/>
          <w:i w:val="0"/>
          <w:color w:val="333333"/>
          <w:sz w:val="19"/>
        </w:rPr>
        <w:t>3x²-hx-b=0.</w:t>
      </w:r>
    </w:p>
    <w:p>
      <w:pPr>
        <w:spacing w:before="0" w:after="80" w:line="300" w:lineRule="auto"/>
        <w:jc w:val="left"/>
      </w:pPr>
      <w:r>
        <w:rPr>
          <w:rFonts w:ascii="Times New Roman" w:hAnsi="Times New Roman" w:eastAsia="宋体"/>
          <w:b w:val="0"/>
          <w:i w:val="0"/>
          <w:color w:val="333333"/>
          <w:sz w:val="19"/>
        </w:rPr>
        <w:t>By Vieta’s formulas, their sum is -((-h))/3=h/3.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A</w:t>
      </w:r>
    </w:p>
    <w:p>
      <w:pPr>
        <w:spacing w:before="0" w:after="80" w:line="300" w:lineRule="auto"/>
        <w:jc w:val="left"/>
      </w:pPr>
      <w:r>
        <w:rPr>
          <w:rFonts w:ascii="Times New Roman" w:hAnsi="Times New Roman" w:eastAsia="宋体"/>
          <w:b w:val="0"/>
          <w:i w:val="0"/>
          <w:sz w:val="21"/>
        </w:rPr>
        <w:t>四个所选项的总次数为 7 的唯一方式，是选一次 2x 和三次 -x²。贡献一次项的因子有 4 种选法，所以系数为</w:t>
      </w:r>
    </w:p>
    <w:p>
      <w:pPr>
        <w:spacing w:before="0" w:after="80" w:line="300" w:lineRule="auto"/>
        <w:jc w:val="left"/>
      </w:pPr>
      <w:r>
        <w:rPr>
          <w:rFonts w:ascii="Times New Roman" w:hAnsi="Times New Roman" w:eastAsia="宋体"/>
          <w:b w:val="0"/>
          <w:i w:val="0"/>
          <w:sz w:val="21"/>
        </w:rPr>
        <w:t>4(2)(-1)³=-8。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only way four selected terms can have total degree 7 is to choose 2x once and -x² three times. There are 4 choices for the first factor, so the coefficient is</w:t>
      </w:r>
    </w:p>
    <w:p>
      <w:pPr>
        <w:spacing w:before="0" w:after="80" w:line="300" w:lineRule="auto"/>
        <w:jc w:val="left"/>
      </w:pPr>
      <w:r>
        <w:rPr>
          <w:rFonts w:ascii="Times New Roman" w:hAnsi="Times New Roman" w:eastAsia="宋体"/>
          <w:b w:val="0"/>
          <w:i w:val="0"/>
          <w:color w:val="333333"/>
          <w:sz w:val="19"/>
        </w:rPr>
        <w:t>4(2)(-1)³=-8.</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D</w:t>
      </w:r>
    </w:p>
    <w:p>
      <w:pPr>
        <w:spacing w:before="0" w:after="80" w:line="300" w:lineRule="auto"/>
        <w:jc w:val="left"/>
      </w:pPr>
      <w:r>
        <w:rPr>
          <w:rFonts w:ascii="Times New Roman" w:hAnsi="Times New Roman" w:eastAsia="宋体"/>
          <w:b w:val="0"/>
          <w:i w:val="0"/>
          <w:sz w:val="21"/>
        </w:rPr>
        <w:t>由多项式余式定理，余数为</w:t>
      </w:r>
    </w:p>
    <w:p>
      <w:pPr>
        <w:spacing w:before="0" w:after="80" w:line="300" w:lineRule="auto"/>
        <w:jc w:val="left"/>
      </w:pPr>
      <w:r>
        <w:rPr>
          <w:rFonts w:ascii="Times New Roman" w:hAnsi="Times New Roman" w:eastAsia="宋体"/>
          <w:b w:val="0"/>
          <w:i w:val="0"/>
          <w:sz w:val="21"/>
        </w:rPr>
        <w:t>(-1)⁵¹+51=-1+51=50。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the polynomial remainder theorem, the remainder is</w:t>
      </w:r>
    </w:p>
    <w:p>
      <w:pPr>
        <w:spacing w:before="0" w:after="80" w:line="300" w:lineRule="auto"/>
        <w:jc w:val="left"/>
      </w:pPr>
      <w:r>
        <w:rPr>
          <w:rFonts w:ascii="Times New Roman" w:hAnsi="Times New Roman" w:eastAsia="宋体"/>
          <w:b w:val="0"/>
          <w:i w:val="0"/>
          <w:color w:val="333333"/>
          <w:sz w:val="19"/>
        </w:rPr>
        <w:t>(-1)⁵¹+51=-1+51=50.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B</w:t>
      </w:r>
    </w:p>
    <w:p>
      <w:pPr>
        <w:spacing w:before="0" w:after="80" w:line="300" w:lineRule="auto"/>
        <w:jc w:val="left"/>
      </w:pPr>
      <w:r>
        <w:rPr>
          <w:rFonts w:ascii="Times New Roman" w:hAnsi="Times New Roman" w:eastAsia="宋体"/>
          <w:b w:val="0"/>
          <w:i w:val="0"/>
          <w:sz w:val="21"/>
        </w:rPr>
        <w:t>因为 ABCD 是圆内接四边形，所以 ∠ ABC+∠ ADC=180°。又因为 BE 是 BA 的延长线，所以也有 ∠ EBC+∠ ABC=180°。因此</w:t>
      </w:r>
    </w:p>
    <w:p>
      <w:pPr>
        <w:spacing w:before="0" w:after="80" w:line="300" w:lineRule="auto"/>
        <w:jc w:val="left"/>
      </w:pPr>
      <w:r>
        <w:rPr>
          <w:rFonts w:ascii="Times New Roman" w:hAnsi="Times New Roman" w:eastAsia="宋体"/>
          <w:b w:val="0"/>
          <w:i w:val="0"/>
          <w:sz w:val="21"/>
        </w:rPr>
        <w:t>∠ EBC=∠ ADC=68°。</w:t>
      </w:r>
    </w:p>
    <w:p>
      <w:pPr>
        <w:spacing w:before="0" w:after="80" w:line="300" w:lineRule="auto"/>
        <w:jc w:val="left"/>
      </w:pPr>
      <w:r>
        <w:rPr>
          <w:rFonts w:ascii="Times New Roman" w:hAnsi="Times New Roman" w:eastAsia="宋体"/>
          <w:b w:val="0"/>
          <w:i w:val="0"/>
          <w:sz w:val="21"/>
        </w:rPr>
        <w:t>已知的 92° 角无需使用。</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ABCD is cyclic, ∠ ABC+∠ ADC=180°. Since BE extends BA, ∠ EBC+∠ ABC=180° as well. Hence</w:t>
      </w:r>
    </w:p>
    <w:p>
      <w:pPr>
        <w:spacing w:before="0" w:after="80" w:line="300" w:lineRule="auto"/>
        <w:jc w:val="left"/>
      </w:pPr>
      <w:r>
        <w:rPr>
          <w:rFonts w:ascii="Times New Roman" w:hAnsi="Times New Roman" w:eastAsia="宋体"/>
          <w:b w:val="0"/>
          <w:i w:val="0"/>
          <w:color w:val="333333"/>
          <w:sz w:val="19"/>
        </w:rPr>
        <w:t>∠ EBC=∠ ADC=68°.</w:t>
      </w:r>
    </w:p>
    <w:p>
      <w:pPr>
        <w:spacing w:before="0" w:after="80" w:line="300" w:lineRule="auto"/>
        <w:jc w:val="left"/>
      </w:pPr>
      <w:r>
        <w:rPr>
          <w:rFonts w:ascii="Times New Roman" w:hAnsi="Times New Roman" w:eastAsia="宋体"/>
          <w:b w:val="0"/>
          <w:i w:val="0"/>
          <w:color w:val="333333"/>
          <w:sz w:val="19"/>
        </w:rPr>
        <w:t>The given 92° angle is unnecessary.</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D</w:t>
      </w:r>
    </w:p>
    <w:p>
      <w:pPr>
        <w:spacing w:before="0" w:after="80" w:line="300" w:lineRule="auto"/>
        <w:jc w:val="left"/>
      </w:pPr>
      <w:r>
        <w:rPr>
          <w:rFonts w:ascii="Times New Roman" w:hAnsi="Times New Roman" w:eastAsia="宋体"/>
          <w:b w:val="0"/>
          <w:i w:val="0"/>
          <w:sz w:val="21"/>
        </w:rPr>
        <w:t>公式关于 x、y 对称，因此该运算满足交换律。此外，</w:t>
      </w:r>
    </w:p>
    <w:p>
      <w:pPr>
        <w:spacing w:before="0" w:after="80" w:line="300" w:lineRule="auto"/>
        <w:jc w:val="left"/>
      </w:pPr>
      <w:r>
        <w:rPr>
          <w:rFonts w:ascii="Times New Roman" w:hAnsi="Times New Roman" w:eastAsia="宋体"/>
          <w:b w:val="0"/>
          <w:i w:val="0"/>
          <w:sz w:val="21"/>
        </w:rPr>
        <w:t>1/(x*y)=1/x+1/y。</w:t>
      </w:r>
    </w:p>
    <w:p>
      <w:pPr>
        <w:spacing w:before="0" w:after="80" w:line="300" w:lineRule="auto"/>
        <w:jc w:val="left"/>
      </w:pPr>
      <w:r>
        <w:rPr>
          <w:rFonts w:ascii="Times New Roman" w:hAnsi="Times New Roman" w:eastAsia="宋体"/>
          <w:b w:val="0"/>
          <w:i w:val="0"/>
          <w:sz w:val="21"/>
        </w:rPr>
        <w:t>所以 (x*y)*z 和 x*(y*z) 的倒数都是 1/x+1/y+1/z，故两者相等。该运算也满足结合律。</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Symmetry in x, y makes the operation commutative. Also,</w:t>
      </w:r>
    </w:p>
    <w:p>
      <w:pPr>
        <w:spacing w:before="0" w:after="80" w:line="300" w:lineRule="auto"/>
        <w:jc w:val="left"/>
      </w:pPr>
      <w:r>
        <w:rPr>
          <w:rFonts w:ascii="Times New Roman" w:hAnsi="Times New Roman" w:eastAsia="宋体"/>
          <w:b w:val="0"/>
          <w:i w:val="0"/>
          <w:color w:val="333333"/>
          <w:sz w:val="19"/>
        </w:rPr>
        <w:t>1/(x*y)=1/x+1/y.</w:t>
      </w:r>
    </w:p>
    <w:p>
      <w:pPr>
        <w:spacing w:before="0" w:after="80" w:line="300" w:lineRule="auto"/>
        <w:jc w:val="left"/>
      </w:pPr>
      <w:r>
        <w:rPr>
          <w:rFonts w:ascii="Times New Roman" w:hAnsi="Times New Roman" w:eastAsia="宋体"/>
          <w:b w:val="0"/>
          <w:i w:val="0"/>
          <w:color w:val="333333"/>
          <w:sz w:val="19"/>
        </w:rPr>
        <w:t>Thus both (x*y)*z and x*(y*z) have reciprocal 1/x+1/y+1/z, so they are equal. The operation is associative too.</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D</w:t>
      </w:r>
    </w:p>
    <w:p>
      <w:pPr>
        <w:spacing w:before="0" w:after="80" w:line="300" w:lineRule="auto"/>
        <w:jc w:val="left"/>
      </w:pPr>
      <w:r>
        <w:rPr>
          <w:rFonts w:ascii="Times New Roman" w:hAnsi="Times New Roman" w:eastAsia="宋体"/>
          <w:b w:val="0"/>
          <w:i w:val="0"/>
          <w:sz w:val="21"/>
        </w:rPr>
        <w:t>设原有人口为 P。则</w:t>
      </w:r>
    </w:p>
    <w:p>
      <w:pPr>
        <w:spacing w:before="0" w:after="80" w:line="300" w:lineRule="auto"/>
        <w:jc w:val="left"/>
      </w:pPr>
      <w:r>
        <w:rPr>
          <w:rFonts w:ascii="Times New Roman" w:hAnsi="Times New Roman" w:eastAsia="宋体"/>
          <w:b w:val="0"/>
          <w:i w:val="0"/>
          <w:sz w:val="21"/>
        </w:rPr>
        <w:t>0.89(P+1200)=P-32。</w:t>
      </w:r>
    </w:p>
    <w:p>
      <w:pPr>
        <w:spacing w:before="0" w:after="80" w:line="300" w:lineRule="auto"/>
        <w:jc w:val="left"/>
      </w:pPr>
      <w:r>
        <w:rPr>
          <w:rFonts w:ascii="Times New Roman" w:hAnsi="Times New Roman" w:eastAsia="宋体"/>
          <w:b w:val="0"/>
          <w:i w:val="0"/>
          <w:sz w:val="21"/>
        </w:rPr>
        <w:t>因此 0.11P=1100，得到 P=10,000。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original population be P. Then</w:t>
      </w:r>
    </w:p>
    <w:p>
      <w:pPr>
        <w:spacing w:before="0" w:after="80" w:line="300" w:lineRule="auto"/>
        <w:jc w:val="left"/>
      </w:pPr>
      <w:r>
        <w:rPr>
          <w:rFonts w:ascii="Times New Roman" w:hAnsi="Times New Roman" w:eastAsia="宋体"/>
          <w:b w:val="0"/>
          <w:i w:val="0"/>
          <w:color w:val="333333"/>
          <w:sz w:val="19"/>
        </w:rPr>
        <w:t>0.89(P+1200)=P-32.</w:t>
      </w:r>
    </w:p>
    <w:p>
      <w:pPr>
        <w:spacing w:before="0" w:after="80" w:line="300" w:lineRule="auto"/>
        <w:jc w:val="left"/>
      </w:pPr>
      <w:r>
        <w:rPr>
          <w:rFonts w:ascii="Times New Roman" w:hAnsi="Times New Roman" w:eastAsia="宋体"/>
          <w:b w:val="0"/>
          <w:i w:val="0"/>
          <w:color w:val="333333"/>
          <w:sz w:val="19"/>
        </w:rPr>
        <w:t>Therefore 0.11P=1100, giving P=10,000.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A</w:t>
      </w:r>
    </w:p>
    <w:p>
      <w:pPr>
        <w:spacing w:before="0" w:after="80" w:line="300" w:lineRule="auto"/>
        <w:jc w:val="left"/>
      </w:pPr>
      <w:r>
        <w:rPr>
          <w:rFonts w:ascii="Times New Roman" w:hAnsi="Times New Roman" w:eastAsia="宋体"/>
          <w:b w:val="0"/>
          <w:i w:val="0"/>
          <w:sz w:val="21"/>
        </w:rPr>
        <w:t>3¹¹ 和 5¹³ 都是奇数，所以它们的和是偶数。因此，这个和能被最小的质数 2 整除。</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Both 3¹¹ and 5¹³ are odd, so their sum is even. Hence it is divisible by 2, the smallest prime.</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B</w:t>
      </w:r>
    </w:p>
    <w:p>
      <w:pPr>
        <w:spacing w:before="0" w:after="80" w:line="300" w:lineRule="auto"/>
        <w:jc w:val="left"/>
      </w:pPr>
      <w:r>
        <w:rPr>
          <w:rFonts w:ascii="Times New Roman" w:hAnsi="Times New Roman" w:eastAsia="宋体"/>
          <w:b w:val="0"/>
          <w:i w:val="0"/>
          <w:sz w:val="21"/>
        </w:rPr>
        <w:t>每两行构成一个包含八个整数的重复区块。在每个区块中，其中的 8 的倍数都位于第二列，正如 8 和 16 一样。由于 1000=125·8，它也位于第二列。</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pair of rows is a repeating block of eight integers. In every such block, its multiple of 8 lies in the second column, as do 8 and 16. Since 1000=125·8, it also lies in the second column.</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B</w:t>
      </w:r>
    </w:p>
    <w:p>
      <w:pPr>
        <w:spacing w:before="0" w:after="80" w:line="300" w:lineRule="auto"/>
        <w:jc w:val="left"/>
      </w:pPr>
      <w:r>
        <w:rPr>
          <w:rFonts w:ascii="Times New Roman" w:hAnsi="Times New Roman" w:eastAsia="宋体"/>
          <w:b w:val="0"/>
          <w:i w:val="0"/>
          <w:sz w:val="21"/>
        </w:rPr>
        <w:t>方程可写成 (2k-1)x²-8x+6=0。其判别式为</w:t>
      </w:r>
    </w:p>
    <w:p>
      <w:pPr>
        <w:spacing w:before="0" w:after="80" w:line="300" w:lineRule="auto"/>
        <w:jc w:val="left"/>
      </w:pPr>
      <w:r>
        <w:rPr>
          <w:rFonts w:ascii="Times New Roman" w:hAnsi="Times New Roman" w:eastAsia="宋体"/>
          <w:b w:val="0"/>
          <w:i w:val="0"/>
          <w:sz w:val="21"/>
        </w:rPr>
        <w:t>64-24(2k-1)=88-48k。</w:t>
      </w:r>
    </w:p>
    <w:p>
      <w:pPr>
        <w:spacing w:before="0" w:after="80" w:line="300" w:lineRule="auto"/>
        <w:jc w:val="left"/>
      </w:pPr>
      <w:r>
        <w:rPr>
          <w:rFonts w:ascii="Times New Roman" w:hAnsi="Times New Roman" w:eastAsia="宋体"/>
          <w:b w:val="0"/>
          <w:i w:val="0"/>
          <w:sz w:val="21"/>
        </w:rPr>
        <w:t>当且仅当 k&gt;11/6 时，判别式为负，所以满足条件的最小整数是 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equation is (2k-1)x²-8x+6=0. Its discriminant is</w:t>
      </w:r>
    </w:p>
    <w:p>
      <w:pPr>
        <w:spacing w:before="0" w:after="80" w:line="300" w:lineRule="auto"/>
        <w:jc w:val="left"/>
      </w:pPr>
      <w:r>
        <w:rPr>
          <w:rFonts w:ascii="Times New Roman" w:hAnsi="Times New Roman" w:eastAsia="宋体"/>
          <w:b w:val="0"/>
          <w:i w:val="0"/>
          <w:color w:val="333333"/>
          <w:sz w:val="19"/>
        </w:rPr>
        <w:t>64-24(2k-1)=88-48k.</w:t>
      </w:r>
    </w:p>
    <w:p>
      <w:pPr>
        <w:spacing w:before="0" w:after="80" w:line="300" w:lineRule="auto"/>
        <w:jc w:val="left"/>
      </w:pPr>
      <w:r>
        <w:rPr>
          <w:rFonts w:ascii="Times New Roman" w:hAnsi="Times New Roman" w:eastAsia="宋体"/>
          <w:b w:val="0"/>
          <w:i w:val="0"/>
          <w:color w:val="333333"/>
          <w:sz w:val="19"/>
        </w:rPr>
        <w:t>This is negative exactly when k&gt;11/6, so the least integer possible is 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A</w:t>
      </w:r>
    </w:p>
    <w:p>
      <w:pPr>
        <w:spacing w:before="0" w:after="80" w:line="300" w:lineRule="auto"/>
        <w:jc w:val="left"/>
      </w:pPr>
      <w:r>
        <w:rPr>
          <w:rFonts w:ascii="Times New Roman" w:hAnsi="Times New Roman" w:eastAsia="宋体"/>
          <w:b w:val="0"/>
          <w:i w:val="0"/>
          <w:sz w:val="21"/>
        </w:rPr>
        <w:t>因为两点都在该直线上，所以 b-d=m(a-c)。因此，它们之间的距离为</w:t>
      </w:r>
    </w:p>
    <w:p>
      <w:pPr>
        <w:spacing w:before="0" w:after="80" w:line="300" w:lineRule="auto"/>
        <w:jc w:val="left"/>
      </w:pPr>
      <w:r>
        <w:rPr>
          <w:rFonts w:ascii="Times New Roman" w:hAnsi="Times New Roman" w:eastAsia="宋体"/>
          <w:b w:val="0"/>
          <w:i w:val="0"/>
          <w:sz w:val="21"/>
        </w:rPr>
        <w:t>ell=√((a-c)²+(b-d)²)</w:t>
      </w:r>
    </w:p>
    <w:p>
      <w:pPr>
        <w:spacing w:before="0" w:after="80" w:line="300" w:lineRule="auto"/>
        <w:jc w:val="left"/>
      </w:pPr>
      <w:r>
        <w:rPr>
          <w:rFonts w:ascii="Times New Roman" w:hAnsi="Times New Roman" w:eastAsia="宋体"/>
          <w:b w:val="0"/>
          <w:i w:val="0"/>
          <w:sz w:val="21"/>
        </w:rPr>
        <w:t>=√((a-c)²(1+m²))</w:t>
      </w:r>
    </w:p>
    <w:p>
      <w:pPr>
        <w:spacing w:before="0" w:after="80" w:line="300" w:lineRule="auto"/>
        <w:jc w:val="left"/>
      </w:pPr>
      <w:r>
        <w:rPr>
          <w:rFonts w:ascii="Times New Roman" w:hAnsi="Times New Roman" w:eastAsia="宋体"/>
          <w:b w:val="0"/>
          <w:i w:val="0"/>
          <w:sz w:val="21"/>
        </w:rPr>
        <w:t>=|a-c|√(1+m²)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both points are on the line, b-d=m(a-c). Their distance is therefore</w:t>
      </w:r>
    </w:p>
    <w:p>
      <w:pPr>
        <w:spacing w:before="0" w:after="80" w:line="300" w:lineRule="auto"/>
        <w:jc w:val="left"/>
      </w:pPr>
      <w:r>
        <w:rPr>
          <w:rFonts w:ascii="Times New Roman" w:hAnsi="Times New Roman" w:eastAsia="宋体"/>
          <w:b w:val="0"/>
          <w:i w:val="0"/>
          <w:color w:val="333333"/>
          <w:sz w:val="19"/>
        </w:rPr>
        <w:t>ell=√((a-c)²+(b-d)²)</w:t>
      </w:r>
    </w:p>
    <w:p>
      <w:pPr>
        <w:spacing w:before="0" w:after="80" w:line="300" w:lineRule="auto"/>
        <w:jc w:val="left"/>
      </w:pPr>
      <w:r>
        <w:rPr>
          <w:rFonts w:ascii="Times New Roman" w:hAnsi="Times New Roman" w:eastAsia="宋体"/>
          <w:b w:val="0"/>
          <w:i w:val="0"/>
          <w:color w:val="333333"/>
          <w:sz w:val="19"/>
        </w:rPr>
        <w:t>=√((a-c)²(1+m²))</w:t>
      </w:r>
    </w:p>
    <w:p>
      <w:pPr>
        <w:spacing w:before="0" w:after="80" w:line="300" w:lineRule="auto"/>
        <w:jc w:val="left"/>
      </w:pPr>
      <w:r>
        <w:rPr>
          <w:rFonts w:ascii="Times New Roman" w:hAnsi="Times New Roman" w:eastAsia="宋体"/>
          <w:b w:val="0"/>
          <w:i w:val="0"/>
          <w:color w:val="333333"/>
          <w:sz w:val="19"/>
        </w:rPr>
        <w:t>=|a-c|√(1+m²).</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B</w:t>
      </w:r>
    </w:p>
    <w:p>
      <w:pPr>
        <w:spacing w:before="0" w:after="80" w:line="300" w:lineRule="auto"/>
        <w:jc w:val="left"/>
      </w:pPr>
      <w:r>
        <w:rPr>
          <w:rFonts w:ascii="Times New Roman" w:hAnsi="Times New Roman" w:eastAsia="宋体"/>
          <w:b w:val="0"/>
          <w:i w:val="0"/>
          <w:sz w:val="21"/>
        </w:rPr>
        <w:t>若 g(x)=1/2，则 x²=1/2，对应的两个 x 都非零。因此</w:t>
      </w:r>
    </w:p>
    <w:p>
      <w:pPr>
        <w:spacing w:before="0" w:after="80" w:line="300" w:lineRule="auto"/>
        <w:jc w:val="left"/>
      </w:pPr>
      <w:r>
        <w:rPr>
          <w:rFonts w:ascii="Times New Roman" w:hAnsi="Times New Roman" w:eastAsia="宋体"/>
          <w:b w:val="0"/>
          <w:i w:val="0"/>
          <w:sz w:val="21"/>
        </w:rPr>
        <w:t>f(1/2)=1-x²/x² =(1/2)/(1/2)=1。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g(x)=1/2, then x²=1/2, and either corresponding x is nonzero. Hence</w:t>
      </w:r>
    </w:p>
    <w:p>
      <w:pPr>
        <w:spacing w:before="0" w:after="80" w:line="300" w:lineRule="auto"/>
        <w:jc w:val="left"/>
      </w:pPr>
      <w:r>
        <w:rPr>
          <w:rFonts w:ascii="Times New Roman" w:hAnsi="Times New Roman" w:eastAsia="宋体"/>
          <w:b w:val="0"/>
          <w:i w:val="0"/>
          <w:color w:val="333333"/>
          <w:sz w:val="19"/>
        </w:rPr>
        <w:t>f(1/2)=1-x²/x² =(1/2)/(1/2)=1.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D</w:t>
      </w:r>
    </w:p>
    <w:p>
      <w:pPr>
        <w:spacing w:before="0" w:after="80" w:line="300" w:lineRule="auto"/>
        <w:jc w:val="left"/>
      </w:pPr>
      <w:r>
        <w:rPr>
          <w:rFonts w:ascii="Times New Roman" w:hAnsi="Times New Roman" w:eastAsia="宋体"/>
          <w:b w:val="0"/>
          <w:i w:val="0"/>
          <w:sz w:val="21"/>
        </w:rPr>
        <w:t>“P 为真蕴含 Q 为假”的逆否命题是“Q 不为假蕴含 P 不为真”。这正是“若 Q 为真，则 P 为假”。</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contrapositive of “P true implies Q false” is “Q not false implies P not true.” This is exactly “If Q is true then P is false.”</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A</w:t>
      </w:r>
    </w:p>
    <w:p>
      <w:pPr>
        <w:spacing w:before="0" w:after="80" w:line="300" w:lineRule="auto"/>
        <w:jc w:val="left"/>
      </w:pPr>
      <w:r>
        <w:rPr>
          <w:rFonts w:ascii="Times New Roman" w:hAnsi="Times New Roman" w:eastAsia="宋体"/>
          <w:b w:val="0"/>
          <w:i w:val="0"/>
          <w:sz w:val="21"/>
        </w:rPr>
        <w:t>若 x&lt;0，则 x²&gt;0&gt; x，所以选项 A 恒成立。分别取 x=-1、x=-1、x=2 和 x=-1，即可否定 B、C、D 和 E。</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x&lt;0, then x²&gt;0&gt; x, so choice A always holds. The values x=-1, x=-1, x=2, and x=-1 respectively disprove B, C, D, and E.</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B</w:t>
      </w:r>
    </w:p>
    <w:p>
      <w:pPr>
        <w:spacing w:before="0" w:after="80" w:line="300" w:lineRule="auto"/>
        <w:jc w:val="left"/>
      </w:pPr>
      <w:r>
        <w:rPr>
          <w:rFonts w:ascii="Times New Roman" w:hAnsi="Times New Roman" w:eastAsia="宋体"/>
          <w:b w:val="0"/>
          <w:i w:val="0"/>
          <w:sz w:val="21"/>
        </w:rPr>
        <w:t>由于 x&lt;-2，所以 1+x&lt;0，从而 |1+x|=-1-x。于是 |1-|1+x|| 化为 |1-(-1-x)|，即 |2+x|=-2-x，因为 2+x&lt;0。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x&lt;-2, 1+x&lt;0, so |1+x|=-1-x. Thus |1-|1+x|| becomes |1-(-1-x)|, which is |2+x|=-2-x because 2+x&lt;0.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A</w:t>
      </w:r>
    </w:p>
    <w:p>
      <w:pPr>
        <w:spacing w:before="0" w:after="80" w:line="300" w:lineRule="auto"/>
        <w:jc w:val="left"/>
      </w:pPr>
      <w:r>
        <w:rPr>
          <w:rFonts w:ascii="Times New Roman" w:hAnsi="Times New Roman" w:eastAsia="宋体"/>
          <w:b w:val="0"/>
          <w:i w:val="0"/>
          <w:sz w:val="21"/>
        </w:rPr>
        <w:t>两条直角边长均为 a，斜边长为 a√(2)，所以</w:t>
      </w:r>
    </w:p>
    <w:p>
      <w:pPr>
        <w:spacing w:before="0" w:after="80" w:line="300" w:lineRule="auto"/>
        <w:jc w:val="left"/>
      </w:pPr>
      <w:r>
        <w:rPr>
          <w:rFonts w:ascii="Times New Roman" w:hAnsi="Times New Roman" w:eastAsia="宋体"/>
          <w:b w:val="0"/>
          <w:i w:val="0"/>
          <w:sz w:val="21"/>
        </w:rPr>
        <w:t>R=(a√(2))/2,</w:t>
      </w:r>
    </w:p>
    <w:p>
      <w:pPr>
        <w:spacing w:before="0" w:after="80" w:line="300" w:lineRule="auto"/>
        <w:jc w:val="left"/>
      </w:pPr>
      <w:r>
        <w:rPr>
          <w:rFonts w:ascii="Times New Roman" w:hAnsi="Times New Roman" w:eastAsia="宋体"/>
          <w:b w:val="0"/>
          <w:i w:val="0"/>
          <w:sz w:val="21"/>
        </w:rPr>
        <w:t>r=(a+a-a√(2))/2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R/r=(√(2))/(2-√(2))</w:t>
      </w:r>
    </w:p>
    <w:p>
      <w:pPr>
        <w:spacing w:before="0" w:after="80" w:line="300" w:lineRule="auto"/>
        <w:jc w:val="left"/>
      </w:pPr>
      <w:r>
        <w:rPr>
          <w:rFonts w:ascii="Times New Roman" w:hAnsi="Times New Roman" w:eastAsia="宋体"/>
          <w:b w:val="0"/>
          <w:i w:val="0"/>
          <w:sz w:val="21"/>
        </w:rPr>
        <w:t>=1/(√(2)-1)=1+√(2)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With both legs of length a and hypotenuse a√(2),</w:t>
      </w:r>
    </w:p>
    <w:p>
      <w:pPr>
        <w:spacing w:before="0" w:after="80" w:line="300" w:lineRule="auto"/>
        <w:jc w:val="left"/>
      </w:pPr>
      <w:r>
        <w:rPr>
          <w:rFonts w:ascii="Times New Roman" w:hAnsi="Times New Roman" w:eastAsia="宋体"/>
          <w:b w:val="0"/>
          <w:i w:val="0"/>
          <w:color w:val="333333"/>
          <w:sz w:val="19"/>
        </w:rPr>
        <w:t>R=(a√(2))/2,</w:t>
      </w:r>
    </w:p>
    <w:p>
      <w:pPr>
        <w:spacing w:before="0" w:after="80" w:line="300" w:lineRule="auto"/>
        <w:jc w:val="left"/>
      </w:pPr>
      <w:r>
        <w:rPr>
          <w:rFonts w:ascii="Times New Roman" w:hAnsi="Times New Roman" w:eastAsia="宋体"/>
          <w:b w:val="0"/>
          <w:i w:val="0"/>
          <w:color w:val="333333"/>
          <w:sz w:val="19"/>
        </w:rPr>
        <w:t>r=(a+a-a√(2))/2.</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R/r=(√(2))/(2-√(2))</w:t>
      </w:r>
    </w:p>
    <w:p>
      <w:pPr>
        <w:spacing w:before="0" w:after="80" w:line="300" w:lineRule="auto"/>
        <w:jc w:val="left"/>
      </w:pPr>
      <w:r>
        <w:rPr>
          <w:rFonts w:ascii="Times New Roman" w:hAnsi="Times New Roman" w:eastAsia="宋体"/>
          <w:b w:val="0"/>
          <w:i w:val="0"/>
          <w:color w:val="333333"/>
          <w:sz w:val="19"/>
        </w:rPr>
        <w:t>=1/(√(2)-1)=1+√(2).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C</w:t>
      </w:r>
    </w:p>
    <w:p>
      <w:pPr>
        <w:spacing w:before="0" w:after="80" w:line="300" w:lineRule="auto"/>
        <w:jc w:val="left"/>
      </w:pPr>
      <w:r>
        <w:rPr>
          <w:rFonts w:ascii="Times New Roman" w:hAnsi="Times New Roman" w:eastAsia="宋体"/>
          <w:b w:val="0"/>
          <w:i w:val="0"/>
          <w:sz w:val="21"/>
        </w:rPr>
        <w:t>由于 (1+i)²=2i，所以 (1+i)⁴=-4。同理，(1-i)²=-2i，且 (1-i)⁴=-4。因此，两个二十次方都等于 (-4)⁵=-1024，它们的差为 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(1+i)²=2i, we have (1+i)⁴=-4. Likewise (1-i)²=-2i and (1-i)⁴=-4. Hence each twentieth power equals (-4)⁵=-1024, and their difference is 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由 p=log₈ 3 可得 log₂ 3=3p。因此</w:t>
      </w:r>
    </w:p>
    <w:p>
      <w:pPr>
        <w:spacing w:before="0" w:after="80" w:line="300" w:lineRule="auto"/>
        <w:jc w:val="left"/>
      </w:pPr>
      <w:r>
        <w:rPr>
          <w:rFonts w:ascii="Times New Roman" w:hAnsi="Times New Roman" w:eastAsia="宋体"/>
          <w:b w:val="0"/>
          <w:i w:val="0"/>
          <w:sz w:val="21"/>
        </w:rPr>
        <w:t>log₂ 5=(log₂ 3)(log₃ 5)=3pq。</w:t>
      </w:r>
    </w:p>
    <w:p>
      <w:pPr>
        <w:spacing w:before="0" w:after="80" w:line="300" w:lineRule="auto"/>
        <w:jc w:val="left"/>
      </w:pPr>
      <w:r>
        <w:rPr>
          <w:rFonts w:ascii="Times New Roman" w:hAnsi="Times New Roman" w:eastAsia="宋体"/>
          <w:b w:val="0"/>
          <w:i w:val="0"/>
          <w:sz w:val="21"/>
        </w:rPr>
        <w:t>又因为 log₂ 10=1+log₂ 5=1+3pq，所以</w:t>
      </w:r>
    </w:p>
    <w:p>
      <w:pPr>
        <w:spacing w:before="0" w:after="80" w:line="300" w:lineRule="auto"/>
        <w:jc w:val="left"/>
      </w:pPr>
      <w:r>
        <w:rPr>
          <w:rFonts w:ascii="Times New Roman" w:hAnsi="Times New Roman" w:eastAsia="宋体"/>
          <w:b w:val="0"/>
          <w:i w:val="0"/>
          <w:sz w:val="21"/>
        </w:rPr>
        <w:t>log₁₀5=(log₂ 5)/(log₂ 10) =3pq/1+3pq。</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p=log₈ 3, log₂ 3=3p. Therefore</w:t>
      </w:r>
    </w:p>
    <w:p>
      <w:pPr>
        <w:spacing w:before="0" w:after="80" w:line="300" w:lineRule="auto"/>
        <w:jc w:val="left"/>
      </w:pPr>
      <w:r>
        <w:rPr>
          <w:rFonts w:ascii="Times New Roman" w:hAnsi="Times New Roman" w:eastAsia="宋体"/>
          <w:b w:val="0"/>
          <w:i w:val="0"/>
          <w:color w:val="333333"/>
          <w:sz w:val="19"/>
        </w:rPr>
        <w:t>log₂ 5=(log₂ 3)(log₃ 5)=3pq.</w:t>
      </w:r>
    </w:p>
    <w:p>
      <w:pPr>
        <w:spacing w:before="0" w:after="80" w:line="300" w:lineRule="auto"/>
        <w:jc w:val="left"/>
      </w:pPr>
      <w:r>
        <w:rPr>
          <w:rFonts w:ascii="Times New Roman" w:hAnsi="Times New Roman" w:eastAsia="宋体"/>
          <w:b w:val="0"/>
          <w:i w:val="0"/>
          <w:color w:val="333333"/>
          <w:sz w:val="19"/>
        </w:rPr>
        <w:t>Since log₂ 10=1+log₂ 5=1+3pq,</w:t>
      </w:r>
    </w:p>
    <w:p>
      <w:pPr>
        <w:spacing w:before="0" w:after="80" w:line="300" w:lineRule="auto"/>
        <w:jc w:val="left"/>
      </w:pPr>
      <w:r>
        <w:rPr>
          <w:rFonts w:ascii="Times New Roman" w:hAnsi="Times New Roman" w:eastAsia="宋体"/>
          <w:b w:val="0"/>
          <w:i w:val="0"/>
          <w:color w:val="333333"/>
          <w:sz w:val="19"/>
        </w:rPr>
        <w:t>log₁₀5=(log₂ 5)/(log₂ 10) =3pq/1+3pq.</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A</w:t>
      </w:r>
    </w:p>
    <w:p>
      <w:pPr>
        <w:spacing w:before="0" w:after="80" w:line="300" w:lineRule="auto"/>
        <w:jc w:val="left"/>
      </w:pPr>
      <w:r>
        <w:rPr>
          <w:rFonts w:ascii="Times New Roman" w:hAnsi="Times New Roman" w:eastAsia="宋体"/>
          <w:b w:val="0"/>
          <w:i w:val="0"/>
          <w:sz w:val="21"/>
        </w:rPr>
        <w:t>正方形边长为 1。由于 CM=CN，比较它们长度的平方可得 DM=NB=x。此外，</w:t>
      </w:r>
    </w:p>
    <w:p>
      <w:pPr>
        <w:spacing w:before="0" w:after="80" w:line="300" w:lineRule="auto"/>
        <w:jc w:val="left"/>
      </w:pPr>
      <w:r>
        <w:rPr>
          <w:rFonts w:ascii="Times New Roman" w:hAnsi="Times New Roman" w:eastAsia="宋体"/>
          <w:b w:val="0"/>
          <w:i w:val="0"/>
          <w:sz w:val="21"/>
        </w:rPr>
        <w:t>CM²=1+x²,</w:t>
      </w:r>
    </w:p>
    <w:p>
      <w:pPr>
        <w:spacing w:before="0" w:after="80" w:line="300" w:lineRule="auto"/>
        <w:jc w:val="left"/>
      </w:pPr>
      <w:r>
        <w:rPr>
          <w:rFonts w:ascii="Times New Roman" w:hAnsi="Times New Roman" w:eastAsia="宋体"/>
          <w:b w:val="0"/>
          <w:i w:val="0"/>
          <w:sz w:val="21"/>
        </w:rPr>
        <w:t>MN²=2(1-x)²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因为 CMN 是等边三角形，令两式相等可得 x²-4x+1=0。位于 (0,1) 内的根是 x=2-√(3)。</w:t>
      </w:r>
    </w:p>
    <w:p>
      <w:pPr>
        <w:spacing w:before="0" w:after="80" w:line="300" w:lineRule="auto"/>
        <w:jc w:val="left"/>
      </w:pPr>
      <w:r>
        <w:rPr>
          <w:rFonts w:ascii="Times New Roman" w:hAnsi="Times New Roman" w:eastAsia="宋体"/>
          <w:b w:val="0"/>
          <w:i w:val="0"/>
          <w:sz w:val="21"/>
        </w:rPr>
        <w:t>三角形边长的平方为 1+x²，所以其面积为</w:t>
      </w:r>
    </w:p>
    <w:p>
      <w:pPr>
        <w:spacing w:before="0" w:after="80" w:line="300" w:lineRule="auto"/>
        <w:jc w:val="left"/>
      </w:pPr>
      <w:r>
        <w:rPr>
          <w:rFonts w:ascii="Times New Roman" w:hAnsi="Times New Roman" w:eastAsia="宋体"/>
          <w:b w:val="0"/>
          <w:i w:val="0"/>
          <w:sz w:val="21"/>
        </w:rPr>
        <w:t>A_(△)=(√(3))/4(1+x²)</w:t>
      </w:r>
    </w:p>
    <w:p>
      <w:pPr>
        <w:spacing w:before="0" w:after="80" w:line="300" w:lineRule="auto"/>
        <w:jc w:val="left"/>
      </w:pPr>
      <w:r>
        <w:rPr>
          <w:rFonts w:ascii="Times New Roman" w:hAnsi="Times New Roman" w:eastAsia="宋体"/>
          <w:b w:val="0"/>
          <w:i w:val="0"/>
          <w:sz w:val="21"/>
        </w:rPr>
        <w:t>=(√(3))/4 (1+(2-√(3))²)</w:t>
      </w:r>
    </w:p>
    <w:p>
      <w:pPr>
        <w:spacing w:before="0" w:after="80" w:line="300" w:lineRule="auto"/>
        <w:jc w:val="left"/>
      </w:pPr>
      <w:r>
        <w:rPr>
          <w:rFonts w:ascii="Times New Roman" w:hAnsi="Times New Roman" w:eastAsia="宋体"/>
          <w:b w:val="0"/>
          <w:i w:val="0"/>
          <w:sz w:val="21"/>
        </w:rPr>
        <w:t>=2√(3)-3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square has side 1. Since CM=CN, symmetry of their squared lengths gives DM=NB=x. Also,</w:t>
      </w:r>
    </w:p>
    <w:p>
      <w:pPr>
        <w:spacing w:before="0" w:after="80" w:line="300" w:lineRule="auto"/>
        <w:jc w:val="left"/>
      </w:pPr>
      <w:r>
        <w:rPr>
          <w:rFonts w:ascii="Times New Roman" w:hAnsi="Times New Roman" w:eastAsia="宋体"/>
          <w:b w:val="0"/>
          <w:i w:val="0"/>
          <w:color w:val="333333"/>
          <w:sz w:val="19"/>
        </w:rPr>
        <w:t>CM²=1+x²,</w:t>
      </w:r>
    </w:p>
    <w:p>
      <w:pPr>
        <w:spacing w:before="0" w:after="80" w:line="300" w:lineRule="auto"/>
        <w:jc w:val="left"/>
      </w:pPr>
      <w:r>
        <w:rPr>
          <w:rFonts w:ascii="Times New Roman" w:hAnsi="Times New Roman" w:eastAsia="宋体"/>
          <w:b w:val="0"/>
          <w:i w:val="0"/>
          <w:color w:val="333333"/>
          <w:sz w:val="19"/>
        </w:rPr>
        <w:t>MN²=2(1-x)².</w:t>
      </w:r>
    </w:p>
    <w:p>
      <w:pPr>
        <w:spacing w:before="0" w:after="80" w:line="300" w:lineRule="auto"/>
        <w:jc w:val="left"/>
      </w:pPr>
      <w:r>
        <w:rPr>
          <w:rFonts w:ascii="Times New Roman" w:hAnsi="Times New Roman" w:eastAsia="宋体"/>
          <w:b w:val="0"/>
          <w:i w:val="0"/>
          <w:color w:val="333333"/>
          <w:sz w:val="19"/>
        </w:rPr>
        <w:t>Equating these because CMN is equilateral gives x²-4x+1=0. The root in (0,1) is x=2-√(3).</w:t>
      </w:r>
    </w:p>
    <w:p>
      <w:pPr>
        <w:spacing w:before="0" w:after="80" w:line="300" w:lineRule="auto"/>
        <w:jc w:val="left"/>
      </w:pPr>
      <w:r>
        <w:rPr>
          <w:rFonts w:ascii="Times New Roman" w:hAnsi="Times New Roman" w:eastAsia="宋体"/>
          <w:b w:val="0"/>
          <w:i w:val="0"/>
          <w:color w:val="333333"/>
          <w:sz w:val="19"/>
        </w:rPr>
        <w:t>The triangle’s side has square 1+x², so its area is</w:t>
      </w:r>
    </w:p>
    <w:p>
      <w:pPr>
        <w:spacing w:before="0" w:after="80" w:line="300" w:lineRule="auto"/>
        <w:jc w:val="left"/>
      </w:pPr>
      <w:r>
        <w:rPr>
          <w:rFonts w:ascii="Times New Roman" w:hAnsi="Times New Roman" w:eastAsia="宋体"/>
          <w:b w:val="0"/>
          <w:i w:val="0"/>
          <w:color w:val="333333"/>
          <w:sz w:val="19"/>
        </w:rPr>
        <w:t>A_(△)=(√(3))/4(1+x²)</w:t>
      </w:r>
    </w:p>
    <w:p>
      <w:pPr>
        <w:spacing w:before="0" w:after="80" w:line="300" w:lineRule="auto"/>
        <w:jc w:val="left"/>
      </w:pPr>
      <w:r>
        <w:rPr>
          <w:rFonts w:ascii="Times New Roman" w:hAnsi="Times New Roman" w:eastAsia="宋体"/>
          <w:b w:val="0"/>
          <w:i w:val="0"/>
          <w:color w:val="333333"/>
          <w:sz w:val="19"/>
        </w:rPr>
        <w:t>=(√(3))/4 (1+(2-√(3))²)</w:t>
      </w:r>
    </w:p>
    <w:p>
      <w:pPr>
        <w:spacing w:before="0" w:after="80" w:line="300" w:lineRule="auto"/>
        <w:jc w:val="left"/>
      </w:pPr>
      <w:r>
        <w:rPr>
          <w:rFonts w:ascii="Times New Roman" w:hAnsi="Times New Roman" w:eastAsia="宋体"/>
          <w:b w:val="0"/>
          <w:i w:val="0"/>
          <w:color w:val="333333"/>
          <w:sz w:val="19"/>
        </w:rPr>
        <w:t>=2√(3)-3.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D</w:t>
      </w:r>
    </w:p>
    <w:p>
      <w:pPr>
        <w:spacing w:before="0" w:after="80" w:line="300" w:lineRule="auto"/>
        <w:jc w:val="left"/>
      </w:pPr>
      <w:r>
        <w:rPr>
          <w:rFonts w:ascii="Times New Roman" w:hAnsi="Times New Roman" w:eastAsia="宋体"/>
          <w:b w:val="0"/>
          <w:i w:val="0"/>
          <w:sz w:val="21"/>
        </w:rPr>
        <w:t>将五项的分母有理化，得</w:t>
      </w:r>
    </w:p>
    <w:p>
      <w:pPr>
        <w:spacing w:before="0" w:after="80" w:line="300" w:lineRule="auto"/>
        <w:jc w:val="left"/>
      </w:pPr>
      <w:r>
        <w:rPr>
          <w:rFonts w:ascii="Times New Roman" w:hAnsi="Times New Roman" w:eastAsia="宋体"/>
          <w:b w:val="0"/>
          <w:i w:val="0"/>
          <w:sz w:val="21"/>
        </w:rPr>
        <w:t>T=(3+√(8))-(√(8)+√(7))</w:t>
      </w:r>
    </w:p>
    <w:p>
      <w:pPr>
        <w:spacing w:before="0" w:after="80" w:line="300" w:lineRule="auto"/>
        <w:jc w:val="left"/>
      </w:pPr>
      <w:r>
        <w:rPr>
          <w:rFonts w:ascii="Times New Roman" w:hAnsi="Times New Roman" w:eastAsia="宋体"/>
          <w:b w:val="0"/>
          <w:i w:val="0"/>
          <w:sz w:val="21"/>
        </w:rPr>
        <w:t>+(√(7)+√(6))-(√(6)+√(5))</w:t>
      </w:r>
    </w:p>
    <w:p>
      <w:pPr>
        <w:spacing w:before="0" w:after="80" w:line="300" w:lineRule="auto"/>
        <w:jc w:val="left"/>
      </w:pPr>
      <w:r>
        <w:rPr>
          <w:rFonts w:ascii="Times New Roman" w:hAnsi="Times New Roman" w:eastAsia="宋体"/>
          <w:b w:val="0"/>
          <w:i w:val="0"/>
          <w:sz w:val="21"/>
        </w:rPr>
        <w:t>+(√(5)+2)=5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T&gt;2。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Rationalizing the five terms gives</w:t>
      </w:r>
    </w:p>
    <w:p>
      <w:pPr>
        <w:spacing w:before="0" w:after="80" w:line="300" w:lineRule="auto"/>
        <w:jc w:val="left"/>
      </w:pPr>
      <w:r>
        <w:rPr>
          <w:rFonts w:ascii="Times New Roman" w:hAnsi="Times New Roman" w:eastAsia="宋体"/>
          <w:b w:val="0"/>
          <w:i w:val="0"/>
          <w:color w:val="333333"/>
          <w:sz w:val="19"/>
        </w:rPr>
        <w:t>T=(3+√(8))-(√(8)+√(7))</w:t>
      </w:r>
    </w:p>
    <w:p>
      <w:pPr>
        <w:spacing w:before="0" w:after="80" w:line="300" w:lineRule="auto"/>
        <w:jc w:val="left"/>
      </w:pPr>
      <w:r>
        <w:rPr>
          <w:rFonts w:ascii="Times New Roman" w:hAnsi="Times New Roman" w:eastAsia="宋体"/>
          <w:b w:val="0"/>
          <w:i w:val="0"/>
          <w:color w:val="333333"/>
          <w:sz w:val="19"/>
        </w:rPr>
        <w:t>+(√(7)+√(6))-(√(6)+√(5))</w:t>
      </w:r>
    </w:p>
    <w:p>
      <w:pPr>
        <w:spacing w:before="0" w:after="80" w:line="300" w:lineRule="auto"/>
        <w:jc w:val="left"/>
      </w:pPr>
      <w:r>
        <w:rPr>
          <w:rFonts w:ascii="Times New Roman" w:hAnsi="Times New Roman" w:eastAsia="宋体"/>
          <w:b w:val="0"/>
          <w:i w:val="0"/>
          <w:color w:val="333333"/>
          <w:sz w:val="19"/>
        </w:rPr>
        <w:t>+(√(5)+2)=5.</w:t>
      </w:r>
    </w:p>
    <w:p>
      <w:pPr>
        <w:spacing w:before="0" w:after="80" w:line="300" w:lineRule="auto"/>
        <w:jc w:val="left"/>
      </w:pPr>
      <w:r>
        <w:rPr>
          <w:rFonts w:ascii="Times New Roman" w:hAnsi="Times New Roman" w:eastAsia="宋体"/>
          <w:b w:val="0"/>
          <w:i w:val="0"/>
          <w:color w:val="333333"/>
          <w:sz w:val="19"/>
        </w:rPr>
        <w:t>Thus T&gt;2.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B</w:t>
      </w:r>
    </w:p>
    <w:p>
      <w:pPr>
        <w:spacing w:before="0" w:after="80" w:line="300" w:lineRule="auto"/>
        <w:jc w:val="left"/>
      </w:pPr>
      <w:r>
        <w:rPr>
          <w:rFonts w:ascii="Times New Roman" w:hAnsi="Times New Roman" w:eastAsia="宋体"/>
          <w:b w:val="0"/>
          <w:i w:val="0"/>
          <w:sz w:val="21"/>
        </w:rPr>
        <w:t>设首项为 a，公比为 r。由条件可得</w:t>
      </w:r>
    </w:p>
    <w:p>
      <w:pPr>
        <w:spacing w:before="0" w:after="80" w:line="300" w:lineRule="auto"/>
        <w:jc w:val="left"/>
      </w:pPr>
      <w:r>
        <w:rPr>
          <w:rFonts w:ascii="Times New Roman" w:hAnsi="Times New Roman" w:eastAsia="宋体"/>
          <w:b w:val="0"/>
          <w:i w:val="0"/>
          <w:sz w:val="21"/>
        </w:rPr>
        <w:t>ar³(r-1)=576,</w:t>
      </w:r>
    </w:p>
    <w:p>
      <w:pPr>
        <w:spacing w:before="0" w:after="80" w:line="300" w:lineRule="auto"/>
        <w:jc w:val="left"/>
      </w:pPr>
      <w:r>
        <w:rPr>
          <w:rFonts w:ascii="Times New Roman" w:hAnsi="Times New Roman" w:eastAsia="宋体"/>
          <w:b w:val="0"/>
          <w:i w:val="0"/>
          <w:sz w:val="21"/>
        </w:rPr>
        <w:t>a(r-1)=9</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两式相除得 r³=64，所以 r=4。于是 3a=9，从而 a=3。所求和为</w:t>
      </w:r>
    </w:p>
    <w:p>
      <w:pPr>
        <w:spacing w:before="0" w:after="80" w:line="300" w:lineRule="auto"/>
        <w:jc w:val="left"/>
      </w:pPr>
      <w:r>
        <w:rPr>
          <w:rFonts w:ascii="Times New Roman" w:hAnsi="Times New Roman" w:eastAsia="宋体"/>
          <w:b w:val="0"/>
          <w:i w:val="0"/>
          <w:sz w:val="21"/>
        </w:rPr>
        <w:t>S=3(1+4+16+64+256)</w:t>
      </w:r>
    </w:p>
    <w:p>
      <w:pPr>
        <w:spacing w:before="0" w:after="80" w:line="300" w:lineRule="auto"/>
        <w:jc w:val="left"/>
      </w:pPr>
      <w:r>
        <w:rPr>
          <w:rFonts w:ascii="Times New Roman" w:hAnsi="Times New Roman" w:eastAsia="宋体"/>
          <w:b w:val="0"/>
          <w:i w:val="0"/>
          <w:sz w:val="21"/>
        </w:rPr>
        <w:t>=3·341</w:t>
      </w:r>
    </w:p>
    <w:p>
      <w:pPr>
        <w:spacing w:before="0" w:after="80" w:line="300" w:lineRule="auto"/>
        <w:jc w:val="left"/>
      </w:pPr>
      <w:r>
        <w:rPr>
          <w:rFonts w:ascii="Times New Roman" w:hAnsi="Times New Roman" w:eastAsia="宋体"/>
          <w:b w:val="0"/>
          <w:i w:val="0"/>
          <w:sz w:val="21"/>
        </w:rPr>
        <w:t>=1023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first term be a and the ratio be r. The conditions give</w:t>
      </w:r>
    </w:p>
    <w:p>
      <w:pPr>
        <w:spacing w:before="0" w:after="80" w:line="300" w:lineRule="auto"/>
        <w:jc w:val="left"/>
      </w:pPr>
      <w:r>
        <w:rPr>
          <w:rFonts w:ascii="Times New Roman" w:hAnsi="Times New Roman" w:eastAsia="宋体"/>
          <w:b w:val="0"/>
          <w:i w:val="0"/>
          <w:color w:val="333333"/>
          <w:sz w:val="19"/>
        </w:rPr>
        <w:t>ar³(r-1)=576,</w:t>
      </w:r>
    </w:p>
    <w:p>
      <w:pPr>
        <w:spacing w:before="0" w:after="80" w:line="300" w:lineRule="auto"/>
        <w:jc w:val="left"/>
      </w:pPr>
      <w:r>
        <w:rPr>
          <w:rFonts w:ascii="Times New Roman" w:hAnsi="Times New Roman" w:eastAsia="宋体"/>
          <w:b w:val="0"/>
          <w:i w:val="0"/>
          <w:color w:val="333333"/>
          <w:sz w:val="19"/>
        </w:rPr>
        <w:t>a(r-1)=9.</w:t>
      </w:r>
    </w:p>
    <w:p>
      <w:pPr>
        <w:spacing w:before="0" w:after="80" w:line="300" w:lineRule="auto"/>
        <w:jc w:val="left"/>
      </w:pPr>
      <w:r>
        <w:rPr>
          <w:rFonts w:ascii="Times New Roman" w:hAnsi="Times New Roman" w:eastAsia="宋体"/>
          <w:b w:val="0"/>
          <w:i w:val="0"/>
          <w:color w:val="333333"/>
          <w:sz w:val="19"/>
        </w:rPr>
        <w:t>Their quotient gives r³=64, so r=4. Then 3a=9, hence a=3. The sum is</w:t>
      </w:r>
    </w:p>
    <w:p>
      <w:pPr>
        <w:spacing w:before="0" w:after="80" w:line="300" w:lineRule="auto"/>
        <w:jc w:val="left"/>
      </w:pPr>
      <w:r>
        <w:rPr>
          <w:rFonts w:ascii="Times New Roman" w:hAnsi="Times New Roman" w:eastAsia="宋体"/>
          <w:b w:val="0"/>
          <w:i w:val="0"/>
          <w:color w:val="333333"/>
          <w:sz w:val="19"/>
        </w:rPr>
        <w:t>S=3(1+4+16+64+256)</w:t>
      </w:r>
    </w:p>
    <w:p>
      <w:pPr>
        <w:spacing w:before="0" w:after="80" w:line="300" w:lineRule="auto"/>
        <w:jc w:val="left"/>
      </w:pPr>
      <w:r>
        <w:rPr>
          <w:rFonts w:ascii="Times New Roman" w:hAnsi="Times New Roman" w:eastAsia="宋体"/>
          <w:b w:val="0"/>
          <w:i w:val="0"/>
          <w:color w:val="333333"/>
          <w:sz w:val="19"/>
        </w:rPr>
        <w:t>=3·341</w:t>
      </w:r>
    </w:p>
    <w:p>
      <w:pPr>
        <w:spacing w:before="0" w:after="80" w:line="300" w:lineRule="auto"/>
        <w:jc w:val="left"/>
      </w:pPr>
      <w:r>
        <w:rPr>
          <w:rFonts w:ascii="Times New Roman" w:hAnsi="Times New Roman" w:eastAsia="宋体"/>
          <w:b w:val="0"/>
          <w:i w:val="0"/>
          <w:color w:val="333333"/>
          <w:sz w:val="19"/>
        </w:rPr>
        <w:t>=1023.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E</w:t>
      </w:r>
    </w:p>
    <w:p>
      <w:pPr>
        <w:spacing w:before="0" w:after="80" w:line="300" w:lineRule="auto"/>
        <w:jc w:val="left"/>
      </w:pPr>
      <w:r>
        <w:rPr>
          <w:rFonts w:ascii="Times New Roman" w:hAnsi="Times New Roman" w:eastAsia="宋体"/>
          <w:b w:val="0"/>
          <w:i w:val="0"/>
          <w:sz w:val="21"/>
        </w:rPr>
        <w:t>令 u=A/2。则 sin u-√(3)cos u 等于 2sin(u-60°)。当 u-60°=270°+360° n 时取得最小值，所以</w:t>
      </w:r>
    </w:p>
    <w:p>
      <w:pPr>
        <w:spacing w:before="0" w:after="80" w:line="300" w:lineRule="auto"/>
        <w:jc w:val="left"/>
      </w:pPr>
      <w:r>
        <w:rPr>
          <w:rFonts w:ascii="Times New Roman" w:hAnsi="Times New Roman" w:eastAsia="宋体"/>
          <w:b w:val="0"/>
          <w:i w:val="0"/>
          <w:sz w:val="21"/>
        </w:rPr>
        <w:t>A=660°+720° n</w:t>
      </w:r>
    </w:p>
    <w:p>
      <w:pPr>
        <w:spacing w:before="0" w:after="80" w:line="300" w:lineRule="auto"/>
        <w:jc w:val="left"/>
      </w:pPr>
      <w:r>
        <w:rPr>
          <w:rFonts w:ascii="Times New Roman" w:hAnsi="Times New Roman" w:eastAsia="宋体"/>
          <w:b w:val="0"/>
          <w:i w:val="0"/>
          <w:sz w:val="21"/>
        </w:rPr>
        <w:t>其中 n 为整数。前四个选项都不具有这种形式。</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u=A/2. Then sin u-√(3)cos u equals 2sin(u-60°). Its minimum occurs when u-60°=270°+360° n, so</w:t>
      </w:r>
    </w:p>
    <w:p>
      <w:pPr>
        <w:spacing w:before="0" w:after="80" w:line="300" w:lineRule="auto"/>
        <w:jc w:val="left"/>
      </w:pPr>
      <w:r>
        <w:rPr>
          <w:rFonts w:ascii="Times New Roman" w:hAnsi="Times New Roman" w:eastAsia="宋体"/>
          <w:b w:val="0"/>
          <w:i w:val="0"/>
          <w:color w:val="333333"/>
          <w:sz w:val="19"/>
        </w:rPr>
        <w:t>A=660°+720° n</w:t>
      </w:r>
    </w:p>
    <w:p>
      <w:pPr>
        <w:spacing w:before="0" w:after="80" w:line="300" w:lineRule="auto"/>
        <w:jc w:val="left"/>
      </w:pPr>
      <w:r>
        <w:rPr>
          <w:rFonts w:ascii="Times New Roman" w:hAnsi="Times New Roman" w:eastAsia="宋体"/>
          <w:b w:val="0"/>
          <w:i w:val="0"/>
          <w:color w:val="333333"/>
          <w:sz w:val="19"/>
        </w:rPr>
        <w:t>for an integer n. None of the first four choices has this form.</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B</w:t>
      </w:r>
    </w:p>
    <w:p>
      <w:pPr>
        <w:spacing w:before="0" w:after="80" w:line="300" w:lineRule="auto"/>
        <w:jc w:val="left"/>
      </w:pPr>
      <w:r>
        <w:rPr>
          <w:rFonts w:ascii="Times New Roman" w:hAnsi="Times New Roman" w:eastAsia="宋体"/>
          <w:b w:val="0"/>
          <w:i w:val="0"/>
          <w:sz w:val="21"/>
        </w:rPr>
        <w:t>从每个外点出发，到切点的半径构成全等的直角三角形，所以 OP 与 OQ 分别平分两个切线夹角。由于另外两条切线平行，这两个半角之和为 90°，因此 ∠ POQ=90°。</w:t>
      </w:r>
    </w:p>
    <w:p>
      <w:pPr>
        <w:spacing w:before="0" w:after="80" w:line="300" w:lineRule="auto"/>
        <w:jc w:val="left"/>
      </w:pPr>
      <w:r>
        <w:rPr>
          <w:rFonts w:ascii="Times New Roman" w:hAnsi="Times New Roman" w:eastAsia="宋体"/>
          <w:b w:val="0"/>
          <w:i w:val="0"/>
          <w:sz w:val="21"/>
        </w:rPr>
        <w:t>因此 OT''=r 是斜边 PQ 上的高。由同一外点引出的切线段相等，得 PT''=PT=4 和 QT''=QT'=9。由斜边上高的定理，</w:t>
      </w:r>
    </w:p>
    <w:p>
      <w:pPr>
        <w:spacing w:before="0" w:after="80" w:line="300" w:lineRule="auto"/>
        <w:jc w:val="left"/>
      </w:pPr>
      <w:r>
        <w:rPr>
          <w:rFonts w:ascii="Times New Roman" w:hAnsi="Times New Roman" w:eastAsia="宋体"/>
          <w:b w:val="0"/>
          <w:i w:val="0"/>
          <w:sz w:val="21"/>
        </w:rPr>
        <w:t>r²=(PT'')(QT'')=4·9=36，</w:t>
      </w:r>
    </w:p>
    <w:p>
      <w:pPr>
        <w:spacing w:before="0" w:after="80" w:line="300" w:lineRule="auto"/>
        <w:jc w:val="left"/>
      </w:pPr>
      <w:r>
        <w:rPr>
          <w:rFonts w:ascii="Times New Roman" w:hAnsi="Times New Roman" w:eastAsia="宋体"/>
          <w:b w:val="0"/>
          <w:i w:val="0"/>
          <w:sz w:val="21"/>
        </w:rPr>
        <w:t>所以 r=6。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radii to the tangency points make congruent right triangles from each external point, so OP and OQ bisect the two tangent angles. Because the other two tangents are parallel, these half-angles add to 90°; hence ∠ POQ=90°.</w:t>
      </w:r>
    </w:p>
    <w:p>
      <w:pPr>
        <w:spacing w:before="0" w:after="80" w:line="300" w:lineRule="auto"/>
        <w:jc w:val="left"/>
      </w:pPr>
      <w:r>
        <w:rPr>
          <w:rFonts w:ascii="Times New Roman" w:hAnsi="Times New Roman" w:eastAsia="宋体"/>
          <w:b w:val="0"/>
          <w:i w:val="0"/>
          <w:color w:val="333333"/>
          <w:sz w:val="19"/>
        </w:rPr>
        <w:t>Thus OT''=r is the altitude to the hypotenuse PQ. Equal tangent segments give PT''=PT=4 and QT''=QT'=9. The altitude theorem yields</w:t>
      </w:r>
    </w:p>
    <w:p>
      <w:pPr>
        <w:spacing w:before="0" w:after="80" w:line="300" w:lineRule="auto"/>
        <w:jc w:val="left"/>
      </w:pPr>
      <w:r>
        <w:rPr>
          <w:rFonts w:ascii="Times New Roman" w:hAnsi="Times New Roman" w:eastAsia="宋体"/>
          <w:b w:val="0"/>
          <w:i w:val="0"/>
          <w:color w:val="333333"/>
          <w:sz w:val="19"/>
        </w:rPr>
        <w:t>r²=(PT'')(QT'')=4·9=36,</w:t>
      </w:r>
    </w:p>
    <w:p>
      <w:pPr>
        <w:spacing w:before="0" w:after="80" w:line="300" w:lineRule="auto"/>
        <w:jc w:val="left"/>
      </w:pPr>
      <w:r>
        <w:rPr>
          <w:rFonts w:ascii="Times New Roman" w:hAnsi="Times New Roman" w:eastAsia="宋体"/>
          <w:b w:val="0"/>
          <w:i w:val="0"/>
          <w:color w:val="333333"/>
          <w:sz w:val="19"/>
        </w:rPr>
        <w:t>so r=6.</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A</w:t>
      </w:r>
    </w:p>
    <w:p>
      <w:pPr>
        <w:spacing w:before="0" w:after="80" w:line="300" w:lineRule="auto"/>
        <w:jc w:val="left"/>
      </w:pPr>
      <w:r>
        <w:rPr>
          <w:rFonts w:ascii="Times New Roman" w:hAnsi="Times New Roman" w:eastAsia="宋体"/>
          <w:b w:val="0"/>
          <w:i w:val="0"/>
          <w:sz w:val="21"/>
        </w:rPr>
        <w:t>把掷出 5 或 6 记为一次成功，其概率为 1/3。所求概率为</w:t>
      </w:r>
    </w:p>
    <w:p>
      <w:pPr>
        <w:spacing w:before="0" w:after="80" w:line="300" w:lineRule="auto"/>
        <w:jc w:val="left"/>
      </w:pPr>
      <w:r>
        <w:rPr>
          <w:rFonts w:ascii="Times New Roman" w:hAnsi="Times New Roman" w:eastAsia="宋体"/>
          <w:b w:val="0"/>
          <w:i w:val="0"/>
          <w:sz w:val="21"/>
        </w:rPr>
        <w:t>C(6, 5)(1/3)⁵ (2/3) +(1/3)⁶</w:t>
      </w:r>
    </w:p>
    <w:p>
      <w:pPr>
        <w:spacing w:before="0" w:after="80" w:line="300" w:lineRule="auto"/>
        <w:jc w:val="left"/>
      </w:pPr>
      <w:r>
        <w:rPr>
          <w:rFonts w:ascii="Times New Roman" w:hAnsi="Times New Roman" w:eastAsia="宋体"/>
          <w:b w:val="0"/>
          <w:i w:val="0"/>
          <w:sz w:val="21"/>
        </w:rPr>
        <w:t>=12/729+1/729</w:t>
      </w:r>
    </w:p>
    <w:p>
      <w:pPr>
        <w:spacing w:before="0" w:after="80" w:line="300" w:lineRule="auto"/>
        <w:jc w:val="left"/>
      </w:pPr>
      <w:r>
        <w:rPr>
          <w:rFonts w:ascii="Times New Roman" w:hAnsi="Times New Roman" w:eastAsia="宋体"/>
          <w:b w:val="0"/>
          <w:i w:val="0"/>
          <w:sz w:val="21"/>
        </w:rPr>
        <w:t>=13/729</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success be a 5 or 6, so its probability is 1/3. The desired probability is</w:t>
      </w:r>
    </w:p>
    <w:p>
      <w:pPr>
        <w:spacing w:before="0" w:after="80" w:line="300" w:lineRule="auto"/>
        <w:jc w:val="left"/>
      </w:pPr>
      <w:r>
        <w:rPr>
          <w:rFonts w:ascii="Times New Roman" w:hAnsi="Times New Roman" w:eastAsia="宋体"/>
          <w:b w:val="0"/>
          <w:i w:val="0"/>
          <w:color w:val="333333"/>
          <w:sz w:val="19"/>
        </w:rPr>
        <w:t>C(6, 5)(1/3)⁵ (2/3) +(1/3)⁶</w:t>
      </w:r>
    </w:p>
    <w:p>
      <w:pPr>
        <w:spacing w:before="0" w:after="80" w:line="300" w:lineRule="auto"/>
        <w:jc w:val="left"/>
      </w:pPr>
      <w:r>
        <w:rPr>
          <w:rFonts w:ascii="Times New Roman" w:hAnsi="Times New Roman" w:eastAsia="宋体"/>
          <w:b w:val="0"/>
          <w:i w:val="0"/>
          <w:color w:val="333333"/>
          <w:sz w:val="19"/>
        </w:rPr>
        <w:t>=12/729+1/729</w:t>
      </w:r>
    </w:p>
    <w:p>
      <w:pPr>
        <w:spacing w:before="0" w:after="80" w:line="300" w:lineRule="auto"/>
        <w:jc w:val="left"/>
      </w:pPr>
      <w:r>
        <w:rPr>
          <w:rFonts w:ascii="Times New Roman" w:hAnsi="Times New Roman" w:eastAsia="宋体"/>
          <w:b w:val="0"/>
          <w:i w:val="0"/>
          <w:color w:val="333333"/>
          <w:sz w:val="19"/>
        </w:rPr>
        <w:t>=13/729.</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C</w:t>
      </w:r>
    </w:p>
    <w:p>
      <w:pPr>
        <w:spacing w:before="0" w:after="80" w:line="300" w:lineRule="auto"/>
        <w:jc w:val="left"/>
      </w:pPr>
      <w:r>
        <w:rPr>
          <w:rFonts w:ascii="Times New Roman" w:hAnsi="Times New Roman" w:eastAsia="宋体"/>
          <w:b w:val="0"/>
          <w:i w:val="0"/>
          <w:sz w:val="21"/>
        </w:rPr>
        <w:t>选取坐标 A=(0,0)、B=(1,0)、D=(u,v) 和 C=(u+1,v)，于是 k=v。两个中点为</w:t>
      </w:r>
    </w:p>
    <w:p>
      <w:pPr>
        <w:spacing w:before="0" w:after="80" w:line="300" w:lineRule="auto"/>
        <w:jc w:val="left"/>
      </w:pPr>
      <w:r>
        <w:rPr>
          <w:rFonts w:ascii="Times New Roman" w:hAnsi="Times New Roman" w:eastAsia="宋体"/>
          <w:b w:val="0"/>
          <w:i w:val="0"/>
          <w:sz w:val="21"/>
        </w:rPr>
        <w:t>M=(u/2,v/2),</w:t>
      </w:r>
    </w:p>
    <w:p>
      <w:pPr>
        <w:spacing w:before="0" w:after="80" w:line="300" w:lineRule="auto"/>
        <w:jc w:val="left"/>
      </w:pPr>
      <w:r>
        <w:rPr>
          <w:rFonts w:ascii="Times New Roman" w:hAnsi="Times New Roman" w:eastAsia="宋体"/>
          <w:b w:val="0"/>
          <w:i w:val="0"/>
          <w:sz w:val="21"/>
        </w:rPr>
        <w:t>N=(1+u/2,v/2)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将 CM 和 DN 延长至 y=0，可得 Q=(-1,0) 和 P=(2,0)。</w:t>
      </w:r>
    </w:p>
    <w:p>
      <w:pPr>
        <w:spacing w:before="0" w:after="80" w:line="300" w:lineRule="auto"/>
        <w:jc w:val="left"/>
      </w:pPr>
      <w:r>
        <w:rPr>
          <w:rFonts w:ascii="Times New Roman" w:hAnsi="Times New Roman" w:eastAsia="宋体"/>
          <w:b w:val="0"/>
          <w:i w:val="0"/>
          <w:sz w:val="21"/>
        </w:rPr>
        <w:t>将 DP 与 CQ 参数化，可得它们的交点为 O=(3u/4+1/2,3v/4)。因此 QP=3，从 O 到基线的高为 3v/4，所以</w:t>
      </w:r>
    </w:p>
    <w:p>
      <w:pPr>
        <w:spacing w:before="0" w:after="80" w:line="300" w:lineRule="auto"/>
        <w:jc w:val="left"/>
      </w:pPr>
      <w:r>
        <w:rPr>
          <w:rFonts w:ascii="Times New Roman" w:hAnsi="Times New Roman" w:eastAsia="宋体"/>
          <w:b w:val="0"/>
          <w:i w:val="0"/>
          <w:sz w:val="21"/>
        </w:rPr>
        <w:t>[QPO]=1/2(3)(3v/4)</w:t>
      </w:r>
    </w:p>
    <w:p>
      <w:pPr>
        <w:spacing w:before="0" w:after="80" w:line="300" w:lineRule="auto"/>
        <w:jc w:val="left"/>
      </w:pPr>
      <w:r>
        <w:rPr>
          <w:rFonts w:ascii="Times New Roman" w:hAnsi="Times New Roman" w:eastAsia="宋体"/>
          <w:b w:val="0"/>
          <w:i w:val="0"/>
          <w:sz w:val="21"/>
        </w:rPr>
        <w:t>=9v/8=9k/8</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Choose coordinates A=(0,0), B=(1,0), D=(u,v), and C=(u+1,v), so k=v. The midpoints are</w:t>
      </w:r>
    </w:p>
    <w:p>
      <w:pPr>
        <w:spacing w:before="0" w:after="80" w:line="300" w:lineRule="auto"/>
        <w:jc w:val="left"/>
      </w:pPr>
      <w:r>
        <w:rPr>
          <w:rFonts w:ascii="Times New Roman" w:hAnsi="Times New Roman" w:eastAsia="宋体"/>
          <w:b w:val="0"/>
          <w:i w:val="0"/>
          <w:color w:val="333333"/>
          <w:sz w:val="19"/>
        </w:rPr>
        <w:t>M=(u/2,v/2),</w:t>
      </w:r>
    </w:p>
    <w:p>
      <w:pPr>
        <w:spacing w:before="0" w:after="80" w:line="300" w:lineRule="auto"/>
        <w:jc w:val="left"/>
      </w:pPr>
      <w:r>
        <w:rPr>
          <w:rFonts w:ascii="Times New Roman" w:hAnsi="Times New Roman" w:eastAsia="宋体"/>
          <w:b w:val="0"/>
          <w:i w:val="0"/>
          <w:color w:val="333333"/>
          <w:sz w:val="19"/>
        </w:rPr>
        <w:t>N=(1+u/2,v/2).</w:t>
      </w:r>
    </w:p>
    <w:p>
      <w:pPr>
        <w:spacing w:before="0" w:after="80" w:line="300" w:lineRule="auto"/>
        <w:jc w:val="left"/>
      </w:pPr>
      <w:r>
        <w:rPr>
          <w:rFonts w:ascii="Times New Roman" w:hAnsi="Times New Roman" w:eastAsia="宋体"/>
          <w:b w:val="0"/>
          <w:i w:val="0"/>
          <w:color w:val="333333"/>
          <w:sz w:val="19"/>
        </w:rPr>
        <w:t>Extending CM and DN to y=0 gives Q=(-1,0) and P=(2,0).</w:t>
      </w:r>
    </w:p>
    <w:p>
      <w:pPr>
        <w:spacing w:before="0" w:after="80" w:line="300" w:lineRule="auto"/>
        <w:jc w:val="left"/>
      </w:pPr>
      <w:r>
        <w:rPr>
          <w:rFonts w:ascii="Times New Roman" w:hAnsi="Times New Roman" w:eastAsia="宋体"/>
          <w:b w:val="0"/>
          <w:i w:val="0"/>
          <w:color w:val="333333"/>
          <w:sz w:val="19"/>
        </w:rPr>
        <w:t>Parameterizing DP and CQ shows their intersection is O=(3u/4+1/2,3v/4). Thus QP=3 and the height from O is 3v/4, so</w:t>
      </w:r>
    </w:p>
    <w:p>
      <w:pPr>
        <w:spacing w:before="0" w:after="80" w:line="300" w:lineRule="auto"/>
        <w:jc w:val="left"/>
      </w:pPr>
      <w:r>
        <w:rPr>
          <w:rFonts w:ascii="Times New Roman" w:hAnsi="Times New Roman" w:eastAsia="宋体"/>
          <w:b w:val="0"/>
          <w:i w:val="0"/>
          <w:color w:val="333333"/>
          <w:sz w:val="19"/>
        </w:rPr>
        <w:t>[QPO]=1/2(3)(3v/4)</w:t>
      </w:r>
    </w:p>
    <w:p>
      <w:pPr>
        <w:spacing w:before="0" w:after="80" w:line="300" w:lineRule="auto"/>
        <w:jc w:val="left"/>
      </w:pPr>
      <w:r>
        <w:rPr>
          <w:rFonts w:ascii="Times New Roman" w:hAnsi="Times New Roman" w:eastAsia="宋体"/>
          <w:b w:val="0"/>
          <w:i w:val="0"/>
          <w:color w:val="333333"/>
          <w:sz w:val="19"/>
        </w:rPr>
        <w:t>=9v/8=9k/8.</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26 题　答案 C</w:t>
      </w:r>
    </w:p>
    <w:p>
      <w:pPr>
        <w:spacing w:before="0" w:after="80" w:line="300" w:lineRule="auto"/>
        <w:jc w:val="left"/>
      </w:pPr>
      <w:r>
        <w:rPr>
          <w:rFonts w:ascii="Times New Roman" w:hAnsi="Times New Roman" w:eastAsia="宋体"/>
          <w:b w:val="0"/>
          <w:i w:val="0"/>
          <w:sz w:val="21"/>
        </w:rPr>
        <w:t>因为</w:t>
      </w:r>
    </w:p>
    <w:p>
      <w:pPr>
        <w:spacing w:before="0" w:after="80" w:line="300" w:lineRule="auto"/>
        <w:jc w:val="left"/>
      </w:pPr>
      <w:r>
        <w:rPr>
          <w:rFonts w:ascii="Times New Roman" w:hAnsi="Times New Roman" w:eastAsia="宋体"/>
          <w:b w:val="0"/>
          <w:i w:val="0"/>
          <w:sz w:val="21"/>
        </w:rPr>
        <w:t>30⁴=2⁴·3⁴·5⁴，</w:t>
      </w:r>
    </w:p>
    <w:p>
      <w:pPr>
        <w:spacing w:before="0" w:after="80" w:line="300" w:lineRule="auto"/>
        <w:jc w:val="left"/>
      </w:pPr>
      <w:r>
        <w:rPr>
          <w:rFonts w:ascii="Times New Roman" w:hAnsi="Times New Roman" w:eastAsia="宋体"/>
          <w:b w:val="0"/>
          <w:i w:val="0"/>
          <w:sz w:val="21"/>
        </w:rPr>
        <w:t>每个因数都可独立选择三个指数，每个指数取自 0、1、2、3、4。共有 5³=125 个因数。除去 1 和 30⁴，还剩 125-2=123 个。</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w:t>
      </w:r>
    </w:p>
    <w:p>
      <w:pPr>
        <w:spacing w:before="0" w:after="80" w:line="300" w:lineRule="auto"/>
        <w:jc w:val="left"/>
      </w:pPr>
      <w:r>
        <w:rPr>
          <w:rFonts w:ascii="Times New Roman" w:hAnsi="Times New Roman" w:eastAsia="宋体"/>
          <w:b w:val="0"/>
          <w:i w:val="0"/>
          <w:color w:val="333333"/>
          <w:sz w:val="19"/>
        </w:rPr>
        <w:t>30⁴=2⁴·3⁴·5⁴,</w:t>
      </w:r>
    </w:p>
    <w:p>
      <w:pPr>
        <w:spacing w:before="0" w:after="80" w:line="300" w:lineRule="auto"/>
        <w:jc w:val="left"/>
      </w:pPr>
      <w:r>
        <w:rPr>
          <w:rFonts w:ascii="Times New Roman" w:hAnsi="Times New Roman" w:eastAsia="宋体"/>
          <w:b w:val="0"/>
          <w:i w:val="0"/>
          <w:color w:val="333333"/>
          <w:sz w:val="19"/>
        </w:rPr>
        <w:t>a divisor independently chooses each of three exponents from 0, 1, 2, 3, 4. There are 5³=125 divisors. Excluding 1 and 30⁴ leaves 125-2=123.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27 题　答案 A</w:t>
      </w:r>
    </w:p>
    <w:p>
      <w:pPr>
        <w:spacing w:before="0" w:after="80" w:line="300" w:lineRule="auto"/>
        <w:jc w:val="left"/>
      </w:pPr>
      <w:r>
        <w:rPr>
          <w:rFonts w:ascii="Times New Roman" w:hAnsi="Times New Roman" w:eastAsia="宋体"/>
          <w:b w:val="0"/>
          <w:i w:val="0"/>
          <w:sz w:val="21"/>
        </w:rPr>
        <w:t>有</w:t>
      </w:r>
    </w:p>
    <w:p>
      <w:pPr>
        <w:spacing w:before="0" w:after="80" w:line="300" w:lineRule="auto"/>
        <w:jc w:val="left"/>
      </w:pPr>
      <w:r>
        <w:rPr>
          <w:rFonts w:ascii="Times New Roman" w:hAnsi="Times New Roman" w:eastAsia="宋体"/>
          <w:b w:val="0"/>
          <w:i w:val="0"/>
          <w:sz w:val="21"/>
        </w:rPr>
        <w:t>|f(x)+4|=|3x+6|=3|x+2|。</w:t>
      </w:r>
    </w:p>
    <w:p>
      <w:pPr>
        <w:spacing w:before="0" w:after="80" w:line="300" w:lineRule="auto"/>
        <w:jc w:val="left"/>
      </w:pPr>
      <w:r>
        <w:rPr>
          <w:rFonts w:ascii="Times New Roman" w:hAnsi="Times New Roman" w:eastAsia="宋体"/>
          <w:b w:val="0"/>
          <w:i w:val="0"/>
          <w:sz w:val="21"/>
        </w:rPr>
        <w:t>若 |x+2|&lt; b，且 b≤ a/3，则 3|x+2|&lt;3b≤ a，符合要求。若 b&gt; a/3，则可选取 |x+2|，使它严格介于 a/3 与 b 之间，命题便不成立。因此，确切条件是 b≤ a/3。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w:t>
      </w:r>
    </w:p>
    <w:p>
      <w:pPr>
        <w:spacing w:before="0" w:after="80" w:line="300" w:lineRule="auto"/>
        <w:jc w:val="left"/>
      </w:pPr>
      <w:r>
        <w:rPr>
          <w:rFonts w:ascii="Times New Roman" w:hAnsi="Times New Roman" w:eastAsia="宋体"/>
          <w:b w:val="0"/>
          <w:i w:val="0"/>
          <w:color w:val="333333"/>
          <w:sz w:val="19"/>
        </w:rPr>
        <w:t>|f(x)+4|=|3x+6|=3|x+2|.</w:t>
      </w:r>
    </w:p>
    <w:p>
      <w:pPr>
        <w:spacing w:before="0" w:after="80" w:line="300" w:lineRule="auto"/>
        <w:jc w:val="left"/>
      </w:pPr>
      <w:r>
        <w:rPr>
          <w:rFonts w:ascii="Times New Roman" w:hAnsi="Times New Roman" w:eastAsia="宋体"/>
          <w:b w:val="0"/>
          <w:i w:val="0"/>
          <w:color w:val="333333"/>
          <w:sz w:val="19"/>
        </w:rPr>
        <w:t>If |x+2|&lt; b and b≤ a/3, then 3|x+2|&lt;3b≤ a, as required. If b&gt; a/3, one can choose |x+2| strictly between a/3 and b, so the statement fails. Thus the exact condition is b≤ a/3.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28 题　答案 D</w:t>
      </w:r>
    </w:p>
    <w:p>
      <w:pPr>
        <w:spacing w:before="0" w:after="80" w:line="300" w:lineRule="auto"/>
        <w:jc w:val="left"/>
      </w:pPr>
      <w:r>
        <w:rPr>
          <w:rFonts w:ascii="Times New Roman" w:hAnsi="Times New Roman" w:eastAsia="宋体"/>
          <w:b w:val="0"/>
          <w:i w:val="0"/>
          <w:sz w:val="21"/>
        </w:rPr>
        <w:t>若 a₁=0，则</w:t>
      </w:r>
    </w:p>
    <w:p>
      <w:pPr>
        <w:spacing w:before="0" w:after="80" w:line="300" w:lineRule="auto"/>
        <w:jc w:val="left"/>
      </w:pPr>
      <w:r>
        <w:rPr>
          <w:rFonts w:ascii="Times New Roman" w:hAnsi="Times New Roman" w:eastAsia="宋体"/>
          <w:b w:val="0"/>
          <w:i w:val="0"/>
          <w:sz w:val="21"/>
        </w:rPr>
        <w:t>0≤ x≤Σₙ₌₂²⁵2/3ⁿ &lt;Σₙ₌₂^(∞)2/3ⁿ=1/3。</w:t>
      </w:r>
    </w:p>
    <w:p>
      <w:pPr>
        <w:spacing w:before="0" w:after="80" w:line="300" w:lineRule="auto"/>
        <w:jc w:val="left"/>
      </w:pPr>
      <w:r>
        <w:rPr>
          <w:rFonts w:ascii="Times New Roman" w:hAnsi="Times New Roman" w:eastAsia="宋体"/>
          <w:b w:val="0"/>
          <w:i w:val="0"/>
          <w:sz w:val="21"/>
        </w:rPr>
        <w:t>若 a₁=2，则 x≥2/3，同时</w:t>
      </w:r>
    </w:p>
    <w:p>
      <w:pPr>
        <w:spacing w:before="0" w:after="80" w:line="300" w:lineRule="auto"/>
        <w:jc w:val="left"/>
      </w:pPr>
      <w:r>
        <w:rPr>
          <w:rFonts w:ascii="Times New Roman" w:hAnsi="Times New Roman" w:eastAsia="宋体"/>
          <w:b w:val="0"/>
          <w:i w:val="0"/>
          <w:sz w:val="21"/>
        </w:rPr>
        <w:t>x≤Σₙ₌₁²⁵2/3ⁿ &lt;Σₙ₌₁^(∞)2/3ⁿ=1。</w:t>
      </w:r>
    </w:p>
    <w:p>
      <w:pPr>
        <w:spacing w:before="0" w:after="80" w:line="300" w:lineRule="auto"/>
        <w:jc w:val="left"/>
      </w:pPr>
      <w:r>
        <w:rPr>
          <w:rFonts w:ascii="Times New Roman" w:hAnsi="Times New Roman" w:eastAsia="宋体"/>
          <w:b w:val="0"/>
          <w:i w:val="0"/>
          <w:sz w:val="21"/>
        </w:rPr>
        <w:t>因此，每个这样的 x 都位于所述两个外侧三等分区间之一。</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a₁=0, then</w:t>
      </w:r>
    </w:p>
    <w:p>
      <w:pPr>
        <w:spacing w:before="0" w:after="80" w:line="300" w:lineRule="auto"/>
        <w:jc w:val="left"/>
      </w:pPr>
      <w:r>
        <w:rPr>
          <w:rFonts w:ascii="Times New Roman" w:hAnsi="Times New Roman" w:eastAsia="宋体"/>
          <w:b w:val="0"/>
          <w:i w:val="0"/>
          <w:color w:val="333333"/>
          <w:sz w:val="19"/>
        </w:rPr>
        <w:t>0≤ x≤Σₙ₌₂²⁵2/3ⁿ &lt;Σₙ₌₂^(∞)2/3ⁿ=1/3.</w:t>
      </w:r>
    </w:p>
    <w:p>
      <w:pPr>
        <w:spacing w:before="0" w:after="80" w:line="300" w:lineRule="auto"/>
        <w:jc w:val="left"/>
      </w:pPr>
      <w:r>
        <w:rPr>
          <w:rFonts w:ascii="Times New Roman" w:hAnsi="Times New Roman" w:eastAsia="宋体"/>
          <w:b w:val="0"/>
          <w:i w:val="0"/>
          <w:color w:val="333333"/>
          <w:sz w:val="19"/>
        </w:rPr>
        <w:t>If a₁=2, then x≥2/3, while</w:t>
      </w:r>
    </w:p>
    <w:p>
      <w:pPr>
        <w:spacing w:before="0" w:after="80" w:line="300" w:lineRule="auto"/>
        <w:jc w:val="left"/>
      </w:pPr>
      <w:r>
        <w:rPr>
          <w:rFonts w:ascii="Times New Roman" w:hAnsi="Times New Roman" w:eastAsia="宋体"/>
          <w:b w:val="0"/>
          <w:i w:val="0"/>
          <w:color w:val="333333"/>
          <w:sz w:val="19"/>
        </w:rPr>
        <w:t>x≤Σₙ₌₁²⁵2/3ⁿ &lt;Σₙ₌₁^(∞)2/3ⁿ=1.</w:t>
      </w:r>
    </w:p>
    <w:p>
      <w:pPr>
        <w:spacing w:before="0" w:after="80" w:line="300" w:lineRule="auto"/>
        <w:jc w:val="left"/>
      </w:pPr>
      <w:r>
        <w:rPr>
          <w:rFonts w:ascii="Times New Roman" w:hAnsi="Times New Roman" w:eastAsia="宋体"/>
          <w:b w:val="0"/>
          <w:i w:val="0"/>
          <w:color w:val="333333"/>
          <w:sz w:val="19"/>
        </w:rPr>
        <w:t>Hence every such x lies in one of the two stated outer thirds.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29 题　答案 B</w:t>
      </w:r>
    </w:p>
    <w:p>
      <w:pPr>
        <w:spacing w:before="0" w:after="80" w:line="300" w:lineRule="auto"/>
        <w:jc w:val="left"/>
      </w:pPr>
      <w:r>
        <w:rPr>
          <w:rFonts w:ascii="Times New Roman" w:hAnsi="Times New Roman" w:eastAsia="宋体"/>
          <w:b w:val="0"/>
          <w:i w:val="0"/>
          <w:sz w:val="21"/>
        </w:rPr>
        <w:t>对每个 p，</w:t>
      </w:r>
    </w:p>
    <w:p>
      <w:pPr>
        <w:spacing w:before="0" w:after="80" w:line="300" w:lineRule="auto"/>
        <w:jc w:val="left"/>
      </w:pPr>
      <w:r>
        <w:rPr>
          <w:rFonts w:ascii="Times New Roman" w:hAnsi="Times New Roman" w:eastAsia="宋体"/>
          <w:b w:val="0"/>
          <w:i w:val="0"/>
          <w:sz w:val="21"/>
        </w:rPr>
        <w:t>Sₚ=40/2 (2p+39(2p-1))</w:t>
      </w:r>
    </w:p>
    <w:p>
      <w:pPr>
        <w:spacing w:before="0" w:after="80" w:line="300" w:lineRule="auto"/>
        <w:jc w:val="left"/>
      </w:pPr>
      <w:r>
        <w:rPr>
          <w:rFonts w:ascii="Times New Roman" w:hAnsi="Times New Roman" w:eastAsia="宋体"/>
          <w:b w:val="0"/>
          <w:i w:val="0"/>
          <w:sz w:val="21"/>
        </w:rPr>
        <w:t>=1600p-780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由于 1+2+⋯+10=55，所以</w:t>
      </w:r>
    </w:p>
    <w:p>
      <w:pPr>
        <w:spacing w:before="0" w:after="80" w:line="300" w:lineRule="auto"/>
        <w:jc w:val="left"/>
      </w:pPr>
      <w:r>
        <w:rPr>
          <w:rFonts w:ascii="Times New Roman" w:hAnsi="Times New Roman" w:eastAsia="宋体"/>
          <w:b w:val="0"/>
          <w:i w:val="0"/>
          <w:sz w:val="21"/>
        </w:rPr>
        <w:t>Σₚ₌₁¹⁰Sₚ =1600(55)-7800</w:t>
      </w:r>
    </w:p>
    <w:p>
      <w:pPr>
        <w:spacing w:before="0" w:after="80" w:line="300" w:lineRule="auto"/>
        <w:jc w:val="left"/>
      </w:pPr>
      <w:r>
        <w:rPr>
          <w:rFonts w:ascii="Times New Roman" w:hAnsi="Times New Roman" w:eastAsia="宋体"/>
          <w:b w:val="0"/>
          <w:i w:val="0"/>
          <w:sz w:val="21"/>
        </w:rPr>
        <w:t>=80,200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each p,</w:t>
      </w:r>
    </w:p>
    <w:p>
      <w:pPr>
        <w:spacing w:before="0" w:after="80" w:line="300" w:lineRule="auto"/>
        <w:jc w:val="left"/>
      </w:pPr>
      <w:r>
        <w:rPr>
          <w:rFonts w:ascii="Times New Roman" w:hAnsi="Times New Roman" w:eastAsia="宋体"/>
          <w:b w:val="0"/>
          <w:i w:val="0"/>
          <w:color w:val="333333"/>
          <w:sz w:val="19"/>
        </w:rPr>
        <w:t>Sₚ=40/2 (2p+39(2p-1))</w:t>
      </w:r>
    </w:p>
    <w:p>
      <w:pPr>
        <w:spacing w:before="0" w:after="80" w:line="300" w:lineRule="auto"/>
        <w:jc w:val="left"/>
      </w:pPr>
      <w:r>
        <w:rPr>
          <w:rFonts w:ascii="Times New Roman" w:hAnsi="Times New Roman" w:eastAsia="宋体"/>
          <w:b w:val="0"/>
          <w:i w:val="0"/>
          <w:color w:val="333333"/>
          <w:sz w:val="19"/>
        </w:rPr>
        <w:t>=1600p-780.</w:t>
      </w:r>
    </w:p>
    <w:p>
      <w:pPr>
        <w:spacing w:before="0" w:after="80" w:line="300" w:lineRule="auto"/>
        <w:jc w:val="left"/>
      </w:pPr>
      <w:r>
        <w:rPr>
          <w:rFonts w:ascii="Times New Roman" w:hAnsi="Times New Roman" w:eastAsia="宋体"/>
          <w:b w:val="0"/>
          <w:i w:val="0"/>
          <w:color w:val="333333"/>
          <w:sz w:val="19"/>
        </w:rPr>
        <w:t>Since 1+2+⋯+10=55, therefore</w:t>
      </w:r>
    </w:p>
    <w:p>
      <w:pPr>
        <w:spacing w:before="0" w:after="80" w:line="300" w:lineRule="auto"/>
        <w:jc w:val="left"/>
      </w:pPr>
      <w:r>
        <w:rPr>
          <w:rFonts w:ascii="Times New Roman" w:hAnsi="Times New Roman" w:eastAsia="宋体"/>
          <w:b w:val="0"/>
          <w:i w:val="0"/>
          <w:color w:val="333333"/>
          <w:sz w:val="19"/>
        </w:rPr>
        <w:t>Σₚ₌₁¹⁰Sₚ =1600(55)-7800</w:t>
      </w:r>
    </w:p>
    <w:p>
      <w:pPr>
        <w:spacing w:before="0" w:after="80" w:line="300" w:lineRule="auto"/>
        <w:jc w:val="left"/>
      </w:pPr>
      <w:r>
        <w:rPr>
          <w:rFonts w:ascii="Times New Roman" w:hAnsi="Times New Roman" w:eastAsia="宋体"/>
          <w:b w:val="0"/>
          <w:i w:val="0"/>
          <w:color w:val="333333"/>
          <w:sz w:val="19"/>
        </w:rPr>
        <w:t>=80,200.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30 题　答案 A</w:t>
      </w:r>
    </w:p>
    <w:p>
      <w:pPr>
        <w:spacing w:before="0" w:after="80" w:line="300" w:lineRule="auto"/>
        <w:jc w:val="left"/>
      </w:pPr>
      <w:r>
        <w:rPr>
          <w:rFonts w:ascii="Times New Roman" w:hAnsi="Times New Roman" w:eastAsia="宋体"/>
          <w:b w:val="0"/>
          <w:i w:val="0"/>
          <w:sz w:val="21"/>
        </w:rPr>
        <w:t>将较长部分缩放为 1，则较短部分为 R。由条件得 R=1/1+R，所以</w:t>
      </w:r>
    </w:p>
    <w:p>
      <w:pPr>
        <w:spacing w:before="0" w:after="80" w:line="300" w:lineRule="auto"/>
        <w:jc w:val="left"/>
      </w:pPr>
      <w:r>
        <w:rPr>
          <w:rFonts w:ascii="Times New Roman" w:hAnsi="Times New Roman" w:eastAsia="宋体"/>
          <w:b w:val="0"/>
          <w:i w:val="0"/>
          <w:sz w:val="21"/>
        </w:rPr>
        <w:t>R²+R=1, R⁻¹=R+1。</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R²+R⁻¹=R²+R+1=2。</w:t>
      </w:r>
    </w:p>
    <w:p>
      <w:pPr>
        <w:spacing w:before="0" w:after="80" w:line="300" w:lineRule="auto"/>
        <w:jc w:val="left"/>
      </w:pPr>
      <w:r>
        <w:rPr>
          <w:rFonts w:ascii="Times New Roman" w:hAnsi="Times New Roman" w:eastAsia="宋体"/>
          <w:b w:val="0"/>
          <w:i w:val="0"/>
          <w:sz w:val="21"/>
        </w:rPr>
        <w:t>从内向外化简，最外层 R 的指数变为</w:t>
      </w:r>
    </w:p>
    <w:p>
      <w:pPr>
        <w:spacing w:before="0" w:after="80" w:line="300" w:lineRule="auto"/>
        <w:jc w:val="left"/>
      </w:pPr>
      <w:r>
        <w:rPr>
          <w:rFonts w:ascii="Times New Roman" w:hAnsi="Times New Roman" w:eastAsia="宋体"/>
          <w:b w:val="0"/>
          <w:i w:val="0"/>
          <w:sz w:val="21"/>
        </w:rPr>
        <w:t>R^(R²+R⁻¹)+R⁻¹ =R²+R⁻¹</w:t>
      </w:r>
    </w:p>
    <w:p>
      <w:pPr>
        <w:spacing w:before="0" w:after="80" w:line="300" w:lineRule="auto"/>
        <w:jc w:val="left"/>
      </w:pPr>
      <w:r>
        <w:rPr>
          <w:rFonts w:ascii="Times New Roman" w:hAnsi="Times New Roman" w:eastAsia="宋体"/>
          <w:b w:val="0"/>
          <w:i w:val="0"/>
          <w:sz w:val="21"/>
        </w:rPr>
        <w:t>=2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所以整个表达式为 R²+R⁻¹=2。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Scale the greater part to 1, making the lesser part R. The condition gives R=1/1+R, so</w:t>
      </w:r>
    </w:p>
    <w:p>
      <w:pPr>
        <w:spacing w:before="0" w:after="80" w:line="300" w:lineRule="auto"/>
        <w:jc w:val="left"/>
      </w:pPr>
      <w:r>
        <w:rPr>
          <w:rFonts w:ascii="Times New Roman" w:hAnsi="Times New Roman" w:eastAsia="宋体"/>
          <w:b w:val="0"/>
          <w:i w:val="0"/>
          <w:color w:val="333333"/>
          <w:sz w:val="19"/>
        </w:rPr>
        <w:t>R²+R=1, R⁻¹=R+1.</w:t>
      </w:r>
    </w:p>
    <w:p>
      <w:pPr>
        <w:spacing w:before="0" w:after="80" w:line="300" w:lineRule="auto"/>
        <w:jc w:val="left"/>
      </w:pPr>
      <w:r>
        <w:rPr>
          <w:rFonts w:ascii="Times New Roman" w:hAnsi="Times New Roman" w:eastAsia="宋体"/>
          <w:b w:val="0"/>
          <w:i w:val="0"/>
          <w:color w:val="333333"/>
          <w:sz w:val="19"/>
        </w:rPr>
        <w:t>Consequently</w:t>
      </w:r>
    </w:p>
    <w:p>
      <w:pPr>
        <w:spacing w:before="0" w:after="80" w:line="300" w:lineRule="auto"/>
        <w:jc w:val="left"/>
      </w:pPr>
      <w:r>
        <w:rPr>
          <w:rFonts w:ascii="Times New Roman" w:hAnsi="Times New Roman" w:eastAsia="宋体"/>
          <w:b w:val="0"/>
          <w:i w:val="0"/>
          <w:color w:val="333333"/>
          <w:sz w:val="19"/>
        </w:rPr>
        <w:t>R²+R⁻¹=R²+R+1=2.</w:t>
      </w:r>
    </w:p>
    <w:p>
      <w:pPr>
        <w:spacing w:before="0" w:after="80" w:line="300" w:lineRule="auto"/>
        <w:jc w:val="left"/>
      </w:pPr>
      <w:r>
        <w:rPr>
          <w:rFonts w:ascii="Times New Roman" w:hAnsi="Times New Roman" w:eastAsia="宋体"/>
          <w:b w:val="0"/>
          <w:i w:val="0"/>
          <w:color w:val="333333"/>
          <w:sz w:val="19"/>
        </w:rPr>
        <w:t>Working outward, the exponent of the outer R becomes</w:t>
      </w:r>
    </w:p>
    <w:p>
      <w:pPr>
        <w:spacing w:before="0" w:after="80" w:line="300" w:lineRule="auto"/>
        <w:jc w:val="left"/>
      </w:pPr>
      <w:r>
        <w:rPr>
          <w:rFonts w:ascii="Times New Roman" w:hAnsi="Times New Roman" w:eastAsia="宋体"/>
          <w:b w:val="0"/>
          <w:i w:val="0"/>
          <w:color w:val="333333"/>
          <w:sz w:val="19"/>
        </w:rPr>
        <w:t>R^(R²+R⁻¹)+R⁻¹ =R²+R⁻¹</w:t>
      </w:r>
    </w:p>
    <w:p>
      <w:pPr>
        <w:spacing w:before="0" w:after="80" w:line="300" w:lineRule="auto"/>
        <w:jc w:val="left"/>
      </w:pPr>
      <w:r>
        <w:rPr>
          <w:rFonts w:ascii="Times New Roman" w:hAnsi="Times New Roman" w:eastAsia="宋体"/>
          <w:b w:val="0"/>
          <w:i w:val="0"/>
          <w:color w:val="333333"/>
          <w:sz w:val="19"/>
        </w:rPr>
        <w:t>=2.</w:t>
      </w:r>
    </w:p>
    <w:p>
      <w:pPr>
        <w:spacing w:before="0" w:after="80" w:line="300" w:lineRule="auto"/>
        <w:jc w:val="left"/>
      </w:pPr>
      <w:r>
        <w:rPr>
          <w:rFonts w:ascii="Times New Roman" w:hAnsi="Times New Roman" w:eastAsia="宋体"/>
          <w:b w:val="0"/>
          <w:i w:val="0"/>
          <w:color w:val="333333"/>
          <w:sz w:val="19"/>
        </w:rPr>
        <w:t>The whole expression is therefore R²+R⁻¹=2.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