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1972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35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四个三角形 I、II、III 和 IV 的三边长度（单位：英寸）如下：</w:t>
      </w:r>
    </w:p>
    <w:p>
      <w:pPr>
        <w:spacing w:before="0" w:after="80" w:line="300" w:lineRule="auto"/>
        <w:jc w:val="left"/>
      </w:pPr>
      <w:r>
        <w:rPr>
          <w:rFonts w:ascii="Times New Roman" w:hAnsi="Times New Roman" w:eastAsia="宋体"/>
          <w:b w:val="0"/>
          <w:i w:val="0"/>
          <w:sz w:val="21"/>
        </w:rPr>
        <w:t>I 3,4,5</w:t>
      </w:r>
    </w:p>
    <w:p>
      <w:pPr>
        <w:spacing w:before="0" w:after="80" w:line="300" w:lineRule="auto"/>
        <w:jc w:val="left"/>
      </w:pPr>
      <w:r>
        <w:rPr>
          <w:rFonts w:ascii="Times New Roman" w:hAnsi="Times New Roman" w:eastAsia="宋体"/>
          <w:b w:val="0"/>
          <w:i w:val="0"/>
          <w:sz w:val="21"/>
        </w:rPr>
        <w:t>II 4,71/2,81/2</w:t>
      </w:r>
    </w:p>
    <w:p>
      <w:pPr>
        <w:spacing w:before="0" w:after="80" w:line="300" w:lineRule="auto"/>
        <w:jc w:val="left"/>
      </w:pPr>
      <w:r>
        <w:rPr>
          <w:rFonts w:ascii="Times New Roman" w:hAnsi="Times New Roman" w:eastAsia="宋体"/>
          <w:b w:val="0"/>
          <w:i w:val="0"/>
          <w:sz w:val="21"/>
        </w:rPr>
        <w:t>III 7,24,25</w:t>
      </w:r>
    </w:p>
    <w:p>
      <w:pPr>
        <w:spacing w:before="0" w:after="80" w:line="300" w:lineRule="auto"/>
        <w:jc w:val="left"/>
      </w:pPr>
      <w:r>
        <w:rPr>
          <w:rFonts w:ascii="Times New Roman" w:hAnsi="Times New Roman" w:eastAsia="宋体"/>
          <w:b w:val="0"/>
          <w:i w:val="0"/>
          <w:sz w:val="21"/>
        </w:rPr>
        <w:t>IV 31/2,41/2,51/2</w:t>
      </w:r>
    </w:p>
    <w:p>
      <w:pPr>
        <w:spacing w:before="0" w:after="80" w:line="300" w:lineRule="auto"/>
        <w:jc w:val="left"/>
      </w:pPr>
      <w:r>
        <w:rPr>
          <w:rFonts w:ascii="Times New Roman" w:hAnsi="Times New Roman" w:eastAsia="宋体"/>
          <w:b w:val="0"/>
          <w:i w:val="0"/>
          <w:sz w:val="21"/>
        </w:rPr>
        <w:t>其中仅有的直角三角形是：</w:t>
      </w:r>
    </w:p>
    <w:p>
      <w:pPr>
        <w:spacing w:before="0" w:after="120" w:line="300" w:lineRule="auto"/>
      </w:pPr>
      <w:r>
        <w:rPr>
          <w:rFonts w:ascii="Times New Roman" w:hAnsi="Times New Roman" w:eastAsia="宋体"/>
          <w:b w:val="0"/>
          <w:i w:val="0"/>
          <w:sz w:val="21"/>
        </w:rPr>
        <w:t>（A）I 和 II　　（B）I 和 III　　（C）I 和 IV　　（D）I、II 和</w:t>
        <w:br/>
        <w:t>III　　（E）I、II 和 IV</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lengths in inches of the three sides of each of four triangles I, II, III, and IV are as follows:</w:t>
      </w:r>
    </w:p>
    <w:p>
      <w:pPr>
        <w:spacing w:before="0" w:after="80" w:line="300" w:lineRule="auto"/>
        <w:jc w:val="left"/>
      </w:pPr>
      <w:r>
        <w:rPr>
          <w:rFonts w:ascii="Times New Roman" w:hAnsi="Times New Roman" w:eastAsia="宋体"/>
          <w:b w:val="0"/>
          <w:i w:val="0"/>
          <w:color w:val="333333"/>
          <w:sz w:val="19"/>
        </w:rPr>
        <w:t>I 3,4,5</w:t>
      </w:r>
    </w:p>
    <w:p>
      <w:pPr>
        <w:spacing w:before="0" w:after="80" w:line="300" w:lineRule="auto"/>
        <w:jc w:val="left"/>
      </w:pPr>
      <w:r>
        <w:rPr>
          <w:rFonts w:ascii="Times New Roman" w:hAnsi="Times New Roman" w:eastAsia="宋体"/>
          <w:b w:val="0"/>
          <w:i w:val="0"/>
          <w:color w:val="333333"/>
          <w:sz w:val="19"/>
        </w:rPr>
        <w:t>II 4,71/2,81/2</w:t>
      </w:r>
    </w:p>
    <w:p>
      <w:pPr>
        <w:spacing w:before="0" w:after="80" w:line="300" w:lineRule="auto"/>
        <w:jc w:val="left"/>
      </w:pPr>
      <w:r>
        <w:rPr>
          <w:rFonts w:ascii="Times New Roman" w:hAnsi="Times New Roman" w:eastAsia="宋体"/>
          <w:b w:val="0"/>
          <w:i w:val="0"/>
          <w:color w:val="333333"/>
          <w:sz w:val="19"/>
        </w:rPr>
        <w:t>III 7,24,25</w:t>
      </w:r>
    </w:p>
    <w:p>
      <w:pPr>
        <w:spacing w:before="0" w:after="80" w:line="300" w:lineRule="auto"/>
        <w:jc w:val="left"/>
      </w:pPr>
      <w:r>
        <w:rPr>
          <w:rFonts w:ascii="Times New Roman" w:hAnsi="Times New Roman" w:eastAsia="宋体"/>
          <w:b w:val="0"/>
          <w:i w:val="0"/>
          <w:color w:val="333333"/>
          <w:sz w:val="19"/>
        </w:rPr>
        <w:t>IV 31/2,41/2,51/2</w:t>
      </w:r>
    </w:p>
    <w:p>
      <w:pPr>
        <w:spacing w:before="0" w:after="80" w:line="300" w:lineRule="auto"/>
        <w:jc w:val="left"/>
      </w:pPr>
      <w:r>
        <w:rPr>
          <w:rFonts w:ascii="Times New Roman" w:hAnsi="Times New Roman" w:eastAsia="宋体"/>
          <w:b w:val="0"/>
          <w:i w:val="0"/>
          <w:color w:val="333333"/>
          <w:sz w:val="19"/>
        </w:rPr>
        <w:t>Of these four given triangles, the only right triangles are:</w:t>
      </w:r>
    </w:p>
    <w:p>
      <w:pPr>
        <w:spacing w:before="0" w:after="160" w:line="300" w:lineRule="auto"/>
      </w:pPr>
      <w:r>
        <w:rPr>
          <w:rFonts w:ascii="Times New Roman" w:hAnsi="Times New Roman" w:eastAsia="宋体"/>
          <w:b w:val="0"/>
          <w:i w:val="0"/>
          <w:color w:val="333333"/>
          <w:sz w:val="19"/>
        </w:rPr>
        <w:t>(A) I and II　　(B) I and III　　(C) I and IV　　(D) I, II, and</w:t>
        <w:br/>
        <w:t>III　　(E) I, II, and IV</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若一名经销商能把进货成本降低 8%，同时保持售价不变，那么按成本计算的利润率会从目前的 x% 提高到 (x+10)%。则目前的利润率是：</w:t>
      </w:r>
    </w:p>
    <w:p>
      <w:pPr>
        <w:spacing w:before="0" w:after="120" w:line="300" w:lineRule="auto"/>
      </w:pPr>
      <w:r>
        <w:rPr>
          <w:rFonts w:ascii="Times New Roman" w:hAnsi="Times New Roman" w:eastAsia="宋体"/>
          <w:b w:val="0"/>
          <w:i w:val="0"/>
          <w:sz w:val="21"/>
        </w:rPr>
        <w:t>（A）12%　　（B）15%　　（C）30%　　（D）50%　　（E）75%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dealer could get his goods for 8% less while keeping his selling price fixed, his profit, based on cost, would be increased to (x+10)% from his present profit of x%, which is:</w:t>
      </w:r>
    </w:p>
    <w:p>
      <w:pPr>
        <w:spacing w:before="0" w:after="160" w:line="300" w:lineRule="auto"/>
      </w:pPr>
      <w:r>
        <w:rPr>
          <w:rFonts w:ascii="Times New Roman" w:hAnsi="Times New Roman" w:eastAsia="宋体"/>
          <w:b w:val="0"/>
          <w:i w:val="0"/>
          <w:color w:val="333333"/>
          <w:sz w:val="19"/>
        </w:rPr>
        <w:t>(A) 12%　　(B) 15%　　(C) 30%　　(D) 50%　　(E) 75%</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若 x=(1-i√(3))/2，其中 i=√(-1)，则 1/x²-x 等于：</w:t>
      </w:r>
    </w:p>
    <w:p>
      <w:pPr>
        <w:spacing w:before="0" w:after="120" w:line="300" w:lineRule="auto"/>
      </w:pPr>
      <w:r>
        <w:rPr>
          <w:rFonts w:ascii="Times New Roman" w:hAnsi="Times New Roman" w:eastAsia="宋体"/>
          <w:b w:val="0"/>
          <w:i w:val="0"/>
          <w:sz w:val="21"/>
        </w:rPr>
        <w:t>（A）-2　　（B）-1　　（C）1+i√(3)　　（D）1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x=(1-i√(3))/2, where i=√(-1), then 1/x²-x is equal to:</w:t>
      </w:r>
    </w:p>
    <w:p>
      <w:pPr>
        <w:spacing w:before="0" w:after="160" w:line="300" w:lineRule="auto"/>
      </w:pPr>
      <w:r>
        <w:rPr>
          <w:rFonts w:ascii="Times New Roman" w:hAnsi="Times New Roman" w:eastAsia="宋体"/>
          <w:b w:val="0"/>
          <w:i w:val="0"/>
          <w:color w:val="333333"/>
          <w:sz w:val="19"/>
        </w:rPr>
        <w:t>(A) -2　　(B) -1　　(C) 1+i√(3)　　(D) 1　　(E) 2</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设 X 是 {1,2,3,4,5} 的子集。满足 {1,2}subseteq Xsubseteq{1,2,3,4,5} 的这类集合共有：</w:t>
      </w:r>
    </w:p>
    <w:p>
      <w:pPr>
        <w:spacing w:before="0" w:after="120" w:line="300" w:lineRule="auto"/>
      </w:pPr>
      <w:r>
        <w:rPr>
          <w:rFonts w:ascii="Times New Roman" w:hAnsi="Times New Roman" w:eastAsia="宋体"/>
          <w:b w:val="0"/>
          <w:i w:val="0"/>
          <w:sz w:val="21"/>
        </w:rPr>
        <w:t>（A）2　　（B）4　　（C）6　　（D）8　　（E）以上皆非</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solutions to {1,2}subseteq Xsubseteq{1,2,3,4,5}, where X is a subset of {1,2,3,4,5}, is:</w:t>
      </w:r>
    </w:p>
    <w:p>
      <w:pPr>
        <w:spacing w:before="0" w:after="160" w:line="300" w:lineRule="auto"/>
      </w:pPr>
      <w:r>
        <w:rPr>
          <w:rFonts w:ascii="Times New Roman" w:hAnsi="Times New Roman" w:eastAsia="宋体"/>
          <w:b w:val="0"/>
          <w:i w:val="0"/>
          <w:color w:val="333333"/>
          <w:sz w:val="19"/>
        </w:rPr>
        <w:t>(A) 2　　(B) 4　　(C) 6　　(D) 8　　(E) None of these</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在 2^(1/2)、3^(1/3)、8^(1/8)、9^(1/9) 中，数值最大和第二大的数依次是：</w:t>
      </w:r>
    </w:p>
    <w:p>
      <w:pPr>
        <w:spacing w:before="0" w:after="120" w:line="300" w:lineRule="auto"/>
      </w:pPr>
      <w:r>
        <w:rPr>
          <w:rFonts w:ascii="Times New Roman" w:hAnsi="Times New Roman" w:eastAsia="宋体"/>
          <w:b w:val="0"/>
          <w:i w:val="0"/>
          <w:sz w:val="21"/>
        </w:rPr>
        <w:t>（A）3^(1/3)，2^(1/2)　　（B）3^(1/3)，8^(1/8)　　（C）3^(1/3)，9^(1/9)　　（D）8^(1/8)，9^(1/9)　　（E）以上皆非</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among 2^(1/2), 3^(1/3), 8^(1/8), 9^(1/9), those which have the greatest and the next to the greatest values, in that order, are:</w:t>
      </w:r>
    </w:p>
    <w:p>
      <w:pPr>
        <w:spacing w:before="0" w:after="160" w:line="300" w:lineRule="auto"/>
      </w:pPr>
      <w:r>
        <w:rPr>
          <w:rFonts w:ascii="Times New Roman" w:hAnsi="Times New Roman" w:eastAsia="宋体"/>
          <w:b w:val="0"/>
          <w:i w:val="0"/>
          <w:color w:val="333333"/>
          <w:sz w:val="19"/>
        </w:rPr>
        <w:t>(A) 3^(1/3), 2^(1/2)　　(B) 3^(1/3), 8^(1/8)　　(C) 3^(1/3), 9^(1/9)　　(D) 8^(1/8), 9^(1/9)　　(E) None of these</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若 3²ˣ+9=10(3ˣ)，则 x²+1 的值是：</w:t>
      </w:r>
    </w:p>
    <w:p>
      <w:pPr>
        <w:spacing w:before="0" w:after="120" w:line="300" w:lineRule="auto"/>
      </w:pPr>
      <w:r>
        <w:rPr>
          <w:rFonts w:ascii="Times New Roman" w:hAnsi="Times New Roman" w:eastAsia="宋体"/>
          <w:b w:val="0"/>
          <w:i w:val="0"/>
          <w:sz w:val="21"/>
        </w:rPr>
        <w:t>（A）只有 1　　（B）只有 5　　（C）1 或 5　　（D）2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3²ˣ+9=10(3ˣ), then the value of x²+1 is:</w:t>
      </w:r>
    </w:p>
    <w:p>
      <w:pPr>
        <w:spacing w:before="0" w:after="160" w:line="300" w:lineRule="auto"/>
      </w:pPr>
      <w:r>
        <w:rPr>
          <w:rFonts w:ascii="Times New Roman" w:hAnsi="Times New Roman" w:eastAsia="宋体"/>
          <w:b w:val="0"/>
          <w:i w:val="0"/>
          <w:color w:val="333333"/>
          <w:sz w:val="19"/>
        </w:rPr>
        <w:t>(A) 1 only　　(B) 5 only　　(C) 1 or 5　　(D) 2　　(E) 10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若 yz:zx:xy=1:2:3，则 x/yz:y/zx 等于：</w:t>
      </w:r>
    </w:p>
    <w:p>
      <w:pPr>
        <w:spacing w:before="0" w:after="120" w:line="300" w:lineRule="auto"/>
      </w:pPr>
      <w:r>
        <w:rPr>
          <w:rFonts w:ascii="Times New Roman" w:hAnsi="Times New Roman" w:eastAsia="宋体"/>
          <w:b w:val="0"/>
          <w:i w:val="0"/>
          <w:sz w:val="21"/>
        </w:rPr>
        <w:t>（A）3:2　　（B）1:2　　（C）1:4　　（D）2:1　　（E）4:1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yz:zx:xy=1:2:3, then x/yz:y/zx is equal to:</w:t>
      </w:r>
    </w:p>
    <w:p>
      <w:pPr>
        <w:spacing w:before="0" w:after="160" w:line="300" w:lineRule="auto"/>
      </w:pPr>
      <w:r>
        <w:rPr>
          <w:rFonts w:ascii="Times New Roman" w:hAnsi="Times New Roman" w:eastAsia="宋体"/>
          <w:b w:val="0"/>
          <w:i w:val="0"/>
          <w:color w:val="333333"/>
          <w:sz w:val="19"/>
        </w:rPr>
        <w:t>(A) 3:2　　(B) 1:2　　(C) 1:4　　(D) 2:1　　(E) 4:1</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若 lvert x-log yrvert=x+log y，其中 x 和 log y 均为实数，则：</w:t>
      </w:r>
    </w:p>
    <w:p>
      <w:pPr>
        <w:spacing w:before="0" w:after="120" w:line="300" w:lineRule="auto"/>
      </w:pPr>
      <w:r>
        <w:rPr>
          <w:rFonts w:ascii="Times New Roman" w:hAnsi="Times New Roman" w:eastAsia="宋体"/>
          <w:b w:val="0"/>
          <w:i w:val="0"/>
          <w:sz w:val="21"/>
        </w:rPr>
        <w:t>（A）x=0　　（B）y=1　　（C）x=0 且 y=1　　（D）x(y-1)=0　　（E）以上皆非</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lvert x-log yrvert=x+log y, where x and log y are real, then:</w:t>
      </w:r>
    </w:p>
    <w:p>
      <w:pPr>
        <w:spacing w:before="0" w:after="160" w:line="300" w:lineRule="auto"/>
      </w:pPr>
      <w:r>
        <w:rPr>
          <w:rFonts w:ascii="Times New Roman" w:hAnsi="Times New Roman" w:eastAsia="宋体"/>
          <w:b w:val="0"/>
          <w:i w:val="0"/>
          <w:color w:val="333333"/>
          <w:sz w:val="19"/>
        </w:rPr>
        <w:t>(A) x=0　　(B) y=1　　(C) x=0 and y=1　　(D) x(y-1)=0　　(E) None of these</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Ann 和 Sue 买了相同的文具盒。Ann 每封信用 1 张纸，Sue 每封信用 3 张纸。Ann 用完所有信封后还剩 50 张纸；Sue 用完所有纸后还剩 50 个信封。每盒中的纸张数为：</w:t>
      </w:r>
    </w:p>
    <w:p>
      <w:pPr>
        <w:spacing w:before="0" w:after="120" w:line="300" w:lineRule="auto"/>
      </w:pPr>
      <w:r>
        <w:rPr>
          <w:rFonts w:ascii="Times New Roman" w:hAnsi="Times New Roman" w:eastAsia="宋体"/>
          <w:b w:val="0"/>
          <w:i w:val="0"/>
          <w:sz w:val="21"/>
        </w:rPr>
        <w:t>（A）150　　（B）125　　（C）120　　（D）100　　（E）80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Ann and Sue bought identical boxes of stationery. Ann used hers to write 1-sheet letters and Sue used hers to write 3-sheet letters. Ann used all the envelopes and had 50 sheets of paper left, while Sue used all of the sheets of paper and had 50 envelopes left. The number of sheets of paper in each box was:</w:t>
      </w:r>
    </w:p>
    <w:p>
      <w:pPr>
        <w:spacing w:before="0" w:after="160" w:line="300" w:lineRule="auto"/>
      </w:pPr>
      <w:r>
        <w:rPr>
          <w:rFonts w:ascii="Times New Roman" w:hAnsi="Times New Roman" w:eastAsia="宋体"/>
          <w:b w:val="0"/>
          <w:i w:val="0"/>
          <w:color w:val="333333"/>
          <w:sz w:val="19"/>
        </w:rPr>
        <w:t>(A) 150　　(B) 125　　(C) 120　　(D) 100　　(E) 80</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对实数 x，不等式 1≤lvert x-2rvert≤7 等价于：</w:t>
      </w:r>
    </w:p>
    <w:p>
      <w:pPr>
        <w:spacing w:before="0" w:after="120" w:line="300" w:lineRule="auto"/>
      </w:pPr>
      <w:r>
        <w:rPr>
          <w:rFonts w:ascii="Times New Roman" w:hAnsi="Times New Roman" w:eastAsia="宋体"/>
          <w:b w:val="0"/>
          <w:i w:val="0"/>
          <w:sz w:val="21"/>
        </w:rPr>
        <w:t>（A）x≤1 或 x≥3　　（B）1≤ x≤3　　（C）-5≤ x≤9　　（D）-5≤ x≤1 或 3≤ x≤9　　（E）-6≤ x≤1 或 3≤ x≤10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x real, the inequality 1≤lvert x-2rvert≤7 is equivalent to:</w:t>
      </w:r>
    </w:p>
    <w:p>
      <w:pPr>
        <w:spacing w:before="0" w:after="160" w:line="300" w:lineRule="auto"/>
      </w:pPr>
      <w:r>
        <w:rPr>
          <w:rFonts w:ascii="Times New Roman" w:hAnsi="Times New Roman" w:eastAsia="宋体"/>
          <w:b w:val="0"/>
          <w:i w:val="0"/>
          <w:color w:val="333333"/>
          <w:sz w:val="19"/>
        </w:rPr>
        <w:t>(A) x≤1 or x≥3　　(B) 1≤ x≤3　　(C) -5≤ x≤9　　(D) -5≤ x≤1 or 3≤ x≤9　　(E) -6≤ x≤1 or 3≤ x≤10</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下列方程组</w:t>
      </w:r>
    </w:p>
    <w:p>
      <w:pPr>
        <w:spacing w:before="0" w:after="80" w:line="300" w:lineRule="auto"/>
        <w:jc w:val="left"/>
      </w:pPr>
      <w:r>
        <w:rPr>
          <w:rFonts w:ascii="Times New Roman" w:hAnsi="Times New Roman" w:eastAsia="宋体"/>
          <w:b w:val="0"/>
          <w:i w:val="0"/>
          <w:sz w:val="21"/>
        </w:rPr>
        <w:t>x²+y²-16=0,</w:t>
      </w:r>
    </w:p>
    <w:p>
      <w:pPr>
        <w:spacing w:before="0" w:after="80" w:line="300" w:lineRule="auto"/>
        <w:jc w:val="left"/>
      </w:pPr>
      <w:r>
        <w:rPr>
          <w:rFonts w:ascii="Times New Roman" w:hAnsi="Times New Roman" w:eastAsia="宋体"/>
          <w:b w:val="0"/>
          <w:i w:val="0"/>
          <w:sz w:val="21"/>
        </w:rPr>
        <w:t>x²-3y+12=0</w:t>
      </w:r>
    </w:p>
    <w:p>
      <w:pPr>
        <w:spacing w:before="0" w:after="80" w:line="300" w:lineRule="auto"/>
        <w:jc w:val="left"/>
      </w:pPr>
      <w:r>
        <w:rPr>
          <w:rFonts w:ascii="Times New Roman" w:hAnsi="Times New Roman" w:eastAsia="宋体"/>
          <w:b w:val="0"/>
          <w:i w:val="0"/>
          <w:sz w:val="21"/>
        </w:rPr>
        <w:t>有实数公共解时，y 的可能值为：</w:t>
      </w:r>
    </w:p>
    <w:p>
      <w:pPr>
        <w:spacing w:before="0" w:after="120" w:line="300" w:lineRule="auto"/>
      </w:pPr>
      <w:r>
        <w:rPr>
          <w:rFonts w:ascii="Times New Roman" w:hAnsi="Times New Roman" w:eastAsia="宋体"/>
          <w:b w:val="0"/>
          <w:i w:val="0"/>
          <w:sz w:val="21"/>
        </w:rPr>
        <w:t>（A）只有 4　　（B）-7，4　　（C）0，4　　（D）不存在这样的 y　　（E）所有 y</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value(s) of y for which the following pair of equations</w:t>
      </w:r>
    </w:p>
    <w:p>
      <w:pPr>
        <w:spacing w:before="0" w:after="80" w:line="300" w:lineRule="auto"/>
        <w:jc w:val="left"/>
      </w:pPr>
      <w:r>
        <w:rPr>
          <w:rFonts w:ascii="Times New Roman" w:hAnsi="Times New Roman" w:eastAsia="宋体"/>
          <w:b w:val="0"/>
          <w:i w:val="0"/>
          <w:color w:val="333333"/>
          <w:sz w:val="19"/>
        </w:rPr>
        <w:t>x²+y²-16=0,</w:t>
      </w:r>
    </w:p>
    <w:p>
      <w:pPr>
        <w:spacing w:before="0" w:after="80" w:line="300" w:lineRule="auto"/>
        <w:jc w:val="left"/>
      </w:pPr>
      <w:r>
        <w:rPr>
          <w:rFonts w:ascii="Times New Roman" w:hAnsi="Times New Roman" w:eastAsia="宋体"/>
          <w:b w:val="0"/>
          <w:i w:val="0"/>
          <w:color w:val="333333"/>
          <w:sz w:val="19"/>
        </w:rPr>
        <w:t>x²-3y+12=0</w:t>
      </w:r>
    </w:p>
    <w:p>
      <w:pPr>
        <w:spacing w:before="0" w:after="80" w:line="300" w:lineRule="auto"/>
        <w:jc w:val="left"/>
      </w:pPr>
      <w:r>
        <w:rPr>
          <w:rFonts w:ascii="Times New Roman" w:hAnsi="Times New Roman" w:eastAsia="宋体"/>
          <w:b w:val="0"/>
          <w:i w:val="0"/>
          <w:color w:val="333333"/>
          <w:sz w:val="19"/>
        </w:rPr>
        <w:t>may have a real common solution, are:</w:t>
      </w:r>
    </w:p>
    <w:p>
      <w:pPr>
        <w:spacing w:before="0" w:after="160" w:line="300" w:lineRule="auto"/>
      </w:pPr>
      <w:r>
        <w:rPr>
          <w:rFonts w:ascii="Times New Roman" w:hAnsi="Times New Roman" w:eastAsia="宋体"/>
          <w:b w:val="0"/>
          <w:i w:val="0"/>
          <w:color w:val="333333"/>
          <w:sz w:val="19"/>
        </w:rPr>
        <w:t>(A) 4 only　　(B) -7, 4　　(C) 0, 4　　(D) no y　　(E) all y</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一个立方体的体积以立方英尺计时的数值，等于其表面积以平方英寸计时的数值。该立方体棱长以英尺计时的数值为：</w:t>
      </w:r>
    </w:p>
    <w:p>
      <w:pPr>
        <w:spacing w:before="0" w:after="120" w:line="300" w:lineRule="auto"/>
      </w:pPr>
      <w:r>
        <w:rPr>
          <w:rFonts w:ascii="Times New Roman" w:hAnsi="Times New Roman" w:eastAsia="宋体"/>
          <w:b w:val="0"/>
          <w:i w:val="0"/>
          <w:sz w:val="21"/>
        </w:rPr>
        <w:t>（A）6　　（B）864　　（C）1728　　（D）6×1728　　（E）2304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cubic feet in the volume of a cube is the same as the number of square inches in its surface area. The length of the edge expressed as a number of feet is:</w:t>
      </w:r>
    </w:p>
    <w:p>
      <w:pPr>
        <w:spacing w:before="0" w:after="160" w:line="300" w:lineRule="auto"/>
      </w:pPr>
      <w:r>
        <w:rPr>
          <w:rFonts w:ascii="Times New Roman" w:hAnsi="Times New Roman" w:eastAsia="宋体"/>
          <w:b w:val="0"/>
          <w:i w:val="0"/>
          <w:color w:val="333333"/>
          <w:sz w:val="19"/>
        </w:rPr>
        <w:t>(A) 6　　(B) 864　　(C) 1728　　(D) 6×1728　　(E) 2304</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在边长为 12 英寸的正方形 ABCD 中，连接线段 AE，其中 E 是边 DC 上距 D 为 5 英寸的点。作 AE 的垂直平分线，它依次与 AE、AD 和 BC 相交于 M、P 和 Q。线段 PM 与 MQ 的比为：</w:t>
      </w:r>
    </w:p>
    <w:p>
      <w:pPr>
        <w:spacing w:before="80" w:after="80"/>
        <w:jc w:val="center"/>
      </w:pPr>
      <w:r>
        <w:drawing>
          <wp:inline xmlns:a="http://schemas.openxmlformats.org/drawingml/2006/main" xmlns:pic="http://schemas.openxmlformats.org/drawingml/2006/picture">
            <wp:extent cx="1381112" cy="1338896"/>
            <wp:docPr id="1" name="Picture 1"/>
            <wp:cNvGraphicFramePr>
              <a:graphicFrameLocks noChangeAspect="1"/>
            </wp:cNvGraphicFramePr>
            <a:graphic>
              <a:graphicData uri="http://schemas.openxmlformats.org/drawingml/2006/picture">
                <pic:pic>
                  <pic:nvPicPr>
                    <pic:cNvPr id="0" name="q13-1@300dpi.png"/>
                    <pic:cNvPicPr/>
                  </pic:nvPicPr>
                  <pic:blipFill>
                    <a:blip r:embed="rId9"/>
                    <a:stretch>
                      <a:fillRect/>
                    </a:stretch>
                  </pic:blipFill>
                  <pic:spPr>
                    <a:xfrm>
                      <a:off x="0" y="0"/>
                      <a:ext cx="1381112" cy="1338896"/>
                    </a:xfrm>
                    <a:prstGeom prst="rect"/>
                  </pic:spPr>
                </pic:pic>
              </a:graphicData>
            </a:graphic>
          </wp:inline>
        </w:drawing>
      </w:r>
    </w:p>
    <w:p>
      <w:pPr>
        <w:spacing w:before="0" w:after="120" w:line="300" w:lineRule="auto"/>
      </w:pPr>
      <w:r>
        <w:rPr>
          <w:rFonts w:ascii="Times New Roman" w:hAnsi="Times New Roman" w:eastAsia="宋体"/>
          <w:b w:val="0"/>
          <w:i w:val="0"/>
          <w:sz w:val="21"/>
        </w:rPr>
        <w:t>（A）5:12　　（B）5:13　　（C）5:19　　（D）1:4　　（E）5:21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Inside square ABCD with sides of length 12 inches, segment AE is drawn, where E is the point on DC which is 5 inches from D. The perpendicular bisector of AE is drawn and intersects AE, AD, and BC at points M, P, and Q, respectively. The ratio of segment PM to MQ is:</w:t>
      </w:r>
    </w:p>
    <w:p>
      <w:pPr>
        <w:spacing w:before="80" w:after="80"/>
        <w:jc w:val="center"/>
      </w:pPr>
      <w:r>
        <w:drawing>
          <wp:inline xmlns:a="http://schemas.openxmlformats.org/drawingml/2006/main" xmlns:pic="http://schemas.openxmlformats.org/drawingml/2006/picture">
            <wp:extent cx="1381112" cy="1338896"/>
            <wp:docPr id="2" name="Picture 2"/>
            <wp:cNvGraphicFramePr>
              <a:graphicFrameLocks noChangeAspect="1"/>
            </wp:cNvGraphicFramePr>
            <a:graphic>
              <a:graphicData uri="http://schemas.openxmlformats.org/drawingml/2006/picture">
                <pic:pic>
                  <pic:nvPicPr>
                    <pic:cNvPr id="0" name="q13-1@300dpi.png"/>
                    <pic:cNvPicPr/>
                  </pic:nvPicPr>
                  <pic:blipFill>
                    <a:blip r:embed="rId9"/>
                    <a:stretch>
                      <a:fillRect/>
                    </a:stretch>
                  </pic:blipFill>
                  <pic:spPr>
                    <a:xfrm>
                      <a:off x="0" y="0"/>
                      <a:ext cx="1381112" cy="133889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5:12　　(B) 5:13　　(C) 5:19　　(D) 1:4　　(E) 5:21</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一个三角形有两个角分别为 30° 和 45°。若 45° 角所对的边长为 8，则 30° 角所对的边长为：</w:t>
      </w:r>
    </w:p>
    <w:p>
      <w:pPr>
        <w:spacing w:before="0" w:after="120" w:line="300" w:lineRule="auto"/>
      </w:pPr>
      <w:r>
        <w:rPr>
          <w:rFonts w:ascii="Times New Roman" w:hAnsi="Times New Roman" w:eastAsia="宋体"/>
          <w:b w:val="0"/>
          <w:i w:val="0"/>
          <w:sz w:val="21"/>
        </w:rPr>
        <w:t>（A）4　　（B）4√(2)　　（C）4√(3)　　（D）4√(6)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triangle has angles of 30° and 45°. If the side opposite the 45° angle has length 8, then the side opposite the 30° angle has length:</w:t>
      </w:r>
    </w:p>
    <w:p>
      <w:pPr>
        <w:spacing w:before="0" w:after="160" w:line="300" w:lineRule="auto"/>
      </w:pPr>
      <w:r>
        <w:rPr>
          <w:rFonts w:ascii="Times New Roman" w:hAnsi="Times New Roman" w:eastAsia="宋体"/>
          <w:b w:val="0"/>
          <w:i w:val="0"/>
          <w:color w:val="333333"/>
          <w:sz w:val="19"/>
        </w:rPr>
        <w:t>(A) 4　　(B) 4√(2)　　(C) 4√(3)　　(D) 4√(6)　　(E) 6</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一名承包商估计，两名砌砖工中一人砌完某面墙需要 9 小时，另一人需要 10 小时。但他根据经验知道，两人一起工作时，合计效率会每小时减少 10 块砖。由于赶时间，他让两人共同施工，发现恰好 5 小时砌完。这面墙共有多少块砖：</w:t>
      </w:r>
    </w:p>
    <w:p>
      <w:pPr>
        <w:spacing w:before="0" w:after="120" w:line="300" w:lineRule="auto"/>
      </w:pPr>
      <w:r>
        <w:rPr>
          <w:rFonts w:ascii="Times New Roman" w:hAnsi="Times New Roman" w:eastAsia="宋体"/>
          <w:b w:val="0"/>
          <w:i w:val="0"/>
          <w:sz w:val="21"/>
        </w:rPr>
        <w:t>（A）500　　（B）550　　（C）900　　（D）950　　（E）960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contractor estimated that one of his two bricklayers would take 9 hours to build a certain wall and the other 10 hours. However, he knew from experience that when they worked together, their combined output fell by 10 bricks per hour. Being in a hurry, he put both men on the job and found that it took exactly 5 hours to build the wall. The number of bricks in the wall was:</w:t>
      </w:r>
    </w:p>
    <w:p>
      <w:pPr>
        <w:spacing w:before="0" w:after="160" w:line="300" w:lineRule="auto"/>
      </w:pPr>
      <w:r>
        <w:rPr>
          <w:rFonts w:ascii="Times New Roman" w:hAnsi="Times New Roman" w:eastAsia="宋体"/>
          <w:b w:val="0"/>
          <w:i w:val="0"/>
          <w:color w:val="333333"/>
          <w:sz w:val="19"/>
        </w:rPr>
        <w:t>(A) 500　　(B) 550　　(C) 900　　(D) 950　　(E) 960</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在 3 与 9 之间插入两个正数，使前三个数成等比数列，后三个数成等差数列。这两个正数之和为：</w:t>
      </w:r>
    </w:p>
    <w:p>
      <w:pPr>
        <w:spacing w:before="0" w:after="120" w:line="300" w:lineRule="auto"/>
      </w:pPr>
      <w:r>
        <w:rPr>
          <w:rFonts w:ascii="Times New Roman" w:hAnsi="Times New Roman" w:eastAsia="宋体"/>
          <w:b w:val="0"/>
          <w:i w:val="0"/>
          <w:sz w:val="21"/>
        </w:rPr>
        <w:t>（A）131/2　　（B）111/4　　（C）101/2　　（D）10　　（E）91/2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two positive numbers that may be inserted between 3 and 9 such that the first three are in geometric progression while the last three are in arithmetic progression. The sum of those two positive numbers is:</w:t>
      </w:r>
    </w:p>
    <w:p>
      <w:pPr>
        <w:spacing w:before="0" w:after="160" w:line="300" w:lineRule="auto"/>
      </w:pPr>
      <w:r>
        <w:rPr>
          <w:rFonts w:ascii="Times New Roman" w:hAnsi="Times New Roman" w:eastAsia="宋体"/>
          <w:b w:val="0"/>
          <w:i w:val="0"/>
          <w:color w:val="333333"/>
          <w:sz w:val="19"/>
        </w:rPr>
        <w:t>(A) 131/2　　(B) 111/4　　(C) 101/2　　(D) 10　　(E) 91/2</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在一根绳子上随机选一点将其剪成两段。较长的一段至少是较短一段的 x 倍的概率为：</w:t>
      </w:r>
    </w:p>
    <w:p>
      <w:pPr>
        <w:spacing w:before="0" w:after="120" w:line="300" w:lineRule="auto"/>
      </w:pPr>
      <w:r>
        <w:rPr>
          <w:rFonts w:ascii="Times New Roman" w:hAnsi="Times New Roman" w:eastAsia="宋体"/>
          <w:b w:val="0"/>
          <w:i w:val="0"/>
          <w:sz w:val="21"/>
        </w:rPr>
        <w:t>（A）1/2　　（B）2/x　　（C）1/x+1　　（D）1/x　　（E）2/x+1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piece of string is cut in two at a point selected at random. The probability that the longer piece is at least x times as large as the shorter piece is:</w:t>
      </w:r>
    </w:p>
    <w:p>
      <w:pPr>
        <w:spacing w:before="0" w:after="160" w:line="300" w:lineRule="auto"/>
      </w:pPr>
      <w:r>
        <w:rPr>
          <w:rFonts w:ascii="Times New Roman" w:hAnsi="Times New Roman" w:eastAsia="宋体"/>
          <w:b w:val="0"/>
          <w:i w:val="0"/>
          <w:color w:val="333333"/>
          <w:sz w:val="19"/>
        </w:rPr>
        <w:t>(A) 1/2　　(B) 2/x　　(C) 1/x+1　　(D) 1/x　　(E) 2/x+1</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梯形 ABCD 的底边 AB 长度是底边 DC 的两倍，E 为两条对角线的交点。若对角线 AC 的长度为 11，则线段 EC 的长度等于：</w:t>
      </w:r>
    </w:p>
    <w:p>
      <w:pPr>
        <w:spacing w:before="0" w:after="120" w:line="300" w:lineRule="auto"/>
      </w:pPr>
      <w:r>
        <w:rPr>
          <w:rFonts w:ascii="Times New Roman" w:hAnsi="Times New Roman" w:eastAsia="宋体"/>
          <w:b w:val="0"/>
          <w:i w:val="0"/>
          <w:sz w:val="21"/>
        </w:rPr>
        <w:t>（A）32/3　　（B）33/4　　（C）4　　（D）31/2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ABCD be a trapezoid with the measure of base AB twice that of base DC, and let E be the point of intersection of the diagonals. If the measure of diagonal AC is 11, then that of segment EC is equal to:</w:t>
      </w:r>
    </w:p>
    <w:p>
      <w:pPr>
        <w:spacing w:before="0" w:after="160" w:line="300" w:lineRule="auto"/>
      </w:pPr>
      <w:r>
        <w:rPr>
          <w:rFonts w:ascii="Times New Roman" w:hAnsi="Times New Roman" w:eastAsia="宋体"/>
          <w:b w:val="0"/>
          <w:i w:val="0"/>
          <w:color w:val="333333"/>
          <w:sz w:val="19"/>
        </w:rPr>
        <w:t>(A) 32/3　　(B) 33/4　　(C) 4　　(D) 31/2　　(E) 3</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数列</w:t>
      </w:r>
    </w:p>
    <w:p>
      <w:pPr>
        <w:spacing w:before="0" w:after="80" w:line="300" w:lineRule="auto"/>
        <w:jc w:val="left"/>
      </w:pPr>
      <w:r>
        <w:rPr>
          <w:rFonts w:ascii="Times New Roman" w:hAnsi="Times New Roman" w:eastAsia="宋体"/>
          <w:b w:val="0"/>
          <w:i w:val="0"/>
          <w:sz w:val="21"/>
        </w:rPr>
        <w:t>1, (1+2), (1+2+2²),</w:t>
      </w:r>
    </w:p>
    <w:p>
      <w:pPr>
        <w:spacing w:before="0" w:after="80" w:line="300" w:lineRule="auto"/>
        <w:jc w:val="left"/>
      </w:pPr>
      <w:r>
        <w:rPr>
          <w:rFonts w:ascii="Times New Roman" w:hAnsi="Times New Roman" w:eastAsia="宋体"/>
          <w:b w:val="0"/>
          <w:i w:val="0"/>
          <w:sz w:val="21"/>
        </w:rPr>
        <w:t>…, (1+2+2²+⋯+2ⁿ⁻¹)</w:t>
      </w:r>
    </w:p>
    <w:p>
      <w:pPr>
        <w:spacing w:before="0" w:after="80" w:line="300" w:lineRule="auto"/>
        <w:jc w:val="left"/>
      </w:pPr>
      <w:r>
        <w:rPr>
          <w:rFonts w:ascii="Times New Roman" w:hAnsi="Times New Roman" w:eastAsia="宋体"/>
          <w:b w:val="0"/>
          <w:i w:val="0"/>
          <w:sz w:val="21"/>
        </w:rPr>
        <w:t>的前 n 项之和用 n 表示为：</w:t>
      </w:r>
    </w:p>
    <w:p>
      <w:pPr>
        <w:spacing w:before="0" w:after="120" w:line="300" w:lineRule="auto"/>
      </w:pPr>
      <w:r>
        <w:rPr>
          <w:rFonts w:ascii="Times New Roman" w:hAnsi="Times New Roman" w:eastAsia="宋体"/>
          <w:b w:val="0"/>
          <w:i w:val="0"/>
          <w:sz w:val="21"/>
        </w:rPr>
        <w:t>（A）2ⁿ　　（B）2ⁿ-n　　（C）2ⁿ⁺¹-n　　（D）2ⁿ⁺¹-n-2　　（E）n·2ⁿ</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first n terms of the sequence</w:t>
      </w:r>
    </w:p>
    <w:p>
      <w:pPr>
        <w:spacing w:before="0" w:after="80" w:line="300" w:lineRule="auto"/>
        <w:jc w:val="left"/>
      </w:pPr>
      <w:r>
        <w:rPr>
          <w:rFonts w:ascii="Times New Roman" w:hAnsi="Times New Roman" w:eastAsia="宋体"/>
          <w:b w:val="0"/>
          <w:i w:val="0"/>
          <w:color w:val="333333"/>
          <w:sz w:val="19"/>
        </w:rPr>
        <w:t>1, (1+2), (1+2+2²),</w:t>
      </w:r>
    </w:p>
    <w:p>
      <w:pPr>
        <w:spacing w:before="0" w:after="80" w:line="300" w:lineRule="auto"/>
        <w:jc w:val="left"/>
      </w:pPr>
      <w:r>
        <w:rPr>
          <w:rFonts w:ascii="Times New Roman" w:hAnsi="Times New Roman" w:eastAsia="宋体"/>
          <w:b w:val="0"/>
          <w:i w:val="0"/>
          <w:color w:val="333333"/>
          <w:sz w:val="19"/>
        </w:rPr>
        <w:t>…, (1+2+2²+⋯+2ⁿ⁻¹)</w:t>
      </w:r>
    </w:p>
    <w:p>
      <w:pPr>
        <w:spacing w:before="0" w:after="80" w:line="300" w:lineRule="auto"/>
        <w:jc w:val="left"/>
      </w:pPr>
      <w:r>
        <w:rPr>
          <w:rFonts w:ascii="Times New Roman" w:hAnsi="Times New Roman" w:eastAsia="宋体"/>
          <w:b w:val="0"/>
          <w:i w:val="0"/>
          <w:color w:val="333333"/>
          <w:sz w:val="19"/>
        </w:rPr>
        <w:t>in terms of n is:</w:t>
      </w:r>
    </w:p>
    <w:p>
      <w:pPr>
        <w:spacing w:before="0" w:after="160" w:line="300" w:lineRule="auto"/>
      </w:pPr>
      <w:r>
        <w:rPr>
          <w:rFonts w:ascii="Times New Roman" w:hAnsi="Times New Roman" w:eastAsia="宋体"/>
          <w:b w:val="0"/>
          <w:i w:val="0"/>
          <w:color w:val="333333"/>
          <w:sz w:val="19"/>
        </w:rPr>
        <w:t>(A) 2ⁿ　　(B) 2ⁿ-n　　(C) 2ⁿ⁺¹-n　　(D) 2ⁿ⁺¹-n-2　　(E) n·2ⁿ</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若 tan x=2ab/a²-b²，其中 a&gt; b&gt;0 且 0°&lt; x&lt;90°，则 sin x 等于：</w:t>
      </w:r>
    </w:p>
    <w:p>
      <w:pPr>
        <w:spacing w:before="0" w:after="120" w:line="300" w:lineRule="auto"/>
      </w:pPr>
      <w:r>
        <w:rPr>
          <w:rFonts w:ascii="Times New Roman" w:hAnsi="Times New Roman" w:eastAsia="宋体"/>
          <w:b w:val="0"/>
          <w:i w:val="0"/>
          <w:sz w:val="21"/>
        </w:rPr>
        <w:t>（A）a/b　　（B）b/a　　（C）(√(a²-b²))/2a　　（D）(√(a²-b²))/2ab　　（E）2ab/a²+b²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tan x=2ab/a²-b², where a&gt; b&gt;0 and 0°&lt; x&lt;90°, then sin x is equal to:</w:t>
      </w:r>
    </w:p>
    <w:p>
      <w:pPr>
        <w:spacing w:before="0" w:after="160" w:line="300" w:lineRule="auto"/>
      </w:pPr>
      <w:r>
        <w:rPr>
          <w:rFonts w:ascii="Times New Roman" w:hAnsi="Times New Roman" w:eastAsia="宋体"/>
          <w:b w:val="0"/>
          <w:i w:val="0"/>
          <w:color w:val="333333"/>
          <w:sz w:val="19"/>
        </w:rPr>
        <w:t>(A) a/b　　(B) b/a　　(C) (√(a²-b²))/2a　　(D) (√(a²-b²))/2ab　　(E) 2ab/a²+b²</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若图中角 A，B，C，D，E，和 F 的度数之和为 90n，则 n 等于：</w:t>
      </w:r>
    </w:p>
    <w:p>
      <w:pPr>
        <w:spacing w:before="80" w:after="80"/>
        <w:jc w:val="center"/>
      </w:pPr>
      <w:r>
        <w:drawing>
          <wp:inline xmlns:a="http://schemas.openxmlformats.org/drawingml/2006/main" xmlns:pic="http://schemas.openxmlformats.org/drawingml/2006/picture">
            <wp:extent cx="1730137" cy="1054213"/>
            <wp:docPr id="3" name="Picture 3"/>
            <wp:cNvGraphicFramePr>
              <a:graphicFrameLocks noChangeAspect="1"/>
            </wp:cNvGraphicFramePr>
            <a:graphic>
              <a:graphicData uri="http://schemas.openxmlformats.org/drawingml/2006/picture">
                <pic:pic>
                  <pic:nvPicPr>
                    <pic:cNvPr id="0" name="q21-1@300dpi.png"/>
                    <pic:cNvPicPr/>
                  </pic:nvPicPr>
                  <pic:blipFill>
                    <a:blip r:embed="rId10"/>
                    <a:stretch>
                      <a:fillRect/>
                    </a:stretch>
                  </pic:blipFill>
                  <pic:spPr>
                    <a:xfrm>
                      <a:off x="0" y="0"/>
                      <a:ext cx="1730137" cy="1054213"/>
                    </a:xfrm>
                    <a:prstGeom prst="rect"/>
                  </pic:spPr>
                </pic:pic>
              </a:graphicData>
            </a:graphic>
          </wp:inline>
        </w:drawing>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sum of the measures in degrees of angles A, B, C, D, E, and F in the figure is 90n, then n is equal to:</w:t>
      </w:r>
    </w:p>
    <w:p>
      <w:pPr>
        <w:spacing w:before="80" w:after="80"/>
        <w:jc w:val="center"/>
      </w:pPr>
      <w:r>
        <w:drawing>
          <wp:inline xmlns:a="http://schemas.openxmlformats.org/drawingml/2006/main" xmlns:pic="http://schemas.openxmlformats.org/drawingml/2006/picture">
            <wp:extent cx="1730137" cy="1054213"/>
            <wp:docPr id="4" name="Picture 4"/>
            <wp:cNvGraphicFramePr>
              <a:graphicFrameLocks noChangeAspect="1"/>
            </wp:cNvGraphicFramePr>
            <a:graphic>
              <a:graphicData uri="http://schemas.openxmlformats.org/drawingml/2006/picture">
                <pic:pic>
                  <pic:nvPicPr>
                    <pic:cNvPr id="0" name="q21-1@300dpi.png"/>
                    <pic:cNvPicPr/>
                  </pic:nvPicPr>
                  <pic:blipFill>
                    <a:blip r:embed="rId10"/>
                    <a:stretch>
                      <a:fillRect/>
                    </a:stretch>
                  </pic:blipFill>
                  <pic:spPr>
                    <a:xfrm>
                      <a:off x="0" y="0"/>
                      <a:ext cx="1730137" cy="105421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若 a± bi (b≠0) 是方程 x³+qx+r=0 的虚根，其中 a，b，q，和 r 均为实数，则用 a 和 b 表示的 q 为：</w:t>
      </w:r>
    </w:p>
    <w:p>
      <w:pPr>
        <w:spacing w:before="0" w:after="120" w:line="300" w:lineRule="auto"/>
      </w:pPr>
      <w:r>
        <w:rPr>
          <w:rFonts w:ascii="Times New Roman" w:hAnsi="Times New Roman" w:eastAsia="宋体"/>
          <w:b w:val="0"/>
          <w:i w:val="0"/>
          <w:sz w:val="21"/>
        </w:rPr>
        <w:t>（A）a²+b²　　（B）2a²-b²　　（C）b²-a²　　（D）b²-2a²　　（E）b²-3a²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bi (b≠0) are imaginary roots of the equation x³+qx+r=0, where a, b, q, and r are real numbers, then q in terms of a and b is:</w:t>
      </w:r>
    </w:p>
    <w:p>
      <w:pPr>
        <w:spacing w:before="0" w:after="160" w:line="300" w:lineRule="auto"/>
      </w:pPr>
      <w:r>
        <w:rPr>
          <w:rFonts w:ascii="Times New Roman" w:hAnsi="Times New Roman" w:eastAsia="宋体"/>
          <w:b w:val="0"/>
          <w:i w:val="0"/>
          <w:color w:val="333333"/>
          <w:sz w:val="19"/>
        </w:rPr>
        <w:t>(A) a²+b²　　(B) 2a²-b²　　(C) b²-a²　　(D) b²-2a²　　(E) b²-3a²</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能包含图中由 3 个单位正方形组成的对称图形的最小圆半径为：</w:t>
      </w:r>
    </w:p>
    <w:p>
      <w:pPr>
        <w:spacing w:before="80" w:after="80"/>
        <w:jc w:val="center"/>
      </w:pPr>
      <w:r>
        <w:drawing>
          <wp:inline xmlns:a="http://schemas.openxmlformats.org/drawingml/2006/main" xmlns:pic="http://schemas.openxmlformats.org/drawingml/2006/picture">
            <wp:extent cx="1681566" cy="1681566"/>
            <wp:docPr id="5" name="Picture 5"/>
            <wp:cNvGraphicFramePr>
              <a:graphicFrameLocks noChangeAspect="1"/>
            </wp:cNvGraphicFramePr>
            <a:graphic>
              <a:graphicData uri="http://schemas.openxmlformats.org/drawingml/2006/picture">
                <pic:pic>
                  <pic:nvPicPr>
                    <pic:cNvPr id="0" name="q23-1@300dpi.png"/>
                    <pic:cNvPicPr/>
                  </pic:nvPicPr>
                  <pic:blipFill>
                    <a:blip r:embed="rId11"/>
                    <a:stretch>
                      <a:fillRect/>
                    </a:stretch>
                  </pic:blipFill>
                  <pic:spPr>
                    <a:xfrm>
                      <a:off x="0" y="0"/>
                      <a:ext cx="1681566" cy="1681566"/>
                    </a:xfrm>
                    <a:prstGeom prst="rect"/>
                  </pic:spPr>
                </pic:pic>
              </a:graphicData>
            </a:graphic>
          </wp:inline>
        </w:drawing>
      </w:r>
    </w:p>
    <w:p>
      <w:pPr>
        <w:spacing w:before="0" w:after="120" w:line="300" w:lineRule="auto"/>
      </w:pPr>
      <w:r>
        <w:rPr>
          <w:rFonts w:ascii="Times New Roman" w:hAnsi="Times New Roman" w:eastAsia="宋体"/>
          <w:b w:val="0"/>
          <w:i w:val="0"/>
          <w:sz w:val="21"/>
        </w:rPr>
        <w:t>（A）√(2)　　（B）√(1.25)　　（C）1.25　　（D）(5√(17))/16　　（E）以上皆非</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radius of the smallest circle containing the symmetric figure composed of 3 unit squares shown is:</w:t>
      </w:r>
    </w:p>
    <w:p>
      <w:pPr>
        <w:spacing w:before="80" w:after="80"/>
        <w:jc w:val="center"/>
      </w:pPr>
      <w:r>
        <w:drawing>
          <wp:inline xmlns:a="http://schemas.openxmlformats.org/drawingml/2006/main" xmlns:pic="http://schemas.openxmlformats.org/drawingml/2006/picture">
            <wp:extent cx="1681566" cy="1681566"/>
            <wp:docPr id="6" name="Picture 6"/>
            <wp:cNvGraphicFramePr>
              <a:graphicFrameLocks noChangeAspect="1"/>
            </wp:cNvGraphicFramePr>
            <a:graphic>
              <a:graphicData uri="http://schemas.openxmlformats.org/drawingml/2006/picture">
                <pic:pic>
                  <pic:nvPicPr>
                    <pic:cNvPr id="0" name="q23-1@300dpi.png"/>
                    <pic:cNvPicPr/>
                  </pic:nvPicPr>
                  <pic:blipFill>
                    <a:blip r:embed="rId11"/>
                    <a:stretch>
                      <a:fillRect/>
                    </a:stretch>
                  </pic:blipFill>
                  <pic:spPr>
                    <a:xfrm>
                      <a:off x="0" y="0"/>
                      <a:ext cx="1681566" cy="168156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(B) √(1.25)　　(C) 1.25　　(D) (5√(17))/16　　(E) None of these</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一个人以恒定速度步行了一段路。若他每小时快走 1/2 英里，所需时间将为原来的五分之四；若他每小时慢走 1/2 英里，则会多走 21/2 小时。他步行的距离（英里）为：</w:t>
      </w:r>
    </w:p>
    <w:p>
      <w:pPr>
        <w:spacing w:before="0" w:after="120" w:line="300" w:lineRule="auto"/>
      </w:pPr>
      <w:r>
        <w:rPr>
          <w:rFonts w:ascii="Times New Roman" w:hAnsi="Times New Roman" w:eastAsia="宋体"/>
          <w:b w:val="0"/>
          <w:i w:val="0"/>
          <w:sz w:val="21"/>
        </w:rPr>
        <w:t>（A）131/2　　（B）15　　（C）171/2　　（D）20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man walked a certain distance at a constant rate. If he had gone 1/2 mile per hour faster, he would have walked the distance in four-fifths of the time; if he had gone 1/2 mile per hour slower, he would have been 21/2 hours longer on the road. The distance in miles he walked was:</w:t>
      </w:r>
    </w:p>
    <w:p>
      <w:pPr>
        <w:spacing w:before="0" w:after="160" w:line="300" w:lineRule="auto"/>
      </w:pPr>
      <w:r>
        <w:rPr>
          <w:rFonts w:ascii="Times New Roman" w:hAnsi="Times New Roman" w:eastAsia="宋体"/>
          <w:b w:val="0"/>
          <w:i w:val="0"/>
          <w:color w:val="333333"/>
          <w:sz w:val="19"/>
        </w:rPr>
        <w:t>(A) 131/2　　(B) 15　　(C) 171/2　　(D) 20　　(E) 25</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一个圆内接四边形的四条边依次长为 25，39，52，和 60。该圆的直径长度为：</w:t>
      </w:r>
    </w:p>
    <w:p>
      <w:pPr>
        <w:spacing w:before="0" w:after="120" w:line="300" w:lineRule="auto"/>
      </w:pPr>
      <w:r>
        <w:rPr>
          <w:rFonts w:ascii="Times New Roman" w:hAnsi="Times New Roman" w:eastAsia="宋体"/>
          <w:b w:val="0"/>
          <w:i w:val="0"/>
          <w:sz w:val="21"/>
        </w:rPr>
        <w:t>（A）62　　（B）63　　（C）65　　（D）66　　（E）69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Inscribed in a circle is a quadrilateral having sides of lengths 25, 39, 52, and 60 taken consecutively. The diameter of this circle has length:</w:t>
      </w:r>
    </w:p>
    <w:p>
      <w:pPr>
        <w:spacing w:before="0" w:after="160" w:line="300" w:lineRule="auto"/>
      </w:pPr>
      <w:r>
        <w:rPr>
          <w:rFonts w:ascii="Times New Roman" w:hAnsi="Times New Roman" w:eastAsia="宋体"/>
          <w:b w:val="0"/>
          <w:i w:val="0"/>
          <w:color w:val="333333"/>
          <w:sz w:val="19"/>
        </w:rPr>
        <w:t>(A) 62　　(B) 63　　(C) 65　　(D) 66　　(E) 69</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在图示圆中，M 是弧 oversetfrownCAB 的中点，线段 MP 在 P 点垂直于弦 AB。若弦 AC 的长度为 x，线段 AP 的长度为 x+1，则线段 PB 的长度等于：</w:t>
      </w:r>
    </w:p>
    <w:p>
      <w:pPr>
        <w:spacing w:before="80" w:after="80"/>
        <w:jc w:val="center"/>
      </w:pPr>
      <w:r>
        <w:drawing>
          <wp:inline xmlns:a="http://schemas.openxmlformats.org/drawingml/2006/main" xmlns:pic="http://schemas.openxmlformats.org/drawingml/2006/picture">
            <wp:extent cx="1332277" cy="1153594"/>
            <wp:docPr id="7" name="Picture 7"/>
            <wp:cNvGraphicFramePr>
              <a:graphicFrameLocks noChangeAspect="1"/>
            </wp:cNvGraphicFramePr>
            <a:graphic>
              <a:graphicData uri="http://schemas.openxmlformats.org/drawingml/2006/picture">
                <pic:pic>
                  <pic:nvPicPr>
                    <pic:cNvPr id="0" name="q26-1@300dpi.png"/>
                    <pic:cNvPicPr/>
                  </pic:nvPicPr>
                  <pic:blipFill>
                    <a:blip r:embed="rId12"/>
                    <a:stretch>
                      <a:fillRect/>
                    </a:stretch>
                  </pic:blipFill>
                  <pic:spPr>
                    <a:xfrm>
                      <a:off x="0" y="0"/>
                      <a:ext cx="1332277" cy="1153594"/>
                    </a:xfrm>
                    <a:prstGeom prst="rect"/>
                  </pic:spPr>
                </pic:pic>
              </a:graphicData>
            </a:graphic>
          </wp:inline>
        </w:drawing>
      </w:r>
    </w:p>
    <w:p>
      <w:pPr>
        <w:spacing w:before="0" w:after="120" w:line="300" w:lineRule="auto"/>
      </w:pPr>
      <w:r>
        <w:rPr>
          <w:rFonts w:ascii="Times New Roman" w:hAnsi="Times New Roman" w:eastAsia="宋体"/>
          <w:b w:val="0"/>
          <w:i w:val="0"/>
          <w:sz w:val="21"/>
        </w:rPr>
        <w:t>（A）3x+2　　（B）3x+1　　（C）2x+3　　（D）2x+2　　（E）2x+1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circle shown, M is the midpoint of arc oversetfrownCAB, and segment MP is perpendicular to chord AB at P. If the measure of chord AC is x and that of segment AP is x+1, then segment PB has measure equal to:</w:t>
      </w:r>
    </w:p>
    <w:p>
      <w:pPr>
        <w:spacing w:before="80" w:after="80"/>
        <w:jc w:val="center"/>
      </w:pPr>
      <w:r>
        <w:drawing>
          <wp:inline xmlns:a="http://schemas.openxmlformats.org/drawingml/2006/main" xmlns:pic="http://schemas.openxmlformats.org/drawingml/2006/picture">
            <wp:extent cx="1332277" cy="1153594"/>
            <wp:docPr id="8" name="Picture 8"/>
            <wp:cNvGraphicFramePr>
              <a:graphicFrameLocks noChangeAspect="1"/>
            </wp:cNvGraphicFramePr>
            <a:graphic>
              <a:graphicData uri="http://schemas.openxmlformats.org/drawingml/2006/picture">
                <pic:pic>
                  <pic:nvPicPr>
                    <pic:cNvPr id="0" name="q26-1@300dpi.png"/>
                    <pic:cNvPicPr/>
                  </pic:nvPicPr>
                  <pic:blipFill>
                    <a:blip r:embed="rId12"/>
                    <a:stretch>
                      <a:fillRect/>
                    </a:stretch>
                  </pic:blipFill>
                  <pic:spPr>
                    <a:xfrm>
                      <a:off x="0" y="0"/>
                      <a:ext cx="1332277" cy="115359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3x+2　　(B) 3x+1　　(C) 2x+3　　(D) 2x+2　　(E) 2x+1</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若 △ ABC 的面积为 64 平方单位，边 AB 与 AC 的几何平均数（比例中项）为 12 英寸，则 sin A 等于：</w:t>
      </w:r>
    </w:p>
    <w:p>
      <w:pPr>
        <w:spacing w:before="0" w:after="120" w:line="300" w:lineRule="auto"/>
      </w:pPr>
      <w:r>
        <w:rPr>
          <w:rFonts w:ascii="Times New Roman" w:hAnsi="Times New Roman" w:eastAsia="宋体"/>
          <w:b w:val="0"/>
          <w:i w:val="0"/>
          <w:sz w:val="21"/>
        </w:rPr>
        <w:t>（A）(√(3))/2　　（B）3/5　　（C）4/5　　（D）8/9　　（E）15/17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area of △ ABC is 64 square units and the geometric mean (mean proportional) between sides AB and AC is 12 inches, then sin A is equal to:</w:t>
      </w:r>
    </w:p>
    <w:p>
      <w:pPr>
        <w:spacing w:before="0" w:after="160" w:line="300" w:lineRule="auto"/>
      </w:pPr>
      <w:r>
        <w:rPr>
          <w:rFonts w:ascii="Times New Roman" w:hAnsi="Times New Roman" w:eastAsia="宋体"/>
          <w:b w:val="0"/>
          <w:i w:val="0"/>
          <w:color w:val="333333"/>
          <w:sz w:val="19"/>
        </w:rPr>
        <w:t>(A) (√(3))/2　　(B) 3/5　　(C) 4/5　　(D) 8/9　　(E) 15/17</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将一个直径为 D 的圆盘放在宽度为 D 的 8×8 棋盘上，使二者中心重合。被圆盘完全覆盖的棋盘小方格数为：</w:t>
      </w:r>
    </w:p>
    <w:p>
      <w:pPr>
        <w:spacing w:before="0" w:after="120" w:line="300" w:lineRule="auto"/>
      </w:pPr>
      <w:r>
        <w:rPr>
          <w:rFonts w:ascii="Times New Roman" w:hAnsi="Times New Roman" w:eastAsia="宋体"/>
          <w:b w:val="0"/>
          <w:i w:val="0"/>
          <w:sz w:val="21"/>
        </w:rPr>
        <w:t>（A）48　　（B）44　　（C）40　　（D）36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circular disc with diameter D is placed on an 8×8 checkerboard with width D so that the centers coincide. The number of checkerboard squares which are completely covered by the disc is:</w:t>
      </w:r>
    </w:p>
    <w:p>
      <w:pPr>
        <w:spacing w:before="0" w:after="160" w:line="300" w:lineRule="auto"/>
      </w:pPr>
      <w:r>
        <w:rPr>
          <w:rFonts w:ascii="Times New Roman" w:hAnsi="Times New Roman" w:eastAsia="宋体"/>
          <w:b w:val="0"/>
          <w:i w:val="0"/>
          <w:color w:val="333333"/>
          <w:sz w:val="19"/>
        </w:rPr>
        <w:t>(A) 48　　(B) 44　　(C) 40　　(D) 36　　(E) 32</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若当 -1&lt; x&lt;1 时 f(x)=log(1+x/1-x)，则用 f(x) 表示的 f(3x+x³/1+3x²) 为：</w:t>
      </w:r>
    </w:p>
    <w:p>
      <w:pPr>
        <w:spacing w:before="0" w:after="120" w:line="300" w:lineRule="auto"/>
      </w:pPr>
      <w:r>
        <w:rPr>
          <w:rFonts w:ascii="Times New Roman" w:hAnsi="Times New Roman" w:eastAsia="宋体"/>
          <w:b w:val="0"/>
          <w:i w:val="0"/>
          <w:sz w:val="21"/>
        </w:rPr>
        <w:t>（A）-f(x)　　（B）2f(x)　　（C）3f(x)　　（D）[f(x)]²　　（E）[f(x)]³-f(x)</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f(x)=log(1+x/1-x) for -1&lt; x&lt;1, then f(3x+x³/1+3x²) in terms of f(x) is:</w:t>
      </w:r>
    </w:p>
    <w:p>
      <w:pPr>
        <w:spacing w:before="0" w:after="160" w:line="300" w:lineRule="auto"/>
      </w:pPr>
      <w:r>
        <w:rPr>
          <w:rFonts w:ascii="Times New Roman" w:hAnsi="Times New Roman" w:eastAsia="宋体"/>
          <w:b w:val="0"/>
          <w:i w:val="0"/>
          <w:color w:val="333333"/>
          <w:sz w:val="19"/>
        </w:rPr>
        <w:t>(A) -f(x)　　(B) 2f(x)　　(C) 3f(x)　　(D) [f(x)]²　　(E) [f(x)]³-f(x)</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一张宽 6 英寸的长方形纸按图折叠，使一个角落在对边上。用角 θ 表示的折痕 L 长度（英寸）为：</w:t>
      </w:r>
    </w:p>
    <w:p>
      <w:pPr>
        <w:spacing w:before="80" w:after="80"/>
        <w:jc w:val="center"/>
      </w:pPr>
      <w:r>
        <w:drawing>
          <wp:inline xmlns:a="http://schemas.openxmlformats.org/drawingml/2006/main" xmlns:pic="http://schemas.openxmlformats.org/drawingml/2006/picture">
            <wp:extent cx="671893" cy="1191457"/>
            <wp:docPr id="9" name="Picture 9"/>
            <wp:cNvGraphicFramePr>
              <a:graphicFrameLocks noChangeAspect="1"/>
            </wp:cNvGraphicFramePr>
            <a:graphic>
              <a:graphicData uri="http://schemas.openxmlformats.org/drawingml/2006/picture">
                <pic:pic>
                  <pic:nvPicPr>
                    <pic:cNvPr id="0" name="q30-1@300dpi.png"/>
                    <pic:cNvPicPr/>
                  </pic:nvPicPr>
                  <pic:blipFill>
                    <a:blip r:embed="rId13"/>
                    <a:stretch>
                      <a:fillRect/>
                    </a:stretch>
                  </pic:blipFill>
                  <pic:spPr>
                    <a:xfrm>
                      <a:off x="0" y="0"/>
                      <a:ext cx="671893" cy="1191457"/>
                    </a:xfrm>
                    <a:prstGeom prst="rect"/>
                  </pic:spPr>
                </pic:pic>
              </a:graphicData>
            </a:graphic>
          </wp:inline>
        </w:drawing>
      </w:r>
    </w:p>
    <w:p>
      <w:pPr>
        <w:spacing w:before="0" w:after="120" w:line="300" w:lineRule="auto"/>
      </w:pPr>
      <w:r>
        <w:rPr>
          <w:rFonts w:ascii="Times New Roman" w:hAnsi="Times New Roman" w:eastAsia="宋体"/>
          <w:b w:val="0"/>
          <w:i w:val="0"/>
          <w:sz w:val="21"/>
        </w:rPr>
        <w:t>（A）3sec²θcscθ　　（B）6sinθsecθ　　（C）3secθcscθ　　（D）6secθcsc²θ　　（E）以上皆非</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rectangular piece of paper 6 inches wide is folded as in the diagram so that one corner touches the opposite side. The length in inches of the crease L in terms of angle θ is:</w:t>
      </w:r>
    </w:p>
    <w:p>
      <w:pPr>
        <w:spacing w:before="80" w:after="80"/>
        <w:jc w:val="center"/>
      </w:pPr>
      <w:r>
        <w:drawing>
          <wp:inline xmlns:a="http://schemas.openxmlformats.org/drawingml/2006/main" xmlns:pic="http://schemas.openxmlformats.org/drawingml/2006/picture">
            <wp:extent cx="671893" cy="1191457"/>
            <wp:docPr id="10" name="Picture 10"/>
            <wp:cNvGraphicFramePr>
              <a:graphicFrameLocks noChangeAspect="1"/>
            </wp:cNvGraphicFramePr>
            <a:graphic>
              <a:graphicData uri="http://schemas.openxmlformats.org/drawingml/2006/picture">
                <pic:pic>
                  <pic:nvPicPr>
                    <pic:cNvPr id="0" name="q30-1@300dpi.png"/>
                    <pic:cNvPicPr/>
                  </pic:nvPicPr>
                  <pic:blipFill>
                    <a:blip r:embed="rId13"/>
                    <a:stretch>
                      <a:fillRect/>
                    </a:stretch>
                  </pic:blipFill>
                  <pic:spPr>
                    <a:xfrm>
                      <a:off x="0" y="0"/>
                      <a:ext cx="671893" cy="119145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3sec²θcscθ　　(B) 6sinθsecθ　　(C) 3secθcscθ　　(D) 6secθcsc²θ　　(E) None of these</w:t>
      </w:r>
    </w:p>
    <w:p>
      <w:pPr>
        <w:spacing w:before="200" w:after="80" w:line="300" w:lineRule="auto"/>
      </w:pPr>
      <w:r>
        <w:rPr>
          <w:rFonts w:ascii="Times New Roman" w:hAnsi="Times New Roman" w:eastAsia="宋体"/>
          <w:b/>
          <w:i w:val="0"/>
          <w:sz w:val="23"/>
        </w:rPr>
        <w:t>第 31 题</w:t>
      </w:r>
    </w:p>
    <w:p>
      <w:pPr>
        <w:spacing w:before="0" w:after="80" w:line="300" w:lineRule="auto"/>
        <w:jc w:val="left"/>
      </w:pPr>
      <w:r>
        <w:rPr>
          <w:rFonts w:ascii="Times New Roman" w:hAnsi="Times New Roman" w:eastAsia="宋体"/>
          <w:b w:val="0"/>
          <w:i w:val="0"/>
          <w:sz w:val="21"/>
        </w:rPr>
        <w:t>数 2¹⁰⁰⁰ 除以 13 所得的余数为：</w:t>
      </w:r>
    </w:p>
    <w:p>
      <w:pPr>
        <w:spacing w:before="0" w:after="120" w:line="300" w:lineRule="auto"/>
      </w:pPr>
      <w:r>
        <w:rPr>
          <w:rFonts w:ascii="Times New Roman" w:hAnsi="Times New Roman" w:eastAsia="宋体"/>
          <w:b w:val="0"/>
          <w:i w:val="0"/>
          <w:sz w:val="21"/>
        </w:rPr>
        <w:t>（A）1　　（B）2　　（C）3　　（D）7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the number 2¹⁰⁰⁰ is divided by 13, the remainder in the division is:</w:t>
      </w:r>
    </w:p>
    <w:p>
      <w:pPr>
        <w:spacing w:before="0" w:after="160" w:line="300" w:lineRule="auto"/>
      </w:pPr>
      <w:r>
        <w:rPr>
          <w:rFonts w:ascii="Times New Roman" w:hAnsi="Times New Roman" w:eastAsia="宋体"/>
          <w:b w:val="0"/>
          <w:i w:val="0"/>
          <w:color w:val="333333"/>
          <w:sz w:val="19"/>
        </w:rPr>
        <w:t>(A) 1　　(B) 2　　(C) 3　　(D) 7　　(E) 11</w:t>
      </w:r>
    </w:p>
    <w:p>
      <w:pPr>
        <w:spacing w:before="200" w:after="80" w:line="300" w:lineRule="auto"/>
      </w:pPr>
      <w:r>
        <w:rPr>
          <w:rFonts w:ascii="Times New Roman" w:hAnsi="Times New Roman" w:eastAsia="宋体"/>
          <w:b/>
          <w:i w:val="0"/>
          <w:sz w:val="23"/>
        </w:rPr>
        <w:t>第 32 题</w:t>
      </w:r>
    </w:p>
    <w:p>
      <w:pPr>
        <w:spacing w:before="0" w:after="80" w:line="300" w:lineRule="auto"/>
        <w:jc w:val="left"/>
      </w:pPr>
      <w:r>
        <w:rPr>
          <w:rFonts w:ascii="Times New Roman" w:hAnsi="Times New Roman" w:eastAsia="宋体"/>
          <w:b w:val="0"/>
          <w:i w:val="0"/>
          <w:sz w:val="21"/>
        </w:rPr>
        <w:t>图示圆中的弦 AB 和 CD 在 E 点垂直相交。若线段 AE，EB，和 ED 的长度依次为 2，6，和 3，则该圆的直径长度为：</w:t>
      </w:r>
    </w:p>
    <w:p>
      <w:pPr>
        <w:spacing w:before="80" w:after="80"/>
        <w:jc w:val="center"/>
      </w:pPr>
      <w:r>
        <w:drawing>
          <wp:inline xmlns:a="http://schemas.openxmlformats.org/drawingml/2006/main" xmlns:pic="http://schemas.openxmlformats.org/drawingml/2006/picture">
            <wp:extent cx="1374971" cy="1281990"/>
            <wp:docPr id="11" name="Picture 11"/>
            <wp:cNvGraphicFramePr>
              <a:graphicFrameLocks noChangeAspect="1"/>
            </wp:cNvGraphicFramePr>
            <a:graphic>
              <a:graphicData uri="http://schemas.openxmlformats.org/drawingml/2006/picture">
                <pic:pic>
                  <pic:nvPicPr>
                    <pic:cNvPr id="0" name="q32-1@300dpi.png"/>
                    <pic:cNvPicPr/>
                  </pic:nvPicPr>
                  <pic:blipFill>
                    <a:blip r:embed="rId14"/>
                    <a:stretch>
                      <a:fillRect/>
                    </a:stretch>
                  </pic:blipFill>
                  <pic:spPr>
                    <a:xfrm>
                      <a:off x="0" y="0"/>
                      <a:ext cx="1374971" cy="1281990"/>
                    </a:xfrm>
                    <a:prstGeom prst="rect"/>
                  </pic:spPr>
                </pic:pic>
              </a:graphicData>
            </a:graphic>
          </wp:inline>
        </w:drawing>
      </w:r>
    </w:p>
    <w:p>
      <w:pPr>
        <w:spacing w:before="0" w:after="120" w:line="300" w:lineRule="auto"/>
      </w:pPr>
      <w:r>
        <w:rPr>
          <w:rFonts w:ascii="Times New Roman" w:hAnsi="Times New Roman" w:eastAsia="宋体"/>
          <w:b w:val="0"/>
          <w:i w:val="0"/>
          <w:sz w:val="21"/>
        </w:rPr>
        <w:t>（A）4√(5)　　（B）√(65)　　（C）2√(17)　　（D）3√(7)　　（E）6√(2)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Chords AB and CD in the circle shown intersect at E and are perpendicular to each other. If segments AE, EB, and ED have measures 2, 6, and 3 respectively, then the length of the diameter of the circle is:</w:t>
      </w:r>
    </w:p>
    <w:p>
      <w:pPr>
        <w:spacing w:before="80" w:after="80"/>
        <w:jc w:val="center"/>
      </w:pPr>
      <w:r>
        <w:drawing>
          <wp:inline xmlns:a="http://schemas.openxmlformats.org/drawingml/2006/main" xmlns:pic="http://schemas.openxmlformats.org/drawingml/2006/picture">
            <wp:extent cx="1374971" cy="1281990"/>
            <wp:docPr id="12" name="Picture 12"/>
            <wp:cNvGraphicFramePr>
              <a:graphicFrameLocks noChangeAspect="1"/>
            </wp:cNvGraphicFramePr>
            <a:graphic>
              <a:graphicData uri="http://schemas.openxmlformats.org/drawingml/2006/picture">
                <pic:pic>
                  <pic:nvPicPr>
                    <pic:cNvPr id="0" name="q32-1@300dpi.png"/>
                    <pic:cNvPicPr/>
                  </pic:nvPicPr>
                  <pic:blipFill>
                    <a:blip r:embed="rId14"/>
                    <a:stretch>
                      <a:fillRect/>
                    </a:stretch>
                  </pic:blipFill>
                  <pic:spPr>
                    <a:xfrm>
                      <a:off x="0" y="0"/>
                      <a:ext cx="1374971" cy="128199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4√(5)　　(B) √(65)　　(C) 2√(17)　　(D) 3√(7)　　(E) 6√(2)</w:t>
      </w:r>
    </w:p>
    <w:p>
      <w:pPr>
        <w:spacing w:before="200" w:after="80" w:line="300" w:lineRule="auto"/>
      </w:pPr>
      <w:r>
        <w:rPr>
          <w:rFonts w:ascii="Times New Roman" w:hAnsi="Times New Roman" w:eastAsia="宋体"/>
          <w:b/>
          <w:i w:val="0"/>
          <w:sz w:val="23"/>
        </w:rPr>
        <w:t>第 33 题</w:t>
      </w:r>
    </w:p>
    <w:p>
      <w:pPr>
        <w:spacing w:before="0" w:after="80" w:line="300" w:lineRule="auto"/>
        <w:jc w:val="left"/>
      </w:pPr>
      <w:r>
        <w:rPr>
          <w:rFonts w:ascii="Times New Roman" w:hAnsi="Times New Roman" w:eastAsia="宋体"/>
          <w:b w:val="0"/>
          <w:i w:val="0"/>
          <w:sz w:val="21"/>
        </w:rPr>
        <w:t>一个由三个互不相同的非零数字组成的十进制数除以其各位数字之和，所得商的最小值为：</w:t>
      </w:r>
    </w:p>
    <w:p>
      <w:pPr>
        <w:spacing w:before="0" w:after="120" w:line="300" w:lineRule="auto"/>
      </w:pPr>
      <w:r>
        <w:rPr>
          <w:rFonts w:ascii="Times New Roman" w:hAnsi="Times New Roman" w:eastAsia="宋体"/>
          <w:b w:val="0"/>
          <w:i w:val="0"/>
          <w:sz w:val="21"/>
        </w:rPr>
        <w:t>（A）9.7　　（B）10.1　　（C）10.5　　（D）10.9　　（E）20.5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minimum value of the quotient of a (base ten) number of three different nonzero digits divided by the sum of its digits is:</w:t>
      </w:r>
    </w:p>
    <w:p>
      <w:pPr>
        <w:spacing w:before="0" w:after="160" w:line="300" w:lineRule="auto"/>
      </w:pPr>
      <w:r>
        <w:rPr>
          <w:rFonts w:ascii="Times New Roman" w:hAnsi="Times New Roman" w:eastAsia="宋体"/>
          <w:b w:val="0"/>
          <w:i w:val="0"/>
          <w:color w:val="333333"/>
          <w:sz w:val="19"/>
        </w:rPr>
        <w:t>(A) 9.7　　(B) 10.1　　(C) 10.5　　(D) 10.9　　(E) 20.5</w:t>
      </w:r>
    </w:p>
    <w:p>
      <w:pPr>
        <w:spacing w:before="200" w:after="80" w:line="300" w:lineRule="auto"/>
      </w:pPr>
      <w:r>
        <w:rPr>
          <w:rFonts w:ascii="Times New Roman" w:hAnsi="Times New Roman" w:eastAsia="宋体"/>
          <w:b/>
          <w:i w:val="0"/>
          <w:sz w:val="23"/>
        </w:rPr>
        <w:t>第 34 题</w:t>
      </w:r>
    </w:p>
    <w:p>
      <w:pPr>
        <w:spacing w:before="0" w:after="80" w:line="300" w:lineRule="auto"/>
        <w:jc w:val="left"/>
      </w:pPr>
      <w:r>
        <w:rPr>
          <w:rFonts w:ascii="Times New Roman" w:hAnsi="Times New Roman" w:eastAsia="宋体"/>
          <w:b w:val="0"/>
          <w:i w:val="0"/>
          <w:sz w:val="21"/>
        </w:rPr>
        <w:t>Dick 年龄的三倍加上 Tom 的年龄，等于 Harry 年龄的两倍。Harry 年龄立方的两倍，等于 Dick 年龄立方的三倍加上 Tom 年龄的立方。他们三人的年龄两两互质。三人年龄的平方和为：</w:t>
      </w:r>
    </w:p>
    <w:p>
      <w:pPr>
        <w:spacing w:before="0" w:after="120" w:line="300" w:lineRule="auto"/>
      </w:pPr>
      <w:r>
        <w:rPr>
          <w:rFonts w:ascii="Times New Roman" w:hAnsi="Times New Roman" w:eastAsia="宋体"/>
          <w:b w:val="0"/>
          <w:i w:val="0"/>
          <w:sz w:val="21"/>
        </w:rPr>
        <w:t>（A）42　　（B）46　　（C）122　　（D）290　　（E）326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times Dick’s age plus Tom’s age equals twice Harry’s age. Double the cube of Harry’s age is equal to three times the cube of Dick’s age added to the cube of Tom’s age. Their respective ages are relatively prime to each other. The sum of the squares of their ages is:</w:t>
      </w:r>
    </w:p>
    <w:p>
      <w:pPr>
        <w:spacing w:before="0" w:after="160" w:line="300" w:lineRule="auto"/>
      </w:pPr>
      <w:r>
        <w:rPr>
          <w:rFonts w:ascii="Times New Roman" w:hAnsi="Times New Roman" w:eastAsia="宋体"/>
          <w:b w:val="0"/>
          <w:i w:val="0"/>
          <w:color w:val="333333"/>
          <w:sz w:val="19"/>
        </w:rPr>
        <w:t>(A) 42　　(B) 46　　(C) 122　　(D) 290　　(E) 326</w:t>
      </w:r>
    </w:p>
    <w:p>
      <w:pPr>
        <w:spacing w:before="200" w:after="80" w:line="300" w:lineRule="auto"/>
      </w:pPr>
      <w:r>
        <w:rPr>
          <w:rFonts w:ascii="Times New Roman" w:hAnsi="Times New Roman" w:eastAsia="宋体"/>
          <w:b/>
          <w:i w:val="0"/>
          <w:sz w:val="23"/>
        </w:rPr>
        <w:t>第 35 题</w:t>
      </w:r>
    </w:p>
    <w:p>
      <w:pPr>
        <w:spacing w:before="0" w:after="80" w:line="300" w:lineRule="auto"/>
        <w:jc w:val="left"/>
      </w:pPr>
      <w:r>
        <w:rPr>
          <w:rFonts w:ascii="Times New Roman" w:hAnsi="Times New Roman" w:eastAsia="宋体"/>
          <w:b w:val="0"/>
          <w:i w:val="0"/>
          <w:sz w:val="21"/>
        </w:rPr>
        <w:t>边 AB 长为 2 英寸的等边三角形 ABP 放在边长为 4 英寸的正方形 AXYZ 内，使 B 位于边 AX 上。三角形先绕 B 顺时针旋转，再绕 P 旋转，如此沿正方形各边滚动，直到 P、A 和 B 都回到各自的初始位置。顶点 P 所走路径的长度（英寸）为：</w:t>
      </w:r>
    </w:p>
    <w:p>
      <w:pPr>
        <w:spacing w:before="80" w:after="80"/>
        <w:jc w:val="center"/>
      </w:pPr>
      <w:r>
        <w:drawing>
          <wp:inline xmlns:a="http://schemas.openxmlformats.org/drawingml/2006/main" xmlns:pic="http://schemas.openxmlformats.org/drawingml/2006/picture">
            <wp:extent cx="1394525" cy="1369262"/>
            <wp:docPr id="13" name="Picture 13"/>
            <wp:cNvGraphicFramePr>
              <a:graphicFrameLocks noChangeAspect="1"/>
            </wp:cNvGraphicFramePr>
            <a:graphic>
              <a:graphicData uri="http://schemas.openxmlformats.org/drawingml/2006/picture">
                <pic:pic>
                  <pic:nvPicPr>
                    <pic:cNvPr id="0" name="q35-1@300dpi.png"/>
                    <pic:cNvPicPr/>
                  </pic:nvPicPr>
                  <pic:blipFill>
                    <a:blip r:embed="rId15"/>
                    <a:stretch>
                      <a:fillRect/>
                    </a:stretch>
                  </pic:blipFill>
                  <pic:spPr>
                    <a:xfrm>
                      <a:off x="0" y="0"/>
                      <a:ext cx="1394525" cy="1369262"/>
                    </a:xfrm>
                    <a:prstGeom prst="rect"/>
                  </pic:spPr>
                </pic:pic>
              </a:graphicData>
            </a:graphic>
          </wp:inline>
        </w:drawing>
      </w:r>
    </w:p>
    <w:p>
      <w:pPr>
        <w:spacing w:before="0" w:after="120" w:line="300" w:lineRule="auto"/>
      </w:pPr>
      <w:r>
        <w:rPr>
          <w:rFonts w:ascii="Times New Roman" w:hAnsi="Times New Roman" w:eastAsia="宋体"/>
          <w:b w:val="0"/>
          <w:i w:val="0"/>
          <w:sz w:val="21"/>
        </w:rPr>
        <w:t>（A）20π/3　　（B）32π/3　　（C）12π　　（D）40π/3　　（E）15π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Equilateral triangle ABP with side AB of length 2 inches is placed inside square AXYZ with side of length 4 inches so that B is on side AX. The triangle is rotated clockwise about B, then P, and so on along the sides of the square until P, A, and B all return to their original positions. The length of the path in inches traversed by vertex P is equal to:</w:t>
      </w:r>
    </w:p>
    <w:p>
      <w:pPr>
        <w:spacing w:before="80" w:after="80"/>
        <w:jc w:val="center"/>
      </w:pPr>
      <w:r>
        <w:drawing>
          <wp:inline xmlns:a="http://schemas.openxmlformats.org/drawingml/2006/main" xmlns:pic="http://schemas.openxmlformats.org/drawingml/2006/picture">
            <wp:extent cx="1394525" cy="1369262"/>
            <wp:docPr id="14" name="Picture 14"/>
            <wp:cNvGraphicFramePr>
              <a:graphicFrameLocks noChangeAspect="1"/>
            </wp:cNvGraphicFramePr>
            <a:graphic>
              <a:graphicData uri="http://schemas.openxmlformats.org/drawingml/2006/picture">
                <pic:pic>
                  <pic:nvPicPr>
                    <pic:cNvPr id="0" name="q35-1@300dpi.png"/>
                    <pic:cNvPicPr/>
                  </pic:nvPicPr>
                  <pic:blipFill>
                    <a:blip r:embed="rId15"/>
                    <a:stretch>
                      <a:fillRect/>
                    </a:stretch>
                  </pic:blipFill>
                  <pic:spPr>
                    <a:xfrm>
                      <a:off x="0" y="0"/>
                      <a:ext cx="1394525" cy="136926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20π/3　　(B) 32π/3　　(C) 12π　　(D) 40π/3　　(E) 15π</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B　B　D　A　C　E　D　A</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A　B　C　B　C　B　E　A</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D　E　C　E　D　B　C　E　D</w:t>
      </w:r>
    </w:p>
    <w:p>
      <w:pPr>
        <w:spacing w:before="0" w:after="0" w:line="300" w:lineRule="auto"/>
      </w:pPr>
      <w:r>
        <w:rPr>
          <w:rFonts w:ascii="Times New Roman" w:hAnsi="Times New Roman" w:eastAsia="宋体"/>
          <w:b w:val="0"/>
          <w:i w:val="0"/>
          <w:sz w:val="18"/>
        </w:rPr>
        <w:t>题号　28　29　30　31　32　33　34　35</w:t>
      </w:r>
    </w:p>
    <w:p>
      <w:pPr>
        <w:spacing w:before="0" w:after="80" w:line="300" w:lineRule="auto"/>
      </w:pPr>
      <w:r>
        <w:rPr>
          <w:rFonts w:ascii="Times New Roman" w:hAnsi="Times New Roman" w:eastAsia="宋体"/>
          <w:b/>
          <w:i w:val="0"/>
          <w:sz w:val="18"/>
        </w:rPr>
        <w:t>答案　E　C　A　C　B　C　A　D</w:t>
      </w:r>
    </w:p>
    <w:p>
      <w:pPr>
        <w:spacing w:before="0" w:after="200" w:line="300" w:lineRule="auto"/>
      </w:pPr>
      <w:r>
        <w:rPr>
          <w:rFonts w:ascii="Times New Roman" w:hAnsi="Times New Roman" w:eastAsia="宋体"/>
          <w:b w:val="0"/>
          <w:i w:val="0"/>
          <w:color w:val="666666"/>
          <w:sz w:val="18"/>
        </w:rPr>
        <w:t>答案串：DBBDACEDADABCBCBEADECEDBCEDECACBCAD</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对于三角形 I、II 和 III，相应等式为</w:t>
      </w:r>
    </w:p>
    <w:p>
      <w:pPr>
        <w:spacing w:before="0" w:after="80" w:line="300" w:lineRule="auto"/>
        <w:jc w:val="left"/>
      </w:pPr>
      <w:r>
        <w:rPr>
          <w:rFonts w:ascii="Times New Roman" w:hAnsi="Times New Roman" w:eastAsia="宋体"/>
          <w:b w:val="0"/>
          <w:i w:val="0"/>
          <w:sz w:val="21"/>
        </w:rPr>
        <w:t>3²+4²=5²,</w:t>
      </w:r>
    </w:p>
    <w:p>
      <w:pPr>
        <w:spacing w:before="0" w:after="80" w:line="300" w:lineRule="auto"/>
        <w:jc w:val="left"/>
      </w:pPr>
      <w:r>
        <w:rPr>
          <w:rFonts w:ascii="Times New Roman" w:hAnsi="Times New Roman" w:eastAsia="宋体"/>
          <w:b w:val="0"/>
          <w:i w:val="0"/>
          <w:sz w:val="21"/>
        </w:rPr>
        <w:t>4²+(15/2)² =(17/2)²,</w:t>
      </w:r>
    </w:p>
    <w:p>
      <w:pPr>
        <w:spacing w:before="0" w:after="80" w:line="300" w:lineRule="auto"/>
        <w:jc w:val="left"/>
      </w:pPr>
      <w:r>
        <w:rPr>
          <w:rFonts w:ascii="Times New Roman" w:hAnsi="Times New Roman" w:eastAsia="宋体"/>
          <w:b w:val="0"/>
          <w:i w:val="0"/>
          <w:sz w:val="21"/>
        </w:rPr>
        <w:t>7²+24²=25²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对于 IV，</w:t>
      </w:r>
    </w:p>
    <w:p>
      <w:pPr>
        <w:spacing w:before="0" w:after="80" w:line="300" w:lineRule="auto"/>
        <w:jc w:val="left"/>
      </w:pPr>
      <w:r>
        <w:rPr>
          <w:rFonts w:ascii="Times New Roman" w:hAnsi="Times New Roman" w:eastAsia="宋体"/>
          <w:b w:val="0"/>
          <w:i w:val="0"/>
          <w:sz w:val="21"/>
        </w:rPr>
        <w:t>(7/2)²+(9/2)² =130/4,</w:t>
      </w:r>
    </w:p>
    <w:p>
      <w:pPr>
        <w:spacing w:before="0" w:after="80" w:line="300" w:lineRule="auto"/>
        <w:jc w:val="left"/>
      </w:pPr>
      <w:r>
        <w:rPr>
          <w:rFonts w:ascii="Times New Roman" w:hAnsi="Times New Roman" w:eastAsia="宋体"/>
          <w:b w:val="0"/>
          <w:i w:val="0"/>
          <w:sz w:val="21"/>
        </w:rPr>
        <w:t>(11/2)²=121/4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两个值并不相等。因此，恰有 I、II 和 III 是直角三角形。</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triangles I, II, and III, the relevant equalities are</w:t>
      </w:r>
    </w:p>
    <w:p>
      <w:pPr>
        <w:spacing w:before="0" w:after="80" w:line="300" w:lineRule="auto"/>
        <w:jc w:val="left"/>
      </w:pPr>
      <w:r>
        <w:rPr>
          <w:rFonts w:ascii="Times New Roman" w:hAnsi="Times New Roman" w:eastAsia="宋体"/>
          <w:b w:val="0"/>
          <w:i w:val="0"/>
          <w:color w:val="333333"/>
          <w:sz w:val="19"/>
        </w:rPr>
        <w:t>3²+4²=5²,</w:t>
      </w:r>
    </w:p>
    <w:p>
      <w:pPr>
        <w:spacing w:before="0" w:after="80" w:line="300" w:lineRule="auto"/>
        <w:jc w:val="left"/>
      </w:pPr>
      <w:r>
        <w:rPr>
          <w:rFonts w:ascii="Times New Roman" w:hAnsi="Times New Roman" w:eastAsia="宋体"/>
          <w:b w:val="0"/>
          <w:i w:val="0"/>
          <w:color w:val="333333"/>
          <w:sz w:val="19"/>
        </w:rPr>
        <w:t>4²+(15/2)² =(17/2)²,</w:t>
      </w:r>
    </w:p>
    <w:p>
      <w:pPr>
        <w:spacing w:before="0" w:after="80" w:line="300" w:lineRule="auto"/>
        <w:jc w:val="left"/>
      </w:pPr>
      <w:r>
        <w:rPr>
          <w:rFonts w:ascii="Times New Roman" w:hAnsi="Times New Roman" w:eastAsia="宋体"/>
          <w:b w:val="0"/>
          <w:i w:val="0"/>
          <w:color w:val="333333"/>
          <w:sz w:val="19"/>
        </w:rPr>
        <w:t>7²+24²=25².</w:t>
      </w:r>
    </w:p>
    <w:p>
      <w:pPr>
        <w:spacing w:before="0" w:after="80" w:line="300" w:lineRule="auto"/>
        <w:jc w:val="left"/>
      </w:pPr>
      <w:r>
        <w:rPr>
          <w:rFonts w:ascii="Times New Roman" w:hAnsi="Times New Roman" w:eastAsia="宋体"/>
          <w:b w:val="0"/>
          <w:i w:val="0"/>
          <w:color w:val="333333"/>
          <w:sz w:val="19"/>
        </w:rPr>
        <w:t>For IV,</w:t>
      </w:r>
    </w:p>
    <w:p>
      <w:pPr>
        <w:spacing w:before="0" w:after="80" w:line="300" w:lineRule="auto"/>
        <w:jc w:val="left"/>
      </w:pPr>
      <w:r>
        <w:rPr>
          <w:rFonts w:ascii="Times New Roman" w:hAnsi="Times New Roman" w:eastAsia="宋体"/>
          <w:b w:val="0"/>
          <w:i w:val="0"/>
          <w:color w:val="333333"/>
          <w:sz w:val="19"/>
        </w:rPr>
        <w:t>(7/2)²+(9/2)² =130/4,</w:t>
      </w:r>
    </w:p>
    <w:p>
      <w:pPr>
        <w:spacing w:before="0" w:after="80" w:line="300" w:lineRule="auto"/>
        <w:jc w:val="left"/>
      </w:pPr>
      <w:r>
        <w:rPr>
          <w:rFonts w:ascii="Times New Roman" w:hAnsi="Times New Roman" w:eastAsia="宋体"/>
          <w:b w:val="0"/>
          <w:i w:val="0"/>
          <w:color w:val="333333"/>
          <w:sz w:val="19"/>
        </w:rPr>
        <w:t>(11/2)²=121/4.</w:t>
      </w:r>
    </w:p>
    <w:p>
      <w:pPr>
        <w:spacing w:before="0" w:after="80" w:line="300" w:lineRule="auto"/>
        <w:jc w:val="left"/>
      </w:pPr>
      <w:r>
        <w:rPr>
          <w:rFonts w:ascii="Times New Roman" w:hAnsi="Times New Roman" w:eastAsia="宋体"/>
          <w:b w:val="0"/>
          <w:i w:val="0"/>
          <w:color w:val="333333"/>
          <w:sz w:val="19"/>
        </w:rPr>
        <w:t>These values are unequal. Thus precisely I, II, and III are right triangles.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由售价保持不变可得</w:t>
      </w:r>
    </w:p>
    <w:p>
      <w:pPr>
        <w:spacing w:before="0" w:after="80" w:line="300" w:lineRule="auto"/>
        <w:jc w:val="left"/>
      </w:pPr>
      <w:r>
        <w:rPr>
          <w:rFonts w:ascii="Times New Roman" w:hAnsi="Times New Roman" w:eastAsia="宋体"/>
          <w:b w:val="0"/>
          <w:i w:val="0"/>
          <w:sz w:val="21"/>
        </w:rPr>
        <w:t>1+0.01x=0.92</w:t>
      </w:r>
    </w:p>
    <w:p>
      <w:pPr>
        <w:spacing w:before="0" w:after="80" w:line="300" w:lineRule="auto"/>
        <w:jc w:val="left"/>
      </w:pPr>
      <w:r>
        <w:rPr>
          <w:rFonts w:ascii="Times New Roman" w:hAnsi="Times New Roman" w:eastAsia="宋体"/>
          <w:b w:val="0"/>
          <w:i w:val="0"/>
          <w:sz w:val="21"/>
        </w:rPr>
        <w:t>+0.0092(x+10)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化简得</w:t>
      </w:r>
    </w:p>
    <w:p>
      <w:pPr>
        <w:spacing w:before="0" w:after="80" w:line="300" w:lineRule="auto"/>
        <w:jc w:val="left"/>
      </w:pPr>
      <w:r>
        <w:rPr>
          <w:rFonts w:ascii="Times New Roman" w:hAnsi="Times New Roman" w:eastAsia="宋体"/>
          <w:b w:val="0"/>
          <w:i w:val="0"/>
          <w:sz w:val="21"/>
        </w:rPr>
        <w:t>1+0.01x=1.012+0.0092x，</w:t>
      </w:r>
    </w:p>
    <w:p>
      <w:pPr>
        <w:spacing w:before="0" w:after="80" w:line="300" w:lineRule="auto"/>
        <w:jc w:val="left"/>
      </w:pPr>
      <w:r>
        <w:rPr>
          <w:rFonts w:ascii="Times New Roman" w:hAnsi="Times New Roman" w:eastAsia="宋体"/>
          <w:b w:val="0"/>
          <w:i w:val="0"/>
          <w:sz w:val="21"/>
        </w:rPr>
        <w:t>所以 0.0008x=0.012，且 x=15。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fixed selling price gives</w:t>
      </w:r>
    </w:p>
    <w:p>
      <w:pPr>
        <w:spacing w:before="0" w:after="80" w:line="300" w:lineRule="auto"/>
        <w:jc w:val="left"/>
      </w:pPr>
      <w:r>
        <w:rPr>
          <w:rFonts w:ascii="Times New Roman" w:hAnsi="Times New Roman" w:eastAsia="宋体"/>
          <w:b w:val="0"/>
          <w:i w:val="0"/>
          <w:color w:val="333333"/>
          <w:sz w:val="19"/>
        </w:rPr>
        <w:t>1+0.01x=0.92</w:t>
      </w:r>
    </w:p>
    <w:p>
      <w:pPr>
        <w:spacing w:before="0" w:after="80" w:line="300" w:lineRule="auto"/>
        <w:jc w:val="left"/>
      </w:pPr>
      <w:r>
        <w:rPr>
          <w:rFonts w:ascii="Times New Roman" w:hAnsi="Times New Roman" w:eastAsia="宋体"/>
          <w:b w:val="0"/>
          <w:i w:val="0"/>
          <w:color w:val="333333"/>
          <w:sz w:val="19"/>
        </w:rPr>
        <w:t>+0.0092(x+10).</w:t>
      </w:r>
    </w:p>
    <w:p>
      <w:pPr>
        <w:spacing w:before="0" w:after="80" w:line="300" w:lineRule="auto"/>
        <w:jc w:val="left"/>
      </w:pPr>
      <w:r>
        <w:rPr>
          <w:rFonts w:ascii="Times New Roman" w:hAnsi="Times New Roman" w:eastAsia="宋体"/>
          <w:b w:val="0"/>
          <w:i w:val="0"/>
          <w:color w:val="333333"/>
          <w:sz w:val="19"/>
        </w:rPr>
        <w:t>Simplifying yields</w:t>
      </w:r>
    </w:p>
    <w:p>
      <w:pPr>
        <w:spacing w:before="0" w:after="80" w:line="300" w:lineRule="auto"/>
        <w:jc w:val="left"/>
      </w:pPr>
      <w:r>
        <w:rPr>
          <w:rFonts w:ascii="Times New Roman" w:hAnsi="Times New Roman" w:eastAsia="宋体"/>
          <w:b w:val="0"/>
          <w:i w:val="0"/>
          <w:color w:val="333333"/>
          <w:sz w:val="19"/>
        </w:rPr>
        <w:t>1+0.01x=1.012+0.0092x,</w:t>
      </w:r>
    </w:p>
    <w:p>
      <w:pPr>
        <w:spacing w:before="0" w:after="80" w:line="300" w:lineRule="auto"/>
        <w:jc w:val="left"/>
      </w:pPr>
      <w:r>
        <w:rPr>
          <w:rFonts w:ascii="Times New Roman" w:hAnsi="Times New Roman" w:eastAsia="宋体"/>
          <w:b w:val="0"/>
          <w:i w:val="0"/>
          <w:color w:val="333333"/>
          <w:sz w:val="19"/>
        </w:rPr>
        <w:t>so 0.0008x=0.012 and x=15.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直接计算，</w:t>
      </w:r>
    </w:p>
    <w:p>
      <w:pPr>
        <w:spacing w:before="0" w:after="80" w:line="300" w:lineRule="auto"/>
        <w:jc w:val="left"/>
      </w:pPr>
      <w:r>
        <w:rPr>
          <w:rFonts w:ascii="Times New Roman" w:hAnsi="Times New Roman" w:eastAsia="宋体"/>
          <w:b w:val="0"/>
          <w:i w:val="0"/>
          <w:sz w:val="21"/>
        </w:rPr>
        <w:t>x²-x =((1-i√(3))/2)²</w:t>
      </w:r>
    </w:p>
    <w:p>
      <w:pPr>
        <w:spacing w:before="0" w:after="80" w:line="300" w:lineRule="auto"/>
        <w:jc w:val="left"/>
      </w:pPr>
      <w:r>
        <w:rPr>
          <w:rFonts w:ascii="Times New Roman" w:hAnsi="Times New Roman" w:eastAsia="宋体"/>
          <w:b w:val="0"/>
          <w:i w:val="0"/>
          <w:sz w:val="21"/>
        </w:rPr>
        <w:t>-(1-i√(3))/2</w:t>
      </w:r>
    </w:p>
    <w:p>
      <w:pPr>
        <w:spacing w:before="0" w:after="80" w:line="300" w:lineRule="auto"/>
        <w:jc w:val="left"/>
      </w:pPr>
      <w:r>
        <w:rPr>
          <w:rFonts w:ascii="Times New Roman" w:hAnsi="Times New Roman" w:eastAsia="宋体"/>
          <w:b w:val="0"/>
          <w:i w:val="0"/>
          <w:sz w:val="21"/>
        </w:rPr>
        <w:t>=-1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因此它的倒数也是 -1。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Directly,</w:t>
      </w:r>
    </w:p>
    <w:p>
      <w:pPr>
        <w:spacing w:before="0" w:after="80" w:line="300" w:lineRule="auto"/>
        <w:jc w:val="left"/>
      </w:pPr>
      <w:r>
        <w:rPr>
          <w:rFonts w:ascii="Times New Roman" w:hAnsi="Times New Roman" w:eastAsia="宋体"/>
          <w:b w:val="0"/>
          <w:i w:val="0"/>
          <w:color w:val="333333"/>
          <w:sz w:val="19"/>
        </w:rPr>
        <w:t>x²-x =((1-i√(3))/2)²</w:t>
      </w:r>
    </w:p>
    <w:p>
      <w:pPr>
        <w:spacing w:before="0" w:after="80" w:line="300" w:lineRule="auto"/>
        <w:jc w:val="left"/>
      </w:pPr>
      <w:r>
        <w:rPr>
          <w:rFonts w:ascii="Times New Roman" w:hAnsi="Times New Roman" w:eastAsia="宋体"/>
          <w:b w:val="0"/>
          <w:i w:val="0"/>
          <w:color w:val="333333"/>
          <w:sz w:val="19"/>
        </w:rPr>
        <w:t>-(1-i√(3))/2</w:t>
      </w:r>
    </w:p>
    <w:p>
      <w:pPr>
        <w:spacing w:before="0" w:after="80" w:line="300" w:lineRule="auto"/>
        <w:jc w:val="left"/>
      </w:pPr>
      <w:r>
        <w:rPr>
          <w:rFonts w:ascii="Times New Roman" w:hAnsi="Times New Roman" w:eastAsia="宋体"/>
          <w:b w:val="0"/>
          <w:i w:val="0"/>
          <w:color w:val="333333"/>
          <w:sz w:val="19"/>
        </w:rPr>
        <w:t>=-1.</w:t>
      </w:r>
    </w:p>
    <w:p>
      <w:pPr>
        <w:spacing w:before="0" w:after="80" w:line="300" w:lineRule="auto"/>
        <w:jc w:val="left"/>
      </w:pPr>
      <w:r>
        <w:rPr>
          <w:rFonts w:ascii="Times New Roman" w:hAnsi="Times New Roman" w:eastAsia="宋体"/>
          <w:b w:val="0"/>
          <w:i w:val="0"/>
          <w:color w:val="333333"/>
          <w:sz w:val="19"/>
        </w:rPr>
        <w:t>Its reciprocal is therefore also -1.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D</w:t>
      </w:r>
    </w:p>
    <w:p>
      <w:pPr>
        <w:spacing w:before="0" w:after="80" w:line="300" w:lineRule="auto"/>
        <w:jc w:val="left"/>
      </w:pPr>
      <w:r>
        <w:rPr>
          <w:rFonts w:ascii="Times New Roman" w:hAnsi="Times New Roman" w:eastAsia="宋体"/>
          <w:b w:val="0"/>
          <w:i w:val="0"/>
          <w:sz w:val="21"/>
        </w:rPr>
        <w:t>每个符合条件的 X 都包含 1,2，而 3,4,5 中的每个元素都可独立选择。因此共有</w:t>
      </w:r>
    </w:p>
    <w:p>
      <w:pPr>
        <w:spacing w:before="0" w:after="80" w:line="300" w:lineRule="auto"/>
        <w:jc w:val="left"/>
      </w:pPr>
      <w:r>
        <w:rPr>
          <w:rFonts w:ascii="Times New Roman" w:hAnsi="Times New Roman" w:eastAsia="宋体"/>
          <w:b w:val="0"/>
          <w:i w:val="0"/>
          <w:sz w:val="21"/>
        </w:rPr>
        <w:t>2³=8</w:t>
      </w:r>
    </w:p>
    <w:p>
      <w:pPr>
        <w:spacing w:before="0" w:after="80" w:line="300" w:lineRule="auto"/>
        <w:jc w:val="left"/>
      </w:pPr>
      <w:r>
        <w:rPr>
          <w:rFonts w:ascii="Times New Roman" w:hAnsi="Times New Roman" w:eastAsia="宋体"/>
          <w:b w:val="0"/>
          <w:i w:val="0"/>
          <w:sz w:val="21"/>
        </w:rPr>
        <w:t>个可能的集合。</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Every valid X contains 1,2, while each of 3,4,5 may be chosen independently. Hence there are</w:t>
      </w:r>
    </w:p>
    <w:p>
      <w:pPr>
        <w:spacing w:before="0" w:after="80" w:line="300" w:lineRule="auto"/>
        <w:jc w:val="left"/>
      </w:pPr>
      <w:r>
        <w:rPr>
          <w:rFonts w:ascii="Times New Roman" w:hAnsi="Times New Roman" w:eastAsia="宋体"/>
          <w:b w:val="0"/>
          <w:i w:val="0"/>
          <w:color w:val="333333"/>
          <w:sz w:val="19"/>
        </w:rPr>
        <w:t>2³=8</w:t>
      </w:r>
    </w:p>
    <w:p>
      <w:pPr>
        <w:spacing w:before="0" w:after="80" w:line="300" w:lineRule="auto"/>
        <w:jc w:val="left"/>
      </w:pPr>
      <w:r>
        <w:rPr>
          <w:rFonts w:ascii="Times New Roman" w:hAnsi="Times New Roman" w:eastAsia="宋体"/>
          <w:b w:val="0"/>
          <w:i w:val="0"/>
          <w:color w:val="333333"/>
          <w:sz w:val="19"/>
        </w:rPr>
        <w:t>possible sets.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A</w:t>
      </w:r>
    </w:p>
    <w:p>
      <w:pPr>
        <w:spacing w:before="0" w:after="80" w:line="300" w:lineRule="auto"/>
        <w:jc w:val="left"/>
      </w:pPr>
      <w:r>
        <w:rPr>
          <w:rFonts w:ascii="Times New Roman" w:hAnsi="Times New Roman" w:eastAsia="宋体"/>
          <w:b w:val="0"/>
          <w:i w:val="0"/>
          <w:sz w:val="21"/>
        </w:rPr>
        <w:t>取便于比较的相同幂次，可得</w:t>
      </w:r>
    </w:p>
    <w:p>
      <w:pPr>
        <w:spacing w:before="0" w:after="80" w:line="300" w:lineRule="auto"/>
        <w:jc w:val="left"/>
      </w:pPr>
      <w:r>
        <w:rPr>
          <w:rFonts w:ascii="Times New Roman" w:hAnsi="Times New Roman" w:eastAsia="宋体"/>
          <w:b w:val="0"/>
          <w:i w:val="0"/>
          <w:sz w:val="21"/>
        </w:rPr>
        <w:t>(3^(1/3))⁶=9&gt;8=(2^(1/2))⁶，</w:t>
      </w:r>
    </w:p>
    <w:p>
      <w:pPr>
        <w:spacing w:before="0" w:after="80" w:line="300" w:lineRule="auto"/>
        <w:jc w:val="left"/>
      </w:pPr>
      <w:r>
        <w:rPr>
          <w:rFonts w:ascii="Times New Roman" w:hAnsi="Times New Roman" w:eastAsia="宋体"/>
          <w:b w:val="0"/>
          <w:i w:val="0"/>
          <w:sz w:val="21"/>
        </w:rPr>
        <w:t>(2^(1/2))⁸=16&gt;8=(8^(1/8))⁸，</w:t>
      </w:r>
    </w:p>
    <w:p>
      <w:pPr>
        <w:spacing w:before="0" w:after="80" w:line="300" w:lineRule="auto"/>
        <w:jc w:val="left"/>
      </w:pPr>
      <w:r>
        <w:rPr>
          <w:rFonts w:ascii="Times New Roman" w:hAnsi="Times New Roman" w:eastAsia="宋体"/>
          <w:b w:val="0"/>
          <w:i w:val="0"/>
          <w:sz w:val="21"/>
        </w:rPr>
        <w:t>以及</w:t>
      </w:r>
    </w:p>
    <w:p>
      <w:pPr>
        <w:spacing w:before="0" w:after="80" w:line="300" w:lineRule="auto"/>
        <w:jc w:val="left"/>
      </w:pPr>
      <w:r>
        <w:rPr>
          <w:rFonts w:ascii="Times New Roman" w:hAnsi="Times New Roman" w:eastAsia="宋体"/>
          <w:b w:val="0"/>
          <w:i w:val="0"/>
          <w:sz w:val="21"/>
        </w:rPr>
        <w:t>(2^(1/2))¹⁸=512&gt;81=(9^(1/9))¹⁸。</w:t>
      </w:r>
    </w:p>
    <w:p>
      <w:pPr>
        <w:spacing w:before="0" w:after="80" w:line="300" w:lineRule="auto"/>
        <w:jc w:val="left"/>
      </w:pPr>
      <w:r>
        <w:rPr>
          <w:rFonts w:ascii="Times New Roman" w:hAnsi="Times New Roman" w:eastAsia="宋体"/>
          <w:b w:val="0"/>
          <w:i w:val="0"/>
          <w:sz w:val="21"/>
        </w:rPr>
        <w:t>因此，3^(1/3) 最大，2^(1/2) 第二大。</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Raising to convenient common powers gives</w:t>
      </w:r>
    </w:p>
    <w:p>
      <w:pPr>
        <w:spacing w:before="0" w:after="80" w:line="300" w:lineRule="auto"/>
        <w:jc w:val="left"/>
      </w:pPr>
      <w:r>
        <w:rPr>
          <w:rFonts w:ascii="Times New Roman" w:hAnsi="Times New Roman" w:eastAsia="宋体"/>
          <w:b w:val="0"/>
          <w:i w:val="0"/>
          <w:color w:val="333333"/>
          <w:sz w:val="19"/>
        </w:rPr>
        <w:t>(3^(1/3))⁶=9&gt;8=(2^(1/2))⁶,</w:t>
      </w:r>
    </w:p>
    <w:p>
      <w:pPr>
        <w:spacing w:before="0" w:after="80" w:line="300" w:lineRule="auto"/>
        <w:jc w:val="left"/>
      </w:pPr>
      <w:r>
        <w:rPr>
          <w:rFonts w:ascii="Times New Roman" w:hAnsi="Times New Roman" w:eastAsia="宋体"/>
          <w:b w:val="0"/>
          <w:i w:val="0"/>
          <w:color w:val="333333"/>
          <w:sz w:val="19"/>
        </w:rPr>
        <w:t>(2^(1/2))⁸=16&gt;8=(8^(1/8))⁸,</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(2^(1/2))¹⁸=512&gt;81=(9^(1/9))¹⁸.</w:t>
      </w:r>
    </w:p>
    <w:p>
      <w:pPr>
        <w:spacing w:before="0" w:after="80" w:line="300" w:lineRule="auto"/>
        <w:jc w:val="left"/>
      </w:pPr>
      <w:r>
        <w:rPr>
          <w:rFonts w:ascii="Times New Roman" w:hAnsi="Times New Roman" w:eastAsia="宋体"/>
          <w:b w:val="0"/>
          <w:i w:val="0"/>
          <w:color w:val="333333"/>
          <w:sz w:val="19"/>
        </w:rPr>
        <w:t>Thus 3^(1/3) is greatest and 2^(1/2) is next.</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令 u=3ˣ。则</w:t>
      </w:r>
    </w:p>
    <w:p>
      <w:pPr>
        <w:spacing w:before="0" w:after="80" w:line="300" w:lineRule="auto"/>
        <w:jc w:val="left"/>
      </w:pPr>
      <w:r>
        <w:rPr>
          <w:rFonts w:ascii="Times New Roman" w:hAnsi="Times New Roman" w:eastAsia="宋体"/>
          <w:b w:val="0"/>
          <w:i w:val="0"/>
          <w:sz w:val="21"/>
        </w:rPr>
        <w:t>u²-10u+9=(u-1)(u-9)</w:t>
      </w:r>
    </w:p>
    <w:p>
      <w:pPr>
        <w:spacing w:before="0" w:after="80" w:line="300" w:lineRule="auto"/>
        <w:jc w:val="left"/>
      </w:pPr>
      <w:r>
        <w:rPr>
          <w:rFonts w:ascii="Times New Roman" w:hAnsi="Times New Roman" w:eastAsia="宋体"/>
          <w:b w:val="0"/>
          <w:i w:val="0"/>
          <w:sz w:val="21"/>
        </w:rPr>
        <w:t>=0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x=0 或 x=2，所以 x²+1 分别为 1 或 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u=3ˣ. Then</w:t>
      </w:r>
    </w:p>
    <w:p>
      <w:pPr>
        <w:spacing w:before="0" w:after="80" w:line="300" w:lineRule="auto"/>
        <w:jc w:val="left"/>
      </w:pPr>
      <w:r>
        <w:rPr>
          <w:rFonts w:ascii="Times New Roman" w:hAnsi="Times New Roman" w:eastAsia="宋体"/>
          <w:b w:val="0"/>
          <w:i w:val="0"/>
          <w:color w:val="333333"/>
          <w:sz w:val="19"/>
        </w:rPr>
        <w:t>u²-10u+9=(u-1)(u-9)</w:t>
      </w:r>
    </w:p>
    <w:p>
      <w:pPr>
        <w:spacing w:before="0" w:after="80" w:line="300" w:lineRule="auto"/>
        <w:jc w:val="left"/>
      </w:pPr>
      <w:r>
        <w:rPr>
          <w:rFonts w:ascii="Times New Roman" w:hAnsi="Times New Roman" w:eastAsia="宋体"/>
          <w:b w:val="0"/>
          <w:i w:val="0"/>
          <w:color w:val="333333"/>
          <w:sz w:val="19"/>
        </w:rPr>
        <w:t>=0.</w:t>
      </w:r>
    </w:p>
    <w:p>
      <w:pPr>
        <w:spacing w:before="0" w:after="80" w:line="300" w:lineRule="auto"/>
        <w:jc w:val="left"/>
      </w:pPr>
      <w:r>
        <w:rPr>
          <w:rFonts w:ascii="Times New Roman" w:hAnsi="Times New Roman" w:eastAsia="宋体"/>
          <w:b w:val="0"/>
          <w:i w:val="0"/>
          <w:color w:val="333333"/>
          <w:sz w:val="19"/>
        </w:rPr>
        <w:t>Thus x=0 or x=2, so x²+1 is respectively 1 or 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E</w:t>
      </w:r>
    </w:p>
    <w:p>
      <w:pPr>
        <w:spacing w:before="0" w:after="80" w:line="300" w:lineRule="auto"/>
        <w:jc w:val="left"/>
      </w:pPr>
      <w:r>
        <w:rPr>
          <w:rFonts w:ascii="Times New Roman" w:hAnsi="Times New Roman" w:eastAsia="宋体"/>
          <w:b w:val="0"/>
          <w:i w:val="0"/>
          <w:sz w:val="21"/>
        </w:rPr>
        <w:t>所求比的比值为</w:t>
      </w:r>
    </w:p>
    <w:p>
      <w:pPr>
        <w:spacing w:before="0" w:after="80" w:line="300" w:lineRule="auto"/>
        <w:jc w:val="left"/>
      </w:pPr>
      <w:r>
        <w:rPr>
          <w:rFonts w:ascii="Times New Roman" w:hAnsi="Times New Roman" w:eastAsia="宋体"/>
          <w:b w:val="0"/>
          <w:i w:val="0"/>
          <w:sz w:val="21"/>
        </w:rPr>
        <w:t>(x/yz)/(y/zx)=x²/y²。</w:t>
      </w:r>
    </w:p>
    <w:p>
      <w:pPr>
        <w:spacing w:before="0" w:after="80" w:line="300" w:lineRule="auto"/>
        <w:jc w:val="left"/>
      </w:pPr>
      <w:r>
        <w:rPr>
          <w:rFonts w:ascii="Times New Roman" w:hAnsi="Times New Roman" w:eastAsia="宋体"/>
          <w:b w:val="0"/>
          <w:i w:val="0"/>
          <w:sz w:val="21"/>
        </w:rPr>
        <w:t>又因为 yz:zx=y:x=1:2，所以 x:y=2:1。因此 x²:y²=4:1。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requested ratio has quotient</w:t>
      </w:r>
    </w:p>
    <w:p>
      <w:pPr>
        <w:spacing w:before="0" w:after="80" w:line="300" w:lineRule="auto"/>
        <w:jc w:val="left"/>
      </w:pPr>
      <w:r>
        <w:rPr>
          <w:rFonts w:ascii="Times New Roman" w:hAnsi="Times New Roman" w:eastAsia="宋体"/>
          <w:b w:val="0"/>
          <w:i w:val="0"/>
          <w:color w:val="333333"/>
          <w:sz w:val="19"/>
        </w:rPr>
        <w:t>(x/yz)/(y/zx)=x²/y².</w:t>
      </w:r>
    </w:p>
    <w:p>
      <w:pPr>
        <w:spacing w:before="0" w:after="80" w:line="300" w:lineRule="auto"/>
        <w:jc w:val="left"/>
      </w:pPr>
      <w:r>
        <w:rPr>
          <w:rFonts w:ascii="Times New Roman" w:hAnsi="Times New Roman" w:eastAsia="宋体"/>
          <w:b w:val="0"/>
          <w:i w:val="0"/>
          <w:color w:val="333333"/>
          <w:sz w:val="19"/>
        </w:rPr>
        <w:t>Also yz:zx=y:x=1:2, so x:y=2:1. Therefore x²:y²=4:1.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若 x-log y≥0，由原方程得 log y=0，所以 y=1。若 x-log y&lt;0，则得 x=0。因此每个解都满足 x=0 或 y=1，即</w:t>
      </w:r>
    </w:p>
    <w:p>
      <w:pPr>
        <w:spacing w:before="0" w:after="80" w:line="300" w:lineRule="auto"/>
        <w:jc w:val="left"/>
      </w:pPr>
      <w:r>
        <w:rPr>
          <w:rFonts w:ascii="Times New Roman" w:hAnsi="Times New Roman" w:eastAsia="宋体"/>
          <w:b w:val="0"/>
          <w:i w:val="0"/>
          <w:sz w:val="21"/>
        </w:rPr>
        <w:t>x(y-1)=0。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x-log y≥0, the equation gives log y=0, hence y=1. If x-log y&lt;0, it gives x=0. Therefore every solution satisfies either x=0 or y=1, which is expressed by</w:t>
      </w:r>
    </w:p>
    <w:p>
      <w:pPr>
        <w:spacing w:before="0" w:after="80" w:line="300" w:lineRule="auto"/>
        <w:jc w:val="left"/>
      </w:pPr>
      <w:r>
        <w:rPr>
          <w:rFonts w:ascii="Times New Roman" w:hAnsi="Times New Roman" w:eastAsia="宋体"/>
          <w:b w:val="0"/>
          <w:i w:val="0"/>
          <w:color w:val="333333"/>
          <w:sz w:val="19"/>
        </w:rPr>
        <w:t>x(y-1)=0.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A</w:t>
      </w:r>
    </w:p>
    <w:p>
      <w:pPr>
        <w:spacing w:before="0" w:after="80" w:line="300" w:lineRule="auto"/>
        <w:jc w:val="left"/>
      </w:pPr>
      <w:r>
        <w:rPr>
          <w:rFonts w:ascii="Times New Roman" w:hAnsi="Times New Roman" w:eastAsia="宋体"/>
          <w:b w:val="0"/>
          <w:i w:val="0"/>
          <w:sz w:val="21"/>
        </w:rPr>
        <w:t>设每盒有 S 张纸和 E 个信封。两人的使用情况给出 S-E=50 和 E-S/3=50。两式相加得 2S/3=100，所以 S=150。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and E denote sheets and envelopes per box. The two accounts give S-E=50 and E-S/3=50. Adding yields 2S/3=100, so S=150.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条件 lvert x-2rvert≤7 给出 -5≤ x≤9。条件 lvert x-2rvert≥1 给出 x≤1 或 x≥3。二者的交集为</w:t>
      </w:r>
    </w:p>
    <w:p>
      <w:pPr>
        <w:spacing w:before="0" w:after="80" w:line="300" w:lineRule="auto"/>
        <w:jc w:val="left"/>
      </w:pPr>
      <w:r>
        <w:rPr>
          <w:rFonts w:ascii="Times New Roman" w:hAnsi="Times New Roman" w:eastAsia="宋体"/>
          <w:b w:val="0"/>
          <w:i w:val="0"/>
          <w:sz w:val="21"/>
        </w:rPr>
        <w:t>[-5,1]∪[3,9]。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condition lvert x-2rvert≤7 gives -5≤ x≤9. The condition lvert x-2rvert≥1 gives x≤1 or x≥3. Their intersection is</w:t>
      </w:r>
    </w:p>
    <w:p>
      <w:pPr>
        <w:spacing w:before="0" w:after="80" w:line="300" w:lineRule="auto"/>
        <w:jc w:val="left"/>
      </w:pPr>
      <w:r>
        <w:rPr>
          <w:rFonts w:ascii="Times New Roman" w:hAnsi="Times New Roman" w:eastAsia="宋体"/>
          <w:b w:val="0"/>
          <w:i w:val="0"/>
          <w:color w:val="333333"/>
          <w:sz w:val="19"/>
        </w:rPr>
        <w:t>[-5,1]∪[3,9].</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A</w:t>
      </w:r>
    </w:p>
    <w:p>
      <w:pPr>
        <w:spacing w:before="0" w:after="80" w:line="300" w:lineRule="auto"/>
        <w:jc w:val="left"/>
      </w:pPr>
      <w:r>
        <w:rPr>
          <w:rFonts w:ascii="Times New Roman" w:hAnsi="Times New Roman" w:eastAsia="宋体"/>
          <w:b w:val="0"/>
          <w:i w:val="0"/>
          <w:sz w:val="21"/>
        </w:rPr>
        <w:t>由第二个方程得 x²=3y-12。代入第一个方程，得</w:t>
      </w:r>
    </w:p>
    <w:p>
      <w:pPr>
        <w:spacing w:before="0" w:after="80" w:line="300" w:lineRule="auto"/>
        <w:jc w:val="left"/>
      </w:pPr>
      <w:r>
        <w:rPr>
          <w:rFonts w:ascii="Times New Roman" w:hAnsi="Times New Roman" w:eastAsia="宋体"/>
          <w:b w:val="0"/>
          <w:i w:val="0"/>
          <w:sz w:val="21"/>
        </w:rPr>
        <w:t>y²+3y-28=(y-4)(y+7)</w:t>
      </w:r>
    </w:p>
    <w:p>
      <w:pPr>
        <w:spacing w:before="0" w:after="80" w:line="300" w:lineRule="auto"/>
        <w:jc w:val="left"/>
      </w:pPr>
      <w:r>
        <w:rPr>
          <w:rFonts w:ascii="Times New Roman" w:hAnsi="Times New Roman" w:eastAsia="宋体"/>
          <w:b w:val="0"/>
          <w:i w:val="0"/>
          <w:sz w:val="21"/>
        </w:rPr>
        <w:t>=0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若 y=4，则 x=0。若 y=-7，则 x²=-33，不存在实数 x。因此只有 y=4 可行。</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the second equation, x²=3y-12. Substitution into the first gives</w:t>
      </w:r>
    </w:p>
    <w:p>
      <w:pPr>
        <w:spacing w:before="0" w:after="80" w:line="300" w:lineRule="auto"/>
        <w:jc w:val="left"/>
      </w:pPr>
      <w:r>
        <w:rPr>
          <w:rFonts w:ascii="Times New Roman" w:hAnsi="Times New Roman" w:eastAsia="宋体"/>
          <w:b w:val="0"/>
          <w:i w:val="0"/>
          <w:color w:val="333333"/>
          <w:sz w:val="19"/>
        </w:rPr>
        <w:t>y²+3y-28=(y-4)(y+7)</w:t>
      </w:r>
    </w:p>
    <w:p>
      <w:pPr>
        <w:spacing w:before="0" w:after="80" w:line="300" w:lineRule="auto"/>
        <w:jc w:val="left"/>
      </w:pPr>
      <w:r>
        <w:rPr>
          <w:rFonts w:ascii="Times New Roman" w:hAnsi="Times New Roman" w:eastAsia="宋体"/>
          <w:b w:val="0"/>
          <w:i w:val="0"/>
          <w:color w:val="333333"/>
          <w:sz w:val="19"/>
        </w:rPr>
        <w:t>=0.</w:t>
      </w:r>
    </w:p>
    <w:p>
      <w:pPr>
        <w:spacing w:before="0" w:after="80" w:line="300" w:lineRule="auto"/>
        <w:jc w:val="left"/>
      </w:pPr>
      <w:r>
        <w:rPr>
          <w:rFonts w:ascii="Times New Roman" w:hAnsi="Times New Roman" w:eastAsia="宋体"/>
          <w:b w:val="0"/>
          <w:i w:val="0"/>
          <w:color w:val="333333"/>
          <w:sz w:val="19"/>
        </w:rPr>
        <w:t>If y=4, then x=0. If y=-7, then x²=-33, so no real x exists. Thus only y=4 is possible.</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设棱长为 f 英尺，即 12f 英寸。题述的数值相等关系为</w:t>
      </w:r>
    </w:p>
    <w:p>
      <w:pPr>
        <w:spacing w:before="0" w:after="80" w:line="300" w:lineRule="auto"/>
        <w:jc w:val="left"/>
      </w:pPr>
      <w:r>
        <w:rPr>
          <w:rFonts w:ascii="Times New Roman" w:hAnsi="Times New Roman" w:eastAsia="宋体"/>
          <w:b w:val="0"/>
          <w:i w:val="0"/>
          <w:sz w:val="21"/>
        </w:rPr>
        <w:t>f³=6(12f)²。</w:t>
      </w:r>
    </w:p>
    <w:p>
      <w:pPr>
        <w:spacing w:before="0" w:after="80" w:line="300" w:lineRule="auto"/>
        <w:jc w:val="left"/>
      </w:pPr>
      <w:r>
        <w:rPr>
          <w:rFonts w:ascii="Times New Roman" w:hAnsi="Times New Roman" w:eastAsia="宋体"/>
          <w:b w:val="0"/>
          <w:i w:val="0"/>
          <w:sz w:val="21"/>
        </w:rPr>
        <w:t>因为 f&gt;0，两边除以 f² 得</w:t>
      </w:r>
    </w:p>
    <w:p>
      <w:pPr>
        <w:spacing w:before="0" w:after="80" w:line="300" w:lineRule="auto"/>
        <w:jc w:val="left"/>
      </w:pPr>
      <w:r>
        <w:rPr>
          <w:rFonts w:ascii="Times New Roman" w:hAnsi="Times New Roman" w:eastAsia="宋体"/>
          <w:b w:val="0"/>
          <w:i w:val="0"/>
          <w:sz w:val="21"/>
        </w:rPr>
        <w:t>f=6·144=864。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edge length be f feet, or 12f inches. The stated numerical equality is</w:t>
      </w:r>
    </w:p>
    <w:p>
      <w:pPr>
        <w:spacing w:before="0" w:after="80" w:line="300" w:lineRule="auto"/>
        <w:jc w:val="left"/>
      </w:pPr>
      <w:r>
        <w:rPr>
          <w:rFonts w:ascii="Times New Roman" w:hAnsi="Times New Roman" w:eastAsia="宋体"/>
          <w:b w:val="0"/>
          <w:i w:val="0"/>
          <w:color w:val="333333"/>
          <w:sz w:val="19"/>
        </w:rPr>
        <w:t>f³=6(12f)².</w:t>
      </w:r>
    </w:p>
    <w:p>
      <w:pPr>
        <w:spacing w:before="0" w:after="80" w:line="300" w:lineRule="auto"/>
        <w:jc w:val="left"/>
      </w:pPr>
      <w:r>
        <w:rPr>
          <w:rFonts w:ascii="Times New Roman" w:hAnsi="Times New Roman" w:eastAsia="宋体"/>
          <w:b w:val="0"/>
          <w:i w:val="0"/>
          <w:color w:val="333333"/>
          <w:sz w:val="19"/>
        </w:rPr>
        <w:t>Since f&gt;0, division by f² gives</w:t>
      </w:r>
    </w:p>
    <w:p>
      <w:pPr>
        <w:spacing w:before="0" w:after="80" w:line="300" w:lineRule="auto"/>
        <w:jc w:val="left"/>
      </w:pPr>
      <w:r>
        <w:rPr>
          <w:rFonts w:ascii="Times New Roman" w:hAnsi="Times New Roman" w:eastAsia="宋体"/>
          <w:b w:val="0"/>
          <w:i w:val="0"/>
          <w:color w:val="333333"/>
          <w:sz w:val="19"/>
        </w:rPr>
        <w:t>f=6·144=864.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因为 M 是 AE 的中点，所以它到 AD 的水平距离为 5/2。它到 BC 的距离为</w:t>
      </w:r>
    </w:p>
    <w:p>
      <w:pPr>
        <w:spacing w:before="0" w:after="80" w:line="300" w:lineRule="auto"/>
        <w:jc w:val="left"/>
      </w:pPr>
      <w:r>
        <w:rPr>
          <w:rFonts w:ascii="Times New Roman" w:hAnsi="Times New Roman" w:eastAsia="宋体"/>
          <w:b w:val="0"/>
          <w:i w:val="0"/>
          <w:sz w:val="21"/>
        </w:rPr>
        <w:t>12-5/2=19/2。</w:t>
      </w:r>
    </w:p>
    <w:p>
      <w:pPr>
        <w:spacing w:before="0" w:after="80" w:line="300" w:lineRule="auto"/>
        <w:jc w:val="left"/>
      </w:pPr>
      <w:r>
        <w:rPr>
          <w:rFonts w:ascii="Times New Roman" w:hAnsi="Times New Roman" w:eastAsia="宋体"/>
          <w:b w:val="0"/>
          <w:i w:val="0"/>
          <w:sz w:val="21"/>
        </w:rPr>
        <w:t>过 M 的水平线在直线 PQ 两侧截出的两个直角三角形相似，因此它们的斜边之比等于相应水平直角边之比：</w:t>
      </w:r>
    </w:p>
    <w:p>
      <w:pPr>
        <w:spacing w:before="0" w:after="80" w:line="300" w:lineRule="auto"/>
        <w:jc w:val="left"/>
      </w:pPr>
      <w:r>
        <w:rPr>
          <w:rFonts w:ascii="Times New Roman" w:hAnsi="Times New Roman" w:eastAsia="宋体"/>
          <w:b w:val="0"/>
          <w:i w:val="0"/>
          <w:sz w:val="21"/>
        </w:rPr>
        <w:t>PM:MQ=5/2:19/2=5:19。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M is the midpoint of AE, its horizontal distance from AD is 5/2. Its distance from BC is</w:t>
      </w:r>
    </w:p>
    <w:p>
      <w:pPr>
        <w:spacing w:before="0" w:after="80" w:line="300" w:lineRule="auto"/>
        <w:jc w:val="left"/>
      </w:pPr>
      <w:r>
        <w:rPr>
          <w:rFonts w:ascii="Times New Roman" w:hAnsi="Times New Roman" w:eastAsia="宋体"/>
          <w:b w:val="0"/>
          <w:i w:val="0"/>
          <w:color w:val="333333"/>
          <w:sz w:val="19"/>
        </w:rPr>
        <w:t>12-5/2=19/2.</w:t>
      </w:r>
    </w:p>
    <w:p>
      <w:pPr>
        <w:spacing w:before="0" w:after="80" w:line="300" w:lineRule="auto"/>
        <w:jc w:val="left"/>
      </w:pPr>
      <w:r>
        <w:rPr>
          <w:rFonts w:ascii="Times New Roman" w:hAnsi="Times New Roman" w:eastAsia="宋体"/>
          <w:b w:val="0"/>
          <w:i w:val="0"/>
          <w:color w:val="333333"/>
          <w:sz w:val="19"/>
        </w:rPr>
        <w:t>The two right triangles cut from line PQ by the horizontal through M are similar, so their hypotenuses are in the ratio of these horizontal legs:</w:t>
      </w:r>
    </w:p>
    <w:p>
      <w:pPr>
        <w:spacing w:before="0" w:after="80" w:line="300" w:lineRule="auto"/>
        <w:jc w:val="left"/>
      </w:pPr>
      <w:r>
        <w:rPr>
          <w:rFonts w:ascii="Times New Roman" w:hAnsi="Times New Roman" w:eastAsia="宋体"/>
          <w:b w:val="0"/>
          <w:i w:val="0"/>
          <w:color w:val="333333"/>
          <w:sz w:val="19"/>
        </w:rPr>
        <w:t>PM:MQ=5/2:19/2=5:19.</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设 30° 角所对的边长为 s，由正弦定理得</w:t>
      </w:r>
    </w:p>
    <w:p>
      <w:pPr>
        <w:spacing w:before="0" w:after="80" w:line="300" w:lineRule="auto"/>
        <w:jc w:val="left"/>
      </w:pPr>
      <w:r>
        <w:rPr>
          <w:rFonts w:ascii="Times New Roman" w:hAnsi="Times New Roman" w:eastAsia="宋体"/>
          <w:b w:val="0"/>
          <w:i w:val="0"/>
          <w:sz w:val="21"/>
        </w:rPr>
        <w:t>s/(sin30°)=8/(sin45°)。</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s=8(1/2)/((√(2))/2)=4√(2)。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s is the side opposite 30°, the Law of Sines gives</w:t>
      </w:r>
    </w:p>
    <w:p>
      <w:pPr>
        <w:spacing w:before="0" w:after="80" w:line="300" w:lineRule="auto"/>
        <w:jc w:val="left"/>
      </w:pPr>
      <w:r>
        <w:rPr>
          <w:rFonts w:ascii="Times New Roman" w:hAnsi="Times New Roman" w:eastAsia="宋体"/>
          <w:b w:val="0"/>
          <w:i w:val="0"/>
          <w:color w:val="333333"/>
          <w:sz w:val="19"/>
        </w:rPr>
        <w:t>s/(sin30°)=8/(sin45°).</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s=8(1/2)/((√(2))/2)=4√(2).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若墙中有 N 块砖，两人的单独效率分别为 N/9 和 N/10。因此</w:t>
      </w:r>
    </w:p>
    <w:p>
      <w:pPr>
        <w:spacing w:before="0" w:after="80" w:line="300" w:lineRule="auto"/>
        <w:jc w:val="left"/>
      </w:pPr>
      <w:r>
        <w:rPr>
          <w:rFonts w:ascii="Times New Roman" w:hAnsi="Times New Roman" w:eastAsia="宋体"/>
          <w:b w:val="0"/>
          <w:i w:val="0"/>
          <w:sz w:val="21"/>
        </w:rPr>
        <w:t>5(N/9+N/10-10)=N。</w:t>
      </w:r>
    </w:p>
    <w:p>
      <w:pPr>
        <w:spacing w:before="0" w:after="80" w:line="300" w:lineRule="auto"/>
        <w:jc w:val="left"/>
      </w:pPr>
      <w:r>
        <w:rPr>
          <w:rFonts w:ascii="Times New Roman" w:hAnsi="Times New Roman" w:eastAsia="宋体"/>
          <w:b w:val="0"/>
          <w:i w:val="0"/>
          <w:sz w:val="21"/>
        </w:rPr>
        <w:t>两边乘以 18 并化简，得 19N-900=18N，故 N=900。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wall contains N bricks, the individual rates are N/9 and N/10. Thus</w:t>
      </w:r>
    </w:p>
    <w:p>
      <w:pPr>
        <w:spacing w:before="0" w:after="80" w:line="300" w:lineRule="auto"/>
        <w:jc w:val="left"/>
      </w:pPr>
      <w:r>
        <w:rPr>
          <w:rFonts w:ascii="Times New Roman" w:hAnsi="Times New Roman" w:eastAsia="宋体"/>
          <w:b w:val="0"/>
          <w:i w:val="0"/>
          <w:color w:val="333333"/>
          <w:sz w:val="19"/>
        </w:rPr>
        <w:t>5(N/9+N/10-10)=N.</w:t>
      </w:r>
    </w:p>
    <w:p>
      <w:pPr>
        <w:spacing w:before="0" w:after="80" w:line="300" w:lineRule="auto"/>
        <w:jc w:val="left"/>
      </w:pPr>
      <w:r>
        <w:rPr>
          <w:rFonts w:ascii="Times New Roman" w:hAnsi="Times New Roman" w:eastAsia="宋体"/>
          <w:b w:val="0"/>
          <w:i w:val="0"/>
          <w:color w:val="333333"/>
          <w:sz w:val="19"/>
        </w:rPr>
        <w:t>Multiplying by 18 and simplifying gives 19N-900=18N, hence N=900.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由数列条件得 x²=3y 和 2y=x+9。消去 y，得</w:t>
      </w:r>
    </w:p>
    <w:p>
      <w:pPr>
        <w:spacing w:before="0" w:after="80" w:line="300" w:lineRule="auto"/>
        <w:jc w:val="left"/>
      </w:pPr>
      <w:r>
        <w:rPr>
          <w:rFonts w:ascii="Times New Roman" w:hAnsi="Times New Roman" w:eastAsia="宋体"/>
          <w:b w:val="0"/>
          <w:i w:val="0"/>
          <w:sz w:val="21"/>
        </w:rPr>
        <w:t>2x²-3x-27=(2x-9)(x+3)</w:t>
      </w:r>
    </w:p>
    <w:p>
      <w:pPr>
        <w:spacing w:before="0" w:after="80" w:line="300" w:lineRule="auto"/>
        <w:jc w:val="left"/>
      </w:pPr>
      <w:r>
        <w:rPr>
          <w:rFonts w:ascii="Times New Roman" w:hAnsi="Times New Roman" w:eastAsia="宋体"/>
          <w:b w:val="0"/>
          <w:i w:val="0"/>
          <w:sz w:val="21"/>
        </w:rPr>
        <w:t>=0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由正数条件得 x=9/2，进而 y=27/4。两数之和为</w:t>
      </w:r>
    </w:p>
    <w:p>
      <w:pPr>
        <w:spacing w:before="0" w:after="80" w:line="300" w:lineRule="auto"/>
        <w:jc w:val="left"/>
      </w:pPr>
      <w:r>
        <w:rPr>
          <w:rFonts w:ascii="Times New Roman" w:hAnsi="Times New Roman" w:eastAsia="宋体"/>
          <w:b w:val="0"/>
          <w:i w:val="0"/>
          <w:sz w:val="21"/>
        </w:rPr>
        <w:t>9/2+27/4=45/4=111/4。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progression conditions give x²=3y and 2y=x+9. Eliminating y yields</w:t>
      </w:r>
    </w:p>
    <w:p>
      <w:pPr>
        <w:spacing w:before="0" w:after="80" w:line="300" w:lineRule="auto"/>
        <w:jc w:val="left"/>
      </w:pPr>
      <w:r>
        <w:rPr>
          <w:rFonts w:ascii="Times New Roman" w:hAnsi="Times New Roman" w:eastAsia="宋体"/>
          <w:b w:val="0"/>
          <w:i w:val="0"/>
          <w:color w:val="333333"/>
          <w:sz w:val="19"/>
        </w:rPr>
        <w:t>2x²-3x-27=(2x-9)(x+3)</w:t>
      </w:r>
    </w:p>
    <w:p>
      <w:pPr>
        <w:spacing w:before="0" w:after="80" w:line="300" w:lineRule="auto"/>
        <w:jc w:val="left"/>
      </w:pPr>
      <w:r>
        <w:rPr>
          <w:rFonts w:ascii="Times New Roman" w:hAnsi="Times New Roman" w:eastAsia="宋体"/>
          <w:b w:val="0"/>
          <w:i w:val="0"/>
          <w:color w:val="333333"/>
          <w:sz w:val="19"/>
        </w:rPr>
        <w:t>=0.</w:t>
      </w:r>
    </w:p>
    <w:p>
      <w:pPr>
        <w:spacing w:before="0" w:after="80" w:line="300" w:lineRule="auto"/>
        <w:jc w:val="left"/>
      </w:pPr>
      <w:r>
        <w:rPr>
          <w:rFonts w:ascii="Times New Roman" w:hAnsi="Times New Roman" w:eastAsia="宋体"/>
          <w:b w:val="0"/>
          <w:i w:val="0"/>
          <w:color w:val="333333"/>
          <w:sz w:val="19"/>
        </w:rPr>
        <w:t>Positivity gives x=9/2, and then y=27/4. Their sum is</w:t>
      </w:r>
    </w:p>
    <w:p>
      <w:pPr>
        <w:spacing w:before="0" w:after="80" w:line="300" w:lineRule="auto"/>
        <w:jc w:val="left"/>
      </w:pPr>
      <w:r>
        <w:rPr>
          <w:rFonts w:ascii="Times New Roman" w:hAnsi="Times New Roman" w:eastAsia="宋体"/>
          <w:b w:val="0"/>
          <w:i w:val="0"/>
          <w:color w:val="333333"/>
          <w:sz w:val="19"/>
        </w:rPr>
        <w:t>9/2+27/4=45/4=111/4.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E</w:t>
      </w:r>
    </w:p>
    <w:p>
      <w:pPr>
        <w:spacing w:before="0" w:after="80" w:line="300" w:lineRule="auto"/>
        <w:jc w:val="left"/>
      </w:pPr>
      <w:r>
        <w:rPr>
          <w:rFonts w:ascii="Times New Roman" w:hAnsi="Times New Roman" w:eastAsia="宋体"/>
          <w:b w:val="0"/>
          <w:i w:val="0"/>
          <w:sz w:val="21"/>
        </w:rPr>
        <w:t>令绳长为 1。在靠近一端的区间内，条件为</w:t>
      </w:r>
    </w:p>
    <w:p>
      <w:pPr>
        <w:spacing w:before="0" w:after="80" w:line="300" w:lineRule="auto"/>
        <w:jc w:val="left"/>
      </w:pPr>
      <w:r>
        <w:rPr>
          <w:rFonts w:ascii="Times New Roman" w:hAnsi="Times New Roman" w:eastAsia="宋体"/>
          <w:b w:val="0"/>
          <w:i w:val="0"/>
          <w:sz w:val="21"/>
        </w:rPr>
        <w:t>1-t≥ xt，</w:t>
      </w:r>
    </w:p>
    <w:p>
      <w:pPr>
        <w:spacing w:before="0" w:after="80" w:line="300" w:lineRule="auto"/>
        <w:jc w:val="left"/>
      </w:pPr>
      <w:r>
        <w:rPr>
          <w:rFonts w:ascii="Times New Roman" w:hAnsi="Times New Roman" w:eastAsia="宋体"/>
          <w:b w:val="0"/>
          <w:i w:val="0"/>
          <w:sz w:val="21"/>
        </w:rPr>
        <w:t>所以 t≤1/x+1。另一端也有同样长度的区间。两区间总长度即所求概率，为</w:t>
      </w:r>
    </w:p>
    <w:p>
      <w:pPr>
        <w:spacing w:before="0" w:after="80" w:line="300" w:lineRule="auto"/>
        <w:jc w:val="left"/>
      </w:pPr>
      <w:r>
        <w:rPr>
          <w:rFonts w:ascii="Times New Roman" w:hAnsi="Times New Roman" w:eastAsia="宋体"/>
          <w:b w:val="0"/>
          <w:i w:val="0"/>
          <w:sz w:val="21"/>
        </w:rPr>
        <w:t>2/x+1。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Take the string to have length 1. Near one endpoint, the condition is</w:t>
      </w:r>
    </w:p>
    <w:p>
      <w:pPr>
        <w:spacing w:before="0" w:after="80" w:line="300" w:lineRule="auto"/>
        <w:jc w:val="left"/>
      </w:pPr>
      <w:r>
        <w:rPr>
          <w:rFonts w:ascii="Times New Roman" w:hAnsi="Times New Roman" w:eastAsia="宋体"/>
          <w:b w:val="0"/>
          <w:i w:val="0"/>
          <w:color w:val="333333"/>
          <w:sz w:val="19"/>
        </w:rPr>
        <w:t>1-t≥ xt,</w:t>
      </w:r>
    </w:p>
    <w:p>
      <w:pPr>
        <w:spacing w:before="0" w:after="80" w:line="300" w:lineRule="auto"/>
        <w:jc w:val="left"/>
      </w:pPr>
      <w:r>
        <w:rPr>
          <w:rFonts w:ascii="Times New Roman" w:hAnsi="Times New Roman" w:eastAsia="宋体"/>
          <w:b w:val="0"/>
          <w:i w:val="0"/>
          <w:color w:val="333333"/>
          <w:sz w:val="19"/>
        </w:rPr>
        <w:t>so t≤1/x+1. The same interval occurs at the other endpoint. Their total length, hence the probability, is</w:t>
      </w:r>
    </w:p>
    <w:p>
      <w:pPr>
        <w:spacing w:before="0" w:after="80" w:line="300" w:lineRule="auto"/>
        <w:jc w:val="left"/>
      </w:pPr>
      <w:r>
        <w:rPr>
          <w:rFonts w:ascii="Times New Roman" w:hAnsi="Times New Roman" w:eastAsia="宋体"/>
          <w:b w:val="0"/>
          <w:i w:val="0"/>
          <w:color w:val="333333"/>
          <w:sz w:val="19"/>
        </w:rPr>
        <w:t>2/x+1.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A</w:t>
      </w:r>
    </w:p>
    <w:p>
      <w:pPr>
        <w:spacing w:before="0" w:after="80" w:line="300" w:lineRule="auto"/>
        <w:jc w:val="left"/>
      </w:pPr>
      <w:r>
        <w:rPr>
          <w:rFonts w:ascii="Times New Roman" w:hAnsi="Times New Roman" w:eastAsia="宋体"/>
          <w:b w:val="0"/>
          <w:i w:val="0"/>
          <w:sz w:val="21"/>
        </w:rPr>
        <w:t>因为 AB∥ DC，所以三角形 ABE 与 CDE 相似。因此</w:t>
      </w:r>
    </w:p>
    <w:p>
      <w:pPr>
        <w:spacing w:before="0" w:after="80" w:line="300" w:lineRule="auto"/>
        <w:jc w:val="left"/>
      </w:pPr>
      <w:r>
        <w:rPr>
          <w:rFonts w:ascii="Times New Roman" w:hAnsi="Times New Roman" w:eastAsia="宋体"/>
          <w:b w:val="0"/>
          <w:i w:val="0"/>
          <w:sz w:val="21"/>
        </w:rPr>
        <w:t>AE:EC=AB:DC=2:1。</w:t>
      </w:r>
    </w:p>
    <w:p>
      <w:pPr>
        <w:spacing w:before="0" w:after="80" w:line="300" w:lineRule="auto"/>
        <w:jc w:val="left"/>
      </w:pPr>
      <w:r>
        <w:rPr>
          <w:rFonts w:ascii="Times New Roman" w:hAnsi="Times New Roman" w:eastAsia="宋体"/>
          <w:b w:val="0"/>
          <w:i w:val="0"/>
          <w:sz w:val="21"/>
        </w:rPr>
        <w:t>从而 AC=AE+EC=3EC=11，所以</w:t>
      </w:r>
    </w:p>
    <w:p>
      <w:pPr>
        <w:spacing w:before="0" w:after="80" w:line="300" w:lineRule="auto"/>
        <w:jc w:val="left"/>
      </w:pPr>
      <w:r>
        <w:rPr>
          <w:rFonts w:ascii="Times New Roman" w:hAnsi="Times New Roman" w:eastAsia="宋体"/>
          <w:b w:val="0"/>
          <w:i w:val="0"/>
          <w:sz w:val="21"/>
        </w:rPr>
        <w:t>EC=11/3=32/3。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AB∥ DC, triangles ABE and CDE are similar. Hence</w:t>
      </w:r>
    </w:p>
    <w:p>
      <w:pPr>
        <w:spacing w:before="0" w:after="80" w:line="300" w:lineRule="auto"/>
        <w:jc w:val="left"/>
      </w:pPr>
      <w:r>
        <w:rPr>
          <w:rFonts w:ascii="Times New Roman" w:hAnsi="Times New Roman" w:eastAsia="宋体"/>
          <w:b w:val="0"/>
          <w:i w:val="0"/>
          <w:color w:val="333333"/>
          <w:sz w:val="19"/>
        </w:rPr>
        <w:t>AE:EC=AB:DC=2:1.</w:t>
      </w:r>
    </w:p>
    <w:p>
      <w:pPr>
        <w:spacing w:before="0" w:after="80" w:line="300" w:lineRule="auto"/>
        <w:jc w:val="left"/>
      </w:pPr>
      <w:r>
        <w:rPr>
          <w:rFonts w:ascii="Times New Roman" w:hAnsi="Times New Roman" w:eastAsia="宋体"/>
          <w:b w:val="0"/>
          <w:i w:val="0"/>
          <w:color w:val="333333"/>
          <w:sz w:val="19"/>
        </w:rPr>
        <w:t>Thus AC=AE+EC=3EC=11, so</w:t>
      </w:r>
    </w:p>
    <w:p>
      <w:pPr>
        <w:spacing w:before="0" w:after="80" w:line="300" w:lineRule="auto"/>
        <w:jc w:val="left"/>
      </w:pPr>
      <w:r>
        <w:rPr>
          <w:rFonts w:ascii="Times New Roman" w:hAnsi="Times New Roman" w:eastAsia="宋体"/>
          <w:b w:val="0"/>
          <w:i w:val="0"/>
          <w:color w:val="333333"/>
          <w:sz w:val="19"/>
        </w:rPr>
        <w:t>EC=11/3=32/3.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第 k 项是等比数列之和 2ᵏ-1。因此所求总和为</w:t>
      </w:r>
    </w:p>
    <w:p>
      <w:pPr>
        <w:spacing w:before="0" w:after="80" w:line="300" w:lineRule="auto"/>
        <w:jc w:val="left"/>
      </w:pPr>
      <w:r>
        <w:rPr>
          <w:rFonts w:ascii="Times New Roman" w:hAnsi="Times New Roman" w:eastAsia="宋体"/>
          <w:b w:val="0"/>
          <w:i w:val="0"/>
          <w:sz w:val="21"/>
        </w:rPr>
        <w:t>Σₖ₌₁ⁿ(2ᵏ-1) =(2ⁿ⁺¹-2)-n</w:t>
      </w:r>
    </w:p>
    <w:p>
      <w:pPr>
        <w:spacing w:before="0" w:after="80" w:line="300" w:lineRule="auto"/>
        <w:jc w:val="left"/>
      </w:pPr>
      <w:r>
        <w:rPr>
          <w:rFonts w:ascii="Times New Roman" w:hAnsi="Times New Roman" w:eastAsia="宋体"/>
          <w:b w:val="0"/>
          <w:i w:val="0"/>
          <w:sz w:val="21"/>
        </w:rPr>
        <w:t>=2ⁿ⁺¹-n-2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k-th term is the geometric sum 2ᵏ-1. Therefore the desired total is</w:t>
      </w:r>
    </w:p>
    <w:p>
      <w:pPr>
        <w:spacing w:before="0" w:after="80" w:line="300" w:lineRule="auto"/>
        <w:jc w:val="left"/>
      </w:pPr>
      <w:r>
        <w:rPr>
          <w:rFonts w:ascii="Times New Roman" w:hAnsi="Times New Roman" w:eastAsia="宋体"/>
          <w:b w:val="0"/>
          <w:i w:val="0"/>
          <w:color w:val="333333"/>
          <w:sz w:val="19"/>
        </w:rPr>
        <w:t>Σₖ₌₁ⁿ(2ᵏ-1) =(2ⁿ⁺¹-2)-n</w:t>
      </w:r>
    </w:p>
    <w:p>
      <w:pPr>
        <w:spacing w:before="0" w:after="80" w:line="300" w:lineRule="auto"/>
        <w:jc w:val="left"/>
      </w:pPr>
      <w:r>
        <w:rPr>
          <w:rFonts w:ascii="Times New Roman" w:hAnsi="Times New Roman" w:eastAsia="宋体"/>
          <w:b w:val="0"/>
          <w:i w:val="0"/>
          <w:color w:val="333333"/>
          <w:sz w:val="19"/>
        </w:rPr>
        <w:t>=2ⁿ⁺¹-n-2.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E</w:t>
      </w:r>
    </w:p>
    <w:p>
      <w:pPr>
        <w:spacing w:before="0" w:after="80" w:line="300" w:lineRule="auto"/>
        <w:jc w:val="left"/>
      </w:pPr>
      <w:r>
        <w:rPr>
          <w:rFonts w:ascii="Times New Roman" w:hAnsi="Times New Roman" w:eastAsia="宋体"/>
          <w:b w:val="0"/>
          <w:i w:val="0"/>
          <w:sz w:val="21"/>
        </w:rPr>
        <w:t>取一个对边为 2ab、邻边为 a²-b² 的直角三角形。其斜边为</w:t>
      </w:r>
    </w:p>
    <w:p>
      <w:pPr>
        <w:spacing w:before="0" w:after="80" w:line="300" w:lineRule="auto"/>
        <w:jc w:val="left"/>
      </w:pPr>
      <w:r>
        <w:rPr>
          <w:rFonts w:ascii="Times New Roman" w:hAnsi="Times New Roman" w:eastAsia="宋体"/>
          <w:b w:val="0"/>
          <w:i w:val="0"/>
          <w:sz w:val="21"/>
        </w:rPr>
        <w:t>√((2ab)²+(a²-b²)²)</w:t>
      </w:r>
    </w:p>
    <w:p>
      <w:pPr>
        <w:spacing w:before="0" w:after="80" w:line="300" w:lineRule="auto"/>
        <w:jc w:val="left"/>
      </w:pPr>
      <w:r>
        <w:rPr>
          <w:rFonts w:ascii="Times New Roman" w:hAnsi="Times New Roman" w:eastAsia="宋体"/>
          <w:b w:val="0"/>
          <w:i w:val="0"/>
          <w:sz w:val="21"/>
        </w:rPr>
        <w:t>=√((a²+b²)²)</w:t>
      </w:r>
    </w:p>
    <w:p>
      <w:pPr>
        <w:spacing w:before="0" w:after="80" w:line="300" w:lineRule="auto"/>
        <w:jc w:val="left"/>
      </w:pPr>
      <w:r>
        <w:rPr>
          <w:rFonts w:ascii="Times New Roman" w:hAnsi="Times New Roman" w:eastAsia="宋体"/>
          <w:b w:val="0"/>
          <w:i w:val="0"/>
          <w:sz w:val="21"/>
        </w:rPr>
        <w:t>=a²+b²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sin x=2ab/a²+b²。</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Use a right triangle with opposite leg 2ab and adjacent leg a²-b². Its hypotenuse is</w:t>
      </w:r>
    </w:p>
    <w:p>
      <w:pPr>
        <w:spacing w:before="0" w:after="80" w:line="300" w:lineRule="auto"/>
        <w:jc w:val="left"/>
      </w:pPr>
      <w:r>
        <w:rPr>
          <w:rFonts w:ascii="Times New Roman" w:hAnsi="Times New Roman" w:eastAsia="宋体"/>
          <w:b w:val="0"/>
          <w:i w:val="0"/>
          <w:color w:val="333333"/>
          <w:sz w:val="19"/>
        </w:rPr>
        <w:t>√((2ab)²+(a²-b²)²)</w:t>
      </w:r>
    </w:p>
    <w:p>
      <w:pPr>
        <w:spacing w:before="0" w:after="80" w:line="300" w:lineRule="auto"/>
        <w:jc w:val="left"/>
      </w:pPr>
      <w:r>
        <w:rPr>
          <w:rFonts w:ascii="Times New Roman" w:hAnsi="Times New Roman" w:eastAsia="宋体"/>
          <w:b w:val="0"/>
          <w:i w:val="0"/>
          <w:color w:val="333333"/>
          <w:sz w:val="19"/>
        </w:rPr>
        <w:t>=√((a²+b²)²)</w:t>
      </w:r>
    </w:p>
    <w:p>
      <w:pPr>
        <w:spacing w:before="0" w:after="80" w:line="300" w:lineRule="auto"/>
        <w:jc w:val="left"/>
      </w:pPr>
      <w:r>
        <w:rPr>
          <w:rFonts w:ascii="Times New Roman" w:hAnsi="Times New Roman" w:eastAsia="宋体"/>
          <w:b w:val="0"/>
          <w:i w:val="0"/>
          <w:color w:val="333333"/>
          <w:sz w:val="19"/>
        </w:rPr>
        <w:t>=a²+b².</w:t>
      </w:r>
    </w:p>
    <w:p>
      <w:pPr>
        <w:spacing w:before="0" w:after="80" w:line="300" w:lineRule="auto"/>
        <w:jc w:val="left"/>
      </w:pPr>
      <w:r>
        <w:rPr>
          <w:rFonts w:ascii="Times New Roman" w:hAnsi="Times New Roman" w:eastAsia="宋体"/>
          <w:b w:val="0"/>
          <w:i w:val="0"/>
          <w:color w:val="333333"/>
          <w:sz w:val="19"/>
        </w:rPr>
        <w:t>Hence</w:t>
      </w:r>
    </w:p>
    <w:p>
      <w:pPr>
        <w:spacing w:before="0" w:after="80" w:line="300" w:lineRule="auto"/>
        <w:jc w:val="left"/>
      </w:pPr>
      <w:r>
        <w:rPr>
          <w:rFonts w:ascii="Times New Roman" w:hAnsi="Times New Roman" w:eastAsia="宋体"/>
          <w:b w:val="0"/>
          <w:i w:val="0"/>
          <w:color w:val="333333"/>
          <w:sz w:val="19"/>
        </w:rPr>
        <w:t>sin x=2ab/a²+b².</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令 P=AD∩ BF，且 Q=AD∩ CE。在四边形 EFPQ 中，</w:t>
      </w:r>
    </w:p>
    <w:p>
      <w:pPr>
        <w:spacing w:before="0" w:after="80" w:line="300" w:lineRule="auto"/>
        <w:jc w:val="left"/>
      </w:pPr>
      <w:r>
        <w:rPr>
          <w:rFonts w:ascii="Times New Roman" w:hAnsi="Times New Roman" w:eastAsia="宋体"/>
          <w:b w:val="0"/>
          <w:i w:val="0"/>
          <w:sz w:val="21"/>
        </w:rPr>
        <w:t>E+F+∠ P+∠ Q=360°。</w:t>
      </w:r>
    </w:p>
    <w:p>
      <w:pPr>
        <w:spacing w:before="0" w:after="80" w:line="300" w:lineRule="auto"/>
        <w:jc w:val="left"/>
      </w:pPr>
      <w:r>
        <w:rPr>
          <w:rFonts w:ascii="Times New Roman" w:hAnsi="Times New Roman" w:eastAsia="宋体"/>
          <w:b w:val="0"/>
          <w:i w:val="0"/>
          <w:sz w:val="21"/>
        </w:rPr>
        <w:t>利用 P 和 Q 处的补角，三角形 BPD 与 AQC 分别给出 B+D=∠ P 和 A+C=∠ Q，相加得</w:t>
      </w:r>
    </w:p>
    <w:p>
      <w:pPr>
        <w:spacing w:before="0" w:after="80" w:line="300" w:lineRule="auto"/>
        <w:jc w:val="left"/>
      </w:pPr>
      <w:r>
        <w:rPr>
          <w:rFonts w:ascii="Times New Roman" w:hAnsi="Times New Roman" w:eastAsia="宋体"/>
          <w:b w:val="0"/>
          <w:i w:val="0"/>
          <w:sz w:val="21"/>
        </w:rPr>
        <w:t>A+B+C+D+E+F</w:t>
      </w:r>
    </w:p>
    <w:p>
      <w:pPr>
        <w:spacing w:before="0" w:after="80" w:line="300" w:lineRule="auto"/>
        <w:jc w:val="left"/>
      </w:pPr>
      <w:r>
        <w:rPr>
          <w:rFonts w:ascii="Times New Roman" w:hAnsi="Times New Roman" w:eastAsia="宋体"/>
          <w:b w:val="0"/>
          <w:i w:val="0"/>
          <w:sz w:val="21"/>
        </w:rPr>
        <w:t>=360°=90°·4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n=4。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P=AD∩ BF and Q=AD∩ CE. In quadrilateral EFPQ,</w:t>
      </w:r>
    </w:p>
    <w:p>
      <w:pPr>
        <w:spacing w:before="0" w:after="80" w:line="300" w:lineRule="auto"/>
        <w:jc w:val="left"/>
      </w:pPr>
      <w:r>
        <w:rPr>
          <w:rFonts w:ascii="Times New Roman" w:hAnsi="Times New Roman" w:eastAsia="宋体"/>
          <w:b w:val="0"/>
          <w:i w:val="0"/>
          <w:color w:val="333333"/>
          <w:sz w:val="19"/>
        </w:rPr>
        <w:t>E+F+∠ P+∠ Q=360°.</w:t>
      </w:r>
    </w:p>
    <w:p>
      <w:pPr>
        <w:spacing w:before="0" w:after="80" w:line="300" w:lineRule="auto"/>
        <w:jc w:val="left"/>
      </w:pPr>
      <w:r>
        <w:rPr>
          <w:rFonts w:ascii="Times New Roman" w:hAnsi="Times New Roman" w:eastAsia="宋体"/>
          <w:b w:val="0"/>
          <w:i w:val="0"/>
          <w:color w:val="333333"/>
          <w:sz w:val="19"/>
        </w:rPr>
        <w:t>The triangles BPD and AQC give B+D=∠ P and A+C=∠ Q, using the supplementary angles at P and Q. Adding yields</w:t>
      </w:r>
    </w:p>
    <w:p>
      <w:pPr>
        <w:spacing w:before="0" w:after="80" w:line="300" w:lineRule="auto"/>
        <w:jc w:val="left"/>
      </w:pPr>
      <w:r>
        <w:rPr>
          <w:rFonts w:ascii="Times New Roman" w:hAnsi="Times New Roman" w:eastAsia="宋体"/>
          <w:b w:val="0"/>
          <w:i w:val="0"/>
          <w:color w:val="333333"/>
          <w:sz w:val="19"/>
        </w:rPr>
        <w:t>A+B+C+D+E+F</w:t>
      </w:r>
    </w:p>
    <w:p>
      <w:pPr>
        <w:spacing w:before="0" w:after="80" w:line="300" w:lineRule="auto"/>
        <w:jc w:val="left"/>
      </w:pPr>
      <w:r>
        <w:rPr>
          <w:rFonts w:ascii="Times New Roman" w:hAnsi="Times New Roman" w:eastAsia="宋体"/>
          <w:b w:val="0"/>
          <w:i w:val="0"/>
          <w:color w:val="333333"/>
          <w:sz w:val="19"/>
        </w:rPr>
        <w:t>=360°=90°·4.</w:t>
      </w:r>
    </w:p>
    <w:p>
      <w:pPr>
        <w:spacing w:before="0" w:after="80" w:line="300" w:lineRule="auto"/>
        <w:jc w:val="left"/>
      </w:pPr>
      <w:r>
        <w:rPr>
          <w:rFonts w:ascii="Times New Roman" w:hAnsi="Times New Roman" w:eastAsia="宋体"/>
          <w:b w:val="0"/>
          <w:i w:val="0"/>
          <w:color w:val="333333"/>
          <w:sz w:val="19"/>
        </w:rPr>
        <w:t>Thus n=4.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E</w:t>
      </w:r>
    </w:p>
    <w:p>
      <w:pPr>
        <w:spacing w:before="0" w:after="80" w:line="300" w:lineRule="auto"/>
        <w:jc w:val="left"/>
      </w:pPr>
      <w:r>
        <w:rPr>
          <w:rFonts w:ascii="Times New Roman" w:hAnsi="Times New Roman" w:eastAsia="宋体"/>
          <w:b w:val="0"/>
          <w:i w:val="0"/>
          <w:sz w:val="21"/>
        </w:rPr>
        <w:t>共轭根为 a-bi。因为三个根之和为 0，第三个根是 -2a。由韦达定理，</w:t>
      </w:r>
    </w:p>
    <w:p>
      <w:pPr>
        <w:spacing w:before="0" w:after="80" w:line="300" w:lineRule="auto"/>
        <w:jc w:val="left"/>
      </w:pPr>
      <w:r>
        <w:rPr>
          <w:rFonts w:ascii="Times New Roman" w:hAnsi="Times New Roman" w:eastAsia="宋体"/>
          <w:b w:val="0"/>
          <w:i w:val="0"/>
          <w:sz w:val="21"/>
        </w:rPr>
        <w:t>q=(a+bi)(a-bi)</w:t>
      </w:r>
    </w:p>
    <w:p>
      <w:pPr>
        <w:spacing w:before="0" w:after="80" w:line="300" w:lineRule="auto"/>
        <w:jc w:val="left"/>
      </w:pPr>
      <w:r>
        <w:rPr>
          <w:rFonts w:ascii="Times New Roman" w:hAnsi="Times New Roman" w:eastAsia="宋体"/>
          <w:b w:val="0"/>
          <w:i w:val="0"/>
          <w:sz w:val="21"/>
        </w:rPr>
        <w:t>-2a(a+bi)</w:t>
      </w:r>
    </w:p>
    <w:p>
      <w:pPr>
        <w:spacing w:before="0" w:after="80" w:line="300" w:lineRule="auto"/>
        <w:jc w:val="left"/>
      </w:pPr>
      <w:r>
        <w:rPr>
          <w:rFonts w:ascii="Times New Roman" w:hAnsi="Times New Roman" w:eastAsia="宋体"/>
          <w:b w:val="0"/>
          <w:i w:val="0"/>
          <w:sz w:val="21"/>
        </w:rPr>
        <w:t>-2a(a-bi)</w:t>
      </w:r>
    </w:p>
    <w:p>
      <w:pPr>
        <w:spacing w:before="0" w:after="80" w:line="300" w:lineRule="auto"/>
        <w:jc w:val="left"/>
      </w:pPr>
      <w:r>
        <w:rPr>
          <w:rFonts w:ascii="Times New Roman" w:hAnsi="Times New Roman" w:eastAsia="宋体"/>
          <w:b w:val="0"/>
          <w:i w:val="0"/>
          <w:sz w:val="21"/>
        </w:rPr>
        <w:t>=a²+b²-4a²</w:t>
      </w:r>
    </w:p>
    <w:p>
      <w:pPr>
        <w:spacing w:before="0" w:after="80" w:line="300" w:lineRule="auto"/>
        <w:jc w:val="left"/>
      </w:pPr>
      <w:r>
        <w:rPr>
          <w:rFonts w:ascii="Times New Roman" w:hAnsi="Times New Roman" w:eastAsia="宋体"/>
          <w:b w:val="0"/>
          <w:i w:val="0"/>
          <w:sz w:val="21"/>
        </w:rPr>
        <w:t>=b²-3a²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conjugate root is a-bi. Since the sum of the three roots is 0, the third root is -2a. By Vieta’s formulas,</w:t>
      </w:r>
    </w:p>
    <w:p>
      <w:pPr>
        <w:spacing w:before="0" w:after="80" w:line="300" w:lineRule="auto"/>
        <w:jc w:val="left"/>
      </w:pPr>
      <w:r>
        <w:rPr>
          <w:rFonts w:ascii="Times New Roman" w:hAnsi="Times New Roman" w:eastAsia="宋体"/>
          <w:b w:val="0"/>
          <w:i w:val="0"/>
          <w:color w:val="333333"/>
          <w:sz w:val="19"/>
        </w:rPr>
        <w:t>q=(a+bi)(a-bi)</w:t>
      </w:r>
    </w:p>
    <w:p>
      <w:pPr>
        <w:spacing w:before="0" w:after="80" w:line="300" w:lineRule="auto"/>
        <w:jc w:val="left"/>
      </w:pPr>
      <w:r>
        <w:rPr>
          <w:rFonts w:ascii="Times New Roman" w:hAnsi="Times New Roman" w:eastAsia="宋体"/>
          <w:b w:val="0"/>
          <w:i w:val="0"/>
          <w:color w:val="333333"/>
          <w:sz w:val="19"/>
        </w:rPr>
        <w:t>-2a(a+bi)</w:t>
      </w:r>
    </w:p>
    <w:p>
      <w:pPr>
        <w:spacing w:before="0" w:after="80" w:line="300" w:lineRule="auto"/>
        <w:jc w:val="left"/>
      </w:pPr>
      <w:r>
        <w:rPr>
          <w:rFonts w:ascii="Times New Roman" w:hAnsi="Times New Roman" w:eastAsia="宋体"/>
          <w:b w:val="0"/>
          <w:i w:val="0"/>
          <w:color w:val="333333"/>
          <w:sz w:val="19"/>
        </w:rPr>
        <w:t>-2a(a-bi)</w:t>
      </w:r>
    </w:p>
    <w:p>
      <w:pPr>
        <w:spacing w:before="0" w:after="80" w:line="300" w:lineRule="auto"/>
        <w:jc w:val="left"/>
      </w:pPr>
      <w:r>
        <w:rPr>
          <w:rFonts w:ascii="Times New Roman" w:hAnsi="Times New Roman" w:eastAsia="宋体"/>
          <w:b w:val="0"/>
          <w:i w:val="0"/>
          <w:color w:val="333333"/>
          <w:sz w:val="19"/>
        </w:rPr>
        <w:t>=a²+b²-4a²</w:t>
      </w:r>
    </w:p>
    <w:p>
      <w:pPr>
        <w:spacing w:before="0" w:after="80" w:line="300" w:lineRule="auto"/>
        <w:jc w:val="left"/>
      </w:pPr>
      <w:r>
        <w:rPr>
          <w:rFonts w:ascii="Times New Roman" w:hAnsi="Times New Roman" w:eastAsia="宋体"/>
          <w:b w:val="0"/>
          <w:i w:val="0"/>
          <w:color w:val="333333"/>
          <w:sz w:val="19"/>
        </w:rPr>
        <w:t>=b²-3a².</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把底边中点置于 O=(0,0)。一个下方外角点为 A=(1,0)，一个上方外角点为 B=(1/2,2)。由对称性，最小外接圆的圆心为 P=(0,k)。在最优位置，两类外角点都在圆上，所以</w:t>
      </w:r>
    </w:p>
    <w:p>
      <w:pPr>
        <w:spacing w:before="0" w:after="80" w:line="300" w:lineRule="auto"/>
        <w:jc w:val="left"/>
      </w:pPr>
      <w:r>
        <w:rPr>
          <w:rFonts w:ascii="Times New Roman" w:hAnsi="Times New Roman" w:eastAsia="宋体"/>
          <w:b w:val="0"/>
          <w:i w:val="0"/>
          <w:sz w:val="21"/>
        </w:rPr>
        <w:t>1+k²=(1/2)²+(2-k)²。</w:t>
      </w:r>
    </w:p>
    <w:p>
      <w:pPr>
        <w:spacing w:before="0" w:after="80" w:line="300" w:lineRule="auto"/>
        <w:jc w:val="left"/>
      </w:pPr>
      <w:r>
        <w:rPr>
          <w:rFonts w:ascii="Times New Roman" w:hAnsi="Times New Roman" w:eastAsia="宋体"/>
          <w:b w:val="0"/>
          <w:i w:val="0"/>
          <w:sz w:val="21"/>
        </w:rPr>
        <w:t>解得 k=13/16。因此</w:t>
      </w:r>
    </w:p>
    <w:p>
      <w:pPr>
        <w:spacing w:before="0" w:after="80" w:line="300" w:lineRule="auto"/>
        <w:jc w:val="left"/>
      </w:pPr>
      <w:r>
        <w:rPr>
          <w:rFonts w:ascii="Times New Roman" w:hAnsi="Times New Roman" w:eastAsia="宋体"/>
          <w:b w:val="0"/>
          <w:i w:val="0"/>
          <w:sz w:val="21"/>
        </w:rPr>
        <w:t>r²=1+(13/16)² =425/256,</w:t>
      </w:r>
    </w:p>
    <w:p>
      <w:pPr>
        <w:spacing w:before="0" w:after="80" w:line="300" w:lineRule="auto"/>
        <w:jc w:val="left"/>
      </w:pPr>
      <w:r>
        <w:rPr>
          <w:rFonts w:ascii="Times New Roman" w:hAnsi="Times New Roman" w:eastAsia="宋体"/>
          <w:b w:val="0"/>
          <w:i w:val="0"/>
          <w:sz w:val="21"/>
        </w:rPr>
        <w:t>r=(5√(17))/16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Put the midpoint of the bottom edge at O=(0,0). A lower outer corner is A=(1,0), and an upper outer corner is B=(1/2,2). By symmetry the center of the smallest enclosing circle is P=(0,k). At the optimum both types of outer corner lie on the circle, so</w:t>
      </w:r>
    </w:p>
    <w:p>
      <w:pPr>
        <w:spacing w:before="0" w:after="80" w:line="300" w:lineRule="auto"/>
        <w:jc w:val="left"/>
      </w:pPr>
      <w:r>
        <w:rPr>
          <w:rFonts w:ascii="Times New Roman" w:hAnsi="Times New Roman" w:eastAsia="宋体"/>
          <w:b w:val="0"/>
          <w:i w:val="0"/>
          <w:color w:val="333333"/>
          <w:sz w:val="19"/>
        </w:rPr>
        <w:t>1+k²=(1/2)²+(2-k)².</w:t>
      </w:r>
    </w:p>
    <w:p>
      <w:pPr>
        <w:spacing w:before="0" w:after="80" w:line="300" w:lineRule="auto"/>
        <w:jc w:val="left"/>
      </w:pPr>
      <w:r>
        <w:rPr>
          <w:rFonts w:ascii="Times New Roman" w:hAnsi="Times New Roman" w:eastAsia="宋体"/>
          <w:b w:val="0"/>
          <w:i w:val="0"/>
          <w:color w:val="333333"/>
          <w:sz w:val="19"/>
        </w:rPr>
        <w:t>This gives k=13/16. Hence</w:t>
      </w:r>
    </w:p>
    <w:p>
      <w:pPr>
        <w:spacing w:before="0" w:after="80" w:line="300" w:lineRule="auto"/>
        <w:jc w:val="left"/>
      </w:pPr>
      <w:r>
        <w:rPr>
          <w:rFonts w:ascii="Times New Roman" w:hAnsi="Times New Roman" w:eastAsia="宋体"/>
          <w:b w:val="0"/>
          <w:i w:val="0"/>
          <w:color w:val="333333"/>
          <w:sz w:val="19"/>
        </w:rPr>
        <w:t>r²=1+(13/16)² =425/256,</w:t>
      </w:r>
    </w:p>
    <w:p>
      <w:pPr>
        <w:spacing w:before="0" w:after="80" w:line="300" w:lineRule="auto"/>
        <w:jc w:val="left"/>
      </w:pPr>
      <w:r>
        <w:rPr>
          <w:rFonts w:ascii="Times New Roman" w:hAnsi="Times New Roman" w:eastAsia="宋体"/>
          <w:b w:val="0"/>
          <w:i w:val="0"/>
          <w:color w:val="333333"/>
          <w:sz w:val="19"/>
        </w:rPr>
        <w:t>r=(5√(17))/16.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设实际速度和时间为 v 和 t。较快的情形给出</w:t>
      </w:r>
    </w:p>
    <w:p>
      <w:pPr>
        <w:spacing w:before="0" w:after="80" w:line="300" w:lineRule="auto"/>
        <w:jc w:val="left"/>
      </w:pPr>
      <w:r>
        <w:rPr>
          <w:rFonts w:ascii="Times New Roman" w:hAnsi="Times New Roman" w:eastAsia="宋体"/>
          <w:b w:val="0"/>
          <w:i w:val="0"/>
          <w:sz w:val="21"/>
        </w:rPr>
        <w:t>vt=(v+1/2)4t/5，</w:t>
      </w:r>
    </w:p>
    <w:p>
      <w:pPr>
        <w:spacing w:before="0" w:after="80" w:line="300" w:lineRule="auto"/>
        <w:jc w:val="left"/>
      </w:pPr>
      <w:r>
        <w:rPr>
          <w:rFonts w:ascii="Times New Roman" w:hAnsi="Times New Roman" w:eastAsia="宋体"/>
          <w:b w:val="0"/>
          <w:i w:val="0"/>
          <w:sz w:val="21"/>
        </w:rPr>
        <w:t>所以 v=2。较慢的情形于是给出</w:t>
      </w:r>
    </w:p>
    <w:p>
      <w:pPr>
        <w:spacing w:before="0" w:after="80" w:line="300" w:lineRule="auto"/>
        <w:jc w:val="left"/>
      </w:pPr>
      <w:r>
        <w:rPr>
          <w:rFonts w:ascii="Times New Roman" w:hAnsi="Times New Roman" w:eastAsia="宋体"/>
          <w:b w:val="0"/>
          <w:i w:val="0"/>
          <w:sz w:val="21"/>
        </w:rPr>
        <w:t>2t=3/2(t+5/2)，</w:t>
      </w:r>
    </w:p>
    <w:p>
      <w:pPr>
        <w:spacing w:before="0" w:after="80" w:line="300" w:lineRule="auto"/>
        <w:jc w:val="left"/>
      </w:pPr>
      <w:r>
        <w:rPr>
          <w:rFonts w:ascii="Times New Roman" w:hAnsi="Times New Roman" w:eastAsia="宋体"/>
          <w:b w:val="0"/>
          <w:i w:val="0"/>
          <w:sz w:val="21"/>
        </w:rPr>
        <w:t>从而 t=15/2。步行距离为</w:t>
      </w:r>
    </w:p>
    <w:p>
      <w:pPr>
        <w:spacing w:before="0" w:after="80" w:line="300" w:lineRule="auto"/>
        <w:jc w:val="left"/>
      </w:pPr>
      <w:r>
        <w:rPr>
          <w:rFonts w:ascii="Times New Roman" w:hAnsi="Times New Roman" w:eastAsia="宋体"/>
          <w:b w:val="0"/>
          <w:i w:val="0"/>
          <w:sz w:val="21"/>
        </w:rPr>
        <w:t>vt=2·15/2=15。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actual speed and time be v and t. The faster case gives</w:t>
      </w:r>
    </w:p>
    <w:p>
      <w:pPr>
        <w:spacing w:before="0" w:after="80" w:line="300" w:lineRule="auto"/>
        <w:jc w:val="left"/>
      </w:pPr>
      <w:r>
        <w:rPr>
          <w:rFonts w:ascii="Times New Roman" w:hAnsi="Times New Roman" w:eastAsia="宋体"/>
          <w:b w:val="0"/>
          <w:i w:val="0"/>
          <w:color w:val="333333"/>
          <w:sz w:val="19"/>
        </w:rPr>
        <w:t>vt=(v+1/2)4t/5,</w:t>
      </w:r>
    </w:p>
    <w:p>
      <w:pPr>
        <w:spacing w:before="0" w:after="80" w:line="300" w:lineRule="auto"/>
        <w:jc w:val="left"/>
      </w:pPr>
      <w:r>
        <w:rPr>
          <w:rFonts w:ascii="Times New Roman" w:hAnsi="Times New Roman" w:eastAsia="宋体"/>
          <w:b w:val="0"/>
          <w:i w:val="0"/>
          <w:color w:val="333333"/>
          <w:sz w:val="19"/>
        </w:rPr>
        <w:t>so v=2. The slower case then gives</w:t>
      </w:r>
    </w:p>
    <w:p>
      <w:pPr>
        <w:spacing w:before="0" w:after="80" w:line="300" w:lineRule="auto"/>
        <w:jc w:val="left"/>
      </w:pPr>
      <w:r>
        <w:rPr>
          <w:rFonts w:ascii="Times New Roman" w:hAnsi="Times New Roman" w:eastAsia="宋体"/>
          <w:b w:val="0"/>
          <w:i w:val="0"/>
          <w:color w:val="333333"/>
          <w:sz w:val="19"/>
        </w:rPr>
        <w:t>2t=3/2(t+5/2),</w:t>
      </w:r>
    </w:p>
    <w:p>
      <w:pPr>
        <w:spacing w:before="0" w:after="80" w:line="300" w:lineRule="auto"/>
        <w:jc w:val="left"/>
      </w:pPr>
      <w:r>
        <w:rPr>
          <w:rFonts w:ascii="Times New Roman" w:hAnsi="Times New Roman" w:eastAsia="宋体"/>
          <w:b w:val="0"/>
          <w:i w:val="0"/>
          <w:color w:val="333333"/>
          <w:sz w:val="19"/>
        </w:rPr>
        <w:t>whence t=15/2. The distance was</w:t>
      </w:r>
    </w:p>
    <w:p>
      <w:pPr>
        <w:spacing w:before="0" w:after="80" w:line="300" w:lineRule="auto"/>
        <w:jc w:val="left"/>
      </w:pPr>
      <w:r>
        <w:rPr>
          <w:rFonts w:ascii="Times New Roman" w:hAnsi="Times New Roman" w:eastAsia="宋体"/>
          <w:b w:val="0"/>
          <w:i w:val="0"/>
          <w:color w:val="333333"/>
          <w:sz w:val="19"/>
        </w:rPr>
        <w:t>vt=2·15/2=15.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C</w:t>
      </w:r>
    </w:p>
    <w:p>
      <w:pPr>
        <w:spacing w:before="0" w:after="80" w:line="300" w:lineRule="auto"/>
        <w:jc w:val="left"/>
      </w:pPr>
      <w:r>
        <w:rPr>
          <w:rFonts w:ascii="Times New Roman" w:hAnsi="Times New Roman" w:eastAsia="宋体"/>
          <w:b w:val="0"/>
          <w:i w:val="0"/>
          <w:sz w:val="21"/>
        </w:rPr>
        <w:t>可将连续四边标记为</w:t>
      </w:r>
    </w:p>
    <w:p>
      <w:pPr>
        <w:spacing w:before="0" w:after="80" w:line="300" w:lineRule="auto"/>
        <w:jc w:val="left"/>
      </w:pPr>
      <w:r>
        <w:rPr>
          <w:rFonts w:ascii="Times New Roman" w:hAnsi="Times New Roman" w:eastAsia="宋体"/>
          <w:b w:val="0"/>
          <w:i w:val="0"/>
          <w:sz w:val="21"/>
        </w:rPr>
        <w:t>AB=25,</w:t>
      </w:r>
    </w:p>
    <w:p>
      <w:pPr>
        <w:spacing w:before="0" w:after="80" w:line="300" w:lineRule="auto"/>
        <w:jc w:val="left"/>
      </w:pPr>
      <w:r>
        <w:rPr>
          <w:rFonts w:ascii="Times New Roman" w:hAnsi="Times New Roman" w:eastAsia="宋体"/>
          <w:b w:val="0"/>
          <w:i w:val="0"/>
          <w:sz w:val="21"/>
        </w:rPr>
        <w:t>BC=39,</w:t>
      </w:r>
    </w:p>
    <w:p>
      <w:pPr>
        <w:spacing w:before="0" w:after="80" w:line="300" w:lineRule="auto"/>
        <w:jc w:val="left"/>
      </w:pPr>
      <w:r>
        <w:rPr>
          <w:rFonts w:ascii="Times New Roman" w:hAnsi="Times New Roman" w:eastAsia="宋体"/>
          <w:b w:val="0"/>
          <w:i w:val="0"/>
          <w:sz w:val="21"/>
        </w:rPr>
        <w:t>CD=52,</w:t>
      </w:r>
    </w:p>
    <w:p>
      <w:pPr>
        <w:spacing w:before="0" w:after="80" w:line="300" w:lineRule="auto"/>
        <w:jc w:val="left"/>
      </w:pPr>
      <w:r>
        <w:rPr>
          <w:rFonts w:ascii="Times New Roman" w:hAnsi="Times New Roman" w:eastAsia="宋体"/>
          <w:b w:val="0"/>
          <w:i w:val="0"/>
          <w:sz w:val="21"/>
        </w:rPr>
        <w:t>DA=60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w:t>
      </w:r>
    </w:p>
    <w:p>
      <w:pPr>
        <w:spacing w:before="0" w:after="80" w:line="300" w:lineRule="auto"/>
        <w:jc w:val="left"/>
      </w:pPr>
      <w:r>
        <w:rPr>
          <w:rFonts w:ascii="Times New Roman" w:hAnsi="Times New Roman" w:eastAsia="宋体"/>
          <w:b w:val="0"/>
          <w:i w:val="0"/>
          <w:sz w:val="21"/>
        </w:rPr>
        <w:t>25²+60²=65²=39²+52²，</w:t>
      </w:r>
    </w:p>
    <w:p>
      <w:pPr>
        <w:spacing w:before="0" w:after="80" w:line="300" w:lineRule="auto"/>
        <w:jc w:val="left"/>
      </w:pPr>
      <w:r>
        <w:rPr>
          <w:rFonts w:ascii="Times New Roman" w:hAnsi="Times New Roman" w:eastAsia="宋体"/>
          <w:b w:val="0"/>
          <w:i w:val="0"/>
          <w:sz w:val="21"/>
        </w:rPr>
        <w:t>三角形 ABD 与 BCD 都是直角三角形，且有公共斜边 BD=65。二者拼成这个圆内接四边形，而直角三角形的斜边是其外接圆的直径。因此直径为 65。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consecutive sides may be labeled</w:t>
      </w:r>
    </w:p>
    <w:p>
      <w:pPr>
        <w:spacing w:before="0" w:after="80" w:line="300" w:lineRule="auto"/>
        <w:jc w:val="left"/>
      </w:pPr>
      <w:r>
        <w:rPr>
          <w:rFonts w:ascii="Times New Roman" w:hAnsi="Times New Roman" w:eastAsia="宋体"/>
          <w:b w:val="0"/>
          <w:i w:val="0"/>
          <w:color w:val="333333"/>
          <w:sz w:val="19"/>
        </w:rPr>
        <w:t>AB=25,</w:t>
      </w:r>
    </w:p>
    <w:p>
      <w:pPr>
        <w:spacing w:before="0" w:after="80" w:line="300" w:lineRule="auto"/>
        <w:jc w:val="left"/>
      </w:pPr>
      <w:r>
        <w:rPr>
          <w:rFonts w:ascii="Times New Roman" w:hAnsi="Times New Roman" w:eastAsia="宋体"/>
          <w:b w:val="0"/>
          <w:i w:val="0"/>
          <w:color w:val="333333"/>
          <w:sz w:val="19"/>
        </w:rPr>
        <w:t>BC=39,</w:t>
      </w:r>
    </w:p>
    <w:p>
      <w:pPr>
        <w:spacing w:before="0" w:after="80" w:line="300" w:lineRule="auto"/>
        <w:jc w:val="left"/>
      </w:pPr>
      <w:r>
        <w:rPr>
          <w:rFonts w:ascii="Times New Roman" w:hAnsi="Times New Roman" w:eastAsia="宋体"/>
          <w:b w:val="0"/>
          <w:i w:val="0"/>
          <w:color w:val="333333"/>
          <w:sz w:val="19"/>
        </w:rPr>
        <w:t>CD=52,</w:t>
      </w:r>
    </w:p>
    <w:p>
      <w:pPr>
        <w:spacing w:before="0" w:after="80" w:line="300" w:lineRule="auto"/>
        <w:jc w:val="left"/>
      </w:pPr>
      <w:r>
        <w:rPr>
          <w:rFonts w:ascii="Times New Roman" w:hAnsi="Times New Roman" w:eastAsia="宋体"/>
          <w:b w:val="0"/>
          <w:i w:val="0"/>
          <w:color w:val="333333"/>
          <w:sz w:val="19"/>
        </w:rPr>
        <w:t>DA=60.</w:t>
      </w:r>
    </w:p>
    <w:p>
      <w:pPr>
        <w:spacing w:before="0" w:after="80" w:line="300" w:lineRule="auto"/>
        <w:jc w:val="left"/>
      </w:pPr>
      <w:r>
        <w:rPr>
          <w:rFonts w:ascii="Times New Roman" w:hAnsi="Times New Roman" w:eastAsia="宋体"/>
          <w:b w:val="0"/>
          <w:i w:val="0"/>
          <w:color w:val="333333"/>
          <w:sz w:val="19"/>
        </w:rPr>
        <w:t>Since</w:t>
      </w:r>
    </w:p>
    <w:p>
      <w:pPr>
        <w:spacing w:before="0" w:after="80" w:line="300" w:lineRule="auto"/>
        <w:jc w:val="left"/>
      </w:pPr>
      <w:r>
        <w:rPr>
          <w:rFonts w:ascii="Times New Roman" w:hAnsi="Times New Roman" w:eastAsia="宋体"/>
          <w:b w:val="0"/>
          <w:i w:val="0"/>
          <w:color w:val="333333"/>
          <w:sz w:val="19"/>
        </w:rPr>
        <w:t>25²+60²=65²=39²+52²,</w:t>
      </w:r>
    </w:p>
    <w:p>
      <w:pPr>
        <w:spacing w:before="0" w:after="80" w:line="300" w:lineRule="auto"/>
        <w:jc w:val="left"/>
      </w:pPr>
      <w:r>
        <w:rPr>
          <w:rFonts w:ascii="Times New Roman" w:hAnsi="Times New Roman" w:eastAsia="宋体"/>
          <w:b w:val="0"/>
          <w:i w:val="0"/>
          <w:color w:val="333333"/>
          <w:sz w:val="19"/>
        </w:rPr>
        <w:t>triangles ABD and BCD are right triangles with common hypotenuse BD=65. Their union is the cyclic quadrilateral, and a right triangle’s hypotenuse is a diameter of its circumcircle. Thus the diameter is 65.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E</w:t>
      </w:r>
    </w:p>
    <w:p>
      <w:pPr>
        <w:spacing w:before="0" w:after="80" w:line="300" w:lineRule="auto"/>
        <w:jc w:val="left"/>
      </w:pPr>
      <w:r>
        <w:rPr>
          <w:rFonts w:ascii="Times New Roman" w:hAnsi="Times New Roman" w:eastAsia="宋体"/>
          <w:b w:val="0"/>
          <w:i w:val="0"/>
          <w:sz w:val="21"/>
        </w:rPr>
        <w:t>在弧 oversetfrownMB 上取点 N，使弧 oversetfrownMN 与 oversetfrownCA 相等，并作 NQ⊥ AB。于是 MN=AC=x。其余两段等弧 oversetfrownAM 与 oversetfrownNB 在弦上的对应投影相等，所以 QB=AP=x+1。又因为 MNPQ 是矩形，故 PQ=MN=x。因此</w:t>
      </w:r>
    </w:p>
    <w:p>
      <w:pPr>
        <w:spacing w:before="0" w:after="80" w:line="300" w:lineRule="auto"/>
        <w:jc w:val="left"/>
      </w:pPr>
      <w:r>
        <w:rPr>
          <w:rFonts w:ascii="Times New Roman" w:hAnsi="Times New Roman" w:eastAsia="宋体"/>
          <w:b w:val="0"/>
          <w:i w:val="0"/>
          <w:sz w:val="21"/>
        </w:rPr>
        <w:t>PB=PQ+QB</w:t>
      </w:r>
    </w:p>
    <w:p>
      <w:pPr>
        <w:spacing w:before="0" w:after="80" w:line="300" w:lineRule="auto"/>
        <w:jc w:val="left"/>
      </w:pPr>
      <w:r>
        <w:rPr>
          <w:rFonts w:ascii="Times New Roman" w:hAnsi="Times New Roman" w:eastAsia="宋体"/>
          <w:b w:val="0"/>
          <w:i w:val="0"/>
          <w:sz w:val="21"/>
        </w:rPr>
        <w:t>=x+(x+1)</w:t>
      </w:r>
    </w:p>
    <w:p>
      <w:pPr>
        <w:spacing w:before="0" w:after="80" w:line="300" w:lineRule="auto"/>
        <w:jc w:val="left"/>
      </w:pPr>
      <w:r>
        <w:rPr>
          <w:rFonts w:ascii="Times New Roman" w:hAnsi="Times New Roman" w:eastAsia="宋体"/>
          <w:b w:val="0"/>
          <w:i w:val="0"/>
          <w:sz w:val="21"/>
        </w:rPr>
        <w:t>=2x+1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Choose N on arc oversetfrownMB so that arcs oversetfrownMN and oversetfrownCA are equal, and drop NQ⊥ AB. Then MN=AC=x. The remaining equal arcs oversetfrownAM and oversetfrownNB give equal corresponding chord projections, so QB=AP=x+1. Also MNPQ is a rectangle, hence PQ=MN=x. Therefore</w:t>
      </w:r>
    </w:p>
    <w:p>
      <w:pPr>
        <w:spacing w:before="0" w:after="80" w:line="300" w:lineRule="auto"/>
        <w:jc w:val="left"/>
      </w:pPr>
      <w:r>
        <w:rPr>
          <w:rFonts w:ascii="Times New Roman" w:hAnsi="Times New Roman" w:eastAsia="宋体"/>
          <w:b w:val="0"/>
          <w:i w:val="0"/>
          <w:color w:val="333333"/>
          <w:sz w:val="19"/>
        </w:rPr>
        <w:t>PB=PQ+QB</w:t>
      </w:r>
    </w:p>
    <w:p>
      <w:pPr>
        <w:spacing w:before="0" w:after="80" w:line="300" w:lineRule="auto"/>
        <w:jc w:val="left"/>
      </w:pPr>
      <w:r>
        <w:rPr>
          <w:rFonts w:ascii="Times New Roman" w:hAnsi="Times New Roman" w:eastAsia="宋体"/>
          <w:b w:val="0"/>
          <w:i w:val="0"/>
          <w:color w:val="333333"/>
          <w:sz w:val="19"/>
        </w:rPr>
        <w:t>=x+(x+1)</w:t>
      </w:r>
    </w:p>
    <w:p>
      <w:pPr>
        <w:spacing w:before="0" w:after="80" w:line="300" w:lineRule="auto"/>
        <w:jc w:val="left"/>
      </w:pPr>
      <w:r>
        <w:rPr>
          <w:rFonts w:ascii="Times New Roman" w:hAnsi="Times New Roman" w:eastAsia="宋体"/>
          <w:b w:val="0"/>
          <w:i w:val="0"/>
          <w:color w:val="333333"/>
          <w:sz w:val="19"/>
        </w:rPr>
        <w:t>=2x+1.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D</w:t>
      </w:r>
    </w:p>
    <w:p>
      <w:pPr>
        <w:spacing w:before="0" w:after="80" w:line="300" w:lineRule="auto"/>
        <w:jc w:val="left"/>
      </w:pPr>
      <w:r>
        <w:rPr>
          <w:rFonts w:ascii="Times New Roman" w:hAnsi="Times New Roman" w:eastAsia="宋体"/>
          <w:b w:val="0"/>
          <w:i w:val="0"/>
          <w:sz w:val="21"/>
        </w:rPr>
        <w:t>几何平均数条件给出</w:t>
      </w:r>
    </w:p>
    <w:p>
      <w:pPr>
        <w:spacing w:before="0" w:after="80" w:line="300" w:lineRule="auto"/>
        <w:jc w:val="left"/>
      </w:pPr>
      <w:r>
        <w:rPr>
          <w:rFonts w:ascii="Times New Roman" w:hAnsi="Times New Roman" w:eastAsia="宋体"/>
          <w:b w:val="0"/>
          <w:i w:val="0"/>
          <w:sz w:val="21"/>
        </w:rPr>
        <w:t>AB· AC=12²=144。</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64=1/2(AB)(AC)sin A</w:t>
      </w:r>
    </w:p>
    <w:p>
      <w:pPr>
        <w:spacing w:before="0" w:after="80" w:line="300" w:lineRule="auto"/>
        <w:jc w:val="left"/>
      </w:pPr>
      <w:r>
        <w:rPr>
          <w:rFonts w:ascii="Times New Roman" w:hAnsi="Times New Roman" w:eastAsia="宋体"/>
          <w:b w:val="0"/>
          <w:i w:val="0"/>
          <w:sz w:val="21"/>
        </w:rPr>
        <w:t>=72sin A</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sin A=8/9。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geometric-mean condition says</w:t>
      </w:r>
    </w:p>
    <w:p>
      <w:pPr>
        <w:spacing w:before="0" w:after="80" w:line="300" w:lineRule="auto"/>
        <w:jc w:val="left"/>
      </w:pPr>
      <w:r>
        <w:rPr>
          <w:rFonts w:ascii="Times New Roman" w:hAnsi="Times New Roman" w:eastAsia="宋体"/>
          <w:b w:val="0"/>
          <w:i w:val="0"/>
          <w:color w:val="333333"/>
          <w:sz w:val="19"/>
        </w:rPr>
        <w:t>AB· AC=12²=144.</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64=1/2(AB)(AC)sin A</w:t>
      </w:r>
    </w:p>
    <w:p>
      <w:pPr>
        <w:spacing w:before="0" w:after="80" w:line="300" w:lineRule="auto"/>
        <w:jc w:val="left"/>
      </w:pPr>
      <w:r>
        <w:rPr>
          <w:rFonts w:ascii="Times New Roman" w:hAnsi="Times New Roman" w:eastAsia="宋体"/>
          <w:b w:val="0"/>
          <w:i w:val="0"/>
          <w:color w:val="333333"/>
          <w:sz w:val="19"/>
        </w:rPr>
        <w:t>=72sin A,</w:t>
      </w:r>
    </w:p>
    <w:p>
      <w:pPr>
        <w:spacing w:before="0" w:after="80" w:line="300" w:lineRule="auto"/>
        <w:jc w:val="left"/>
      </w:pPr>
      <w:r>
        <w:rPr>
          <w:rFonts w:ascii="Times New Roman" w:hAnsi="Times New Roman" w:eastAsia="宋体"/>
          <w:b w:val="0"/>
          <w:i w:val="0"/>
          <w:color w:val="333333"/>
          <w:sz w:val="19"/>
        </w:rPr>
        <w:t>so sin A=8/9.</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E</w:t>
      </w:r>
    </w:p>
    <w:p>
      <w:pPr>
        <w:spacing w:before="0" w:after="80" w:line="300" w:lineRule="auto"/>
        <w:jc w:val="left"/>
      </w:pPr>
      <w:r>
        <w:rPr>
          <w:rFonts w:ascii="Times New Roman" w:hAnsi="Times New Roman" w:eastAsia="宋体"/>
          <w:b w:val="0"/>
          <w:i w:val="0"/>
          <w:sz w:val="21"/>
        </w:rPr>
        <w:t>边界上的 28 个小方格没有被完全覆盖。考虑剩余的 6×6 内部网格，并以小方格边长为距离单位，则圆盘半径为 4。该内部网格的四个外角到中心的距离为</w:t>
      </w:r>
    </w:p>
    <w:p>
      <w:pPr>
        <w:spacing w:before="0" w:after="80" w:line="300" w:lineRule="auto"/>
        <w:jc w:val="left"/>
      </w:pPr>
      <w:r>
        <w:rPr>
          <w:rFonts w:ascii="Times New Roman" w:hAnsi="Times New Roman" w:eastAsia="宋体"/>
          <w:b w:val="0"/>
          <w:i w:val="0"/>
          <w:sz w:val="21"/>
        </w:rPr>
        <w:t>√(3²+3²)=3√(2)&gt;4</w:t>
      </w:r>
    </w:p>
    <w:p>
      <w:pPr>
        <w:spacing w:before="0" w:after="80" w:line="300" w:lineRule="auto"/>
        <w:jc w:val="left"/>
      </w:pPr>
      <w:r>
        <w:rPr>
          <w:rFonts w:ascii="Times New Roman" w:hAnsi="Times New Roman" w:eastAsia="宋体"/>
          <w:b w:val="0"/>
          <w:i w:val="0"/>
          <w:sz w:val="21"/>
        </w:rPr>
        <w:t>所以四个角方格未被完全覆盖。其他每个内部方格都在圆盘内：其最远角点到中心的距离至多为</w:t>
      </w:r>
    </w:p>
    <w:p>
      <w:pPr>
        <w:spacing w:before="0" w:after="80" w:line="300" w:lineRule="auto"/>
        <w:jc w:val="left"/>
      </w:pPr>
      <w:r>
        <w:rPr>
          <w:rFonts w:ascii="Times New Roman" w:hAnsi="Times New Roman" w:eastAsia="宋体"/>
          <w:b w:val="0"/>
          <w:i w:val="0"/>
          <w:sz w:val="21"/>
        </w:rPr>
        <w:t>√(3²+2²)=√(13)&lt;4。</w:t>
      </w:r>
    </w:p>
    <w:p>
      <w:pPr>
        <w:spacing w:before="0" w:after="80" w:line="300" w:lineRule="auto"/>
        <w:jc w:val="left"/>
      </w:pPr>
      <w:r>
        <w:rPr>
          <w:rFonts w:ascii="Times New Roman" w:hAnsi="Times New Roman" w:eastAsia="宋体"/>
          <w:b w:val="0"/>
          <w:i w:val="0"/>
          <w:sz w:val="21"/>
        </w:rPr>
        <w:t>因此共有 36-4=32 个方格被完全覆盖。</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28 border squares are not fully covered. Consider the remaining 6×6 interior grid and measure distances in square side lengths, so the disc has radius 4. The four outer corners of this interior grid are at distance</w:t>
      </w:r>
    </w:p>
    <w:p>
      <w:pPr>
        <w:spacing w:before="0" w:after="80" w:line="300" w:lineRule="auto"/>
        <w:jc w:val="left"/>
      </w:pPr>
      <w:r>
        <w:rPr>
          <w:rFonts w:ascii="Times New Roman" w:hAnsi="Times New Roman" w:eastAsia="宋体"/>
          <w:b w:val="0"/>
          <w:i w:val="0"/>
          <w:color w:val="333333"/>
          <w:sz w:val="19"/>
        </w:rPr>
        <w:t>√(3²+3²)=3√(2)&gt;4</w:t>
      </w:r>
    </w:p>
    <w:p>
      <w:pPr>
        <w:spacing w:before="0" w:after="80" w:line="300" w:lineRule="auto"/>
        <w:jc w:val="left"/>
      </w:pPr>
      <w:r>
        <w:rPr>
          <w:rFonts w:ascii="Times New Roman" w:hAnsi="Times New Roman" w:eastAsia="宋体"/>
          <w:b w:val="0"/>
          <w:i w:val="0"/>
          <w:color w:val="333333"/>
          <w:sz w:val="19"/>
        </w:rPr>
        <w:t>from the center, so those four corner squares are not fully covered. Every other interior square lies within the disc: its farthest possible corner is at distance at most</w:t>
      </w:r>
    </w:p>
    <w:p>
      <w:pPr>
        <w:spacing w:before="0" w:after="80" w:line="300" w:lineRule="auto"/>
        <w:jc w:val="left"/>
      </w:pPr>
      <w:r>
        <w:rPr>
          <w:rFonts w:ascii="Times New Roman" w:hAnsi="Times New Roman" w:eastAsia="宋体"/>
          <w:b w:val="0"/>
          <w:i w:val="0"/>
          <w:color w:val="333333"/>
          <w:sz w:val="19"/>
        </w:rPr>
        <w:t>√(3²+2²)=√(13)&lt;4.</w:t>
      </w:r>
    </w:p>
    <w:p>
      <w:pPr>
        <w:spacing w:before="0" w:after="80" w:line="300" w:lineRule="auto"/>
        <w:jc w:val="left"/>
      </w:pPr>
      <w:r>
        <w:rPr>
          <w:rFonts w:ascii="Times New Roman" w:hAnsi="Times New Roman" w:eastAsia="宋体"/>
          <w:b w:val="0"/>
          <w:i w:val="0"/>
          <w:color w:val="333333"/>
          <w:sz w:val="19"/>
        </w:rPr>
        <w:t>Hence 36-4=32 squares are completely covered.</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C</w:t>
      </w:r>
    </w:p>
    <w:p>
      <w:pPr>
        <w:spacing w:before="0" w:after="80" w:line="300" w:lineRule="auto"/>
        <w:jc w:val="left"/>
      </w:pPr>
      <w:r>
        <w:rPr>
          <w:rFonts w:ascii="Times New Roman" w:hAnsi="Times New Roman" w:eastAsia="宋体"/>
          <w:b w:val="0"/>
          <w:i w:val="0"/>
          <w:sz w:val="21"/>
        </w:rPr>
        <w:t>令 u=3x+x³/1+3x²。则</w:t>
      </w:r>
    </w:p>
    <w:p>
      <w:pPr>
        <w:spacing w:before="0" w:after="80" w:line="300" w:lineRule="auto"/>
        <w:jc w:val="left"/>
      </w:pPr>
      <w:r>
        <w:rPr>
          <w:rFonts w:ascii="Times New Roman" w:hAnsi="Times New Roman" w:eastAsia="宋体"/>
          <w:b w:val="0"/>
          <w:i w:val="0"/>
          <w:sz w:val="21"/>
        </w:rPr>
        <w:t>1+u/1-u =1+3x²+3x+x³/1+3x²-3x-x³</w:t>
      </w:r>
    </w:p>
    <w:p>
      <w:pPr>
        <w:spacing w:before="0" w:after="80" w:line="300" w:lineRule="auto"/>
        <w:jc w:val="left"/>
      </w:pPr>
      <w:r>
        <w:rPr>
          <w:rFonts w:ascii="Times New Roman" w:hAnsi="Times New Roman" w:eastAsia="宋体"/>
          <w:b w:val="0"/>
          <w:i w:val="0"/>
          <w:sz w:val="21"/>
        </w:rPr>
        <w:t>=(1+x/1-x)³</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w:t>
      </w:r>
    </w:p>
    <w:p>
      <w:pPr>
        <w:spacing w:before="0" w:after="80" w:line="300" w:lineRule="auto"/>
        <w:jc w:val="left"/>
      </w:pPr>
      <w:r>
        <w:rPr>
          <w:rFonts w:ascii="Times New Roman" w:hAnsi="Times New Roman" w:eastAsia="宋体"/>
          <w:b w:val="0"/>
          <w:i w:val="0"/>
          <w:sz w:val="21"/>
        </w:rPr>
        <w:t>f(u)=3log(1+x/1-x)=3f(x)。</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u=3x+x³/1+3x². Then</w:t>
      </w:r>
    </w:p>
    <w:p>
      <w:pPr>
        <w:spacing w:before="0" w:after="80" w:line="300" w:lineRule="auto"/>
        <w:jc w:val="left"/>
      </w:pPr>
      <w:r>
        <w:rPr>
          <w:rFonts w:ascii="Times New Roman" w:hAnsi="Times New Roman" w:eastAsia="宋体"/>
          <w:b w:val="0"/>
          <w:i w:val="0"/>
          <w:color w:val="333333"/>
          <w:sz w:val="19"/>
        </w:rPr>
        <w:t>1+u/1-u =1+3x²+3x+x³/1+3x²-3x-x³</w:t>
      </w:r>
    </w:p>
    <w:p>
      <w:pPr>
        <w:spacing w:before="0" w:after="80" w:line="300" w:lineRule="auto"/>
        <w:jc w:val="left"/>
      </w:pPr>
      <w:r>
        <w:rPr>
          <w:rFonts w:ascii="Times New Roman" w:hAnsi="Times New Roman" w:eastAsia="宋体"/>
          <w:b w:val="0"/>
          <w:i w:val="0"/>
          <w:color w:val="333333"/>
          <w:sz w:val="19"/>
        </w:rPr>
        <w:t>=(1+x/1-x)³.</w:t>
      </w:r>
    </w:p>
    <w:p>
      <w:pPr>
        <w:spacing w:before="0" w:after="80" w:line="300" w:lineRule="auto"/>
        <w:jc w:val="left"/>
      </w:pPr>
      <w:r>
        <w:rPr>
          <w:rFonts w:ascii="Times New Roman" w:hAnsi="Times New Roman" w:eastAsia="宋体"/>
          <w:b w:val="0"/>
          <w:i w:val="0"/>
          <w:color w:val="333333"/>
          <w:sz w:val="19"/>
        </w:rPr>
        <w:t>Consequently</w:t>
      </w:r>
    </w:p>
    <w:p>
      <w:pPr>
        <w:spacing w:before="0" w:after="80" w:line="300" w:lineRule="auto"/>
        <w:jc w:val="left"/>
      </w:pPr>
      <w:r>
        <w:rPr>
          <w:rFonts w:ascii="Times New Roman" w:hAnsi="Times New Roman" w:eastAsia="宋体"/>
          <w:b w:val="0"/>
          <w:i w:val="0"/>
          <w:color w:val="333333"/>
          <w:sz w:val="19"/>
        </w:rPr>
        <w:t>f(u)=3log(1+x/1-x)=3f(x).</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A</w:t>
      </w:r>
    </w:p>
    <w:p>
      <w:pPr>
        <w:spacing w:before="0" w:after="80" w:line="300" w:lineRule="auto"/>
        <w:jc w:val="left"/>
      </w:pPr>
      <w:r>
        <w:rPr>
          <w:rFonts w:ascii="Times New Roman" w:hAnsi="Times New Roman" w:eastAsia="宋体"/>
          <w:b w:val="0"/>
          <w:i w:val="0"/>
          <w:sz w:val="21"/>
        </w:rPr>
        <w:t>设纸张的高为 h。把折起的角关于折痕反射所产生的全等直角三角形给出</w:t>
      </w:r>
    </w:p>
    <w:p>
      <w:pPr>
        <w:spacing w:before="0" w:after="80" w:line="300" w:lineRule="auto"/>
        <w:jc w:val="left"/>
      </w:pPr>
      <w:r>
        <w:rPr>
          <w:rFonts w:ascii="Times New Roman" w:hAnsi="Times New Roman" w:eastAsia="宋体"/>
          <w:b w:val="0"/>
          <w:i w:val="0"/>
          <w:sz w:val="21"/>
        </w:rPr>
        <w:t>6/h=sin(2θ)=2sinθcosθ，</w:t>
      </w:r>
    </w:p>
    <w:p>
      <w:pPr>
        <w:spacing w:before="0" w:after="80" w:line="300" w:lineRule="auto"/>
        <w:jc w:val="left"/>
      </w:pPr>
      <w:r>
        <w:rPr>
          <w:rFonts w:ascii="Times New Roman" w:hAnsi="Times New Roman" w:eastAsia="宋体"/>
          <w:b w:val="0"/>
          <w:i w:val="0"/>
          <w:sz w:val="21"/>
        </w:rPr>
        <w:t>所以 h=3/sinθcosθ。它们还给出 L/h=secθ。因此</w:t>
      </w:r>
    </w:p>
    <w:p>
      <w:pPr>
        <w:spacing w:before="0" w:after="80" w:line="300" w:lineRule="auto"/>
        <w:jc w:val="left"/>
      </w:pPr>
      <w:r>
        <w:rPr>
          <w:rFonts w:ascii="Times New Roman" w:hAnsi="Times New Roman" w:eastAsia="宋体"/>
          <w:b w:val="0"/>
          <w:i w:val="0"/>
          <w:sz w:val="21"/>
        </w:rPr>
        <w:t>L=hsecθ</w:t>
      </w:r>
    </w:p>
    <w:p>
      <w:pPr>
        <w:spacing w:before="0" w:after="80" w:line="300" w:lineRule="auto"/>
        <w:jc w:val="left"/>
      </w:pPr>
      <w:r>
        <w:rPr>
          <w:rFonts w:ascii="Times New Roman" w:hAnsi="Times New Roman" w:eastAsia="宋体"/>
          <w:b w:val="0"/>
          <w:i w:val="0"/>
          <w:sz w:val="21"/>
        </w:rPr>
        <w:t>=3secθ/sinθcosθ</w:t>
      </w:r>
    </w:p>
    <w:p>
      <w:pPr>
        <w:spacing w:before="0" w:after="80" w:line="300" w:lineRule="auto"/>
        <w:jc w:val="left"/>
      </w:pPr>
      <w:r>
        <w:rPr>
          <w:rFonts w:ascii="Times New Roman" w:hAnsi="Times New Roman" w:eastAsia="宋体"/>
          <w:b w:val="0"/>
          <w:i w:val="0"/>
          <w:sz w:val="21"/>
        </w:rPr>
        <w:t>=3sec²θcscθ</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h be the sheet’s height. The congruent right triangles created by reflecting the folded corner across the crease give</w:t>
      </w:r>
    </w:p>
    <w:p>
      <w:pPr>
        <w:spacing w:before="0" w:after="80" w:line="300" w:lineRule="auto"/>
        <w:jc w:val="left"/>
      </w:pPr>
      <w:r>
        <w:rPr>
          <w:rFonts w:ascii="Times New Roman" w:hAnsi="Times New Roman" w:eastAsia="宋体"/>
          <w:b w:val="0"/>
          <w:i w:val="0"/>
          <w:color w:val="333333"/>
          <w:sz w:val="19"/>
        </w:rPr>
        <w:t>6/h=sin(2θ)=2sinθcosθ,</w:t>
      </w:r>
    </w:p>
    <w:p>
      <w:pPr>
        <w:spacing w:before="0" w:after="80" w:line="300" w:lineRule="auto"/>
        <w:jc w:val="left"/>
      </w:pPr>
      <w:r>
        <w:rPr>
          <w:rFonts w:ascii="Times New Roman" w:hAnsi="Times New Roman" w:eastAsia="宋体"/>
          <w:b w:val="0"/>
          <w:i w:val="0"/>
          <w:color w:val="333333"/>
          <w:sz w:val="19"/>
        </w:rPr>
        <w:t>so h=3/sinθcosθ. They also give L/h=secθ. Hence</w:t>
      </w:r>
    </w:p>
    <w:p>
      <w:pPr>
        <w:spacing w:before="0" w:after="80" w:line="300" w:lineRule="auto"/>
        <w:jc w:val="left"/>
      </w:pPr>
      <w:r>
        <w:rPr>
          <w:rFonts w:ascii="Times New Roman" w:hAnsi="Times New Roman" w:eastAsia="宋体"/>
          <w:b w:val="0"/>
          <w:i w:val="0"/>
          <w:color w:val="333333"/>
          <w:sz w:val="19"/>
        </w:rPr>
        <w:t>L=hsecθ</w:t>
      </w:r>
    </w:p>
    <w:p>
      <w:pPr>
        <w:spacing w:before="0" w:after="80" w:line="300" w:lineRule="auto"/>
        <w:jc w:val="left"/>
      </w:pPr>
      <w:r>
        <w:rPr>
          <w:rFonts w:ascii="Times New Roman" w:hAnsi="Times New Roman" w:eastAsia="宋体"/>
          <w:b w:val="0"/>
          <w:i w:val="0"/>
          <w:color w:val="333333"/>
          <w:sz w:val="19"/>
        </w:rPr>
        <w:t>=3secθ/sinθcosθ</w:t>
      </w:r>
    </w:p>
    <w:p>
      <w:pPr>
        <w:spacing w:before="0" w:after="80" w:line="300" w:lineRule="auto"/>
        <w:jc w:val="left"/>
      </w:pPr>
      <w:r>
        <w:rPr>
          <w:rFonts w:ascii="Times New Roman" w:hAnsi="Times New Roman" w:eastAsia="宋体"/>
          <w:b w:val="0"/>
          <w:i w:val="0"/>
          <w:color w:val="333333"/>
          <w:sz w:val="19"/>
        </w:rPr>
        <w:t>=3sec²θcscθ.</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31 题　答案 C</w:t>
      </w:r>
    </w:p>
    <w:p>
      <w:pPr>
        <w:spacing w:before="0" w:after="80" w:line="300" w:lineRule="auto"/>
        <w:jc w:val="left"/>
      </w:pPr>
      <w:r>
        <w:rPr>
          <w:rFonts w:ascii="Times New Roman" w:hAnsi="Times New Roman" w:eastAsia="宋体"/>
          <w:b w:val="0"/>
          <w:i w:val="0"/>
          <w:sz w:val="21"/>
        </w:rPr>
        <w:t>因为 2⁶=64≡-1pmod13，</w:t>
      </w:r>
    </w:p>
    <w:p>
      <w:pPr>
        <w:spacing w:before="0" w:after="80" w:line="300" w:lineRule="auto"/>
        <w:jc w:val="left"/>
      </w:pPr>
      <w:r>
        <w:rPr>
          <w:rFonts w:ascii="Times New Roman" w:hAnsi="Times New Roman" w:eastAsia="宋体"/>
          <w:b w:val="0"/>
          <w:i w:val="0"/>
          <w:sz w:val="21"/>
        </w:rPr>
        <w:t>2¹⁰⁰⁰=2^(6·166+4)</w:t>
      </w:r>
    </w:p>
    <w:p>
      <w:pPr>
        <w:spacing w:before="0" w:after="80" w:line="300" w:lineRule="auto"/>
        <w:jc w:val="left"/>
      </w:pPr>
      <w:r>
        <w:rPr>
          <w:rFonts w:ascii="Times New Roman" w:hAnsi="Times New Roman" w:eastAsia="宋体"/>
          <w:b w:val="0"/>
          <w:i w:val="0"/>
          <w:sz w:val="21"/>
        </w:rPr>
        <w:t>≡(-1)¹⁶⁶2⁴</w:t>
      </w:r>
    </w:p>
    <w:p>
      <w:pPr>
        <w:spacing w:before="0" w:after="80" w:line="300" w:lineRule="auto"/>
        <w:jc w:val="left"/>
      </w:pPr>
      <w:r>
        <w:rPr>
          <w:rFonts w:ascii="Times New Roman" w:hAnsi="Times New Roman" w:eastAsia="宋体"/>
          <w:b w:val="0"/>
          <w:i w:val="0"/>
          <w:sz w:val="21"/>
        </w:rPr>
        <w:t>≡16</w:t>
      </w:r>
    </w:p>
    <w:p>
      <w:pPr>
        <w:spacing w:before="0" w:after="80" w:line="300" w:lineRule="auto"/>
        <w:jc w:val="left"/>
      </w:pPr>
      <w:r>
        <w:rPr>
          <w:rFonts w:ascii="Times New Roman" w:hAnsi="Times New Roman" w:eastAsia="宋体"/>
          <w:b w:val="0"/>
          <w:i w:val="0"/>
          <w:sz w:val="21"/>
        </w:rPr>
        <w:t>≡3pmod13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2⁶=64≡-1pmod13,</w:t>
      </w:r>
    </w:p>
    <w:p>
      <w:pPr>
        <w:spacing w:before="0" w:after="80" w:line="300" w:lineRule="auto"/>
        <w:jc w:val="left"/>
      </w:pPr>
      <w:r>
        <w:rPr>
          <w:rFonts w:ascii="Times New Roman" w:hAnsi="Times New Roman" w:eastAsia="宋体"/>
          <w:b w:val="0"/>
          <w:i w:val="0"/>
          <w:color w:val="333333"/>
          <w:sz w:val="19"/>
        </w:rPr>
        <w:t>2¹⁰⁰⁰=2^(6·166+4)</w:t>
      </w:r>
    </w:p>
    <w:p>
      <w:pPr>
        <w:spacing w:before="0" w:after="80" w:line="300" w:lineRule="auto"/>
        <w:jc w:val="left"/>
      </w:pPr>
      <w:r>
        <w:rPr>
          <w:rFonts w:ascii="Times New Roman" w:hAnsi="Times New Roman" w:eastAsia="宋体"/>
          <w:b w:val="0"/>
          <w:i w:val="0"/>
          <w:color w:val="333333"/>
          <w:sz w:val="19"/>
        </w:rPr>
        <w:t>≡(-1)¹⁶⁶2⁴</w:t>
      </w:r>
    </w:p>
    <w:p>
      <w:pPr>
        <w:spacing w:before="0" w:after="80" w:line="300" w:lineRule="auto"/>
        <w:jc w:val="left"/>
      </w:pPr>
      <w:r>
        <w:rPr>
          <w:rFonts w:ascii="Times New Roman" w:hAnsi="Times New Roman" w:eastAsia="宋体"/>
          <w:b w:val="0"/>
          <w:i w:val="0"/>
          <w:color w:val="333333"/>
          <w:sz w:val="19"/>
        </w:rPr>
        <w:t>≡16</w:t>
      </w:r>
    </w:p>
    <w:p>
      <w:pPr>
        <w:spacing w:before="0" w:after="80" w:line="300" w:lineRule="auto"/>
        <w:jc w:val="left"/>
      </w:pPr>
      <w:r>
        <w:rPr>
          <w:rFonts w:ascii="Times New Roman" w:hAnsi="Times New Roman" w:eastAsia="宋体"/>
          <w:b w:val="0"/>
          <w:i w:val="0"/>
          <w:color w:val="333333"/>
          <w:sz w:val="19"/>
        </w:rPr>
        <w:t>≡3pmod13.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32 题　答案 B</w:t>
      </w:r>
    </w:p>
    <w:p>
      <w:pPr>
        <w:spacing w:before="0" w:after="80" w:line="300" w:lineRule="auto"/>
        <w:jc w:val="left"/>
      </w:pPr>
      <w:r>
        <w:rPr>
          <w:rFonts w:ascii="Times New Roman" w:hAnsi="Times New Roman" w:eastAsia="宋体"/>
          <w:b w:val="0"/>
          <w:i w:val="0"/>
          <w:sz w:val="21"/>
        </w:rPr>
        <w:t>由相交弦定理，</w:t>
      </w:r>
    </w:p>
    <w:p>
      <w:pPr>
        <w:spacing w:before="0" w:after="80" w:line="300" w:lineRule="auto"/>
        <w:jc w:val="left"/>
      </w:pPr>
      <w:r>
        <w:rPr>
          <w:rFonts w:ascii="Times New Roman" w:hAnsi="Times New Roman" w:eastAsia="宋体"/>
          <w:b w:val="0"/>
          <w:i w:val="0"/>
          <w:sz w:val="21"/>
        </w:rPr>
        <w:t>2·6=CE·3，</w:t>
      </w:r>
    </w:p>
    <w:p>
      <w:pPr>
        <w:spacing w:before="0" w:after="80" w:line="300" w:lineRule="auto"/>
        <w:jc w:val="left"/>
      </w:pPr>
      <w:r>
        <w:rPr>
          <w:rFonts w:ascii="Times New Roman" w:hAnsi="Times New Roman" w:eastAsia="宋体"/>
          <w:b w:val="0"/>
          <w:i w:val="0"/>
          <w:sz w:val="21"/>
        </w:rPr>
        <w:t>所以 CE=4。令 E=(0,0)、A=(-2,0)、B=(6,0)、C=(0,4) 且 D=(0,-3)。弦 AB 与 CD 的垂直平分线交于</w:t>
      </w:r>
    </w:p>
    <w:p>
      <w:pPr>
        <w:spacing w:before="0" w:after="80" w:line="300" w:lineRule="auto"/>
        <w:jc w:val="left"/>
      </w:pPr>
      <w:r>
        <w:rPr>
          <w:rFonts w:ascii="Times New Roman" w:hAnsi="Times New Roman" w:eastAsia="宋体"/>
          <w:b w:val="0"/>
          <w:i w:val="0"/>
          <w:sz w:val="21"/>
        </w:rPr>
        <w:t>O=(2,1/2)。</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r²=OA²=4²+(1/2)²=65/4，</w:t>
      </w:r>
    </w:p>
    <w:p>
      <w:pPr>
        <w:spacing w:before="0" w:after="80" w:line="300" w:lineRule="auto"/>
        <w:jc w:val="left"/>
      </w:pPr>
      <w:r>
        <w:rPr>
          <w:rFonts w:ascii="Times New Roman" w:hAnsi="Times New Roman" w:eastAsia="宋体"/>
          <w:b w:val="0"/>
          <w:i w:val="0"/>
          <w:sz w:val="21"/>
        </w:rPr>
        <w:t>直径为 2r=√(65)。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intersecting-chords theorem gives</w:t>
      </w:r>
    </w:p>
    <w:p>
      <w:pPr>
        <w:spacing w:before="0" w:after="80" w:line="300" w:lineRule="auto"/>
        <w:jc w:val="left"/>
      </w:pPr>
      <w:r>
        <w:rPr>
          <w:rFonts w:ascii="Times New Roman" w:hAnsi="Times New Roman" w:eastAsia="宋体"/>
          <w:b w:val="0"/>
          <w:i w:val="0"/>
          <w:color w:val="333333"/>
          <w:sz w:val="19"/>
        </w:rPr>
        <w:t>2·6=CE·3,</w:t>
      </w:r>
    </w:p>
    <w:p>
      <w:pPr>
        <w:spacing w:before="0" w:after="80" w:line="300" w:lineRule="auto"/>
        <w:jc w:val="left"/>
      </w:pPr>
      <w:r>
        <w:rPr>
          <w:rFonts w:ascii="Times New Roman" w:hAnsi="Times New Roman" w:eastAsia="宋体"/>
          <w:b w:val="0"/>
          <w:i w:val="0"/>
          <w:color w:val="333333"/>
          <w:sz w:val="19"/>
        </w:rPr>
        <w:t>so CE=4. Put E=(0,0), A=(-2,0), B=(6,0), C=(0,4), and D=(0,-3). The perpendicular bisectors of AB and CD meet at</w:t>
      </w:r>
    </w:p>
    <w:p>
      <w:pPr>
        <w:spacing w:before="0" w:after="80" w:line="300" w:lineRule="auto"/>
        <w:jc w:val="left"/>
      </w:pPr>
      <w:r>
        <w:rPr>
          <w:rFonts w:ascii="Times New Roman" w:hAnsi="Times New Roman" w:eastAsia="宋体"/>
          <w:b w:val="0"/>
          <w:i w:val="0"/>
          <w:color w:val="333333"/>
          <w:sz w:val="19"/>
        </w:rPr>
        <w:t>O=(2,1/2).</w:t>
      </w:r>
    </w:p>
    <w:p>
      <w:pPr>
        <w:spacing w:before="0" w:after="80" w:line="300" w:lineRule="auto"/>
        <w:jc w:val="left"/>
      </w:pPr>
      <w:r>
        <w:rPr>
          <w:rFonts w:ascii="Times New Roman" w:hAnsi="Times New Roman" w:eastAsia="宋体"/>
          <w:b w:val="0"/>
          <w:i w:val="0"/>
          <w:color w:val="333333"/>
          <w:sz w:val="19"/>
        </w:rPr>
        <w:t>Thus</w:t>
      </w:r>
    </w:p>
    <w:p>
      <w:pPr>
        <w:spacing w:before="0" w:after="80" w:line="300" w:lineRule="auto"/>
        <w:jc w:val="left"/>
      </w:pPr>
      <w:r>
        <w:rPr>
          <w:rFonts w:ascii="Times New Roman" w:hAnsi="Times New Roman" w:eastAsia="宋体"/>
          <w:b w:val="0"/>
          <w:i w:val="0"/>
          <w:color w:val="333333"/>
          <w:sz w:val="19"/>
        </w:rPr>
        <w:t>r²=OA²=4²+(1/2)²=65/4,</w:t>
      </w:r>
    </w:p>
    <w:p>
      <w:pPr>
        <w:spacing w:before="0" w:after="80" w:line="300" w:lineRule="auto"/>
        <w:jc w:val="left"/>
      </w:pPr>
      <w:r>
        <w:rPr>
          <w:rFonts w:ascii="Times New Roman" w:hAnsi="Times New Roman" w:eastAsia="宋体"/>
          <w:b w:val="0"/>
          <w:i w:val="0"/>
          <w:color w:val="333333"/>
          <w:sz w:val="19"/>
        </w:rPr>
        <w:t>and the diameter is 2r=√(65).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33 题　答案 C</w:t>
      </w:r>
    </w:p>
    <w:p>
      <w:pPr>
        <w:spacing w:before="0" w:after="80" w:line="300" w:lineRule="auto"/>
        <w:jc w:val="left"/>
      </w:pPr>
      <w:r>
        <w:rPr>
          <w:rFonts w:ascii="Times New Roman" w:hAnsi="Times New Roman" w:eastAsia="宋体"/>
          <w:b w:val="0"/>
          <w:i w:val="0"/>
          <w:sz w:val="21"/>
        </w:rPr>
        <w:t>设这个商为 Q。则</w:t>
      </w:r>
    </w:p>
    <w:p>
      <w:pPr>
        <w:spacing w:before="0" w:after="80" w:line="300" w:lineRule="auto"/>
        <w:jc w:val="left"/>
      </w:pPr>
      <w:r>
        <w:rPr>
          <w:rFonts w:ascii="Times New Roman" w:hAnsi="Times New Roman" w:eastAsia="宋体"/>
          <w:b w:val="0"/>
          <w:i w:val="0"/>
          <w:sz w:val="21"/>
        </w:rPr>
        <w:t>Q=1+99H+9T/H+T+U。</w:t>
      </w:r>
    </w:p>
    <w:p>
      <w:pPr>
        <w:spacing w:before="0" w:after="80" w:line="300" w:lineRule="auto"/>
        <w:jc w:val="left"/>
      </w:pPr>
      <w:r>
        <w:rPr>
          <w:rFonts w:ascii="Times New Roman" w:hAnsi="Times New Roman" w:eastAsia="宋体"/>
          <w:b w:val="0"/>
          <w:i w:val="0"/>
          <w:sz w:val="21"/>
        </w:rPr>
        <w:t>若 U 小于前两位中的某个数字，交换二者会使商减小，所以个位数字必须最大。因为这个商大于 1，增大个位数字会使商减小，故 U=9。此时</w:t>
      </w:r>
    </w:p>
    <w:p>
      <w:pPr>
        <w:spacing w:before="0" w:after="80" w:line="300" w:lineRule="auto"/>
        <w:jc w:val="left"/>
      </w:pPr>
      <w:r>
        <w:rPr>
          <w:rFonts w:ascii="Times New Roman" w:hAnsi="Times New Roman" w:eastAsia="宋体"/>
          <w:b w:val="0"/>
          <w:i w:val="0"/>
          <w:sz w:val="21"/>
        </w:rPr>
        <w:t>T+11H/T+H+9 =1+10H-9/T+H+9。</w:t>
      </w:r>
    </w:p>
    <w:p>
      <w:pPr>
        <w:spacing w:before="0" w:after="80" w:line="300" w:lineRule="auto"/>
        <w:jc w:val="left"/>
      </w:pPr>
      <w:r>
        <w:rPr>
          <w:rFonts w:ascii="Times New Roman" w:hAnsi="Times New Roman" w:eastAsia="宋体"/>
          <w:b w:val="0"/>
          <w:i w:val="0"/>
          <w:sz w:val="21"/>
        </w:rPr>
        <w:t>取最大的可用数字 T=8，再取最小的 H=1，即可使其最小。这个数是 189，并且</w:t>
      </w:r>
    </w:p>
    <w:p>
      <w:pPr>
        <w:spacing w:before="0" w:after="80" w:line="300" w:lineRule="auto"/>
        <w:jc w:val="left"/>
      </w:pPr>
      <w:r>
        <w:rPr>
          <w:rFonts w:ascii="Times New Roman" w:hAnsi="Times New Roman" w:eastAsia="宋体"/>
          <w:b w:val="0"/>
          <w:i w:val="0"/>
          <w:sz w:val="21"/>
        </w:rPr>
        <w:t>189/1+8+9=189/18=10.5。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Q denote the quotient. Then</w:t>
      </w:r>
    </w:p>
    <w:p>
      <w:pPr>
        <w:spacing w:before="0" w:after="80" w:line="300" w:lineRule="auto"/>
        <w:jc w:val="left"/>
      </w:pPr>
      <w:r>
        <w:rPr>
          <w:rFonts w:ascii="Times New Roman" w:hAnsi="Times New Roman" w:eastAsia="宋体"/>
          <w:b w:val="0"/>
          <w:i w:val="0"/>
          <w:color w:val="333333"/>
          <w:sz w:val="19"/>
        </w:rPr>
        <w:t>Q=1+99H+9T/H+T+U.</w:t>
      </w:r>
    </w:p>
    <w:p>
      <w:pPr>
        <w:spacing w:before="0" w:after="80" w:line="300" w:lineRule="auto"/>
        <w:jc w:val="left"/>
      </w:pPr>
      <w:r>
        <w:rPr>
          <w:rFonts w:ascii="Times New Roman" w:hAnsi="Times New Roman" w:eastAsia="宋体"/>
          <w:b w:val="0"/>
          <w:i w:val="0"/>
          <w:color w:val="333333"/>
          <w:sz w:val="19"/>
        </w:rPr>
        <w:t>Interchanging U with a larger digit in either earlier position decreases the quotient, so the units digit must be the largest. Increasing that units digit lowers a quotient greater than 1, so U=9. Then</w:t>
      </w:r>
    </w:p>
    <w:p>
      <w:pPr>
        <w:spacing w:before="0" w:after="80" w:line="300" w:lineRule="auto"/>
        <w:jc w:val="left"/>
      </w:pPr>
      <w:r>
        <w:rPr>
          <w:rFonts w:ascii="Times New Roman" w:hAnsi="Times New Roman" w:eastAsia="宋体"/>
          <w:b w:val="0"/>
          <w:i w:val="0"/>
          <w:color w:val="333333"/>
          <w:sz w:val="19"/>
        </w:rPr>
        <w:t>T+11H/T+H+9 =1+10H-9/T+H+9.</w:t>
      </w:r>
    </w:p>
    <w:p>
      <w:pPr>
        <w:spacing w:before="0" w:after="80" w:line="300" w:lineRule="auto"/>
        <w:jc w:val="left"/>
      </w:pPr>
      <w:r>
        <w:rPr>
          <w:rFonts w:ascii="Times New Roman" w:hAnsi="Times New Roman" w:eastAsia="宋体"/>
          <w:b w:val="0"/>
          <w:i w:val="0"/>
          <w:color w:val="333333"/>
          <w:sz w:val="19"/>
        </w:rPr>
        <w:t>This is minimized by taking the largest available T=8 and then the smallest H=1. The number is 189, and</w:t>
      </w:r>
    </w:p>
    <w:p>
      <w:pPr>
        <w:spacing w:before="0" w:after="80" w:line="300" w:lineRule="auto"/>
        <w:jc w:val="left"/>
      </w:pPr>
      <w:r>
        <w:rPr>
          <w:rFonts w:ascii="Times New Roman" w:hAnsi="Times New Roman" w:eastAsia="宋体"/>
          <w:b w:val="0"/>
          <w:i w:val="0"/>
          <w:color w:val="333333"/>
          <w:sz w:val="19"/>
        </w:rPr>
        <w:t>189/1+8+9=189/18=10.5.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34 题　答案 A</w:t>
      </w:r>
    </w:p>
    <w:p>
      <w:pPr>
        <w:spacing w:before="0" w:after="80" w:line="300" w:lineRule="auto"/>
        <w:jc w:val="left"/>
      </w:pPr>
      <w:r>
        <w:rPr>
          <w:rFonts w:ascii="Times New Roman" w:hAnsi="Times New Roman" w:eastAsia="宋体"/>
          <w:b w:val="0"/>
          <w:i w:val="0"/>
          <w:sz w:val="21"/>
        </w:rPr>
        <w:t>方程为</w:t>
      </w:r>
    </w:p>
    <w:p>
      <w:pPr>
        <w:spacing w:before="0" w:after="80" w:line="300" w:lineRule="auto"/>
        <w:jc w:val="left"/>
      </w:pPr>
      <w:r>
        <w:rPr>
          <w:rFonts w:ascii="Times New Roman" w:hAnsi="Times New Roman" w:eastAsia="宋体"/>
          <w:b w:val="0"/>
          <w:i w:val="0"/>
          <w:sz w:val="21"/>
        </w:rPr>
        <w:t>3D+T=2H,</w:t>
      </w:r>
    </w:p>
    <w:p>
      <w:pPr>
        <w:spacing w:before="0" w:after="80" w:line="300" w:lineRule="auto"/>
        <w:jc w:val="left"/>
      </w:pPr>
      <w:r>
        <w:rPr>
          <w:rFonts w:ascii="Times New Roman" w:hAnsi="Times New Roman" w:eastAsia="宋体"/>
          <w:b w:val="0"/>
          <w:i w:val="0"/>
          <w:sz w:val="21"/>
        </w:rPr>
        <w:t>2H³=3D³+T³</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将它们改写为</w:t>
      </w:r>
    </w:p>
    <w:p>
      <w:pPr>
        <w:spacing w:before="0" w:after="80" w:line="300" w:lineRule="auto"/>
        <w:jc w:val="left"/>
      </w:pPr>
      <w:r>
        <w:rPr>
          <w:rFonts w:ascii="Times New Roman" w:hAnsi="Times New Roman" w:eastAsia="宋体"/>
          <w:b w:val="0"/>
          <w:i w:val="0"/>
          <w:sz w:val="21"/>
        </w:rPr>
        <w:t>2(H-D)=D+T</w:t>
      </w:r>
    </w:p>
    <w:p>
      <w:pPr>
        <w:spacing w:before="0" w:after="80" w:line="300" w:lineRule="auto"/>
        <w:jc w:val="left"/>
      </w:pPr>
      <w:r>
        <w:rPr>
          <w:rFonts w:ascii="Times New Roman" w:hAnsi="Times New Roman" w:eastAsia="宋体"/>
          <w:b w:val="0"/>
          <w:i w:val="0"/>
          <w:sz w:val="21"/>
        </w:rPr>
        <w:t>和</w:t>
      </w:r>
    </w:p>
    <w:p>
      <w:pPr>
        <w:spacing w:before="0" w:after="80" w:line="300" w:lineRule="auto"/>
        <w:jc w:val="left"/>
      </w:pPr>
      <w:r>
        <w:rPr>
          <w:rFonts w:ascii="Times New Roman" w:hAnsi="Times New Roman" w:eastAsia="宋体"/>
          <w:b w:val="0"/>
          <w:i w:val="0"/>
          <w:sz w:val="21"/>
        </w:rPr>
        <w:t>2(H-D)(H²+HD+D²)</w:t>
      </w:r>
    </w:p>
    <w:p>
      <w:pPr>
        <w:spacing w:before="0" w:after="80" w:line="300" w:lineRule="auto"/>
        <w:jc w:val="left"/>
      </w:pPr>
      <w:r>
        <w:rPr>
          <w:rFonts w:ascii="Times New Roman" w:hAnsi="Times New Roman" w:eastAsia="宋体"/>
          <w:b w:val="0"/>
          <w:i w:val="0"/>
          <w:sz w:val="21"/>
        </w:rPr>
        <w:t>=(D+T)</w:t>
      </w:r>
    </w:p>
    <w:p>
      <w:pPr>
        <w:spacing w:before="0" w:after="80" w:line="300" w:lineRule="auto"/>
        <w:jc w:val="left"/>
      </w:pPr>
      <w:r>
        <w:rPr>
          <w:rFonts w:ascii="Times New Roman" w:hAnsi="Times New Roman" w:eastAsia="宋体"/>
          <w:b w:val="0"/>
          <w:i w:val="0"/>
          <w:sz w:val="21"/>
        </w:rPr>
        <w:t>·(D²-DT+T²)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约去相等的正因子，得</w:t>
      </w:r>
    </w:p>
    <w:p>
      <w:pPr>
        <w:spacing w:before="0" w:after="80" w:line="300" w:lineRule="auto"/>
        <w:jc w:val="left"/>
      </w:pPr>
      <w:r>
        <w:rPr>
          <w:rFonts w:ascii="Times New Roman" w:hAnsi="Times New Roman" w:eastAsia="宋体"/>
          <w:b w:val="0"/>
          <w:i w:val="0"/>
          <w:sz w:val="21"/>
        </w:rPr>
        <w:t>H²+HD+DT-T²=0,</w:t>
      </w:r>
    </w:p>
    <w:p>
      <w:pPr>
        <w:spacing w:before="0" w:after="80" w:line="300" w:lineRule="auto"/>
        <w:jc w:val="left"/>
      </w:pPr>
      <w:r>
        <w:rPr>
          <w:rFonts w:ascii="Times New Roman" w:hAnsi="Times New Roman" w:eastAsia="宋体"/>
          <w:b w:val="0"/>
          <w:i w:val="0"/>
          <w:sz w:val="21"/>
        </w:rPr>
        <w:t>(H+T)(H+D-T)=0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T=H+D。一次方程进一步给出 H=4D，两两互质条件迫使</w:t>
      </w:r>
    </w:p>
    <w:p>
      <w:pPr>
        <w:spacing w:before="0" w:after="80" w:line="300" w:lineRule="auto"/>
        <w:jc w:val="left"/>
      </w:pPr>
      <w:r>
        <w:rPr>
          <w:rFonts w:ascii="Times New Roman" w:hAnsi="Times New Roman" w:eastAsia="宋体"/>
          <w:b w:val="0"/>
          <w:i w:val="0"/>
          <w:sz w:val="21"/>
        </w:rPr>
        <w:t>(D,H,T)=(1,4,5)。</w:t>
      </w:r>
    </w:p>
    <w:p>
      <w:pPr>
        <w:spacing w:before="0" w:after="80" w:line="300" w:lineRule="auto"/>
        <w:jc w:val="left"/>
      </w:pPr>
      <w:r>
        <w:rPr>
          <w:rFonts w:ascii="Times New Roman" w:hAnsi="Times New Roman" w:eastAsia="宋体"/>
          <w:b w:val="0"/>
          <w:i w:val="0"/>
          <w:sz w:val="21"/>
        </w:rPr>
        <w:t>所求平方和为 1²+4²+5²=42。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equations are</w:t>
      </w:r>
    </w:p>
    <w:p>
      <w:pPr>
        <w:spacing w:before="0" w:after="80" w:line="300" w:lineRule="auto"/>
        <w:jc w:val="left"/>
      </w:pPr>
      <w:r>
        <w:rPr>
          <w:rFonts w:ascii="Times New Roman" w:hAnsi="Times New Roman" w:eastAsia="宋体"/>
          <w:b w:val="0"/>
          <w:i w:val="0"/>
          <w:color w:val="333333"/>
          <w:sz w:val="19"/>
        </w:rPr>
        <w:t>3D+T=2H,</w:t>
      </w:r>
    </w:p>
    <w:p>
      <w:pPr>
        <w:spacing w:before="0" w:after="80" w:line="300" w:lineRule="auto"/>
        <w:jc w:val="left"/>
      </w:pPr>
      <w:r>
        <w:rPr>
          <w:rFonts w:ascii="Times New Roman" w:hAnsi="Times New Roman" w:eastAsia="宋体"/>
          <w:b w:val="0"/>
          <w:i w:val="0"/>
          <w:color w:val="333333"/>
          <w:sz w:val="19"/>
        </w:rPr>
        <w:t>2H³=3D³+T³.</w:t>
      </w:r>
    </w:p>
    <w:p>
      <w:pPr>
        <w:spacing w:before="0" w:after="80" w:line="300" w:lineRule="auto"/>
        <w:jc w:val="left"/>
      </w:pPr>
      <w:r>
        <w:rPr>
          <w:rFonts w:ascii="Times New Roman" w:hAnsi="Times New Roman" w:eastAsia="宋体"/>
          <w:b w:val="0"/>
          <w:i w:val="0"/>
          <w:color w:val="333333"/>
          <w:sz w:val="19"/>
        </w:rPr>
        <w:t>Rewrite them as</w:t>
      </w:r>
    </w:p>
    <w:p>
      <w:pPr>
        <w:spacing w:before="0" w:after="80" w:line="300" w:lineRule="auto"/>
        <w:jc w:val="left"/>
      </w:pPr>
      <w:r>
        <w:rPr>
          <w:rFonts w:ascii="Times New Roman" w:hAnsi="Times New Roman" w:eastAsia="宋体"/>
          <w:b w:val="0"/>
          <w:i w:val="0"/>
          <w:color w:val="333333"/>
          <w:sz w:val="19"/>
        </w:rPr>
        <w:t>2(H-D)=D+T</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2(H-D)(H²+HD+D²)</w:t>
      </w:r>
    </w:p>
    <w:p>
      <w:pPr>
        <w:spacing w:before="0" w:after="80" w:line="300" w:lineRule="auto"/>
        <w:jc w:val="left"/>
      </w:pPr>
      <w:r>
        <w:rPr>
          <w:rFonts w:ascii="Times New Roman" w:hAnsi="Times New Roman" w:eastAsia="宋体"/>
          <w:b w:val="0"/>
          <w:i w:val="0"/>
          <w:color w:val="333333"/>
          <w:sz w:val="19"/>
        </w:rPr>
        <w:t>=(D+T)</w:t>
      </w:r>
    </w:p>
    <w:p>
      <w:pPr>
        <w:spacing w:before="0" w:after="80" w:line="300" w:lineRule="auto"/>
        <w:jc w:val="left"/>
      </w:pPr>
      <w:r>
        <w:rPr>
          <w:rFonts w:ascii="Times New Roman" w:hAnsi="Times New Roman" w:eastAsia="宋体"/>
          <w:b w:val="0"/>
          <w:i w:val="0"/>
          <w:color w:val="333333"/>
          <w:sz w:val="19"/>
        </w:rPr>
        <w:t>·(D²-DT+T²).</w:t>
      </w:r>
    </w:p>
    <w:p>
      <w:pPr>
        <w:spacing w:before="0" w:after="80" w:line="300" w:lineRule="auto"/>
        <w:jc w:val="left"/>
      </w:pPr>
      <w:r>
        <w:rPr>
          <w:rFonts w:ascii="Times New Roman" w:hAnsi="Times New Roman" w:eastAsia="宋体"/>
          <w:b w:val="0"/>
          <w:i w:val="0"/>
          <w:color w:val="333333"/>
          <w:sz w:val="19"/>
        </w:rPr>
        <w:t>Canceling the equal positive factors gives</w:t>
      </w:r>
    </w:p>
    <w:p>
      <w:pPr>
        <w:spacing w:before="0" w:after="80" w:line="300" w:lineRule="auto"/>
        <w:jc w:val="left"/>
      </w:pPr>
      <w:r>
        <w:rPr>
          <w:rFonts w:ascii="Times New Roman" w:hAnsi="Times New Roman" w:eastAsia="宋体"/>
          <w:b w:val="0"/>
          <w:i w:val="0"/>
          <w:color w:val="333333"/>
          <w:sz w:val="19"/>
        </w:rPr>
        <w:t>H²+HD+DT-T²=0,</w:t>
      </w:r>
    </w:p>
    <w:p>
      <w:pPr>
        <w:spacing w:before="0" w:after="80" w:line="300" w:lineRule="auto"/>
        <w:jc w:val="left"/>
      </w:pPr>
      <w:r>
        <w:rPr>
          <w:rFonts w:ascii="Times New Roman" w:hAnsi="Times New Roman" w:eastAsia="宋体"/>
          <w:b w:val="0"/>
          <w:i w:val="0"/>
          <w:color w:val="333333"/>
          <w:sz w:val="19"/>
        </w:rPr>
        <w:t>(H+T)(H+D-T)=0,</w:t>
      </w:r>
    </w:p>
    <w:p>
      <w:pPr>
        <w:spacing w:before="0" w:after="80" w:line="300" w:lineRule="auto"/>
        <w:jc w:val="left"/>
      </w:pPr>
      <w:r>
        <w:rPr>
          <w:rFonts w:ascii="Times New Roman" w:hAnsi="Times New Roman" w:eastAsia="宋体"/>
          <w:b w:val="0"/>
          <w:i w:val="0"/>
          <w:color w:val="333333"/>
          <w:sz w:val="19"/>
        </w:rPr>
        <w:t>so T=H+D. The linear equation then gives H=4D, and pairwise relative primality forces</w:t>
      </w:r>
    </w:p>
    <w:p>
      <w:pPr>
        <w:spacing w:before="0" w:after="80" w:line="300" w:lineRule="auto"/>
        <w:jc w:val="left"/>
      </w:pPr>
      <w:r>
        <w:rPr>
          <w:rFonts w:ascii="Times New Roman" w:hAnsi="Times New Roman" w:eastAsia="宋体"/>
          <w:b w:val="0"/>
          <w:i w:val="0"/>
          <w:color w:val="333333"/>
          <w:sz w:val="19"/>
        </w:rPr>
        <w:t>(D,H,T)=(1,4,5).</w:t>
      </w:r>
    </w:p>
    <w:p>
      <w:pPr>
        <w:spacing w:before="0" w:after="80" w:line="300" w:lineRule="auto"/>
        <w:jc w:val="left"/>
      </w:pPr>
      <w:r>
        <w:rPr>
          <w:rFonts w:ascii="Times New Roman" w:hAnsi="Times New Roman" w:eastAsia="宋体"/>
          <w:b w:val="0"/>
          <w:i w:val="0"/>
          <w:color w:val="333333"/>
          <w:sz w:val="19"/>
        </w:rPr>
        <w:t>The requested sum is 1²+4²+5²=42.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35 题　答案 D</w:t>
      </w:r>
    </w:p>
    <w:p>
      <w:pPr>
        <w:spacing w:before="0" w:after="80" w:line="300" w:lineRule="auto"/>
        <w:jc w:val="left"/>
      </w:pPr>
      <w:r>
        <w:rPr>
          <w:rFonts w:ascii="Times New Roman" w:hAnsi="Times New Roman" w:eastAsia="宋体"/>
          <w:b w:val="0"/>
          <w:i w:val="0"/>
          <w:sz w:val="21"/>
        </w:rPr>
        <w:t>沿正方形完成一圈需要 8 次转轴，并使三角形的方向改变一整圈的 2/3。因此，整个三角形恢复初始位置需要 3 圈，即 24 次转轴。其中有 8 次绕 P 旋转，所以 P 不动。其余 16 次中，八段圆弧所对圆心角为 120°，另八段为 30°，半径均为 2。因此路径总长为</w:t>
      </w:r>
    </w:p>
    <w:p>
      <w:pPr>
        <w:spacing w:before="0" w:after="80" w:line="300" w:lineRule="auto"/>
        <w:jc w:val="left"/>
      </w:pPr>
      <w:r>
        <w:rPr>
          <w:rFonts w:ascii="Times New Roman" w:hAnsi="Times New Roman" w:eastAsia="宋体"/>
          <w:b w:val="0"/>
          <w:i w:val="0"/>
          <w:sz w:val="21"/>
        </w:rPr>
        <w:t>8(1/3·4π) +8(1/12·4π)</w:t>
      </w:r>
    </w:p>
    <w:p>
      <w:pPr>
        <w:spacing w:before="0" w:after="80" w:line="300" w:lineRule="auto"/>
        <w:jc w:val="left"/>
      </w:pPr>
      <w:r>
        <w:rPr>
          <w:rFonts w:ascii="Times New Roman" w:hAnsi="Times New Roman" w:eastAsia="宋体"/>
          <w:b w:val="0"/>
          <w:i w:val="0"/>
          <w:sz w:val="21"/>
        </w:rPr>
        <w:t>=32π/3+8π/3</w:t>
      </w:r>
    </w:p>
    <w:p>
      <w:pPr>
        <w:spacing w:before="0" w:after="80" w:line="300" w:lineRule="auto"/>
        <w:jc w:val="left"/>
      </w:pPr>
      <w:r>
        <w:rPr>
          <w:rFonts w:ascii="Times New Roman" w:hAnsi="Times New Roman" w:eastAsia="宋体"/>
          <w:b w:val="0"/>
          <w:i w:val="0"/>
          <w:sz w:val="21"/>
        </w:rPr>
        <w:t>=40π/3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One circuit of the square uses 8 pivots and changes the triangle’s orientation by 2/3 of a full turn. Therefore 3 circuits, or 24 pivots, are required to restore the entire triangle. In 8 of those pivots the rotation is about P, so P does not move. In the other 16, eight arcs subtend 120° and eight subtend 30°, all with radius 2. Hence the total path length is</w:t>
      </w:r>
    </w:p>
    <w:p>
      <w:pPr>
        <w:spacing w:before="0" w:after="80" w:line="300" w:lineRule="auto"/>
        <w:jc w:val="left"/>
      </w:pPr>
      <w:r>
        <w:rPr>
          <w:rFonts w:ascii="Times New Roman" w:hAnsi="Times New Roman" w:eastAsia="宋体"/>
          <w:b w:val="0"/>
          <w:i w:val="0"/>
          <w:color w:val="333333"/>
          <w:sz w:val="19"/>
        </w:rPr>
        <w:t>8(1/3·4π) +8(1/12·4π)</w:t>
      </w:r>
    </w:p>
    <w:p>
      <w:pPr>
        <w:spacing w:before="0" w:after="80" w:line="300" w:lineRule="auto"/>
        <w:jc w:val="left"/>
      </w:pPr>
      <w:r>
        <w:rPr>
          <w:rFonts w:ascii="Times New Roman" w:hAnsi="Times New Roman" w:eastAsia="宋体"/>
          <w:b w:val="0"/>
          <w:i w:val="0"/>
          <w:color w:val="333333"/>
          <w:sz w:val="19"/>
        </w:rPr>
        <w:t>=32π/3+8π/3</w:t>
      </w:r>
    </w:p>
    <w:p>
      <w:pPr>
        <w:spacing w:before="0" w:after="80" w:line="300" w:lineRule="auto"/>
        <w:jc w:val="left"/>
      </w:pPr>
      <w:r>
        <w:rPr>
          <w:rFonts w:ascii="Times New Roman" w:hAnsi="Times New Roman" w:eastAsia="宋体"/>
          <w:b w:val="0"/>
          <w:i w:val="0"/>
          <w:color w:val="333333"/>
          <w:sz w:val="19"/>
        </w:rPr>
        <w:t>=40π/3.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