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35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数 N=2¹²×5⁸ 的位数是：</w:t>
      </w:r>
    </w:p>
    <w:p>
      <w:pPr>
        <w:spacing w:before="0" w:after="120" w:line="300" w:lineRule="auto"/>
      </w:pPr>
      <w:r>
        <w:rPr>
          <w:rFonts w:ascii="Times New Roman" w:hAnsi="Times New Roman" w:eastAsia="宋体"/>
          <w:b w:val="0"/>
          <w:i w:val="0"/>
          <w:sz w:val="21"/>
        </w:rPr>
        <w:t>（A）9　　（B）10　　（C）11　　（D）12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digits in the number N=2¹²×5⁸ is:</w:t>
      </w:r>
    </w:p>
    <w:p>
      <w:pPr>
        <w:spacing w:before="0" w:after="160" w:line="300" w:lineRule="auto"/>
      </w:pPr>
      <w:r>
        <w:rPr>
          <w:rFonts w:ascii="Times New Roman" w:hAnsi="Times New Roman" w:eastAsia="宋体"/>
          <w:b w:val="0"/>
          <w:i w:val="0"/>
          <w:color w:val="333333"/>
          <w:sz w:val="19"/>
        </w:rPr>
        <w:t>(A) 9　　(B) 10　　(C) 11　　(D) 12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b 名工人用 c 天砌好 f 块砖，那么按相同速度，c 名工人砌好 b 块砖所需的天数是：</w:t>
      </w:r>
    </w:p>
    <w:p>
      <w:pPr>
        <w:spacing w:before="0" w:after="120" w:line="300" w:lineRule="auto"/>
      </w:pPr>
      <w:r>
        <w:rPr>
          <w:rFonts w:ascii="Times New Roman" w:hAnsi="Times New Roman" w:eastAsia="宋体"/>
          <w:b w:val="0"/>
          <w:i w:val="0"/>
          <w:sz w:val="21"/>
        </w:rPr>
        <w:t>（A）fb²　　（B）b/f²　　（C）f²/b　　（D）b²/f　　（E）f/b²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 men take c days to lay f bricks, then the number of days it will take c men working at the same rate to lay b bricks is:</w:t>
      </w:r>
    </w:p>
    <w:p>
      <w:pPr>
        <w:spacing w:before="0" w:after="160" w:line="300" w:lineRule="auto"/>
      </w:pPr>
      <w:r>
        <w:rPr>
          <w:rFonts w:ascii="Times New Roman" w:hAnsi="Times New Roman" w:eastAsia="宋体"/>
          <w:b w:val="0"/>
          <w:i w:val="0"/>
          <w:color w:val="333333"/>
          <w:sz w:val="19"/>
        </w:rPr>
        <w:t>(A) fb²　　(B) b/f²　　(C) f²/b　　(D) b²/f　　(E) f/b²</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 xy 平面内，点 (x,-4) 位于连接 (0,8) 与 (-4,0) 的直线上，则 x 等于：</w:t>
      </w:r>
    </w:p>
    <w:p>
      <w:pPr>
        <w:spacing w:before="0" w:after="120" w:line="300" w:lineRule="auto"/>
      </w:pPr>
      <w:r>
        <w:rPr>
          <w:rFonts w:ascii="Times New Roman" w:hAnsi="Times New Roman" w:eastAsia="宋体"/>
          <w:b w:val="0"/>
          <w:i w:val="0"/>
          <w:sz w:val="21"/>
        </w:rPr>
        <w:t>（A）-2　　（B）2　　（C）-8　　（D）6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point (x,-4) lies on the straight line joining the points (0,8) and (-4,0) in the xy-plane, then x is equal to:</w:t>
      </w:r>
    </w:p>
    <w:p>
      <w:pPr>
        <w:spacing w:before="0" w:after="160" w:line="300" w:lineRule="auto"/>
      </w:pPr>
      <w:r>
        <w:rPr>
          <w:rFonts w:ascii="Times New Roman" w:hAnsi="Times New Roman" w:eastAsia="宋体"/>
          <w:b w:val="0"/>
          <w:i w:val="0"/>
          <w:color w:val="333333"/>
          <w:sz w:val="19"/>
        </w:rPr>
        <w:t>(A) -2　　(B) 2　　(C) -8　　(D) 6　　(E) -6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按年利率 5% 计入两个月的单利后，某童子军团在理事会金库中的总额为 $255.31。所计利息为若干美元再加上下列多少美分：</w:t>
      </w:r>
    </w:p>
    <w:p>
      <w:pPr>
        <w:spacing w:before="0" w:after="120" w:line="300" w:lineRule="auto"/>
      </w:pPr>
      <w:r>
        <w:rPr>
          <w:rFonts w:ascii="Times New Roman" w:hAnsi="Times New Roman" w:eastAsia="宋体"/>
          <w:b w:val="0"/>
          <w:i w:val="0"/>
          <w:sz w:val="21"/>
        </w:rPr>
        <w:t>（A）11　　（B）12　　（C）13　　（D）21　　（E）31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simple interest for two months at 5% per annum was credited, a Boy Scout Troop had a total of $255.31 in the Council Treasury. The interest credited was a number of dollars plus the following number of cents:</w:t>
      </w:r>
    </w:p>
    <w:p>
      <w:pPr>
        <w:spacing w:before="0" w:after="160" w:line="300" w:lineRule="auto"/>
      </w:pPr>
      <w:r>
        <w:rPr>
          <w:rFonts w:ascii="Times New Roman" w:hAnsi="Times New Roman" w:eastAsia="宋体"/>
          <w:b w:val="0"/>
          <w:i w:val="0"/>
          <w:color w:val="333333"/>
          <w:sz w:val="19"/>
        </w:rPr>
        <w:t>(A) 11　　(B) 12　　(C) 13　　(D) 21　　(E) 31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点 A、B、Q、D 和 C 位于图示圆上，弧 BQ 与 QD 的度数分别为 42° 和 38°。角 P 与 Q 的度数之和是：</w:t>
      </w:r>
    </w:p>
    <w:p>
      <w:pPr>
        <w:spacing w:before="80" w:after="80"/>
        <w:jc w:val="center"/>
      </w:pPr>
      <w:r>
        <w:drawing>
          <wp:inline xmlns:a="http://schemas.openxmlformats.org/drawingml/2006/main" xmlns:pic="http://schemas.openxmlformats.org/drawingml/2006/picture">
            <wp:extent cx="2145494" cy="926790"/>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45494" cy="926790"/>
                    </a:xfrm>
                    <a:prstGeom prst="rect"/>
                  </pic:spPr>
                </pic:pic>
              </a:graphicData>
            </a:graphic>
          </wp:inline>
        </w:drawing>
      </w:r>
    </w:p>
    <w:p>
      <w:pPr>
        <w:spacing w:before="0" w:after="120" w:line="300" w:lineRule="auto"/>
      </w:pPr>
      <w:r>
        <w:rPr>
          <w:rFonts w:ascii="Times New Roman" w:hAnsi="Times New Roman" w:eastAsia="宋体"/>
          <w:b w:val="0"/>
          <w:i w:val="0"/>
          <w:sz w:val="21"/>
        </w:rPr>
        <w:t>（A）80°　　（B）62°　　（C）40°　　（D）46°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Q, D, and C lie on the circle shown, and the measures of arcs BQ and QD are 42° and 38°, respectively. The sum of the measures of angles P and Q is:</w:t>
      </w:r>
    </w:p>
    <w:p>
      <w:pPr>
        <w:spacing w:before="80" w:after="80"/>
        <w:jc w:val="center"/>
      </w:pPr>
      <w:r>
        <w:drawing>
          <wp:inline xmlns:a="http://schemas.openxmlformats.org/drawingml/2006/main" xmlns:pic="http://schemas.openxmlformats.org/drawingml/2006/picture">
            <wp:extent cx="2145494" cy="926790"/>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145494" cy="9267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80°　　(B) 62°　　(C) 40°　　(D) 46°　　(E) None of these</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设符号 * 表示非零实数集合 S 上如下定义的二元运算：对任意 a、b∈ S，都有 a*b=2ab。下列哪一项不正确？</w:t>
      </w:r>
    </w:p>
    <w:p>
      <w:pPr>
        <w:spacing w:before="0" w:after="120" w:line="300" w:lineRule="auto"/>
      </w:pPr>
      <w:r>
        <w:rPr>
          <w:rFonts w:ascii="Times New Roman" w:hAnsi="Times New Roman" w:eastAsia="宋体"/>
          <w:b w:val="0"/>
          <w:i w:val="0"/>
          <w:sz w:val="21"/>
        </w:rPr>
        <w:t>（A）* 在 S 上满足交换律　　（B）* 在 S 上满足结合律　　（C）1/2 是 S 中运算 * 的单位元　　（D）S 中每个元素关于 * 都有逆元　　（E）1/2a 是 S 中元素 a 关于 *</w:t>
        <w:br/>
        <w:t>的逆元</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be a symbol denoting the binary operation on the set S of all nonzero real numbers as follows: for any a, b∈ S, a*b=2ab. Which statement is not true?</w:t>
      </w:r>
    </w:p>
    <w:p>
      <w:pPr>
        <w:spacing w:before="0" w:after="160" w:line="300" w:lineRule="auto"/>
      </w:pPr>
      <w:r>
        <w:rPr>
          <w:rFonts w:ascii="Times New Roman" w:hAnsi="Times New Roman" w:eastAsia="宋体"/>
          <w:b w:val="0"/>
          <w:i w:val="0"/>
          <w:color w:val="333333"/>
          <w:sz w:val="19"/>
        </w:rPr>
        <w:t>(A) * is commutative over S　　(B) * is associative over S　　(C) 1/2 is an identity element for * in S　　(D) Every element of S has an inverse for *　　(E) 1/2a is an inverse for * of the</w:t>
        <w:br/>
        <w:t>element a of S</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2⁻⁽²ᵏ⁺¹⁾-2⁻⁽²ᵏ⁻¹⁾+2⁻²ᵏ 等于：</w:t>
      </w:r>
    </w:p>
    <w:p>
      <w:pPr>
        <w:spacing w:before="0" w:after="120" w:line="300" w:lineRule="auto"/>
      </w:pPr>
      <w:r>
        <w:rPr>
          <w:rFonts w:ascii="Times New Roman" w:hAnsi="Times New Roman" w:eastAsia="宋体"/>
          <w:b w:val="0"/>
          <w:i w:val="0"/>
          <w:sz w:val="21"/>
        </w:rPr>
        <w:t>（A）2⁻²ᵏ　　（B）2⁻⁽²ᵏ⁻¹⁾　　（C）-2⁻⁽²ᵏ⁺¹⁾　　（D）0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2⁻⁽²ᵏ⁺¹⁾-2⁻⁽²ᵏ⁻¹⁾+2⁻²ᵏ is equal to:</w:t>
      </w:r>
    </w:p>
    <w:p>
      <w:pPr>
        <w:spacing w:before="0" w:after="160" w:line="300" w:lineRule="auto"/>
      </w:pPr>
      <w:r>
        <w:rPr>
          <w:rFonts w:ascii="Times New Roman" w:hAnsi="Times New Roman" w:eastAsia="宋体"/>
          <w:b w:val="0"/>
          <w:i w:val="0"/>
          <w:color w:val="333333"/>
          <w:sz w:val="19"/>
        </w:rPr>
        <w:t>(A) 2⁻²ᵏ　　(B) 2⁻⁽²ᵏ⁻¹⁾　　(C) -2⁻⁽²ᵏ⁺¹⁾　　(D) 0　　(E) 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不等式 6x²+5x&lt;4 的解集是满足下列哪一条件的所有 x：</w:t>
      </w:r>
    </w:p>
    <w:p>
      <w:pPr>
        <w:spacing w:before="0" w:after="120" w:line="300" w:lineRule="auto"/>
      </w:pPr>
      <w:r>
        <w:rPr>
          <w:rFonts w:ascii="Times New Roman" w:hAnsi="Times New Roman" w:eastAsia="宋体"/>
          <w:b w:val="0"/>
          <w:i w:val="0"/>
          <w:sz w:val="21"/>
        </w:rPr>
        <w:t>（A）-2&lt; x&lt;1　　（B）-4/3&lt; x&lt;1/2　　（C）-1/2&lt; x&lt;4/3　　（D）x&lt;1/2 或 x&gt;-4/3　　（E）x&lt;-4/3 或 x&gt;1/2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 set of 6x²+5x&lt;4 is the set of all values of x such that:</w:t>
      </w:r>
    </w:p>
    <w:p>
      <w:pPr>
        <w:spacing w:before="0" w:after="160" w:line="300" w:lineRule="auto"/>
      </w:pPr>
      <w:r>
        <w:rPr>
          <w:rFonts w:ascii="Times New Roman" w:hAnsi="Times New Roman" w:eastAsia="宋体"/>
          <w:b w:val="0"/>
          <w:i w:val="0"/>
          <w:color w:val="333333"/>
          <w:sz w:val="19"/>
        </w:rPr>
        <w:t>(A) -2&lt; x&lt;1　　(B) -4/3&lt; x&lt;1/2　　(C) -1/2&lt; x&lt;4/3　　(D) x&lt;1/2 or x&gt;-4/3　　(E) x&lt;-4/3 or x&gt;1/2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一条不交叉且没有松弛的皮带绕在半径分别为 14 英寸和 4 英寸的两个圆形皮带轮上。若皮带与两皮带轮的两个切点之间相距 24 英寸，则两皮带轮圆心之间的距离（英寸）为：</w:t>
      </w:r>
    </w:p>
    <w:p>
      <w:pPr>
        <w:spacing w:before="0" w:after="120" w:line="300" w:lineRule="auto"/>
      </w:pPr>
      <w:r>
        <w:rPr>
          <w:rFonts w:ascii="Times New Roman" w:hAnsi="Times New Roman" w:eastAsia="宋体"/>
          <w:b w:val="0"/>
          <w:i w:val="0"/>
          <w:sz w:val="21"/>
        </w:rPr>
        <w:t>（A）24　　（B）2√(119)　　（C）25　　（D）26　　（E）4√(35)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uncrossed belt is fitted without slack around two circular pulleys with radii of 14 inches and 4 inches. If the distance between the points of contact of the belt with the pulleys is 24 inches, then the distance between the centers of the pulleys in inches is:</w:t>
      </w:r>
    </w:p>
    <w:p>
      <w:pPr>
        <w:spacing w:before="0" w:after="160" w:line="300" w:lineRule="auto"/>
      </w:pPr>
      <w:r>
        <w:rPr>
          <w:rFonts w:ascii="Times New Roman" w:hAnsi="Times New Roman" w:eastAsia="宋体"/>
          <w:b w:val="0"/>
          <w:i w:val="0"/>
          <w:color w:val="333333"/>
          <w:sz w:val="19"/>
        </w:rPr>
        <w:t>(A) 24　　(B) 2√(119)　　(C) 25　　(D) 26　　(E) 4√(35)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某组有 50 名女孩，每人都是金发或深色头发，并且都是蓝眼睛或棕眼睛。若其中 14 名是蓝眼睛的金发女孩，31 名是深色头发，18 名是棕眼睛，则棕眼睛且深色头发的女孩有：</w:t>
      </w:r>
    </w:p>
    <w:p>
      <w:pPr>
        <w:spacing w:before="0" w:after="120" w:line="300" w:lineRule="auto"/>
      </w:pPr>
      <w:r>
        <w:rPr>
          <w:rFonts w:ascii="Times New Roman" w:hAnsi="Times New Roman" w:eastAsia="宋体"/>
          <w:b w:val="0"/>
          <w:i w:val="0"/>
          <w:sz w:val="21"/>
        </w:rPr>
        <w:t>（A）5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a group of 50 girls is blonde or brunette and is blue-eyed or brown-eyed. If 14 are blue-eyed blondes, 31 are brunettes, and 18 are brown-eyed, then the number of brown-eyed brunettes is:</w:t>
      </w:r>
    </w:p>
    <w:p>
      <w:pPr>
        <w:spacing w:before="0" w:after="160" w:line="300" w:lineRule="auto"/>
      </w:pPr>
      <w:r>
        <w:rPr>
          <w:rFonts w:ascii="Times New Roman" w:hAnsi="Times New Roman" w:eastAsia="宋体"/>
          <w:b w:val="0"/>
          <w:i w:val="0"/>
          <w:color w:val="333333"/>
          <w:sz w:val="19"/>
        </w:rPr>
        <w:t>(A) 5　　(B) 7　　(C) 9　　(D) 11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a 进制数 47 与 b 进制数 74 表示同一个数。假设两个进制的基数都是正整数，则 a+b 的最小可能值写成罗马数字是：</w:t>
      </w:r>
    </w:p>
    <w:p>
      <w:pPr>
        <w:spacing w:before="0" w:after="120" w:line="300" w:lineRule="auto"/>
      </w:pPr>
      <w:r>
        <w:rPr>
          <w:rFonts w:ascii="Times New Roman" w:hAnsi="Times New Roman" w:eastAsia="宋体"/>
          <w:b w:val="0"/>
          <w:i w:val="0"/>
          <w:sz w:val="21"/>
        </w:rPr>
        <w:t>（A）XIII　　（B）XV　　（C）XXI　　（D）XXIV　　（E）XVI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numeral 47 in base a represents the same number as 74 in base b. Assuming both bases are positive integers, the least possible value of a+b, written as a Roman numeral, is:</w:t>
      </w:r>
    </w:p>
    <w:p>
      <w:pPr>
        <w:spacing w:before="0" w:after="160" w:line="300" w:lineRule="auto"/>
      </w:pPr>
      <w:r>
        <w:rPr>
          <w:rFonts w:ascii="Times New Roman" w:hAnsi="Times New Roman" w:eastAsia="宋体"/>
          <w:b w:val="0"/>
          <w:i w:val="0"/>
          <w:color w:val="333333"/>
          <w:sz w:val="19"/>
        </w:rPr>
        <w:t>(A) XIII　　(B) XV　　(C) XXI　　(D) XXIV　　(E) XVI</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对每个整数 N&gt;1，规定：若两个正整数除以 N 后所得的非负余数相同，则称它们同余。若 69、90 和 125 在某个这样的体系中同余，那么在同一体系中，81 与下列哪个数同余：</w:t>
      </w:r>
    </w:p>
    <w:p>
      <w:pPr>
        <w:spacing w:before="0" w:after="120" w:line="300" w:lineRule="auto"/>
      </w:pPr>
      <w:r>
        <w:rPr>
          <w:rFonts w:ascii="Times New Roman" w:hAnsi="Times New Roman" w:eastAsia="宋体"/>
          <w:b w:val="0"/>
          <w:i w:val="0"/>
          <w:sz w:val="21"/>
        </w:rPr>
        <w:t>（A）3　　（B）4　　（C）5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integer N&gt;1, define positive integers to be congruent if they leave the same nonnegative remainder when divided by N. If 69, 90, and 125 are congruent in one such system, then in that same system, 81 is congruent to:</w:t>
      </w:r>
    </w:p>
    <w:p>
      <w:pPr>
        <w:spacing w:before="0" w:after="160" w:line="300" w:lineRule="auto"/>
      </w:pPr>
      <w:r>
        <w:rPr>
          <w:rFonts w:ascii="Times New Roman" w:hAnsi="Times New Roman" w:eastAsia="宋体"/>
          <w:b w:val="0"/>
          <w:i w:val="0"/>
          <w:color w:val="333333"/>
          <w:sz w:val="19"/>
        </w:rPr>
        <w:t>(A) 3　　(B) 4　　(C) 5　　(D) 7　　(E) 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将 (1.0025)¹⁰ 的值精确到小数点后 5 位，则小数点后第五位数字是：</w:t>
      </w:r>
    </w:p>
    <w:p>
      <w:pPr>
        <w:spacing w:before="0" w:after="120" w:line="300" w:lineRule="auto"/>
      </w:pPr>
      <w:r>
        <w:rPr>
          <w:rFonts w:ascii="Times New Roman" w:hAnsi="Times New Roman" w:eastAsia="宋体"/>
          <w:b w:val="0"/>
          <w:i w:val="0"/>
          <w:sz w:val="21"/>
        </w:rPr>
        <w:t>（A）0　　（B）1　　（C）2　　（D）5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(1.0025)¹⁰ is evaluated correct to 5 decimal places, then the digit in the fifth decimal place is:</w:t>
      </w:r>
    </w:p>
    <w:p>
      <w:pPr>
        <w:spacing w:before="0" w:after="160" w:line="300" w:lineRule="auto"/>
      </w:pPr>
      <w:r>
        <w:rPr>
          <w:rFonts w:ascii="Times New Roman" w:hAnsi="Times New Roman" w:eastAsia="宋体"/>
          <w:b w:val="0"/>
          <w:i w:val="0"/>
          <w:color w:val="333333"/>
          <w:sz w:val="19"/>
        </w:rPr>
        <w:t>(A) 0　　(B) 1　　(C) 2　　(D) 5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数 2⁴⁸-1 能被 60 与 70 之间的两个数整除。这两个数是：</w:t>
      </w:r>
    </w:p>
    <w:p>
      <w:pPr>
        <w:spacing w:before="0" w:after="120" w:line="300" w:lineRule="auto"/>
      </w:pPr>
      <w:r>
        <w:rPr>
          <w:rFonts w:ascii="Times New Roman" w:hAnsi="Times New Roman" w:eastAsia="宋体"/>
          <w:b w:val="0"/>
          <w:i w:val="0"/>
          <w:sz w:val="21"/>
        </w:rPr>
        <w:t>（A）61、63　　（B）61、65　　（C）63、65　　（D）63、67　　（E）67、69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2⁴⁸-1 is exactly divisible by two numbers between 60 and 70. These numbers are:</w:t>
      </w:r>
    </w:p>
    <w:p>
      <w:pPr>
        <w:spacing w:before="0" w:after="160" w:line="300" w:lineRule="auto"/>
      </w:pPr>
      <w:r>
        <w:rPr>
          <w:rFonts w:ascii="Times New Roman" w:hAnsi="Times New Roman" w:eastAsia="宋体"/>
          <w:b w:val="0"/>
          <w:i w:val="0"/>
          <w:color w:val="333333"/>
          <w:sz w:val="19"/>
        </w:rPr>
        <w:t>(A) 61, 63　　(B) 61, 65　　(C) 63, 65　　(D) 63, 67　　(E) 67, 69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一个放在水平桌面上的长方体水族箱宽 10 英寸、高 8 英寸。将水族箱倾斜时，水恰好覆盖一个 8 英寸乘 10 英寸的端面，而只覆盖长方形底面的四分之三。将底面重新放平后，水深为：</w:t>
      </w:r>
    </w:p>
    <w:p>
      <w:pPr>
        <w:spacing w:before="0" w:after="120" w:line="300" w:lineRule="auto"/>
      </w:pPr>
      <w:r>
        <w:rPr>
          <w:rFonts w:ascii="Times New Roman" w:hAnsi="Times New Roman" w:eastAsia="宋体"/>
          <w:b w:val="0"/>
          <w:i w:val="0"/>
          <w:sz w:val="21"/>
        </w:rPr>
        <w:t>（A）21/2 英寸　　（B）3 英寸　　（C）31/4 英寸　　（D）31/2 英寸　　（E）4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aquarium on a level table has rectangular faces and is 10 inches wide and 8 inches high. When it was tilted, the water in it just covered an 8-inch by 10-inch end but only three-fourths of the rectangular bottom. The depth of the water when the bottom was again made level was:</w:t>
      </w:r>
    </w:p>
    <w:p>
      <w:pPr>
        <w:spacing w:before="0" w:after="160" w:line="300" w:lineRule="auto"/>
      </w:pPr>
      <w:r>
        <w:rPr>
          <w:rFonts w:ascii="Times New Roman" w:hAnsi="Times New Roman" w:eastAsia="宋体"/>
          <w:b w:val="0"/>
          <w:i w:val="0"/>
          <w:color w:val="333333"/>
          <w:sz w:val="19"/>
        </w:rPr>
        <w:t>(A) 21/2 inches　　(B) 3 inches　　(C) 31/4 inches　　(D) 31/2 inches　　(E) 4 inches</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一名学生求出 35 个分数的平均数后，粗心地把这个平均数也加入原来的 35 个分数中，再求这 36 个数的平均数。第二次所得平均数与真实平均数之比为：</w:t>
      </w:r>
    </w:p>
    <w:p>
      <w:pPr>
        <w:spacing w:before="0" w:after="120" w:line="300" w:lineRule="auto"/>
      </w:pPr>
      <w:r>
        <w:rPr>
          <w:rFonts w:ascii="Times New Roman" w:hAnsi="Times New Roman" w:eastAsia="宋体"/>
          <w:b w:val="0"/>
          <w:i w:val="0"/>
          <w:sz w:val="21"/>
        </w:rPr>
        <w:t>（A）1:1　　（B）35:36　　（C）36:35　　（D）2:1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finding the average of 35 scores, a student carelessly included the average with the 35 scores and found the average of these 36 numbers. The ratio of the second average to the true average was:</w:t>
      </w:r>
    </w:p>
    <w:p>
      <w:pPr>
        <w:spacing w:before="0" w:after="160" w:line="300" w:lineRule="auto"/>
      </w:pPr>
      <w:r>
        <w:rPr>
          <w:rFonts w:ascii="Times New Roman" w:hAnsi="Times New Roman" w:eastAsia="宋体"/>
          <w:b w:val="0"/>
          <w:i w:val="0"/>
          <w:color w:val="333333"/>
          <w:sz w:val="19"/>
        </w:rPr>
        <w:t>(A) 1:1　　(B) 35:36　　(C) 36:35　　(D) 2:1　　(E) None of these</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用 2n 条等间隔的半径 (n&gt;0) 和一条割线分割一个圆盘。该圆盘最多能被分成多少个互不重叠的区域：</w:t>
      </w:r>
    </w:p>
    <w:p>
      <w:pPr>
        <w:spacing w:before="0" w:after="120" w:line="300" w:lineRule="auto"/>
      </w:pPr>
      <w:r>
        <w:rPr>
          <w:rFonts w:ascii="Times New Roman" w:hAnsi="Times New Roman" w:eastAsia="宋体"/>
          <w:b w:val="0"/>
          <w:i w:val="0"/>
          <w:sz w:val="21"/>
        </w:rPr>
        <w:t>（A）2n+1　　（B）2n+2　　（C）3n-1　　（D）3n　　（E）3n+1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circular disk is divided by 2n equally spaced radii (n&gt;0) and one secant line. The maximum number of nonoverlapping areas into which the disk can be divided is:</w:t>
      </w:r>
    </w:p>
    <w:p>
      <w:pPr>
        <w:spacing w:before="0" w:after="160" w:line="300" w:lineRule="auto"/>
      </w:pPr>
      <w:r>
        <w:rPr>
          <w:rFonts w:ascii="Times New Roman" w:hAnsi="Times New Roman" w:eastAsia="宋体"/>
          <w:b w:val="0"/>
          <w:i w:val="0"/>
          <w:color w:val="333333"/>
          <w:sz w:val="19"/>
        </w:rPr>
        <w:t>(A) 2n+1　　(B) 2n+2　　(C) 3n-1　　(D) 3n　　(E) 3n+1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河水以每小时 3 英里的速度稳定流动。一艘在静水中速度恒定的摩托艇顺流行驶 4 英里后返回出发点。除去掉头时间，全程用时一小时。顺流速度与逆流速度之比为：</w:t>
      </w:r>
    </w:p>
    <w:p>
      <w:pPr>
        <w:spacing w:before="0" w:after="120" w:line="300" w:lineRule="auto"/>
      </w:pPr>
      <w:r>
        <w:rPr>
          <w:rFonts w:ascii="Times New Roman" w:hAnsi="Times New Roman" w:eastAsia="宋体"/>
          <w:b w:val="0"/>
          <w:i w:val="0"/>
          <w:sz w:val="21"/>
        </w:rPr>
        <w:t>（A）4:3　　（B）3:2　　（C）5:3　　（D）2:1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current in a river flows steadily at 3 miles per hour. A motorboat traveling at a constant rate in still water goes downstream 4 miles and then returns to its starting point. The trip takes one hour, excluding turning time. The ratio of the downstream rate to the upstream rate is:</w:t>
      </w:r>
    </w:p>
    <w:p>
      <w:pPr>
        <w:spacing w:before="0" w:after="160" w:line="300" w:lineRule="auto"/>
      </w:pPr>
      <w:r>
        <w:rPr>
          <w:rFonts w:ascii="Times New Roman" w:hAnsi="Times New Roman" w:eastAsia="宋体"/>
          <w:b w:val="0"/>
          <w:i w:val="0"/>
          <w:color w:val="333333"/>
          <w:sz w:val="19"/>
        </w:rPr>
        <w:t>(A) 4:3　　(B) 3:2　　(C) 5:3　　(D) 2:1　　(E) 5:2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若直线 y=mx+1 与椭圆 x²+4y²=1 恰有一个交点，则 m² 的值为：</w:t>
      </w:r>
    </w:p>
    <w:p>
      <w:pPr>
        <w:spacing w:before="0" w:after="120" w:line="300" w:lineRule="auto"/>
      </w:pPr>
      <w:r>
        <w:rPr>
          <w:rFonts w:ascii="Times New Roman" w:hAnsi="Times New Roman" w:eastAsia="宋体"/>
          <w:b w:val="0"/>
          <w:i w:val="0"/>
          <w:sz w:val="21"/>
        </w:rPr>
        <w:t>（A）1/2　　（B）2/3　　（C）3/4　　（D）4/5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line y=mx+1 intersects the ellipse x²+4y²=1 exactly once, then the value of m² is:</w:t>
      </w:r>
    </w:p>
    <w:p>
      <w:pPr>
        <w:spacing w:before="0" w:after="160" w:line="300" w:lineRule="auto"/>
      </w:pPr>
      <w:r>
        <w:rPr>
          <w:rFonts w:ascii="Times New Roman" w:hAnsi="Times New Roman" w:eastAsia="宋体"/>
          <w:b w:val="0"/>
          <w:i w:val="0"/>
          <w:color w:val="333333"/>
          <w:sz w:val="19"/>
        </w:rPr>
        <w:t>(A) 1/2　　(B) 2/3　　(C) 3/4　　(D) 4/5　　(E) 5/6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方程 x²+2hx=3 的两根平方和为 10。h 的绝对值等于：</w:t>
      </w:r>
    </w:p>
    <w:p>
      <w:pPr>
        <w:spacing w:before="0" w:after="120" w:line="300" w:lineRule="auto"/>
      </w:pPr>
      <w:r>
        <w:rPr>
          <w:rFonts w:ascii="Times New Roman" w:hAnsi="Times New Roman" w:eastAsia="宋体"/>
          <w:b w:val="0"/>
          <w:i w:val="0"/>
          <w:sz w:val="21"/>
        </w:rPr>
        <w:t>（A）-1　　（B）1/2　　（C）2/3　　（D）2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squares of the roots of the equation x²+2hx=3 is 10. The absolute value of h is equal to:</w:t>
      </w:r>
    </w:p>
    <w:p>
      <w:pPr>
        <w:spacing w:before="0" w:after="160" w:line="300" w:lineRule="auto"/>
      </w:pPr>
      <w:r>
        <w:rPr>
          <w:rFonts w:ascii="Times New Roman" w:hAnsi="Times New Roman" w:eastAsia="宋体"/>
          <w:b w:val="0"/>
          <w:i w:val="0"/>
          <w:color w:val="333333"/>
          <w:sz w:val="19"/>
        </w:rPr>
        <w:t>(A) -1　　(B) 1/2　　(C) 2/3　　(D) 2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log₂(log₃(log₄x))=0,</w:t>
      </w:r>
    </w:p>
    <w:p>
      <w:pPr>
        <w:spacing w:before="0" w:after="80" w:line="300" w:lineRule="auto"/>
        <w:jc w:val="left"/>
      </w:pPr>
      <w:r>
        <w:rPr>
          <w:rFonts w:ascii="Times New Roman" w:hAnsi="Times New Roman" w:eastAsia="宋体"/>
          <w:b w:val="0"/>
          <w:i w:val="0"/>
          <w:sz w:val="21"/>
        </w:rPr>
        <w:t>log₃(log₄(log₂y))=0,</w:t>
      </w:r>
    </w:p>
    <w:p>
      <w:pPr>
        <w:spacing w:before="0" w:after="80" w:line="300" w:lineRule="auto"/>
        <w:jc w:val="left"/>
      </w:pPr>
      <w:r>
        <w:rPr>
          <w:rFonts w:ascii="Times New Roman" w:hAnsi="Times New Roman" w:eastAsia="宋体"/>
          <w:b w:val="0"/>
          <w:i w:val="0"/>
          <w:sz w:val="21"/>
        </w:rPr>
        <w:t>log₄(log₂(log₃z))=0，</w:t>
      </w:r>
    </w:p>
    <w:p>
      <w:pPr>
        <w:spacing w:before="0" w:after="80" w:line="300" w:lineRule="auto"/>
        <w:jc w:val="left"/>
      </w:pPr>
      <w:r>
        <w:rPr>
          <w:rFonts w:ascii="Times New Roman" w:hAnsi="Times New Roman" w:eastAsia="宋体"/>
          <w:b w:val="0"/>
          <w:i w:val="0"/>
          <w:sz w:val="21"/>
        </w:rPr>
        <w:t>则 x+y+z 等于：</w:t>
      </w:r>
    </w:p>
    <w:p>
      <w:pPr>
        <w:spacing w:before="0" w:after="120" w:line="300" w:lineRule="auto"/>
      </w:pPr>
      <w:r>
        <w:rPr>
          <w:rFonts w:ascii="Times New Roman" w:hAnsi="Times New Roman" w:eastAsia="宋体"/>
          <w:b w:val="0"/>
          <w:i w:val="0"/>
          <w:sz w:val="21"/>
        </w:rPr>
        <w:t>（A）50　　（B）58　　（C）89　　（D）111　　（E）1296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log₂(log₃(log₄x))=0,</w:t>
      </w:r>
    </w:p>
    <w:p>
      <w:pPr>
        <w:spacing w:before="0" w:after="80" w:line="300" w:lineRule="auto"/>
        <w:jc w:val="left"/>
      </w:pPr>
      <w:r>
        <w:rPr>
          <w:rFonts w:ascii="Times New Roman" w:hAnsi="Times New Roman" w:eastAsia="宋体"/>
          <w:b w:val="0"/>
          <w:i w:val="0"/>
          <w:color w:val="333333"/>
          <w:sz w:val="19"/>
        </w:rPr>
        <w:t>log₃(log₄(log₂y))=0,</w:t>
      </w:r>
    </w:p>
    <w:p>
      <w:pPr>
        <w:spacing w:before="0" w:after="80" w:line="300" w:lineRule="auto"/>
        <w:jc w:val="left"/>
      </w:pPr>
      <w:r>
        <w:rPr>
          <w:rFonts w:ascii="Times New Roman" w:hAnsi="Times New Roman" w:eastAsia="宋体"/>
          <w:b w:val="0"/>
          <w:i w:val="0"/>
          <w:color w:val="333333"/>
          <w:sz w:val="19"/>
        </w:rPr>
        <w:t>log₄(log₂(log₃z))=0,</w:t>
      </w:r>
    </w:p>
    <w:p>
      <w:pPr>
        <w:spacing w:before="0" w:after="80" w:line="300" w:lineRule="auto"/>
        <w:jc w:val="left"/>
      </w:pPr>
      <w:r>
        <w:rPr>
          <w:rFonts w:ascii="Times New Roman" w:hAnsi="Times New Roman" w:eastAsia="宋体"/>
          <w:b w:val="0"/>
          <w:i w:val="0"/>
          <w:color w:val="333333"/>
          <w:sz w:val="19"/>
        </w:rPr>
        <w:t>then x+y+z is equal to:</w:t>
      </w:r>
    </w:p>
    <w:p>
      <w:pPr>
        <w:spacing w:before="0" w:after="160" w:line="300" w:lineRule="auto"/>
      </w:pPr>
      <w:r>
        <w:rPr>
          <w:rFonts w:ascii="Times New Roman" w:hAnsi="Times New Roman" w:eastAsia="宋体"/>
          <w:b w:val="0"/>
          <w:i w:val="0"/>
          <w:color w:val="333333"/>
          <w:sz w:val="19"/>
        </w:rPr>
        <w:t>(A) 50　　(B) 58　　(C) 89　　(D) 111　　(E) 1296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w 是 x³=1 的一个虚根，则 (1-w+w²)(1+w-w²) 等于：</w:t>
      </w:r>
    </w:p>
    <w:p>
      <w:pPr>
        <w:spacing w:before="0" w:after="120" w:line="300" w:lineRule="auto"/>
      </w:pPr>
      <w:r>
        <w:rPr>
          <w:rFonts w:ascii="Times New Roman" w:hAnsi="Times New Roman" w:eastAsia="宋体"/>
          <w:b w:val="0"/>
          <w:i w:val="0"/>
          <w:sz w:val="21"/>
        </w:rPr>
        <w:t>（A）4　　（B）w　　（C）2　　（D）w²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w is one of the imaginary roots of x³=1, then (1-w+w²)(1+w-w²) is equal to:</w:t>
      </w:r>
    </w:p>
    <w:p>
      <w:pPr>
        <w:spacing w:before="0" w:after="160" w:line="300" w:lineRule="auto"/>
      </w:pPr>
      <w:r>
        <w:rPr>
          <w:rFonts w:ascii="Times New Roman" w:hAnsi="Times New Roman" w:eastAsia="宋体"/>
          <w:b w:val="0"/>
          <w:i w:val="0"/>
          <w:color w:val="333333"/>
          <w:sz w:val="19"/>
        </w:rPr>
        <w:t>(A) 4　　(B) w　　(C) 2　　(D) w²　　(E) 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队 A 与队 B 正在进行一系列比赛。若每场比赛两队获胜的概率相同，而且队 A 再赢两场即可赢得系列赛，队 B 则需再赢三场，那么队 A 赢得系列赛的有利赔率为：</w:t>
      </w:r>
    </w:p>
    <w:p>
      <w:pPr>
        <w:spacing w:before="0" w:after="120" w:line="300" w:lineRule="auto"/>
      </w:pPr>
      <w:r>
        <w:rPr>
          <w:rFonts w:ascii="Times New Roman" w:hAnsi="Times New Roman" w:eastAsia="宋体"/>
          <w:b w:val="0"/>
          <w:i w:val="0"/>
          <w:sz w:val="21"/>
        </w:rPr>
        <w:t>（A）11 比 5　　（B）5 比 2　　（C）8 比 3　　（D）3 比 2　　（E）13 比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Teams A and B are playing a series of games. If either team has an equal chance to win any game, and Team A must win two games while Team B must win three games to win the series, then the odds favoring Team A to win the series are:</w:t>
      </w:r>
    </w:p>
    <w:p>
      <w:pPr>
        <w:spacing w:before="0" w:after="160" w:line="300" w:lineRule="auto"/>
      </w:pPr>
      <w:r>
        <w:rPr>
          <w:rFonts w:ascii="Times New Roman" w:hAnsi="Times New Roman" w:eastAsia="宋体"/>
          <w:b w:val="0"/>
          <w:i w:val="0"/>
          <w:color w:val="333333"/>
          <w:sz w:val="19"/>
        </w:rPr>
        <w:t>(A) 11 to 5　　(B) 5 to 2　　(C) 8 to 3　　(D) 3 to 2　　(E) 13 to 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帕斯卡三角形是如下所示的正整数阵列，其中第一行为 1，第二行有两个 1，每行都以 1 开头和结尾，其余每个数都是其上方两个数之和。</w:t>
      </w:r>
    </w:p>
    <w:p>
      <w:pPr>
        <w:spacing w:before="80" w:after="80"/>
        <w:jc w:val="center"/>
      </w:pPr>
      <w:r>
        <w:drawing>
          <wp:inline xmlns:a="http://schemas.openxmlformats.org/drawingml/2006/main" xmlns:pic="http://schemas.openxmlformats.org/drawingml/2006/picture">
            <wp:extent cx="1147421" cy="1426817"/>
            <wp:docPr id="3" name="Picture 3"/>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147421" cy="1426817"/>
                    </a:xfrm>
                    <a:prstGeom prst="rect"/>
                  </pic:spPr>
                </pic:pic>
              </a:graphicData>
            </a:graphic>
          </wp:inline>
        </w:drawing>
      </w:r>
    </w:p>
    <w:p>
      <w:pPr>
        <w:spacing w:before="0" w:after="80" w:line="300" w:lineRule="auto"/>
        <w:jc w:val="left"/>
      </w:pPr>
      <w:r>
        <w:rPr>
          <w:rFonts w:ascii="Times New Roman" w:hAnsi="Times New Roman" w:eastAsia="宋体"/>
          <w:b w:val="0"/>
          <w:i w:val="0"/>
          <w:sz w:val="21"/>
        </w:rPr>
        <w:t>在前 n 行中，不等于 1 的数的个数与等于 1 的数的个数之比为：</w:t>
      </w:r>
    </w:p>
    <w:p>
      <w:pPr>
        <w:spacing w:before="0" w:after="120" w:line="300" w:lineRule="auto"/>
      </w:pPr>
      <w:r>
        <w:rPr>
          <w:rFonts w:ascii="Times New Roman" w:hAnsi="Times New Roman" w:eastAsia="宋体"/>
          <w:b w:val="0"/>
          <w:i w:val="0"/>
          <w:sz w:val="21"/>
        </w:rPr>
        <w:t>（A）n²-n/2n-1　　（B）n²-n/4n-2　　（C）n²-2n/2n-1　　（D）n²-3n+2/4n-2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Pascal’s triangle is an array of positive integers, shown below, in which the first row is 1, the second row is two 1’s, each row begins and ends with 1, and each other entry is the sum of the two entries above it.</w:t>
      </w:r>
    </w:p>
    <w:p>
      <w:pPr>
        <w:spacing w:before="80" w:after="80"/>
        <w:jc w:val="center"/>
      </w:pPr>
      <w:r>
        <w:drawing>
          <wp:inline xmlns:a="http://schemas.openxmlformats.org/drawingml/2006/main" xmlns:pic="http://schemas.openxmlformats.org/drawingml/2006/picture">
            <wp:extent cx="1147421" cy="1426817"/>
            <wp:docPr id="4" name="Picture 4"/>
            <wp:cNvGraphicFramePr>
              <a:graphicFrameLocks noChangeAspect="1"/>
            </wp:cNvGraphicFramePr>
            <a:graphic>
              <a:graphicData uri="http://schemas.openxmlformats.org/drawingml/2006/picture">
                <pic:pic>
                  <pic:nvPicPr>
                    <pic:cNvPr id="0" name="q24-1@300dpi.png"/>
                    <pic:cNvPicPr/>
                  </pic:nvPicPr>
                  <pic:blipFill>
                    <a:blip r:embed="rId10"/>
                    <a:stretch>
                      <a:fillRect/>
                    </a:stretch>
                  </pic:blipFill>
                  <pic:spPr>
                    <a:xfrm>
                      <a:off x="0" y="0"/>
                      <a:ext cx="1147421" cy="142681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quotient of the number of entries in the first n rows which are not 1’s and the number of 1’s is:</w:t>
      </w:r>
    </w:p>
    <w:p>
      <w:pPr>
        <w:spacing w:before="0" w:after="160" w:line="300" w:lineRule="auto"/>
      </w:pPr>
      <w:r>
        <w:rPr>
          <w:rFonts w:ascii="Times New Roman" w:hAnsi="Times New Roman" w:eastAsia="宋体"/>
          <w:b w:val="0"/>
          <w:i w:val="0"/>
          <w:color w:val="333333"/>
          <w:sz w:val="19"/>
        </w:rPr>
        <w:t>(A) n²-n/2n-1　　(B) n²-n/4n-2　　(C) n²-2n/2n-1　　(D) n²-3n+2/4n-2　　(E) None of these</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一名少年把自己的年龄写在父亲年龄的后面。他从得到的这个四位数中减去两人年龄差的绝对值，结果为 4,289。两人的年龄之和为：</w:t>
      </w:r>
    </w:p>
    <w:p>
      <w:pPr>
        <w:spacing w:before="0" w:after="120" w:line="300" w:lineRule="auto"/>
      </w:pPr>
      <w:r>
        <w:rPr>
          <w:rFonts w:ascii="Times New Roman" w:hAnsi="Times New Roman" w:eastAsia="宋体"/>
          <w:b w:val="0"/>
          <w:i w:val="0"/>
          <w:sz w:val="21"/>
        </w:rPr>
        <w:t>（A）48　　（B）52　　（C）56　　（D）59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teenage boy wrote his own age after his father’s. From this new four-place number, he subtracted the absolute value of the difference of their ages to get 4,289. The sum of their ages was:</w:t>
      </w:r>
    </w:p>
    <w:p>
      <w:pPr>
        <w:spacing w:before="0" w:after="160" w:line="300" w:lineRule="auto"/>
      </w:pPr>
      <w:r>
        <w:rPr>
          <w:rFonts w:ascii="Times New Roman" w:hAnsi="Times New Roman" w:eastAsia="宋体"/>
          <w:b w:val="0"/>
          <w:i w:val="0"/>
          <w:color w:val="333333"/>
          <w:sz w:val="19"/>
        </w:rPr>
        <w:t>(A) 48　　(B) 52　　(C) 56　　(D) 59　　(E) 64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在三角形 ABC 中，点 F 按 1:2 分割边 AC。设 G 为 BF 的中点，直线 AG 与边 BC 交于点 E。则 E 分割 BC 的比为：</w:t>
      </w:r>
    </w:p>
    <w:p>
      <w:pPr>
        <w:spacing w:before="80" w:after="80"/>
        <w:jc w:val="center"/>
      </w:pPr>
      <w:r>
        <w:drawing>
          <wp:inline xmlns:a="http://schemas.openxmlformats.org/drawingml/2006/main" xmlns:pic="http://schemas.openxmlformats.org/drawingml/2006/picture">
            <wp:extent cx="1716925" cy="1276676"/>
            <wp:docPr id="5" name="Picture 5"/>
            <wp:cNvGraphicFramePr>
              <a:graphicFrameLocks noChangeAspect="1"/>
            </wp:cNvGraphicFramePr>
            <a:graphic>
              <a:graphicData uri="http://schemas.openxmlformats.org/drawingml/2006/picture">
                <pic:pic>
                  <pic:nvPicPr>
                    <pic:cNvPr id="0" name="q26-1@300dpi.png"/>
                    <pic:cNvPicPr/>
                  </pic:nvPicPr>
                  <pic:blipFill>
                    <a:blip r:embed="rId11"/>
                    <a:stretch>
                      <a:fillRect/>
                    </a:stretch>
                  </pic:blipFill>
                  <pic:spPr>
                    <a:xfrm>
                      <a:off x="0" y="0"/>
                      <a:ext cx="1716925" cy="1276676"/>
                    </a:xfrm>
                    <a:prstGeom prst="rect"/>
                  </pic:spPr>
                </pic:pic>
              </a:graphicData>
            </a:graphic>
          </wp:inline>
        </w:drawing>
      </w:r>
    </w:p>
    <w:p>
      <w:pPr>
        <w:spacing w:before="0" w:after="120" w:line="300" w:lineRule="auto"/>
      </w:pPr>
      <w:r>
        <w:rPr>
          <w:rFonts w:ascii="Times New Roman" w:hAnsi="Times New Roman" w:eastAsia="宋体"/>
          <w:b w:val="0"/>
          <w:i w:val="0"/>
          <w:sz w:val="21"/>
        </w:rPr>
        <w:t>（A）1:4　　（B）1:3　　（C）2:5　　（D）4:11　　（E）3:8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point F divides side AC in the ratio 1:2. Let E be the point where side BC meets AG, where G is the midpoint of BF. Then E divides BC in the ratio:</w:t>
      </w:r>
    </w:p>
    <w:p>
      <w:pPr>
        <w:spacing w:before="80" w:after="80"/>
        <w:jc w:val="center"/>
      </w:pPr>
      <w:r>
        <w:drawing>
          <wp:inline xmlns:a="http://schemas.openxmlformats.org/drawingml/2006/main" xmlns:pic="http://schemas.openxmlformats.org/drawingml/2006/picture">
            <wp:extent cx="1716925" cy="1276676"/>
            <wp:docPr id="6" name="Picture 6"/>
            <wp:cNvGraphicFramePr>
              <a:graphicFrameLocks noChangeAspect="1"/>
            </wp:cNvGraphicFramePr>
            <a:graphic>
              <a:graphicData uri="http://schemas.openxmlformats.org/drawingml/2006/picture">
                <pic:pic>
                  <pic:nvPicPr>
                    <pic:cNvPr id="0" name="q26-1@300dpi.png"/>
                    <pic:cNvPicPr/>
                  </pic:nvPicPr>
                  <pic:blipFill>
                    <a:blip r:embed="rId11"/>
                    <a:stretch>
                      <a:fillRect/>
                    </a:stretch>
                  </pic:blipFill>
                  <pic:spPr>
                    <a:xfrm>
                      <a:off x="0" y="0"/>
                      <a:ext cx="1716925" cy="12766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1:3　　(C) 2:5　　(D) 4:11　　(E) 3:8</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一个盒子里装有筹码，每枚筹码都是红色、白色或蓝色。蓝色筹码的数量至少是白色筹码数量的一半，且至多是红色筹码数量的三分之一。白色或蓝色筹码总数至少为 55。红色筹码的最少数量为：</w:t>
      </w:r>
    </w:p>
    <w:p>
      <w:pPr>
        <w:spacing w:before="0" w:after="120" w:line="300" w:lineRule="auto"/>
      </w:pPr>
      <w:r>
        <w:rPr>
          <w:rFonts w:ascii="Times New Roman" w:hAnsi="Times New Roman" w:eastAsia="宋体"/>
          <w:b w:val="0"/>
          <w:i w:val="0"/>
          <w:sz w:val="21"/>
        </w:rPr>
        <w:t>（A）24　　（B）33　　（C）45　　（D）54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chips, each of which is red, white, or blue. The number of blue chips is at least half the number of white chips and at most one-third the number of red chips. The number which are white or blue is at least 55. The minimum number of red chips is:</w:t>
      </w:r>
    </w:p>
    <w:p>
      <w:pPr>
        <w:spacing w:before="0" w:after="160" w:line="300" w:lineRule="auto"/>
      </w:pPr>
      <w:r>
        <w:rPr>
          <w:rFonts w:ascii="Times New Roman" w:hAnsi="Times New Roman" w:eastAsia="宋体"/>
          <w:b w:val="0"/>
          <w:i w:val="0"/>
          <w:color w:val="333333"/>
          <w:sz w:val="19"/>
        </w:rPr>
        <w:t>(A) 24　　(B) 33　　(C) 45　　(D) 54　　(E) 57</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三角形内有九条平行于底边的直线，把另外两边各分成 10 个等长线段，并把三角形面积分成 10 个不同部分。若其中最大部分的面积为 38，则原三角形的面积为：</w:t>
      </w:r>
    </w:p>
    <w:p>
      <w:pPr>
        <w:spacing w:before="0" w:after="120" w:line="300" w:lineRule="auto"/>
      </w:pPr>
      <w:r>
        <w:rPr>
          <w:rFonts w:ascii="Times New Roman" w:hAnsi="Times New Roman" w:eastAsia="宋体"/>
          <w:b w:val="0"/>
          <w:i w:val="0"/>
          <w:sz w:val="21"/>
        </w:rPr>
        <w:t>（A）180　　（B）190　　（C）200　　（D）210　　（E）240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Nine lines parallel to the base of a triangle divide the other sides each into 10 equal segments and the area into 10 distinct parts. If the area of the largest of these parts is 38, then the area of the original triangle is:</w:t>
      </w:r>
    </w:p>
    <w:p>
      <w:pPr>
        <w:spacing w:before="0" w:after="160" w:line="300" w:lineRule="auto"/>
      </w:pPr>
      <w:r>
        <w:rPr>
          <w:rFonts w:ascii="Times New Roman" w:hAnsi="Times New Roman" w:eastAsia="宋体"/>
          <w:b w:val="0"/>
          <w:i w:val="0"/>
          <w:color w:val="333333"/>
          <w:sz w:val="19"/>
        </w:rPr>
        <w:t>(A) 180　　(B) 190　　(C) 200　　(D) 210　　(E) 240</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给定数列</w:t>
      </w:r>
    </w:p>
    <w:p>
      <w:pPr>
        <w:spacing w:before="0" w:after="80" w:line="300" w:lineRule="auto"/>
        <w:jc w:val="left"/>
      </w:pPr>
      <w:r>
        <w:rPr>
          <w:rFonts w:ascii="Times New Roman" w:hAnsi="Times New Roman" w:eastAsia="宋体"/>
          <w:b w:val="0"/>
          <w:i w:val="0"/>
          <w:sz w:val="21"/>
        </w:rPr>
        <w:t>10^(1/11),10^(2/11),10^(3/11),</w:t>
      </w:r>
    </w:p>
    <w:p>
      <w:pPr>
        <w:spacing w:before="0" w:after="80" w:line="300" w:lineRule="auto"/>
        <w:jc w:val="left"/>
      </w:pPr>
      <w:r>
        <w:rPr>
          <w:rFonts w:ascii="Times New Roman" w:hAnsi="Times New Roman" w:eastAsia="宋体"/>
          <w:b w:val="0"/>
          <w:i w:val="0"/>
          <w:sz w:val="21"/>
        </w:rPr>
        <w:t>10^(4/11),…,10^(n/11)，</w:t>
      </w:r>
    </w:p>
    <w:p>
      <w:pPr>
        <w:spacing w:before="0" w:after="80" w:line="300" w:lineRule="auto"/>
        <w:jc w:val="left"/>
      </w:pPr>
      <w:r>
        <w:rPr>
          <w:rFonts w:ascii="Times New Roman" w:hAnsi="Times New Roman" w:eastAsia="宋体"/>
          <w:b w:val="0"/>
          <w:i w:val="0"/>
          <w:sz w:val="21"/>
        </w:rPr>
        <w:t>使前 n 项之积大于 100,000 的最小正整数 n 为：</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progression</w:t>
      </w:r>
    </w:p>
    <w:p>
      <w:pPr>
        <w:spacing w:before="0" w:after="80" w:line="300" w:lineRule="auto"/>
        <w:jc w:val="left"/>
      </w:pPr>
      <w:r>
        <w:rPr>
          <w:rFonts w:ascii="Times New Roman" w:hAnsi="Times New Roman" w:eastAsia="宋体"/>
          <w:b w:val="0"/>
          <w:i w:val="0"/>
          <w:color w:val="333333"/>
          <w:sz w:val="19"/>
        </w:rPr>
        <w:t>10^(1/11),10^(2/11),10^(3/11),</w:t>
      </w:r>
    </w:p>
    <w:p>
      <w:pPr>
        <w:spacing w:before="0" w:after="80" w:line="300" w:lineRule="auto"/>
        <w:jc w:val="left"/>
      </w:pPr>
      <w:r>
        <w:rPr>
          <w:rFonts w:ascii="Times New Roman" w:hAnsi="Times New Roman" w:eastAsia="宋体"/>
          <w:b w:val="0"/>
          <w:i w:val="0"/>
          <w:color w:val="333333"/>
          <w:sz w:val="19"/>
        </w:rPr>
        <w:t>10^(4/11),…,10^(n/11),</w:t>
      </w:r>
    </w:p>
    <w:p>
      <w:pPr>
        <w:spacing w:before="0" w:after="80" w:line="300" w:lineRule="auto"/>
        <w:jc w:val="left"/>
      </w:pPr>
      <w:r>
        <w:rPr>
          <w:rFonts w:ascii="Times New Roman" w:hAnsi="Times New Roman" w:eastAsia="宋体"/>
          <w:b w:val="0"/>
          <w:i w:val="0"/>
          <w:color w:val="333333"/>
          <w:sz w:val="19"/>
        </w:rPr>
        <w:t>the least positive integer n such that the product of the first n terms exceeds 100,000 is:</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给定线性分式变换</w:t>
      </w:r>
    </w:p>
    <w:p>
      <w:pPr>
        <w:spacing w:before="0" w:after="80" w:line="300" w:lineRule="auto"/>
        <w:jc w:val="left"/>
      </w:pPr>
      <w:r>
        <w:rPr>
          <w:rFonts w:ascii="Times New Roman" w:hAnsi="Times New Roman" w:eastAsia="宋体"/>
          <w:b w:val="0"/>
          <w:i w:val="0"/>
          <w:sz w:val="21"/>
        </w:rPr>
        <w:t>f₁(x)=2x-1/x+1，</w:t>
      </w:r>
    </w:p>
    <w:p>
      <w:pPr>
        <w:spacing w:before="0" w:after="80" w:line="300" w:lineRule="auto"/>
        <w:jc w:val="left"/>
      </w:pPr>
      <w:r>
        <w:rPr>
          <w:rFonts w:ascii="Times New Roman" w:hAnsi="Times New Roman" w:eastAsia="宋体"/>
          <w:b w:val="0"/>
          <w:i w:val="0"/>
          <w:sz w:val="21"/>
        </w:rPr>
        <w:t>对 n=1、2、3、…，定义 fₙ₊₁(x)=f₁(fₙ(x))。若 f₃₅(x)=f₅(x)，则 f₂₈(x) 等于：</w:t>
      </w:r>
    </w:p>
    <w:p>
      <w:pPr>
        <w:spacing w:before="0" w:after="120" w:line="300" w:lineRule="auto"/>
      </w:pPr>
      <w:r>
        <w:rPr>
          <w:rFonts w:ascii="Times New Roman" w:hAnsi="Times New Roman" w:eastAsia="宋体"/>
          <w:b w:val="0"/>
          <w:i w:val="0"/>
          <w:sz w:val="21"/>
        </w:rPr>
        <w:t>（A）x　　（B）1/x　　（C）x-1/x　　（D）1/1-x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linear fractional transformation</w:t>
      </w:r>
    </w:p>
    <w:p>
      <w:pPr>
        <w:spacing w:before="0" w:after="80" w:line="300" w:lineRule="auto"/>
        <w:jc w:val="left"/>
      </w:pPr>
      <w:r>
        <w:rPr>
          <w:rFonts w:ascii="Times New Roman" w:hAnsi="Times New Roman" w:eastAsia="宋体"/>
          <w:b w:val="0"/>
          <w:i w:val="0"/>
          <w:color w:val="333333"/>
          <w:sz w:val="19"/>
        </w:rPr>
        <w:t>f₁(x)=2x-1/x+1,</w:t>
      </w:r>
    </w:p>
    <w:p>
      <w:pPr>
        <w:spacing w:before="0" w:after="80" w:line="300" w:lineRule="auto"/>
        <w:jc w:val="left"/>
      </w:pPr>
      <w:r>
        <w:rPr>
          <w:rFonts w:ascii="Times New Roman" w:hAnsi="Times New Roman" w:eastAsia="宋体"/>
          <w:b w:val="0"/>
          <w:i w:val="0"/>
          <w:color w:val="333333"/>
          <w:sz w:val="19"/>
        </w:rPr>
        <w:t>define fₙ₊₁(x)=f₁(fₙ(x)) for n=1, 2, 3, …. Assuming f₃₅(x)=f₅(x), it follows that f₂₈(x) is equal to:</w:t>
      </w:r>
    </w:p>
    <w:p>
      <w:pPr>
        <w:spacing w:before="0" w:after="160" w:line="300" w:lineRule="auto"/>
      </w:pPr>
      <w:r>
        <w:rPr>
          <w:rFonts w:ascii="Times New Roman" w:hAnsi="Times New Roman" w:eastAsia="宋体"/>
          <w:b w:val="0"/>
          <w:i w:val="0"/>
          <w:color w:val="333333"/>
          <w:sz w:val="19"/>
        </w:rPr>
        <w:t>(A) x　　(B) 1/x　　(C) x-1/x　　(D) 1/1-x　　(E) None of these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四边形 ABCD 内接于一个圆，边 AD 是长为 4 的直径。若边 AB 和 BC 的长度都为 1，则边 CD 的长度为：</w:t>
      </w:r>
    </w:p>
    <w:p>
      <w:pPr>
        <w:spacing w:before="80" w:after="80"/>
        <w:jc w:val="center"/>
      </w:pPr>
      <w:r>
        <w:drawing>
          <wp:inline xmlns:a="http://schemas.openxmlformats.org/drawingml/2006/main" xmlns:pic="http://schemas.openxmlformats.org/drawingml/2006/picture">
            <wp:extent cx="1992880" cy="1040742"/>
            <wp:docPr id="7" name="Picture 7"/>
            <wp:cNvGraphicFramePr>
              <a:graphicFrameLocks noChangeAspect="1"/>
            </wp:cNvGraphicFramePr>
            <a:graphic>
              <a:graphicData uri="http://schemas.openxmlformats.org/drawingml/2006/picture">
                <pic:pic>
                  <pic:nvPicPr>
                    <pic:cNvPr id="0" name="q31-1@300dpi.png"/>
                    <pic:cNvPicPr/>
                  </pic:nvPicPr>
                  <pic:blipFill>
                    <a:blip r:embed="rId12"/>
                    <a:stretch>
                      <a:fillRect/>
                    </a:stretch>
                  </pic:blipFill>
                  <pic:spPr>
                    <a:xfrm>
                      <a:off x="0" y="0"/>
                      <a:ext cx="1992880" cy="1040742"/>
                    </a:xfrm>
                    <a:prstGeom prst="rect"/>
                  </pic:spPr>
                </pic:pic>
              </a:graphicData>
            </a:graphic>
          </wp:inline>
        </w:drawing>
      </w:r>
    </w:p>
    <w:p>
      <w:pPr>
        <w:spacing w:before="0" w:after="120" w:line="300" w:lineRule="auto"/>
      </w:pPr>
      <w:r>
        <w:rPr>
          <w:rFonts w:ascii="Times New Roman" w:hAnsi="Times New Roman" w:eastAsia="宋体"/>
          <w:b w:val="0"/>
          <w:i w:val="0"/>
          <w:sz w:val="21"/>
        </w:rPr>
        <w:t>（A）7/2　　（B）(5√(2))/2　　（C）√(11)　　（D）√(13)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inscribed in a circle with side AD, a diameter of length 4. If sides AB and BC each have length 1, then side CD has length:</w:t>
      </w:r>
    </w:p>
    <w:p>
      <w:pPr>
        <w:spacing w:before="80" w:after="80"/>
        <w:jc w:val="center"/>
      </w:pPr>
      <w:r>
        <w:drawing>
          <wp:inline xmlns:a="http://schemas.openxmlformats.org/drawingml/2006/main" xmlns:pic="http://schemas.openxmlformats.org/drawingml/2006/picture">
            <wp:extent cx="1992880" cy="1040742"/>
            <wp:docPr id="8" name="Picture 8"/>
            <wp:cNvGraphicFramePr>
              <a:graphicFrameLocks noChangeAspect="1"/>
            </wp:cNvGraphicFramePr>
            <a:graphic>
              <a:graphicData uri="http://schemas.openxmlformats.org/drawingml/2006/picture">
                <pic:pic>
                  <pic:nvPicPr>
                    <pic:cNvPr id="0" name="q31-1@300dpi.png"/>
                    <pic:cNvPicPr/>
                  </pic:nvPicPr>
                  <pic:blipFill>
                    <a:blip r:embed="rId12"/>
                    <a:stretch>
                      <a:fillRect/>
                    </a:stretch>
                  </pic:blipFill>
                  <pic:spPr>
                    <a:xfrm>
                      <a:off x="0" y="0"/>
                      <a:ext cx="1992880" cy="10407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7/2　　(B) (5√(2))/2　　(C) √(11)　　(D) √(13)　　(E) 2√(3)</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s=(1+2^(-1/32))(1+2^(-1/16))</w:t>
      </w:r>
    </w:p>
    <w:p>
      <w:pPr>
        <w:spacing w:before="0" w:after="80" w:line="300" w:lineRule="auto"/>
        <w:jc w:val="left"/>
      </w:pPr>
      <w:r>
        <w:rPr>
          <w:rFonts w:ascii="Times New Roman" w:hAnsi="Times New Roman" w:eastAsia="宋体"/>
          <w:b w:val="0"/>
          <w:i w:val="0"/>
          <w:sz w:val="21"/>
        </w:rPr>
        <w:t>·(1+2^(-1/8))(1+2^(-1/4))</w:t>
      </w:r>
    </w:p>
    <w:p>
      <w:pPr>
        <w:spacing w:before="0" w:after="80" w:line="300" w:lineRule="auto"/>
        <w:jc w:val="left"/>
      </w:pPr>
      <w:r>
        <w:rPr>
          <w:rFonts w:ascii="Times New Roman" w:hAnsi="Times New Roman" w:eastAsia="宋体"/>
          <w:b w:val="0"/>
          <w:i w:val="0"/>
          <w:sz w:val="21"/>
        </w:rPr>
        <w:t>·(1+2^(-1/2))，</w:t>
      </w:r>
    </w:p>
    <w:p>
      <w:pPr>
        <w:spacing w:before="0" w:after="80" w:line="300" w:lineRule="auto"/>
        <w:jc w:val="left"/>
      </w:pPr>
      <w:r>
        <w:rPr>
          <w:rFonts w:ascii="Times New Roman" w:hAnsi="Times New Roman" w:eastAsia="宋体"/>
          <w:b w:val="0"/>
          <w:i w:val="0"/>
          <w:sz w:val="21"/>
        </w:rPr>
        <w:t>则 s 等于：</w:t>
      </w:r>
    </w:p>
    <w:p>
      <w:pPr>
        <w:spacing w:before="0" w:after="120" w:line="300" w:lineRule="auto"/>
      </w:pPr>
      <w:r>
        <w:rPr>
          <w:rFonts w:ascii="Times New Roman" w:hAnsi="Times New Roman" w:eastAsia="宋体"/>
          <w:b w:val="0"/>
          <w:i w:val="0"/>
          <w:sz w:val="21"/>
        </w:rPr>
        <w:t>（A）1/2(1-2^(-1/32))⁻¹　　（B）(1-2^(-1/32))⁻¹　　（C）1-2^(-1/32)　　（D）1/2(1-2^(-1/32))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s=(1+2^(-1/32))(1+2^(-1/16))</w:t>
      </w:r>
    </w:p>
    <w:p>
      <w:pPr>
        <w:spacing w:before="0" w:after="80" w:line="300" w:lineRule="auto"/>
        <w:jc w:val="left"/>
      </w:pPr>
      <w:r>
        <w:rPr>
          <w:rFonts w:ascii="Times New Roman" w:hAnsi="Times New Roman" w:eastAsia="宋体"/>
          <w:b w:val="0"/>
          <w:i w:val="0"/>
          <w:color w:val="333333"/>
          <w:sz w:val="19"/>
        </w:rPr>
        <w:t>·(1+2^(-1/8))(1+2^(-1/4))</w:t>
      </w:r>
    </w:p>
    <w:p>
      <w:pPr>
        <w:spacing w:before="0" w:after="80" w:line="300" w:lineRule="auto"/>
        <w:jc w:val="left"/>
      </w:pPr>
      <w:r>
        <w:rPr>
          <w:rFonts w:ascii="Times New Roman" w:hAnsi="Times New Roman" w:eastAsia="宋体"/>
          <w:b w:val="0"/>
          <w:i w:val="0"/>
          <w:color w:val="333333"/>
          <w:sz w:val="19"/>
        </w:rPr>
        <w:t>·(1+2^(-1/2)),</w:t>
      </w:r>
    </w:p>
    <w:p>
      <w:pPr>
        <w:spacing w:before="0" w:after="80" w:line="300" w:lineRule="auto"/>
        <w:jc w:val="left"/>
      </w:pPr>
      <w:r>
        <w:rPr>
          <w:rFonts w:ascii="Times New Roman" w:hAnsi="Times New Roman" w:eastAsia="宋体"/>
          <w:b w:val="0"/>
          <w:i w:val="0"/>
          <w:color w:val="333333"/>
          <w:sz w:val="19"/>
        </w:rPr>
        <w:t>then s is equal to:</w:t>
      </w:r>
    </w:p>
    <w:p>
      <w:pPr>
        <w:spacing w:before="0" w:after="160" w:line="300" w:lineRule="auto"/>
      </w:pPr>
      <w:r>
        <w:rPr>
          <w:rFonts w:ascii="Times New Roman" w:hAnsi="Times New Roman" w:eastAsia="宋体"/>
          <w:b w:val="0"/>
          <w:i w:val="0"/>
          <w:color w:val="333333"/>
          <w:sz w:val="19"/>
        </w:rPr>
        <w:t>(A) 1/2(1-2^(-1/32))⁻¹　　(B) (1-2^(-1/32))⁻¹　　(C) 1-2^(-1/32)　　(D) 1/2(1-2^(-1/32))　　(E) 1/2</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若 P 是等比数列中 n 个量的乘积，S 是它们的和，S' 是它们倒数的和，则用 S、S' 和 n 表示的 P 为：</w:t>
      </w:r>
    </w:p>
    <w:p>
      <w:pPr>
        <w:spacing w:before="0" w:after="120" w:line="300" w:lineRule="auto"/>
      </w:pPr>
      <w:r>
        <w:rPr>
          <w:rFonts w:ascii="Times New Roman" w:hAnsi="Times New Roman" w:eastAsia="宋体"/>
          <w:b w:val="0"/>
          <w:i w:val="0"/>
          <w:sz w:val="21"/>
        </w:rPr>
        <w:t>（A）(SS')^(n/2)　　（B）(S/(S'))^(n/2)　　（C）(SS')ⁿ⁻²　　（D）(S/(S'))ⁿ　　（E）(S/(S'))^(n-1/2)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is the product of n quantities in geometric progression, S their sum, and S' the sum of their reciprocals, then P in terms of S, S', and n is:</w:t>
      </w:r>
    </w:p>
    <w:p>
      <w:pPr>
        <w:spacing w:before="0" w:after="160" w:line="300" w:lineRule="auto"/>
      </w:pPr>
      <w:r>
        <w:rPr>
          <w:rFonts w:ascii="Times New Roman" w:hAnsi="Times New Roman" w:eastAsia="宋体"/>
          <w:b w:val="0"/>
          <w:i w:val="0"/>
          <w:color w:val="333333"/>
          <w:sz w:val="19"/>
        </w:rPr>
        <w:t>(A) (SS')^(n/2)　　(B) (S/(S'))^(n/2)　　(C) (SS')ⁿ⁻²　　(D) (S/(S'))ⁿ　　(E) (S/(S'))^(n-1/2)</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工厂里的一只普通钟走得慢，但分针仍在通常的表盘位置（12 点等）追上时针，只是每隔 69 分钟才追上一次。按加班工资为正常工资的一倍半计算，一名时薪 $4.00 的工人按这只慢钟工作完正常的 8 小时后，应得的额外工资为：</w:t>
      </w:r>
    </w:p>
    <w:p>
      <w:pPr>
        <w:spacing w:before="0" w:after="120" w:line="300" w:lineRule="auto"/>
      </w:pPr>
      <w:r>
        <w:rPr>
          <w:rFonts w:ascii="Times New Roman" w:hAnsi="Times New Roman" w:eastAsia="宋体"/>
          <w:b w:val="0"/>
          <w:i w:val="0"/>
          <w:sz w:val="21"/>
        </w:rPr>
        <w:t>（A）$2.30　　（B）$2.60　　（C）$2.80　　（D）$3.00　　（E）$3.30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ordinary clock in a factory is running slow so that the minute hand passes the hour hand at the usual dial positions (12 o’clock, etc.) but only every 69 minutes. At time and one-half for overtime, the extra pay to which a $4.00-per-hour worker should be entitled after working a normal 8-hour day by that slow-running clock is:</w:t>
      </w:r>
    </w:p>
    <w:p>
      <w:pPr>
        <w:spacing w:before="0" w:after="160" w:line="300" w:lineRule="auto"/>
      </w:pPr>
      <w:r>
        <w:rPr>
          <w:rFonts w:ascii="Times New Roman" w:hAnsi="Times New Roman" w:eastAsia="宋体"/>
          <w:b w:val="0"/>
          <w:i w:val="0"/>
          <w:color w:val="333333"/>
          <w:sz w:val="19"/>
        </w:rPr>
        <w:t>(A) $2.30　　(B) $2.60　　(C) $2.80　　(D) $3.00　　(E) $3.30</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一个半径递减的无限圆序列中，每个圆都与下一个圆外切，并与一个给定直角的两边相切。第一个圆的面积与序列中其余所有圆的面积之和的比为：</w:t>
      </w:r>
    </w:p>
    <w:p>
      <w:pPr>
        <w:spacing w:before="0" w:after="120" w:line="300" w:lineRule="auto"/>
      </w:pPr>
      <w:r>
        <w:rPr>
          <w:rFonts w:ascii="Times New Roman" w:hAnsi="Times New Roman" w:eastAsia="宋体"/>
          <w:b w:val="0"/>
          <w:i w:val="0"/>
          <w:sz w:val="21"/>
        </w:rPr>
        <w:t>（A）(4+3√(2)):4　　（B）9√(2):2　　（C）(16+12√(2)):1　　（D）(2+2√(2)):1　　（E）(3+2√(2)):1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circle in an infinite sequence with decreasing radii is tangent externally to the one following it and to both sides of a given right angle. The ratio of the area of the first circle to the sum of the areas of all the other circles in the sequence is:</w:t>
      </w:r>
    </w:p>
    <w:p>
      <w:pPr>
        <w:spacing w:before="0" w:after="160" w:line="300" w:lineRule="auto"/>
      </w:pPr>
      <w:r>
        <w:rPr>
          <w:rFonts w:ascii="Times New Roman" w:hAnsi="Times New Roman" w:eastAsia="宋体"/>
          <w:b w:val="0"/>
          <w:i w:val="0"/>
          <w:color w:val="333333"/>
          <w:sz w:val="19"/>
        </w:rPr>
        <w:t>(A) (4+3√(2)):4　　(B) 9√(2):2　　(C) (16+12√(2)):1　　(D) (2+2√(2)):1　　(E) (3+2√(2)):1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E　A　C　E　C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B　E　C　B　A　E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E　C　A　A　D　D　B　E</w:t>
      </w:r>
    </w:p>
    <w:p>
      <w:pPr>
        <w:spacing w:before="0" w:after="0" w:line="300" w:lineRule="auto"/>
      </w:pPr>
      <w:r>
        <w:rPr>
          <w:rFonts w:ascii="Times New Roman" w:hAnsi="Times New Roman" w:eastAsia="宋体"/>
          <w:b w:val="0"/>
          <w:i w:val="0"/>
          <w:sz w:val="18"/>
        </w:rPr>
        <w:t>题号　28　29　30　31　32　33　34　35</w:t>
      </w:r>
    </w:p>
    <w:p>
      <w:pPr>
        <w:spacing w:before="0" w:after="80" w:line="300" w:lineRule="auto"/>
      </w:pPr>
      <w:r>
        <w:rPr>
          <w:rFonts w:ascii="Times New Roman" w:hAnsi="Times New Roman" w:eastAsia="宋体"/>
          <w:b/>
          <w:i w:val="0"/>
          <w:sz w:val="18"/>
        </w:rPr>
        <w:t>答案　C　E　D　A　A　B　B　C</w:t>
      </w:r>
    </w:p>
    <w:p>
      <w:pPr>
        <w:spacing w:before="0" w:after="200" w:line="300" w:lineRule="auto"/>
      </w:pPr>
      <w:r>
        <w:rPr>
          <w:rFonts w:ascii="Times New Roman" w:hAnsi="Times New Roman" w:eastAsia="宋体"/>
          <w:b w:val="0"/>
          <w:i w:val="0"/>
          <w:color w:val="666666"/>
          <w:sz w:val="18"/>
        </w:rPr>
        <w:t>答案串：BDEACECBDEDBECBAEDCECAADDBECEDAABBC</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有 2¹²5⁸=2⁴(2⁸5⁸)，且 16·10⁸=1,600,000,000，该数共有 10 位。</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2¹²5⁸=2⁴(2⁸5⁸) and 16·10⁸=1,600,000,000, which has 10 digits.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每个工日的效率是 f/bc 块砖。因此，c 名工人每天砌 f/b 块砖，所以砌好 b 块砖需要</w:t>
      </w:r>
    </w:p>
    <w:p>
      <w:pPr>
        <w:spacing w:before="0" w:after="80" w:line="300" w:lineRule="auto"/>
        <w:jc w:val="left"/>
      </w:pPr>
      <w:r>
        <w:rPr>
          <w:rFonts w:ascii="Times New Roman" w:hAnsi="Times New Roman" w:eastAsia="宋体"/>
          <w:b w:val="0"/>
          <w:i w:val="0"/>
          <w:sz w:val="21"/>
        </w:rPr>
        <w:t>b/(f/b)=b²/f</w:t>
      </w:r>
    </w:p>
    <w:p>
      <w:pPr>
        <w:spacing w:before="0" w:after="80" w:line="300" w:lineRule="auto"/>
        <w:jc w:val="left"/>
      </w:pPr>
      <w:r>
        <w:rPr>
          <w:rFonts w:ascii="Times New Roman" w:hAnsi="Times New Roman" w:eastAsia="宋体"/>
          <w:b w:val="0"/>
          <w:i w:val="0"/>
          <w:sz w:val="21"/>
        </w:rPr>
        <w:t>天。</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rate is f/bc bricks per man-day. Thus c men lay f/b bricks per day, so laying b bricks takes</w:t>
      </w:r>
    </w:p>
    <w:p>
      <w:pPr>
        <w:spacing w:before="0" w:after="80" w:line="300" w:lineRule="auto"/>
        <w:jc w:val="left"/>
      </w:pPr>
      <w:r>
        <w:rPr>
          <w:rFonts w:ascii="Times New Roman" w:hAnsi="Times New Roman" w:eastAsia="宋体"/>
          <w:b w:val="0"/>
          <w:i w:val="0"/>
          <w:color w:val="333333"/>
          <w:sz w:val="19"/>
        </w:rPr>
        <w:t>b/(f/b)=b²/f</w:t>
      </w:r>
    </w:p>
    <w:p>
      <w:pPr>
        <w:spacing w:before="0" w:after="80" w:line="300" w:lineRule="auto"/>
        <w:jc w:val="left"/>
      </w:pPr>
      <w:r>
        <w:rPr>
          <w:rFonts w:ascii="Times New Roman" w:hAnsi="Times New Roman" w:eastAsia="宋体"/>
          <w:b w:val="0"/>
          <w:i w:val="0"/>
          <w:color w:val="333333"/>
          <w:sz w:val="19"/>
        </w:rPr>
        <w:t>days.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过 (0,8) 与 (-4,0) 的直线斜率为 2，所以直线方程为 y=2x+8。代入 y=-4，得 -4=2x+8，因此 x=-6。</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through (0,8) and (-4,0) is 2, so the line is y=2x+8. Substituting y=-4 gives -4=2x+8, hence x=-6.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若 P 是本金，则</w:t>
      </w:r>
    </w:p>
    <w:p>
      <w:pPr>
        <w:spacing w:before="0" w:after="80" w:line="300" w:lineRule="auto"/>
        <w:jc w:val="left"/>
      </w:pPr>
      <w:r>
        <w:rPr>
          <w:rFonts w:ascii="Times New Roman" w:hAnsi="Times New Roman" w:eastAsia="宋体"/>
          <w:b w:val="0"/>
          <w:i w:val="0"/>
          <w:sz w:val="21"/>
        </w:rPr>
        <w:t>255.31=P(1+0.05/6)</w:t>
      </w:r>
    </w:p>
    <w:p>
      <w:pPr>
        <w:spacing w:before="0" w:after="80" w:line="300" w:lineRule="auto"/>
        <w:jc w:val="left"/>
      </w:pPr>
      <w:r>
        <w:rPr>
          <w:rFonts w:ascii="Times New Roman" w:hAnsi="Times New Roman" w:eastAsia="宋体"/>
          <w:b w:val="0"/>
          <w:i w:val="0"/>
          <w:sz w:val="21"/>
        </w:rPr>
        <w:t>=P121/120。</w:t>
      </w:r>
    </w:p>
    <w:p>
      <w:pPr>
        <w:spacing w:before="0" w:after="80" w:line="300" w:lineRule="auto"/>
        <w:jc w:val="left"/>
      </w:pPr>
      <w:r>
        <w:rPr>
          <w:rFonts w:ascii="Times New Roman" w:hAnsi="Times New Roman" w:eastAsia="宋体"/>
          <w:b w:val="0"/>
          <w:i w:val="0"/>
          <w:sz w:val="21"/>
        </w:rPr>
        <w:t>因此 P=253.20，利息为 $2.11，其中的美分数为 11。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is the principal, then</w:t>
      </w:r>
    </w:p>
    <w:p>
      <w:pPr>
        <w:spacing w:before="0" w:after="80" w:line="300" w:lineRule="auto"/>
        <w:jc w:val="left"/>
      </w:pPr>
      <w:r>
        <w:rPr>
          <w:rFonts w:ascii="Times New Roman" w:hAnsi="Times New Roman" w:eastAsia="宋体"/>
          <w:b w:val="0"/>
          <w:i w:val="0"/>
          <w:color w:val="333333"/>
          <w:sz w:val="19"/>
        </w:rPr>
        <w:t>255.31=P(1+0.05/6)</w:t>
      </w:r>
    </w:p>
    <w:p>
      <w:pPr>
        <w:spacing w:before="0" w:after="80" w:line="300" w:lineRule="auto"/>
        <w:jc w:val="left"/>
      </w:pPr>
      <w:r>
        <w:rPr>
          <w:rFonts w:ascii="Times New Roman" w:hAnsi="Times New Roman" w:eastAsia="宋体"/>
          <w:b w:val="0"/>
          <w:i w:val="0"/>
          <w:color w:val="333333"/>
          <w:sz w:val="19"/>
        </w:rPr>
        <w:t>=P121/120.</w:t>
      </w:r>
    </w:p>
    <w:p>
      <w:pPr>
        <w:spacing w:before="0" w:after="80" w:line="300" w:lineRule="auto"/>
        <w:jc w:val="left"/>
      </w:pPr>
      <w:r>
        <w:rPr>
          <w:rFonts w:ascii="Times New Roman" w:hAnsi="Times New Roman" w:eastAsia="宋体"/>
          <w:b w:val="0"/>
          <w:i w:val="0"/>
          <w:color w:val="333333"/>
          <w:sz w:val="19"/>
        </w:rPr>
        <w:t>Hence P=253.20, so the interest is $2.11 and its cents part is 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令 moversetfrownAC=u。由圆外两割线所成角公式，</w:t>
      </w:r>
    </w:p>
    <w:p>
      <w:pPr>
        <w:spacing w:before="0" w:after="80" w:line="300" w:lineRule="auto"/>
        <w:jc w:val="left"/>
      </w:pPr>
      <w:r>
        <w:rPr>
          <w:rFonts w:ascii="Times New Roman" w:hAnsi="Times New Roman" w:eastAsia="宋体"/>
          <w:b w:val="0"/>
          <w:i w:val="0"/>
          <w:sz w:val="21"/>
        </w:rPr>
        <w:t>m∠ P=1/2(moversetfrownBD-u)，</w:t>
      </w:r>
    </w:p>
    <w:p>
      <w:pPr>
        <w:spacing w:before="0" w:after="80" w:line="300" w:lineRule="auto"/>
        <w:jc w:val="left"/>
      </w:pPr>
      <w:r>
        <w:rPr>
          <w:rFonts w:ascii="Times New Roman" w:hAnsi="Times New Roman" w:eastAsia="宋体"/>
          <w:b w:val="0"/>
          <w:i w:val="0"/>
          <w:sz w:val="21"/>
        </w:rPr>
        <w:t>而圆周角定理给出 m∠ Q=u/2。因此</w:t>
      </w:r>
    </w:p>
    <w:p>
      <w:pPr>
        <w:spacing w:before="0" w:after="80" w:line="300" w:lineRule="auto"/>
        <w:jc w:val="left"/>
      </w:pPr>
      <w:r>
        <w:rPr>
          <w:rFonts w:ascii="Times New Roman" w:hAnsi="Times New Roman" w:eastAsia="宋体"/>
          <w:b w:val="0"/>
          <w:i w:val="0"/>
          <w:sz w:val="21"/>
        </w:rPr>
        <w:t>m∠ P+m∠ Q =1/2moversetfrownBD</w:t>
      </w:r>
    </w:p>
    <w:p>
      <w:pPr>
        <w:spacing w:before="0" w:after="80" w:line="300" w:lineRule="auto"/>
        <w:jc w:val="left"/>
      </w:pPr>
      <w:r>
        <w:rPr>
          <w:rFonts w:ascii="Times New Roman" w:hAnsi="Times New Roman" w:eastAsia="宋体"/>
          <w:b w:val="0"/>
          <w:i w:val="0"/>
          <w:sz w:val="21"/>
        </w:rPr>
        <w:t>=1/2(42°+38°)</w:t>
      </w:r>
    </w:p>
    <w:p>
      <w:pPr>
        <w:spacing w:before="0" w:after="80" w:line="300" w:lineRule="auto"/>
        <w:jc w:val="left"/>
      </w:pPr>
      <w:r>
        <w:rPr>
          <w:rFonts w:ascii="Times New Roman" w:hAnsi="Times New Roman" w:eastAsia="宋体"/>
          <w:b w:val="0"/>
          <w:i w:val="0"/>
          <w:sz w:val="21"/>
        </w:rPr>
        <w:t>=40°。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moversetfrownAC=u. The external-secant formula gives</w:t>
      </w:r>
    </w:p>
    <w:p>
      <w:pPr>
        <w:spacing w:before="0" w:after="80" w:line="300" w:lineRule="auto"/>
        <w:jc w:val="left"/>
      </w:pPr>
      <w:r>
        <w:rPr>
          <w:rFonts w:ascii="Times New Roman" w:hAnsi="Times New Roman" w:eastAsia="宋体"/>
          <w:b w:val="0"/>
          <w:i w:val="0"/>
          <w:color w:val="333333"/>
          <w:sz w:val="19"/>
        </w:rPr>
        <w:t>m∠ P=1/2(moversetfrownBD-u),</w:t>
      </w:r>
    </w:p>
    <w:p>
      <w:pPr>
        <w:spacing w:before="0" w:after="80" w:line="300" w:lineRule="auto"/>
        <w:jc w:val="left"/>
      </w:pPr>
      <w:r>
        <w:rPr>
          <w:rFonts w:ascii="Times New Roman" w:hAnsi="Times New Roman" w:eastAsia="宋体"/>
          <w:b w:val="0"/>
          <w:i w:val="0"/>
          <w:color w:val="333333"/>
          <w:sz w:val="19"/>
        </w:rPr>
        <w:t>while the inscribed-angle theorem gives m∠ Q=u/2. Therefore</w:t>
      </w:r>
    </w:p>
    <w:p>
      <w:pPr>
        <w:spacing w:before="0" w:after="80" w:line="300" w:lineRule="auto"/>
        <w:jc w:val="left"/>
      </w:pPr>
      <w:r>
        <w:rPr>
          <w:rFonts w:ascii="Times New Roman" w:hAnsi="Times New Roman" w:eastAsia="宋体"/>
          <w:b w:val="0"/>
          <w:i w:val="0"/>
          <w:color w:val="333333"/>
          <w:sz w:val="19"/>
        </w:rPr>
        <w:t>m∠ P+m∠ Q =1/2moversetfrownBD</w:t>
      </w:r>
    </w:p>
    <w:p>
      <w:pPr>
        <w:spacing w:before="0" w:after="80" w:line="300" w:lineRule="auto"/>
        <w:jc w:val="left"/>
      </w:pPr>
      <w:r>
        <w:rPr>
          <w:rFonts w:ascii="Times New Roman" w:hAnsi="Times New Roman" w:eastAsia="宋体"/>
          <w:b w:val="0"/>
          <w:i w:val="0"/>
          <w:color w:val="333333"/>
          <w:sz w:val="19"/>
        </w:rPr>
        <w:t>=1/2(42°+38°)</w:t>
      </w:r>
    </w:p>
    <w:p>
      <w:pPr>
        <w:spacing w:before="0" w:after="80" w:line="300" w:lineRule="auto"/>
        <w:jc w:val="left"/>
      </w:pPr>
      <w:r>
        <w:rPr>
          <w:rFonts w:ascii="Times New Roman" w:hAnsi="Times New Roman" w:eastAsia="宋体"/>
          <w:b w:val="0"/>
          <w:i w:val="0"/>
          <w:color w:val="333333"/>
          <w:sz w:val="19"/>
        </w:rPr>
        <w:t>=40°.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该运算满足交换律，并且</w:t>
      </w:r>
    </w:p>
    <w:p>
      <w:pPr>
        <w:spacing w:before="0" w:after="80" w:line="300" w:lineRule="auto"/>
        <w:jc w:val="left"/>
      </w:pPr>
      <w:r>
        <w:rPr>
          <w:rFonts w:ascii="Times New Roman" w:hAnsi="Times New Roman" w:eastAsia="宋体"/>
          <w:b w:val="0"/>
          <w:i w:val="0"/>
          <w:sz w:val="21"/>
        </w:rPr>
        <w:t>(a*b)*c=4abc=a*(b*c)，</w:t>
      </w:r>
    </w:p>
    <w:p>
      <w:pPr>
        <w:spacing w:before="0" w:after="80" w:line="300" w:lineRule="auto"/>
        <w:jc w:val="left"/>
      </w:pPr>
      <w:r>
        <w:rPr>
          <w:rFonts w:ascii="Times New Roman" w:hAnsi="Times New Roman" w:eastAsia="宋体"/>
          <w:b w:val="0"/>
          <w:i w:val="0"/>
          <w:sz w:val="21"/>
        </w:rPr>
        <w:t>所以它也满足结合律。其单位元为 1/2。a 的逆元必须满足 2ax=1/2，故逆元为 x=1/4a，而不是 1/2a。</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operation is commutative, and</w:t>
      </w:r>
    </w:p>
    <w:p>
      <w:pPr>
        <w:spacing w:before="0" w:after="80" w:line="300" w:lineRule="auto"/>
        <w:jc w:val="left"/>
      </w:pPr>
      <w:r>
        <w:rPr>
          <w:rFonts w:ascii="Times New Roman" w:hAnsi="Times New Roman" w:eastAsia="宋体"/>
          <w:b w:val="0"/>
          <w:i w:val="0"/>
          <w:color w:val="333333"/>
          <w:sz w:val="19"/>
        </w:rPr>
        <w:t>(a*b)*c=4abc=a*(b*c),</w:t>
      </w:r>
    </w:p>
    <w:p>
      <w:pPr>
        <w:spacing w:before="0" w:after="80" w:line="300" w:lineRule="auto"/>
        <w:jc w:val="left"/>
      </w:pPr>
      <w:r>
        <w:rPr>
          <w:rFonts w:ascii="Times New Roman" w:hAnsi="Times New Roman" w:eastAsia="宋体"/>
          <w:b w:val="0"/>
          <w:i w:val="0"/>
          <w:color w:val="333333"/>
          <w:sz w:val="19"/>
        </w:rPr>
        <w:t>so it is associative. Its identity is 1/2. The inverse of a must satisfy 2ax=1/2, so it is x=1/4a, not 1/2a.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提取公因式可得</w:t>
      </w:r>
    </w:p>
    <w:p>
      <w:pPr>
        <w:spacing w:before="0" w:after="80" w:line="300" w:lineRule="auto"/>
        <w:jc w:val="left"/>
      </w:pPr>
      <w:r>
        <w:rPr>
          <w:rFonts w:ascii="Times New Roman" w:hAnsi="Times New Roman" w:eastAsia="宋体"/>
          <w:b w:val="0"/>
          <w:i w:val="0"/>
          <w:sz w:val="21"/>
        </w:rPr>
        <w:t>2⁻⁽²ᵏ⁺¹⁾(1-4+2)=-2⁻⁽²ᵏ⁺¹⁾。</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2⁻⁽²ᵏ⁺¹⁾(1-4+2)=-2⁻⁽²ᵏ⁺¹⁾.</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该不等式等价于</w:t>
      </w:r>
    </w:p>
    <w:p>
      <w:pPr>
        <w:spacing w:before="0" w:after="80" w:line="300" w:lineRule="auto"/>
        <w:jc w:val="left"/>
      </w:pPr>
      <w:r>
        <w:rPr>
          <w:rFonts w:ascii="Times New Roman" w:hAnsi="Times New Roman" w:eastAsia="宋体"/>
          <w:b w:val="0"/>
          <w:i w:val="0"/>
          <w:sz w:val="21"/>
        </w:rPr>
        <w:t>6x²+5x-4&lt;0,</w:t>
      </w:r>
    </w:p>
    <w:p>
      <w:pPr>
        <w:spacing w:before="0" w:after="80" w:line="300" w:lineRule="auto"/>
        <w:jc w:val="left"/>
      </w:pPr>
      <w:r>
        <w:rPr>
          <w:rFonts w:ascii="Times New Roman" w:hAnsi="Times New Roman" w:eastAsia="宋体"/>
          <w:b w:val="0"/>
          <w:i w:val="0"/>
          <w:sz w:val="21"/>
        </w:rPr>
        <w:t>(3x+4)(2x-1)&lt;0。</w:t>
      </w:r>
    </w:p>
    <w:p>
      <w:pPr>
        <w:spacing w:before="0" w:after="80" w:line="300" w:lineRule="auto"/>
        <w:jc w:val="left"/>
      </w:pPr>
      <w:r>
        <w:rPr>
          <w:rFonts w:ascii="Times New Roman" w:hAnsi="Times New Roman" w:eastAsia="宋体"/>
          <w:b w:val="0"/>
          <w:i w:val="0"/>
          <w:sz w:val="21"/>
        </w:rPr>
        <w:t>两个根是 -4/3 和 1/2，开口向上的二次函数在两根之间为负。</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is</w:t>
      </w:r>
    </w:p>
    <w:p>
      <w:pPr>
        <w:spacing w:before="0" w:after="80" w:line="300" w:lineRule="auto"/>
        <w:jc w:val="left"/>
      </w:pPr>
      <w:r>
        <w:rPr>
          <w:rFonts w:ascii="Times New Roman" w:hAnsi="Times New Roman" w:eastAsia="宋体"/>
          <w:b w:val="0"/>
          <w:i w:val="0"/>
          <w:color w:val="333333"/>
          <w:sz w:val="19"/>
        </w:rPr>
        <w:t>6x²+5x-4&lt;0,</w:t>
      </w:r>
    </w:p>
    <w:p>
      <w:pPr>
        <w:spacing w:before="0" w:after="80" w:line="300" w:lineRule="auto"/>
        <w:jc w:val="left"/>
      </w:pPr>
      <w:r>
        <w:rPr>
          <w:rFonts w:ascii="Times New Roman" w:hAnsi="Times New Roman" w:eastAsia="宋体"/>
          <w:b w:val="0"/>
          <w:i w:val="0"/>
          <w:color w:val="333333"/>
          <w:sz w:val="19"/>
        </w:rPr>
        <w:t>(3x+4)(2x-1)&lt;0.</w:t>
      </w:r>
    </w:p>
    <w:p>
      <w:pPr>
        <w:spacing w:before="0" w:after="80" w:line="300" w:lineRule="auto"/>
        <w:jc w:val="left"/>
      </w:pPr>
      <w:r>
        <w:rPr>
          <w:rFonts w:ascii="Times New Roman" w:hAnsi="Times New Roman" w:eastAsia="宋体"/>
          <w:b w:val="0"/>
          <w:i w:val="0"/>
          <w:color w:val="333333"/>
          <w:sz w:val="19"/>
        </w:rPr>
        <w:t>The roots are -4/3 and 1/2, and the upward-opening quadratic is negative between them.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公外切线与连接圆心和切点的两条半径构成一个直角三角形，其两条直角边长为 24 和 14-4=10。因此圆心距为</w:t>
      </w:r>
    </w:p>
    <w:p>
      <w:pPr>
        <w:spacing w:before="0" w:after="80" w:line="300" w:lineRule="auto"/>
        <w:jc w:val="left"/>
      </w:pPr>
      <w:r>
        <w:rPr>
          <w:rFonts w:ascii="Times New Roman" w:hAnsi="Times New Roman" w:eastAsia="宋体"/>
          <w:b w:val="0"/>
          <w:i w:val="0"/>
          <w:sz w:val="21"/>
        </w:rPr>
        <w:t>√(24²+10²)=√(676)=26。</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common external tangent and the radii to its contact points form a right triangle whose legs are 24 and 14-4=10. Thus the center distance is</w:t>
      </w:r>
    </w:p>
    <w:p>
      <w:pPr>
        <w:spacing w:before="0" w:after="80" w:line="300" w:lineRule="auto"/>
        <w:jc w:val="left"/>
      </w:pPr>
      <w:r>
        <w:rPr>
          <w:rFonts w:ascii="Times New Roman" w:hAnsi="Times New Roman" w:eastAsia="宋体"/>
          <w:b w:val="0"/>
          <w:i w:val="0"/>
          <w:color w:val="333333"/>
          <w:sz w:val="19"/>
        </w:rPr>
        <w:t>√(24²+10²)=√(676)=26.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共有 50-31=19 名金发女孩，其中 19-14=5 名是棕眼睛。因此，棕眼睛且深色头发的女孩有 18-5=13 名。</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50-31=19 blondes, of whom 19-14=5 are brown-eyed. Hence the number of brown-eyed brunettes is 18-5=13.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等式为 4a+7=7b+4，即 4a-7b=-3。由于两个数码都必须有效，所以 a,b&gt;7。模 7 化简得 a≡1pmod7。第一个有效值是 a=15，对应 b=9。因此 a+b=24，写成罗马数字为 XXIV。</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equality is 4a+7=7b+4, or 4a-7b=-3. Since both digits must be valid, a,b&gt;7. Reducing modulo 7 gives a≡1pmod7. The first valid value is a=15, which gives b=9. Thus a+b=24, written XXIV.</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模数 N 同时整除 90-69=21 与 125-90=35。由于 N&gt;1，只能有 N=7。于是 81≡4pmod7。</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modulus N divides both 90-69=21 and 125-90=35. Since N&gt;1, this forces N=7. Then 81≡4pmod7.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二项式展开给出</w:t>
      </w:r>
    </w:p>
    <w:p>
      <w:pPr>
        <w:spacing w:before="0" w:after="80" w:line="300" w:lineRule="auto"/>
        <w:jc w:val="left"/>
      </w:pPr>
      <w:r>
        <w:rPr>
          <w:rFonts w:ascii="Times New Roman" w:hAnsi="Times New Roman" w:eastAsia="宋体"/>
          <w:b w:val="0"/>
          <w:i w:val="0"/>
          <w:sz w:val="21"/>
        </w:rPr>
        <w:t>(1+0.0025)¹⁰</w:t>
      </w:r>
    </w:p>
    <w:p>
      <w:pPr>
        <w:spacing w:before="0" w:after="80" w:line="300" w:lineRule="auto"/>
        <w:jc w:val="left"/>
      </w:pPr>
      <w:r>
        <w:rPr>
          <w:rFonts w:ascii="Times New Roman" w:hAnsi="Times New Roman" w:eastAsia="宋体"/>
          <w:b w:val="0"/>
          <w:i w:val="0"/>
          <w:sz w:val="21"/>
        </w:rPr>
        <w:t>=1+10(0.0025)</w:t>
      </w:r>
    </w:p>
    <w:p>
      <w:pPr>
        <w:spacing w:before="0" w:after="80" w:line="300" w:lineRule="auto"/>
        <w:jc w:val="left"/>
      </w:pPr>
      <w:r>
        <w:rPr>
          <w:rFonts w:ascii="Times New Roman" w:hAnsi="Times New Roman" w:eastAsia="宋体"/>
          <w:b w:val="0"/>
          <w:i w:val="0"/>
          <w:sz w:val="21"/>
        </w:rPr>
        <w:t>+45(0.0025)²</w:t>
      </w:r>
    </w:p>
    <w:p>
      <w:pPr>
        <w:spacing w:before="0" w:after="80" w:line="300" w:lineRule="auto"/>
        <w:jc w:val="left"/>
      </w:pPr>
      <w:r>
        <w:rPr>
          <w:rFonts w:ascii="Times New Roman" w:hAnsi="Times New Roman" w:eastAsia="宋体"/>
          <w:b w:val="0"/>
          <w:i w:val="0"/>
          <w:sz w:val="21"/>
        </w:rPr>
        <w:t>+120(0.0025)³+⋯</w:t>
      </w:r>
    </w:p>
    <w:p>
      <w:pPr>
        <w:spacing w:before="0" w:after="80" w:line="300" w:lineRule="auto"/>
        <w:jc w:val="left"/>
      </w:pPr>
      <w:r>
        <w:rPr>
          <w:rFonts w:ascii="Times New Roman" w:hAnsi="Times New Roman" w:eastAsia="宋体"/>
          <w:b w:val="0"/>
          <w:i w:val="0"/>
          <w:sz w:val="21"/>
        </w:rPr>
        <w:t>=1.025283125…</w:t>
      </w:r>
    </w:p>
    <w:p>
      <w:pPr>
        <w:spacing w:before="0" w:after="80" w:line="300" w:lineRule="auto"/>
        <w:jc w:val="left"/>
      </w:pPr>
      <w:r>
        <w:rPr>
          <w:rFonts w:ascii="Times New Roman" w:hAnsi="Times New Roman" w:eastAsia="宋体"/>
          <w:b w:val="0"/>
          <w:i w:val="0"/>
          <w:sz w:val="21"/>
        </w:rPr>
        <w:t>四舍五入后为 1.02528。小数点后第五位数字是 8。</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binomial expansion gives</w:t>
      </w:r>
    </w:p>
    <w:p>
      <w:pPr>
        <w:spacing w:before="0" w:after="80" w:line="300" w:lineRule="auto"/>
        <w:jc w:val="left"/>
      </w:pPr>
      <w:r>
        <w:rPr>
          <w:rFonts w:ascii="Times New Roman" w:hAnsi="Times New Roman" w:eastAsia="宋体"/>
          <w:b w:val="0"/>
          <w:i w:val="0"/>
          <w:color w:val="333333"/>
          <w:sz w:val="19"/>
        </w:rPr>
        <w:t>(1+0.0025)¹⁰</w:t>
      </w:r>
    </w:p>
    <w:p>
      <w:pPr>
        <w:spacing w:before="0" w:after="80" w:line="300" w:lineRule="auto"/>
        <w:jc w:val="left"/>
      </w:pPr>
      <w:r>
        <w:rPr>
          <w:rFonts w:ascii="Times New Roman" w:hAnsi="Times New Roman" w:eastAsia="宋体"/>
          <w:b w:val="0"/>
          <w:i w:val="0"/>
          <w:color w:val="333333"/>
          <w:sz w:val="19"/>
        </w:rPr>
        <w:t>=1+10(0.0025)</w:t>
      </w:r>
    </w:p>
    <w:p>
      <w:pPr>
        <w:spacing w:before="0" w:after="80" w:line="300" w:lineRule="auto"/>
        <w:jc w:val="left"/>
      </w:pPr>
      <w:r>
        <w:rPr>
          <w:rFonts w:ascii="Times New Roman" w:hAnsi="Times New Roman" w:eastAsia="宋体"/>
          <w:b w:val="0"/>
          <w:i w:val="0"/>
          <w:color w:val="333333"/>
          <w:sz w:val="19"/>
        </w:rPr>
        <w:t>+45(0.0025)²</w:t>
      </w:r>
    </w:p>
    <w:p>
      <w:pPr>
        <w:spacing w:before="0" w:after="80" w:line="300" w:lineRule="auto"/>
        <w:jc w:val="left"/>
      </w:pPr>
      <w:r>
        <w:rPr>
          <w:rFonts w:ascii="Times New Roman" w:hAnsi="Times New Roman" w:eastAsia="宋体"/>
          <w:b w:val="0"/>
          <w:i w:val="0"/>
          <w:color w:val="333333"/>
          <w:sz w:val="19"/>
        </w:rPr>
        <w:t>+120(0.0025)³+⋯</w:t>
      </w:r>
    </w:p>
    <w:p>
      <w:pPr>
        <w:spacing w:before="0" w:after="80" w:line="300" w:lineRule="auto"/>
        <w:jc w:val="left"/>
      </w:pPr>
      <w:r>
        <w:rPr>
          <w:rFonts w:ascii="Times New Roman" w:hAnsi="Times New Roman" w:eastAsia="宋体"/>
          <w:b w:val="0"/>
          <w:i w:val="0"/>
          <w:color w:val="333333"/>
          <w:sz w:val="19"/>
        </w:rPr>
        <w:t>=1.025283125…</w:t>
      </w:r>
    </w:p>
    <w:p>
      <w:pPr>
        <w:spacing w:before="0" w:after="80" w:line="300" w:lineRule="auto"/>
        <w:jc w:val="left"/>
      </w:pPr>
      <w:r>
        <w:rPr>
          <w:rFonts w:ascii="Times New Roman" w:hAnsi="Times New Roman" w:eastAsia="宋体"/>
          <w:b w:val="0"/>
          <w:i w:val="0"/>
          <w:color w:val="333333"/>
          <w:sz w:val="19"/>
        </w:rPr>
        <w:t>which rounds to 1.02528. The fifth decimal digit is 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因为 48 是 6 的倍数，所以</w:t>
      </w:r>
    </w:p>
    <w:p>
      <w:pPr>
        <w:spacing w:before="0" w:after="80" w:line="300" w:lineRule="auto"/>
        <w:jc w:val="left"/>
      </w:pPr>
      <w:r>
        <w:rPr>
          <w:rFonts w:ascii="Times New Roman" w:hAnsi="Times New Roman" w:eastAsia="宋体"/>
          <w:b w:val="0"/>
          <w:i w:val="0"/>
          <w:sz w:val="21"/>
        </w:rPr>
        <w:t>2⁴⁸-1</w:t>
      </w:r>
    </w:p>
    <w:p>
      <w:pPr>
        <w:spacing w:before="0" w:after="80" w:line="300" w:lineRule="auto"/>
        <w:jc w:val="left"/>
      </w:pPr>
      <w:r>
        <w:rPr>
          <w:rFonts w:ascii="Times New Roman" w:hAnsi="Times New Roman" w:eastAsia="宋体"/>
          <w:b w:val="0"/>
          <w:i w:val="0"/>
          <w:sz w:val="21"/>
        </w:rPr>
        <w:t>是 63=2⁶-1 的倍数。又有 2¹²-1=4095=63·65，且 48 是 12 的倍数，所以 2⁴⁸-1 是 65 的倍数。因此这两个数是 63 和 65。</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48 is divisible by 6, the number</w:t>
      </w:r>
    </w:p>
    <w:p>
      <w:pPr>
        <w:spacing w:before="0" w:after="80" w:line="300" w:lineRule="auto"/>
        <w:jc w:val="left"/>
      </w:pPr>
      <w:r>
        <w:rPr>
          <w:rFonts w:ascii="Times New Roman" w:hAnsi="Times New Roman" w:eastAsia="宋体"/>
          <w:b w:val="0"/>
          <w:i w:val="0"/>
          <w:color w:val="333333"/>
          <w:sz w:val="19"/>
        </w:rPr>
        <w:t>2⁴⁸-1</w:t>
      </w:r>
    </w:p>
    <w:p>
      <w:pPr>
        <w:spacing w:before="0" w:after="80" w:line="300" w:lineRule="auto"/>
        <w:jc w:val="left"/>
      </w:pPr>
      <w:r>
        <w:rPr>
          <w:rFonts w:ascii="Times New Roman" w:hAnsi="Times New Roman" w:eastAsia="宋体"/>
          <w:b w:val="0"/>
          <w:i w:val="0"/>
          <w:color w:val="333333"/>
          <w:sz w:val="19"/>
        </w:rPr>
        <w:t>is divisible by 63=2⁶-1. Also 2¹²-1=4095=63·65, and 48 is divisible by 12, so 2⁴⁸-1 is divisible by 65. Thus the two numbers are 63 and 65.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设水族箱长为 L，水平放置时的水深为 h。倾斜时，水的纵向截面是一个底为 3L/4、高为 8 的三角形。因此</w:t>
      </w:r>
    </w:p>
    <w:p>
      <w:pPr>
        <w:spacing w:before="0" w:after="80" w:line="300" w:lineRule="auto"/>
        <w:jc w:val="left"/>
      </w:pPr>
      <w:r>
        <w:rPr>
          <w:rFonts w:ascii="Times New Roman" w:hAnsi="Times New Roman" w:eastAsia="宋体"/>
          <w:b w:val="0"/>
          <w:i w:val="0"/>
          <w:sz w:val="21"/>
        </w:rPr>
        <w:t>10(1/2·3L/4·8)=10Lh，</w:t>
      </w:r>
    </w:p>
    <w:p>
      <w:pPr>
        <w:spacing w:before="0" w:after="80" w:line="300" w:lineRule="auto"/>
        <w:jc w:val="left"/>
      </w:pPr>
      <w:r>
        <w:rPr>
          <w:rFonts w:ascii="Times New Roman" w:hAnsi="Times New Roman" w:eastAsia="宋体"/>
          <w:b w:val="0"/>
          <w:i w:val="0"/>
          <w:sz w:val="21"/>
        </w:rPr>
        <w:t>所以 h=3 英寸。</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aquarium length be L and the level-water depth be h. In the tilted position the longitudinal cross-section of the water is a triangle with base 3L/4 and height 8. Therefore</w:t>
      </w:r>
    </w:p>
    <w:p>
      <w:pPr>
        <w:spacing w:before="0" w:after="80" w:line="300" w:lineRule="auto"/>
        <w:jc w:val="left"/>
      </w:pPr>
      <w:r>
        <w:rPr>
          <w:rFonts w:ascii="Times New Roman" w:hAnsi="Times New Roman" w:eastAsia="宋体"/>
          <w:b w:val="0"/>
          <w:i w:val="0"/>
          <w:color w:val="333333"/>
          <w:sz w:val="19"/>
        </w:rPr>
        <w:t>10(1/2·3L/4·8)=10Lh,</w:t>
      </w:r>
    </w:p>
    <w:p>
      <w:pPr>
        <w:spacing w:before="0" w:after="80" w:line="300" w:lineRule="auto"/>
        <w:jc w:val="left"/>
      </w:pPr>
      <w:r>
        <w:rPr>
          <w:rFonts w:ascii="Times New Roman" w:hAnsi="Times New Roman" w:eastAsia="宋体"/>
          <w:b w:val="0"/>
          <w:i w:val="0"/>
          <w:color w:val="333333"/>
          <w:sz w:val="19"/>
        </w:rPr>
        <w:t>so h=3 inches.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若真实平均数为 x，则原来的总和为 35x。再加入 x 本身后，36 个数的总和为 36x，所以新平均数仍为 x。所求比为 1:1。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true average is x, then the original sum is 35x. Including x itself gives a sum of 36x over 36 numbers, so the new average is still x. The ratio is 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这些半径先形成 2n 个扇形。一条不过圆心的割线在 n 对反向半径中的每一对里至多与一条相交，因此至多与 n 条半径相交。这些交点把圆内的割线弦段分成 n+1 段，每段都会增加一个区域。因此最大区域数为 2n+(n+1)=3n+1。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radii first make 2n sectors. A secant not through the center can meet at most one radius in each of n opposite pairs, hence at most n radii. Those intersections divide the secant chord into n+1 pieces, each of which adds one region. The maximum is therefore 2n+(n+1)=3n+1.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若 v 是船在静水中的速度，则</w:t>
      </w:r>
    </w:p>
    <w:p>
      <w:pPr>
        <w:spacing w:before="0" w:after="80" w:line="300" w:lineRule="auto"/>
        <w:jc w:val="left"/>
      </w:pPr>
      <w:r>
        <w:rPr>
          <w:rFonts w:ascii="Times New Roman" w:hAnsi="Times New Roman" w:eastAsia="宋体"/>
          <w:b w:val="0"/>
          <w:i w:val="0"/>
          <w:sz w:val="21"/>
        </w:rPr>
        <w:t>4/v+3+4/v-3=1。</w:t>
      </w:r>
    </w:p>
    <w:p>
      <w:pPr>
        <w:spacing w:before="0" w:after="80" w:line="300" w:lineRule="auto"/>
        <w:jc w:val="left"/>
      </w:pPr>
      <w:r>
        <w:rPr>
          <w:rFonts w:ascii="Times New Roman" w:hAnsi="Times New Roman" w:eastAsia="宋体"/>
          <w:b w:val="0"/>
          <w:i w:val="0"/>
          <w:sz w:val="21"/>
        </w:rPr>
        <w:t>化简得 v²-8v-9=0，所以满足条件的正根是 v=9。顺流与逆流速度分别为 12 和 6，其比为 2:1。</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v is the still-water speed, then</w:t>
      </w:r>
    </w:p>
    <w:p>
      <w:pPr>
        <w:spacing w:before="0" w:after="80" w:line="300" w:lineRule="auto"/>
        <w:jc w:val="left"/>
      </w:pPr>
      <w:r>
        <w:rPr>
          <w:rFonts w:ascii="Times New Roman" w:hAnsi="Times New Roman" w:eastAsia="宋体"/>
          <w:b w:val="0"/>
          <w:i w:val="0"/>
          <w:color w:val="333333"/>
          <w:sz w:val="19"/>
        </w:rPr>
        <w:t>4/v+3+4/v-3=1.</w:t>
      </w:r>
    </w:p>
    <w:p>
      <w:pPr>
        <w:spacing w:before="0" w:after="80" w:line="300" w:lineRule="auto"/>
        <w:jc w:val="left"/>
      </w:pPr>
      <w:r>
        <w:rPr>
          <w:rFonts w:ascii="Times New Roman" w:hAnsi="Times New Roman" w:eastAsia="宋体"/>
          <w:b w:val="0"/>
          <w:i w:val="0"/>
          <w:color w:val="333333"/>
          <w:sz w:val="19"/>
        </w:rPr>
        <w:t>This simplifies to v²-8v-9=0, so the positive admissible solution is v=9. The downstream and upstream rates are 12 and 6, whose ratio is 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代入可得</w:t>
      </w:r>
    </w:p>
    <w:p>
      <w:pPr>
        <w:spacing w:before="0" w:after="80" w:line="300" w:lineRule="auto"/>
        <w:jc w:val="left"/>
      </w:pPr>
      <w:r>
        <w:rPr>
          <w:rFonts w:ascii="Times New Roman" w:hAnsi="Times New Roman" w:eastAsia="宋体"/>
          <w:b w:val="0"/>
          <w:i w:val="0"/>
          <w:sz w:val="21"/>
        </w:rPr>
        <w:t>(1+4m²)x²+8mx+3=0。</w:t>
      </w:r>
    </w:p>
    <w:p>
      <w:pPr>
        <w:spacing w:before="0" w:after="80" w:line="300" w:lineRule="auto"/>
        <w:jc w:val="left"/>
      </w:pPr>
      <w:r>
        <w:rPr>
          <w:rFonts w:ascii="Times New Roman" w:hAnsi="Times New Roman" w:eastAsia="宋体"/>
          <w:b w:val="0"/>
          <w:i w:val="0"/>
          <w:sz w:val="21"/>
        </w:rPr>
        <w:t>相切要求判别式为零：</w:t>
      </w:r>
    </w:p>
    <w:p>
      <w:pPr>
        <w:spacing w:before="0" w:after="80" w:line="300" w:lineRule="auto"/>
        <w:jc w:val="left"/>
      </w:pPr>
      <w:r>
        <w:rPr>
          <w:rFonts w:ascii="Times New Roman" w:hAnsi="Times New Roman" w:eastAsia="宋体"/>
          <w:b w:val="0"/>
          <w:i w:val="0"/>
          <w:sz w:val="21"/>
        </w:rPr>
        <w:t>64m²-12(1+4m²)=0。</w:t>
      </w:r>
    </w:p>
    <w:p>
      <w:pPr>
        <w:spacing w:before="0" w:after="80" w:line="300" w:lineRule="auto"/>
        <w:jc w:val="left"/>
      </w:pPr>
      <w:r>
        <w:rPr>
          <w:rFonts w:ascii="Times New Roman" w:hAnsi="Times New Roman" w:eastAsia="宋体"/>
          <w:b w:val="0"/>
          <w:i w:val="0"/>
          <w:sz w:val="21"/>
        </w:rPr>
        <w:t>因此 16m²=12，所以 m²=3/4。</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w:t>
      </w:r>
    </w:p>
    <w:p>
      <w:pPr>
        <w:spacing w:before="0" w:after="80" w:line="300" w:lineRule="auto"/>
        <w:jc w:val="left"/>
      </w:pPr>
      <w:r>
        <w:rPr>
          <w:rFonts w:ascii="Times New Roman" w:hAnsi="Times New Roman" w:eastAsia="宋体"/>
          <w:b w:val="0"/>
          <w:i w:val="0"/>
          <w:color w:val="333333"/>
          <w:sz w:val="19"/>
        </w:rPr>
        <w:t>(1+4m²)x²+8mx+3=0.</w:t>
      </w:r>
    </w:p>
    <w:p>
      <w:pPr>
        <w:spacing w:before="0" w:after="80" w:line="300" w:lineRule="auto"/>
        <w:jc w:val="left"/>
      </w:pPr>
      <w:r>
        <w:rPr>
          <w:rFonts w:ascii="Times New Roman" w:hAnsi="Times New Roman" w:eastAsia="宋体"/>
          <w:b w:val="0"/>
          <w:i w:val="0"/>
          <w:color w:val="333333"/>
          <w:sz w:val="19"/>
        </w:rPr>
        <w:t>Tangency requires its discriminant to vanish:</w:t>
      </w:r>
    </w:p>
    <w:p>
      <w:pPr>
        <w:spacing w:before="0" w:after="80" w:line="300" w:lineRule="auto"/>
        <w:jc w:val="left"/>
      </w:pPr>
      <w:r>
        <w:rPr>
          <w:rFonts w:ascii="Times New Roman" w:hAnsi="Times New Roman" w:eastAsia="宋体"/>
          <w:b w:val="0"/>
          <w:i w:val="0"/>
          <w:color w:val="333333"/>
          <w:sz w:val="19"/>
        </w:rPr>
        <w:t>64m²-12(1+4m²)=0.</w:t>
      </w:r>
    </w:p>
    <w:p>
      <w:pPr>
        <w:spacing w:before="0" w:after="80" w:line="300" w:lineRule="auto"/>
        <w:jc w:val="left"/>
      </w:pPr>
      <w:r>
        <w:rPr>
          <w:rFonts w:ascii="Times New Roman" w:hAnsi="Times New Roman" w:eastAsia="宋体"/>
          <w:b w:val="0"/>
          <w:i w:val="0"/>
          <w:color w:val="333333"/>
          <w:sz w:val="19"/>
        </w:rPr>
        <w:t>Thus 16m²=12, so m²=3/4.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设两根为 r,s，由韦达定理，r+s=-2h 且 rs=-3。于是</w:t>
      </w:r>
    </w:p>
    <w:p>
      <w:pPr>
        <w:spacing w:before="0" w:after="80" w:line="300" w:lineRule="auto"/>
        <w:jc w:val="left"/>
      </w:pPr>
      <w:r>
        <w:rPr>
          <w:rFonts w:ascii="Times New Roman" w:hAnsi="Times New Roman" w:eastAsia="宋体"/>
          <w:b w:val="0"/>
          <w:i w:val="0"/>
          <w:sz w:val="21"/>
        </w:rPr>
        <w:t>4h²=(r+s)² =r²+s²+2rs</w:t>
      </w:r>
    </w:p>
    <w:p>
      <w:pPr>
        <w:spacing w:before="0" w:after="80" w:line="300" w:lineRule="auto"/>
        <w:jc w:val="left"/>
      </w:pPr>
      <w:r>
        <w:rPr>
          <w:rFonts w:ascii="Times New Roman" w:hAnsi="Times New Roman" w:eastAsia="宋体"/>
          <w:b w:val="0"/>
          <w:i w:val="0"/>
          <w:sz w:val="21"/>
        </w:rPr>
        <w:t>=10-6=4。</w:t>
      </w:r>
    </w:p>
    <w:p>
      <w:pPr>
        <w:spacing w:before="0" w:after="80" w:line="300" w:lineRule="auto"/>
        <w:jc w:val="left"/>
      </w:pPr>
      <w:r>
        <w:rPr>
          <w:rFonts w:ascii="Times New Roman" w:hAnsi="Times New Roman" w:eastAsia="宋体"/>
          <w:b w:val="0"/>
          <w:i w:val="0"/>
          <w:sz w:val="21"/>
        </w:rPr>
        <w:t>因此 |h|=1。选项 A 为 -1，所以选项 A 至 D 中均没有该值。</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roots r,s, Vieta’s formulas give r+s=-2h and rs=-3. Hence</w:t>
      </w:r>
    </w:p>
    <w:p>
      <w:pPr>
        <w:spacing w:before="0" w:after="80" w:line="300" w:lineRule="auto"/>
        <w:jc w:val="left"/>
      </w:pPr>
      <w:r>
        <w:rPr>
          <w:rFonts w:ascii="Times New Roman" w:hAnsi="Times New Roman" w:eastAsia="宋体"/>
          <w:b w:val="0"/>
          <w:i w:val="0"/>
          <w:color w:val="333333"/>
          <w:sz w:val="19"/>
        </w:rPr>
        <w:t>4h²=(r+s)² =r²+s²+2rs</w:t>
      </w:r>
    </w:p>
    <w:p>
      <w:pPr>
        <w:spacing w:before="0" w:after="80" w:line="300" w:lineRule="auto"/>
        <w:jc w:val="left"/>
      </w:pPr>
      <w:r>
        <w:rPr>
          <w:rFonts w:ascii="Times New Roman" w:hAnsi="Times New Roman" w:eastAsia="宋体"/>
          <w:b w:val="0"/>
          <w:i w:val="0"/>
          <w:color w:val="333333"/>
          <w:sz w:val="19"/>
        </w:rPr>
        <w:t>=10-6=4.</w:t>
      </w:r>
    </w:p>
    <w:p>
      <w:pPr>
        <w:spacing w:before="0" w:after="80" w:line="300" w:lineRule="auto"/>
        <w:jc w:val="left"/>
      </w:pPr>
      <w:r>
        <w:rPr>
          <w:rFonts w:ascii="Times New Roman" w:hAnsi="Times New Roman" w:eastAsia="宋体"/>
          <w:b w:val="0"/>
          <w:i w:val="0"/>
          <w:color w:val="333333"/>
          <w:sz w:val="19"/>
        </w:rPr>
        <w:t>Therefore |h|=1, which is not among choices A-D because choice A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从最外层向内逐层撤销对数，可得</w:t>
      </w:r>
    </w:p>
    <w:p>
      <w:pPr>
        <w:spacing w:before="0" w:after="80" w:line="300" w:lineRule="auto"/>
        <w:jc w:val="left"/>
      </w:pPr>
      <w:r>
        <w:rPr>
          <w:rFonts w:ascii="Times New Roman" w:hAnsi="Times New Roman" w:eastAsia="宋体"/>
          <w:b w:val="0"/>
          <w:i w:val="0"/>
          <w:sz w:val="21"/>
        </w:rPr>
        <w:t>x=4³=64,</w:t>
      </w:r>
    </w:p>
    <w:p>
      <w:pPr>
        <w:spacing w:before="0" w:after="80" w:line="300" w:lineRule="auto"/>
        <w:jc w:val="left"/>
      </w:pPr>
      <w:r>
        <w:rPr>
          <w:rFonts w:ascii="Times New Roman" w:hAnsi="Times New Roman" w:eastAsia="宋体"/>
          <w:b w:val="0"/>
          <w:i w:val="0"/>
          <w:sz w:val="21"/>
        </w:rPr>
        <w:t>y=2⁴=16,</w:t>
      </w:r>
    </w:p>
    <w:p>
      <w:pPr>
        <w:spacing w:before="0" w:after="80" w:line="300" w:lineRule="auto"/>
        <w:jc w:val="left"/>
      </w:pPr>
      <w:r>
        <w:rPr>
          <w:rFonts w:ascii="Times New Roman" w:hAnsi="Times New Roman" w:eastAsia="宋体"/>
          <w:b w:val="0"/>
          <w:i w:val="0"/>
          <w:sz w:val="21"/>
        </w:rPr>
        <w:t>z=3²=9。</w:t>
      </w:r>
    </w:p>
    <w:p>
      <w:pPr>
        <w:spacing w:before="0" w:after="80" w:line="300" w:lineRule="auto"/>
        <w:jc w:val="left"/>
      </w:pPr>
      <w:r>
        <w:rPr>
          <w:rFonts w:ascii="Times New Roman" w:hAnsi="Times New Roman" w:eastAsia="宋体"/>
          <w:b w:val="0"/>
          <w:i w:val="0"/>
          <w:sz w:val="21"/>
        </w:rPr>
        <w:t>因此 x+y+z=64+16+9=89。</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Undoing the logarithms from the outside inward gives</w:t>
      </w:r>
    </w:p>
    <w:p>
      <w:pPr>
        <w:spacing w:before="0" w:after="80" w:line="300" w:lineRule="auto"/>
        <w:jc w:val="left"/>
      </w:pPr>
      <w:r>
        <w:rPr>
          <w:rFonts w:ascii="Times New Roman" w:hAnsi="Times New Roman" w:eastAsia="宋体"/>
          <w:b w:val="0"/>
          <w:i w:val="0"/>
          <w:color w:val="333333"/>
          <w:sz w:val="19"/>
        </w:rPr>
        <w:t>x=4³=64,</w:t>
      </w:r>
    </w:p>
    <w:p>
      <w:pPr>
        <w:spacing w:before="0" w:after="80" w:line="300" w:lineRule="auto"/>
        <w:jc w:val="left"/>
      </w:pPr>
      <w:r>
        <w:rPr>
          <w:rFonts w:ascii="Times New Roman" w:hAnsi="Times New Roman" w:eastAsia="宋体"/>
          <w:b w:val="0"/>
          <w:i w:val="0"/>
          <w:color w:val="333333"/>
          <w:sz w:val="19"/>
        </w:rPr>
        <w:t>y=2⁴=16,</w:t>
      </w:r>
    </w:p>
    <w:p>
      <w:pPr>
        <w:spacing w:before="0" w:after="80" w:line="300" w:lineRule="auto"/>
        <w:jc w:val="left"/>
      </w:pPr>
      <w:r>
        <w:rPr>
          <w:rFonts w:ascii="Times New Roman" w:hAnsi="Times New Roman" w:eastAsia="宋体"/>
          <w:b w:val="0"/>
          <w:i w:val="0"/>
          <w:color w:val="333333"/>
          <w:sz w:val="19"/>
        </w:rPr>
        <w:t>z=3²=9.</w:t>
      </w:r>
    </w:p>
    <w:p>
      <w:pPr>
        <w:spacing w:before="0" w:after="80" w:line="300" w:lineRule="auto"/>
        <w:jc w:val="left"/>
      </w:pPr>
      <w:r>
        <w:rPr>
          <w:rFonts w:ascii="Times New Roman" w:hAnsi="Times New Roman" w:eastAsia="宋体"/>
          <w:b w:val="0"/>
          <w:i w:val="0"/>
          <w:color w:val="333333"/>
          <w:sz w:val="19"/>
        </w:rPr>
        <w:t>Therefore x+y+z=64+16+9=89.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由于 w≠1 且 w³=1，有 1+w+w²=0。因此</w:t>
      </w:r>
    </w:p>
    <w:p>
      <w:pPr>
        <w:spacing w:before="0" w:after="80" w:line="300" w:lineRule="auto"/>
        <w:jc w:val="left"/>
      </w:pPr>
      <w:r>
        <w:rPr>
          <w:rFonts w:ascii="Times New Roman" w:hAnsi="Times New Roman" w:eastAsia="宋体"/>
          <w:b w:val="0"/>
          <w:i w:val="0"/>
          <w:sz w:val="21"/>
        </w:rPr>
        <w:t>1-w+w²=-2w,</w:t>
      </w:r>
    </w:p>
    <w:p>
      <w:pPr>
        <w:spacing w:before="0" w:after="80" w:line="300" w:lineRule="auto"/>
        <w:jc w:val="left"/>
      </w:pPr>
      <w:r>
        <w:rPr>
          <w:rFonts w:ascii="Times New Roman" w:hAnsi="Times New Roman" w:eastAsia="宋体"/>
          <w:b w:val="0"/>
          <w:i w:val="0"/>
          <w:sz w:val="21"/>
        </w:rPr>
        <w:t>1+w-w²=-2w²。</w:t>
      </w:r>
    </w:p>
    <w:p>
      <w:pPr>
        <w:spacing w:before="0" w:after="80" w:line="300" w:lineRule="auto"/>
        <w:jc w:val="left"/>
      </w:pPr>
      <w:r>
        <w:rPr>
          <w:rFonts w:ascii="Times New Roman" w:hAnsi="Times New Roman" w:eastAsia="宋体"/>
          <w:b w:val="0"/>
          <w:i w:val="0"/>
          <w:sz w:val="21"/>
        </w:rPr>
        <w:t>两式之积为 4w³=4。</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w≠1 and w³=1, we have 1+w+w²=0. Thus</w:t>
      </w:r>
    </w:p>
    <w:p>
      <w:pPr>
        <w:spacing w:before="0" w:after="80" w:line="300" w:lineRule="auto"/>
        <w:jc w:val="left"/>
      </w:pPr>
      <w:r>
        <w:rPr>
          <w:rFonts w:ascii="Times New Roman" w:hAnsi="Times New Roman" w:eastAsia="宋体"/>
          <w:b w:val="0"/>
          <w:i w:val="0"/>
          <w:color w:val="333333"/>
          <w:sz w:val="19"/>
        </w:rPr>
        <w:t>1-w+w²=-2w,</w:t>
      </w:r>
    </w:p>
    <w:p>
      <w:pPr>
        <w:spacing w:before="0" w:after="80" w:line="300" w:lineRule="auto"/>
        <w:jc w:val="left"/>
      </w:pPr>
      <w:r>
        <w:rPr>
          <w:rFonts w:ascii="Times New Roman" w:hAnsi="Times New Roman" w:eastAsia="宋体"/>
          <w:b w:val="0"/>
          <w:i w:val="0"/>
          <w:color w:val="333333"/>
          <w:sz w:val="19"/>
        </w:rPr>
        <w:t>1+w-w²=-2w².</w:t>
      </w:r>
    </w:p>
    <w:p>
      <w:pPr>
        <w:spacing w:before="0" w:after="80" w:line="300" w:lineRule="auto"/>
        <w:jc w:val="left"/>
      </w:pPr>
      <w:r>
        <w:rPr>
          <w:rFonts w:ascii="Times New Roman" w:hAnsi="Times New Roman" w:eastAsia="宋体"/>
          <w:b w:val="0"/>
          <w:i w:val="0"/>
          <w:color w:val="333333"/>
          <w:sz w:val="19"/>
        </w:rPr>
        <w:t>Their product is 4w³=4.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队 A 在序列 BBB、ABBB、BABB 和 BBAB 中输掉系列赛。这些序列的总概率为</w:t>
      </w:r>
    </w:p>
    <w:p>
      <w:pPr>
        <w:spacing w:before="0" w:after="80" w:line="300" w:lineRule="auto"/>
        <w:jc w:val="left"/>
      </w:pPr>
      <w:r>
        <w:rPr>
          <w:rFonts w:ascii="Times New Roman" w:hAnsi="Times New Roman" w:eastAsia="宋体"/>
          <w:b w:val="0"/>
          <w:i w:val="0"/>
          <w:sz w:val="21"/>
        </w:rPr>
        <w:t>1/8+3(1/16)=5/16。</w:t>
      </w:r>
    </w:p>
    <w:p>
      <w:pPr>
        <w:spacing w:before="0" w:after="80" w:line="300" w:lineRule="auto"/>
        <w:jc w:val="left"/>
      </w:pPr>
      <w:r>
        <w:rPr>
          <w:rFonts w:ascii="Times New Roman" w:hAnsi="Times New Roman" w:eastAsia="宋体"/>
          <w:b w:val="0"/>
          <w:i w:val="0"/>
          <w:sz w:val="21"/>
        </w:rPr>
        <w:t>因此队 A 获胜的概率为 11/16，其有利赔率为 11:5。</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Team A loses in the sequences BBB, ABBB, BABB, and BBAB. Their total probability is</w:t>
      </w:r>
    </w:p>
    <w:p>
      <w:pPr>
        <w:spacing w:before="0" w:after="80" w:line="300" w:lineRule="auto"/>
        <w:jc w:val="left"/>
      </w:pPr>
      <w:r>
        <w:rPr>
          <w:rFonts w:ascii="Times New Roman" w:hAnsi="Times New Roman" w:eastAsia="宋体"/>
          <w:b w:val="0"/>
          <w:i w:val="0"/>
          <w:color w:val="333333"/>
          <w:sz w:val="19"/>
        </w:rPr>
        <w:t>1/8+3(1/16)=5/16.</w:t>
      </w:r>
    </w:p>
    <w:p>
      <w:pPr>
        <w:spacing w:before="0" w:after="80" w:line="300" w:lineRule="auto"/>
        <w:jc w:val="left"/>
      </w:pPr>
      <w:r>
        <w:rPr>
          <w:rFonts w:ascii="Times New Roman" w:hAnsi="Times New Roman" w:eastAsia="宋体"/>
          <w:b w:val="0"/>
          <w:i w:val="0"/>
          <w:color w:val="333333"/>
          <w:sz w:val="19"/>
        </w:rPr>
        <w:t>Thus Team A wins with probability 11/16, so the odds in its favor are 11:5.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前 n 行共有 1+2+⋯+n=(n(n+1))/2 项。边界上有 2n-1 个 1，所以其余项的个数为</w:t>
      </w:r>
    </w:p>
    <w:p>
      <w:pPr>
        <w:spacing w:before="0" w:after="80" w:line="300" w:lineRule="auto"/>
        <w:jc w:val="left"/>
      </w:pPr>
      <w:r>
        <w:rPr>
          <w:rFonts w:ascii="Times New Roman" w:hAnsi="Times New Roman" w:eastAsia="宋体"/>
          <w:b w:val="0"/>
          <w:i w:val="0"/>
          <w:sz w:val="21"/>
        </w:rPr>
        <w:t>(n(n+1))/2-(2n-1)</w:t>
      </w:r>
    </w:p>
    <w:p>
      <w:pPr>
        <w:spacing w:before="0" w:after="80" w:line="300" w:lineRule="auto"/>
        <w:jc w:val="left"/>
      </w:pPr>
      <w:r>
        <w:rPr>
          <w:rFonts w:ascii="Times New Roman" w:hAnsi="Times New Roman" w:eastAsia="宋体"/>
          <w:b w:val="0"/>
          <w:i w:val="0"/>
          <w:sz w:val="21"/>
        </w:rPr>
        <w:t>=n²+n-4n+2/2</w:t>
      </w:r>
    </w:p>
    <w:p>
      <w:pPr>
        <w:spacing w:before="0" w:after="80" w:line="300" w:lineRule="auto"/>
        <w:jc w:val="left"/>
      </w:pPr>
      <w:r>
        <w:rPr>
          <w:rFonts w:ascii="Times New Roman" w:hAnsi="Times New Roman" w:eastAsia="宋体"/>
          <w:b w:val="0"/>
          <w:i w:val="0"/>
          <w:sz w:val="21"/>
        </w:rPr>
        <w:t>=n²-3n+2/2。</w:t>
      </w:r>
    </w:p>
    <w:p>
      <w:pPr>
        <w:spacing w:before="0" w:after="80" w:line="300" w:lineRule="auto"/>
        <w:jc w:val="left"/>
      </w:pPr>
      <w:r>
        <w:rPr>
          <w:rFonts w:ascii="Times New Roman" w:hAnsi="Times New Roman" w:eastAsia="宋体"/>
          <w:b w:val="0"/>
          <w:i w:val="0"/>
          <w:sz w:val="21"/>
        </w:rPr>
        <w:t>除以 2n-1，得到 n²-3n+2/4n-2。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n rows contain 1+2+⋯+n=(n(n+1))/2 entries. There are 2n-1 boundary 1’s, so the number of other entries is</w:t>
      </w:r>
    </w:p>
    <w:p>
      <w:pPr>
        <w:spacing w:before="0" w:after="80" w:line="300" w:lineRule="auto"/>
        <w:jc w:val="left"/>
      </w:pPr>
      <w:r>
        <w:rPr>
          <w:rFonts w:ascii="Times New Roman" w:hAnsi="Times New Roman" w:eastAsia="宋体"/>
          <w:b w:val="0"/>
          <w:i w:val="0"/>
          <w:color w:val="333333"/>
          <w:sz w:val="19"/>
        </w:rPr>
        <w:t>(n(n+1))/2-(2n-1)</w:t>
      </w:r>
    </w:p>
    <w:p>
      <w:pPr>
        <w:spacing w:before="0" w:after="80" w:line="300" w:lineRule="auto"/>
        <w:jc w:val="left"/>
      </w:pPr>
      <w:r>
        <w:rPr>
          <w:rFonts w:ascii="Times New Roman" w:hAnsi="Times New Roman" w:eastAsia="宋体"/>
          <w:b w:val="0"/>
          <w:i w:val="0"/>
          <w:color w:val="333333"/>
          <w:sz w:val="19"/>
        </w:rPr>
        <w:t>=n²+n-4n+2/2</w:t>
      </w:r>
    </w:p>
    <w:p>
      <w:pPr>
        <w:spacing w:before="0" w:after="80" w:line="300" w:lineRule="auto"/>
        <w:jc w:val="left"/>
      </w:pPr>
      <w:r>
        <w:rPr>
          <w:rFonts w:ascii="Times New Roman" w:hAnsi="Times New Roman" w:eastAsia="宋体"/>
          <w:b w:val="0"/>
          <w:i w:val="0"/>
          <w:color w:val="333333"/>
          <w:sz w:val="19"/>
        </w:rPr>
        <w:t>=n²-3n+2/2.</w:t>
      </w:r>
    </w:p>
    <w:p>
      <w:pPr>
        <w:spacing w:before="0" w:after="80" w:line="300" w:lineRule="auto"/>
        <w:jc w:val="left"/>
      </w:pPr>
      <w:r>
        <w:rPr>
          <w:rFonts w:ascii="Times New Roman" w:hAnsi="Times New Roman" w:eastAsia="宋体"/>
          <w:b w:val="0"/>
          <w:i w:val="0"/>
          <w:color w:val="333333"/>
          <w:sz w:val="19"/>
        </w:rPr>
        <w:t>Dividing by 2n-1 gives n²-3n+2/4n-2.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设父亲和少年的年龄分别为 f 与 b。由于 f&gt; b，</w:t>
      </w:r>
    </w:p>
    <w:p>
      <w:pPr>
        <w:spacing w:before="0" w:after="80" w:line="300" w:lineRule="auto"/>
        <w:jc w:val="left"/>
      </w:pPr>
      <w:r>
        <w:rPr>
          <w:rFonts w:ascii="Times New Roman" w:hAnsi="Times New Roman" w:eastAsia="宋体"/>
          <w:b w:val="0"/>
          <w:i w:val="0"/>
          <w:sz w:val="21"/>
        </w:rPr>
        <w:t>100f+b-(f-b)=4289,</w:t>
      </w:r>
    </w:p>
    <w:p>
      <w:pPr>
        <w:spacing w:before="0" w:after="80" w:line="300" w:lineRule="auto"/>
        <w:jc w:val="left"/>
      </w:pPr>
      <w:r>
        <w:rPr>
          <w:rFonts w:ascii="Times New Roman" w:hAnsi="Times New Roman" w:eastAsia="宋体"/>
          <w:b w:val="0"/>
          <w:i w:val="0"/>
          <w:sz w:val="21"/>
        </w:rPr>
        <w:t>99f+2b=4289。</w:t>
      </w:r>
    </w:p>
    <w:p>
      <w:pPr>
        <w:spacing w:before="0" w:after="80" w:line="300" w:lineRule="auto"/>
        <w:jc w:val="left"/>
      </w:pPr>
      <w:r>
        <w:rPr>
          <w:rFonts w:ascii="Times New Roman" w:hAnsi="Times New Roman" w:eastAsia="宋体"/>
          <w:b w:val="0"/>
          <w:i w:val="0"/>
          <w:sz w:val="21"/>
        </w:rPr>
        <w:t>少年处于十几岁，所以 13≤ b≤19。模 9 化简得 2b≡5pmod9，因此 b=16。于是 f=4289-32/99=43，且 f+b=59。</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father and boy be f and b years old. Since f&gt; b,</w:t>
      </w:r>
    </w:p>
    <w:p>
      <w:pPr>
        <w:spacing w:before="0" w:after="80" w:line="300" w:lineRule="auto"/>
        <w:jc w:val="left"/>
      </w:pPr>
      <w:r>
        <w:rPr>
          <w:rFonts w:ascii="Times New Roman" w:hAnsi="Times New Roman" w:eastAsia="宋体"/>
          <w:b w:val="0"/>
          <w:i w:val="0"/>
          <w:color w:val="333333"/>
          <w:sz w:val="19"/>
        </w:rPr>
        <w:t>100f+b-(f-b)=4289,</w:t>
      </w:r>
    </w:p>
    <w:p>
      <w:pPr>
        <w:spacing w:before="0" w:after="80" w:line="300" w:lineRule="auto"/>
        <w:jc w:val="left"/>
      </w:pPr>
      <w:r>
        <w:rPr>
          <w:rFonts w:ascii="Times New Roman" w:hAnsi="Times New Roman" w:eastAsia="宋体"/>
          <w:b w:val="0"/>
          <w:i w:val="0"/>
          <w:color w:val="333333"/>
          <w:sz w:val="19"/>
        </w:rPr>
        <w:t>99f+2b=4289.</w:t>
      </w:r>
    </w:p>
    <w:p>
      <w:pPr>
        <w:spacing w:before="0" w:after="80" w:line="300" w:lineRule="auto"/>
        <w:jc w:val="left"/>
      </w:pPr>
      <w:r>
        <w:rPr>
          <w:rFonts w:ascii="Times New Roman" w:hAnsi="Times New Roman" w:eastAsia="宋体"/>
          <w:b w:val="0"/>
          <w:i w:val="0"/>
          <w:color w:val="333333"/>
          <w:sz w:val="19"/>
        </w:rPr>
        <w:t>The boy is a teenager, so 13≤ b≤19. Reducing modulo 9 gives 2b≡5pmod9, hence b=16. Then f=4289-32/99=43, and f+b=59.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使用质量点法。由于 AF:FC=1:2，给 A 与 C 分别赋质量 2 与 1，于是 F 处的质量为 3。因为 G 是 BF 的中点，所以 B 处的质量也为 3。因此</w:t>
      </w:r>
    </w:p>
    <w:p>
      <w:pPr>
        <w:spacing w:before="0" w:after="80" w:line="300" w:lineRule="auto"/>
        <w:jc w:val="left"/>
      </w:pPr>
      <w:r>
        <w:rPr>
          <w:rFonts w:ascii="Times New Roman" w:hAnsi="Times New Roman" w:eastAsia="宋体"/>
          <w:b w:val="0"/>
          <w:i w:val="0"/>
          <w:sz w:val="21"/>
        </w:rPr>
        <w:t>BE:EC=m_(C):m_(B)=1:3。</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mass points. Since AF:FC=1:2, assign masses 2 and 1 to A and C, so the mass at F is 3. Because G is the midpoint of BF, the mass at B is also 3. Therefore</w:t>
      </w:r>
    </w:p>
    <w:p>
      <w:pPr>
        <w:spacing w:before="0" w:after="80" w:line="300" w:lineRule="auto"/>
        <w:jc w:val="left"/>
      </w:pPr>
      <w:r>
        <w:rPr>
          <w:rFonts w:ascii="Times New Roman" w:hAnsi="Times New Roman" w:eastAsia="宋体"/>
          <w:b w:val="0"/>
          <w:i w:val="0"/>
          <w:color w:val="333333"/>
          <w:sz w:val="19"/>
        </w:rPr>
        <w:t>BE:EC=m_(C):m_(B)=1:3.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设三种筹码的数量分别为 r,w,b。条件给出</w:t>
      </w:r>
    </w:p>
    <w:p>
      <w:pPr>
        <w:spacing w:before="0" w:after="80" w:line="300" w:lineRule="auto"/>
        <w:jc w:val="left"/>
      </w:pPr>
      <w:r>
        <w:rPr>
          <w:rFonts w:ascii="Times New Roman" w:hAnsi="Times New Roman" w:eastAsia="宋体"/>
          <w:b w:val="0"/>
          <w:i w:val="0"/>
          <w:sz w:val="21"/>
        </w:rPr>
        <w:t>w≤2b,</w:t>
      </w:r>
    </w:p>
    <w:p>
      <w:pPr>
        <w:spacing w:before="0" w:after="80" w:line="300" w:lineRule="auto"/>
        <w:jc w:val="left"/>
      </w:pPr>
      <w:r>
        <w:rPr>
          <w:rFonts w:ascii="Times New Roman" w:hAnsi="Times New Roman" w:eastAsia="宋体"/>
          <w:b w:val="0"/>
          <w:i w:val="0"/>
          <w:sz w:val="21"/>
        </w:rPr>
        <w:t>r≥3b,</w:t>
      </w:r>
    </w:p>
    <w:p>
      <w:pPr>
        <w:spacing w:before="0" w:after="80" w:line="300" w:lineRule="auto"/>
        <w:jc w:val="left"/>
      </w:pPr>
      <w:r>
        <w:rPr>
          <w:rFonts w:ascii="Times New Roman" w:hAnsi="Times New Roman" w:eastAsia="宋体"/>
          <w:b w:val="0"/>
          <w:i w:val="0"/>
          <w:sz w:val="21"/>
        </w:rPr>
        <w:t>w+b≥55。</w:t>
      </w:r>
    </w:p>
    <w:p>
      <w:pPr>
        <w:spacing w:before="0" w:after="80" w:line="300" w:lineRule="auto"/>
        <w:jc w:val="left"/>
      </w:pPr>
      <w:r>
        <w:rPr>
          <w:rFonts w:ascii="Times New Roman" w:hAnsi="Times New Roman" w:eastAsia="宋体"/>
          <w:b w:val="0"/>
          <w:i w:val="0"/>
          <w:sz w:val="21"/>
        </w:rPr>
        <w:t>因此 3b≥ w+b≥55，所以 b≥19，且 r≥57。取 (w,b,r)=(36,19,57) 时可以达到等号，因此最小值为 57。</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counts be r,w,b. The conditions give</w:t>
      </w:r>
    </w:p>
    <w:p>
      <w:pPr>
        <w:spacing w:before="0" w:after="80" w:line="300" w:lineRule="auto"/>
        <w:jc w:val="left"/>
      </w:pPr>
      <w:r>
        <w:rPr>
          <w:rFonts w:ascii="Times New Roman" w:hAnsi="Times New Roman" w:eastAsia="宋体"/>
          <w:b w:val="0"/>
          <w:i w:val="0"/>
          <w:color w:val="333333"/>
          <w:sz w:val="19"/>
        </w:rPr>
        <w:t>w≤2b,</w:t>
      </w:r>
    </w:p>
    <w:p>
      <w:pPr>
        <w:spacing w:before="0" w:after="80" w:line="300" w:lineRule="auto"/>
        <w:jc w:val="left"/>
      </w:pPr>
      <w:r>
        <w:rPr>
          <w:rFonts w:ascii="Times New Roman" w:hAnsi="Times New Roman" w:eastAsia="宋体"/>
          <w:b w:val="0"/>
          <w:i w:val="0"/>
          <w:color w:val="333333"/>
          <w:sz w:val="19"/>
        </w:rPr>
        <w:t>r≥3b,</w:t>
      </w:r>
    </w:p>
    <w:p>
      <w:pPr>
        <w:spacing w:before="0" w:after="80" w:line="300" w:lineRule="auto"/>
        <w:jc w:val="left"/>
      </w:pPr>
      <w:r>
        <w:rPr>
          <w:rFonts w:ascii="Times New Roman" w:hAnsi="Times New Roman" w:eastAsia="宋体"/>
          <w:b w:val="0"/>
          <w:i w:val="0"/>
          <w:color w:val="333333"/>
          <w:sz w:val="19"/>
        </w:rPr>
        <w:t>w+b≥55.</w:t>
      </w:r>
    </w:p>
    <w:p>
      <w:pPr>
        <w:spacing w:before="0" w:after="80" w:line="300" w:lineRule="auto"/>
        <w:jc w:val="left"/>
      </w:pPr>
      <w:r>
        <w:rPr>
          <w:rFonts w:ascii="Times New Roman" w:hAnsi="Times New Roman" w:eastAsia="宋体"/>
          <w:b w:val="0"/>
          <w:i w:val="0"/>
          <w:color w:val="333333"/>
          <w:sz w:val="19"/>
        </w:rPr>
        <w:t>Hence 3b≥ w+b≥55, so b≥19 and r≥57. Equality is possible with (w,b,r)=(36,19,57), so the minimum is 57.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设总面积为 K。最下面条带上方的三角形与原三角形相似，线性比例为 9/10，所以其面积为 81K/100。因此最大条带的面积为</w:t>
      </w:r>
    </w:p>
    <w:p>
      <w:pPr>
        <w:spacing w:before="0" w:after="80" w:line="300" w:lineRule="auto"/>
        <w:jc w:val="left"/>
      </w:pPr>
      <w:r>
        <w:rPr>
          <w:rFonts w:ascii="Times New Roman" w:hAnsi="Times New Roman" w:eastAsia="宋体"/>
          <w:b w:val="0"/>
          <w:i w:val="0"/>
          <w:sz w:val="21"/>
        </w:rPr>
        <w:t>K-81K/100=19K/100=38，</w:t>
      </w:r>
    </w:p>
    <w:p>
      <w:pPr>
        <w:spacing w:before="0" w:after="80" w:line="300" w:lineRule="auto"/>
        <w:jc w:val="left"/>
      </w:pPr>
      <w:r>
        <w:rPr>
          <w:rFonts w:ascii="Times New Roman" w:hAnsi="Times New Roman" w:eastAsia="宋体"/>
          <w:b w:val="0"/>
          <w:i w:val="0"/>
          <w:sz w:val="21"/>
        </w:rPr>
        <w:t>从而 K=200。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whole area is K, the triangle above the bottom strip is similar to the original with scale 9/10, so its area is 81K/100. Thus the largest strip has area</w:t>
      </w:r>
    </w:p>
    <w:p>
      <w:pPr>
        <w:spacing w:before="0" w:after="80" w:line="300" w:lineRule="auto"/>
        <w:jc w:val="left"/>
      </w:pPr>
      <w:r>
        <w:rPr>
          <w:rFonts w:ascii="Times New Roman" w:hAnsi="Times New Roman" w:eastAsia="宋体"/>
          <w:b w:val="0"/>
          <w:i w:val="0"/>
          <w:color w:val="333333"/>
          <w:sz w:val="19"/>
        </w:rPr>
        <w:t>K-81K/100=19K/100=38,</w:t>
      </w:r>
    </w:p>
    <w:p>
      <w:pPr>
        <w:spacing w:before="0" w:after="80" w:line="300" w:lineRule="auto"/>
        <w:jc w:val="left"/>
      </w:pPr>
      <w:r>
        <w:rPr>
          <w:rFonts w:ascii="Times New Roman" w:hAnsi="Times New Roman" w:eastAsia="宋体"/>
          <w:b w:val="0"/>
          <w:i w:val="0"/>
          <w:color w:val="333333"/>
          <w:sz w:val="19"/>
        </w:rPr>
        <w:t>giving K=200.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该乘积为</w:t>
      </w:r>
    </w:p>
    <w:p>
      <w:pPr>
        <w:spacing w:before="0" w:after="80" w:line="300" w:lineRule="auto"/>
        <w:jc w:val="left"/>
      </w:pPr>
      <w:r>
        <w:rPr>
          <w:rFonts w:ascii="Times New Roman" w:hAnsi="Times New Roman" w:eastAsia="宋体"/>
          <w:b w:val="0"/>
          <w:i w:val="0"/>
          <w:sz w:val="21"/>
        </w:rPr>
        <w:t>10^((1+2+⋯+n)/11)=10^((n(n+1))/22)。</w:t>
      </w:r>
    </w:p>
    <w:p>
      <w:pPr>
        <w:spacing w:before="0" w:after="80" w:line="300" w:lineRule="auto"/>
        <w:jc w:val="left"/>
      </w:pPr>
      <w:r>
        <w:rPr>
          <w:rFonts w:ascii="Times New Roman" w:hAnsi="Times New Roman" w:eastAsia="宋体"/>
          <w:b w:val="0"/>
          <w:i w:val="0"/>
          <w:sz w:val="21"/>
        </w:rPr>
        <w:t>它大于 100,000=10⁵ 当且仅当 n(n+1)&gt;110。当 n=10 时恰好相等，而 n=11 时满足条件。</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w:t>
      </w:r>
    </w:p>
    <w:p>
      <w:pPr>
        <w:spacing w:before="0" w:after="80" w:line="300" w:lineRule="auto"/>
        <w:jc w:val="left"/>
      </w:pPr>
      <w:r>
        <w:rPr>
          <w:rFonts w:ascii="Times New Roman" w:hAnsi="Times New Roman" w:eastAsia="宋体"/>
          <w:b w:val="0"/>
          <w:i w:val="0"/>
          <w:color w:val="333333"/>
          <w:sz w:val="19"/>
        </w:rPr>
        <w:t>10^((1+2+⋯+n)/11)=10^((n(n+1))/22).</w:t>
      </w:r>
    </w:p>
    <w:p>
      <w:pPr>
        <w:spacing w:before="0" w:after="80" w:line="300" w:lineRule="auto"/>
        <w:jc w:val="left"/>
      </w:pPr>
      <w:r>
        <w:rPr>
          <w:rFonts w:ascii="Times New Roman" w:hAnsi="Times New Roman" w:eastAsia="宋体"/>
          <w:b w:val="0"/>
          <w:i w:val="0"/>
          <w:color w:val="333333"/>
          <w:sz w:val="19"/>
        </w:rPr>
        <w:t>It exceeds 100,000=10⁵ exactly when n(n+1)&gt;110. For n=10 there is equality, while n=11 works.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该变换可逆。由 f₃₅=f₅，与 f₅⁻¹ 复合可知 f₃₀ 是恒等变换。由 y=2x-1/x+1 解出 x，得</w:t>
      </w:r>
    </w:p>
    <w:p>
      <w:pPr>
        <w:spacing w:before="0" w:after="80" w:line="300" w:lineRule="auto"/>
        <w:jc w:val="left"/>
      </w:pPr>
      <w:r>
        <w:rPr>
          <w:rFonts w:ascii="Times New Roman" w:hAnsi="Times New Roman" w:eastAsia="宋体"/>
          <w:b w:val="0"/>
          <w:i w:val="0"/>
          <w:sz w:val="21"/>
        </w:rPr>
        <w:t>g(y)=f₁⁻¹(y)=y+1/2-y。</w:t>
      </w:r>
    </w:p>
    <w:p>
      <w:pPr>
        <w:spacing w:before="0" w:after="80" w:line="300" w:lineRule="auto"/>
        <w:jc w:val="left"/>
      </w:pPr>
      <w:r>
        <w:rPr>
          <w:rFonts w:ascii="Times New Roman" w:hAnsi="Times New Roman" w:eastAsia="宋体"/>
          <w:b w:val="0"/>
          <w:i w:val="0"/>
          <w:sz w:val="21"/>
        </w:rPr>
        <w:t>由于迭代的周期为 30，f₂₈=f₋₂=g²。直接复合得到</w:t>
      </w:r>
    </w:p>
    <w:p>
      <w:pPr>
        <w:spacing w:before="0" w:after="80" w:line="300" w:lineRule="auto"/>
        <w:jc w:val="left"/>
      </w:pPr>
      <w:r>
        <w:rPr>
          <w:rFonts w:ascii="Times New Roman" w:hAnsi="Times New Roman" w:eastAsia="宋体"/>
          <w:b w:val="0"/>
          <w:i w:val="0"/>
          <w:sz w:val="21"/>
        </w:rPr>
        <w:t>g(g(x))=1/1-x。</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transformation is invertible. From f₃₅=f₅, composing with f₅⁻¹ shows that f₃₀ is the identity. Solving y=2x-1/x+1 for x gives</w:t>
      </w:r>
    </w:p>
    <w:p>
      <w:pPr>
        <w:spacing w:before="0" w:after="80" w:line="300" w:lineRule="auto"/>
        <w:jc w:val="left"/>
      </w:pPr>
      <w:r>
        <w:rPr>
          <w:rFonts w:ascii="Times New Roman" w:hAnsi="Times New Roman" w:eastAsia="宋体"/>
          <w:b w:val="0"/>
          <w:i w:val="0"/>
          <w:color w:val="333333"/>
          <w:sz w:val="19"/>
        </w:rPr>
        <w:t>g(y)=f₁⁻¹(y)=y+1/2-y.</w:t>
      </w:r>
    </w:p>
    <w:p>
      <w:pPr>
        <w:spacing w:before="0" w:after="80" w:line="300" w:lineRule="auto"/>
        <w:jc w:val="left"/>
      </w:pPr>
      <w:r>
        <w:rPr>
          <w:rFonts w:ascii="Times New Roman" w:hAnsi="Times New Roman" w:eastAsia="宋体"/>
          <w:b w:val="0"/>
          <w:i w:val="0"/>
          <w:color w:val="333333"/>
          <w:sz w:val="19"/>
        </w:rPr>
        <w:t>Since iterates have period 30, f₂₈=f₋₂=g². Direct composition gives</w:t>
      </w:r>
    </w:p>
    <w:p>
      <w:pPr>
        <w:spacing w:before="0" w:after="80" w:line="300" w:lineRule="auto"/>
        <w:jc w:val="left"/>
      </w:pPr>
      <w:r>
        <w:rPr>
          <w:rFonts w:ascii="Times New Roman" w:hAnsi="Times New Roman" w:eastAsia="宋体"/>
          <w:b w:val="0"/>
          <w:i w:val="0"/>
          <w:color w:val="333333"/>
          <w:sz w:val="19"/>
        </w:rPr>
        <w:t>g(g(x))=1/1-x.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A</w:t>
      </w:r>
    </w:p>
    <w:p>
      <w:pPr>
        <w:spacing w:before="0" w:after="80" w:line="300" w:lineRule="auto"/>
        <w:jc w:val="left"/>
      </w:pPr>
      <w:r>
        <w:rPr>
          <w:rFonts w:ascii="Times New Roman" w:hAnsi="Times New Roman" w:eastAsia="宋体"/>
          <w:b w:val="0"/>
          <w:i w:val="0"/>
          <w:sz w:val="21"/>
        </w:rPr>
        <w:t>该圆的半径为 2。设等弦 AB 与 BC 所对的圆心角都为 2t。则</w:t>
      </w:r>
    </w:p>
    <w:p>
      <w:pPr>
        <w:spacing w:before="0" w:after="80" w:line="300" w:lineRule="auto"/>
        <w:jc w:val="left"/>
      </w:pPr>
      <w:r>
        <w:rPr>
          <w:rFonts w:ascii="Times New Roman" w:hAnsi="Times New Roman" w:eastAsia="宋体"/>
          <w:b w:val="0"/>
          <w:i w:val="0"/>
          <w:sz w:val="21"/>
        </w:rPr>
        <w:t>1=4sin t，</w:t>
      </w:r>
    </w:p>
    <w:p>
      <w:pPr>
        <w:spacing w:before="0" w:after="80" w:line="300" w:lineRule="auto"/>
        <w:jc w:val="left"/>
      </w:pPr>
      <w:r>
        <w:rPr>
          <w:rFonts w:ascii="Times New Roman" w:hAnsi="Times New Roman" w:eastAsia="宋体"/>
          <w:b w:val="0"/>
          <w:i w:val="0"/>
          <w:sz w:val="21"/>
        </w:rPr>
        <w:t>所以 sin t=1/4。沿半圆从 C 到 D 的剩余圆心角为 π-4t，故</w:t>
      </w:r>
    </w:p>
    <w:p>
      <w:pPr>
        <w:spacing w:before="0" w:after="80" w:line="300" w:lineRule="auto"/>
        <w:jc w:val="left"/>
      </w:pPr>
      <w:r>
        <w:rPr>
          <w:rFonts w:ascii="Times New Roman" w:hAnsi="Times New Roman" w:eastAsia="宋体"/>
          <w:b w:val="0"/>
          <w:i w:val="0"/>
          <w:sz w:val="21"/>
        </w:rPr>
        <w:t>CD=4sin(π-4t/2)</w:t>
      </w:r>
    </w:p>
    <w:p>
      <w:pPr>
        <w:spacing w:before="0" w:after="80" w:line="300" w:lineRule="auto"/>
        <w:jc w:val="left"/>
      </w:pPr>
      <w:r>
        <w:rPr>
          <w:rFonts w:ascii="Times New Roman" w:hAnsi="Times New Roman" w:eastAsia="宋体"/>
          <w:b w:val="0"/>
          <w:i w:val="0"/>
          <w:sz w:val="21"/>
        </w:rPr>
        <w:t>=4cos(2t)</w:t>
      </w:r>
    </w:p>
    <w:p>
      <w:pPr>
        <w:spacing w:before="0" w:after="80" w:line="300" w:lineRule="auto"/>
        <w:jc w:val="left"/>
      </w:pPr>
      <w:r>
        <w:rPr>
          <w:rFonts w:ascii="Times New Roman" w:hAnsi="Times New Roman" w:eastAsia="宋体"/>
          <w:b w:val="0"/>
          <w:i w:val="0"/>
          <w:sz w:val="21"/>
        </w:rPr>
        <w:t>=4(1-2·1/16)</w:t>
      </w:r>
    </w:p>
    <w:p>
      <w:pPr>
        <w:spacing w:before="0" w:after="80" w:line="300" w:lineRule="auto"/>
        <w:jc w:val="left"/>
      </w:pPr>
      <w:r>
        <w:rPr>
          <w:rFonts w:ascii="Times New Roman" w:hAnsi="Times New Roman" w:eastAsia="宋体"/>
          <w:b w:val="0"/>
          <w:i w:val="0"/>
          <w:sz w:val="21"/>
        </w:rPr>
        <w:t>=7/2。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has radius 2. Let the central angles subtending the equal chords AB and BC each be 2t. Then</w:t>
      </w:r>
    </w:p>
    <w:p>
      <w:pPr>
        <w:spacing w:before="0" w:after="80" w:line="300" w:lineRule="auto"/>
        <w:jc w:val="left"/>
      </w:pPr>
      <w:r>
        <w:rPr>
          <w:rFonts w:ascii="Times New Roman" w:hAnsi="Times New Roman" w:eastAsia="宋体"/>
          <w:b w:val="0"/>
          <w:i w:val="0"/>
          <w:color w:val="333333"/>
          <w:sz w:val="19"/>
        </w:rPr>
        <w:t>1=4sin t,</w:t>
      </w:r>
    </w:p>
    <w:p>
      <w:pPr>
        <w:spacing w:before="0" w:after="80" w:line="300" w:lineRule="auto"/>
        <w:jc w:val="left"/>
      </w:pPr>
      <w:r>
        <w:rPr>
          <w:rFonts w:ascii="Times New Roman" w:hAnsi="Times New Roman" w:eastAsia="宋体"/>
          <w:b w:val="0"/>
          <w:i w:val="0"/>
          <w:color w:val="333333"/>
          <w:sz w:val="19"/>
        </w:rPr>
        <w:t>so sin t=1/4. The remaining central angle from C to D along the semicircle is π-4t, hence</w:t>
      </w:r>
    </w:p>
    <w:p>
      <w:pPr>
        <w:spacing w:before="0" w:after="80" w:line="300" w:lineRule="auto"/>
        <w:jc w:val="left"/>
      </w:pPr>
      <w:r>
        <w:rPr>
          <w:rFonts w:ascii="Times New Roman" w:hAnsi="Times New Roman" w:eastAsia="宋体"/>
          <w:b w:val="0"/>
          <w:i w:val="0"/>
          <w:color w:val="333333"/>
          <w:sz w:val="19"/>
        </w:rPr>
        <w:t>CD=4sin(π-4t/2)</w:t>
      </w:r>
    </w:p>
    <w:p>
      <w:pPr>
        <w:spacing w:before="0" w:after="80" w:line="300" w:lineRule="auto"/>
        <w:jc w:val="left"/>
      </w:pPr>
      <w:r>
        <w:rPr>
          <w:rFonts w:ascii="Times New Roman" w:hAnsi="Times New Roman" w:eastAsia="宋体"/>
          <w:b w:val="0"/>
          <w:i w:val="0"/>
          <w:color w:val="333333"/>
          <w:sz w:val="19"/>
        </w:rPr>
        <w:t>=4cos(2t)</w:t>
      </w:r>
    </w:p>
    <w:p>
      <w:pPr>
        <w:spacing w:before="0" w:after="80" w:line="300" w:lineRule="auto"/>
        <w:jc w:val="left"/>
      </w:pPr>
      <w:r>
        <w:rPr>
          <w:rFonts w:ascii="Times New Roman" w:hAnsi="Times New Roman" w:eastAsia="宋体"/>
          <w:b w:val="0"/>
          <w:i w:val="0"/>
          <w:color w:val="333333"/>
          <w:sz w:val="19"/>
        </w:rPr>
        <w:t>=4(1-2·1/16)</w:t>
      </w:r>
    </w:p>
    <w:p>
      <w:pPr>
        <w:spacing w:before="0" w:after="80" w:line="300" w:lineRule="auto"/>
        <w:jc w:val="left"/>
      </w:pPr>
      <w:r>
        <w:rPr>
          <w:rFonts w:ascii="Times New Roman" w:hAnsi="Times New Roman" w:eastAsia="宋体"/>
          <w:b w:val="0"/>
          <w:i w:val="0"/>
          <w:color w:val="333333"/>
          <w:sz w:val="19"/>
        </w:rPr>
        <w:t>=7/2.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A</w:t>
      </w:r>
    </w:p>
    <w:p>
      <w:pPr>
        <w:spacing w:before="0" w:after="80" w:line="300" w:lineRule="auto"/>
        <w:jc w:val="left"/>
      </w:pPr>
      <w:r>
        <w:rPr>
          <w:rFonts w:ascii="Times New Roman" w:hAnsi="Times New Roman" w:eastAsia="宋体"/>
          <w:b w:val="0"/>
          <w:i w:val="0"/>
          <w:sz w:val="21"/>
        </w:rPr>
        <w:t>令 x=2^(-1/32)。则</w:t>
      </w:r>
    </w:p>
    <w:p>
      <w:pPr>
        <w:spacing w:before="0" w:after="80" w:line="300" w:lineRule="auto"/>
        <w:jc w:val="left"/>
      </w:pPr>
      <w:r>
        <w:rPr>
          <w:rFonts w:ascii="Times New Roman" w:hAnsi="Times New Roman" w:eastAsia="宋体"/>
          <w:b w:val="0"/>
          <w:i w:val="0"/>
          <w:sz w:val="21"/>
        </w:rPr>
        <w:t>(1-x)s=1-x³²</w:t>
      </w:r>
    </w:p>
    <w:p>
      <w:pPr>
        <w:spacing w:before="0" w:after="80" w:line="300" w:lineRule="auto"/>
        <w:jc w:val="left"/>
      </w:pPr>
      <w:r>
        <w:rPr>
          <w:rFonts w:ascii="Times New Roman" w:hAnsi="Times New Roman" w:eastAsia="宋体"/>
          <w:b w:val="0"/>
          <w:i w:val="0"/>
          <w:sz w:val="21"/>
        </w:rPr>
        <w:t>=1-1/2=1/2。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s=1/2(1-2^(-1/32))⁻¹。</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x=2^(-1/32). Then</w:t>
      </w:r>
    </w:p>
    <w:p>
      <w:pPr>
        <w:spacing w:before="0" w:after="80" w:line="300" w:lineRule="auto"/>
        <w:jc w:val="left"/>
      </w:pPr>
      <w:r>
        <w:rPr>
          <w:rFonts w:ascii="Times New Roman" w:hAnsi="Times New Roman" w:eastAsia="宋体"/>
          <w:b w:val="0"/>
          <w:i w:val="0"/>
          <w:color w:val="333333"/>
          <w:sz w:val="19"/>
        </w:rPr>
        <w:t>(1-x)s=1-x³²</w:t>
      </w:r>
    </w:p>
    <w:p>
      <w:pPr>
        <w:spacing w:before="0" w:after="80" w:line="300" w:lineRule="auto"/>
        <w:jc w:val="left"/>
      </w:pPr>
      <w:r>
        <w:rPr>
          <w:rFonts w:ascii="Times New Roman" w:hAnsi="Times New Roman" w:eastAsia="宋体"/>
          <w:b w:val="0"/>
          <w:i w:val="0"/>
          <w:color w:val="333333"/>
          <w:sz w:val="19"/>
        </w:rPr>
        <w:t>=1-1/2=1/2.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s=1/2(1-2^(-1/32))⁻¹.</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把这些项写成 a,ar,…,arⁿ⁻¹。将倒数之和反向排列可得</w:t>
      </w:r>
    </w:p>
    <w:p>
      <w:pPr>
        <w:spacing w:before="0" w:after="80" w:line="300" w:lineRule="auto"/>
        <w:jc w:val="left"/>
      </w:pPr>
      <w:r>
        <w:rPr>
          <w:rFonts w:ascii="Times New Roman" w:hAnsi="Times New Roman" w:eastAsia="宋体"/>
          <w:b w:val="0"/>
          <w:i w:val="0"/>
          <w:sz w:val="21"/>
        </w:rPr>
        <w:t>S'=S/(a²rⁿ⁻¹)，</w:t>
      </w:r>
    </w:p>
    <w:p>
      <w:pPr>
        <w:spacing w:before="0" w:after="80" w:line="300" w:lineRule="auto"/>
        <w:jc w:val="left"/>
      </w:pPr>
      <w:r>
        <w:rPr>
          <w:rFonts w:ascii="Times New Roman" w:hAnsi="Times New Roman" w:eastAsia="宋体"/>
          <w:b w:val="0"/>
          <w:i w:val="0"/>
          <w:sz w:val="21"/>
        </w:rPr>
        <w:t>所以 S/(S')=a²rⁿ⁻¹。另一方面，</w:t>
      </w:r>
    </w:p>
    <w:p>
      <w:pPr>
        <w:spacing w:before="0" w:after="80" w:line="300" w:lineRule="auto"/>
        <w:jc w:val="left"/>
      </w:pPr>
      <w:r>
        <w:rPr>
          <w:rFonts w:ascii="Times New Roman" w:hAnsi="Times New Roman" w:eastAsia="宋体"/>
          <w:b w:val="0"/>
          <w:i w:val="0"/>
          <w:sz w:val="21"/>
        </w:rPr>
        <w:t>P=aⁿr^((n(n-1))/2)</w:t>
      </w:r>
    </w:p>
    <w:p>
      <w:pPr>
        <w:spacing w:before="0" w:after="80" w:line="300" w:lineRule="auto"/>
        <w:jc w:val="left"/>
      </w:pPr>
      <w:r>
        <w:rPr>
          <w:rFonts w:ascii="Times New Roman" w:hAnsi="Times New Roman" w:eastAsia="宋体"/>
          <w:b w:val="0"/>
          <w:i w:val="0"/>
          <w:sz w:val="21"/>
        </w:rPr>
        <w:t>=(a²rⁿ⁻¹)^(n/2)</w:t>
      </w:r>
    </w:p>
    <w:p>
      <w:pPr>
        <w:spacing w:before="0" w:after="80" w:line="300" w:lineRule="auto"/>
        <w:jc w:val="left"/>
      </w:pPr>
      <w:r>
        <w:rPr>
          <w:rFonts w:ascii="Times New Roman" w:hAnsi="Times New Roman" w:eastAsia="宋体"/>
          <w:b w:val="0"/>
          <w:i w:val="0"/>
          <w:sz w:val="21"/>
        </w:rPr>
        <w:t>=(S/(S'))^(n/2)。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terms as a,ar,…,arⁿ⁻¹. Reversing the reciprocal sum gives</w:t>
      </w:r>
    </w:p>
    <w:p>
      <w:pPr>
        <w:spacing w:before="0" w:after="80" w:line="300" w:lineRule="auto"/>
        <w:jc w:val="left"/>
      </w:pPr>
      <w:r>
        <w:rPr>
          <w:rFonts w:ascii="Times New Roman" w:hAnsi="Times New Roman" w:eastAsia="宋体"/>
          <w:b w:val="0"/>
          <w:i w:val="0"/>
          <w:color w:val="333333"/>
          <w:sz w:val="19"/>
        </w:rPr>
        <w:t>S'=S/(a²rⁿ⁻¹),</w:t>
      </w:r>
    </w:p>
    <w:p>
      <w:pPr>
        <w:spacing w:before="0" w:after="80" w:line="300" w:lineRule="auto"/>
        <w:jc w:val="left"/>
      </w:pPr>
      <w:r>
        <w:rPr>
          <w:rFonts w:ascii="Times New Roman" w:hAnsi="Times New Roman" w:eastAsia="宋体"/>
          <w:b w:val="0"/>
          <w:i w:val="0"/>
          <w:color w:val="333333"/>
          <w:sz w:val="19"/>
        </w:rPr>
        <w:t>so S/(S')=a²rⁿ⁻¹. Meanwhile</w:t>
      </w:r>
    </w:p>
    <w:p>
      <w:pPr>
        <w:spacing w:before="0" w:after="80" w:line="300" w:lineRule="auto"/>
        <w:jc w:val="left"/>
      </w:pPr>
      <w:r>
        <w:rPr>
          <w:rFonts w:ascii="Times New Roman" w:hAnsi="Times New Roman" w:eastAsia="宋体"/>
          <w:b w:val="0"/>
          <w:i w:val="0"/>
          <w:color w:val="333333"/>
          <w:sz w:val="19"/>
        </w:rPr>
        <w:t>P=aⁿr^((n(n-1))/2)</w:t>
      </w:r>
    </w:p>
    <w:p>
      <w:pPr>
        <w:spacing w:before="0" w:after="80" w:line="300" w:lineRule="auto"/>
        <w:jc w:val="left"/>
      </w:pPr>
      <w:r>
        <w:rPr>
          <w:rFonts w:ascii="Times New Roman" w:hAnsi="Times New Roman" w:eastAsia="宋体"/>
          <w:b w:val="0"/>
          <w:i w:val="0"/>
          <w:color w:val="333333"/>
          <w:sz w:val="19"/>
        </w:rPr>
        <w:t>=(a²rⁿ⁻¹)^(n/2)</w:t>
      </w:r>
    </w:p>
    <w:p>
      <w:pPr>
        <w:spacing w:before="0" w:after="80" w:line="300" w:lineRule="auto"/>
        <w:jc w:val="left"/>
      </w:pPr>
      <w:r>
        <w:rPr>
          <w:rFonts w:ascii="Times New Roman" w:hAnsi="Times New Roman" w:eastAsia="宋体"/>
          <w:b w:val="0"/>
          <w:i w:val="0"/>
          <w:color w:val="333333"/>
          <w:sz w:val="19"/>
        </w:rPr>
        <w:t>=(S/(S'))^(n/2).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正常情况下，相邻两次指针重合的实际间隔为 720/11 分钟，而这只慢钟在两次重合之间显示经过 69 分钟。因此，慢钟显示 12 小时时，实际经过 759 分钟，因为</w:t>
      </w:r>
    </w:p>
    <w:p>
      <w:pPr>
        <w:spacing w:before="0" w:after="80" w:line="300" w:lineRule="auto"/>
        <w:jc w:val="left"/>
      </w:pPr>
      <w:r>
        <w:rPr>
          <w:rFonts w:ascii="Times New Roman" w:hAnsi="Times New Roman" w:eastAsia="宋体"/>
          <w:b w:val="0"/>
          <w:i w:val="0"/>
          <w:sz w:val="21"/>
        </w:rPr>
        <w:t>11·69=759=12·60+39。</w:t>
      </w:r>
    </w:p>
    <w:p>
      <w:pPr>
        <w:spacing w:before="0" w:after="80" w:line="300" w:lineRule="auto"/>
        <w:jc w:val="left"/>
      </w:pPr>
      <w:r>
        <w:rPr>
          <w:rFonts w:ascii="Times New Roman" w:hAnsi="Times New Roman" w:eastAsia="宋体"/>
          <w:b w:val="0"/>
          <w:i w:val="0"/>
          <w:sz w:val="21"/>
        </w:rPr>
        <w:t>所以慢钟显示的八小时实际耗时 8 小时 26 分钟，加班时间为 26 分钟。按每小时 $6 计算，加班工资为 $2.60。</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Successive hand-overlaps are 720/11 real minutes apart, while this slow clock displays 69 minutes between them. Thus 12 displayed hours correspond to 759 real minutes, since</w:t>
      </w:r>
    </w:p>
    <w:p>
      <w:pPr>
        <w:spacing w:before="0" w:after="80" w:line="300" w:lineRule="auto"/>
        <w:jc w:val="left"/>
      </w:pPr>
      <w:r>
        <w:rPr>
          <w:rFonts w:ascii="Times New Roman" w:hAnsi="Times New Roman" w:eastAsia="宋体"/>
          <w:b w:val="0"/>
          <w:i w:val="0"/>
          <w:color w:val="333333"/>
          <w:sz w:val="19"/>
        </w:rPr>
        <w:t>11·69=759=12·60+39.</w:t>
      </w:r>
    </w:p>
    <w:p>
      <w:pPr>
        <w:spacing w:before="0" w:after="80" w:line="300" w:lineRule="auto"/>
        <w:jc w:val="left"/>
      </w:pPr>
      <w:r>
        <w:rPr>
          <w:rFonts w:ascii="Times New Roman" w:hAnsi="Times New Roman" w:eastAsia="宋体"/>
          <w:b w:val="0"/>
          <w:i w:val="0"/>
          <w:color w:val="333333"/>
          <w:sz w:val="19"/>
        </w:rPr>
        <w:t>Eight displayed hours therefore take 8 hours 26 minutes, so the overtime is 26 minutes. At $6 per hour, that pays $2.60.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C</w:t>
      </w:r>
    </w:p>
    <w:p>
      <w:pPr>
        <w:spacing w:before="0" w:after="80" w:line="300" w:lineRule="auto"/>
        <w:jc w:val="left"/>
      </w:pPr>
      <w:r>
        <w:rPr>
          <w:rFonts w:ascii="Times New Roman" w:hAnsi="Times New Roman" w:eastAsia="宋体"/>
          <w:b w:val="0"/>
          <w:i w:val="0"/>
          <w:sz w:val="21"/>
        </w:rPr>
        <w:t>设相邻两圆半径为 r&gt; r'，则它们的圆心位于角平分线上，距顶点分别为 r√(2) 和 r'√(2)。外切条件给出</w:t>
      </w:r>
    </w:p>
    <w:p>
      <w:pPr>
        <w:spacing w:before="0" w:after="80" w:line="300" w:lineRule="auto"/>
        <w:jc w:val="left"/>
      </w:pPr>
      <w:r>
        <w:rPr>
          <w:rFonts w:ascii="Times New Roman" w:hAnsi="Times New Roman" w:eastAsia="宋体"/>
          <w:b w:val="0"/>
          <w:i w:val="0"/>
          <w:sz w:val="21"/>
        </w:rPr>
        <w:t>√(2)(r-r')=r+r'，</w:t>
      </w:r>
    </w:p>
    <w:p>
      <w:pPr>
        <w:spacing w:before="0" w:after="80" w:line="300" w:lineRule="auto"/>
        <w:jc w:val="left"/>
      </w:pPr>
      <w:r>
        <w:rPr>
          <w:rFonts w:ascii="Times New Roman" w:hAnsi="Times New Roman" w:eastAsia="宋体"/>
          <w:b w:val="0"/>
          <w:i w:val="0"/>
          <w:sz w:val="21"/>
        </w:rPr>
        <w:t>所以 (r')/r=3-2√(2)。相邻两圆的面积比为</w:t>
      </w:r>
    </w:p>
    <w:p>
      <w:pPr>
        <w:spacing w:before="0" w:after="80" w:line="300" w:lineRule="auto"/>
        <w:jc w:val="left"/>
      </w:pPr>
      <w:r>
        <w:rPr>
          <w:rFonts w:ascii="Times New Roman" w:hAnsi="Times New Roman" w:eastAsia="宋体"/>
          <w:b w:val="0"/>
          <w:i w:val="0"/>
          <w:sz w:val="21"/>
        </w:rPr>
        <w:t>q=(3-2√(2))²。</w:t>
      </w:r>
    </w:p>
    <w:p>
      <w:pPr>
        <w:spacing w:before="0" w:after="80" w:line="300" w:lineRule="auto"/>
        <w:jc w:val="left"/>
      </w:pPr>
      <w:r>
        <w:rPr>
          <w:rFonts w:ascii="Times New Roman" w:hAnsi="Times New Roman" w:eastAsia="宋体"/>
          <w:b w:val="0"/>
          <w:i w:val="0"/>
          <w:sz w:val="21"/>
        </w:rPr>
        <w:t>因此，第一个圆的面积除以后续所有圆的面积之和为</w:t>
      </w:r>
    </w:p>
    <w:p>
      <w:pPr>
        <w:spacing w:before="0" w:after="80" w:line="300" w:lineRule="auto"/>
        <w:jc w:val="left"/>
      </w:pPr>
      <w:r>
        <w:rPr>
          <w:rFonts w:ascii="Times New Roman" w:hAnsi="Times New Roman" w:eastAsia="宋体"/>
          <w:b w:val="0"/>
          <w:i w:val="0"/>
          <w:sz w:val="21"/>
        </w:rPr>
        <w:t>1-q/q =1/q-1</w:t>
      </w:r>
    </w:p>
    <w:p>
      <w:pPr>
        <w:spacing w:before="0" w:after="80" w:line="300" w:lineRule="auto"/>
        <w:jc w:val="left"/>
      </w:pPr>
      <w:r>
        <w:rPr>
          <w:rFonts w:ascii="Times New Roman" w:hAnsi="Times New Roman" w:eastAsia="宋体"/>
          <w:b w:val="0"/>
          <w:i w:val="0"/>
          <w:sz w:val="21"/>
        </w:rPr>
        <w:t>=(3+2√(2))²-1</w:t>
      </w:r>
    </w:p>
    <w:p>
      <w:pPr>
        <w:spacing w:before="0" w:after="80" w:line="300" w:lineRule="auto"/>
        <w:jc w:val="left"/>
      </w:pPr>
      <w:r>
        <w:rPr>
          <w:rFonts w:ascii="Times New Roman" w:hAnsi="Times New Roman" w:eastAsia="宋体"/>
          <w:b w:val="0"/>
          <w:i w:val="0"/>
          <w:sz w:val="21"/>
        </w:rPr>
        <w:t>=16+12√(2)。</w:t>
      </w:r>
    </w:p>
    <w:p>
      <w:pPr>
        <w:spacing w:before="0" w:after="80" w:line="300" w:lineRule="auto"/>
        <w:jc w:val="left"/>
      </w:pPr>
      <w:r>
        <w:rPr>
          <w:rFonts w:ascii="Times New Roman" w:hAnsi="Times New Roman" w:eastAsia="宋体"/>
          <w:b w:val="0"/>
          <w:i w:val="0"/>
          <w:sz w:val="21"/>
        </w:rPr>
        <w:t>因此，正确答案为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consecutive radii are r&gt; r', their centers lie on the angle bisector at distances r√(2) and r'√(2) from the vertex. External tangency gives</w:t>
      </w:r>
    </w:p>
    <w:p>
      <w:pPr>
        <w:spacing w:before="0" w:after="80" w:line="300" w:lineRule="auto"/>
        <w:jc w:val="left"/>
      </w:pPr>
      <w:r>
        <w:rPr>
          <w:rFonts w:ascii="Times New Roman" w:hAnsi="Times New Roman" w:eastAsia="宋体"/>
          <w:b w:val="0"/>
          <w:i w:val="0"/>
          <w:color w:val="333333"/>
          <w:sz w:val="19"/>
        </w:rPr>
        <w:t>√(2)(r-r')=r+r',</w:t>
      </w:r>
    </w:p>
    <w:p>
      <w:pPr>
        <w:spacing w:before="0" w:after="80" w:line="300" w:lineRule="auto"/>
        <w:jc w:val="left"/>
      </w:pPr>
      <w:r>
        <w:rPr>
          <w:rFonts w:ascii="Times New Roman" w:hAnsi="Times New Roman" w:eastAsia="宋体"/>
          <w:b w:val="0"/>
          <w:i w:val="0"/>
          <w:color w:val="333333"/>
          <w:sz w:val="19"/>
        </w:rPr>
        <w:t>so (r')/r=3-2√(2). The ratio of successive areas is</w:t>
      </w:r>
    </w:p>
    <w:p>
      <w:pPr>
        <w:spacing w:before="0" w:after="80" w:line="300" w:lineRule="auto"/>
        <w:jc w:val="left"/>
      </w:pPr>
      <w:r>
        <w:rPr>
          <w:rFonts w:ascii="Times New Roman" w:hAnsi="Times New Roman" w:eastAsia="宋体"/>
          <w:b w:val="0"/>
          <w:i w:val="0"/>
          <w:color w:val="333333"/>
          <w:sz w:val="19"/>
        </w:rPr>
        <w:t>q=(3-2√(2))².</w:t>
      </w:r>
    </w:p>
    <w:p>
      <w:pPr>
        <w:spacing w:before="0" w:after="80" w:line="300" w:lineRule="auto"/>
        <w:jc w:val="left"/>
      </w:pPr>
      <w:r>
        <w:rPr>
          <w:rFonts w:ascii="Times New Roman" w:hAnsi="Times New Roman" w:eastAsia="宋体"/>
          <w:b w:val="0"/>
          <w:i w:val="0"/>
          <w:color w:val="333333"/>
          <w:sz w:val="19"/>
        </w:rPr>
        <w:t>Therefore the first area divided by the sum of all later areas is</w:t>
      </w:r>
    </w:p>
    <w:p>
      <w:pPr>
        <w:spacing w:before="0" w:after="80" w:line="300" w:lineRule="auto"/>
        <w:jc w:val="left"/>
      </w:pPr>
      <w:r>
        <w:rPr>
          <w:rFonts w:ascii="Times New Roman" w:hAnsi="Times New Roman" w:eastAsia="宋体"/>
          <w:b w:val="0"/>
          <w:i w:val="0"/>
          <w:color w:val="333333"/>
          <w:sz w:val="19"/>
        </w:rPr>
        <w:t>1-q/q =1/q-1</w:t>
      </w:r>
    </w:p>
    <w:p>
      <w:pPr>
        <w:spacing w:before="0" w:after="80" w:line="300" w:lineRule="auto"/>
        <w:jc w:val="left"/>
      </w:pPr>
      <w:r>
        <w:rPr>
          <w:rFonts w:ascii="Times New Roman" w:hAnsi="Times New Roman" w:eastAsia="宋体"/>
          <w:b w:val="0"/>
          <w:i w:val="0"/>
          <w:color w:val="333333"/>
          <w:sz w:val="19"/>
        </w:rPr>
        <w:t>=(3+2√(2))²-1</w:t>
      </w:r>
    </w:p>
    <w:p>
      <w:pPr>
        <w:spacing w:before="0" w:after="80" w:line="300" w:lineRule="auto"/>
        <w:jc w:val="left"/>
      </w:pPr>
      <w:r>
        <w:rPr>
          <w:rFonts w:ascii="Times New Roman" w:hAnsi="Times New Roman" w:eastAsia="宋体"/>
          <w:b w:val="0"/>
          <w:i w:val="0"/>
          <w:color w:val="333333"/>
          <w:sz w:val="19"/>
        </w:rPr>
        <w:t>=16+12√(2).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