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1970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35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√(1+√(1+√(1))) 的四次方是：</w:t>
      </w:r>
    </w:p>
    <w:p>
      <w:pPr>
        <w:spacing w:before="0" w:after="120" w:line="300" w:lineRule="auto"/>
      </w:pPr>
      <w:r>
        <w:rPr>
          <w:rFonts w:ascii="Times New Roman" w:hAnsi="Times New Roman" w:eastAsia="宋体"/>
          <w:b w:val="0"/>
          <w:i w:val="0"/>
          <w:sz w:val="21"/>
        </w:rPr>
        <w:t>（A）√(2)+√(3)　　（B）1/2(7+3√(5))　　（C）1+2√(3)　　（D）3　　（E）3+2√(2)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fourth power of √(1+√(1+√(1))) is:</w:t>
      </w:r>
    </w:p>
    <w:p>
      <w:pPr>
        <w:spacing w:before="0" w:after="160" w:line="300" w:lineRule="auto"/>
      </w:pPr>
      <w:r>
        <w:rPr>
          <w:rFonts w:ascii="Times New Roman" w:hAnsi="Times New Roman" w:eastAsia="宋体"/>
          <w:b w:val="0"/>
          <w:i w:val="0"/>
          <w:color w:val="333333"/>
          <w:sz w:val="19"/>
        </w:rPr>
        <w:t>(A) √(2)+√(3)　　(B) 1/2(7+3√(5))　　(C) 1+2√(3)　　(D) 3　　(E) 3+2√(2)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一个正方形和一个圆的周长相等。圆的面积与正方形面积之比是：</w:t>
      </w:r>
    </w:p>
    <w:p>
      <w:pPr>
        <w:spacing w:before="0" w:after="120" w:line="300" w:lineRule="auto"/>
      </w:pPr>
      <w:r>
        <w:rPr>
          <w:rFonts w:ascii="Times New Roman" w:hAnsi="Times New Roman" w:eastAsia="宋体"/>
          <w:b w:val="0"/>
          <w:i w:val="0"/>
          <w:sz w:val="21"/>
        </w:rPr>
        <w:t>（A）4/π　　（B）π/(√(2))　　（C）4/1　　（D）(√(2))/π　　（E）π/4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and a circle have equal perimeters. The ratio of the area of the circle to the area of the square is:</w:t>
      </w:r>
    </w:p>
    <w:p>
      <w:pPr>
        <w:spacing w:before="0" w:after="160" w:line="300" w:lineRule="auto"/>
      </w:pPr>
      <w:r>
        <w:rPr>
          <w:rFonts w:ascii="Times New Roman" w:hAnsi="Times New Roman" w:eastAsia="宋体"/>
          <w:b w:val="0"/>
          <w:i w:val="0"/>
          <w:color w:val="333333"/>
          <w:sz w:val="19"/>
        </w:rPr>
        <w:t>(A) 4/π　　(B) π/(√(2))　　(C) 4/1　　(D) (√(2))/π　　(E) π/4</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 x=1+2ᵖ，且 y=1+2⁻ᵖ，则用 x 表示 y 为：</w:t>
      </w:r>
    </w:p>
    <w:p>
      <w:pPr>
        <w:spacing w:before="0" w:after="120" w:line="300" w:lineRule="auto"/>
      </w:pPr>
      <w:r>
        <w:rPr>
          <w:rFonts w:ascii="Times New Roman" w:hAnsi="Times New Roman" w:eastAsia="宋体"/>
          <w:b w:val="0"/>
          <w:i w:val="0"/>
          <w:sz w:val="21"/>
        </w:rPr>
        <w:t>（A）x+1/x-1　　（B）x+2/x-1　　（C）x/x-1　　（D）2-x　　（E）x-1/x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x=1+2ᵖ and y=1+2⁻ᵖ, then y in terms of x is:</w:t>
      </w:r>
    </w:p>
    <w:p>
      <w:pPr>
        <w:spacing w:before="0" w:after="160" w:line="300" w:lineRule="auto"/>
      </w:pPr>
      <w:r>
        <w:rPr>
          <w:rFonts w:ascii="Times New Roman" w:hAnsi="Times New Roman" w:eastAsia="宋体"/>
          <w:b w:val="0"/>
          <w:i w:val="0"/>
          <w:color w:val="333333"/>
          <w:sz w:val="19"/>
        </w:rPr>
        <w:t>(A) x+1/x-1　　(B) x+2/x-1　　(C) x/x-1　　(D) 2-x　　(E) x-1/x</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设 S 为所有可表示成三个连续整数的平方和的数所组成的集合。则有：</w:t>
      </w:r>
    </w:p>
    <w:p>
      <w:pPr>
        <w:spacing w:before="0" w:after="120" w:line="300" w:lineRule="auto"/>
      </w:pPr>
      <w:r>
        <w:rPr>
          <w:rFonts w:ascii="Times New Roman" w:hAnsi="Times New Roman" w:eastAsia="宋体"/>
          <w:b w:val="0"/>
          <w:i w:val="0"/>
          <w:sz w:val="21"/>
        </w:rPr>
        <w:t>（A）S 中没有元素能被 2 整除　　（B）S 中没有元素能被 3 整除，但有元素能被 11 整除　　（C）S 中没有元素能被 3 或 5 整除　　（D）S 中没有元素能被 3 或 7 整除　　（E）以上都不对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all numbers which are the sum of the squares of three consecutive integers. Then we can say that:</w:t>
      </w:r>
    </w:p>
    <w:p>
      <w:pPr>
        <w:spacing w:before="0" w:after="160" w:line="300" w:lineRule="auto"/>
      </w:pPr>
      <w:r>
        <w:rPr>
          <w:rFonts w:ascii="Times New Roman" w:hAnsi="Times New Roman" w:eastAsia="宋体"/>
          <w:b w:val="0"/>
          <w:i w:val="0"/>
          <w:color w:val="333333"/>
          <w:sz w:val="19"/>
        </w:rPr>
        <w:t>(A) No member of S is divisible by 2　　(B) No member of S is divisible by 3 but</w:t>
        <w:br/>
        <w:t>some member is divisible by 11　　(C) No member of S is divisible by 3 or by 5　　(D) No member of S is divisible by 3 or by 7　　(E) None of these</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若 f(x)=x⁴+x²/x+1，其中 i=√(-1)，则 f(i) 等于：</w:t>
      </w:r>
    </w:p>
    <w:p>
      <w:pPr>
        <w:spacing w:before="0" w:after="120" w:line="300" w:lineRule="auto"/>
      </w:pPr>
      <w:r>
        <w:rPr>
          <w:rFonts w:ascii="Times New Roman" w:hAnsi="Times New Roman" w:eastAsia="宋体"/>
          <w:b w:val="0"/>
          <w:i w:val="0"/>
          <w:sz w:val="21"/>
        </w:rPr>
        <w:t>（A）1+i　　（B）1　　（C）-1　　（D）0　　（E）-1-i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f(x)=x⁴+x²/x+1, then f(i), where i=√(-1), is equal to:</w:t>
      </w:r>
    </w:p>
    <w:p>
      <w:pPr>
        <w:spacing w:before="0" w:after="160" w:line="300" w:lineRule="auto"/>
      </w:pPr>
      <w:r>
        <w:rPr>
          <w:rFonts w:ascii="Times New Roman" w:hAnsi="Times New Roman" w:eastAsia="宋体"/>
          <w:b w:val="0"/>
          <w:i w:val="0"/>
          <w:color w:val="333333"/>
          <w:sz w:val="19"/>
        </w:rPr>
        <w:t>(A) 1+i　　(B) 1　　(C) -1　　(D) 0　　(E) -1-i</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当 x 取实数时，x²+8x 的最小值是：</w:t>
      </w:r>
    </w:p>
    <w:p>
      <w:pPr>
        <w:spacing w:before="0" w:after="120" w:line="300" w:lineRule="auto"/>
      </w:pPr>
      <w:r>
        <w:rPr>
          <w:rFonts w:ascii="Times New Roman" w:hAnsi="Times New Roman" w:eastAsia="宋体"/>
          <w:b w:val="0"/>
          <w:i w:val="0"/>
          <w:sz w:val="21"/>
        </w:rPr>
        <w:t>（A）-16.25　　（B）-16　　（C）-15　　（D）-8　　（E）以上都不对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smallest value of x²+8x for real values of x is:</w:t>
      </w:r>
    </w:p>
    <w:p>
      <w:pPr>
        <w:spacing w:before="0" w:after="160" w:line="300" w:lineRule="auto"/>
      </w:pPr>
      <w:r>
        <w:rPr>
          <w:rFonts w:ascii="Times New Roman" w:hAnsi="Times New Roman" w:eastAsia="宋体"/>
          <w:b w:val="0"/>
          <w:i w:val="0"/>
          <w:color w:val="333333"/>
          <w:sz w:val="19"/>
        </w:rPr>
        <w:t>(A) -16.25　　(B) -16　　(C) -15　　(D) -8　　(E) None of these</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在边长为 s 的正方形 ABCD 内，分别以 A 和 B 为圆心、以 s 为半径画四分之一圆弧。两条圆弧在正方形内部交于点 X。点 X 到边 CD 的距离是多少？</w:t>
      </w:r>
    </w:p>
    <w:p>
      <w:pPr>
        <w:spacing w:before="0" w:after="120" w:line="300" w:lineRule="auto"/>
      </w:pPr>
      <w:r>
        <w:rPr>
          <w:rFonts w:ascii="Times New Roman" w:hAnsi="Times New Roman" w:eastAsia="宋体"/>
          <w:b w:val="0"/>
          <w:i w:val="0"/>
          <w:sz w:val="21"/>
        </w:rPr>
        <w:t>（A）1/2s(√(3)+4)　　（B）1/2s√(3)　　（C）1/2s(1+√(3))　　（D）1/2s(√(3)-1)　　（E）1/2s(2-√(3))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Inside square ABCD with side s, quarter-circle arcs with radii s and centers at A and B are drawn. These arcs intersect at a point X inside the square. How far is X from side CD?</w:t>
      </w:r>
    </w:p>
    <w:p>
      <w:pPr>
        <w:spacing w:before="0" w:after="160" w:line="300" w:lineRule="auto"/>
      </w:pPr>
      <w:r>
        <w:rPr>
          <w:rFonts w:ascii="Times New Roman" w:hAnsi="Times New Roman" w:eastAsia="宋体"/>
          <w:b w:val="0"/>
          <w:i w:val="0"/>
          <w:color w:val="333333"/>
          <w:sz w:val="19"/>
        </w:rPr>
        <w:t>(A) 1/2s(√(3)+4)　　(B) 1/2s√(3)　　(C) 1/2s(1+√(3))　　(D) 1/2s(√(3)-1)　　(E) 1/2s(2-√(3))</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若 a=log₈ 225，且 b=log₂ 15，则：</w:t>
      </w:r>
    </w:p>
    <w:p>
      <w:pPr>
        <w:spacing w:before="0" w:after="120" w:line="300" w:lineRule="auto"/>
      </w:pPr>
      <w:r>
        <w:rPr>
          <w:rFonts w:ascii="Times New Roman" w:hAnsi="Times New Roman" w:eastAsia="宋体"/>
          <w:b w:val="0"/>
          <w:i w:val="0"/>
          <w:sz w:val="21"/>
        </w:rPr>
        <w:t>（A）a=b/2　　（B）a=2b/3　　（C）a=b　　（D）b=a/2　　（E）a=3b/2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a=log₈ 225 and b=log₂ 15, then:</w:t>
      </w:r>
    </w:p>
    <w:p>
      <w:pPr>
        <w:spacing w:before="0" w:after="160" w:line="300" w:lineRule="auto"/>
      </w:pPr>
      <w:r>
        <w:rPr>
          <w:rFonts w:ascii="Times New Roman" w:hAnsi="Times New Roman" w:eastAsia="宋体"/>
          <w:b w:val="0"/>
          <w:i w:val="0"/>
          <w:color w:val="333333"/>
          <w:sz w:val="19"/>
        </w:rPr>
        <w:t>(A) a=b/2　　(B) a=2b/3　　(C) a=b　　(D) b=a/2　　(E) a=3b/2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点 P 和 Q 在线段 AB 上，且都位于 AB 中点的同一侧。点 P 将 AB 按 2:3 分割，点 Q 将 AB 按 3:4 分割。若 PQ=2，则线段 AB 的长度是：</w:t>
      </w:r>
    </w:p>
    <w:p>
      <w:pPr>
        <w:spacing w:before="0" w:after="120" w:line="300" w:lineRule="auto"/>
      </w:pPr>
      <w:r>
        <w:rPr>
          <w:rFonts w:ascii="Times New Roman" w:hAnsi="Times New Roman" w:eastAsia="宋体"/>
          <w:b w:val="0"/>
          <w:i w:val="0"/>
          <w:sz w:val="21"/>
        </w:rPr>
        <w:t>（A）12　　（B）28　　（C）70　　（D）75　　（E）105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P and Q are on line segment AB, and both points are on the same side of the midpoint of AB. Point P divides AB in the ratio 2:3, and Q divides AB in the ratio 3:4. If PQ=2, then the length of segment AB is:</w:t>
      </w:r>
    </w:p>
    <w:p>
      <w:pPr>
        <w:spacing w:before="0" w:after="160" w:line="300" w:lineRule="auto"/>
      </w:pPr>
      <w:r>
        <w:rPr>
          <w:rFonts w:ascii="Times New Roman" w:hAnsi="Times New Roman" w:eastAsia="宋体"/>
          <w:b w:val="0"/>
          <w:i w:val="0"/>
          <w:color w:val="333333"/>
          <w:sz w:val="19"/>
        </w:rPr>
        <w:t>(A) 12　　(B) 28　　(C) 70　　(D) 75　　(E) 105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设 F=0.4818181… 是数字 8 和 1 循环出现的无限循环小数。将 F 写成最简分数后，分母比分子大：</w:t>
      </w:r>
    </w:p>
    <w:p>
      <w:pPr>
        <w:spacing w:before="0" w:after="120" w:line="300" w:lineRule="auto"/>
      </w:pPr>
      <w:r>
        <w:rPr>
          <w:rFonts w:ascii="Times New Roman" w:hAnsi="Times New Roman" w:eastAsia="宋体"/>
          <w:b w:val="0"/>
          <w:i w:val="0"/>
          <w:sz w:val="21"/>
        </w:rPr>
        <w:t>（A）13　　（B）14　　（C）29　　（D）57　　（E）126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F=0.4818181… be an infinite repeating decimal with the digits 8 and 1 repeating. When F is written as a fraction in lowest terms, the denominator exceeds the numerator by:</w:t>
      </w:r>
    </w:p>
    <w:p>
      <w:pPr>
        <w:spacing w:before="0" w:after="160" w:line="300" w:lineRule="auto"/>
      </w:pPr>
      <w:r>
        <w:rPr>
          <w:rFonts w:ascii="Times New Roman" w:hAnsi="Times New Roman" w:eastAsia="宋体"/>
          <w:b w:val="0"/>
          <w:i w:val="0"/>
          <w:color w:val="333333"/>
          <w:sz w:val="19"/>
        </w:rPr>
        <w:t>(A) 13　　(B) 14　　(C) 29　　(D) 57　　(E) 126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若 2x³-hx+k 的两个因式为 x+2 和 x-1，则 |2h-3k| 的值为：</w:t>
      </w:r>
    </w:p>
    <w:p>
      <w:pPr>
        <w:spacing w:before="0" w:after="120" w:line="300" w:lineRule="auto"/>
      </w:pPr>
      <w:r>
        <w:rPr>
          <w:rFonts w:ascii="Times New Roman" w:hAnsi="Times New Roman" w:eastAsia="宋体"/>
          <w:b w:val="0"/>
          <w:i w:val="0"/>
          <w:sz w:val="21"/>
        </w:rPr>
        <w:t>（A）4　　（B）3　　（C）2　　（D）1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two factors of 2x³-hx+k are x+2 and x-1, the value of |2h-3k| is:</w:t>
      </w:r>
    </w:p>
    <w:p>
      <w:pPr>
        <w:spacing w:before="0" w:after="160" w:line="300" w:lineRule="auto"/>
      </w:pPr>
      <w:r>
        <w:rPr>
          <w:rFonts w:ascii="Times New Roman" w:hAnsi="Times New Roman" w:eastAsia="宋体"/>
          <w:b w:val="0"/>
          <w:i w:val="0"/>
          <w:color w:val="333333"/>
          <w:sz w:val="19"/>
        </w:rPr>
        <w:t>(A) 4　　(B) 3　　(C) 2　　(D) 1　　(E) 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一个半径为 r 的圆与矩形 ABCD 的边 AB、AD 和 CD 相切，并经过对角线 AC 的中点。用 r 表示矩形的面积为：</w:t>
      </w:r>
    </w:p>
    <w:p>
      <w:pPr>
        <w:spacing w:before="0" w:after="120" w:line="300" w:lineRule="auto"/>
      </w:pPr>
      <w:r>
        <w:rPr>
          <w:rFonts w:ascii="Times New Roman" w:hAnsi="Times New Roman" w:eastAsia="宋体"/>
          <w:b w:val="0"/>
          <w:i w:val="0"/>
          <w:sz w:val="21"/>
        </w:rPr>
        <w:t>（A）4r²　　（B）6r²　　（C）8r²　　（D）12r²　　（E）20r²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with radius r is tangent to sides AB, AD, and CD of rectangle ABCD and passes through the midpoint of diagonal AC. The area of the rectangle, in terms of r, is:</w:t>
      </w:r>
    </w:p>
    <w:p>
      <w:pPr>
        <w:spacing w:before="0" w:after="160" w:line="300" w:lineRule="auto"/>
      </w:pPr>
      <w:r>
        <w:rPr>
          <w:rFonts w:ascii="Times New Roman" w:hAnsi="Times New Roman" w:eastAsia="宋体"/>
          <w:b w:val="0"/>
          <w:i w:val="0"/>
          <w:color w:val="333333"/>
          <w:sz w:val="19"/>
        </w:rPr>
        <w:t>(A) 4r²　　(B) 6r²　　(C) 8r²　　(D) 12r²　　(E) 20r²</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对所有正数 a 和 b，定义二元运算 * 为 a*b=aᵇ。则对任意正数 a、b、c、n，恒有：</w:t>
      </w:r>
    </w:p>
    <w:p>
      <w:pPr>
        <w:spacing w:before="0" w:after="120" w:line="300" w:lineRule="auto"/>
      </w:pPr>
      <w:r>
        <w:rPr>
          <w:rFonts w:ascii="Times New Roman" w:hAnsi="Times New Roman" w:eastAsia="宋体"/>
          <w:b w:val="0"/>
          <w:i w:val="0"/>
          <w:sz w:val="21"/>
        </w:rPr>
        <w:t>（A）a*b=b*a　　（B）a*(b*c)=(a*b)*c　　（C）a*(bⁿ)=(a*n)*b　　（D）(a*b)ⁿ=a*(bn)　　（E）以上都不对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binary operation * defined by a*b=aᵇ for all positive numbers a and b. Then for all positive a, b, c, n, we have:</w:t>
      </w:r>
    </w:p>
    <w:p>
      <w:pPr>
        <w:spacing w:before="0" w:after="160" w:line="300" w:lineRule="auto"/>
      </w:pPr>
      <w:r>
        <w:rPr>
          <w:rFonts w:ascii="Times New Roman" w:hAnsi="Times New Roman" w:eastAsia="宋体"/>
          <w:b w:val="0"/>
          <w:i w:val="0"/>
          <w:color w:val="333333"/>
          <w:sz w:val="19"/>
        </w:rPr>
        <w:t>(A) a*b=b*a　　(B) a*(b*c)=(a*b)*c　　(C) a*(bⁿ)=(a*n)*b　　(D) (a*b)ⁿ=a*(bn)　　(E) None of these</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考虑方程 x²+px+q=0，其中 p 和 q 均为正数。若此方程的两根相差 1，则 p 等于：</w:t>
      </w:r>
    </w:p>
    <w:p>
      <w:pPr>
        <w:spacing w:before="0" w:after="120" w:line="300" w:lineRule="auto"/>
      </w:pPr>
      <w:r>
        <w:rPr>
          <w:rFonts w:ascii="Times New Roman" w:hAnsi="Times New Roman" w:eastAsia="宋体"/>
          <w:b w:val="0"/>
          <w:i w:val="0"/>
          <w:sz w:val="21"/>
        </w:rPr>
        <w:t>（A）√(4q+1)　　（B）q-1　　（C）-√(4q+1)　　（D）q+1　　（E）√(4q-1)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x²+px+q=0, where p and q are positive numbers. If the roots of this equation differ by 1, then p equals:</w:t>
      </w:r>
    </w:p>
    <w:p>
      <w:pPr>
        <w:spacing w:before="0" w:after="160" w:line="300" w:lineRule="auto"/>
      </w:pPr>
      <w:r>
        <w:rPr>
          <w:rFonts w:ascii="Times New Roman" w:hAnsi="Times New Roman" w:eastAsia="宋体"/>
          <w:b w:val="0"/>
          <w:i w:val="0"/>
          <w:color w:val="333333"/>
          <w:sz w:val="19"/>
        </w:rPr>
        <w:t>(A) √(4q+1)　　(B) q-1　　(C) -√(4q+1)　　(D) q+1　　(E) √(4q-1)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 xy 平面内，过点 (3,4) 与连接点 (-4,5) 和 (5,-1) 的线段的两个三等分点分别作直线。其中一条直线的方程是：</w:t>
      </w:r>
    </w:p>
    <w:p>
      <w:pPr>
        <w:spacing w:before="0" w:after="120" w:line="300" w:lineRule="auto"/>
      </w:pPr>
      <w:r>
        <w:rPr>
          <w:rFonts w:ascii="Times New Roman" w:hAnsi="Times New Roman" w:eastAsia="宋体"/>
          <w:b w:val="0"/>
          <w:i w:val="0"/>
          <w:sz w:val="21"/>
        </w:rPr>
        <w:t>（A）3x-2y-1=0　　（B）4x-5y+8=0　　（C）5x+2y-23=0　　（D）x+7y-31=0　　（E）x-4y+13=0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Lines in the xy-plane are drawn through the point (3,4) and the trisection points of the line segment joining the points (-4,5) and (5,-1). One of these lines has the equation:</w:t>
      </w:r>
    </w:p>
    <w:p>
      <w:pPr>
        <w:spacing w:before="0" w:after="160" w:line="300" w:lineRule="auto"/>
      </w:pPr>
      <w:r>
        <w:rPr>
          <w:rFonts w:ascii="Times New Roman" w:hAnsi="Times New Roman" w:eastAsia="宋体"/>
          <w:b w:val="0"/>
          <w:i w:val="0"/>
          <w:color w:val="333333"/>
          <w:sz w:val="19"/>
        </w:rPr>
        <w:t>(A) 3x-2y-1=0　　(B) 4x-5y+8=0　　(C) 5x+2y-23=0　　(D) x+7y-31=0　　(E) x-4y+13=0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若函数 F(n) 满足 F(1)=F(2)=F(3)=1，并且当 n≥3 时，</w:t>
      </w:r>
    </w:p>
    <w:p>
      <w:pPr>
        <w:spacing w:before="0" w:after="80" w:line="300" w:lineRule="auto"/>
        <w:jc w:val="left"/>
      </w:pPr>
      <w:r>
        <w:rPr>
          <w:rFonts w:ascii="Times New Roman" w:hAnsi="Times New Roman" w:eastAsia="宋体"/>
          <w:b w:val="0"/>
          <w:i w:val="0"/>
          <w:sz w:val="21"/>
        </w:rPr>
        <w:t>F(n+1)=(F(n)F(n-1)+1)/(F(n-2))</w:t>
      </w:r>
    </w:p>
    <w:p>
      <w:pPr>
        <w:spacing w:before="0" w:after="80" w:line="300" w:lineRule="auto"/>
        <w:jc w:val="left"/>
      </w:pPr>
      <w:r>
        <w:rPr>
          <w:rFonts w:ascii="Times New Roman" w:hAnsi="Times New Roman" w:eastAsia="宋体"/>
          <w:b w:val="0"/>
          <w:i w:val="0"/>
          <w:sz w:val="21"/>
        </w:rPr>
        <w:t>则 F(6) 等于：</w:t>
      </w:r>
    </w:p>
    <w:p>
      <w:pPr>
        <w:spacing w:before="0" w:after="120" w:line="300" w:lineRule="auto"/>
      </w:pPr>
      <w:r>
        <w:rPr>
          <w:rFonts w:ascii="Times New Roman" w:hAnsi="Times New Roman" w:eastAsia="宋体"/>
          <w:b w:val="0"/>
          <w:i w:val="0"/>
          <w:sz w:val="21"/>
        </w:rPr>
        <w:t>（A）2　　（B）3　　（C）7　　（D）11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F(n) is a function such that F(1)=F(2)=F(3)=1, and such that</w:t>
      </w:r>
    </w:p>
    <w:p>
      <w:pPr>
        <w:spacing w:before="0" w:after="80" w:line="300" w:lineRule="auto"/>
        <w:jc w:val="left"/>
      </w:pPr>
      <w:r>
        <w:rPr>
          <w:rFonts w:ascii="Times New Roman" w:hAnsi="Times New Roman" w:eastAsia="宋体"/>
          <w:b w:val="0"/>
          <w:i w:val="0"/>
          <w:color w:val="333333"/>
          <w:sz w:val="19"/>
        </w:rPr>
        <w:t>F(n+1)=(F(n)F(n-1)+1)/(F(n-2))</w:t>
      </w:r>
    </w:p>
    <w:p>
      <w:pPr>
        <w:spacing w:before="0" w:after="80" w:line="300" w:lineRule="auto"/>
        <w:jc w:val="left"/>
      </w:pPr>
      <w:r>
        <w:rPr>
          <w:rFonts w:ascii="Times New Roman" w:hAnsi="Times New Roman" w:eastAsia="宋体"/>
          <w:b w:val="0"/>
          <w:i w:val="0"/>
          <w:color w:val="333333"/>
          <w:sz w:val="19"/>
        </w:rPr>
        <w:t>for n≥3, then F(6) is equal to:</w:t>
      </w:r>
    </w:p>
    <w:p>
      <w:pPr>
        <w:spacing w:before="0" w:after="160" w:line="300" w:lineRule="auto"/>
      </w:pPr>
      <w:r>
        <w:rPr>
          <w:rFonts w:ascii="Times New Roman" w:hAnsi="Times New Roman" w:eastAsia="宋体"/>
          <w:b w:val="0"/>
          <w:i w:val="0"/>
          <w:color w:val="333333"/>
          <w:sz w:val="19"/>
        </w:rPr>
        <w:t>(A) 2　　(B) 3　　(C) 7　　(D) 11　　(E) 26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 r&gt;0，则对所有满足 pq≠0 且 pr&gt; qr 的 p 和 q，必有：</w:t>
      </w:r>
    </w:p>
    <w:p>
      <w:pPr>
        <w:spacing w:before="0" w:after="120" w:line="300" w:lineRule="auto"/>
      </w:pPr>
      <w:r>
        <w:rPr>
          <w:rFonts w:ascii="Times New Roman" w:hAnsi="Times New Roman" w:eastAsia="宋体"/>
          <w:b w:val="0"/>
          <w:i w:val="0"/>
          <w:sz w:val="21"/>
        </w:rPr>
        <w:t>（A）-p&gt;-q　　（B）-p&gt; q　　（C）1&gt;-q/p　　（D）1&lt; q/p　　（E）以上都不对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r&gt;0, then for all p and q such that pq≠0 and pr&gt; qr, we have:</w:t>
      </w:r>
    </w:p>
    <w:p>
      <w:pPr>
        <w:spacing w:before="0" w:after="160" w:line="300" w:lineRule="auto"/>
      </w:pPr>
      <w:r>
        <w:rPr>
          <w:rFonts w:ascii="Times New Roman" w:hAnsi="Times New Roman" w:eastAsia="宋体"/>
          <w:b w:val="0"/>
          <w:i w:val="0"/>
          <w:color w:val="333333"/>
          <w:sz w:val="19"/>
        </w:rPr>
        <w:t>(A) -p&gt;-q　　(B) -p&gt; q　　(C) 1&gt;-q/p　　(D) 1&lt; q/p　　(E) None of these</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√(3+2√(2))-√(3-2√(2)) 等于：</w:t>
      </w:r>
    </w:p>
    <w:p>
      <w:pPr>
        <w:spacing w:before="0" w:after="120" w:line="300" w:lineRule="auto"/>
      </w:pPr>
      <w:r>
        <w:rPr>
          <w:rFonts w:ascii="Times New Roman" w:hAnsi="Times New Roman" w:eastAsia="宋体"/>
          <w:b w:val="0"/>
          <w:i w:val="0"/>
          <w:sz w:val="21"/>
        </w:rPr>
        <w:t>（A）2　　（B）2√(3)　　（C）4√(2)　　（D）√(6)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√(3+2√(2))-√(3-2√(2)) is equal to:</w:t>
      </w:r>
    </w:p>
    <w:p>
      <w:pPr>
        <w:spacing w:before="0" w:after="160" w:line="300" w:lineRule="auto"/>
      </w:pPr>
      <w:r>
        <w:rPr>
          <w:rFonts w:ascii="Times New Roman" w:hAnsi="Times New Roman" w:eastAsia="宋体"/>
          <w:b w:val="0"/>
          <w:i w:val="0"/>
          <w:color w:val="333333"/>
          <w:sz w:val="19"/>
        </w:rPr>
        <w:t>(A) 2　　(B) 2√(3)　　(C) 4√(2)　　(D) √(6)　　(E) 2√(2)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一个公比为 r、满足 |r|&lt;1 的无穷等比级数的和为 15，而该级数各项平方的和为 45。该级数的首项是：</w:t>
      </w:r>
    </w:p>
    <w:p>
      <w:pPr>
        <w:spacing w:before="0" w:after="120" w:line="300" w:lineRule="auto"/>
      </w:pPr>
      <w:r>
        <w:rPr>
          <w:rFonts w:ascii="Times New Roman" w:hAnsi="Times New Roman" w:eastAsia="宋体"/>
          <w:b w:val="0"/>
          <w:i w:val="0"/>
          <w:sz w:val="21"/>
        </w:rPr>
        <w:t>（A）12　　（B）10　　（C）5　　（D）3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an infinite geometric series with common ratio r such that |r|&lt;1 is 15, and the sum of the squares of the terms of this series is 45. The first term of the series is:</w:t>
      </w:r>
    </w:p>
    <w:p>
      <w:pPr>
        <w:spacing w:before="0" w:after="160" w:line="300" w:lineRule="auto"/>
      </w:pPr>
      <w:r>
        <w:rPr>
          <w:rFonts w:ascii="Times New Roman" w:hAnsi="Times New Roman" w:eastAsia="宋体"/>
          <w:b w:val="0"/>
          <w:i w:val="0"/>
          <w:color w:val="333333"/>
          <w:sz w:val="19"/>
        </w:rPr>
        <w:t>(A) 12　　(B) 10　　(C) 5　　(D) 3　　(E) 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直线 HK 和 BC 位于同一平面内。M 是线段 BC 的中点，且 BH 和 CK 都垂直于 HK。则：</w:t>
      </w:r>
    </w:p>
    <w:p>
      <w:pPr>
        <w:spacing w:before="0" w:after="120" w:line="300" w:lineRule="auto"/>
      </w:pPr>
      <w:r>
        <w:rPr>
          <w:rFonts w:ascii="Times New Roman" w:hAnsi="Times New Roman" w:eastAsia="宋体"/>
          <w:b w:val="0"/>
          <w:i w:val="0"/>
          <w:sz w:val="21"/>
        </w:rPr>
        <w:t>（A）总有 MH=MK　　（B）总有 MH&gt; BK　　（C）有时 MH=MK，但并非总是如此　　（D）总有 MH&gt; MB　　（E）总有 BH&lt; BC</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Lines HK and BC lie in a plane. M is the midpoint of line segment BC, and BH and CK are perpendicular to HK. Then we:</w:t>
      </w:r>
    </w:p>
    <w:p>
      <w:pPr>
        <w:spacing w:before="0" w:after="160" w:line="300" w:lineRule="auto"/>
      </w:pPr>
      <w:r>
        <w:rPr>
          <w:rFonts w:ascii="Times New Roman" w:hAnsi="Times New Roman" w:eastAsia="宋体"/>
          <w:b w:val="0"/>
          <w:i w:val="0"/>
          <w:color w:val="333333"/>
          <w:sz w:val="19"/>
        </w:rPr>
        <w:t>(A) always have MH=MK　　(B) always have MH&gt; BK　　(C) sometimes have MH=MK but not always　　(D) always have MH&gt; MB　　(E) always have BH&lt; BC</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一辆汽车去程时，仪表盘显示行驶了 450 英里。装上雪地轮胎后沿同一路线返程，仪表盘显示行驶了 440 英里。若原车轮半径为 15 英寸，求车轮半径增加了多少英寸，精确到百分位。</w:t>
      </w:r>
    </w:p>
    <w:p>
      <w:pPr>
        <w:spacing w:before="0" w:after="120" w:line="300" w:lineRule="auto"/>
      </w:pPr>
      <w:r>
        <w:rPr>
          <w:rFonts w:ascii="Times New Roman" w:hAnsi="Times New Roman" w:eastAsia="宋体"/>
          <w:b w:val="0"/>
          <w:i w:val="0"/>
          <w:sz w:val="21"/>
        </w:rPr>
        <w:t>（A）0.33　　（B）0.34　　（C）0.35　　（D）0.38　　（E）0.66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an auto trip, the distance read from the instrument panel was 450 miles. With snow tires on for the return trip over the same route, the reading was 440 miles. Find, to the nearest hundredth of an inch, the increase in radius of the wheels if the original radius was 15 inches.</w:t>
      </w:r>
    </w:p>
    <w:p>
      <w:pPr>
        <w:spacing w:before="0" w:after="160" w:line="300" w:lineRule="auto"/>
      </w:pPr>
      <w:r>
        <w:rPr>
          <w:rFonts w:ascii="Times New Roman" w:hAnsi="Times New Roman" w:eastAsia="宋体"/>
          <w:b w:val="0"/>
          <w:i w:val="0"/>
          <w:color w:val="333333"/>
          <w:sz w:val="19"/>
        </w:rPr>
        <w:t>(A) 0.33　　(B) 0.34　　(C) 0.35　　(D) 0.38　　(E) 0.66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若前 3n 个正整数之和比前 n 个正整数之和多 150，则前 4n 个正整数之和为：</w:t>
      </w:r>
    </w:p>
    <w:p>
      <w:pPr>
        <w:spacing w:before="0" w:after="120" w:line="300" w:lineRule="auto"/>
      </w:pPr>
      <w:r>
        <w:rPr>
          <w:rFonts w:ascii="Times New Roman" w:hAnsi="Times New Roman" w:eastAsia="宋体"/>
          <w:b w:val="0"/>
          <w:i w:val="0"/>
          <w:sz w:val="21"/>
        </w:rPr>
        <w:t>（A）300　　（B）350　　（C）400　　（D）450　　（E）600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sum of the first 3n positive integers is 150 more than the sum of the first n positive integers, then the sum of the first 4n positive integers is:</w:t>
      </w:r>
    </w:p>
    <w:p>
      <w:pPr>
        <w:spacing w:before="0" w:after="160" w:line="300" w:lineRule="auto"/>
      </w:pPr>
      <w:r>
        <w:rPr>
          <w:rFonts w:ascii="Times New Roman" w:hAnsi="Times New Roman" w:eastAsia="宋体"/>
          <w:b w:val="0"/>
          <w:i w:val="0"/>
          <w:color w:val="333333"/>
          <w:sz w:val="19"/>
        </w:rPr>
        <w:t>(A) 300　　(B) 350　　(C) 400　　(D) 450　　(E) 600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数 10!（这里的 10 用 10 进制表示）写成 12 进制时，末尾恰有 k 个零。k 的值为：</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10! (10 is written in base 10), when written in the base 12 system, ends in exactly k zeros. The value of k is: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一个等边三角形与一个正六边形的周长相等。若三角形的面积为 2，则六边形的面积为：</w:t>
      </w:r>
    </w:p>
    <w:p>
      <w:pPr>
        <w:spacing w:before="0" w:after="120" w:line="300" w:lineRule="auto"/>
      </w:pPr>
      <w:r>
        <w:rPr>
          <w:rFonts w:ascii="Times New Roman" w:hAnsi="Times New Roman" w:eastAsia="宋体"/>
          <w:b w:val="0"/>
          <w:i w:val="0"/>
          <w:sz w:val="21"/>
        </w:rPr>
        <w:t>（A）2　　（B）3　　（C）4　　（D）6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equilateral triangle and a regular hexagon have equal perimeters. If the area of the triangle is 2, then the area of the hexagon is:</w:t>
      </w:r>
    </w:p>
    <w:p>
      <w:pPr>
        <w:spacing w:before="0" w:after="160" w:line="300" w:lineRule="auto"/>
      </w:pPr>
      <w:r>
        <w:rPr>
          <w:rFonts w:ascii="Times New Roman" w:hAnsi="Times New Roman" w:eastAsia="宋体"/>
          <w:b w:val="0"/>
          <w:i w:val="0"/>
          <w:color w:val="333333"/>
          <w:sz w:val="19"/>
        </w:rPr>
        <w:t>(A) 2　　(B) 3　　(C) 4　　(D) 6　　(E) 12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对每个实数 x，令 ⌊ x⌋ 表示不大于 x 的最大整数。若一等邮件的邮资为每盎司或不足一盎司均收六美分，则一封重 W 盎司的信的一等邮资（单位为美分）总是：</w:t>
      </w:r>
    </w:p>
    <w:p>
      <w:pPr>
        <w:spacing w:before="0" w:after="120" w:line="300" w:lineRule="auto"/>
      </w:pPr>
      <w:r>
        <w:rPr>
          <w:rFonts w:ascii="Times New Roman" w:hAnsi="Times New Roman" w:eastAsia="宋体"/>
          <w:b w:val="0"/>
          <w:i w:val="0"/>
          <w:sz w:val="21"/>
        </w:rPr>
        <w:t>（A）6W　　（B）6⌊ W⌋　　（C）6(⌊ W⌋-1)　　（D）6(⌊ W⌋+1)　　（E）-6⌊-W⌋</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real number x, let ⌊ x⌋ be the greatest integer which is less than or equal to x. If the postal rate for first class mail is six cents for every ounce or portion thereof, then the cost in cents of first-class postage on a letter weighing W ounces is always:</w:t>
      </w:r>
    </w:p>
    <w:p>
      <w:pPr>
        <w:spacing w:before="0" w:after="160" w:line="300" w:lineRule="auto"/>
      </w:pPr>
      <w:r>
        <w:rPr>
          <w:rFonts w:ascii="Times New Roman" w:hAnsi="Times New Roman" w:eastAsia="宋体"/>
          <w:b w:val="0"/>
          <w:i w:val="0"/>
          <w:color w:val="333333"/>
          <w:sz w:val="19"/>
        </w:rPr>
        <w:t>(A) 6W　　(B) 6⌊ W⌋　　(C) 6(⌊ W⌋-1)　　(D) 6(⌊ W⌋+1)　　(E) -6⌊-W⌋</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在 xy 平面内，考虑图形</w:t>
      </w:r>
    </w:p>
    <w:p>
      <w:pPr>
        <w:spacing w:before="0" w:after="80" w:line="300" w:lineRule="auto"/>
        <w:jc w:val="left"/>
      </w:pPr>
      <w:r>
        <w:rPr>
          <w:rFonts w:ascii="Times New Roman" w:hAnsi="Times New Roman" w:eastAsia="宋体"/>
          <w:b w:val="0"/>
          <w:i w:val="0"/>
          <w:sz w:val="21"/>
        </w:rPr>
        <w:t>(x+y-5)(2x-3y+5)=0</w:t>
      </w:r>
    </w:p>
    <w:p>
      <w:pPr>
        <w:spacing w:before="0" w:after="80" w:line="300" w:lineRule="auto"/>
        <w:jc w:val="left"/>
      </w:pPr>
      <w:r>
        <w:rPr>
          <w:rFonts w:ascii="Times New Roman" w:hAnsi="Times New Roman" w:eastAsia="宋体"/>
          <w:b w:val="0"/>
          <w:i w:val="0"/>
          <w:sz w:val="21"/>
        </w:rPr>
        <w:t>和图形</w:t>
      </w:r>
    </w:p>
    <w:p>
      <w:pPr>
        <w:spacing w:before="0" w:after="80" w:line="300" w:lineRule="auto"/>
        <w:jc w:val="left"/>
      </w:pPr>
      <w:r>
        <w:rPr>
          <w:rFonts w:ascii="Times New Roman" w:hAnsi="Times New Roman" w:eastAsia="宋体"/>
          <w:b w:val="0"/>
          <w:i w:val="0"/>
          <w:sz w:val="21"/>
        </w:rPr>
        <w:t>(x-y+1)(3x+2y-12)=0。</w:t>
      </w:r>
    </w:p>
    <w:p>
      <w:pPr>
        <w:spacing w:before="0" w:after="80" w:line="300" w:lineRule="auto"/>
        <w:jc w:val="left"/>
      </w:pPr>
      <w:r>
        <w:rPr>
          <w:rFonts w:ascii="Times New Roman" w:hAnsi="Times New Roman" w:eastAsia="宋体"/>
          <w:b w:val="0"/>
          <w:i w:val="0"/>
          <w:sz w:val="21"/>
        </w:rPr>
        <w:t>这两个图形有多少个不同的公共点？</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distinct points in the xy-plane common to the graphs of</w:t>
      </w:r>
    </w:p>
    <w:p>
      <w:pPr>
        <w:spacing w:before="0" w:after="80" w:line="300" w:lineRule="auto"/>
        <w:jc w:val="left"/>
      </w:pPr>
      <w:r>
        <w:rPr>
          <w:rFonts w:ascii="Times New Roman" w:hAnsi="Times New Roman" w:eastAsia="宋体"/>
          <w:b w:val="0"/>
          <w:i w:val="0"/>
          <w:color w:val="333333"/>
          <w:sz w:val="19"/>
        </w:rPr>
        <w:t>(x+y-5)(2x-3y+5)=0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(x-y+1)(3x+2y-12)=0</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一个三角形的面积在数值上等于其周长。内切圆的半径是多少？</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triangle, the area is numerically equal to the perimeter. What is the radius of the inscribed circle?</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在三角形 ABC 中，从顶点 A 出发的中线垂直于从顶点 B 出发的中线。若边 AC 和 BC 的长度分别为 6 和 7，则边 AB 的长度为：</w:t>
      </w:r>
    </w:p>
    <w:p>
      <w:pPr>
        <w:spacing w:before="0" w:after="120" w:line="300" w:lineRule="auto"/>
      </w:pPr>
      <w:r>
        <w:rPr>
          <w:rFonts w:ascii="Times New Roman" w:hAnsi="Times New Roman" w:eastAsia="宋体"/>
          <w:b w:val="0"/>
          <w:i w:val="0"/>
          <w:sz w:val="21"/>
        </w:rPr>
        <w:t>（A）√(17)　　（B）4　　（C）41/2　　（D）2√(5)　　（E）41/4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the median from vertex A is perpendicular to the median from vertex B. If the lengths of sides AC and BC are 6 and 7, respectively, then the length of side AB is:</w:t>
      </w:r>
    </w:p>
    <w:p>
      <w:pPr>
        <w:spacing w:before="0" w:after="160" w:line="300" w:lineRule="auto"/>
      </w:pPr>
      <w:r>
        <w:rPr>
          <w:rFonts w:ascii="Times New Roman" w:hAnsi="Times New Roman" w:eastAsia="宋体"/>
          <w:b w:val="0"/>
          <w:i w:val="0"/>
          <w:color w:val="333333"/>
          <w:sz w:val="19"/>
        </w:rPr>
        <w:t>(A) √(17)　　(B) 4　　(C) 41/2　　(D) 2√(5)　　(E) 41/4</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现在是 10:00 至 11:00 之间。六分钟后，手表的分针将恰好指向三分钟前时针所指位置的正对面。现在的准确时间是多少？</w:t>
      </w:r>
    </w:p>
    <w:p>
      <w:pPr>
        <w:spacing w:before="0" w:after="120" w:line="300" w:lineRule="auto"/>
      </w:pPr>
      <w:r>
        <w:rPr>
          <w:rFonts w:ascii="Times New Roman" w:hAnsi="Times New Roman" w:eastAsia="宋体"/>
          <w:b w:val="0"/>
          <w:i w:val="0"/>
          <w:sz w:val="21"/>
        </w:rPr>
        <w:t>（A）10:055/11　　（B）10:071/2　　（C）10:10　　（D）10:15　　（E）10:171/2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is now between 10:00 and 11:00 o’clock, and six minutes from now, the minute hand of a watch will be exactly opposite the place where the hour hand was three minutes ago. What is the exact time now?</w:t>
      </w:r>
    </w:p>
    <w:p>
      <w:pPr>
        <w:spacing w:before="0" w:after="160" w:line="300" w:lineRule="auto"/>
      </w:pPr>
      <w:r>
        <w:rPr>
          <w:rFonts w:ascii="Times New Roman" w:hAnsi="Times New Roman" w:eastAsia="宋体"/>
          <w:b w:val="0"/>
          <w:i w:val="0"/>
          <w:color w:val="333333"/>
          <w:sz w:val="19"/>
        </w:rPr>
        <w:t>(A) 10:055/11　　(B) 10:071/2　　(C) 10:10　　(D) 10:15　　(E) 10:171/2</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在所附图形中，线段 AB 与 CD 平行，角 D 的度数是角 B 的两倍，线段 AD 和 CD 的长度分别为 a 和 b。则 AB 的长度等于：</w:t>
      </w:r>
    </w:p>
    <w:p>
      <w:pPr>
        <w:spacing w:before="80" w:after="80"/>
        <w:jc w:val="center"/>
      </w:pPr>
      <w:r>
        <w:drawing>
          <wp:inline xmlns:a="http://schemas.openxmlformats.org/drawingml/2006/main" xmlns:pic="http://schemas.openxmlformats.org/drawingml/2006/picture">
            <wp:extent cx="1403889" cy="1259374"/>
            <wp:docPr id="1" name="Picture 1"/>
            <wp:cNvGraphicFramePr>
              <a:graphicFrameLocks noChangeAspect="1"/>
            </wp:cNvGraphicFramePr>
            <a:graphic>
              <a:graphicData uri="http://schemas.openxmlformats.org/drawingml/2006/picture">
                <pic:pic>
                  <pic:nvPicPr>
                    <pic:cNvPr id="0" name="q30-1@300dpi.png"/>
                    <pic:cNvPicPr/>
                  </pic:nvPicPr>
                  <pic:blipFill>
                    <a:blip r:embed="rId9"/>
                    <a:stretch>
                      <a:fillRect/>
                    </a:stretch>
                  </pic:blipFill>
                  <pic:spPr>
                    <a:xfrm>
                      <a:off x="0" y="0"/>
                      <a:ext cx="1403889" cy="1259374"/>
                    </a:xfrm>
                    <a:prstGeom prst="rect"/>
                  </pic:spPr>
                </pic:pic>
              </a:graphicData>
            </a:graphic>
          </wp:inline>
        </w:drawing>
      </w:r>
    </w:p>
    <w:p>
      <w:pPr>
        <w:spacing w:before="0" w:after="120" w:line="300" w:lineRule="auto"/>
      </w:pPr>
      <w:r>
        <w:rPr>
          <w:rFonts w:ascii="Times New Roman" w:hAnsi="Times New Roman" w:eastAsia="宋体"/>
          <w:b w:val="0"/>
          <w:i w:val="0"/>
          <w:sz w:val="21"/>
        </w:rPr>
        <w:t>（A）1/2a+2b　　（B）3/2b+3/4a　　（C）2a-b　　（D）4b-1/2a　　（E）a+b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accompanying figure, segments AB and CD are parallel, the measure of angle D is twice that of angle B, and the measures of segments AD and CD are a and b, respectively. Then the measure of AB is equal to:</w:t>
      </w:r>
    </w:p>
    <w:p>
      <w:pPr>
        <w:spacing w:before="80" w:after="80"/>
        <w:jc w:val="center"/>
      </w:pPr>
      <w:r>
        <w:drawing>
          <wp:inline xmlns:a="http://schemas.openxmlformats.org/drawingml/2006/main" xmlns:pic="http://schemas.openxmlformats.org/drawingml/2006/picture">
            <wp:extent cx="1403889" cy="1259374"/>
            <wp:docPr id="2" name="Picture 2"/>
            <wp:cNvGraphicFramePr>
              <a:graphicFrameLocks noChangeAspect="1"/>
            </wp:cNvGraphicFramePr>
            <a:graphic>
              <a:graphicData uri="http://schemas.openxmlformats.org/drawingml/2006/picture">
                <pic:pic>
                  <pic:nvPicPr>
                    <pic:cNvPr id="0" name="q30-1@300dpi.png"/>
                    <pic:cNvPicPr/>
                  </pic:nvPicPr>
                  <pic:blipFill>
                    <a:blip r:embed="rId9"/>
                    <a:stretch>
                      <a:fillRect/>
                    </a:stretch>
                  </pic:blipFill>
                  <pic:spPr>
                    <a:xfrm>
                      <a:off x="0" y="0"/>
                      <a:ext cx="1403889" cy="125937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1/2a+2b　　(B) 3/2b+3/4a　　(C) 2a-b　　(D) 4b-1/2a　　(E) a+b</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从所有数位和等于 43 的五位数中随机选取一个数。这个数能被 11 整除的概率是多少？</w:t>
      </w:r>
    </w:p>
    <w:p>
      <w:pPr>
        <w:spacing w:before="0" w:after="120" w:line="300" w:lineRule="auto"/>
      </w:pPr>
      <w:r>
        <w:rPr>
          <w:rFonts w:ascii="Times New Roman" w:hAnsi="Times New Roman" w:eastAsia="宋体"/>
          <w:b w:val="0"/>
          <w:i w:val="0"/>
          <w:sz w:val="21"/>
        </w:rPr>
        <w:t>（A）2/5　　（B）1/5　　（C）1/6　　（D）1/11　　（E）1/15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number is selected at random from the set of all five-digit numbers in which the sum of the digits is equal to 43, what is the probability that this number will be divisible by 11?</w:t>
      </w:r>
    </w:p>
    <w:p>
      <w:pPr>
        <w:spacing w:before="0" w:after="160" w:line="300" w:lineRule="auto"/>
      </w:pPr>
      <w:r>
        <w:rPr>
          <w:rFonts w:ascii="Times New Roman" w:hAnsi="Times New Roman" w:eastAsia="宋体"/>
          <w:b w:val="0"/>
          <w:i w:val="0"/>
          <w:color w:val="333333"/>
          <w:sz w:val="19"/>
        </w:rPr>
        <w:t>(A) 2/5　　(B) 1/5　　(C) 1/6　　(D) 1/11　　(E) 1/15</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A 和 B 从圆形跑道上一对直径相对的点同时出发，以匀速沿相反方向绕跑道行进。他们在 B 行进 100 码后第一次相遇，并在 A 距离完成一圈还有 60 码时第二次相遇。则跑道的周长（单位为码）是：</w:t>
      </w:r>
    </w:p>
    <w:p>
      <w:pPr>
        <w:spacing w:before="0" w:after="120" w:line="300" w:lineRule="auto"/>
      </w:pPr>
      <w:r>
        <w:rPr>
          <w:rFonts w:ascii="Times New Roman" w:hAnsi="Times New Roman" w:eastAsia="宋体"/>
          <w:b w:val="0"/>
          <w:i w:val="0"/>
          <w:sz w:val="21"/>
        </w:rPr>
        <w:t>（A）400　　（B）440　　（C）480　　（D）560　　（E）880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and B travel around a circular track at uniform speeds in opposite directions, starting from diametrically opposite points. If they start at the same time, meet first after B has travelled 100 yards, and meet a second time 60 yards before A completes one lap, then the circumference of the track in yards is:</w:t>
      </w:r>
    </w:p>
    <w:p>
      <w:pPr>
        <w:spacing w:before="0" w:after="160" w:line="300" w:lineRule="auto"/>
      </w:pPr>
      <w:r>
        <w:rPr>
          <w:rFonts w:ascii="Times New Roman" w:hAnsi="Times New Roman" w:eastAsia="宋体"/>
          <w:b w:val="0"/>
          <w:i w:val="0"/>
          <w:color w:val="333333"/>
          <w:sz w:val="19"/>
        </w:rPr>
        <w:t>(A) 400　　(B) 440　　(C) 480　　(D) 560　　(E) 880</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求数列 1、2、3、4、…、10000 中所有数的各个数位之和。</w:t>
      </w:r>
    </w:p>
    <w:p>
      <w:pPr>
        <w:spacing w:before="0" w:after="120" w:line="300" w:lineRule="auto"/>
      </w:pPr>
      <w:r>
        <w:rPr>
          <w:rFonts w:ascii="Times New Roman" w:hAnsi="Times New Roman" w:eastAsia="宋体"/>
          <w:b w:val="0"/>
          <w:i w:val="0"/>
          <w:sz w:val="21"/>
        </w:rPr>
        <w:t>（A）180,001　　（B）154,756　　（C）45,001　　（D）154,755　　（E）270,001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sum of the digits of all the numerals in the sequence 1, 2, 3, 4, …, 10000.</w:t>
      </w:r>
    </w:p>
    <w:p>
      <w:pPr>
        <w:spacing w:before="0" w:after="160" w:line="300" w:lineRule="auto"/>
      </w:pPr>
      <w:r>
        <w:rPr>
          <w:rFonts w:ascii="Times New Roman" w:hAnsi="Times New Roman" w:eastAsia="宋体"/>
          <w:b w:val="0"/>
          <w:i w:val="0"/>
          <w:color w:val="333333"/>
          <w:sz w:val="19"/>
        </w:rPr>
        <w:t>(A) 180,001　　(B) 154,756　　(C) 45,001　　(D) 154,755　　(E) 270,001</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除 13,511、13,903 和 14,589 后所得余数相同的最大整数是：</w:t>
      </w:r>
    </w:p>
    <w:p>
      <w:pPr>
        <w:spacing w:before="0" w:after="120" w:line="300" w:lineRule="auto"/>
      </w:pPr>
      <w:r>
        <w:rPr>
          <w:rFonts w:ascii="Times New Roman" w:hAnsi="Times New Roman" w:eastAsia="宋体"/>
          <w:b w:val="0"/>
          <w:i w:val="0"/>
          <w:sz w:val="21"/>
        </w:rPr>
        <w:t>（A）28　　（B）49　　（C）98　　（D）大于 49 的 7 的奇数倍　　（E）大于 98 的 7 的偶数倍</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greatest integer that will divide 13,511, 13,903, and 14,589 and leave the same remainder is:</w:t>
      </w:r>
    </w:p>
    <w:p>
      <w:pPr>
        <w:spacing w:before="0" w:after="160" w:line="300" w:lineRule="auto"/>
      </w:pPr>
      <w:r>
        <w:rPr>
          <w:rFonts w:ascii="Times New Roman" w:hAnsi="Times New Roman" w:eastAsia="宋体"/>
          <w:b w:val="0"/>
          <w:i w:val="0"/>
          <w:color w:val="333333"/>
          <w:sz w:val="19"/>
        </w:rPr>
        <w:t>(A) 28　　(B) 49　　(C) 98　　(D) an odd multiple of 7 greater than 49　　(E) an even multiple of 7 greater than 98</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一名退休员工领取的年度养老金与其服务年数的平方根成正比。若他多服务 a 年，养老金将增加 p 美元；若他多服务 b 年（b≠ a），养老金将比原年度养老金增加 q 美元。用 a、b、p、q 表示他的年度养老金。</w:t>
      </w:r>
    </w:p>
    <w:p>
      <w:pPr>
        <w:spacing w:before="0" w:after="120" w:line="300" w:lineRule="auto"/>
      </w:pPr>
      <w:r>
        <w:rPr>
          <w:rFonts w:ascii="Times New Roman" w:hAnsi="Times New Roman" w:eastAsia="宋体"/>
          <w:b w:val="0"/>
          <w:i w:val="0"/>
          <w:sz w:val="21"/>
        </w:rPr>
        <w:t>（A）p²-q²/(2(a-b))　　（B）((p-q)²)/(2√(ab))　　（C）ap²-bq²/(2(ap-bq))　　（D）aq²-bp²/(2(bp-aq))　　（E）√((a-b)(p-q))</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retiring employee receives an annual pension proportional to the square root of the number of years of his service. Had he served a years more, his pension would have been p dollars greater, whereas, had he served b years more (b≠ a), his pension would have been q dollars greater than the original annual pension. Find his annual pension in terms of a, b, p, and q.</w:t>
      </w:r>
    </w:p>
    <w:p>
      <w:pPr>
        <w:spacing w:before="0" w:after="160" w:line="300" w:lineRule="auto"/>
      </w:pPr>
      <w:r>
        <w:rPr>
          <w:rFonts w:ascii="Times New Roman" w:hAnsi="Times New Roman" w:eastAsia="宋体"/>
          <w:b w:val="0"/>
          <w:i w:val="0"/>
          <w:color w:val="333333"/>
          <w:sz w:val="19"/>
        </w:rPr>
        <w:t>(A) p²-q²/(2(a-b))　　(B) ((p-q)²)/(2√(ab))　　(C) ap²-bq²/(2(ap-bq))　　(D) aq²-bp²/(2(bp-aq))　　(E) √((a-b)(p-q))</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A　C　B　D　B　E　B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E　C　D　A　E　C　E　A</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C　A　B　A　D　B　E　B　A</w:t>
      </w:r>
    </w:p>
    <w:p>
      <w:pPr>
        <w:spacing w:before="0" w:after="0" w:line="300" w:lineRule="auto"/>
      </w:pPr>
      <w:r>
        <w:rPr>
          <w:rFonts w:ascii="Times New Roman" w:hAnsi="Times New Roman" w:eastAsia="宋体"/>
          <w:b w:val="0"/>
          <w:i w:val="0"/>
          <w:sz w:val="18"/>
        </w:rPr>
        <w:t>题号　28　29　30　31　32　33　34　35</w:t>
      </w:r>
    </w:p>
    <w:p>
      <w:pPr>
        <w:spacing w:before="0" w:after="80" w:line="300" w:lineRule="auto"/>
      </w:pPr>
      <w:r>
        <w:rPr>
          <w:rFonts w:ascii="Times New Roman" w:hAnsi="Times New Roman" w:eastAsia="宋体"/>
          <w:b/>
          <w:i w:val="0"/>
          <w:sz w:val="18"/>
        </w:rPr>
        <w:t>答案　A　D　E　B　C　A　C　D</w:t>
      </w:r>
    </w:p>
    <w:p>
      <w:pPr>
        <w:spacing w:before="0" w:after="200" w:line="300" w:lineRule="auto"/>
      </w:pPr>
      <w:r>
        <w:rPr>
          <w:rFonts w:ascii="Times New Roman" w:hAnsi="Times New Roman" w:eastAsia="宋体"/>
          <w:b w:val="0"/>
          <w:i w:val="0"/>
          <w:color w:val="666666"/>
          <w:sz w:val="18"/>
        </w:rPr>
        <w:t>答案串：EACBDBEBCDECDAECEACABADBEBAADEBCACD</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最内层根式为 √(1)=1，所以所给的数是 √(1+√(2))。它的四次方为</w:t>
      </w:r>
    </w:p>
    <w:p>
      <w:pPr>
        <w:spacing w:before="0" w:after="80" w:line="300" w:lineRule="auto"/>
        <w:jc w:val="left"/>
      </w:pPr>
      <w:r>
        <w:rPr>
          <w:rFonts w:ascii="Times New Roman" w:hAnsi="Times New Roman" w:eastAsia="宋体"/>
          <w:b w:val="0"/>
          <w:i w:val="0"/>
          <w:sz w:val="21"/>
        </w:rPr>
        <w:t>(1+√(2))²=1+2√(2)+2</w:t>
      </w:r>
    </w:p>
    <w:p>
      <w:pPr>
        <w:spacing w:before="0" w:after="80" w:line="300" w:lineRule="auto"/>
        <w:jc w:val="left"/>
      </w:pPr>
      <w:r>
        <w:rPr>
          <w:rFonts w:ascii="Times New Roman" w:hAnsi="Times New Roman" w:eastAsia="宋体"/>
          <w:b w:val="0"/>
          <w:i w:val="0"/>
          <w:sz w:val="21"/>
        </w:rPr>
        <w:t>=3+2√(2)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innermost radical is √(1)=1, so the given number is √(1+√(2)). Its fourth power is</w:t>
      </w:r>
    </w:p>
    <w:p>
      <w:pPr>
        <w:spacing w:before="0" w:after="80" w:line="300" w:lineRule="auto"/>
        <w:jc w:val="left"/>
      </w:pPr>
      <w:r>
        <w:rPr>
          <w:rFonts w:ascii="Times New Roman" w:hAnsi="Times New Roman" w:eastAsia="宋体"/>
          <w:b w:val="0"/>
          <w:i w:val="0"/>
          <w:color w:val="333333"/>
          <w:sz w:val="19"/>
        </w:rPr>
        <w:t>(1+√(2))²=1+2√(2)+2</w:t>
      </w:r>
    </w:p>
    <w:p>
      <w:pPr>
        <w:spacing w:before="0" w:after="80" w:line="300" w:lineRule="auto"/>
        <w:jc w:val="left"/>
      </w:pPr>
      <w:r>
        <w:rPr>
          <w:rFonts w:ascii="Times New Roman" w:hAnsi="Times New Roman" w:eastAsia="宋体"/>
          <w:b w:val="0"/>
          <w:i w:val="0"/>
          <w:color w:val="333333"/>
          <w:sz w:val="19"/>
        </w:rPr>
        <w:t>=3+2√(2).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若共同的周长为 p，则圆的半径为 p/2π，正方形的边长为 p/4。因此</w:t>
      </w:r>
    </w:p>
    <w:p>
      <w:pPr>
        <w:spacing w:before="0" w:after="80" w:line="300" w:lineRule="auto"/>
        <w:jc w:val="left"/>
      </w:pPr>
      <w:r>
        <w:rPr>
          <w:rFonts w:ascii="Times New Roman" w:hAnsi="Times New Roman" w:eastAsia="宋体"/>
          <w:b w:val="0"/>
          <w:i w:val="0"/>
          <w:sz w:val="21"/>
        </w:rPr>
        <w:t>(π(p/2π)²)/((p/4)²) =(p²/4π)/(p²/16)=4/π。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common perimeter is p, then the circle has radius p/2π and the square has side p/4. Therefore</w:t>
      </w:r>
    </w:p>
    <w:p>
      <w:pPr>
        <w:spacing w:before="0" w:after="80" w:line="300" w:lineRule="auto"/>
        <w:jc w:val="left"/>
      </w:pPr>
      <w:r>
        <w:rPr>
          <w:rFonts w:ascii="Times New Roman" w:hAnsi="Times New Roman" w:eastAsia="宋体"/>
          <w:b w:val="0"/>
          <w:i w:val="0"/>
          <w:color w:val="333333"/>
          <w:sz w:val="19"/>
        </w:rPr>
        <w:t>(π(p/2π)²)/((p/4)²) =(p²/4π)/(p²/16)=4/π.</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由 x=1+2ᵖ 得 2ᵖ=x-1，所以</w:t>
      </w:r>
    </w:p>
    <w:p>
      <w:pPr>
        <w:spacing w:before="0" w:after="80" w:line="300" w:lineRule="auto"/>
        <w:jc w:val="left"/>
      </w:pPr>
      <w:r>
        <w:rPr>
          <w:rFonts w:ascii="Times New Roman" w:hAnsi="Times New Roman" w:eastAsia="宋体"/>
          <w:b w:val="0"/>
          <w:i w:val="0"/>
          <w:sz w:val="21"/>
        </w:rPr>
        <w:t>y=1+2⁻ᵖ</w:t>
      </w:r>
    </w:p>
    <w:p>
      <w:pPr>
        <w:spacing w:before="0" w:after="80" w:line="300" w:lineRule="auto"/>
        <w:jc w:val="left"/>
      </w:pPr>
      <w:r>
        <w:rPr>
          <w:rFonts w:ascii="Times New Roman" w:hAnsi="Times New Roman" w:eastAsia="宋体"/>
          <w:b w:val="0"/>
          <w:i w:val="0"/>
          <w:sz w:val="21"/>
        </w:rPr>
        <w:t>=1+1/x-1=x/x-1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x=1+2ᵖ we get 2ᵖ=x-1, so</w:t>
      </w:r>
    </w:p>
    <w:p>
      <w:pPr>
        <w:spacing w:before="0" w:after="80" w:line="300" w:lineRule="auto"/>
        <w:jc w:val="left"/>
      </w:pPr>
      <w:r>
        <w:rPr>
          <w:rFonts w:ascii="Times New Roman" w:hAnsi="Times New Roman" w:eastAsia="宋体"/>
          <w:b w:val="0"/>
          <w:i w:val="0"/>
          <w:color w:val="333333"/>
          <w:sz w:val="19"/>
        </w:rPr>
        <w:t>y=1+2⁻ᵖ</w:t>
      </w:r>
    </w:p>
    <w:p>
      <w:pPr>
        <w:spacing w:before="0" w:after="80" w:line="300" w:lineRule="auto"/>
        <w:jc w:val="left"/>
      </w:pPr>
      <w:r>
        <w:rPr>
          <w:rFonts w:ascii="Times New Roman" w:hAnsi="Times New Roman" w:eastAsia="宋体"/>
          <w:b w:val="0"/>
          <w:i w:val="0"/>
          <w:color w:val="333333"/>
          <w:sz w:val="19"/>
        </w:rPr>
        <w:t>=1+1/x-1=x/x-1.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这个和为</w:t>
      </w:r>
    </w:p>
    <w:p>
      <w:pPr>
        <w:spacing w:before="0" w:after="80" w:line="300" w:lineRule="auto"/>
        <w:jc w:val="left"/>
      </w:pPr>
      <w:r>
        <w:rPr>
          <w:rFonts w:ascii="Times New Roman" w:hAnsi="Times New Roman" w:eastAsia="宋体"/>
          <w:b w:val="0"/>
          <w:i w:val="0"/>
          <w:sz w:val="21"/>
        </w:rPr>
        <w:t>(n-1)²+n²+(n+1)²</w:t>
      </w:r>
    </w:p>
    <w:p>
      <w:pPr>
        <w:spacing w:before="0" w:after="80" w:line="300" w:lineRule="auto"/>
        <w:jc w:val="left"/>
      </w:pPr>
      <w:r>
        <w:rPr>
          <w:rFonts w:ascii="Times New Roman" w:hAnsi="Times New Roman" w:eastAsia="宋体"/>
          <w:b w:val="0"/>
          <w:i w:val="0"/>
          <w:sz w:val="21"/>
        </w:rPr>
        <w:t>=3n²+2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它总是同余于 2pmod3，所以 S 中没有元素能被 3 整除。另一方面，取 n=5 时得到 3(25)+2=77，它能被 11 整除。</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is</w:t>
      </w:r>
    </w:p>
    <w:p>
      <w:pPr>
        <w:spacing w:before="0" w:after="80" w:line="300" w:lineRule="auto"/>
        <w:jc w:val="left"/>
      </w:pPr>
      <w:r>
        <w:rPr>
          <w:rFonts w:ascii="Times New Roman" w:hAnsi="Times New Roman" w:eastAsia="宋体"/>
          <w:b w:val="0"/>
          <w:i w:val="0"/>
          <w:color w:val="333333"/>
          <w:sz w:val="19"/>
        </w:rPr>
        <w:t>(n-1)²+n²+(n+1)²</w:t>
      </w:r>
    </w:p>
    <w:p>
      <w:pPr>
        <w:spacing w:before="0" w:after="80" w:line="300" w:lineRule="auto"/>
        <w:jc w:val="left"/>
      </w:pPr>
      <w:r>
        <w:rPr>
          <w:rFonts w:ascii="Times New Roman" w:hAnsi="Times New Roman" w:eastAsia="宋体"/>
          <w:b w:val="0"/>
          <w:i w:val="0"/>
          <w:color w:val="333333"/>
          <w:sz w:val="19"/>
        </w:rPr>
        <w:t>=3n²+2.</w:t>
      </w:r>
    </w:p>
    <w:p>
      <w:pPr>
        <w:spacing w:before="0" w:after="80" w:line="300" w:lineRule="auto"/>
        <w:jc w:val="left"/>
      </w:pPr>
      <w:r>
        <w:rPr>
          <w:rFonts w:ascii="Times New Roman" w:hAnsi="Times New Roman" w:eastAsia="宋体"/>
          <w:b w:val="0"/>
          <w:i w:val="0"/>
          <w:color w:val="333333"/>
          <w:sz w:val="19"/>
        </w:rPr>
        <w:t>It is always congruent to 2pmod3, so no member of S is divisible by 3. On the other hand, taking n=5 gives 3(25)+2=77, which is divisible by 11.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因为 i²=-1，且 i⁴=1，所以</w:t>
      </w:r>
    </w:p>
    <w:p>
      <w:pPr>
        <w:spacing w:before="0" w:after="80" w:line="300" w:lineRule="auto"/>
        <w:jc w:val="left"/>
      </w:pPr>
      <w:r>
        <w:rPr>
          <w:rFonts w:ascii="Times New Roman" w:hAnsi="Times New Roman" w:eastAsia="宋体"/>
          <w:b w:val="0"/>
          <w:i w:val="0"/>
          <w:sz w:val="21"/>
        </w:rPr>
        <w:t>f(i)=i⁴+i²/i+1=1-1/i+1=0。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i²=-1 and i⁴=1,</w:t>
      </w:r>
    </w:p>
    <w:p>
      <w:pPr>
        <w:spacing w:before="0" w:after="80" w:line="300" w:lineRule="auto"/>
        <w:jc w:val="left"/>
      </w:pPr>
      <w:r>
        <w:rPr>
          <w:rFonts w:ascii="Times New Roman" w:hAnsi="Times New Roman" w:eastAsia="宋体"/>
          <w:b w:val="0"/>
          <w:i w:val="0"/>
          <w:color w:val="333333"/>
          <w:sz w:val="19"/>
        </w:rPr>
        <w:t>f(i)=i⁴+i²/i+1=1-1/i+1=0.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配方可得</w:t>
      </w:r>
    </w:p>
    <w:p>
      <w:pPr>
        <w:spacing w:before="0" w:after="80" w:line="300" w:lineRule="auto"/>
        <w:jc w:val="left"/>
      </w:pPr>
      <w:r>
        <w:rPr>
          <w:rFonts w:ascii="Times New Roman" w:hAnsi="Times New Roman" w:eastAsia="宋体"/>
          <w:b w:val="0"/>
          <w:i w:val="0"/>
          <w:sz w:val="21"/>
        </w:rPr>
        <w:t>x²+8x=(x+4)²-16。</w:t>
      </w:r>
    </w:p>
    <w:p>
      <w:pPr>
        <w:spacing w:before="0" w:after="80" w:line="300" w:lineRule="auto"/>
        <w:jc w:val="left"/>
      </w:pPr>
      <w:r>
        <w:rPr>
          <w:rFonts w:ascii="Times New Roman" w:hAnsi="Times New Roman" w:eastAsia="宋体"/>
          <w:b w:val="0"/>
          <w:i w:val="0"/>
          <w:sz w:val="21"/>
        </w:rPr>
        <w:t>因为 (x+4)²≥0，所以当 x=-4 时取得最小值 -16。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Completing the square gives</w:t>
      </w:r>
    </w:p>
    <w:p>
      <w:pPr>
        <w:spacing w:before="0" w:after="80" w:line="300" w:lineRule="auto"/>
        <w:jc w:val="left"/>
      </w:pPr>
      <w:r>
        <w:rPr>
          <w:rFonts w:ascii="Times New Roman" w:hAnsi="Times New Roman" w:eastAsia="宋体"/>
          <w:b w:val="0"/>
          <w:i w:val="0"/>
          <w:color w:val="333333"/>
          <w:sz w:val="19"/>
        </w:rPr>
        <w:t>x²+8x=(x+4)²-16.</w:t>
      </w:r>
    </w:p>
    <w:p>
      <w:pPr>
        <w:spacing w:before="0" w:after="80" w:line="300" w:lineRule="auto"/>
        <w:jc w:val="left"/>
      </w:pPr>
      <w:r>
        <w:rPr>
          <w:rFonts w:ascii="Times New Roman" w:hAnsi="Times New Roman" w:eastAsia="宋体"/>
          <w:b w:val="0"/>
          <w:i w:val="0"/>
          <w:color w:val="333333"/>
          <w:sz w:val="19"/>
        </w:rPr>
        <w:t>Since (x+4)²≥0, the minimum occurs at x=-4 and equals -16.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因为 AX=BX=AB=s，所以三角形 ABX 是等边三角形。因此 X 到 AB 的垂直距离为 (s√(3))/2。平行边 AB 与 CD 之间的距离为 s，所以所求距离为</w:t>
      </w:r>
    </w:p>
    <w:p>
      <w:pPr>
        <w:spacing w:before="0" w:after="80" w:line="300" w:lineRule="auto"/>
        <w:jc w:val="left"/>
      </w:pPr>
      <w:r>
        <w:rPr>
          <w:rFonts w:ascii="Times New Roman" w:hAnsi="Times New Roman" w:eastAsia="宋体"/>
          <w:b w:val="0"/>
          <w:i w:val="0"/>
          <w:sz w:val="21"/>
        </w:rPr>
        <w:t>s-(s√(3))/2=s/2(2-√(3))。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AX=BX=AB=s, triangle ABX is equilateral. Thus the perpendicular distance from X to AB is (s√(3))/2. The distance between the parallel sides AB and CD is s, so the requested distance is</w:t>
      </w:r>
    </w:p>
    <w:p>
      <w:pPr>
        <w:spacing w:before="0" w:after="80" w:line="300" w:lineRule="auto"/>
        <w:jc w:val="left"/>
      </w:pPr>
      <w:r>
        <w:rPr>
          <w:rFonts w:ascii="Times New Roman" w:hAnsi="Times New Roman" w:eastAsia="宋体"/>
          <w:b w:val="0"/>
          <w:i w:val="0"/>
          <w:color w:val="333333"/>
          <w:sz w:val="19"/>
        </w:rPr>
        <w:t>s-(s√(3))/2=s/2(2-√(3)).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利用 225=15² 和 8=2³，可得</w:t>
      </w:r>
    </w:p>
    <w:p>
      <w:pPr>
        <w:spacing w:before="0" w:after="80" w:line="300" w:lineRule="auto"/>
        <w:jc w:val="left"/>
      </w:pPr>
      <w:r>
        <w:rPr>
          <w:rFonts w:ascii="Times New Roman" w:hAnsi="Times New Roman" w:eastAsia="宋体"/>
          <w:b w:val="0"/>
          <w:i w:val="0"/>
          <w:sz w:val="21"/>
        </w:rPr>
        <w:t>a=(log₂(15²))/(log₂(2³))</w:t>
      </w:r>
    </w:p>
    <w:p>
      <w:pPr>
        <w:spacing w:before="0" w:after="80" w:line="300" w:lineRule="auto"/>
        <w:jc w:val="left"/>
      </w:pPr>
      <w:r>
        <w:rPr>
          <w:rFonts w:ascii="Times New Roman" w:hAnsi="Times New Roman" w:eastAsia="宋体"/>
          <w:b w:val="0"/>
          <w:i w:val="0"/>
          <w:sz w:val="21"/>
        </w:rPr>
        <w:t>=(2log₂ 15)/3=2b/3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225=15² and 8=2³,</w:t>
      </w:r>
    </w:p>
    <w:p>
      <w:pPr>
        <w:spacing w:before="0" w:after="80" w:line="300" w:lineRule="auto"/>
        <w:jc w:val="left"/>
      </w:pPr>
      <w:r>
        <w:rPr>
          <w:rFonts w:ascii="Times New Roman" w:hAnsi="Times New Roman" w:eastAsia="宋体"/>
          <w:b w:val="0"/>
          <w:i w:val="0"/>
          <w:color w:val="333333"/>
          <w:sz w:val="19"/>
        </w:rPr>
        <w:t>a=(log₂(15²))/(log₂(2³))</w:t>
      </w:r>
    </w:p>
    <w:p>
      <w:pPr>
        <w:spacing w:before="0" w:after="80" w:line="300" w:lineRule="auto"/>
        <w:jc w:val="left"/>
      </w:pPr>
      <w:r>
        <w:rPr>
          <w:rFonts w:ascii="Times New Roman" w:hAnsi="Times New Roman" w:eastAsia="宋体"/>
          <w:b w:val="0"/>
          <w:i w:val="0"/>
          <w:color w:val="333333"/>
          <w:sz w:val="19"/>
        </w:rPr>
        <w:t>=(2log₂ 15)/3=2b/3.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由分割比可得</w:t>
      </w:r>
    </w:p>
    <w:p>
      <w:pPr>
        <w:spacing w:before="0" w:after="80" w:line="300" w:lineRule="auto"/>
        <w:jc w:val="left"/>
      </w:pPr>
      <w:r>
        <w:rPr>
          <w:rFonts w:ascii="Times New Roman" w:hAnsi="Times New Roman" w:eastAsia="宋体"/>
          <w:b w:val="0"/>
          <w:i w:val="0"/>
          <w:sz w:val="21"/>
        </w:rPr>
        <w:t>AP=2/5AB, AQ=3/7AB。</w:t>
      </w:r>
    </w:p>
    <w:p>
      <w:pPr>
        <w:spacing w:before="0" w:after="80" w:line="300" w:lineRule="auto"/>
        <w:jc w:val="left"/>
      </w:pPr>
      <w:r>
        <w:rPr>
          <w:rFonts w:ascii="Times New Roman" w:hAnsi="Times New Roman" w:eastAsia="宋体"/>
          <w:b w:val="0"/>
          <w:i w:val="0"/>
          <w:sz w:val="21"/>
        </w:rPr>
        <w:t>因为两点位于中点的同一侧，所以</w:t>
      </w:r>
    </w:p>
    <w:p>
      <w:pPr>
        <w:spacing w:before="0" w:after="80" w:line="300" w:lineRule="auto"/>
        <w:jc w:val="left"/>
      </w:pPr>
      <w:r>
        <w:rPr>
          <w:rFonts w:ascii="Times New Roman" w:hAnsi="Times New Roman" w:eastAsia="宋体"/>
          <w:b w:val="0"/>
          <w:i w:val="0"/>
          <w:sz w:val="21"/>
        </w:rPr>
        <w:t>PQ=AQ-AP</w:t>
      </w:r>
    </w:p>
    <w:p>
      <w:pPr>
        <w:spacing w:before="0" w:after="80" w:line="300" w:lineRule="auto"/>
        <w:jc w:val="left"/>
      </w:pPr>
      <w:r>
        <w:rPr>
          <w:rFonts w:ascii="Times New Roman" w:hAnsi="Times New Roman" w:eastAsia="宋体"/>
          <w:b w:val="0"/>
          <w:i w:val="0"/>
          <w:sz w:val="21"/>
        </w:rPr>
        <w:t>=(3/7-2/5)AB</w:t>
      </w:r>
    </w:p>
    <w:p>
      <w:pPr>
        <w:spacing w:before="0" w:after="80" w:line="300" w:lineRule="auto"/>
        <w:jc w:val="left"/>
      </w:pPr>
      <w:r>
        <w:rPr>
          <w:rFonts w:ascii="Times New Roman" w:hAnsi="Times New Roman" w:eastAsia="宋体"/>
          <w:b w:val="0"/>
          <w:i w:val="0"/>
          <w:sz w:val="21"/>
        </w:rPr>
        <w:t>=1/35AB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 PQ=2 得 AB=70。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division ratios give</w:t>
      </w:r>
    </w:p>
    <w:p>
      <w:pPr>
        <w:spacing w:before="0" w:after="80" w:line="300" w:lineRule="auto"/>
        <w:jc w:val="left"/>
      </w:pPr>
      <w:r>
        <w:rPr>
          <w:rFonts w:ascii="Times New Roman" w:hAnsi="Times New Roman" w:eastAsia="宋体"/>
          <w:b w:val="0"/>
          <w:i w:val="0"/>
          <w:color w:val="333333"/>
          <w:sz w:val="19"/>
        </w:rPr>
        <w:t>AP=2/5AB, AQ=3/7AB.</w:t>
      </w:r>
    </w:p>
    <w:p>
      <w:pPr>
        <w:spacing w:before="0" w:after="80" w:line="300" w:lineRule="auto"/>
        <w:jc w:val="left"/>
      </w:pPr>
      <w:r>
        <w:rPr>
          <w:rFonts w:ascii="Times New Roman" w:hAnsi="Times New Roman" w:eastAsia="宋体"/>
          <w:b w:val="0"/>
          <w:i w:val="0"/>
          <w:color w:val="333333"/>
          <w:sz w:val="19"/>
        </w:rPr>
        <w:t>Because the two points are on the same side of the midpoint,</w:t>
      </w:r>
    </w:p>
    <w:p>
      <w:pPr>
        <w:spacing w:before="0" w:after="80" w:line="300" w:lineRule="auto"/>
        <w:jc w:val="left"/>
      </w:pPr>
      <w:r>
        <w:rPr>
          <w:rFonts w:ascii="Times New Roman" w:hAnsi="Times New Roman" w:eastAsia="宋体"/>
          <w:b w:val="0"/>
          <w:i w:val="0"/>
          <w:color w:val="333333"/>
          <w:sz w:val="19"/>
        </w:rPr>
        <w:t>PQ=AQ-AP</w:t>
      </w:r>
    </w:p>
    <w:p>
      <w:pPr>
        <w:spacing w:before="0" w:after="80" w:line="300" w:lineRule="auto"/>
        <w:jc w:val="left"/>
      </w:pPr>
      <w:r>
        <w:rPr>
          <w:rFonts w:ascii="Times New Roman" w:hAnsi="Times New Roman" w:eastAsia="宋体"/>
          <w:b w:val="0"/>
          <w:i w:val="0"/>
          <w:color w:val="333333"/>
          <w:sz w:val="19"/>
        </w:rPr>
        <w:t>=(3/7-2/5)AB</w:t>
      </w:r>
    </w:p>
    <w:p>
      <w:pPr>
        <w:spacing w:before="0" w:after="80" w:line="300" w:lineRule="auto"/>
        <w:jc w:val="left"/>
      </w:pPr>
      <w:r>
        <w:rPr>
          <w:rFonts w:ascii="Times New Roman" w:hAnsi="Times New Roman" w:eastAsia="宋体"/>
          <w:b w:val="0"/>
          <w:i w:val="0"/>
          <w:color w:val="333333"/>
          <w:sz w:val="19"/>
        </w:rPr>
        <w:t>=1/35AB.</w:t>
      </w:r>
    </w:p>
    <w:p>
      <w:pPr>
        <w:spacing w:before="0" w:after="80" w:line="300" w:lineRule="auto"/>
        <w:jc w:val="left"/>
      </w:pPr>
      <w:r>
        <w:rPr>
          <w:rFonts w:ascii="Times New Roman" w:hAnsi="Times New Roman" w:eastAsia="宋体"/>
          <w:b w:val="0"/>
          <w:i w:val="0"/>
          <w:color w:val="333333"/>
          <w:sz w:val="19"/>
        </w:rPr>
        <w:t>Since PQ=2, we obtain AB=70.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我们有</w:t>
      </w:r>
    </w:p>
    <w:p>
      <w:pPr>
        <w:spacing w:before="0" w:after="80" w:line="300" w:lineRule="auto"/>
        <w:jc w:val="left"/>
      </w:pPr>
      <w:r>
        <w:rPr>
          <w:rFonts w:ascii="Times New Roman" w:hAnsi="Times New Roman" w:eastAsia="宋体"/>
          <w:b w:val="0"/>
          <w:i w:val="0"/>
          <w:sz w:val="21"/>
        </w:rPr>
        <w:t>F=0.4+0.081(1+0.01+⋯)</w:t>
      </w:r>
    </w:p>
    <w:p>
      <w:pPr>
        <w:spacing w:before="0" w:after="80" w:line="300" w:lineRule="auto"/>
        <w:jc w:val="left"/>
      </w:pPr>
      <w:r>
        <w:rPr>
          <w:rFonts w:ascii="Times New Roman" w:hAnsi="Times New Roman" w:eastAsia="宋体"/>
          <w:b w:val="0"/>
          <w:i w:val="0"/>
          <w:sz w:val="21"/>
        </w:rPr>
        <w:t>=2/5+0.081/0.99</w:t>
      </w:r>
    </w:p>
    <w:p>
      <w:pPr>
        <w:spacing w:before="0" w:after="80" w:line="300" w:lineRule="auto"/>
        <w:jc w:val="left"/>
      </w:pPr>
      <w:r>
        <w:rPr>
          <w:rFonts w:ascii="Times New Roman" w:hAnsi="Times New Roman" w:eastAsia="宋体"/>
          <w:b w:val="0"/>
          <w:i w:val="0"/>
          <w:sz w:val="21"/>
        </w:rPr>
        <w:t>=2/5+9/110</w:t>
      </w:r>
    </w:p>
    <w:p>
      <w:pPr>
        <w:spacing w:before="0" w:after="80" w:line="300" w:lineRule="auto"/>
        <w:jc w:val="left"/>
      </w:pPr>
      <w:r>
        <w:rPr>
          <w:rFonts w:ascii="Times New Roman" w:hAnsi="Times New Roman" w:eastAsia="宋体"/>
          <w:b w:val="0"/>
          <w:i w:val="0"/>
          <w:sz w:val="21"/>
        </w:rPr>
        <w:t>=53/110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分母比分子大 110-53=57。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F=0.4+0.081(1+0.01+⋯)</w:t>
      </w:r>
    </w:p>
    <w:p>
      <w:pPr>
        <w:spacing w:before="0" w:after="80" w:line="300" w:lineRule="auto"/>
        <w:jc w:val="left"/>
      </w:pPr>
      <w:r>
        <w:rPr>
          <w:rFonts w:ascii="Times New Roman" w:hAnsi="Times New Roman" w:eastAsia="宋体"/>
          <w:b w:val="0"/>
          <w:i w:val="0"/>
          <w:color w:val="333333"/>
          <w:sz w:val="19"/>
        </w:rPr>
        <w:t>=2/5+0.081/0.99</w:t>
      </w:r>
    </w:p>
    <w:p>
      <w:pPr>
        <w:spacing w:before="0" w:after="80" w:line="300" w:lineRule="auto"/>
        <w:jc w:val="left"/>
      </w:pPr>
      <w:r>
        <w:rPr>
          <w:rFonts w:ascii="Times New Roman" w:hAnsi="Times New Roman" w:eastAsia="宋体"/>
          <w:b w:val="0"/>
          <w:i w:val="0"/>
          <w:color w:val="333333"/>
          <w:sz w:val="19"/>
        </w:rPr>
        <w:t>=2/5+9/110</w:t>
      </w:r>
    </w:p>
    <w:p>
      <w:pPr>
        <w:spacing w:before="0" w:after="80" w:line="300" w:lineRule="auto"/>
        <w:jc w:val="left"/>
      </w:pPr>
      <w:r>
        <w:rPr>
          <w:rFonts w:ascii="Times New Roman" w:hAnsi="Times New Roman" w:eastAsia="宋体"/>
          <w:b w:val="0"/>
          <w:i w:val="0"/>
          <w:color w:val="333333"/>
          <w:sz w:val="19"/>
        </w:rPr>
        <w:t>=53/110.</w:t>
      </w:r>
    </w:p>
    <w:p>
      <w:pPr>
        <w:spacing w:before="0" w:after="80" w:line="300" w:lineRule="auto"/>
        <w:jc w:val="left"/>
      </w:pPr>
      <w:r>
        <w:rPr>
          <w:rFonts w:ascii="Times New Roman" w:hAnsi="Times New Roman" w:eastAsia="宋体"/>
          <w:b w:val="0"/>
          <w:i w:val="0"/>
          <w:color w:val="333333"/>
          <w:sz w:val="19"/>
        </w:rPr>
        <w:t>The denominator exceeds the numerator by 110-53=57.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由因式定理可得</w:t>
      </w:r>
    </w:p>
    <w:p>
      <w:pPr>
        <w:spacing w:before="0" w:after="80" w:line="300" w:lineRule="auto"/>
        <w:jc w:val="left"/>
      </w:pPr>
      <w:r>
        <w:rPr>
          <w:rFonts w:ascii="Times New Roman" w:hAnsi="Times New Roman" w:eastAsia="宋体"/>
          <w:b w:val="0"/>
          <w:i w:val="0"/>
          <w:sz w:val="21"/>
        </w:rPr>
        <w:t>-16+2h+k=0,</w:t>
      </w:r>
    </w:p>
    <w:p>
      <w:pPr>
        <w:spacing w:before="0" w:after="80" w:line="300" w:lineRule="auto"/>
        <w:jc w:val="left"/>
      </w:pPr>
      <w:r>
        <w:rPr>
          <w:rFonts w:ascii="Times New Roman" w:hAnsi="Times New Roman" w:eastAsia="宋体"/>
          <w:b w:val="0"/>
          <w:i w:val="0"/>
          <w:sz w:val="21"/>
        </w:rPr>
        <w:t>2-h+k=0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用第一个方程减去第二个方程，得到 3h=18，所以 h=6，进而 k=4。因此</w:t>
      </w:r>
    </w:p>
    <w:p>
      <w:pPr>
        <w:spacing w:before="0" w:after="80" w:line="300" w:lineRule="auto"/>
        <w:jc w:val="left"/>
      </w:pPr>
      <w:r>
        <w:rPr>
          <w:rFonts w:ascii="Times New Roman" w:hAnsi="Times New Roman" w:eastAsia="宋体"/>
          <w:b w:val="0"/>
          <w:i w:val="0"/>
          <w:sz w:val="21"/>
        </w:rPr>
        <w:t>|2h-3k|=|12-12|=0。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factor theorem gives</w:t>
      </w:r>
    </w:p>
    <w:p>
      <w:pPr>
        <w:spacing w:before="0" w:after="80" w:line="300" w:lineRule="auto"/>
        <w:jc w:val="left"/>
      </w:pPr>
      <w:r>
        <w:rPr>
          <w:rFonts w:ascii="Times New Roman" w:hAnsi="Times New Roman" w:eastAsia="宋体"/>
          <w:b w:val="0"/>
          <w:i w:val="0"/>
          <w:color w:val="333333"/>
          <w:sz w:val="19"/>
        </w:rPr>
        <w:t>-16+2h+k=0,</w:t>
      </w:r>
    </w:p>
    <w:p>
      <w:pPr>
        <w:spacing w:before="0" w:after="80" w:line="300" w:lineRule="auto"/>
        <w:jc w:val="left"/>
      </w:pPr>
      <w:r>
        <w:rPr>
          <w:rFonts w:ascii="Times New Roman" w:hAnsi="Times New Roman" w:eastAsia="宋体"/>
          <w:b w:val="0"/>
          <w:i w:val="0"/>
          <w:color w:val="333333"/>
          <w:sz w:val="19"/>
        </w:rPr>
        <w:t>2-h+k=0.</w:t>
      </w:r>
    </w:p>
    <w:p>
      <w:pPr>
        <w:spacing w:before="0" w:after="80" w:line="300" w:lineRule="auto"/>
        <w:jc w:val="left"/>
      </w:pPr>
      <w:r>
        <w:rPr>
          <w:rFonts w:ascii="Times New Roman" w:hAnsi="Times New Roman" w:eastAsia="宋体"/>
          <w:b w:val="0"/>
          <w:i w:val="0"/>
          <w:color w:val="333333"/>
          <w:sz w:val="19"/>
        </w:rPr>
        <w:t>Subtracting the second equation from the first gives 3h=18, so h=6 and then k=4. Hence</w:t>
      </w:r>
    </w:p>
    <w:p>
      <w:pPr>
        <w:spacing w:before="0" w:after="80" w:line="300" w:lineRule="auto"/>
        <w:jc w:val="left"/>
      </w:pPr>
      <w:r>
        <w:rPr>
          <w:rFonts w:ascii="Times New Roman" w:hAnsi="Times New Roman" w:eastAsia="宋体"/>
          <w:b w:val="0"/>
          <w:i w:val="0"/>
          <w:color w:val="333333"/>
          <w:sz w:val="19"/>
        </w:rPr>
        <w:t>|2h-3k|=|12-12|=0.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圆与平行边 AB 和 CD 相切。两边之间的距离就是圆的直径，所以 AD=BC=2r。设 R 为 AD 上的切点，Q 为圆心，M 为 AC 的中点。</w:t>
      </w:r>
    </w:p>
    <w:p>
      <w:pPr>
        <w:spacing w:before="0" w:after="80" w:line="300" w:lineRule="auto"/>
        <w:jc w:val="left"/>
      </w:pPr>
      <w:r>
        <w:rPr>
          <w:rFonts w:ascii="Times New Roman" w:hAnsi="Times New Roman" w:eastAsia="宋体"/>
          <w:b w:val="0"/>
          <w:i w:val="0"/>
          <w:sz w:val="21"/>
        </w:rPr>
        <w:t>直线 RQ 平行于 AB，并且位于 AB 与 CD 的正中间，所以 R 是 AD 的中点，且该直线经过 M。由于 M 在圆上，且 R,Q,M 共线，所以 RM=2r。因此 RM 是三角形 ADC 的中位线，从而 DC=2RM=4r。所以面积为</w:t>
      </w:r>
    </w:p>
    <w:p>
      <w:pPr>
        <w:spacing w:before="0" w:after="80" w:line="300" w:lineRule="auto"/>
        <w:jc w:val="left"/>
      </w:pPr>
      <w:r>
        <w:rPr>
          <w:rFonts w:ascii="Times New Roman" w:hAnsi="Times New Roman" w:eastAsia="宋体"/>
          <w:b w:val="0"/>
          <w:i w:val="0"/>
          <w:sz w:val="21"/>
        </w:rPr>
        <w:t>(2r)(4r)=8r²。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circle be tangent to the parallel sides AB and CD. Their separation is its diameter, so AD=BC=2r. Let R be the tangency point on AD, let Q be the center, and let M be the midpoint of AC.</w:t>
      </w:r>
    </w:p>
    <w:p>
      <w:pPr>
        <w:spacing w:before="0" w:after="80" w:line="300" w:lineRule="auto"/>
        <w:jc w:val="left"/>
      </w:pPr>
      <w:r>
        <w:rPr>
          <w:rFonts w:ascii="Times New Roman" w:hAnsi="Times New Roman" w:eastAsia="宋体"/>
          <w:b w:val="0"/>
          <w:i w:val="0"/>
          <w:color w:val="333333"/>
          <w:sz w:val="19"/>
        </w:rPr>
        <w:t>The line RQ is parallel to AB and halfway between AB and CD, so R is the midpoint of AD and the line contains M. Since M lies on the circle and R,Q,M are collinear, RM=2r. Thus RM is a midsegment of triangle ADC, so DC=2RM=4r. Therefore the area is</w:t>
      </w:r>
    </w:p>
    <w:p>
      <w:pPr>
        <w:spacing w:before="0" w:after="80" w:line="300" w:lineRule="auto"/>
        <w:jc w:val="left"/>
      </w:pPr>
      <w:r>
        <w:rPr>
          <w:rFonts w:ascii="Times New Roman" w:hAnsi="Times New Roman" w:eastAsia="宋体"/>
          <w:b w:val="0"/>
          <w:i w:val="0"/>
          <w:color w:val="333333"/>
          <w:sz w:val="19"/>
        </w:rPr>
        <w:t>(2r)(4r)=8r².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对于选项 D，</w:t>
      </w:r>
    </w:p>
    <w:p>
      <w:pPr>
        <w:spacing w:before="0" w:after="80" w:line="300" w:lineRule="auto"/>
        <w:jc w:val="left"/>
      </w:pPr>
      <w:r>
        <w:rPr>
          <w:rFonts w:ascii="Times New Roman" w:hAnsi="Times New Roman" w:eastAsia="宋体"/>
          <w:b w:val="0"/>
          <w:i w:val="0"/>
          <w:sz w:val="21"/>
        </w:rPr>
        <w:t>(a*b)ⁿ=(aᵇ)ⁿ=aᵇⁿ,</w:t>
      </w:r>
    </w:p>
    <w:p>
      <w:pPr>
        <w:spacing w:before="0" w:after="80" w:line="300" w:lineRule="auto"/>
        <w:jc w:val="left"/>
      </w:pPr>
      <w:r>
        <w:rPr>
          <w:rFonts w:ascii="Times New Roman" w:hAnsi="Times New Roman" w:eastAsia="宋体"/>
          <w:b w:val="0"/>
          <w:i w:val="0"/>
          <w:sz w:val="21"/>
        </w:rPr>
        <w:t>a*(bn)=aᵇⁿ</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因此这个恒等式总是成立。其他选项会断言诸如 aᵇ=bᵃ 或 a^(bᶜ)=aᵇᶜ 之类并非恒成立的等式。</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choice D,</w:t>
      </w:r>
    </w:p>
    <w:p>
      <w:pPr>
        <w:spacing w:before="0" w:after="80" w:line="300" w:lineRule="auto"/>
        <w:jc w:val="left"/>
      </w:pPr>
      <w:r>
        <w:rPr>
          <w:rFonts w:ascii="Times New Roman" w:hAnsi="Times New Roman" w:eastAsia="宋体"/>
          <w:b w:val="0"/>
          <w:i w:val="0"/>
          <w:color w:val="333333"/>
          <w:sz w:val="19"/>
        </w:rPr>
        <w:t>(a*b)ⁿ=(aᵇ)ⁿ=aᵇⁿ,</w:t>
      </w:r>
    </w:p>
    <w:p>
      <w:pPr>
        <w:spacing w:before="0" w:after="80" w:line="300" w:lineRule="auto"/>
        <w:jc w:val="left"/>
      </w:pPr>
      <w:r>
        <w:rPr>
          <w:rFonts w:ascii="Times New Roman" w:hAnsi="Times New Roman" w:eastAsia="宋体"/>
          <w:b w:val="0"/>
          <w:i w:val="0"/>
          <w:color w:val="333333"/>
          <w:sz w:val="19"/>
        </w:rPr>
        <w:t>a*(bn)=aᵇⁿ.</w:t>
      </w:r>
    </w:p>
    <w:p>
      <w:pPr>
        <w:spacing w:before="0" w:after="80" w:line="300" w:lineRule="auto"/>
        <w:jc w:val="left"/>
      </w:pPr>
      <w:r>
        <w:rPr>
          <w:rFonts w:ascii="Times New Roman" w:hAnsi="Times New Roman" w:eastAsia="宋体"/>
          <w:b w:val="0"/>
          <w:i w:val="0"/>
          <w:color w:val="333333"/>
          <w:sz w:val="19"/>
        </w:rPr>
        <w:t>Thus that identity always holds. The other choices would assert false general identities such as aᵇ=bᵃ or a^(bᶜ)=aᵇᶜ.</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两根之差的绝对值为</w:t>
      </w:r>
    </w:p>
    <w:p>
      <w:pPr>
        <w:spacing w:before="0" w:after="80" w:line="300" w:lineRule="auto"/>
        <w:jc w:val="left"/>
      </w:pPr>
      <w:r>
        <w:rPr>
          <w:rFonts w:ascii="Times New Roman" w:hAnsi="Times New Roman" w:eastAsia="宋体"/>
          <w:b w:val="0"/>
          <w:i w:val="0"/>
          <w:sz w:val="21"/>
        </w:rPr>
        <w:t>√(p²-4q)。</w:t>
      </w:r>
    </w:p>
    <w:p>
      <w:pPr>
        <w:spacing w:before="0" w:after="80" w:line="300" w:lineRule="auto"/>
        <w:jc w:val="left"/>
      </w:pPr>
      <w:r>
        <w:rPr>
          <w:rFonts w:ascii="Times New Roman" w:hAnsi="Times New Roman" w:eastAsia="宋体"/>
          <w:b w:val="0"/>
          <w:i w:val="0"/>
          <w:sz w:val="21"/>
        </w:rPr>
        <w:t>因此 p²-4q=1，所以 p²=4q+1。因为 p 为正数，故</w:t>
      </w:r>
    </w:p>
    <w:p>
      <w:pPr>
        <w:spacing w:before="0" w:after="80" w:line="300" w:lineRule="auto"/>
        <w:jc w:val="left"/>
      </w:pPr>
      <w:r>
        <w:rPr>
          <w:rFonts w:ascii="Times New Roman" w:hAnsi="Times New Roman" w:eastAsia="宋体"/>
          <w:b w:val="0"/>
          <w:i w:val="0"/>
          <w:sz w:val="21"/>
        </w:rPr>
        <w:t>p=√(4q+1)。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roots differ in absolute value by</w:t>
      </w:r>
    </w:p>
    <w:p>
      <w:pPr>
        <w:spacing w:before="0" w:after="80" w:line="300" w:lineRule="auto"/>
        <w:jc w:val="left"/>
      </w:pPr>
      <w:r>
        <w:rPr>
          <w:rFonts w:ascii="Times New Roman" w:hAnsi="Times New Roman" w:eastAsia="宋体"/>
          <w:b w:val="0"/>
          <w:i w:val="0"/>
          <w:color w:val="333333"/>
          <w:sz w:val="19"/>
        </w:rPr>
        <w:t>√(p²-4q).</w:t>
      </w:r>
    </w:p>
    <w:p>
      <w:pPr>
        <w:spacing w:before="0" w:after="80" w:line="300" w:lineRule="auto"/>
        <w:jc w:val="left"/>
      </w:pPr>
      <w:r>
        <w:rPr>
          <w:rFonts w:ascii="Times New Roman" w:hAnsi="Times New Roman" w:eastAsia="宋体"/>
          <w:b w:val="0"/>
          <w:i w:val="0"/>
          <w:color w:val="333333"/>
          <w:sz w:val="19"/>
        </w:rPr>
        <w:t>Hence p²-4q=1, so p²=4q+1. Since p is positive,</w:t>
      </w:r>
    </w:p>
    <w:p>
      <w:pPr>
        <w:spacing w:before="0" w:after="80" w:line="300" w:lineRule="auto"/>
        <w:jc w:val="left"/>
      </w:pPr>
      <w:r>
        <w:rPr>
          <w:rFonts w:ascii="Times New Roman" w:hAnsi="Times New Roman" w:eastAsia="宋体"/>
          <w:b w:val="0"/>
          <w:i w:val="0"/>
          <w:color w:val="333333"/>
          <w:sz w:val="19"/>
        </w:rPr>
        <w:t>p=√(4q+1).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从 (-4,5) 到 (5,-1) 的位移为 (9,-6)。因此两个三等分点为</w:t>
      </w:r>
    </w:p>
    <w:p>
      <w:pPr>
        <w:spacing w:before="0" w:after="80" w:line="300" w:lineRule="auto"/>
        <w:jc w:val="left"/>
      </w:pPr>
      <w:r>
        <w:rPr>
          <w:rFonts w:ascii="Times New Roman" w:hAnsi="Times New Roman" w:eastAsia="宋体"/>
          <w:b w:val="0"/>
          <w:i w:val="0"/>
          <w:sz w:val="21"/>
        </w:rPr>
        <w:t>(-4,5)+1/3(9,-6)=(-1,3)</w:t>
      </w:r>
    </w:p>
    <w:p>
      <w:pPr>
        <w:spacing w:before="0" w:after="80" w:line="300" w:lineRule="auto"/>
        <w:jc w:val="left"/>
      </w:pPr>
      <w:r>
        <w:rPr>
          <w:rFonts w:ascii="Times New Roman" w:hAnsi="Times New Roman" w:eastAsia="宋体"/>
          <w:b w:val="0"/>
          <w:i w:val="0"/>
          <w:sz w:val="21"/>
        </w:rPr>
        <w:t>和 (2,1)。经过 (-1,3) 和 (3,4) 的直线斜率为 1/4，所以</w:t>
      </w:r>
    </w:p>
    <w:p>
      <w:pPr>
        <w:spacing w:before="0" w:after="80" w:line="300" w:lineRule="auto"/>
        <w:jc w:val="left"/>
      </w:pPr>
      <w:r>
        <w:rPr>
          <w:rFonts w:ascii="Times New Roman" w:hAnsi="Times New Roman" w:eastAsia="宋体"/>
          <w:b w:val="0"/>
          <w:i w:val="0"/>
          <w:sz w:val="21"/>
        </w:rPr>
        <w:t>y-4=1/4(x-3)，</w:t>
      </w:r>
    </w:p>
    <w:p>
      <w:pPr>
        <w:spacing w:before="0" w:after="80" w:line="300" w:lineRule="auto"/>
        <w:jc w:val="left"/>
      </w:pPr>
      <w:r>
        <w:rPr>
          <w:rFonts w:ascii="Times New Roman" w:hAnsi="Times New Roman" w:eastAsia="宋体"/>
          <w:b w:val="0"/>
          <w:i w:val="0"/>
          <w:sz w:val="21"/>
        </w:rPr>
        <w:t>即 x-4y+13=0。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displacement from (-4,5) to (5,-1) is (9,-6). The trisection points are therefore</w:t>
      </w:r>
    </w:p>
    <w:p>
      <w:pPr>
        <w:spacing w:before="0" w:after="80" w:line="300" w:lineRule="auto"/>
        <w:jc w:val="left"/>
      </w:pPr>
      <w:r>
        <w:rPr>
          <w:rFonts w:ascii="Times New Roman" w:hAnsi="Times New Roman" w:eastAsia="宋体"/>
          <w:b w:val="0"/>
          <w:i w:val="0"/>
          <w:color w:val="333333"/>
          <w:sz w:val="19"/>
        </w:rPr>
        <w:t>(-4,5)+1/3(9,-6)=(-1,3)</w:t>
      </w:r>
    </w:p>
    <w:p>
      <w:pPr>
        <w:spacing w:before="0" w:after="80" w:line="300" w:lineRule="auto"/>
        <w:jc w:val="left"/>
      </w:pPr>
      <w:r>
        <w:rPr>
          <w:rFonts w:ascii="Times New Roman" w:hAnsi="Times New Roman" w:eastAsia="宋体"/>
          <w:b w:val="0"/>
          <w:i w:val="0"/>
          <w:color w:val="333333"/>
          <w:sz w:val="19"/>
        </w:rPr>
        <w:t>and (2,1). The line through (-1,3) and (3,4) has slope 1/4, so</w:t>
      </w:r>
    </w:p>
    <w:p>
      <w:pPr>
        <w:spacing w:before="0" w:after="80" w:line="300" w:lineRule="auto"/>
        <w:jc w:val="left"/>
      </w:pPr>
      <w:r>
        <w:rPr>
          <w:rFonts w:ascii="Times New Roman" w:hAnsi="Times New Roman" w:eastAsia="宋体"/>
          <w:b w:val="0"/>
          <w:i w:val="0"/>
          <w:color w:val="333333"/>
          <w:sz w:val="19"/>
        </w:rPr>
        <w:t>y-4=1/4(x-3),</w:t>
      </w:r>
    </w:p>
    <w:p>
      <w:pPr>
        <w:spacing w:before="0" w:after="80" w:line="300" w:lineRule="auto"/>
        <w:jc w:val="left"/>
      </w:pPr>
      <w:r>
        <w:rPr>
          <w:rFonts w:ascii="Times New Roman" w:hAnsi="Times New Roman" w:eastAsia="宋体"/>
          <w:b w:val="0"/>
          <w:i w:val="0"/>
          <w:color w:val="333333"/>
          <w:sz w:val="19"/>
        </w:rPr>
        <w:t>or x-4y+13=0.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依次应用递推式，得到</w:t>
      </w:r>
    </w:p>
    <w:p>
      <w:pPr>
        <w:spacing w:before="0" w:after="80" w:line="300" w:lineRule="auto"/>
        <w:jc w:val="left"/>
      </w:pPr>
      <w:r>
        <w:rPr>
          <w:rFonts w:ascii="Times New Roman" w:hAnsi="Times New Roman" w:eastAsia="宋体"/>
          <w:b w:val="0"/>
          <w:i w:val="0"/>
          <w:sz w:val="21"/>
        </w:rPr>
        <w:t>F(4)=(1·1+1)/1=2,</w:t>
      </w:r>
    </w:p>
    <w:p>
      <w:pPr>
        <w:spacing w:before="0" w:after="80" w:line="300" w:lineRule="auto"/>
        <w:jc w:val="left"/>
      </w:pPr>
      <w:r>
        <w:rPr>
          <w:rFonts w:ascii="Times New Roman" w:hAnsi="Times New Roman" w:eastAsia="宋体"/>
          <w:b w:val="0"/>
          <w:i w:val="0"/>
          <w:sz w:val="21"/>
        </w:rPr>
        <w:t>F(5)=(2·1+1)/1=3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F(6)=(3·2+1)/1=7。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Applying the recurrence successively,</w:t>
      </w:r>
    </w:p>
    <w:p>
      <w:pPr>
        <w:spacing w:before="0" w:after="80" w:line="300" w:lineRule="auto"/>
        <w:jc w:val="left"/>
      </w:pPr>
      <w:r>
        <w:rPr>
          <w:rFonts w:ascii="Times New Roman" w:hAnsi="Times New Roman" w:eastAsia="宋体"/>
          <w:b w:val="0"/>
          <w:i w:val="0"/>
          <w:color w:val="333333"/>
          <w:sz w:val="19"/>
        </w:rPr>
        <w:t>F(4)=(1·1+1)/1=2,</w:t>
      </w:r>
    </w:p>
    <w:p>
      <w:pPr>
        <w:spacing w:before="0" w:after="80" w:line="300" w:lineRule="auto"/>
        <w:jc w:val="left"/>
      </w:pPr>
      <w:r>
        <w:rPr>
          <w:rFonts w:ascii="Times New Roman" w:hAnsi="Times New Roman" w:eastAsia="宋体"/>
          <w:b w:val="0"/>
          <w:i w:val="0"/>
          <w:color w:val="333333"/>
          <w:sz w:val="19"/>
        </w:rPr>
        <w:t>F(5)=(2·1+1)/1=3,</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F(6)=(3·2+1)/1=7.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因为 r&gt;0，题设条件等价于 p&gt; q。于是 -p&lt;-q，所以 A 错误。取 (p,q)=(2,1) 可知 B 和 D 错误。取 (p,q)=(1,-2) 时，-q/p=2，所以 C 错误。因此 A 至 D 中没有一个结论在所有情况下都成立。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r&gt;0, the hypothesis is equivalent to p&gt; q. Then -p&lt;-q, so A is false. Taking (p,q)=(2,1) makes B and D false. Taking (p,q)=(1,-2) makes C false because -q/p=2. Thus none of A-D follows in every case.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因为</w:t>
      </w:r>
    </w:p>
    <w:p>
      <w:pPr>
        <w:spacing w:before="0" w:after="80" w:line="300" w:lineRule="auto"/>
        <w:jc w:val="left"/>
      </w:pPr>
      <w:r>
        <w:rPr>
          <w:rFonts w:ascii="Times New Roman" w:hAnsi="Times New Roman" w:eastAsia="宋体"/>
          <w:b w:val="0"/>
          <w:i w:val="0"/>
          <w:sz w:val="21"/>
        </w:rPr>
        <w:t>3+2√(2)=(√(2)+1)²,</w:t>
      </w:r>
    </w:p>
    <w:p>
      <w:pPr>
        <w:spacing w:before="0" w:after="80" w:line="300" w:lineRule="auto"/>
        <w:jc w:val="left"/>
      </w:pPr>
      <w:r>
        <w:rPr>
          <w:rFonts w:ascii="Times New Roman" w:hAnsi="Times New Roman" w:eastAsia="宋体"/>
          <w:b w:val="0"/>
          <w:i w:val="0"/>
          <w:sz w:val="21"/>
        </w:rPr>
        <w:t>3-2√(2)=(√(2)-1)²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且 √(2)+1 和 √(2)-1 都为正数，所以这个差为</w:t>
      </w:r>
    </w:p>
    <w:p>
      <w:pPr>
        <w:spacing w:before="0" w:after="80" w:line="300" w:lineRule="auto"/>
        <w:jc w:val="left"/>
      </w:pPr>
      <w:r>
        <w:rPr>
          <w:rFonts w:ascii="Times New Roman" w:hAnsi="Times New Roman" w:eastAsia="宋体"/>
          <w:b w:val="0"/>
          <w:i w:val="0"/>
          <w:sz w:val="21"/>
        </w:rPr>
        <w:t>(√(2)+1)-(√(2)-1)=2。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w:t>
      </w:r>
    </w:p>
    <w:p>
      <w:pPr>
        <w:spacing w:before="0" w:after="80" w:line="300" w:lineRule="auto"/>
        <w:jc w:val="left"/>
      </w:pPr>
      <w:r>
        <w:rPr>
          <w:rFonts w:ascii="Times New Roman" w:hAnsi="Times New Roman" w:eastAsia="宋体"/>
          <w:b w:val="0"/>
          <w:i w:val="0"/>
          <w:color w:val="333333"/>
          <w:sz w:val="19"/>
        </w:rPr>
        <w:t>3+2√(2)=(√(2)+1)²,</w:t>
      </w:r>
    </w:p>
    <w:p>
      <w:pPr>
        <w:spacing w:before="0" w:after="80" w:line="300" w:lineRule="auto"/>
        <w:jc w:val="left"/>
      </w:pPr>
      <w:r>
        <w:rPr>
          <w:rFonts w:ascii="Times New Roman" w:hAnsi="Times New Roman" w:eastAsia="宋体"/>
          <w:b w:val="0"/>
          <w:i w:val="0"/>
          <w:color w:val="333333"/>
          <w:sz w:val="19"/>
        </w:rPr>
        <w:t>3-2√(2)=(√(2)-1)²,</w:t>
      </w:r>
    </w:p>
    <w:p>
      <w:pPr>
        <w:spacing w:before="0" w:after="80" w:line="300" w:lineRule="auto"/>
        <w:jc w:val="left"/>
      </w:pPr>
      <w:r>
        <w:rPr>
          <w:rFonts w:ascii="Times New Roman" w:hAnsi="Times New Roman" w:eastAsia="宋体"/>
          <w:b w:val="0"/>
          <w:i w:val="0"/>
          <w:color w:val="333333"/>
          <w:sz w:val="19"/>
        </w:rPr>
        <w:t>and both √(2)+1 and √(2)-1 are positive, the difference is</w:t>
      </w:r>
    </w:p>
    <w:p>
      <w:pPr>
        <w:spacing w:before="0" w:after="80" w:line="300" w:lineRule="auto"/>
        <w:jc w:val="left"/>
      </w:pPr>
      <w:r>
        <w:rPr>
          <w:rFonts w:ascii="Times New Roman" w:hAnsi="Times New Roman" w:eastAsia="宋体"/>
          <w:b w:val="0"/>
          <w:i w:val="0"/>
          <w:color w:val="333333"/>
          <w:sz w:val="19"/>
        </w:rPr>
        <w:t>(√(2)+1)-(√(2)-1)=2.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设首项为 a。则</w:t>
      </w:r>
    </w:p>
    <w:p>
      <w:pPr>
        <w:spacing w:before="0" w:after="80" w:line="300" w:lineRule="auto"/>
        <w:jc w:val="left"/>
      </w:pPr>
      <w:r>
        <w:rPr>
          <w:rFonts w:ascii="Times New Roman" w:hAnsi="Times New Roman" w:eastAsia="宋体"/>
          <w:b w:val="0"/>
          <w:i w:val="0"/>
          <w:sz w:val="21"/>
        </w:rPr>
        <w:t>a/1-r=15, a²/1-r²=45。</w:t>
      </w:r>
    </w:p>
    <w:p>
      <w:pPr>
        <w:spacing w:before="0" w:after="80" w:line="300" w:lineRule="auto"/>
        <w:jc w:val="left"/>
      </w:pPr>
      <w:r>
        <w:rPr>
          <w:rFonts w:ascii="Times New Roman" w:hAnsi="Times New Roman" w:eastAsia="宋体"/>
          <w:b w:val="0"/>
          <w:i w:val="0"/>
          <w:sz w:val="21"/>
        </w:rPr>
        <w:t>因为 1-r²=(1-r)(1+r)，用第二个方程除以第一个方程，得到 a/1+r=3。因此</w:t>
      </w:r>
    </w:p>
    <w:p>
      <w:pPr>
        <w:spacing w:before="0" w:after="80" w:line="300" w:lineRule="auto"/>
        <w:jc w:val="left"/>
      </w:pPr>
      <w:r>
        <w:rPr>
          <w:rFonts w:ascii="Times New Roman" w:hAnsi="Times New Roman" w:eastAsia="宋体"/>
          <w:b w:val="0"/>
          <w:i w:val="0"/>
          <w:sz w:val="21"/>
        </w:rPr>
        <w:t>a=15(1-r)=3(1+r)。</w:t>
      </w:r>
    </w:p>
    <w:p>
      <w:pPr>
        <w:spacing w:before="0" w:after="80" w:line="300" w:lineRule="auto"/>
        <w:jc w:val="left"/>
      </w:pPr>
      <w:r>
        <w:rPr>
          <w:rFonts w:ascii="Times New Roman" w:hAnsi="Times New Roman" w:eastAsia="宋体"/>
          <w:b w:val="0"/>
          <w:i w:val="0"/>
          <w:sz w:val="21"/>
        </w:rPr>
        <w:t>解得 r=2/3，且 a=5。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first term be a. Then</w:t>
      </w:r>
    </w:p>
    <w:p>
      <w:pPr>
        <w:spacing w:before="0" w:after="80" w:line="300" w:lineRule="auto"/>
        <w:jc w:val="left"/>
      </w:pPr>
      <w:r>
        <w:rPr>
          <w:rFonts w:ascii="Times New Roman" w:hAnsi="Times New Roman" w:eastAsia="宋体"/>
          <w:b w:val="0"/>
          <w:i w:val="0"/>
          <w:color w:val="333333"/>
          <w:sz w:val="19"/>
        </w:rPr>
        <w:t>a/1-r=15, a²/1-r²=45.</w:t>
      </w:r>
    </w:p>
    <w:p>
      <w:pPr>
        <w:spacing w:before="0" w:after="80" w:line="300" w:lineRule="auto"/>
        <w:jc w:val="left"/>
      </w:pPr>
      <w:r>
        <w:rPr>
          <w:rFonts w:ascii="Times New Roman" w:hAnsi="Times New Roman" w:eastAsia="宋体"/>
          <w:b w:val="0"/>
          <w:i w:val="0"/>
          <w:color w:val="333333"/>
          <w:sz w:val="19"/>
        </w:rPr>
        <w:t>Since 1-r²=(1-r)(1+r), dividing the second equation by the first gives a/1+r=3. Thus</w:t>
      </w:r>
    </w:p>
    <w:p>
      <w:pPr>
        <w:spacing w:before="0" w:after="80" w:line="300" w:lineRule="auto"/>
        <w:jc w:val="left"/>
      </w:pPr>
      <w:r>
        <w:rPr>
          <w:rFonts w:ascii="Times New Roman" w:hAnsi="Times New Roman" w:eastAsia="宋体"/>
          <w:b w:val="0"/>
          <w:i w:val="0"/>
          <w:color w:val="333333"/>
          <w:sz w:val="19"/>
        </w:rPr>
        <w:t>a=15(1-r)=3(1+r).</w:t>
      </w:r>
    </w:p>
    <w:p>
      <w:pPr>
        <w:spacing w:before="0" w:after="80" w:line="300" w:lineRule="auto"/>
        <w:jc w:val="left"/>
      </w:pPr>
      <w:r>
        <w:rPr>
          <w:rFonts w:ascii="Times New Roman" w:hAnsi="Times New Roman" w:eastAsia="宋体"/>
          <w:b w:val="0"/>
          <w:i w:val="0"/>
          <w:color w:val="333333"/>
          <w:sz w:val="19"/>
        </w:rPr>
        <w:t>Solving gives r=2/3 and a=5.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选取坐标</w:t>
      </w:r>
    </w:p>
    <w:p>
      <w:pPr>
        <w:spacing w:before="0" w:after="80" w:line="300" w:lineRule="auto"/>
        <w:jc w:val="left"/>
      </w:pPr>
      <w:r>
        <w:rPr>
          <w:rFonts w:ascii="Times New Roman" w:hAnsi="Times New Roman" w:eastAsia="宋体"/>
          <w:b w:val="0"/>
          <w:i w:val="0"/>
          <w:sz w:val="21"/>
        </w:rPr>
        <w:t>H=(h,0), B=(h,u),</w:t>
      </w:r>
    </w:p>
    <w:p>
      <w:pPr>
        <w:spacing w:before="0" w:after="80" w:line="300" w:lineRule="auto"/>
        <w:jc w:val="left"/>
      </w:pPr>
      <w:r>
        <w:rPr>
          <w:rFonts w:ascii="Times New Roman" w:hAnsi="Times New Roman" w:eastAsia="宋体"/>
          <w:b w:val="0"/>
          <w:i w:val="0"/>
          <w:sz w:val="21"/>
        </w:rPr>
        <w:t>K=(k,0), C=(k,v)</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w:t>
      </w:r>
    </w:p>
    <w:p>
      <w:pPr>
        <w:spacing w:before="0" w:after="80" w:line="300" w:lineRule="auto"/>
        <w:jc w:val="left"/>
      </w:pPr>
      <w:r>
        <w:rPr>
          <w:rFonts w:ascii="Times New Roman" w:hAnsi="Times New Roman" w:eastAsia="宋体"/>
          <w:b w:val="0"/>
          <w:i w:val="0"/>
          <w:sz w:val="21"/>
        </w:rPr>
        <w:t>M=(h+k/2,u+v/2)。</w:t>
      </w:r>
    </w:p>
    <w:p>
      <w:pPr>
        <w:spacing w:before="0" w:after="80" w:line="300" w:lineRule="auto"/>
        <w:jc w:val="left"/>
      </w:pPr>
      <w:r>
        <w:rPr>
          <w:rFonts w:ascii="Times New Roman" w:hAnsi="Times New Roman" w:eastAsia="宋体"/>
          <w:b w:val="0"/>
          <w:i w:val="0"/>
          <w:sz w:val="21"/>
        </w:rPr>
        <w:t>从 M 到 H 与 K 的水平位移互为相反数，而竖直位移相等。因此 MH²=MK²，所以总有 MH=MK。</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Choose coordinates</w:t>
      </w:r>
    </w:p>
    <w:p>
      <w:pPr>
        <w:spacing w:before="0" w:after="80" w:line="300" w:lineRule="auto"/>
        <w:jc w:val="left"/>
      </w:pPr>
      <w:r>
        <w:rPr>
          <w:rFonts w:ascii="Times New Roman" w:hAnsi="Times New Roman" w:eastAsia="宋体"/>
          <w:b w:val="0"/>
          <w:i w:val="0"/>
          <w:color w:val="333333"/>
          <w:sz w:val="19"/>
        </w:rPr>
        <w:t>H=(h,0), B=(h,u),</w:t>
      </w:r>
    </w:p>
    <w:p>
      <w:pPr>
        <w:spacing w:before="0" w:after="80" w:line="300" w:lineRule="auto"/>
        <w:jc w:val="left"/>
      </w:pPr>
      <w:r>
        <w:rPr>
          <w:rFonts w:ascii="Times New Roman" w:hAnsi="Times New Roman" w:eastAsia="宋体"/>
          <w:b w:val="0"/>
          <w:i w:val="0"/>
          <w:color w:val="333333"/>
          <w:sz w:val="19"/>
        </w:rPr>
        <w:t>K=(k,0), C=(k,v).</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M=(h+k/2,u+v/2).</w:t>
      </w:r>
    </w:p>
    <w:p>
      <w:pPr>
        <w:spacing w:before="0" w:after="80" w:line="300" w:lineRule="auto"/>
        <w:jc w:val="left"/>
      </w:pPr>
      <w:r>
        <w:rPr>
          <w:rFonts w:ascii="Times New Roman" w:hAnsi="Times New Roman" w:eastAsia="宋体"/>
          <w:b w:val="0"/>
          <w:i w:val="0"/>
          <w:color w:val="333333"/>
          <w:sz w:val="19"/>
        </w:rPr>
        <w:t>The horizontal displacements from M to H and K are opposites, while the vertical displacements are equal. Therefore MH²=MK², so MH=MK always.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实际距离固定时，里程表读数与车轮转数成正比。因此</w:t>
      </w:r>
    </w:p>
    <w:p>
      <w:pPr>
        <w:spacing w:before="0" w:after="80" w:line="300" w:lineRule="auto"/>
        <w:jc w:val="left"/>
      </w:pPr>
      <w:r>
        <w:rPr>
          <w:rFonts w:ascii="Times New Roman" w:hAnsi="Times New Roman" w:eastAsia="宋体"/>
          <w:b w:val="0"/>
          <w:i w:val="0"/>
          <w:sz w:val="21"/>
        </w:rPr>
        <w:t>450r₁=440r₂, r₂/r₁=45/44。</w:t>
      </w:r>
    </w:p>
    <w:p>
      <w:pPr>
        <w:spacing w:before="0" w:after="80" w:line="300" w:lineRule="auto"/>
        <w:jc w:val="left"/>
      </w:pPr>
      <w:r>
        <w:rPr>
          <w:rFonts w:ascii="Times New Roman" w:hAnsi="Times New Roman" w:eastAsia="宋体"/>
          <w:b w:val="0"/>
          <w:i w:val="0"/>
          <w:sz w:val="21"/>
        </w:rPr>
        <w:t>由 r₁=15 可知，增加的半径为</w:t>
      </w:r>
    </w:p>
    <w:p>
      <w:pPr>
        <w:spacing w:before="0" w:after="80" w:line="300" w:lineRule="auto"/>
        <w:jc w:val="left"/>
      </w:pPr>
      <w:r>
        <w:rPr>
          <w:rFonts w:ascii="Times New Roman" w:hAnsi="Times New Roman" w:eastAsia="宋体"/>
          <w:b w:val="0"/>
          <w:i w:val="0"/>
          <w:sz w:val="21"/>
        </w:rPr>
        <w:t>r₂-r₁ =15(45/44-1)</w:t>
      </w:r>
    </w:p>
    <w:p>
      <w:pPr>
        <w:spacing w:before="0" w:after="80" w:line="300" w:lineRule="auto"/>
        <w:jc w:val="left"/>
      </w:pPr>
      <w:r>
        <w:rPr>
          <w:rFonts w:ascii="Times New Roman" w:hAnsi="Times New Roman" w:eastAsia="宋体"/>
          <w:b w:val="0"/>
          <w:i w:val="0"/>
          <w:sz w:val="21"/>
        </w:rPr>
        <w:t>=15/44</w:t>
      </w:r>
    </w:p>
    <w:p>
      <w:pPr>
        <w:spacing w:before="0" w:after="80" w:line="300" w:lineRule="auto"/>
        <w:jc w:val="left"/>
      </w:pPr>
      <w:r>
        <w:rPr>
          <w:rFonts w:ascii="Times New Roman" w:hAnsi="Times New Roman" w:eastAsia="宋体"/>
          <w:b w:val="0"/>
          <w:i w:val="0"/>
          <w:sz w:val="21"/>
        </w:rPr>
        <w:t>≈0.3409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精确到百分位是 0.34 英寸。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fixed true distance, the odometer reading is proportional to the number of wheel revolutions. Thus</w:t>
      </w:r>
    </w:p>
    <w:p>
      <w:pPr>
        <w:spacing w:before="0" w:after="80" w:line="300" w:lineRule="auto"/>
        <w:jc w:val="left"/>
      </w:pPr>
      <w:r>
        <w:rPr>
          <w:rFonts w:ascii="Times New Roman" w:hAnsi="Times New Roman" w:eastAsia="宋体"/>
          <w:b w:val="0"/>
          <w:i w:val="0"/>
          <w:color w:val="333333"/>
          <w:sz w:val="19"/>
        </w:rPr>
        <w:t>450r₁=440r₂, r₂/r₁=45/44.</w:t>
      </w:r>
    </w:p>
    <w:p>
      <w:pPr>
        <w:spacing w:before="0" w:after="80" w:line="300" w:lineRule="auto"/>
        <w:jc w:val="left"/>
      </w:pPr>
      <w:r>
        <w:rPr>
          <w:rFonts w:ascii="Times New Roman" w:hAnsi="Times New Roman" w:eastAsia="宋体"/>
          <w:b w:val="0"/>
          <w:i w:val="0"/>
          <w:color w:val="333333"/>
          <w:sz w:val="19"/>
        </w:rPr>
        <w:t>With r₁=15, the increase is</w:t>
      </w:r>
    </w:p>
    <w:p>
      <w:pPr>
        <w:spacing w:before="0" w:after="80" w:line="300" w:lineRule="auto"/>
        <w:jc w:val="left"/>
      </w:pPr>
      <w:r>
        <w:rPr>
          <w:rFonts w:ascii="Times New Roman" w:hAnsi="Times New Roman" w:eastAsia="宋体"/>
          <w:b w:val="0"/>
          <w:i w:val="0"/>
          <w:color w:val="333333"/>
          <w:sz w:val="19"/>
        </w:rPr>
        <w:t>r₂-r₁ =15(45/44-1)</w:t>
      </w:r>
    </w:p>
    <w:p>
      <w:pPr>
        <w:spacing w:before="0" w:after="80" w:line="300" w:lineRule="auto"/>
        <w:jc w:val="left"/>
      </w:pPr>
      <w:r>
        <w:rPr>
          <w:rFonts w:ascii="Times New Roman" w:hAnsi="Times New Roman" w:eastAsia="宋体"/>
          <w:b w:val="0"/>
          <w:i w:val="0"/>
          <w:color w:val="333333"/>
          <w:sz w:val="19"/>
        </w:rPr>
        <w:t>=15/44</w:t>
      </w:r>
    </w:p>
    <w:p>
      <w:pPr>
        <w:spacing w:before="0" w:after="80" w:line="300" w:lineRule="auto"/>
        <w:jc w:val="left"/>
      </w:pPr>
      <w:r>
        <w:rPr>
          <w:rFonts w:ascii="Times New Roman" w:hAnsi="Times New Roman" w:eastAsia="宋体"/>
          <w:b w:val="0"/>
          <w:i w:val="0"/>
          <w:color w:val="333333"/>
          <w:sz w:val="19"/>
        </w:rPr>
        <w:t>≈0.3409.</w:t>
      </w:r>
    </w:p>
    <w:p>
      <w:pPr>
        <w:spacing w:before="0" w:after="80" w:line="300" w:lineRule="auto"/>
        <w:jc w:val="left"/>
      </w:pPr>
      <w:r>
        <w:rPr>
          <w:rFonts w:ascii="Times New Roman" w:hAnsi="Times New Roman" w:eastAsia="宋体"/>
          <w:b w:val="0"/>
          <w:i w:val="0"/>
          <w:color w:val="333333"/>
          <w:sz w:val="19"/>
        </w:rPr>
        <w:t>To the nearest hundredth this is 0.34 inch.</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设 Sₘ=(m(m+1))/2。则</w:t>
      </w:r>
    </w:p>
    <w:p>
      <w:pPr>
        <w:spacing w:before="0" w:after="80" w:line="300" w:lineRule="auto"/>
        <w:jc w:val="left"/>
      </w:pPr>
      <w:r>
        <w:rPr>
          <w:rFonts w:ascii="Times New Roman" w:hAnsi="Times New Roman" w:eastAsia="宋体"/>
          <w:b w:val="0"/>
          <w:i w:val="0"/>
          <w:sz w:val="21"/>
        </w:rPr>
        <w:t>2(S₃ₙ-Sₙ) =3n(3n+1)</w:t>
      </w:r>
    </w:p>
    <w:p>
      <w:pPr>
        <w:spacing w:before="0" w:after="80" w:line="300" w:lineRule="auto"/>
        <w:jc w:val="left"/>
      </w:pPr>
      <w:r>
        <w:rPr>
          <w:rFonts w:ascii="Times New Roman" w:hAnsi="Times New Roman" w:eastAsia="宋体"/>
          <w:b w:val="0"/>
          <w:i w:val="0"/>
          <w:sz w:val="21"/>
        </w:rPr>
        <w:t>-n(n+1)</w:t>
      </w:r>
    </w:p>
    <w:p>
      <w:pPr>
        <w:spacing w:before="0" w:after="80" w:line="300" w:lineRule="auto"/>
        <w:jc w:val="left"/>
      </w:pPr>
      <w:r>
        <w:rPr>
          <w:rFonts w:ascii="Times New Roman" w:hAnsi="Times New Roman" w:eastAsia="宋体"/>
          <w:b w:val="0"/>
          <w:i w:val="0"/>
          <w:sz w:val="21"/>
        </w:rPr>
        <w:t>=8n²+2n</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 S₃ₙ-Sₙ=150，可得 4n²+n=150。因此 (n-6)(4n+25)=0，其正数解为 n=6。所以</w:t>
      </w:r>
    </w:p>
    <w:p>
      <w:pPr>
        <w:spacing w:before="0" w:after="80" w:line="300" w:lineRule="auto"/>
        <w:jc w:val="left"/>
      </w:pPr>
      <w:r>
        <w:rPr>
          <w:rFonts w:ascii="Times New Roman" w:hAnsi="Times New Roman" w:eastAsia="宋体"/>
          <w:b w:val="0"/>
          <w:i w:val="0"/>
          <w:sz w:val="21"/>
        </w:rPr>
        <w:t>S₄ₙ=S₂₄=(24·25)/2=300。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Sₘ=(m(m+1))/2. Then</w:t>
      </w:r>
    </w:p>
    <w:p>
      <w:pPr>
        <w:spacing w:before="0" w:after="80" w:line="300" w:lineRule="auto"/>
        <w:jc w:val="left"/>
      </w:pPr>
      <w:r>
        <w:rPr>
          <w:rFonts w:ascii="Times New Roman" w:hAnsi="Times New Roman" w:eastAsia="宋体"/>
          <w:b w:val="0"/>
          <w:i w:val="0"/>
          <w:color w:val="333333"/>
          <w:sz w:val="19"/>
        </w:rPr>
        <w:t>2(S₃ₙ-Sₙ) =3n(3n+1)</w:t>
      </w:r>
    </w:p>
    <w:p>
      <w:pPr>
        <w:spacing w:before="0" w:after="80" w:line="300" w:lineRule="auto"/>
        <w:jc w:val="left"/>
      </w:pPr>
      <w:r>
        <w:rPr>
          <w:rFonts w:ascii="Times New Roman" w:hAnsi="Times New Roman" w:eastAsia="宋体"/>
          <w:b w:val="0"/>
          <w:i w:val="0"/>
          <w:color w:val="333333"/>
          <w:sz w:val="19"/>
        </w:rPr>
        <w:t>-n(n+1)</w:t>
      </w:r>
    </w:p>
    <w:p>
      <w:pPr>
        <w:spacing w:before="0" w:after="80" w:line="300" w:lineRule="auto"/>
        <w:jc w:val="left"/>
      </w:pPr>
      <w:r>
        <w:rPr>
          <w:rFonts w:ascii="Times New Roman" w:hAnsi="Times New Roman" w:eastAsia="宋体"/>
          <w:b w:val="0"/>
          <w:i w:val="0"/>
          <w:color w:val="333333"/>
          <w:sz w:val="19"/>
        </w:rPr>
        <w:t>=8n²+2n.</w:t>
      </w:r>
    </w:p>
    <w:p>
      <w:pPr>
        <w:spacing w:before="0" w:after="80" w:line="300" w:lineRule="auto"/>
        <w:jc w:val="left"/>
      </w:pPr>
      <w:r>
        <w:rPr>
          <w:rFonts w:ascii="Times New Roman" w:hAnsi="Times New Roman" w:eastAsia="宋体"/>
          <w:b w:val="0"/>
          <w:i w:val="0"/>
          <w:color w:val="333333"/>
          <w:sz w:val="19"/>
        </w:rPr>
        <w:t>Since S₃ₙ-Sₙ=150, this gives 4n²+n=150. Hence (n-6)(4n+25)=0, and the positive solution is n=6. Therefore</w:t>
      </w:r>
    </w:p>
    <w:p>
      <w:pPr>
        <w:spacing w:before="0" w:after="80" w:line="300" w:lineRule="auto"/>
        <w:jc w:val="left"/>
      </w:pPr>
      <w:r>
        <w:rPr>
          <w:rFonts w:ascii="Times New Roman" w:hAnsi="Times New Roman" w:eastAsia="宋体"/>
          <w:b w:val="0"/>
          <w:i w:val="0"/>
          <w:color w:val="333333"/>
          <w:sz w:val="19"/>
        </w:rPr>
        <w:t>S₄ₙ=S₂₄=(24·25)/2=300.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10! 中各质因数的指数为</w:t>
      </w:r>
    </w:p>
    <w:p>
      <w:pPr>
        <w:spacing w:before="0" w:after="80" w:line="300" w:lineRule="auto"/>
        <w:jc w:val="left"/>
      </w:pPr>
      <w:r>
        <w:rPr>
          <w:rFonts w:ascii="Times New Roman" w:hAnsi="Times New Roman" w:eastAsia="宋体"/>
          <w:b w:val="0"/>
          <w:i w:val="0"/>
          <w:sz w:val="21"/>
        </w:rPr>
        <w:t>v₂(10!)=5+2+1=8,</w:t>
      </w:r>
    </w:p>
    <w:p>
      <w:pPr>
        <w:spacing w:before="0" w:after="80" w:line="300" w:lineRule="auto"/>
        <w:jc w:val="left"/>
      </w:pPr>
      <w:r>
        <w:rPr>
          <w:rFonts w:ascii="Times New Roman" w:hAnsi="Times New Roman" w:eastAsia="宋体"/>
          <w:b w:val="0"/>
          <w:i w:val="0"/>
          <w:sz w:val="21"/>
        </w:rPr>
        <w:t>v₃(10!)=3+1=4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每个因子 12=2²·3 需要两个因数 2 和一个因数 3。因此 12 进制表示的末尾零个数为</w:t>
      </w:r>
    </w:p>
    <w:p>
      <w:pPr>
        <w:spacing w:before="0" w:after="80" w:line="300" w:lineRule="auto"/>
        <w:jc w:val="left"/>
      </w:pPr>
      <w:r>
        <w:rPr>
          <w:rFonts w:ascii="Times New Roman" w:hAnsi="Times New Roman" w:eastAsia="宋体"/>
          <w:b w:val="0"/>
          <w:i w:val="0"/>
          <w:sz w:val="21"/>
        </w:rPr>
        <w:t>min(⌊8/2⌋,4)=4。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prime exponents in 10! are</w:t>
      </w:r>
    </w:p>
    <w:p>
      <w:pPr>
        <w:spacing w:before="0" w:after="80" w:line="300" w:lineRule="auto"/>
        <w:jc w:val="left"/>
      </w:pPr>
      <w:r>
        <w:rPr>
          <w:rFonts w:ascii="Times New Roman" w:hAnsi="Times New Roman" w:eastAsia="宋体"/>
          <w:b w:val="0"/>
          <w:i w:val="0"/>
          <w:color w:val="333333"/>
          <w:sz w:val="19"/>
        </w:rPr>
        <w:t>v₂(10!)=5+2+1=8,</w:t>
      </w:r>
    </w:p>
    <w:p>
      <w:pPr>
        <w:spacing w:before="0" w:after="80" w:line="300" w:lineRule="auto"/>
        <w:jc w:val="left"/>
      </w:pPr>
      <w:r>
        <w:rPr>
          <w:rFonts w:ascii="Times New Roman" w:hAnsi="Times New Roman" w:eastAsia="宋体"/>
          <w:b w:val="0"/>
          <w:i w:val="0"/>
          <w:color w:val="333333"/>
          <w:sz w:val="19"/>
        </w:rPr>
        <w:t>v₃(10!)=3+1=4.</w:t>
      </w:r>
    </w:p>
    <w:p>
      <w:pPr>
        <w:spacing w:before="0" w:after="80" w:line="300" w:lineRule="auto"/>
        <w:jc w:val="left"/>
      </w:pPr>
      <w:r>
        <w:rPr>
          <w:rFonts w:ascii="Times New Roman" w:hAnsi="Times New Roman" w:eastAsia="宋体"/>
          <w:b w:val="0"/>
          <w:i w:val="0"/>
          <w:color w:val="333333"/>
          <w:sz w:val="19"/>
        </w:rPr>
        <w:t>Each factor of 12=2²·3 uses two factors of 2 and one of 3. Hence the number of trailing base-12 zeros is</w:t>
      </w:r>
    </w:p>
    <w:p>
      <w:pPr>
        <w:spacing w:before="0" w:after="80" w:line="300" w:lineRule="auto"/>
        <w:jc w:val="left"/>
      </w:pPr>
      <w:r>
        <w:rPr>
          <w:rFonts w:ascii="Times New Roman" w:hAnsi="Times New Roman" w:eastAsia="宋体"/>
          <w:b w:val="0"/>
          <w:i w:val="0"/>
          <w:color w:val="333333"/>
          <w:sz w:val="19"/>
        </w:rPr>
        <w:t>min(⌊8/2⌋,4)=4.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设六边形的边长为 s。它的周长为 6s，所以等边三角形的边长为 2s。大三角形由 4 个边长为 s 的等边三角形组成，而六边形由 6 个这样的三角形组成。因此它们的面积之比为 6/4=3/2。由于三角形的面积为 2，所以六边形的面积为 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hexagon side be s. Its perimeter is 6s, so the equilateral triangle has side 2s. The large triangle consists of 4 equilateral triangles of side s, while the hexagon consists of 6. Their area ratio is therefore 6/4=3/2. Since the triangle’s area is 2, the hexagon’s area is 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每盎司或不足一盎司均计费，意味着计费的盎司数为 ⌈ W⌉。向下取整函数和向上取整函数满足</w:t>
      </w:r>
    </w:p>
    <w:p>
      <w:pPr>
        <w:spacing w:before="0" w:after="80" w:line="300" w:lineRule="auto"/>
        <w:jc w:val="left"/>
      </w:pPr>
      <w:r>
        <w:rPr>
          <w:rFonts w:ascii="Times New Roman" w:hAnsi="Times New Roman" w:eastAsia="宋体"/>
          <w:b w:val="0"/>
          <w:i w:val="0"/>
          <w:sz w:val="21"/>
        </w:rPr>
        <w:t>⌈ W⌉=-⌊-W⌋。</w:t>
      </w:r>
    </w:p>
    <w:p>
      <w:pPr>
        <w:spacing w:before="0" w:after="80" w:line="300" w:lineRule="auto"/>
        <w:jc w:val="left"/>
      </w:pPr>
      <w:r>
        <w:rPr>
          <w:rFonts w:ascii="Times New Roman" w:hAnsi="Times New Roman" w:eastAsia="宋体"/>
          <w:b w:val="0"/>
          <w:i w:val="0"/>
          <w:sz w:val="21"/>
        </w:rPr>
        <w:t>因此邮资为</w:t>
      </w:r>
    </w:p>
    <w:p>
      <w:pPr>
        <w:spacing w:before="0" w:after="80" w:line="300" w:lineRule="auto"/>
        <w:jc w:val="left"/>
      </w:pPr>
      <w:r>
        <w:rPr>
          <w:rFonts w:ascii="Times New Roman" w:hAnsi="Times New Roman" w:eastAsia="宋体"/>
          <w:b w:val="0"/>
          <w:i w:val="0"/>
          <w:sz w:val="21"/>
        </w:rPr>
        <w:t>6⌈ W⌉=-6⌊-W⌋。</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Charging for every ounce or portion thereof means the number of charged ounces is ⌈ W⌉. The floor and ceiling functions satisfy</w:t>
      </w:r>
    </w:p>
    <w:p>
      <w:pPr>
        <w:spacing w:before="0" w:after="80" w:line="300" w:lineRule="auto"/>
        <w:jc w:val="left"/>
      </w:pPr>
      <w:r>
        <w:rPr>
          <w:rFonts w:ascii="Times New Roman" w:hAnsi="Times New Roman" w:eastAsia="宋体"/>
          <w:b w:val="0"/>
          <w:i w:val="0"/>
          <w:color w:val="333333"/>
          <w:sz w:val="19"/>
        </w:rPr>
        <w:t>⌈ W⌉=-⌊-W⌋.</w:t>
      </w:r>
    </w:p>
    <w:p>
      <w:pPr>
        <w:spacing w:before="0" w:after="80" w:line="300" w:lineRule="auto"/>
        <w:jc w:val="left"/>
      </w:pPr>
      <w:r>
        <w:rPr>
          <w:rFonts w:ascii="Times New Roman" w:hAnsi="Times New Roman" w:eastAsia="宋体"/>
          <w:b w:val="0"/>
          <w:i w:val="0"/>
          <w:color w:val="333333"/>
          <w:sz w:val="19"/>
        </w:rPr>
        <w:t>Thus the cost is</w:t>
      </w:r>
    </w:p>
    <w:p>
      <w:pPr>
        <w:spacing w:before="0" w:after="80" w:line="300" w:lineRule="auto"/>
        <w:jc w:val="left"/>
      </w:pPr>
      <w:r>
        <w:rPr>
          <w:rFonts w:ascii="Times New Roman" w:hAnsi="Times New Roman" w:eastAsia="宋体"/>
          <w:b w:val="0"/>
          <w:i w:val="0"/>
          <w:color w:val="333333"/>
          <w:sz w:val="19"/>
        </w:rPr>
        <w:t>6⌈ W⌉=-6⌊-W⌋.</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第一个图形是以下两条直线的并集：</w:t>
      </w:r>
    </w:p>
    <w:p>
      <w:pPr>
        <w:spacing w:before="0" w:after="80" w:line="300" w:lineRule="auto"/>
        <w:jc w:val="left"/>
      </w:pPr>
      <w:r>
        <w:rPr>
          <w:rFonts w:ascii="Times New Roman" w:hAnsi="Times New Roman" w:eastAsia="宋体"/>
          <w:b w:val="0"/>
          <w:i w:val="0"/>
          <w:sz w:val="21"/>
        </w:rPr>
        <w:t>x+y=5, 2x-3y=-5，</w:t>
      </w:r>
    </w:p>
    <w:p>
      <w:pPr>
        <w:spacing w:before="0" w:after="80" w:line="300" w:lineRule="auto"/>
        <w:jc w:val="left"/>
      </w:pPr>
      <w:r>
        <w:rPr>
          <w:rFonts w:ascii="Times New Roman" w:hAnsi="Times New Roman" w:eastAsia="宋体"/>
          <w:b w:val="0"/>
          <w:i w:val="0"/>
          <w:sz w:val="21"/>
        </w:rPr>
        <w:t>这两条直线交于 (2,3)。第二个图形是以下两条直线的并集：</w:t>
      </w:r>
    </w:p>
    <w:p>
      <w:pPr>
        <w:spacing w:before="0" w:after="80" w:line="300" w:lineRule="auto"/>
        <w:jc w:val="left"/>
      </w:pPr>
      <w:r>
        <w:rPr>
          <w:rFonts w:ascii="Times New Roman" w:hAnsi="Times New Roman" w:eastAsia="宋体"/>
          <w:b w:val="0"/>
          <w:i w:val="0"/>
          <w:sz w:val="21"/>
        </w:rPr>
        <w:t>x-y=-1, 3x+2y=12，</w:t>
      </w:r>
    </w:p>
    <w:p>
      <w:pPr>
        <w:spacing w:before="0" w:after="80" w:line="300" w:lineRule="auto"/>
        <w:jc w:val="left"/>
      </w:pPr>
      <w:r>
        <w:rPr>
          <w:rFonts w:ascii="Times New Roman" w:hAnsi="Times New Roman" w:eastAsia="宋体"/>
          <w:b w:val="0"/>
          <w:i w:val="0"/>
          <w:sz w:val="21"/>
        </w:rPr>
        <w:t>它们也交于 (2,3)。事实上，将 (2,3) 代入可知，它满足四条直线的方程。由于四条直线的斜率各不相同，不会有其他点同时属于两个图形。因此恰有一个公共点。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graph is the union of</w:t>
      </w:r>
    </w:p>
    <w:p>
      <w:pPr>
        <w:spacing w:before="0" w:after="80" w:line="300" w:lineRule="auto"/>
        <w:jc w:val="left"/>
      </w:pPr>
      <w:r>
        <w:rPr>
          <w:rFonts w:ascii="Times New Roman" w:hAnsi="Times New Roman" w:eastAsia="宋体"/>
          <w:b w:val="0"/>
          <w:i w:val="0"/>
          <w:color w:val="333333"/>
          <w:sz w:val="19"/>
        </w:rPr>
        <w:t>x+y=5, 2x-3y=-5,</w:t>
      </w:r>
    </w:p>
    <w:p>
      <w:pPr>
        <w:spacing w:before="0" w:after="80" w:line="300" w:lineRule="auto"/>
        <w:jc w:val="left"/>
      </w:pPr>
      <w:r>
        <w:rPr>
          <w:rFonts w:ascii="Times New Roman" w:hAnsi="Times New Roman" w:eastAsia="宋体"/>
          <w:b w:val="0"/>
          <w:i w:val="0"/>
          <w:color w:val="333333"/>
          <w:sz w:val="19"/>
        </w:rPr>
        <w:t>and those two lines meet at (2,3). The second graph is the union of</w:t>
      </w:r>
    </w:p>
    <w:p>
      <w:pPr>
        <w:spacing w:before="0" w:after="80" w:line="300" w:lineRule="auto"/>
        <w:jc w:val="left"/>
      </w:pPr>
      <w:r>
        <w:rPr>
          <w:rFonts w:ascii="Times New Roman" w:hAnsi="Times New Roman" w:eastAsia="宋体"/>
          <w:b w:val="0"/>
          <w:i w:val="0"/>
          <w:color w:val="333333"/>
          <w:sz w:val="19"/>
        </w:rPr>
        <w:t>x-y=-1, 3x+2y=12,</w:t>
      </w:r>
    </w:p>
    <w:p>
      <w:pPr>
        <w:spacing w:before="0" w:after="80" w:line="300" w:lineRule="auto"/>
        <w:jc w:val="left"/>
      </w:pPr>
      <w:r>
        <w:rPr>
          <w:rFonts w:ascii="Times New Roman" w:hAnsi="Times New Roman" w:eastAsia="宋体"/>
          <w:b w:val="0"/>
          <w:i w:val="0"/>
          <w:color w:val="333333"/>
          <w:sz w:val="19"/>
        </w:rPr>
        <w:t>and these also meet at (2,3). In fact, substituting (2,3) satisfies all four line equations. Since the four lines have distinct slopes, no other point can belong to a line from each graph. There is exactly one common point.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A</w:t>
      </w:r>
    </w:p>
    <w:p>
      <w:pPr>
        <w:spacing w:before="0" w:after="80" w:line="300" w:lineRule="auto"/>
        <w:jc w:val="left"/>
      </w:pPr>
      <w:r>
        <w:rPr>
          <w:rFonts w:ascii="Times New Roman" w:hAnsi="Times New Roman" w:eastAsia="宋体"/>
          <w:b w:val="0"/>
          <w:i w:val="0"/>
          <w:sz w:val="21"/>
        </w:rPr>
        <w:t>若 r 为内切圆半径，s 为半周长，则三角形的面积为 K=rs，周长为 2s。由题设等式可得</w:t>
      </w:r>
    </w:p>
    <w:p>
      <w:pPr>
        <w:spacing w:before="0" w:after="80" w:line="300" w:lineRule="auto"/>
        <w:jc w:val="left"/>
      </w:pPr>
      <w:r>
        <w:rPr>
          <w:rFonts w:ascii="Times New Roman" w:hAnsi="Times New Roman" w:eastAsia="宋体"/>
          <w:b w:val="0"/>
          <w:i w:val="0"/>
          <w:sz w:val="21"/>
        </w:rPr>
        <w:t>rs=2s。</w:t>
      </w:r>
    </w:p>
    <w:p>
      <w:pPr>
        <w:spacing w:before="0" w:after="80" w:line="300" w:lineRule="auto"/>
        <w:jc w:val="left"/>
      </w:pPr>
      <w:r>
        <w:rPr>
          <w:rFonts w:ascii="Times New Roman" w:hAnsi="Times New Roman" w:eastAsia="宋体"/>
          <w:b w:val="0"/>
          <w:i w:val="0"/>
          <w:sz w:val="21"/>
        </w:rPr>
        <w:t>因为 s&gt;0，所以 r=2。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 is the inradius and s the semiperimeter, the triangle’s area is K=rs. Its perimeter is 2s. The given equality yields</w:t>
      </w:r>
    </w:p>
    <w:p>
      <w:pPr>
        <w:spacing w:before="0" w:after="80" w:line="300" w:lineRule="auto"/>
        <w:jc w:val="left"/>
      </w:pPr>
      <w:r>
        <w:rPr>
          <w:rFonts w:ascii="Times New Roman" w:hAnsi="Times New Roman" w:eastAsia="宋体"/>
          <w:b w:val="0"/>
          <w:i w:val="0"/>
          <w:color w:val="333333"/>
          <w:sz w:val="19"/>
        </w:rPr>
        <w:t>rs=2s.</w:t>
      </w:r>
    </w:p>
    <w:p>
      <w:pPr>
        <w:spacing w:before="0" w:after="80" w:line="300" w:lineRule="auto"/>
        <w:jc w:val="left"/>
      </w:pPr>
      <w:r>
        <w:rPr>
          <w:rFonts w:ascii="Times New Roman" w:hAnsi="Times New Roman" w:eastAsia="宋体"/>
          <w:b w:val="0"/>
          <w:i w:val="0"/>
          <w:color w:val="333333"/>
          <w:sz w:val="19"/>
        </w:rPr>
        <w:t>Since s&gt;0, we obtain r=2.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A</w:t>
      </w:r>
    </w:p>
    <w:p>
      <w:pPr>
        <w:spacing w:before="0" w:after="80" w:line="300" w:lineRule="auto"/>
        <w:jc w:val="left"/>
      </w:pPr>
      <w:r>
        <w:rPr>
          <w:rFonts w:ascii="Times New Roman" w:hAnsi="Times New Roman" w:eastAsia="宋体"/>
          <w:b w:val="0"/>
          <w:i w:val="0"/>
          <w:sz w:val="21"/>
        </w:rPr>
        <w:t>将重心置于原点。设 A 和 B 的位置向量分别为 u 和 v。两条中线分别沿 u 和 v 的方向，所以 u· v=0。由重心条件还可得 C=-u-v。</w:t>
      </w:r>
    </w:p>
    <w:p>
      <w:pPr>
        <w:spacing w:before="0" w:after="80" w:line="300" w:lineRule="auto"/>
        <w:jc w:val="left"/>
      </w:pPr>
      <w:r>
        <w:rPr>
          <w:rFonts w:ascii="Times New Roman" w:hAnsi="Times New Roman" w:eastAsia="宋体"/>
          <w:b w:val="0"/>
          <w:i w:val="0"/>
          <w:sz w:val="21"/>
        </w:rPr>
        <w:t>设 U=|u|²，且 V=|v|²。则</w:t>
      </w:r>
    </w:p>
    <w:p>
      <w:pPr>
        <w:spacing w:before="0" w:after="80" w:line="300" w:lineRule="auto"/>
        <w:jc w:val="left"/>
      </w:pPr>
      <w:r>
        <w:rPr>
          <w:rFonts w:ascii="Times New Roman" w:hAnsi="Times New Roman" w:eastAsia="宋体"/>
          <w:b w:val="0"/>
          <w:i w:val="0"/>
          <w:sz w:val="21"/>
        </w:rPr>
        <w:t>AC²=|2u+v|²=4U+V=36</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BC²=|u+2v|²</w:t>
      </w:r>
    </w:p>
    <w:p>
      <w:pPr>
        <w:spacing w:before="0" w:after="80" w:line="300" w:lineRule="auto"/>
        <w:jc w:val="left"/>
      </w:pPr>
      <w:r>
        <w:rPr>
          <w:rFonts w:ascii="Times New Roman" w:hAnsi="Times New Roman" w:eastAsia="宋体"/>
          <w:b w:val="0"/>
          <w:i w:val="0"/>
          <w:sz w:val="21"/>
        </w:rPr>
        <w:t>=U+4V=49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将两个方程取适当倍数后相加，得到 U+V=17。最后，</w:t>
      </w:r>
    </w:p>
    <w:p>
      <w:pPr>
        <w:spacing w:before="0" w:after="80" w:line="300" w:lineRule="auto"/>
        <w:jc w:val="left"/>
      </w:pPr>
      <w:r>
        <w:rPr>
          <w:rFonts w:ascii="Times New Roman" w:hAnsi="Times New Roman" w:eastAsia="宋体"/>
          <w:b w:val="0"/>
          <w:i w:val="0"/>
          <w:sz w:val="21"/>
        </w:rPr>
        <w:t>AB²=|u-v|²=U+V=17，</w:t>
      </w:r>
    </w:p>
    <w:p>
      <w:pPr>
        <w:spacing w:before="0" w:after="80" w:line="300" w:lineRule="auto"/>
        <w:jc w:val="left"/>
      </w:pPr>
      <w:r>
        <w:rPr>
          <w:rFonts w:ascii="Times New Roman" w:hAnsi="Times New Roman" w:eastAsia="宋体"/>
          <w:b w:val="0"/>
          <w:i w:val="0"/>
          <w:sz w:val="21"/>
        </w:rPr>
        <w:t>所以 AB=√(17)。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centroid at the origin. Let the position vectors of A and B be u and v. The two medians lie along u and v, so u· v=0. Also the centroid condition gives C=-u-v.</w:t>
      </w:r>
    </w:p>
    <w:p>
      <w:pPr>
        <w:spacing w:before="0" w:after="80" w:line="300" w:lineRule="auto"/>
        <w:jc w:val="left"/>
      </w:pPr>
      <w:r>
        <w:rPr>
          <w:rFonts w:ascii="Times New Roman" w:hAnsi="Times New Roman" w:eastAsia="宋体"/>
          <w:b w:val="0"/>
          <w:i w:val="0"/>
          <w:color w:val="333333"/>
          <w:sz w:val="19"/>
        </w:rPr>
        <w:t>Let U=|u|² and V=|v|². Then</w:t>
      </w:r>
    </w:p>
    <w:p>
      <w:pPr>
        <w:spacing w:before="0" w:after="80" w:line="300" w:lineRule="auto"/>
        <w:jc w:val="left"/>
      </w:pPr>
      <w:r>
        <w:rPr>
          <w:rFonts w:ascii="Times New Roman" w:hAnsi="Times New Roman" w:eastAsia="宋体"/>
          <w:b w:val="0"/>
          <w:i w:val="0"/>
          <w:color w:val="333333"/>
          <w:sz w:val="19"/>
        </w:rPr>
        <w:t>AC²=|2u+v|²=4U+V=36</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BC²=|u+2v|²</w:t>
      </w:r>
    </w:p>
    <w:p>
      <w:pPr>
        <w:spacing w:before="0" w:after="80" w:line="300" w:lineRule="auto"/>
        <w:jc w:val="left"/>
      </w:pPr>
      <w:r>
        <w:rPr>
          <w:rFonts w:ascii="Times New Roman" w:hAnsi="Times New Roman" w:eastAsia="宋体"/>
          <w:b w:val="0"/>
          <w:i w:val="0"/>
          <w:color w:val="333333"/>
          <w:sz w:val="19"/>
        </w:rPr>
        <w:t>=U+4V=49.</w:t>
      </w:r>
    </w:p>
    <w:p>
      <w:pPr>
        <w:spacing w:before="0" w:after="80" w:line="300" w:lineRule="auto"/>
        <w:jc w:val="left"/>
      </w:pPr>
      <w:r>
        <w:rPr>
          <w:rFonts w:ascii="Times New Roman" w:hAnsi="Times New Roman" w:eastAsia="宋体"/>
          <w:b w:val="0"/>
          <w:i w:val="0"/>
          <w:color w:val="333333"/>
          <w:sz w:val="19"/>
        </w:rPr>
        <w:t>Adding appropriate multiples gives U+V=17. Finally,</w:t>
      </w:r>
    </w:p>
    <w:p>
      <w:pPr>
        <w:spacing w:before="0" w:after="80" w:line="300" w:lineRule="auto"/>
        <w:jc w:val="left"/>
      </w:pPr>
      <w:r>
        <w:rPr>
          <w:rFonts w:ascii="Times New Roman" w:hAnsi="Times New Roman" w:eastAsia="宋体"/>
          <w:b w:val="0"/>
          <w:i w:val="0"/>
          <w:color w:val="333333"/>
          <w:sz w:val="19"/>
        </w:rPr>
        <w:t>AB²=|u-v|²=U+V=17,</w:t>
      </w:r>
    </w:p>
    <w:p>
      <w:pPr>
        <w:spacing w:before="0" w:after="80" w:line="300" w:lineRule="auto"/>
        <w:jc w:val="left"/>
      </w:pPr>
      <w:r>
        <w:rPr>
          <w:rFonts w:ascii="Times New Roman" w:hAnsi="Times New Roman" w:eastAsia="宋体"/>
          <w:b w:val="0"/>
          <w:i w:val="0"/>
          <w:color w:val="333333"/>
          <w:sz w:val="19"/>
        </w:rPr>
        <w:t>so AB=√(17).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D</w:t>
      </w:r>
    </w:p>
    <w:p>
      <w:pPr>
        <w:spacing w:before="0" w:after="80" w:line="300" w:lineRule="auto"/>
        <w:jc w:val="left"/>
      </w:pPr>
      <w:r>
        <w:rPr>
          <w:rFonts w:ascii="Times New Roman" w:hAnsi="Times New Roman" w:eastAsia="宋体"/>
          <w:b w:val="0"/>
          <w:i w:val="0"/>
          <w:sz w:val="21"/>
        </w:rPr>
        <w:t>设现在是 10:00 之后 x 分钟。六分钟后，分针从 12 顺时针走过 x+6 个分钟刻度。三分钟前，时针越过 10 的位置 x-3/12 个分钟刻度，所以它的正对面位于</w:t>
      </w:r>
    </w:p>
    <w:p>
      <w:pPr>
        <w:spacing w:before="0" w:after="80" w:line="300" w:lineRule="auto"/>
        <w:jc w:val="left"/>
      </w:pPr>
      <w:r>
        <w:rPr>
          <w:rFonts w:ascii="Times New Roman" w:hAnsi="Times New Roman" w:eastAsia="宋体"/>
          <w:b w:val="0"/>
          <w:i w:val="0"/>
          <w:sz w:val="21"/>
        </w:rPr>
        <w:t>20+x-3/12</w:t>
      </w:r>
    </w:p>
    <w:p>
      <w:pPr>
        <w:spacing w:before="0" w:after="80" w:line="300" w:lineRule="auto"/>
        <w:jc w:val="left"/>
      </w:pPr>
      <w:r>
        <w:rPr>
          <w:rFonts w:ascii="Times New Roman" w:hAnsi="Times New Roman" w:eastAsia="宋体"/>
          <w:b w:val="0"/>
          <w:i w:val="0"/>
          <w:sz w:val="21"/>
        </w:rPr>
        <w:t>即从 12 起经过这么多个分钟刻度。因此</w:t>
      </w:r>
    </w:p>
    <w:p>
      <w:pPr>
        <w:spacing w:before="0" w:after="80" w:line="300" w:lineRule="auto"/>
        <w:jc w:val="left"/>
      </w:pPr>
      <w:r>
        <w:rPr>
          <w:rFonts w:ascii="Times New Roman" w:hAnsi="Times New Roman" w:eastAsia="宋体"/>
          <w:b w:val="0"/>
          <w:i w:val="0"/>
          <w:sz w:val="21"/>
        </w:rPr>
        <w:t>x+6=20+x-3/12。</w:t>
      </w:r>
    </w:p>
    <w:p>
      <w:pPr>
        <w:spacing w:before="0" w:after="80" w:line="300" w:lineRule="auto"/>
        <w:jc w:val="left"/>
      </w:pPr>
      <w:r>
        <w:rPr>
          <w:rFonts w:ascii="Times New Roman" w:hAnsi="Times New Roman" w:eastAsia="宋体"/>
          <w:b w:val="0"/>
          <w:i w:val="0"/>
          <w:sz w:val="21"/>
        </w:rPr>
        <w:t>解得 x=15，所以时间是 10:15。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minutes after 10:00 now. Six minutes from now, the minute hand is x+6 minute spaces clockwise from 12. Three minutes ago, the hour hand was x-3/12 minute spaces past the 10, so the point opposite it was</w:t>
      </w:r>
    </w:p>
    <w:p>
      <w:pPr>
        <w:spacing w:before="0" w:after="80" w:line="300" w:lineRule="auto"/>
        <w:jc w:val="left"/>
      </w:pPr>
      <w:r>
        <w:rPr>
          <w:rFonts w:ascii="Times New Roman" w:hAnsi="Times New Roman" w:eastAsia="宋体"/>
          <w:b w:val="0"/>
          <w:i w:val="0"/>
          <w:color w:val="333333"/>
          <w:sz w:val="19"/>
        </w:rPr>
        <w:t>20+x-3/12</w:t>
      </w:r>
    </w:p>
    <w:p>
      <w:pPr>
        <w:spacing w:before="0" w:after="80" w:line="300" w:lineRule="auto"/>
        <w:jc w:val="left"/>
      </w:pPr>
      <w:r>
        <w:rPr>
          <w:rFonts w:ascii="Times New Roman" w:hAnsi="Times New Roman" w:eastAsia="宋体"/>
          <w:b w:val="0"/>
          <w:i w:val="0"/>
          <w:color w:val="333333"/>
          <w:sz w:val="19"/>
        </w:rPr>
        <w:t>minute spaces past 12. Hence</w:t>
      </w:r>
    </w:p>
    <w:p>
      <w:pPr>
        <w:spacing w:before="0" w:after="80" w:line="300" w:lineRule="auto"/>
        <w:jc w:val="left"/>
      </w:pPr>
      <w:r>
        <w:rPr>
          <w:rFonts w:ascii="Times New Roman" w:hAnsi="Times New Roman" w:eastAsia="宋体"/>
          <w:b w:val="0"/>
          <w:i w:val="0"/>
          <w:color w:val="333333"/>
          <w:sz w:val="19"/>
        </w:rPr>
        <w:t>x+6=20+x-3/12.</w:t>
      </w:r>
    </w:p>
    <w:p>
      <w:pPr>
        <w:spacing w:before="0" w:after="80" w:line="300" w:lineRule="auto"/>
        <w:jc w:val="left"/>
      </w:pPr>
      <w:r>
        <w:rPr>
          <w:rFonts w:ascii="Times New Roman" w:hAnsi="Times New Roman" w:eastAsia="宋体"/>
          <w:b w:val="0"/>
          <w:i w:val="0"/>
          <w:color w:val="333333"/>
          <w:sz w:val="19"/>
        </w:rPr>
        <w:t>Solving gives x=15, so the time is 10:15.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E</w:t>
      </w:r>
    </w:p>
    <w:p>
      <w:pPr>
        <w:spacing w:before="0" w:after="80" w:line="300" w:lineRule="auto"/>
        <w:jc w:val="left"/>
      </w:pPr>
      <w:r>
        <w:rPr>
          <w:rFonts w:ascii="Times New Roman" w:hAnsi="Times New Roman" w:eastAsia="宋体"/>
          <w:b w:val="0"/>
          <w:i w:val="0"/>
          <w:sz w:val="21"/>
        </w:rPr>
        <w:t>设 ∠ D 的角平分线与 AB 交于 P。因为 ∠ D=2∠ B，所以每一半都等于 ∠ B。又因为 AB∥ CD，内错角 ∠ APD 也等于 ∠ PDC。因此三角形 APD 为等腰三角形，并且</w:t>
      </w:r>
    </w:p>
    <w:p>
      <w:pPr>
        <w:spacing w:before="0" w:after="80" w:line="300" w:lineRule="auto"/>
        <w:jc w:val="left"/>
      </w:pPr>
      <w:r>
        <w:rPr>
          <w:rFonts w:ascii="Times New Roman" w:hAnsi="Times New Roman" w:eastAsia="宋体"/>
          <w:b w:val="0"/>
          <w:i w:val="0"/>
          <w:sz w:val="21"/>
        </w:rPr>
        <w:t>AP=AD=a。</w:t>
      </w:r>
    </w:p>
    <w:p>
      <w:pPr>
        <w:spacing w:before="0" w:after="80" w:line="300" w:lineRule="auto"/>
        <w:jc w:val="left"/>
      </w:pPr>
      <w:r>
        <w:rPr>
          <w:rFonts w:ascii="Times New Roman" w:hAnsi="Times New Roman" w:eastAsia="宋体"/>
          <w:b w:val="0"/>
          <w:i w:val="0"/>
          <w:sz w:val="21"/>
        </w:rPr>
        <w:t>此外，PB∥ CD，且 BC∥ PD，所以 PBCD 是平行四边形。因此 PB=CD=b。所以</w:t>
      </w:r>
    </w:p>
    <w:p>
      <w:pPr>
        <w:spacing w:before="0" w:after="80" w:line="300" w:lineRule="auto"/>
        <w:jc w:val="left"/>
      </w:pPr>
      <w:r>
        <w:rPr>
          <w:rFonts w:ascii="Times New Roman" w:hAnsi="Times New Roman" w:eastAsia="宋体"/>
          <w:b w:val="0"/>
          <w:i w:val="0"/>
          <w:sz w:val="21"/>
        </w:rPr>
        <w:t>AB=AP+PB=a+b。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bisector of ∠ D meet AB at P. Because ∠ D=2∠ B, each half has measure ∠ B. Since AB∥ CD, the alternate interior angle ∠ APD also equals ∠ PDC. Thus triangle APD is isosceles and</w:t>
      </w:r>
    </w:p>
    <w:p>
      <w:pPr>
        <w:spacing w:before="0" w:after="80" w:line="300" w:lineRule="auto"/>
        <w:jc w:val="left"/>
      </w:pPr>
      <w:r>
        <w:rPr>
          <w:rFonts w:ascii="Times New Roman" w:hAnsi="Times New Roman" w:eastAsia="宋体"/>
          <w:b w:val="0"/>
          <w:i w:val="0"/>
          <w:color w:val="333333"/>
          <w:sz w:val="19"/>
        </w:rPr>
        <w:t>AP=AD=a.</w:t>
      </w:r>
    </w:p>
    <w:p>
      <w:pPr>
        <w:spacing w:before="0" w:after="80" w:line="300" w:lineRule="auto"/>
        <w:jc w:val="left"/>
      </w:pPr>
      <w:r>
        <w:rPr>
          <w:rFonts w:ascii="Times New Roman" w:hAnsi="Times New Roman" w:eastAsia="宋体"/>
          <w:b w:val="0"/>
          <w:i w:val="0"/>
          <w:color w:val="333333"/>
          <w:sz w:val="19"/>
        </w:rPr>
        <w:t>Also PB∥ CD and BC∥ PD, so PBCD is a parallelogram. Hence PB=CD=b. Therefore</w:t>
      </w:r>
    </w:p>
    <w:p>
      <w:pPr>
        <w:spacing w:before="0" w:after="80" w:line="300" w:lineRule="auto"/>
        <w:jc w:val="left"/>
      </w:pPr>
      <w:r>
        <w:rPr>
          <w:rFonts w:ascii="Times New Roman" w:hAnsi="Times New Roman" w:eastAsia="宋体"/>
          <w:b w:val="0"/>
          <w:i w:val="0"/>
          <w:color w:val="333333"/>
          <w:sz w:val="19"/>
        </w:rPr>
        <w:t>AB=AP+PB=a+b.</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B</w:t>
      </w:r>
    </w:p>
    <w:p>
      <w:pPr>
        <w:spacing w:before="0" w:after="80" w:line="300" w:lineRule="auto"/>
        <w:jc w:val="left"/>
      </w:pPr>
      <w:r>
        <w:rPr>
          <w:rFonts w:ascii="Times New Roman" w:hAnsi="Times New Roman" w:eastAsia="宋体"/>
          <w:b w:val="0"/>
          <w:i w:val="0"/>
          <w:sz w:val="21"/>
        </w:rPr>
        <w:t>五位数最大的数位和为 45，所以数位和为 43 的数相对于 99999 总共减少 2。一种情况是一个数位为 7，其余数位为 9，共有 5 个数；另一种情况是两个数位为 8，其余数位为 9，共有 C(5, 2)=10 个数。因此总共有 15 个数。</w:t>
      </w:r>
    </w:p>
    <w:p>
      <w:pPr>
        <w:spacing w:before="0" w:after="80" w:line="300" w:lineRule="auto"/>
        <w:jc w:val="left"/>
      </w:pPr>
      <w:r>
        <w:rPr>
          <w:rFonts w:ascii="Times New Roman" w:hAnsi="Times New Roman" w:eastAsia="宋体"/>
          <w:b w:val="0"/>
          <w:i w:val="0"/>
          <w:sz w:val="21"/>
        </w:rPr>
        <w:t>利用 11 的整除判别法，恰有</w:t>
      </w:r>
    </w:p>
    <w:p>
      <w:pPr>
        <w:spacing w:before="0" w:after="80" w:line="300" w:lineRule="auto"/>
        <w:jc w:val="left"/>
      </w:pPr>
      <w:r>
        <w:rPr>
          <w:rFonts w:ascii="Times New Roman" w:hAnsi="Times New Roman" w:eastAsia="宋体"/>
          <w:b w:val="0"/>
          <w:i w:val="0"/>
          <w:sz w:val="21"/>
        </w:rPr>
        <w:t>97999, 99979, 98989</w:t>
      </w:r>
    </w:p>
    <w:p>
      <w:pPr>
        <w:spacing w:before="0" w:after="80" w:line="300" w:lineRule="auto"/>
        <w:jc w:val="left"/>
      </w:pPr>
      <w:r>
        <w:rPr>
          <w:rFonts w:ascii="Times New Roman" w:hAnsi="Times New Roman" w:eastAsia="宋体"/>
          <w:b w:val="0"/>
          <w:i w:val="0"/>
          <w:sz w:val="21"/>
        </w:rPr>
        <w:t>能被 11 整除。因此概率为 3/15=1/5。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maximum five-digit digit sum is 45, so a sum of 43 has total deficit 2 from 99999. Either one digit is 7 and the others are 9, giving 5 numbers, or two digits are 8 and the others are 9, giving C(5, 2)=10 numbers. Thus there are 15 numbers total.</w:t>
      </w:r>
    </w:p>
    <w:p>
      <w:pPr>
        <w:spacing w:before="0" w:after="80" w:line="300" w:lineRule="auto"/>
        <w:jc w:val="left"/>
      </w:pPr>
      <w:r>
        <w:rPr>
          <w:rFonts w:ascii="Times New Roman" w:hAnsi="Times New Roman" w:eastAsia="宋体"/>
          <w:b w:val="0"/>
          <w:i w:val="0"/>
          <w:color w:val="333333"/>
          <w:sz w:val="19"/>
        </w:rPr>
        <w:t>Using the divisibility-by-11 test, exactly</w:t>
      </w:r>
    </w:p>
    <w:p>
      <w:pPr>
        <w:spacing w:before="0" w:after="80" w:line="300" w:lineRule="auto"/>
        <w:jc w:val="left"/>
      </w:pPr>
      <w:r>
        <w:rPr>
          <w:rFonts w:ascii="Times New Roman" w:hAnsi="Times New Roman" w:eastAsia="宋体"/>
          <w:b w:val="0"/>
          <w:i w:val="0"/>
          <w:color w:val="333333"/>
          <w:sz w:val="19"/>
        </w:rPr>
        <w:t>97999, 99979, 98989</w:t>
      </w:r>
    </w:p>
    <w:p>
      <w:pPr>
        <w:spacing w:before="0" w:after="80" w:line="300" w:lineRule="auto"/>
        <w:jc w:val="left"/>
      </w:pPr>
      <w:r>
        <w:rPr>
          <w:rFonts w:ascii="Times New Roman" w:hAnsi="Times New Roman" w:eastAsia="宋体"/>
          <w:b w:val="0"/>
          <w:i w:val="0"/>
          <w:color w:val="333333"/>
          <w:sz w:val="19"/>
        </w:rPr>
        <w:t>are divisible by 11. The probability is therefore 3/15=1/5.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C</w:t>
      </w:r>
    </w:p>
    <w:p>
      <w:pPr>
        <w:spacing w:before="0" w:after="80" w:line="300" w:lineRule="auto"/>
        <w:jc w:val="left"/>
      </w:pPr>
      <w:r>
        <w:rPr>
          <w:rFonts w:ascii="Times New Roman" w:hAnsi="Times New Roman" w:eastAsia="宋体"/>
          <w:b w:val="0"/>
          <w:i w:val="0"/>
          <w:sz w:val="21"/>
        </w:rPr>
        <w:t>设跑道周长为 2C。第一次相遇时，B 已行进 100 码，A 已行进 C-100，所以他们的速度之比为</w:t>
      </w:r>
    </w:p>
    <w:p>
      <w:pPr>
        <w:spacing w:before="0" w:after="80" w:line="300" w:lineRule="auto"/>
        <w:jc w:val="left"/>
      </w:pPr>
      <w:r>
        <w:rPr>
          <w:rFonts w:ascii="Times New Roman" w:hAnsi="Times New Roman" w:eastAsia="宋体"/>
          <w:b w:val="0"/>
          <w:i w:val="0"/>
          <w:sz w:val="21"/>
        </w:rPr>
        <w:t>(v_(A))/(v_(B))=C-100/100。</w:t>
      </w:r>
    </w:p>
    <w:p>
      <w:pPr>
        <w:spacing w:before="0" w:after="80" w:line="300" w:lineRule="auto"/>
        <w:jc w:val="left"/>
      </w:pPr>
      <w:r>
        <w:rPr>
          <w:rFonts w:ascii="Times New Roman" w:hAnsi="Times New Roman" w:eastAsia="宋体"/>
          <w:b w:val="0"/>
          <w:i w:val="0"/>
          <w:sz w:val="21"/>
        </w:rPr>
        <w:t>第二次相遇时，A 距离完成一圈还差 60 码，所以它已行进 2C-60。此时两人的路程之和为 3C，所以 B 已行进 C+60。因此</w:t>
      </w:r>
    </w:p>
    <w:p>
      <w:pPr>
        <w:spacing w:before="0" w:after="80" w:line="300" w:lineRule="auto"/>
        <w:jc w:val="left"/>
      </w:pPr>
      <w:r>
        <w:rPr>
          <w:rFonts w:ascii="Times New Roman" w:hAnsi="Times New Roman" w:eastAsia="宋体"/>
          <w:b w:val="0"/>
          <w:i w:val="0"/>
          <w:sz w:val="21"/>
        </w:rPr>
        <w:t>C-100/100=2C-60/C+60。</w:t>
      </w:r>
    </w:p>
    <w:p>
      <w:pPr>
        <w:spacing w:before="0" w:after="80" w:line="300" w:lineRule="auto"/>
        <w:jc w:val="left"/>
      </w:pPr>
      <w:r>
        <w:rPr>
          <w:rFonts w:ascii="Times New Roman" w:hAnsi="Times New Roman" w:eastAsia="宋体"/>
          <w:b w:val="0"/>
          <w:i w:val="0"/>
          <w:sz w:val="21"/>
        </w:rPr>
        <w:t>交叉相乘可得 C=240，所以跑道周长为 2C=480 码。</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circumference be 2C. At the first meeting, B has traveled 100 yards and A has traveled C-100, so their speed ratio is</w:t>
      </w:r>
    </w:p>
    <w:p>
      <w:pPr>
        <w:spacing w:before="0" w:after="80" w:line="300" w:lineRule="auto"/>
        <w:jc w:val="left"/>
      </w:pPr>
      <w:r>
        <w:rPr>
          <w:rFonts w:ascii="Times New Roman" w:hAnsi="Times New Roman" w:eastAsia="宋体"/>
          <w:b w:val="0"/>
          <w:i w:val="0"/>
          <w:color w:val="333333"/>
          <w:sz w:val="19"/>
        </w:rPr>
        <w:t>(v_(A))/(v_(B))=C-100/100.</w:t>
      </w:r>
    </w:p>
    <w:p>
      <w:pPr>
        <w:spacing w:before="0" w:after="80" w:line="300" w:lineRule="auto"/>
        <w:jc w:val="left"/>
      </w:pPr>
      <w:r>
        <w:rPr>
          <w:rFonts w:ascii="Times New Roman" w:hAnsi="Times New Roman" w:eastAsia="宋体"/>
          <w:b w:val="0"/>
          <w:i w:val="0"/>
          <w:color w:val="333333"/>
          <w:sz w:val="19"/>
        </w:rPr>
        <w:t>At the second meeting, A is 60 yards short of one lap, so it has traveled 2C-60. By then their combined distance is 3C, so B has traveled C+60. Hence</w:t>
      </w:r>
    </w:p>
    <w:p>
      <w:pPr>
        <w:spacing w:before="0" w:after="80" w:line="300" w:lineRule="auto"/>
        <w:jc w:val="left"/>
      </w:pPr>
      <w:r>
        <w:rPr>
          <w:rFonts w:ascii="Times New Roman" w:hAnsi="Times New Roman" w:eastAsia="宋体"/>
          <w:b w:val="0"/>
          <w:i w:val="0"/>
          <w:color w:val="333333"/>
          <w:sz w:val="19"/>
        </w:rPr>
        <w:t>C-100/100=2C-60/C+60.</w:t>
      </w:r>
    </w:p>
    <w:p>
      <w:pPr>
        <w:spacing w:before="0" w:after="80" w:line="300" w:lineRule="auto"/>
        <w:jc w:val="left"/>
      </w:pPr>
      <w:r>
        <w:rPr>
          <w:rFonts w:ascii="Times New Roman" w:hAnsi="Times New Roman" w:eastAsia="宋体"/>
          <w:b w:val="0"/>
          <w:i w:val="0"/>
          <w:color w:val="333333"/>
          <w:sz w:val="19"/>
        </w:rPr>
        <w:t>Cross-multiplying gives C=240, so the circumference is 2C=480 yards.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A</w:t>
      </w:r>
    </w:p>
    <w:p>
      <w:pPr>
        <w:spacing w:before="0" w:after="80" w:line="300" w:lineRule="auto"/>
        <w:jc w:val="left"/>
      </w:pPr>
      <w:r>
        <w:rPr>
          <w:rFonts w:ascii="Times New Roman" w:hAnsi="Times New Roman" w:eastAsia="宋体"/>
          <w:b w:val="0"/>
          <w:i w:val="0"/>
          <w:sz w:val="21"/>
        </w:rPr>
        <w:t>将从 0 到 9999 的整数写成带前导零的四位数。在四个数位中的每一个位置，数字 0、1、…、9 都出现 1000 次。因此所有数位的总和为</w:t>
      </w:r>
    </w:p>
    <w:p>
      <w:pPr>
        <w:spacing w:before="0" w:after="80" w:line="300" w:lineRule="auto"/>
        <w:jc w:val="left"/>
      </w:pPr>
      <w:r>
        <w:rPr>
          <w:rFonts w:ascii="Times New Roman" w:hAnsi="Times New Roman" w:eastAsia="宋体"/>
          <w:b w:val="0"/>
          <w:i w:val="0"/>
          <w:sz w:val="21"/>
        </w:rPr>
        <w:t>4·1000(0+1+⋯+9)</w:t>
      </w:r>
    </w:p>
    <w:p>
      <w:pPr>
        <w:spacing w:before="0" w:after="80" w:line="300" w:lineRule="auto"/>
        <w:jc w:val="left"/>
      </w:pPr>
      <w:r>
        <w:rPr>
          <w:rFonts w:ascii="Times New Roman" w:hAnsi="Times New Roman" w:eastAsia="宋体"/>
          <w:b w:val="0"/>
          <w:i w:val="0"/>
          <w:sz w:val="21"/>
        </w:rPr>
        <w:t>=4000·45</w:t>
      </w:r>
    </w:p>
    <w:p>
      <w:pPr>
        <w:spacing w:before="0" w:after="80" w:line="300" w:lineRule="auto"/>
        <w:jc w:val="left"/>
      </w:pPr>
      <w:r>
        <w:rPr>
          <w:rFonts w:ascii="Times New Roman" w:hAnsi="Times New Roman" w:eastAsia="宋体"/>
          <w:b w:val="0"/>
          <w:i w:val="0"/>
          <w:sz w:val="21"/>
        </w:rPr>
        <w:t>=180000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用 10000 取代 0 会增加 1，所以所求的和为 180001。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integers from 0 through 9999 using four digits with leading zeros. In each of the four positions, every digit 0, 1, …, 9 appears 1000 times. Thus their total digit sum is</w:t>
      </w:r>
    </w:p>
    <w:p>
      <w:pPr>
        <w:spacing w:before="0" w:after="80" w:line="300" w:lineRule="auto"/>
        <w:jc w:val="left"/>
      </w:pPr>
      <w:r>
        <w:rPr>
          <w:rFonts w:ascii="Times New Roman" w:hAnsi="Times New Roman" w:eastAsia="宋体"/>
          <w:b w:val="0"/>
          <w:i w:val="0"/>
          <w:color w:val="333333"/>
          <w:sz w:val="19"/>
        </w:rPr>
        <w:t>4·1000(0+1+⋯+9)</w:t>
      </w:r>
    </w:p>
    <w:p>
      <w:pPr>
        <w:spacing w:before="0" w:after="80" w:line="300" w:lineRule="auto"/>
        <w:jc w:val="left"/>
      </w:pPr>
      <w:r>
        <w:rPr>
          <w:rFonts w:ascii="Times New Roman" w:hAnsi="Times New Roman" w:eastAsia="宋体"/>
          <w:b w:val="0"/>
          <w:i w:val="0"/>
          <w:color w:val="333333"/>
          <w:sz w:val="19"/>
        </w:rPr>
        <w:t>=4000·45</w:t>
      </w:r>
    </w:p>
    <w:p>
      <w:pPr>
        <w:spacing w:before="0" w:after="80" w:line="300" w:lineRule="auto"/>
        <w:jc w:val="left"/>
      </w:pPr>
      <w:r>
        <w:rPr>
          <w:rFonts w:ascii="Times New Roman" w:hAnsi="Times New Roman" w:eastAsia="宋体"/>
          <w:b w:val="0"/>
          <w:i w:val="0"/>
          <w:color w:val="333333"/>
          <w:sz w:val="19"/>
        </w:rPr>
        <w:t>=180000.</w:t>
      </w:r>
    </w:p>
    <w:p>
      <w:pPr>
        <w:spacing w:before="0" w:after="80" w:line="300" w:lineRule="auto"/>
        <w:jc w:val="left"/>
      </w:pPr>
      <w:r>
        <w:rPr>
          <w:rFonts w:ascii="Times New Roman" w:hAnsi="Times New Roman" w:eastAsia="宋体"/>
          <w:b w:val="0"/>
          <w:i w:val="0"/>
          <w:color w:val="333333"/>
          <w:sz w:val="19"/>
        </w:rPr>
        <w:t>Replacing 0 by 10000 adds 1, so the requested sum is 180001.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C</w:t>
      </w:r>
    </w:p>
    <w:p>
      <w:pPr>
        <w:spacing w:before="0" w:after="80" w:line="300" w:lineRule="auto"/>
        <w:jc w:val="left"/>
      </w:pPr>
      <w:r>
        <w:rPr>
          <w:rFonts w:ascii="Times New Roman" w:hAnsi="Times New Roman" w:eastAsia="宋体"/>
          <w:b w:val="0"/>
          <w:i w:val="0"/>
          <w:sz w:val="21"/>
        </w:rPr>
        <w:t>一个除数除这三个数所得余数相同，当且仅当它能整除这些数之间的差。相邻两个差为</w:t>
      </w:r>
    </w:p>
    <w:p>
      <w:pPr>
        <w:spacing w:before="0" w:after="80" w:line="300" w:lineRule="auto"/>
        <w:jc w:val="left"/>
      </w:pPr>
      <w:r>
        <w:rPr>
          <w:rFonts w:ascii="Times New Roman" w:hAnsi="Times New Roman" w:eastAsia="宋体"/>
          <w:b w:val="0"/>
          <w:i w:val="0"/>
          <w:sz w:val="21"/>
        </w:rPr>
        <w:t>13903-13511=392,</w:t>
      </w:r>
    </w:p>
    <w:p>
      <w:pPr>
        <w:spacing w:before="0" w:after="80" w:line="300" w:lineRule="auto"/>
        <w:jc w:val="left"/>
      </w:pPr>
      <w:r>
        <w:rPr>
          <w:rFonts w:ascii="Times New Roman" w:hAnsi="Times New Roman" w:eastAsia="宋体"/>
          <w:b w:val="0"/>
          <w:i w:val="0"/>
          <w:sz w:val="21"/>
        </w:rPr>
        <w:t>14589-13903=686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因此最大的可能除数为</w:t>
      </w:r>
    </w:p>
    <w:p>
      <w:pPr>
        <w:spacing w:before="0" w:after="80" w:line="300" w:lineRule="auto"/>
        <w:jc w:val="left"/>
      </w:pPr>
      <w:r>
        <w:rPr>
          <w:rFonts w:ascii="Times New Roman" w:hAnsi="Times New Roman" w:eastAsia="宋体"/>
          <w:b w:val="0"/>
          <w:i w:val="0"/>
          <w:sz w:val="21"/>
        </w:rPr>
        <w:t>gcd(392,686)</w:t>
      </w:r>
    </w:p>
    <w:p>
      <w:pPr>
        <w:spacing w:before="0" w:after="80" w:line="300" w:lineRule="auto"/>
        <w:jc w:val="left"/>
      </w:pPr>
      <w:r>
        <w:rPr>
          <w:rFonts w:ascii="Times New Roman" w:hAnsi="Times New Roman" w:eastAsia="宋体"/>
          <w:b w:val="0"/>
          <w:i w:val="0"/>
          <w:sz w:val="21"/>
        </w:rPr>
        <w:t>=gcd(392,294)</w:t>
      </w:r>
    </w:p>
    <w:p>
      <w:pPr>
        <w:spacing w:before="0" w:after="80" w:line="300" w:lineRule="auto"/>
        <w:jc w:val="left"/>
      </w:pPr>
      <w:r>
        <w:rPr>
          <w:rFonts w:ascii="Times New Roman" w:hAnsi="Times New Roman" w:eastAsia="宋体"/>
          <w:b w:val="0"/>
          <w:i w:val="0"/>
          <w:sz w:val="21"/>
        </w:rPr>
        <w:t>=gcd(294,98)=98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divisor leaves the same remainder on all three numbers exactly when it divides their differences. The two successive differences are</w:t>
      </w:r>
    </w:p>
    <w:p>
      <w:pPr>
        <w:spacing w:before="0" w:after="80" w:line="300" w:lineRule="auto"/>
        <w:jc w:val="left"/>
      </w:pPr>
      <w:r>
        <w:rPr>
          <w:rFonts w:ascii="Times New Roman" w:hAnsi="Times New Roman" w:eastAsia="宋体"/>
          <w:b w:val="0"/>
          <w:i w:val="0"/>
          <w:color w:val="333333"/>
          <w:sz w:val="19"/>
        </w:rPr>
        <w:t>13903-13511=392,</w:t>
      </w:r>
    </w:p>
    <w:p>
      <w:pPr>
        <w:spacing w:before="0" w:after="80" w:line="300" w:lineRule="auto"/>
        <w:jc w:val="left"/>
      </w:pPr>
      <w:r>
        <w:rPr>
          <w:rFonts w:ascii="Times New Roman" w:hAnsi="Times New Roman" w:eastAsia="宋体"/>
          <w:b w:val="0"/>
          <w:i w:val="0"/>
          <w:color w:val="333333"/>
          <w:sz w:val="19"/>
        </w:rPr>
        <w:t>14589-13903=686.</w:t>
      </w:r>
    </w:p>
    <w:p>
      <w:pPr>
        <w:spacing w:before="0" w:after="80" w:line="300" w:lineRule="auto"/>
        <w:jc w:val="left"/>
      </w:pPr>
      <w:r>
        <w:rPr>
          <w:rFonts w:ascii="Times New Roman" w:hAnsi="Times New Roman" w:eastAsia="宋体"/>
          <w:b w:val="0"/>
          <w:i w:val="0"/>
          <w:color w:val="333333"/>
          <w:sz w:val="19"/>
        </w:rPr>
        <w:t>Therefore the greatest possible divisor is</w:t>
      </w:r>
    </w:p>
    <w:p>
      <w:pPr>
        <w:spacing w:before="0" w:after="80" w:line="300" w:lineRule="auto"/>
        <w:jc w:val="left"/>
      </w:pPr>
      <w:r>
        <w:rPr>
          <w:rFonts w:ascii="Times New Roman" w:hAnsi="Times New Roman" w:eastAsia="宋体"/>
          <w:b w:val="0"/>
          <w:i w:val="0"/>
          <w:color w:val="333333"/>
          <w:sz w:val="19"/>
        </w:rPr>
        <w:t>gcd(392,686)</w:t>
      </w:r>
    </w:p>
    <w:p>
      <w:pPr>
        <w:spacing w:before="0" w:after="80" w:line="300" w:lineRule="auto"/>
        <w:jc w:val="left"/>
      </w:pPr>
      <w:r>
        <w:rPr>
          <w:rFonts w:ascii="Times New Roman" w:hAnsi="Times New Roman" w:eastAsia="宋体"/>
          <w:b w:val="0"/>
          <w:i w:val="0"/>
          <w:color w:val="333333"/>
          <w:sz w:val="19"/>
        </w:rPr>
        <w:t>=gcd(392,294)</w:t>
      </w:r>
    </w:p>
    <w:p>
      <w:pPr>
        <w:spacing w:before="0" w:after="80" w:line="300" w:lineRule="auto"/>
        <w:jc w:val="left"/>
      </w:pPr>
      <w:r>
        <w:rPr>
          <w:rFonts w:ascii="Times New Roman" w:hAnsi="Times New Roman" w:eastAsia="宋体"/>
          <w:b w:val="0"/>
          <w:i w:val="0"/>
          <w:color w:val="333333"/>
          <w:sz w:val="19"/>
        </w:rPr>
        <w:t>=gcd(294,98)=98.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D</w:t>
      </w:r>
    </w:p>
    <w:p>
      <w:pPr>
        <w:spacing w:before="0" w:after="80" w:line="300" w:lineRule="auto"/>
        <w:jc w:val="left"/>
      </w:pPr>
      <w:r>
        <w:rPr>
          <w:rFonts w:ascii="Times New Roman" w:hAnsi="Times New Roman" w:eastAsia="宋体"/>
          <w:b w:val="0"/>
          <w:i w:val="0"/>
          <w:sz w:val="21"/>
        </w:rPr>
        <w:t>设当前养老金为 X=k√(n)。因为 X+p=k√(n+a)，且 X+q=k√(n+b)，分别平方并利用 X²=k²n，得到下面前两个方程。再将它们分别乘以 b 和 a，相减后得到第三个方程：</w:t>
      </w:r>
    </w:p>
    <w:p>
      <w:pPr>
        <w:spacing w:before="0" w:after="80" w:line="300" w:lineRule="auto"/>
        <w:jc w:val="left"/>
      </w:pPr>
      <w:r>
        <w:rPr>
          <w:rFonts w:ascii="Times New Roman" w:hAnsi="Times New Roman" w:eastAsia="宋体"/>
          <w:b w:val="0"/>
          <w:i w:val="0"/>
          <w:sz w:val="21"/>
        </w:rPr>
        <w:t>2pX+p²=k²a,</w:t>
      </w:r>
    </w:p>
    <w:p>
      <w:pPr>
        <w:spacing w:before="0" w:after="80" w:line="300" w:lineRule="auto"/>
        <w:jc w:val="left"/>
      </w:pPr>
      <w:r>
        <w:rPr>
          <w:rFonts w:ascii="Times New Roman" w:hAnsi="Times New Roman" w:eastAsia="宋体"/>
          <w:b w:val="0"/>
          <w:i w:val="0"/>
          <w:sz w:val="21"/>
        </w:rPr>
        <w:t>2qX+q²=k²b,</w:t>
      </w:r>
    </w:p>
    <w:p>
      <w:pPr>
        <w:spacing w:before="0" w:after="80" w:line="300" w:lineRule="auto"/>
        <w:jc w:val="left"/>
      </w:pPr>
      <w:r>
        <w:rPr>
          <w:rFonts w:ascii="Times New Roman" w:hAnsi="Times New Roman" w:eastAsia="宋体"/>
          <w:b w:val="0"/>
          <w:i w:val="0"/>
          <w:sz w:val="21"/>
        </w:rPr>
        <w:t>2X(bp-aq)=aq²-bp²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X=aq²-bp²/(2(bp-aq))。</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current pension be X=k√(n). Since X+p=k√(n+a) and X+q=k√(n+b), squaring and using X²=k²n gives the first line below. Multiplying its equations by b and a, respectively, and subtracting gives the second:</w:t>
      </w:r>
    </w:p>
    <w:p>
      <w:pPr>
        <w:spacing w:before="0" w:after="80" w:line="300" w:lineRule="auto"/>
        <w:jc w:val="left"/>
      </w:pPr>
      <w:r>
        <w:rPr>
          <w:rFonts w:ascii="Times New Roman" w:hAnsi="Times New Roman" w:eastAsia="宋体"/>
          <w:b w:val="0"/>
          <w:i w:val="0"/>
          <w:color w:val="333333"/>
          <w:sz w:val="19"/>
        </w:rPr>
        <w:t>2pX+p²=k²a,</w:t>
      </w:r>
    </w:p>
    <w:p>
      <w:pPr>
        <w:spacing w:before="0" w:after="80" w:line="300" w:lineRule="auto"/>
        <w:jc w:val="left"/>
      </w:pPr>
      <w:r>
        <w:rPr>
          <w:rFonts w:ascii="Times New Roman" w:hAnsi="Times New Roman" w:eastAsia="宋体"/>
          <w:b w:val="0"/>
          <w:i w:val="0"/>
          <w:color w:val="333333"/>
          <w:sz w:val="19"/>
        </w:rPr>
        <w:t>2qX+q²=k²b,</w:t>
      </w:r>
    </w:p>
    <w:p>
      <w:pPr>
        <w:spacing w:before="0" w:after="80" w:line="300" w:lineRule="auto"/>
        <w:jc w:val="left"/>
      </w:pPr>
      <w:r>
        <w:rPr>
          <w:rFonts w:ascii="Times New Roman" w:hAnsi="Times New Roman" w:eastAsia="宋体"/>
          <w:b w:val="0"/>
          <w:i w:val="0"/>
          <w:color w:val="333333"/>
          <w:sz w:val="19"/>
        </w:rPr>
        <w:t>2X(bp-aq)=aq²-bp².</w:t>
      </w:r>
    </w:p>
    <w:p>
      <w:pPr>
        <w:spacing w:before="0" w:after="80" w:line="300" w:lineRule="auto"/>
        <w:jc w:val="left"/>
      </w:pPr>
      <w:r>
        <w:rPr>
          <w:rFonts w:ascii="Times New Roman" w:hAnsi="Times New Roman" w:eastAsia="宋体"/>
          <w:b w:val="0"/>
          <w:i w:val="0"/>
          <w:color w:val="333333"/>
          <w:sz w:val="19"/>
        </w:rPr>
        <w:t>Hence X=aq²-bp²/(2(bp-aq)).</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