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1969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35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将 x 同时加到分数 a/b 的分子和分母上，其中 a≠ b、b≠0，所得分数变为 c/d。则 x 等于：</w:t>
      </w:r>
    </w:p>
    <w:p>
      <w:pPr>
        <w:spacing w:before="0" w:after="120" w:line="300" w:lineRule="auto"/>
      </w:pPr>
      <w:r>
        <w:rPr>
          <w:rFonts w:ascii="Times New Roman" w:hAnsi="Times New Roman" w:eastAsia="宋体"/>
          <w:b w:val="0"/>
          <w:i w:val="0"/>
          <w:sz w:val="21"/>
        </w:rPr>
        <w:t>（A）1/c-d　　（B）ad-bc/c-d　　（C）ad-bc/c+d　　（D）bc-ad/c-d　　（E）bc-ad/c+d</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x is added to both the numerator and the denominator of the fraction a/b, a≠ b, b≠0, the value of the fraction is changed to c/d. Then x equals:</w:t>
      </w:r>
    </w:p>
    <w:p>
      <w:pPr>
        <w:spacing w:before="0" w:after="160" w:line="300" w:lineRule="auto"/>
      </w:pPr>
      <w:r>
        <w:rPr>
          <w:rFonts w:ascii="Times New Roman" w:hAnsi="Times New Roman" w:eastAsia="宋体"/>
          <w:b w:val="0"/>
          <w:i w:val="0"/>
          <w:color w:val="333333"/>
          <w:sz w:val="19"/>
        </w:rPr>
        <w:t>(A) 1/c-d　　(B) ad-bc/c-d　　(C) ad-bc/c+d　　(D) bc-ad/c-d　　(E) bc-ad/c+d</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若某商品以 x 美元售出，则按成本计算亏损 15%。但若同一商品以 y 美元售出，则按成本计算获利 15%。比值 y:x 为：</w:t>
      </w:r>
    </w:p>
    <w:p>
      <w:pPr>
        <w:spacing w:before="0" w:after="120" w:line="300" w:lineRule="auto"/>
      </w:pPr>
      <w:r>
        <w:rPr>
          <w:rFonts w:ascii="Times New Roman" w:hAnsi="Times New Roman" w:eastAsia="宋体"/>
          <w:b w:val="0"/>
          <w:i w:val="0"/>
          <w:sz w:val="21"/>
        </w:rPr>
        <w:t>（A）23:17　　（B）17y:23　　（C）23x:17　　（D）取决于成本　　（E）以上均不是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an item is sold for x dollars, there is a loss of 15% based on the cost. If, however, the same item is sold for y dollars, there is a profit of 15% based on the cost. The ratio y:x is:</w:t>
      </w:r>
    </w:p>
    <w:p>
      <w:pPr>
        <w:spacing w:before="0" w:after="160" w:line="300" w:lineRule="auto"/>
      </w:pPr>
      <w:r>
        <w:rPr>
          <w:rFonts w:ascii="Times New Roman" w:hAnsi="Times New Roman" w:eastAsia="宋体"/>
          <w:b w:val="0"/>
          <w:i w:val="0"/>
          <w:color w:val="333333"/>
          <w:sz w:val="19"/>
        </w:rPr>
        <w:t>(A) 23:17　　(B) 17y:23　　(C) 23x:17　　(D) dependent upon the cost　　(E) none of these</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若 N 用 2 进制表示为 11000，则紧邻 N 之前的整数用 2 进制表示为：</w:t>
      </w:r>
    </w:p>
    <w:p>
      <w:pPr>
        <w:spacing w:before="0" w:after="120" w:line="300" w:lineRule="auto"/>
      </w:pPr>
      <w:r>
        <w:rPr>
          <w:rFonts w:ascii="Times New Roman" w:hAnsi="Times New Roman" w:eastAsia="宋体"/>
          <w:b w:val="0"/>
          <w:i w:val="0"/>
          <w:sz w:val="21"/>
        </w:rPr>
        <w:t>（A）10001　　（B）10010　　（C）10011　　（D）10110　　（E）10111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 written in base 2, is 11000, the integer immediately preceding N, written in base 2, is:</w:t>
      </w:r>
    </w:p>
    <w:p>
      <w:pPr>
        <w:spacing w:before="0" w:after="160" w:line="300" w:lineRule="auto"/>
      </w:pPr>
      <w:r>
        <w:rPr>
          <w:rFonts w:ascii="Times New Roman" w:hAnsi="Times New Roman" w:eastAsia="宋体"/>
          <w:b w:val="0"/>
          <w:i w:val="0"/>
          <w:color w:val="333333"/>
          <w:sz w:val="19"/>
        </w:rPr>
        <w:t>(A) 10001　　(B) 10010　　(C) 10011　　(D) 10110　　(E) 10111</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在整数有序对上定义二元运算 *：(a,b)*(c,d)=(a-c,b+d)。若 (3,2)*(0,0) 与 (x,y)*(3,2) 表示相同的有序对，则 x 等于：</w:t>
      </w:r>
    </w:p>
    <w:p>
      <w:pPr>
        <w:spacing w:before="0" w:after="120" w:line="300" w:lineRule="auto"/>
      </w:pPr>
      <w:r>
        <w:rPr>
          <w:rFonts w:ascii="Times New Roman" w:hAnsi="Times New Roman" w:eastAsia="宋体"/>
          <w:b w:val="0"/>
          <w:i w:val="0"/>
          <w:sz w:val="21"/>
        </w:rPr>
        <w:t>（A）-3　　（B）0　　（C）2　　（D）3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binary operation * on ordered pairs of integers be defined by (a,b)*(c,d)=(a-c,b+d). Then, if (3,2)*(0,0) and (x,y)*(3,2) represent identical pairs, x equals:</w:t>
      </w:r>
    </w:p>
    <w:p>
      <w:pPr>
        <w:spacing w:before="0" w:after="160" w:line="300" w:lineRule="auto"/>
      </w:pPr>
      <w:r>
        <w:rPr>
          <w:rFonts w:ascii="Times New Roman" w:hAnsi="Times New Roman" w:eastAsia="宋体"/>
          <w:b w:val="0"/>
          <w:i w:val="0"/>
          <w:color w:val="333333"/>
          <w:sz w:val="19"/>
        </w:rPr>
        <w:t>(A) -3　　(B) 0　　(C) 2　　(D) 3　　(E) 6</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若一个数 N（N≠0）减去其倒数的四倍等于给定实常数 R，则对于该给定的 R，所有可能的 N 值之和为：</w:t>
      </w:r>
    </w:p>
    <w:p>
      <w:pPr>
        <w:spacing w:before="0" w:after="120" w:line="300" w:lineRule="auto"/>
      </w:pPr>
      <w:r>
        <w:rPr>
          <w:rFonts w:ascii="Times New Roman" w:hAnsi="Times New Roman" w:eastAsia="宋体"/>
          <w:b w:val="0"/>
          <w:i w:val="0"/>
          <w:sz w:val="21"/>
        </w:rPr>
        <w:t>（A）1/R　　（B）R　　（C）4　　（D）1/4　　（E）-R</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number N, N≠0, diminished by four times its reciprocal, equals a given real constant R, then, for this given R, the sum of all such possible values of N is:</w:t>
      </w:r>
    </w:p>
    <w:p>
      <w:pPr>
        <w:spacing w:before="0" w:after="160" w:line="300" w:lineRule="auto"/>
      </w:pPr>
      <w:r>
        <w:rPr>
          <w:rFonts w:ascii="Times New Roman" w:hAnsi="Times New Roman" w:eastAsia="宋体"/>
          <w:b w:val="0"/>
          <w:i w:val="0"/>
          <w:color w:val="333333"/>
          <w:sz w:val="19"/>
        </w:rPr>
        <w:t>(A) 1/R　　(B) R　　(C) 4　　(D) 1/4　　(E) -R</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两个同心圆之间圆环的面积为 121/2π 平方英寸。大圆中与小圆相切的弦长（单位：英寸）为：</w:t>
      </w:r>
    </w:p>
    <w:p>
      <w:pPr>
        <w:spacing w:before="0" w:after="120" w:line="300" w:lineRule="auto"/>
      </w:pPr>
      <w:r>
        <w:rPr>
          <w:rFonts w:ascii="Times New Roman" w:hAnsi="Times New Roman" w:eastAsia="宋体"/>
          <w:b w:val="0"/>
          <w:i w:val="0"/>
          <w:sz w:val="21"/>
        </w:rPr>
        <w:t>（A）5/(√(2))　　（B）5　　（C）5√(2)　　（D）10　　（E）10√(2)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the ring between two concentric circles is 121/2π square inches. The length of a chord of the larger circle tangent to the smaller circle, in inches, is:</w:t>
      </w:r>
    </w:p>
    <w:p>
      <w:pPr>
        <w:spacing w:before="0" w:after="160" w:line="300" w:lineRule="auto"/>
      </w:pPr>
      <w:r>
        <w:rPr>
          <w:rFonts w:ascii="Times New Roman" w:hAnsi="Times New Roman" w:eastAsia="宋体"/>
          <w:b w:val="0"/>
          <w:i w:val="0"/>
          <w:color w:val="333333"/>
          <w:sz w:val="19"/>
        </w:rPr>
        <w:t>(A) 5/(√(2))　　(B) 5　　(C) 5√(2)　　(D) 10　　(E) 10√(2)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若点 (1,y₁) 与 (-1,y₂) 位于 y=ax²+bx+c 的图像上，且 y₁-y₂=-6，则 b 等于：</w:t>
      </w:r>
    </w:p>
    <w:p>
      <w:pPr>
        <w:spacing w:before="0" w:after="120" w:line="300" w:lineRule="auto"/>
      </w:pPr>
      <w:r>
        <w:rPr>
          <w:rFonts w:ascii="Times New Roman" w:hAnsi="Times New Roman" w:eastAsia="宋体"/>
          <w:b w:val="0"/>
          <w:i w:val="0"/>
          <w:sz w:val="21"/>
        </w:rPr>
        <w:t>（A）-3　　（B）0　　（C）3　　（D）√(ac)　　（E）a+c/2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points (1,y₁) and (-1,y₂) lie on the graph of y=ax²+bx+c, and y₁-y₂=-6, then b equals:</w:t>
      </w:r>
    </w:p>
    <w:p>
      <w:pPr>
        <w:spacing w:before="0" w:after="160" w:line="300" w:lineRule="auto"/>
      </w:pPr>
      <w:r>
        <w:rPr>
          <w:rFonts w:ascii="Times New Roman" w:hAnsi="Times New Roman" w:eastAsia="宋体"/>
          <w:b w:val="0"/>
          <w:i w:val="0"/>
          <w:color w:val="333333"/>
          <w:sz w:val="19"/>
        </w:rPr>
        <w:t>(A) -3　　(B) 0　　(C) 3　　(D) √(ac)　　(E) a+c/2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三角形 ABC 内接于一个圆。互不重叠的三条劣弧 AB、BC 和 CA 的度数依次为 x+75°、2x+25°、3x-22°。则该三角形的一个内角度数为：</w:t>
      </w:r>
    </w:p>
    <w:p>
      <w:pPr>
        <w:spacing w:before="0" w:after="120" w:line="300" w:lineRule="auto"/>
      </w:pPr>
      <w:r>
        <w:rPr>
          <w:rFonts w:ascii="Times New Roman" w:hAnsi="Times New Roman" w:eastAsia="宋体"/>
          <w:b w:val="0"/>
          <w:i w:val="0"/>
          <w:sz w:val="21"/>
        </w:rPr>
        <w:t>（A）571/2　　（B）59　　（C）60　　（D）61　　（E）122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is inscribed in a circle. The measures of the non-overlapping minor arcs AB, BC, and CA are, respectively, x+75°, 2x+25°, 3x-22°. Then one interior angle of the triangle, in degrees, is:</w:t>
      </w:r>
    </w:p>
    <w:p>
      <w:pPr>
        <w:spacing w:before="0" w:after="160" w:line="300" w:lineRule="auto"/>
      </w:pPr>
      <w:r>
        <w:rPr>
          <w:rFonts w:ascii="Times New Roman" w:hAnsi="Times New Roman" w:eastAsia="宋体"/>
          <w:b w:val="0"/>
          <w:i w:val="0"/>
          <w:color w:val="333333"/>
          <w:sz w:val="19"/>
        </w:rPr>
        <w:t>(A) 571/2　　(B) 59　　(C) 60　　(D) 61　　(E) 122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从 2 开始的五十二个连续正整数的算术平均数（普通平均数）为：</w:t>
      </w:r>
    </w:p>
    <w:p>
      <w:pPr>
        <w:spacing w:before="0" w:after="120" w:line="300" w:lineRule="auto"/>
      </w:pPr>
      <w:r>
        <w:rPr>
          <w:rFonts w:ascii="Times New Roman" w:hAnsi="Times New Roman" w:eastAsia="宋体"/>
          <w:b w:val="0"/>
          <w:i w:val="0"/>
          <w:sz w:val="21"/>
        </w:rPr>
        <w:t>（A）27　　（B）271/4　　（C）271/2　　（D）28　　（E）281/2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arithmetic mean (ordinary average) of the fifty-two successive positive integers beginning with 2 is:</w:t>
      </w:r>
    </w:p>
    <w:p>
      <w:pPr>
        <w:spacing w:before="0" w:after="160" w:line="300" w:lineRule="auto"/>
      </w:pPr>
      <w:r>
        <w:rPr>
          <w:rFonts w:ascii="Times New Roman" w:hAnsi="Times New Roman" w:eastAsia="宋体"/>
          <w:b w:val="0"/>
          <w:i w:val="0"/>
          <w:color w:val="333333"/>
          <w:sz w:val="19"/>
        </w:rPr>
        <w:t>(A) 27　　(B) 271/4　　(C) 271/2　　(D) 28　　(E) 281/2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到一个圆以及该圆的两条平行切线距离均相等的点共有：</w:t>
      </w:r>
    </w:p>
    <w:p>
      <w:pPr>
        <w:spacing w:before="0" w:after="120" w:line="300" w:lineRule="auto"/>
      </w:pPr>
      <w:r>
        <w:rPr>
          <w:rFonts w:ascii="Times New Roman" w:hAnsi="Times New Roman" w:eastAsia="宋体"/>
          <w:b w:val="0"/>
          <w:i w:val="0"/>
          <w:sz w:val="21"/>
        </w:rPr>
        <w:t>（A）0　　（B）2　　（C）3　　（D）4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points equidistant from a circle and two parallel tangents to the circle is:</w:t>
      </w:r>
    </w:p>
    <w:p>
      <w:pPr>
        <w:spacing w:before="0" w:after="160" w:line="300" w:lineRule="auto"/>
      </w:pPr>
      <w:r>
        <w:rPr>
          <w:rFonts w:ascii="Times New Roman" w:hAnsi="Times New Roman" w:eastAsia="宋体"/>
          <w:b w:val="0"/>
          <w:i w:val="0"/>
          <w:color w:val="333333"/>
          <w:sz w:val="19"/>
        </w:rPr>
        <w:t>(A) 0　　(B) 2　　(C) 3　　(D) 4　　(E) infinite</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在 xy 平面中给定点 P(-1,-2) 与 Q(4,2)，取点 R(1,m) 使 PR+RQ 最小。则 m 等于：</w:t>
      </w:r>
    </w:p>
    <w:p>
      <w:pPr>
        <w:spacing w:before="0" w:after="120" w:line="300" w:lineRule="auto"/>
      </w:pPr>
      <w:r>
        <w:rPr>
          <w:rFonts w:ascii="Times New Roman" w:hAnsi="Times New Roman" w:eastAsia="宋体"/>
          <w:b w:val="0"/>
          <w:i w:val="0"/>
          <w:sz w:val="21"/>
        </w:rPr>
        <w:t>（A）-3/5　　（B）-2/5　　（C）-1/5　　（D）1/5　　（E）-1/5 或 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points P(-1,-2) and Q(4,2) in the xy-plane, point R(1,m) is taken so that PR+RQ is a minimum. Then m equals:</w:t>
      </w:r>
    </w:p>
    <w:p>
      <w:pPr>
        <w:spacing w:before="0" w:after="160" w:line="300" w:lineRule="auto"/>
      </w:pPr>
      <w:r>
        <w:rPr>
          <w:rFonts w:ascii="Times New Roman" w:hAnsi="Times New Roman" w:eastAsia="宋体"/>
          <w:b w:val="0"/>
          <w:i w:val="0"/>
          <w:color w:val="333333"/>
          <w:sz w:val="19"/>
        </w:rPr>
        <w:t>(A) -3/5　　(B) -2/5　　(C) -1/5　　(D) 1/5　　(E) either -1/5 or 1/5</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设 F=6x²+16x+3m/6 是一个关于 x 的一次式的平方。则 m 的特定值位于：</w:t>
      </w:r>
    </w:p>
    <w:p>
      <w:pPr>
        <w:spacing w:before="0" w:after="120" w:line="300" w:lineRule="auto"/>
      </w:pPr>
      <w:r>
        <w:rPr>
          <w:rFonts w:ascii="Times New Roman" w:hAnsi="Times New Roman" w:eastAsia="宋体"/>
          <w:b w:val="0"/>
          <w:i w:val="0"/>
          <w:sz w:val="21"/>
        </w:rPr>
        <w:t>（A）3 与 4 之间　　（B）4 与 5 之间　　（C）5 与 6 之间　　（D）-4 与 -3 之间　　（E）-6 与 -5 之间</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F=6x²+16x+3m/6 be the square of an expression which is linear in x. Then m has a particular value between:</w:t>
      </w:r>
    </w:p>
    <w:p>
      <w:pPr>
        <w:spacing w:before="0" w:after="160" w:line="300" w:lineRule="auto"/>
      </w:pPr>
      <w:r>
        <w:rPr>
          <w:rFonts w:ascii="Times New Roman" w:hAnsi="Times New Roman" w:eastAsia="宋体"/>
          <w:b w:val="0"/>
          <w:i w:val="0"/>
          <w:color w:val="333333"/>
          <w:sz w:val="19"/>
        </w:rPr>
        <w:t>(A) 3 and 4　　(B) 4 and 5　　(C) 5 and 6　　(D) -4 and -3　　(E) -6 and -5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半径为 r 的圆位于半径为 R 的圆所围区域内。大圆所围面积是小圆外、大圆内区域面积的 a/b 倍。则 R:r 等于：</w:t>
      </w:r>
    </w:p>
    <w:p>
      <w:pPr>
        <w:spacing w:before="0" w:after="120" w:line="300" w:lineRule="auto"/>
      </w:pPr>
      <w:r>
        <w:rPr>
          <w:rFonts w:ascii="Times New Roman" w:hAnsi="Times New Roman" w:eastAsia="宋体"/>
          <w:b w:val="0"/>
          <w:i w:val="0"/>
          <w:sz w:val="21"/>
        </w:rPr>
        <w:t>（A）√(a):√(b)　　（B）√(a):√(a-b)　　（C）√(b):√(a-b)　　（D）a:√(a-b)　　（E）b:√(a-b)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with radius r is contained within the region bounded by a circle with radius R. The area bounded by the larger circle is a/b times the area of the region outside the smaller circle and inside the larger circle. Then R:r equals:</w:t>
      </w:r>
    </w:p>
    <w:p>
      <w:pPr>
        <w:spacing w:before="0" w:after="160" w:line="300" w:lineRule="auto"/>
      </w:pPr>
      <w:r>
        <w:rPr>
          <w:rFonts w:ascii="Times New Roman" w:hAnsi="Times New Roman" w:eastAsia="宋体"/>
          <w:b w:val="0"/>
          <w:i w:val="0"/>
          <w:color w:val="333333"/>
          <w:sz w:val="19"/>
        </w:rPr>
        <w:t>(A) √(a):√(b)　　(B) √(a):√(a-b)　　(C) √(b):√(a-b)　　(D) a:√(a-b)　　(E) b:√(a-b)</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满足不等式 x²-4/x²-1&gt;0 的全部 x 值为所有满足下列条件的 x：</w:t>
      </w:r>
    </w:p>
    <w:p>
      <w:pPr>
        <w:spacing w:before="0" w:after="120" w:line="300" w:lineRule="auto"/>
      </w:pPr>
      <w:r>
        <w:rPr>
          <w:rFonts w:ascii="Times New Roman" w:hAnsi="Times New Roman" w:eastAsia="宋体"/>
          <w:b w:val="0"/>
          <w:i w:val="0"/>
          <w:sz w:val="21"/>
        </w:rPr>
        <w:t>（A）x&gt;2 或 x&lt;-2 或 -1&lt; x&lt;1　　（B）x&gt;2 或 x&lt;-2　　（C）x&gt;1 或 x&lt;-2　　（D）x&gt;1 或 x&lt;-1　　（E）x 是除 1 与 -1 外的任意实数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complete set of x-values satisfying the inequality x²-4/x²-1&gt;0 is the set of all x such that:</w:t>
      </w:r>
    </w:p>
    <w:p>
      <w:pPr>
        <w:spacing w:before="0" w:after="160" w:line="300" w:lineRule="auto"/>
      </w:pPr>
      <w:r>
        <w:rPr>
          <w:rFonts w:ascii="Times New Roman" w:hAnsi="Times New Roman" w:eastAsia="宋体"/>
          <w:b w:val="0"/>
          <w:i w:val="0"/>
          <w:color w:val="333333"/>
          <w:sz w:val="19"/>
        </w:rPr>
        <w:t>(A) x&gt;2 or x&lt;-2 or -1&lt; x&lt;1　　(B) x&gt;2 or x&lt;-2　　(C) x&gt;1 or x&lt;-2　　(D) x&gt;1 or x&lt;-1　　(E) x is any real number except 1 or -1</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在圆心为 O、半径为 r 的圆中，作弦 AB，其长度为 r 个单位。从 O 向 AB 作垂线，交 AB 于 M。从 M 向 OA 作垂线，交 OA 于 D。用 r 表示，三角形 MDA 的面积为：</w:t>
      </w:r>
    </w:p>
    <w:p>
      <w:pPr>
        <w:spacing w:before="0" w:after="120" w:line="300" w:lineRule="auto"/>
      </w:pPr>
      <w:r>
        <w:rPr>
          <w:rFonts w:ascii="Times New Roman" w:hAnsi="Times New Roman" w:eastAsia="宋体"/>
          <w:b w:val="0"/>
          <w:i w:val="0"/>
          <w:sz w:val="21"/>
        </w:rPr>
        <w:t>（A）3r²/16　　（B）(π r²)/16　　（C）(π r²√(2))/8　　（D）(r²√(3))/32　　（E）(r²√(6))/48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circle with center at O and radius r, chord AB is drawn with length equal to r units. From O a perpendicular to AB meets AB at M. From M a perpendicular to OA meets OA at D. In terms of r, the area of triangle MDA, in appropriate square units, is:</w:t>
      </w:r>
    </w:p>
    <w:p>
      <w:pPr>
        <w:spacing w:before="0" w:after="160" w:line="300" w:lineRule="auto"/>
      </w:pPr>
      <w:r>
        <w:rPr>
          <w:rFonts w:ascii="Times New Roman" w:hAnsi="Times New Roman" w:eastAsia="宋体"/>
          <w:b w:val="0"/>
          <w:i w:val="0"/>
          <w:color w:val="333333"/>
          <w:sz w:val="19"/>
        </w:rPr>
        <w:t>(A) 3r²/16　　(B) (π r²)/16　　(C) (π r²√(2))/8　　(D) (r²√(3))/32　　(E) (r²√(6))/48</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用二项式定理展开 (a-b)ⁿ，其中 n≥2、ab≠0。若令 a=kb，其中 k 为正整数，展开式的第二项与第三项之和为零，则 n 等于：</w:t>
      </w:r>
    </w:p>
    <w:p>
      <w:pPr>
        <w:spacing w:before="0" w:after="120" w:line="300" w:lineRule="auto"/>
      </w:pPr>
      <w:r>
        <w:rPr>
          <w:rFonts w:ascii="Times New Roman" w:hAnsi="Times New Roman" w:eastAsia="宋体"/>
          <w:b w:val="0"/>
          <w:i w:val="0"/>
          <w:sz w:val="21"/>
        </w:rPr>
        <w:t>（A）1/2k(k-1)　　（B）1/2k(k+1)　　（C）2k-1　　（D）2k　　（E）2k+1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(a-b)ⁿ, n≥2, ab≠0, is expanded by the binomial theorem, it is found that, when a=kb, where k is a positive integer, the sum of the second and third terms is zero. Then n equals:</w:t>
      </w:r>
    </w:p>
    <w:p>
      <w:pPr>
        <w:spacing w:before="0" w:after="160" w:line="300" w:lineRule="auto"/>
      </w:pPr>
      <w:r>
        <w:rPr>
          <w:rFonts w:ascii="Times New Roman" w:hAnsi="Times New Roman" w:eastAsia="宋体"/>
          <w:b w:val="0"/>
          <w:i w:val="0"/>
          <w:color w:val="333333"/>
          <w:sz w:val="19"/>
        </w:rPr>
        <w:t>(A) 1/2k(k-1)　　(B) 1/2k(k+1)　　(C) 2k-1　　(D) 2k　　(E) 2k+1</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方程 2²ˣ-8·2ˣ+12=0 的一个解是：</w:t>
      </w:r>
    </w:p>
    <w:p>
      <w:pPr>
        <w:spacing w:before="0" w:after="120" w:line="300" w:lineRule="auto"/>
      </w:pPr>
      <w:r>
        <w:rPr>
          <w:rFonts w:ascii="Times New Roman" w:hAnsi="Times New Roman" w:eastAsia="宋体"/>
          <w:b w:val="0"/>
          <w:i w:val="0"/>
          <w:sz w:val="21"/>
        </w:rPr>
        <w:t>（A）log 3　　（B）1/2log 6　　（C）1+log3/4　　（D）1+log3/log2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2²ˣ-8·2ˣ+12=0 is satisfied by:</w:t>
      </w:r>
    </w:p>
    <w:p>
      <w:pPr>
        <w:spacing w:before="0" w:after="160" w:line="300" w:lineRule="auto"/>
      </w:pPr>
      <w:r>
        <w:rPr>
          <w:rFonts w:ascii="Times New Roman" w:hAnsi="Times New Roman" w:eastAsia="宋体"/>
          <w:b w:val="0"/>
          <w:i w:val="0"/>
          <w:color w:val="333333"/>
          <w:sz w:val="19"/>
        </w:rPr>
        <w:t>(A) log 3　　(B) 1/2log 6　　(C) 1+log3/4　　(D) 1+log3/log2　　(E) none of these</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下列两个图形</w:t>
      </w:r>
    </w:p>
    <w:p>
      <w:pPr>
        <w:spacing w:before="0" w:after="80" w:line="300" w:lineRule="auto"/>
        <w:jc w:val="left"/>
      </w:pPr>
      <w:r>
        <w:rPr>
          <w:rFonts w:ascii="Times New Roman" w:hAnsi="Times New Roman" w:eastAsia="宋体"/>
          <w:b w:val="0"/>
          <w:i w:val="0"/>
          <w:sz w:val="21"/>
        </w:rPr>
        <w:t>(x-y+2)(3x+y-4)=0</w:t>
      </w:r>
    </w:p>
    <w:p>
      <w:pPr>
        <w:spacing w:before="0" w:after="80" w:line="300" w:lineRule="auto"/>
        <w:jc w:val="left"/>
      </w:pPr>
      <w:r>
        <w:rPr>
          <w:rFonts w:ascii="Times New Roman" w:hAnsi="Times New Roman" w:eastAsia="宋体"/>
          <w:b w:val="0"/>
          <w:i w:val="0"/>
          <w:sz w:val="21"/>
        </w:rPr>
        <w:t>与</w:t>
      </w:r>
    </w:p>
    <w:p>
      <w:pPr>
        <w:spacing w:before="0" w:after="80" w:line="300" w:lineRule="auto"/>
        <w:jc w:val="left"/>
      </w:pPr>
      <w:r>
        <w:rPr>
          <w:rFonts w:ascii="Times New Roman" w:hAnsi="Times New Roman" w:eastAsia="宋体"/>
          <w:b w:val="0"/>
          <w:i w:val="0"/>
          <w:sz w:val="21"/>
        </w:rPr>
        <w:t>(x+y-2)(2x-5y+7)=0</w:t>
      </w:r>
    </w:p>
    <w:p>
      <w:pPr>
        <w:spacing w:before="0" w:after="80" w:line="300" w:lineRule="auto"/>
        <w:jc w:val="left"/>
      </w:pPr>
      <w:r>
        <w:rPr>
          <w:rFonts w:ascii="Times New Roman" w:hAnsi="Times New Roman" w:eastAsia="宋体"/>
          <w:b w:val="0"/>
          <w:i w:val="0"/>
          <w:sz w:val="21"/>
        </w:rPr>
        <w:t>的公共点个数为：</w:t>
      </w:r>
    </w:p>
    <w:p>
      <w:pPr>
        <w:spacing w:before="0" w:after="120" w:line="300" w:lineRule="auto"/>
      </w:pPr>
      <w:r>
        <w:rPr>
          <w:rFonts w:ascii="Times New Roman" w:hAnsi="Times New Roman" w:eastAsia="宋体"/>
          <w:b w:val="0"/>
          <w:i w:val="0"/>
          <w:sz w:val="21"/>
        </w:rPr>
        <w:t>（A）2　　（B）4　　（C）6　　（D）16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points common to the graphs of</w:t>
      </w:r>
    </w:p>
    <w:p>
      <w:pPr>
        <w:spacing w:before="0" w:after="80" w:line="300" w:lineRule="auto"/>
        <w:jc w:val="left"/>
      </w:pPr>
      <w:r>
        <w:rPr>
          <w:rFonts w:ascii="Times New Roman" w:hAnsi="Times New Roman" w:eastAsia="宋体"/>
          <w:b w:val="0"/>
          <w:i w:val="0"/>
          <w:color w:val="333333"/>
          <w:sz w:val="19"/>
        </w:rPr>
        <w:t>(x-y+2)(3x+y-4)=0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(x+y-2)(2x-5y+7)=0</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2　　(B) 4　　(C) 6　　(D) 16　　(E) infinite</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若 x 与 y 均为正整数，则满足方程 x⁴y⁴-10x²y²+9=0 的互异有序对 (x,y) 的个数为：</w:t>
      </w:r>
    </w:p>
    <w:p>
      <w:pPr>
        <w:spacing w:before="0" w:after="120" w:line="300" w:lineRule="auto"/>
      </w:pPr>
      <w:r>
        <w:rPr>
          <w:rFonts w:ascii="Times New Roman" w:hAnsi="Times New Roman" w:eastAsia="宋体"/>
          <w:b w:val="0"/>
          <w:i w:val="0"/>
          <w:sz w:val="21"/>
        </w:rPr>
        <w:t>（A）0　　（B）3　　（C）4　　（D）12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distinct ordered pairs (x,y), where x and y have positive integral values satisfying the equation x⁴y⁴-10x²y²+9=0, is:</w:t>
      </w:r>
    </w:p>
    <w:p>
      <w:pPr>
        <w:spacing w:before="0" w:after="160" w:line="300" w:lineRule="auto"/>
      </w:pPr>
      <w:r>
        <w:rPr>
          <w:rFonts w:ascii="Times New Roman" w:hAnsi="Times New Roman" w:eastAsia="宋体"/>
          <w:b w:val="0"/>
          <w:i w:val="0"/>
          <w:color w:val="333333"/>
          <w:sz w:val="19"/>
        </w:rPr>
        <w:t>(A) 0　　(B) 3　　(C) 4　　(D) 12　　(E) infinite</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令 P 等于 3,659,893,456,789,325,678 与 342,973,489,379,256 的乘积。则 P 的位数为：</w:t>
      </w:r>
    </w:p>
    <w:p>
      <w:pPr>
        <w:spacing w:before="0" w:after="120" w:line="300" w:lineRule="auto"/>
      </w:pPr>
      <w:r>
        <w:rPr>
          <w:rFonts w:ascii="Times New Roman" w:hAnsi="Times New Roman" w:eastAsia="宋体"/>
          <w:b w:val="0"/>
          <w:i w:val="0"/>
          <w:sz w:val="21"/>
        </w:rPr>
        <w:t>（A）36　　（B）35　　（C）34　　（D）33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equal the product of 3,659,893,456,789,325,678 and 342,973,489,379,256. The number of digits in P is:</w:t>
      </w:r>
    </w:p>
    <w:p>
      <w:pPr>
        <w:spacing w:before="0" w:after="160" w:line="300" w:lineRule="auto"/>
      </w:pPr>
      <w:r>
        <w:rPr>
          <w:rFonts w:ascii="Times New Roman" w:hAnsi="Times New Roman" w:eastAsia="宋体"/>
          <w:b w:val="0"/>
          <w:i w:val="0"/>
          <w:color w:val="333333"/>
          <w:sz w:val="19"/>
        </w:rPr>
        <w:t>(A) 36　　(B) 35　　(C) 34　　(D) 33　　(E) 32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若 x²+y²=m 的图形与 x+y=√(2m) 的图形相切，则：</w:t>
      </w:r>
    </w:p>
    <w:p>
      <w:pPr>
        <w:spacing w:before="0" w:after="120" w:line="300" w:lineRule="auto"/>
      </w:pPr>
      <w:r>
        <w:rPr>
          <w:rFonts w:ascii="Times New Roman" w:hAnsi="Times New Roman" w:eastAsia="宋体"/>
          <w:b w:val="0"/>
          <w:i w:val="0"/>
          <w:sz w:val="21"/>
        </w:rPr>
        <w:t>（A）m 必须等于 1/2　　（B）m 必须等于 1/(√(2))　　（C）m 必须等于 √(2)　　（D）m 必须等于 2　　（E）m 可以是任意非负实数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graph of x²+y²=m is tangent to that of x+y=√(2m), then:</w:t>
      </w:r>
    </w:p>
    <w:p>
      <w:pPr>
        <w:spacing w:before="0" w:after="160" w:line="300" w:lineRule="auto"/>
      </w:pPr>
      <w:r>
        <w:rPr>
          <w:rFonts w:ascii="Times New Roman" w:hAnsi="Times New Roman" w:eastAsia="宋体"/>
          <w:b w:val="0"/>
          <w:i w:val="0"/>
          <w:color w:val="333333"/>
          <w:sz w:val="19"/>
        </w:rPr>
        <w:t>(A) m must equal 1/2　　(B) m must equal 1/(√(2))　　(C) m must equal √(2)　　(D) m must equal 2　　(E) m may be any nonnegative real number</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令 K 为由 x 轴、直线 x=8 以及下列曲线围成区域的面积：</w:t>
      </w:r>
    </w:p>
    <w:p>
      <w:pPr>
        <w:spacing w:before="0" w:after="80" w:line="300" w:lineRule="auto"/>
        <w:jc w:val="left"/>
      </w:pPr>
      <w:r>
        <w:rPr>
          <w:rFonts w:ascii="Times New Roman" w:hAnsi="Times New Roman" w:eastAsia="宋体"/>
          <w:b w:val="0"/>
          <w:i w:val="0"/>
          <w:sz w:val="21"/>
        </w:rPr>
        <w:t>f={(x,y)|</w:t>
      </w:r>
    </w:p>
    <w:p>
      <w:pPr>
        <w:spacing w:before="0" w:after="80" w:line="300" w:lineRule="auto"/>
        <w:jc w:val="left"/>
      </w:pPr>
      <w:r>
        <w:rPr>
          <w:rFonts w:ascii="Times New Roman" w:hAnsi="Times New Roman" w:eastAsia="宋体"/>
          <w:b w:val="0"/>
          <w:i w:val="0"/>
          <w:sz w:val="21"/>
        </w:rPr>
        <w:t>y=x</w:t>
      </w:r>
    </w:p>
    <w:p>
      <w:pPr>
        <w:spacing w:before="0" w:after="80" w:line="300" w:lineRule="auto"/>
        <w:jc w:val="left"/>
      </w:pPr>
      <w:r>
        <w:rPr>
          <w:rFonts w:ascii="Times New Roman" w:hAnsi="Times New Roman" w:eastAsia="宋体"/>
          <w:b w:val="0"/>
          <w:i w:val="0"/>
          <w:sz w:val="21"/>
        </w:rPr>
        <w:t>若0≤ x≤5,</w:t>
      </w:r>
    </w:p>
    <w:p>
      <w:pPr>
        <w:spacing w:before="0" w:after="80" w:line="300" w:lineRule="auto"/>
        <w:jc w:val="left"/>
      </w:pPr>
      <w:r>
        <w:rPr>
          <w:rFonts w:ascii="Times New Roman" w:hAnsi="Times New Roman" w:eastAsia="宋体"/>
          <w:b w:val="0"/>
          <w:i w:val="0"/>
          <w:sz w:val="21"/>
        </w:rPr>
        <w:t>y=2x-5</w:t>
      </w:r>
    </w:p>
    <w:p>
      <w:pPr>
        <w:spacing w:before="0" w:after="80" w:line="300" w:lineRule="auto"/>
        <w:jc w:val="left"/>
      </w:pPr>
      <w:r>
        <w:rPr>
          <w:rFonts w:ascii="Times New Roman" w:hAnsi="Times New Roman" w:eastAsia="宋体"/>
          <w:b w:val="0"/>
          <w:i w:val="0"/>
          <w:sz w:val="21"/>
        </w:rPr>
        <w:t>若5≤ x≤8}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 K 为：</w:t>
      </w:r>
    </w:p>
    <w:p>
      <w:pPr>
        <w:spacing w:before="0" w:after="120" w:line="300" w:lineRule="auto"/>
      </w:pPr>
      <w:r>
        <w:rPr>
          <w:rFonts w:ascii="Times New Roman" w:hAnsi="Times New Roman" w:eastAsia="宋体"/>
          <w:b w:val="0"/>
          <w:i w:val="0"/>
          <w:sz w:val="21"/>
        </w:rPr>
        <w:t>（A）21.5　　（B）36.4　　（C）36.5　　（D）44　　（E）小于 44，但可以任意接近它</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K be the measure of the area bounded by the x-axis, the line x=8, and the curve defined by</w:t>
      </w:r>
    </w:p>
    <w:p>
      <w:pPr>
        <w:spacing w:before="0" w:after="80" w:line="300" w:lineRule="auto"/>
        <w:jc w:val="left"/>
      </w:pPr>
      <w:r>
        <w:rPr>
          <w:rFonts w:ascii="Times New Roman" w:hAnsi="Times New Roman" w:eastAsia="宋体"/>
          <w:b w:val="0"/>
          <w:i w:val="0"/>
          <w:color w:val="333333"/>
          <w:sz w:val="19"/>
        </w:rPr>
        <w:t>f={(x,y)|</w:t>
      </w:r>
    </w:p>
    <w:p>
      <w:pPr>
        <w:spacing w:before="0" w:after="80" w:line="300" w:lineRule="auto"/>
        <w:jc w:val="left"/>
      </w:pPr>
      <w:r>
        <w:rPr>
          <w:rFonts w:ascii="Times New Roman" w:hAnsi="Times New Roman" w:eastAsia="宋体"/>
          <w:b w:val="0"/>
          <w:i w:val="0"/>
          <w:color w:val="333333"/>
          <w:sz w:val="19"/>
        </w:rPr>
        <w:t>y=x</w:t>
      </w:r>
    </w:p>
    <w:p>
      <w:pPr>
        <w:spacing w:before="0" w:after="80" w:line="300" w:lineRule="auto"/>
        <w:jc w:val="left"/>
      </w:pPr>
      <w:r>
        <w:rPr>
          <w:rFonts w:ascii="Times New Roman" w:hAnsi="Times New Roman" w:eastAsia="宋体"/>
          <w:b w:val="0"/>
          <w:i w:val="0"/>
          <w:color w:val="333333"/>
          <w:sz w:val="19"/>
        </w:rPr>
        <w:t>when0≤ x≤5,</w:t>
      </w:r>
    </w:p>
    <w:p>
      <w:pPr>
        <w:spacing w:before="0" w:after="80" w:line="300" w:lineRule="auto"/>
        <w:jc w:val="left"/>
      </w:pPr>
      <w:r>
        <w:rPr>
          <w:rFonts w:ascii="Times New Roman" w:hAnsi="Times New Roman" w:eastAsia="宋体"/>
          <w:b w:val="0"/>
          <w:i w:val="0"/>
          <w:color w:val="333333"/>
          <w:sz w:val="19"/>
        </w:rPr>
        <w:t>y=2x-5</w:t>
      </w:r>
    </w:p>
    <w:p>
      <w:pPr>
        <w:spacing w:before="0" w:after="80" w:line="300" w:lineRule="auto"/>
        <w:jc w:val="left"/>
      </w:pPr>
      <w:r>
        <w:rPr>
          <w:rFonts w:ascii="Times New Roman" w:hAnsi="Times New Roman" w:eastAsia="宋体"/>
          <w:b w:val="0"/>
          <w:i w:val="0"/>
          <w:color w:val="333333"/>
          <w:sz w:val="19"/>
        </w:rPr>
        <w:t>when5≤ x≤8}.</w:t>
      </w:r>
    </w:p>
    <w:p>
      <w:pPr>
        <w:spacing w:before="0" w:after="80" w:line="300" w:lineRule="auto"/>
        <w:jc w:val="left"/>
      </w:pPr>
      <w:r>
        <w:rPr>
          <w:rFonts w:ascii="Times New Roman" w:hAnsi="Times New Roman" w:eastAsia="宋体"/>
          <w:b w:val="0"/>
          <w:i w:val="0"/>
          <w:color w:val="333333"/>
          <w:sz w:val="19"/>
        </w:rPr>
        <w:t>Then K is:</w:t>
      </w:r>
    </w:p>
    <w:p>
      <w:pPr>
        <w:spacing w:before="0" w:after="160" w:line="300" w:lineRule="auto"/>
      </w:pPr>
      <w:r>
        <w:rPr>
          <w:rFonts w:ascii="Times New Roman" w:hAnsi="Times New Roman" w:eastAsia="宋体"/>
          <w:b w:val="0"/>
          <w:i w:val="0"/>
          <w:color w:val="333333"/>
          <w:sz w:val="19"/>
        </w:rPr>
        <w:t>(A) 21.5　　(B) 36.4　　(C) 36.5　　(D) 44　　(E) less than 44 but arbitrarily close to it</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对任意大于 1 的整数 n，大于 n!+1 且小于 n!+n 的质数个数为：</w:t>
      </w:r>
    </w:p>
    <w:p>
      <w:pPr>
        <w:spacing w:before="0" w:after="80" w:line="300" w:lineRule="auto"/>
        <w:jc w:val="left"/>
      </w:pPr>
      <w:r>
        <w:rPr>
          <w:rFonts w:ascii="Times New Roman" w:hAnsi="Times New Roman" w:eastAsia="宋体"/>
          <w:b w:val="0"/>
          <w:i w:val="0"/>
          <w:sz w:val="21"/>
        </w:rPr>
        <w:t>这里 n!=1·2⋯(n-1)n。</w:t>
      </w:r>
    </w:p>
    <w:p>
      <w:pPr>
        <w:spacing w:before="0" w:after="120" w:line="300" w:lineRule="auto"/>
      </w:pPr>
      <w:r>
        <w:rPr>
          <w:rFonts w:ascii="Times New Roman" w:hAnsi="Times New Roman" w:eastAsia="宋体"/>
          <w:b w:val="0"/>
          <w:i w:val="0"/>
          <w:sz w:val="21"/>
        </w:rPr>
        <w:t>（A）0　　（B）1　　（C）当 n 为偶数时是 n/2，当 n 为奇数时是</w:t>
        <w:br/>
        <w:t>n+1/2　　（D）n-1　　（E）n</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integer n greater than 1, the number of prime numbers greater than n!+1 and less than n!+n is:</w:t>
      </w:r>
    </w:p>
    <w:p>
      <w:pPr>
        <w:spacing w:before="0" w:after="80" w:line="300" w:lineRule="auto"/>
        <w:jc w:val="left"/>
      </w:pPr>
      <w:r>
        <w:rPr>
          <w:rFonts w:ascii="Times New Roman" w:hAnsi="Times New Roman" w:eastAsia="宋体"/>
          <w:b w:val="0"/>
          <w:i w:val="0"/>
          <w:color w:val="333333"/>
          <w:sz w:val="19"/>
        </w:rPr>
        <w:t>Here n!=1·2⋯(n-1)n.</w:t>
      </w:r>
    </w:p>
    <w:p>
      <w:pPr>
        <w:spacing w:before="0" w:after="160" w:line="300" w:lineRule="auto"/>
      </w:pPr>
      <w:r>
        <w:rPr>
          <w:rFonts w:ascii="Times New Roman" w:hAnsi="Times New Roman" w:eastAsia="宋体"/>
          <w:b w:val="0"/>
          <w:i w:val="0"/>
          <w:color w:val="333333"/>
          <w:sz w:val="19"/>
        </w:rPr>
        <w:t>(A) 0　　(B) 1　　(C) n/2 for n even, n+1/2 for n</w:t>
        <w:br/>
        <w:t>odd　　(D) n-1　　(E) n</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将自然数 P 与 P'（其中 P&gt; P'）分别除以自然数 D，余数分别为 R 与 R'。将 PP' 与 RR' 分别除以 D，余数分别为 r 与 r'。则：</w:t>
      </w:r>
    </w:p>
    <w:p>
      <w:pPr>
        <w:spacing w:before="0" w:after="120" w:line="300" w:lineRule="auto"/>
      </w:pPr>
      <w:r>
        <w:rPr>
          <w:rFonts w:ascii="Times New Roman" w:hAnsi="Times New Roman" w:eastAsia="宋体"/>
          <w:b w:val="0"/>
          <w:i w:val="0"/>
          <w:sz w:val="21"/>
        </w:rPr>
        <w:t>（A）r&gt; r' 恒成立　　（B）r&lt; r' 恒成立　　（C）有时 r&gt; r'，有时 r&lt; r'　　（D）有时 r&gt; r'，有时 r=r'　　（E）r=r' 恒成立</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natural numbers P and P', with P&gt; P', are divided by the natural number D, the remainders are R and R', respectively. When PP' and RR' are divided by D, the remainders are r and r', respectively. Then:</w:t>
      </w:r>
    </w:p>
    <w:p>
      <w:pPr>
        <w:spacing w:before="0" w:after="160" w:line="300" w:lineRule="auto"/>
      </w:pPr>
      <w:r>
        <w:rPr>
          <w:rFonts w:ascii="Times New Roman" w:hAnsi="Times New Roman" w:eastAsia="宋体"/>
          <w:b w:val="0"/>
          <w:i w:val="0"/>
          <w:color w:val="333333"/>
          <w:sz w:val="19"/>
        </w:rPr>
        <w:t>(A) r&gt; r' always　　(B) r&lt; r' always　　(C) r&gt; r' sometimes, and r&lt; r' sometimes　　(D) r&gt; r' sometimes, and r=r' sometimes　　(E) r=r' always</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已知 log₂a+log₂b≥6，则 a+b 的最小可能值为：</w:t>
      </w:r>
    </w:p>
    <w:p>
      <w:pPr>
        <w:spacing w:before="0" w:after="120" w:line="300" w:lineRule="auto"/>
      </w:pPr>
      <w:r>
        <w:rPr>
          <w:rFonts w:ascii="Times New Roman" w:hAnsi="Times New Roman" w:eastAsia="宋体"/>
          <w:b w:val="0"/>
          <w:i w:val="0"/>
          <w:sz w:val="21"/>
        </w:rPr>
        <w:t>（A）2√(6)　　（B）6　　（C）8√(2)　　（D）16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it is known that log₂a+log₂b≥6, then the least value that can be taken on by a+b is:</w:t>
      </w:r>
    </w:p>
    <w:p>
      <w:pPr>
        <w:spacing w:before="0" w:after="160" w:line="300" w:lineRule="auto"/>
      </w:pPr>
      <w:r>
        <w:rPr>
          <w:rFonts w:ascii="Times New Roman" w:hAnsi="Times New Roman" w:eastAsia="宋体"/>
          <w:b w:val="0"/>
          <w:i w:val="0"/>
          <w:color w:val="333333"/>
          <w:sz w:val="19"/>
        </w:rPr>
        <w:t>(A) 2√(6)　　(B) 6　　(C) 8√(2)　　(D) 16　　(E) none of these</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一座抛物线形拱门高 16 英寸，跨度为 40 英寸。在离中心 M 水平距离 5 英寸处，拱门的高度（英寸）为：</w:t>
      </w:r>
    </w:p>
    <w:p>
      <w:pPr>
        <w:spacing w:before="80" w:after="80"/>
        <w:jc w:val="center"/>
      </w:pPr>
      <w:r>
        <w:drawing>
          <wp:inline xmlns:a="http://schemas.openxmlformats.org/drawingml/2006/main" xmlns:pic="http://schemas.openxmlformats.org/drawingml/2006/picture">
            <wp:extent cx="2198542" cy="716421"/>
            <wp:docPr id="1" name="Picture 1"/>
            <wp:cNvGraphicFramePr>
              <a:graphicFrameLocks noChangeAspect="1"/>
            </wp:cNvGraphicFramePr>
            <a:graphic>
              <a:graphicData uri="http://schemas.openxmlformats.org/drawingml/2006/picture">
                <pic:pic>
                  <pic:nvPicPr>
                    <pic:cNvPr id="0" name="q26-1@300dpi.png"/>
                    <pic:cNvPicPr/>
                  </pic:nvPicPr>
                  <pic:blipFill>
                    <a:blip r:embed="rId9"/>
                    <a:stretch>
                      <a:fillRect/>
                    </a:stretch>
                  </pic:blipFill>
                  <pic:spPr>
                    <a:xfrm>
                      <a:off x="0" y="0"/>
                      <a:ext cx="2198542" cy="716421"/>
                    </a:xfrm>
                    <a:prstGeom prst="rect"/>
                  </pic:spPr>
                </pic:pic>
              </a:graphicData>
            </a:graphic>
          </wp:inline>
        </w:drawing>
      </w:r>
    </w:p>
    <w:p>
      <w:pPr>
        <w:spacing w:before="0" w:after="120" w:line="300" w:lineRule="auto"/>
      </w:pPr>
      <w:r>
        <w:rPr>
          <w:rFonts w:ascii="Times New Roman" w:hAnsi="Times New Roman" w:eastAsia="宋体"/>
          <w:b w:val="0"/>
          <w:i w:val="0"/>
          <w:sz w:val="21"/>
        </w:rPr>
        <w:t>（A）1　　（B）15　　（C）151/3　　（D）151/2　　（E）153/4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parabolic arch has a height of 16 inches and a span of 40 inches. The height, in inches, of the arch at a point 5 inches from the center M, is:</w:t>
      </w:r>
    </w:p>
    <w:p>
      <w:pPr>
        <w:spacing w:before="80" w:after="80"/>
        <w:jc w:val="center"/>
      </w:pPr>
      <w:r>
        <w:drawing>
          <wp:inline xmlns:a="http://schemas.openxmlformats.org/drawingml/2006/main" xmlns:pic="http://schemas.openxmlformats.org/drawingml/2006/picture">
            <wp:extent cx="2198542" cy="716421"/>
            <wp:docPr id="2" name="Picture 2"/>
            <wp:cNvGraphicFramePr>
              <a:graphicFrameLocks noChangeAspect="1"/>
            </wp:cNvGraphicFramePr>
            <a:graphic>
              <a:graphicData uri="http://schemas.openxmlformats.org/drawingml/2006/picture">
                <pic:pic>
                  <pic:nvPicPr>
                    <pic:cNvPr id="0" name="q26-1@300dpi.png"/>
                    <pic:cNvPicPr/>
                  </pic:nvPicPr>
                  <pic:blipFill>
                    <a:blip r:embed="rId9"/>
                    <a:stretch>
                      <a:fillRect/>
                    </a:stretch>
                  </pic:blipFill>
                  <pic:spPr>
                    <a:xfrm>
                      <a:off x="0" y="0"/>
                      <a:ext cx="2198542" cy="71642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15　　(C) 151/3　　(D) 151/2　　(E) 153/4</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一个质点运动时，从第二英里起，其速度与已经走过的整英里数成反比，并且在每一英里路程内速度保持不变。若走完第二英里需要 2 小时，则走完第 n 英里所需的时间（小时）为：</w:t>
      </w:r>
    </w:p>
    <w:p>
      <w:pPr>
        <w:spacing w:before="0" w:after="120" w:line="300" w:lineRule="auto"/>
      </w:pPr>
      <w:r>
        <w:rPr>
          <w:rFonts w:ascii="Times New Roman" w:hAnsi="Times New Roman" w:eastAsia="宋体"/>
          <w:b w:val="0"/>
          <w:i w:val="0"/>
          <w:sz w:val="21"/>
        </w:rPr>
        <w:t>（A）2/n-1　　（B）n-1/2　　（C）2/n　　（D）2n　　（E）2(n-1)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particle moves so that its speed for the second and subsequent miles varies inversely as the integral number of miles already traveled. For each subsequent mile the speed is constant. If the second mile is traversed in 2 hours, then the time, in hours, needed to traverse the nth mile is:</w:t>
      </w:r>
    </w:p>
    <w:p>
      <w:pPr>
        <w:spacing w:before="0" w:after="160" w:line="300" w:lineRule="auto"/>
      </w:pPr>
      <w:r>
        <w:rPr>
          <w:rFonts w:ascii="Times New Roman" w:hAnsi="Times New Roman" w:eastAsia="宋体"/>
          <w:b w:val="0"/>
          <w:i w:val="0"/>
          <w:color w:val="333333"/>
          <w:sz w:val="19"/>
        </w:rPr>
        <w:t>(A) 2/n-1　　(B) n-1/2　　(C) 2/n　　(D) 2n　　(E) 2(n-1)</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在半径为 1 的圆内部，设满足下列条件的点 P 的个数为 n：P 到某一直径两个端点的距离平方和为 3。则 n 为：</w:t>
      </w:r>
    </w:p>
    <w:p>
      <w:pPr>
        <w:spacing w:before="0" w:after="120" w:line="300" w:lineRule="auto"/>
      </w:pPr>
      <w:r>
        <w:rPr>
          <w:rFonts w:ascii="Times New Roman" w:hAnsi="Times New Roman" w:eastAsia="宋体"/>
          <w:b w:val="0"/>
          <w:i w:val="0"/>
          <w:sz w:val="21"/>
        </w:rPr>
        <w:t>（A）0　　（B）1　　（C）2　　（D）4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number of points P interior to the region bounded by a circle with radius 1, such that the sum of the squares of the distances from P to the endpoints of a given diameter is 3. Then n is:</w:t>
      </w:r>
    </w:p>
    <w:p>
      <w:pPr>
        <w:spacing w:before="0" w:after="160" w:line="300" w:lineRule="auto"/>
      </w:pPr>
      <w:r>
        <w:rPr>
          <w:rFonts w:ascii="Times New Roman" w:hAnsi="Times New Roman" w:eastAsia="宋体"/>
          <w:b w:val="0"/>
          <w:i w:val="0"/>
          <w:color w:val="333333"/>
          <w:sz w:val="19"/>
        </w:rPr>
        <w:t>(A) 0　　(B) 1　　(C) 2　　(D) 4　　(E) infinite</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若 x=t^(1/t-1)、y=t^(t/t-1)，且 t&gt;0、t≠1，则 x 与 y 之间的一个关系是：</w:t>
      </w:r>
    </w:p>
    <w:p>
      <w:pPr>
        <w:spacing w:before="0" w:after="120" w:line="300" w:lineRule="auto"/>
      </w:pPr>
      <w:r>
        <w:rPr>
          <w:rFonts w:ascii="Times New Roman" w:hAnsi="Times New Roman" w:eastAsia="宋体"/>
          <w:b w:val="0"/>
          <w:i w:val="0"/>
          <w:sz w:val="21"/>
        </w:rPr>
        <w:t>（A）yˣ=x^(1/y)　　（B）y^(1/x)=xʸ　　（C）yˣ=xʸ　　（D）xˣ=yʸ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x=t^(1/t-1) and y=t^(t/t-1), t&gt;0, t≠1, a relation between x and y is:</w:t>
      </w:r>
    </w:p>
    <w:p>
      <w:pPr>
        <w:spacing w:before="0" w:after="160" w:line="300" w:lineRule="auto"/>
      </w:pPr>
      <w:r>
        <w:rPr>
          <w:rFonts w:ascii="Times New Roman" w:hAnsi="Times New Roman" w:eastAsia="宋体"/>
          <w:b w:val="0"/>
          <w:i w:val="0"/>
          <w:color w:val="333333"/>
          <w:sz w:val="19"/>
        </w:rPr>
        <w:t>(A) yˣ=x^(1/y)　　(B) y^(1/x)=xʸ　　(C) yˣ=xʸ　　(D) xˣ=yʸ　　(E) none of these</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设 P 是等腰直角三角形 ABC 的斜边 AB（或其延长线）上的一点。令 s=AP²+PB²。则：</w:t>
      </w:r>
    </w:p>
    <w:p>
      <w:pPr>
        <w:spacing w:before="0" w:after="120" w:line="300" w:lineRule="auto"/>
      </w:pPr>
      <w:r>
        <w:rPr>
          <w:rFonts w:ascii="Times New Roman" w:hAnsi="Times New Roman" w:eastAsia="宋体"/>
          <w:b w:val="0"/>
          <w:i w:val="0"/>
          <w:sz w:val="21"/>
        </w:rPr>
        <w:t>（A）仅有有限个 P 的位置满足 s&lt;2CP²　　（B）有无穷多个 P 的位置满足 s&lt;2CP²　　（C）仅当 P 是 AB 的中点或 AB 的端点时，s=2CP²　　（D）恒有 s=2CP²　　（E）若 P 是 AB 的三等分点，则 s&gt;2CP²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be a point of hypotenuse AB (or its extension) of isosceles right triangle ABC. Let s=AP²+PB². Then:</w:t>
      </w:r>
    </w:p>
    <w:p>
      <w:pPr>
        <w:spacing w:before="0" w:after="160" w:line="300" w:lineRule="auto"/>
      </w:pPr>
      <w:r>
        <w:rPr>
          <w:rFonts w:ascii="Times New Roman" w:hAnsi="Times New Roman" w:eastAsia="宋体"/>
          <w:b w:val="0"/>
          <w:i w:val="0"/>
          <w:color w:val="333333"/>
          <w:sz w:val="19"/>
        </w:rPr>
        <w:t>(A) s&lt;2CP² for a finite number of positions of P　　(B) s&lt;2CP² for an infinite number of positions of P　　(C) s=2CP² only if P is the midpoint of AB or an</w:t>
        <w:br/>
        <w:t>endpoint of AB　　(D) s=2CP² always　　(E) s&gt;2CP² if P is a trisection point of AB</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在 xy 平面内，设 OABC 为单位正方形，其中 O(0,0)、A(1,0)、B(1,1)、C(0,1)。由 u=x²-y² 与 v=2xy 定义从 xy 平面到 uv 平面的变换。该正方形的变换图像为：</w:t>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942485" cy="936000"/>
            <wp:docPr id="3" name="Picture 3"/>
            <wp:cNvGraphicFramePr>
              <a:graphicFrameLocks noChangeAspect="1"/>
            </wp:cNvGraphicFramePr>
            <a:graphic>
              <a:graphicData uri="http://schemas.openxmlformats.org/drawingml/2006/picture">
                <pic:pic>
                  <pic:nvPicPr>
                    <pic:cNvPr id="0" name="q31-a-1@213dpi.png"/>
                    <pic:cNvPicPr/>
                  </pic:nvPicPr>
                  <pic:blipFill>
                    <a:blip r:embed="rId10"/>
                    <a:stretch>
                      <a:fillRect/>
                    </a:stretch>
                  </pic:blipFill>
                  <pic:spPr>
                    <a:xfrm>
                      <a:off x="0" y="0"/>
                      <a:ext cx="942485"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942485" cy="936000"/>
            <wp:docPr id="4" name="Picture 4"/>
            <wp:cNvGraphicFramePr>
              <a:graphicFrameLocks noChangeAspect="1"/>
            </wp:cNvGraphicFramePr>
            <a:graphic>
              <a:graphicData uri="http://schemas.openxmlformats.org/drawingml/2006/picture">
                <pic:pic>
                  <pic:nvPicPr>
                    <pic:cNvPr id="0" name="q31-b-1@213dpi.png"/>
                    <pic:cNvPicPr/>
                  </pic:nvPicPr>
                  <pic:blipFill>
                    <a:blip r:embed="rId11"/>
                    <a:stretch>
                      <a:fillRect/>
                    </a:stretch>
                  </pic:blipFill>
                  <pic:spPr>
                    <a:xfrm>
                      <a:off x="0" y="0"/>
                      <a:ext cx="942485"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1038942" cy="936000"/>
            <wp:docPr id="5" name="Picture 5"/>
            <wp:cNvGraphicFramePr>
              <a:graphicFrameLocks noChangeAspect="1"/>
            </wp:cNvGraphicFramePr>
            <a:graphic>
              <a:graphicData uri="http://schemas.openxmlformats.org/drawingml/2006/picture">
                <pic:pic>
                  <pic:nvPicPr>
                    <pic:cNvPr id="0" name="q31-c-1@235dpi.png"/>
                    <pic:cNvPicPr/>
                  </pic:nvPicPr>
                  <pic:blipFill>
                    <a:blip r:embed="rId12"/>
                    <a:stretch>
                      <a:fillRect/>
                    </a:stretch>
                  </pic:blipFill>
                  <pic:spPr>
                    <a:xfrm>
                      <a:off x="0" y="0"/>
                      <a:ext cx="1038942"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1038942" cy="936000"/>
            <wp:docPr id="6" name="Picture 6"/>
            <wp:cNvGraphicFramePr>
              <a:graphicFrameLocks noChangeAspect="1"/>
            </wp:cNvGraphicFramePr>
            <a:graphic>
              <a:graphicData uri="http://schemas.openxmlformats.org/drawingml/2006/picture">
                <pic:pic>
                  <pic:nvPicPr>
                    <pic:cNvPr id="0" name="q31-d-1@235dpi.png"/>
                    <pic:cNvPicPr/>
                  </pic:nvPicPr>
                  <pic:blipFill>
                    <a:blip r:embed="rId13"/>
                    <a:stretch>
                      <a:fillRect/>
                    </a:stretch>
                  </pic:blipFill>
                  <pic:spPr>
                    <a:xfrm>
                      <a:off x="0" y="0"/>
                      <a:ext cx="1038942"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1326721" cy="877282"/>
            <wp:docPr id="7" name="Picture 7"/>
            <wp:cNvGraphicFramePr>
              <a:graphicFrameLocks noChangeAspect="1"/>
            </wp:cNvGraphicFramePr>
            <a:graphic>
              <a:graphicData uri="http://schemas.openxmlformats.org/drawingml/2006/picture">
                <pic:pic>
                  <pic:nvPicPr>
                    <pic:cNvPr id="0" name="q31-e-1@300dpi.png"/>
                    <pic:cNvPicPr/>
                  </pic:nvPicPr>
                  <pic:blipFill>
                    <a:blip r:embed="rId14"/>
                    <a:stretch>
                      <a:fillRect/>
                    </a:stretch>
                  </pic:blipFill>
                  <pic:spPr>
                    <a:xfrm>
                      <a:off x="0" y="0"/>
                      <a:ext cx="1326721" cy="877282"/>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OABC be a unit square in the xy-plane with O(0,0), A(1,0), B(1,1), and C(0,1). Let u=x²-y² and v=2xy define a transformation of the xy-plane into the uv-plane. The transform (or image) of the square is:</w:t>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942485" cy="936000"/>
            <wp:docPr id="8" name="Picture 8"/>
            <wp:cNvGraphicFramePr>
              <a:graphicFrameLocks noChangeAspect="1"/>
            </wp:cNvGraphicFramePr>
            <a:graphic>
              <a:graphicData uri="http://schemas.openxmlformats.org/drawingml/2006/picture">
                <pic:pic>
                  <pic:nvPicPr>
                    <pic:cNvPr id="0" name="q31-a-1@213dpi.png"/>
                    <pic:cNvPicPr/>
                  </pic:nvPicPr>
                  <pic:blipFill>
                    <a:blip r:embed="rId10"/>
                    <a:stretch>
                      <a:fillRect/>
                    </a:stretch>
                  </pic:blipFill>
                  <pic:spPr>
                    <a:xfrm>
                      <a:off x="0" y="0"/>
                      <a:ext cx="942485"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942485" cy="936000"/>
            <wp:docPr id="9" name="Picture 9"/>
            <wp:cNvGraphicFramePr>
              <a:graphicFrameLocks noChangeAspect="1"/>
            </wp:cNvGraphicFramePr>
            <a:graphic>
              <a:graphicData uri="http://schemas.openxmlformats.org/drawingml/2006/picture">
                <pic:pic>
                  <pic:nvPicPr>
                    <pic:cNvPr id="0" name="q31-b-1@213dpi.png"/>
                    <pic:cNvPicPr/>
                  </pic:nvPicPr>
                  <pic:blipFill>
                    <a:blip r:embed="rId11"/>
                    <a:stretch>
                      <a:fillRect/>
                    </a:stretch>
                  </pic:blipFill>
                  <pic:spPr>
                    <a:xfrm>
                      <a:off x="0" y="0"/>
                      <a:ext cx="942485"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1038942" cy="936000"/>
            <wp:docPr id="10" name="Picture 10"/>
            <wp:cNvGraphicFramePr>
              <a:graphicFrameLocks noChangeAspect="1"/>
            </wp:cNvGraphicFramePr>
            <a:graphic>
              <a:graphicData uri="http://schemas.openxmlformats.org/drawingml/2006/picture">
                <pic:pic>
                  <pic:nvPicPr>
                    <pic:cNvPr id="0" name="q31-c-1@235dpi.png"/>
                    <pic:cNvPicPr/>
                  </pic:nvPicPr>
                  <pic:blipFill>
                    <a:blip r:embed="rId12"/>
                    <a:stretch>
                      <a:fillRect/>
                    </a:stretch>
                  </pic:blipFill>
                  <pic:spPr>
                    <a:xfrm>
                      <a:off x="0" y="0"/>
                      <a:ext cx="1038942"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1038942" cy="936000"/>
            <wp:docPr id="11" name="Picture 11"/>
            <wp:cNvGraphicFramePr>
              <a:graphicFrameLocks noChangeAspect="1"/>
            </wp:cNvGraphicFramePr>
            <a:graphic>
              <a:graphicData uri="http://schemas.openxmlformats.org/drawingml/2006/picture">
                <pic:pic>
                  <pic:nvPicPr>
                    <pic:cNvPr id="0" name="q31-d-1@235dpi.png"/>
                    <pic:cNvPicPr/>
                  </pic:nvPicPr>
                  <pic:blipFill>
                    <a:blip r:embed="rId13"/>
                    <a:stretch>
                      <a:fillRect/>
                    </a:stretch>
                  </pic:blipFill>
                  <pic:spPr>
                    <a:xfrm>
                      <a:off x="0" y="0"/>
                      <a:ext cx="1038942"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1326721" cy="877282"/>
            <wp:docPr id="12" name="Picture 12"/>
            <wp:cNvGraphicFramePr>
              <a:graphicFrameLocks noChangeAspect="1"/>
            </wp:cNvGraphicFramePr>
            <a:graphic>
              <a:graphicData uri="http://schemas.openxmlformats.org/drawingml/2006/picture">
                <pic:pic>
                  <pic:nvPicPr>
                    <pic:cNvPr id="0" name="q31-e-1@300dpi.png"/>
                    <pic:cNvPicPr/>
                  </pic:nvPicPr>
                  <pic:blipFill>
                    <a:blip r:embed="rId14"/>
                    <a:stretch>
                      <a:fillRect/>
                    </a:stretch>
                  </pic:blipFill>
                  <pic:spPr>
                    <a:xfrm>
                      <a:off x="0" y="0"/>
                      <a:ext cx="1326721" cy="877282"/>
                    </a:xfrm>
                    <a:prstGeom prst="rect"/>
                  </pic:spPr>
                </pic:pic>
              </a:graphicData>
            </a:graphic>
          </wp:inline>
        </w:drawing>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数列 {uₙ} 由 u₁=5 以及关系式 uₙ₊₁-uₙ=3+4(n-1) 定义，其中 n=1、2、3、…。若将 uₙ 表示为 n 的多项式，则其各项系数的代数和为：</w:t>
      </w:r>
    </w:p>
    <w:p>
      <w:pPr>
        <w:spacing w:before="0" w:after="120" w:line="300" w:lineRule="auto"/>
      </w:pPr>
      <w:r>
        <w:rPr>
          <w:rFonts w:ascii="Times New Roman" w:hAnsi="Times New Roman" w:eastAsia="宋体"/>
          <w:b w:val="0"/>
          <w:i w:val="0"/>
          <w:sz w:val="21"/>
        </w:rPr>
        <w:t>（A）3　　（B）4　　（C）5　　（D）6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sequence {uₙ} be defined by u₁=5 and the relation uₙ₊₁-uₙ=3+4(n-1), n=1, 2, 3, …. If uₙ is expressed as a polynomial in n, the algebraic sum of its coefficients is:</w:t>
      </w:r>
    </w:p>
    <w:p>
      <w:pPr>
        <w:spacing w:before="0" w:after="160" w:line="300" w:lineRule="auto"/>
      </w:pPr>
      <w:r>
        <w:rPr>
          <w:rFonts w:ascii="Times New Roman" w:hAnsi="Times New Roman" w:eastAsia="宋体"/>
          <w:b w:val="0"/>
          <w:i w:val="0"/>
          <w:color w:val="333333"/>
          <w:sz w:val="19"/>
        </w:rPr>
        <w:t>(A) 3　　(B) 4　　(C) 5　　(D) 6　　(E) 11</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设 Sₙ 与 Tₙ 分别为两个等差数列前 n 项的和。若对所有 n 都有 Sₙ:Tₙ=(7n+1):(4n+27)，则第一个数列的第十一项与第二个数列的第十一项之比为：</w:t>
      </w:r>
    </w:p>
    <w:p>
      <w:pPr>
        <w:spacing w:before="0" w:after="120" w:line="300" w:lineRule="auto"/>
      </w:pPr>
      <w:r>
        <w:rPr>
          <w:rFonts w:ascii="Times New Roman" w:hAnsi="Times New Roman" w:eastAsia="宋体"/>
          <w:b w:val="0"/>
          <w:i w:val="0"/>
          <w:sz w:val="21"/>
        </w:rPr>
        <w:t>（A）4:3　　（B）3:2　　（C）7:4　　（D）78:71　　（E）无法确定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Sₙ and Tₙ be the respective sums of the first n terms of two arithmetic series. If Sₙ:Tₙ=(7n+1):(4n+27) for all n, the ratio of the eleventh term of the first series to the eleventh term of the second series is:</w:t>
      </w:r>
    </w:p>
    <w:p>
      <w:pPr>
        <w:spacing w:before="0" w:after="160" w:line="300" w:lineRule="auto"/>
      </w:pPr>
      <w:r>
        <w:rPr>
          <w:rFonts w:ascii="Times New Roman" w:hAnsi="Times New Roman" w:eastAsia="宋体"/>
          <w:b w:val="0"/>
          <w:i w:val="0"/>
          <w:color w:val="333333"/>
          <w:sz w:val="19"/>
        </w:rPr>
        <w:t>(A) 4:3　　(B) 3:2　　(C) 7:4　　(D) 78:71　　(E) undetermined</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用 x²-3x+2 除 x¹⁰⁰ 所得的余式 R 是次数小于 2 的多项式。则 R 可以写成：</w:t>
      </w:r>
    </w:p>
    <w:p>
      <w:pPr>
        <w:spacing w:before="0" w:after="120" w:line="300" w:lineRule="auto"/>
      </w:pPr>
      <w:r>
        <w:rPr>
          <w:rFonts w:ascii="Times New Roman" w:hAnsi="Times New Roman" w:eastAsia="宋体"/>
          <w:b w:val="0"/>
          <w:i w:val="0"/>
          <w:sz w:val="21"/>
        </w:rPr>
        <w:t>（A）2¹⁰⁰-1　　（B）2¹⁰⁰(x-1)-(x-2)　　（C）2¹⁰⁰(x-3)　　（D）x(2¹⁰⁰-1)+2(2⁹⁹-1)　　（E）2¹⁰⁰(x+1)-(x+2)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remainder R obtained by dividing x¹⁰⁰ by x²-3x+2 is a polynomial of degree less than 2. Then R may be written as:</w:t>
      </w:r>
    </w:p>
    <w:p>
      <w:pPr>
        <w:spacing w:before="0" w:after="160" w:line="300" w:lineRule="auto"/>
      </w:pPr>
      <w:r>
        <w:rPr>
          <w:rFonts w:ascii="Times New Roman" w:hAnsi="Times New Roman" w:eastAsia="宋体"/>
          <w:b w:val="0"/>
          <w:i w:val="0"/>
          <w:color w:val="333333"/>
          <w:sz w:val="19"/>
        </w:rPr>
        <w:t>(A) 2¹⁰⁰-1　　(B) 2¹⁰⁰(x-1)-(x-2)　　(C) 2¹⁰⁰(x-3)　　(D) x(2¹⁰⁰-1)+2(2⁹⁹-1)　　(E) 2¹⁰⁰(x+1)-(x+2)</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设 L(m) 为图形 y=x²-6 与 y=m 的两个交点中左侧交点的 x 坐标，其中 -6&lt; m&lt;6。令 r=([L(-m)-L(m)])/m。当 m 任意接近零时，r 的值：</w:t>
      </w:r>
    </w:p>
    <w:p>
      <w:pPr>
        <w:spacing w:before="0" w:after="120" w:line="300" w:lineRule="auto"/>
      </w:pPr>
      <w:r>
        <w:rPr>
          <w:rFonts w:ascii="Times New Roman" w:hAnsi="Times New Roman" w:eastAsia="宋体"/>
          <w:b w:val="0"/>
          <w:i w:val="0"/>
          <w:sz w:val="21"/>
        </w:rPr>
        <w:t>（A）任意接近零　　（B）任意接近 1/(√(6))　　（C）任意接近 2/(√(6))　　（D）任意大　　（E）无法确定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L(m) be the x-coordinate of the left endpoint of the intersection of the graphs of y=x²-6 and y=m, where -6&lt; m&lt;6. Let r=([L(-m)-L(m)])/m. Then, as m is made arbitrarily close to zero, the value of r is:</w:t>
      </w:r>
    </w:p>
    <w:p>
      <w:pPr>
        <w:spacing w:before="0" w:after="160" w:line="300" w:lineRule="auto"/>
      </w:pPr>
      <w:r>
        <w:rPr>
          <w:rFonts w:ascii="Times New Roman" w:hAnsi="Times New Roman" w:eastAsia="宋体"/>
          <w:b w:val="0"/>
          <w:i w:val="0"/>
          <w:color w:val="333333"/>
          <w:sz w:val="19"/>
        </w:rPr>
        <w:t>(A) arbitrarily close to zero　　(B) arbitrarily close to 1/(√(6))　　(C) arbitrarily close to 2/(√(6))　　(D) arbitrarily large　　(E) undetermined</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A　E　E　B　C　A　D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B　A　B　A　D　E　D　B</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B　C　E　C　A　E　D　B　E</w:t>
      </w:r>
    </w:p>
    <w:p>
      <w:pPr>
        <w:spacing w:before="0" w:after="0" w:line="300" w:lineRule="auto"/>
      </w:pPr>
      <w:r>
        <w:rPr>
          <w:rFonts w:ascii="Times New Roman" w:hAnsi="Times New Roman" w:eastAsia="宋体"/>
          <w:b w:val="0"/>
          <w:i w:val="0"/>
          <w:sz w:val="18"/>
        </w:rPr>
        <w:t>题号　28　29　30　31　32　33　34　35</w:t>
      </w:r>
    </w:p>
    <w:p>
      <w:pPr>
        <w:spacing w:before="0" w:after="80" w:line="300" w:lineRule="auto"/>
      </w:pPr>
      <w:r>
        <w:rPr>
          <w:rFonts w:ascii="Times New Roman" w:hAnsi="Times New Roman" w:eastAsia="宋体"/>
          <w:b/>
          <w:i w:val="0"/>
          <w:sz w:val="18"/>
        </w:rPr>
        <w:t>答案　E　C　D　D　C　A　B　B</w:t>
      </w:r>
    </w:p>
    <w:p>
      <w:pPr>
        <w:spacing w:before="0" w:after="200" w:line="300" w:lineRule="auto"/>
      </w:pPr>
      <w:r>
        <w:rPr>
          <w:rFonts w:ascii="Times New Roman" w:hAnsi="Times New Roman" w:eastAsia="宋体"/>
          <w:b w:val="0"/>
          <w:i w:val="0"/>
          <w:color w:val="666666"/>
          <w:sz w:val="18"/>
        </w:rPr>
        <w:t>答案串：BAEEBCADCCBABADEDBBCECAEDBEECDDCABB</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由</w:t>
      </w:r>
    </w:p>
    <w:p>
      <w:pPr>
        <w:spacing w:before="0" w:after="80" w:line="300" w:lineRule="auto"/>
        <w:jc w:val="left"/>
      </w:pPr>
      <w:r>
        <w:rPr>
          <w:rFonts w:ascii="Times New Roman" w:hAnsi="Times New Roman" w:eastAsia="宋体"/>
          <w:b w:val="0"/>
          <w:i w:val="0"/>
          <w:sz w:val="21"/>
        </w:rPr>
        <w:t>a+x/b+x=c/d</w:t>
      </w:r>
    </w:p>
    <w:p>
      <w:pPr>
        <w:spacing w:before="0" w:after="80" w:line="300" w:lineRule="auto"/>
        <w:jc w:val="left"/>
      </w:pPr>
      <w:r>
        <w:rPr>
          <w:rFonts w:ascii="Times New Roman" w:hAnsi="Times New Roman" w:eastAsia="宋体"/>
          <w:b w:val="0"/>
          <w:i w:val="0"/>
          <w:sz w:val="21"/>
        </w:rPr>
        <w:t>得 ad+dx=bc+cx。因此 x(d-c)=bc-ad，所以</w:t>
      </w:r>
    </w:p>
    <w:p>
      <w:pPr>
        <w:spacing w:before="0" w:after="80" w:line="300" w:lineRule="auto"/>
        <w:jc w:val="left"/>
      </w:pPr>
      <w:r>
        <w:rPr>
          <w:rFonts w:ascii="Times New Roman" w:hAnsi="Times New Roman" w:eastAsia="宋体"/>
          <w:b w:val="0"/>
          <w:i w:val="0"/>
          <w:sz w:val="21"/>
        </w:rPr>
        <w:t>x=bc-ad/d-c=ad-bc/c-d。</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w:t>
      </w:r>
    </w:p>
    <w:p>
      <w:pPr>
        <w:spacing w:before="0" w:after="80" w:line="300" w:lineRule="auto"/>
        <w:jc w:val="left"/>
      </w:pPr>
      <w:r>
        <w:rPr>
          <w:rFonts w:ascii="Times New Roman" w:hAnsi="Times New Roman" w:eastAsia="宋体"/>
          <w:b w:val="0"/>
          <w:i w:val="0"/>
          <w:color w:val="333333"/>
          <w:sz w:val="19"/>
        </w:rPr>
        <w:t>a+x/b+x=c/d</w:t>
      </w:r>
    </w:p>
    <w:p>
      <w:pPr>
        <w:spacing w:before="0" w:after="80" w:line="300" w:lineRule="auto"/>
        <w:jc w:val="left"/>
      </w:pPr>
      <w:r>
        <w:rPr>
          <w:rFonts w:ascii="Times New Roman" w:hAnsi="Times New Roman" w:eastAsia="宋体"/>
          <w:b w:val="0"/>
          <w:i w:val="0"/>
          <w:color w:val="333333"/>
          <w:sz w:val="19"/>
        </w:rPr>
        <w:t>we obtain ad+dx=bc+cx. Hence x(d-c)=bc-ad, so</w:t>
      </w:r>
    </w:p>
    <w:p>
      <w:pPr>
        <w:spacing w:before="0" w:after="80" w:line="300" w:lineRule="auto"/>
        <w:jc w:val="left"/>
      </w:pPr>
      <w:r>
        <w:rPr>
          <w:rFonts w:ascii="Times New Roman" w:hAnsi="Times New Roman" w:eastAsia="宋体"/>
          <w:b w:val="0"/>
          <w:i w:val="0"/>
          <w:color w:val="333333"/>
          <w:sz w:val="19"/>
        </w:rPr>
        <w:t>x=bc-ad/d-c=ad-bc/c-d.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若成本为 C，则 x=0.85C 且 y=1.15C。因此</w:t>
      </w:r>
    </w:p>
    <w:p>
      <w:pPr>
        <w:spacing w:before="0" w:after="80" w:line="300" w:lineRule="auto"/>
        <w:jc w:val="left"/>
      </w:pPr>
      <w:r>
        <w:rPr>
          <w:rFonts w:ascii="Times New Roman" w:hAnsi="Times New Roman" w:eastAsia="宋体"/>
          <w:b w:val="0"/>
          <w:i w:val="0"/>
          <w:sz w:val="21"/>
        </w:rPr>
        <w:t>y:x=1.15C:0.85C</w:t>
      </w:r>
    </w:p>
    <w:p>
      <w:pPr>
        <w:spacing w:before="0" w:after="80" w:line="300" w:lineRule="auto"/>
        <w:jc w:val="left"/>
      </w:pPr>
      <w:r>
        <w:rPr>
          <w:rFonts w:ascii="Times New Roman" w:hAnsi="Times New Roman" w:eastAsia="宋体"/>
          <w:b w:val="0"/>
          <w:i w:val="0"/>
          <w:sz w:val="21"/>
        </w:rPr>
        <w:t>=115:85=23:17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cost is C, then x=0.85C and y=1.15C. Therefore</w:t>
      </w:r>
    </w:p>
    <w:p>
      <w:pPr>
        <w:spacing w:before="0" w:after="80" w:line="300" w:lineRule="auto"/>
        <w:jc w:val="left"/>
      </w:pPr>
      <w:r>
        <w:rPr>
          <w:rFonts w:ascii="Times New Roman" w:hAnsi="Times New Roman" w:eastAsia="宋体"/>
          <w:b w:val="0"/>
          <w:i w:val="0"/>
          <w:color w:val="333333"/>
          <w:sz w:val="19"/>
        </w:rPr>
        <w:t>y:x=1.15C:0.85C</w:t>
      </w:r>
    </w:p>
    <w:p>
      <w:pPr>
        <w:spacing w:before="0" w:after="80" w:line="300" w:lineRule="auto"/>
        <w:jc w:val="left"/>
      </w:pPr>
      <w:r>
        <w:rPr>
          <w:rFonts w:ascii="Times New Roman" w:hAnsi="Times New Roman" w:eastAsia="宋体"/>
          <w:b w:val="0"/>
          <w:i w:val="0"/>
          <w:color w:val="333333"/>
          <w:sz w:val="19"/>
        </w:rPr>
        <w:t>=115:85=23:17.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从 11000₂ 中减去 1，需要依次向三个末尾的零借位。因此</w:t>
      </w:r>
    </w:p>
    <w:p>
      <w:pPr>
        <w:spacing w:before="0" w:after="80" w:line="300" w:lineRule="auto"/>
        <w:jc w:val="left"/>
      </w:pPr>
      <w:r>
        <w:rPr>
          <w:rFonts w:ascii="Times New Roman" w:hAnsi="Times New Roman" w:eastAsia="宋体"/>
          <w:b w:val="0"/>
          <w:i w:val="0"/>
          <w:sz w:val="21"/>
        </w:rPr>
        <w:t>11000₂-1₂=10111₂。</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Subtracting 1 from 11000₂ requires borrowing through the three trailing zeros. Thus</w:t>
      </w:r>
    </w:p>
    <w:p>
      <w:pPr>
        <w:spacing w:before="0" w:after="80" w:line="300" w:lineRule="auto"/>
        <w:jc w:val="left"/>
      </w:pPr>
      <w:r>
        <w:rPr>
          <w:rFonts w:ascii="Times New Roman" w:hAnsi="Times New Roman" w:eastAsia="宋体"/>
          <w:b w:val="0"/>
          <w:i w:val="0"/>
          <w:color w:val="333333"/>
          <w:sz w:val="19"/>
        </w:rPr>
        <w:t>11000₂-1₂=10111₂.</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第一个有序对为 (3-0,2+0)=(3,2)。第二个为 (x-3,y+2)。第一坐标相等给出 x-3=3，所以 x=6。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pair is (3-0,2+0)=(3,2). The second is (x-3,y+2). Equality of the first coordinates gives x-3=3, so x=6.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将 N-4/N=R 乘以 N，得到</w:t>
      </w:r>
    </w:p>
    <w:p>
      <w:pPr>
        <w:spacing w:before="0" w:after="80" w:line="300" w:lineRule="auto"/>
        <w:jc w:val="left"/>
      </w:pPr>
      <w:r>
        <w:rPr>
          <w:rFonts w:ascii="Times New Roman" w:hAnsi="Times New Roman" w:eastAsia="宋体"/>
          <w:b w:val="0"/>
          <w:i w:val="0"/>
          <w:sz w:val="21"/>
        </w:rPr>
        <w:t>N²-RN-4=0。</w:t>
      </w:r>
    </w:p>
    <w:p>
      <w:pPr>
        <w:spacing w:before="0" w:after="80" w:line="300" w:lineRule="auto"/>
        <w:jc w:val="left"/>
      </w:pPr>
      <w:r>
        <w:rPr>
          <w:rFonts w:ascii="Times New Roman" w:hAnsi="Times New Roman" w:eastAsia="宋体"/>
          <w:b w:val="0"/>
          <w:i w:val="0"/>
          <w:sz w:val="21"/>
        </w:rPr>
        <w:t>由韦达定理，两根之和为 R。因为两根之积为 -4，所以两根都非零。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N-4/N=R by N gives</w:t>
      </w:r>
    </w:p>
    <w:p>
      <w:pPr>
        <w:spacing w:before="0" w:after="80" w:line="300" w:lineRule="auto"/>
        <w:jc w:val="left"/>
      </w:pPr>
      <w:r>
        <w:rPr>
          <w:rFonts w:ascii="Times New Roman" w:hAnsi="Times New Roman" w:eastAsia="宋体"/>
          <w:b w:val="0"/>
          <w:i w:val="0"/>
          <w:color w:val="333333"/>
          <w:sz w:val="19"/>
        </w:rPr>
        <w:t>N²-RN-4=0.</w:t>
      </w:r>
    </w:p>
    <w:p>
      <w:pPr>
        <w:spacing w:before="0" w:after="80" w:line="300" w:lineRule="auto"/>
        <w:jc w:val="left"/>
      </w:pPr>
      <w:r>
        <w:rPr>
          <w:rFonts w:ascii="Times New Roman" w:hAnsi="Times New Roman" w:eastAsia="宋体"/>
          <w:b w:val="0"/>
          <w:i w:val="0"/>
          <w:color w:val="333333"/>
          <w:sz w:val="19"/>
        </w:rPr>
        <w:t>The sum of its two roots is R by Vieta’s formulas. Both roots are nonzero because their product is -4.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设两个半径为 R 与 r。由圆环面积可得</w:t>
      </w:r>
    </w:p>
    <w:p>
      <w:pPr>
        <w:spacing w:before="0" w:after="80" w:line="300" w:lineRule="auto"/>
        <w:jc w:val="left"/>
      </w:pPr>
      <w:r>
        <w:rPr>
          <w:rFonts w:ascii="Times New Roman" w:hAnsi="Times New Roman" w:eastAsia="宋体"/>
          <w:b w:val="0"/>
          <w:i w:val="0"/>
          <w:sz w:val="21"/>
        </w:rPr>
        <w:t>π(R²-r²)=25/2π。</w:t>
      </w:r>
    </w:p>
    <w:p>
      <w:pPr>
        <w:spacing w:before="0" w:after="80" w:line="300" w:lineRule="auto"/>
        <w:jc w:val="left"/>
      </w:pPr>
      <w:r>
        <w:rPr>
          <w:rFonts w:ascii="Times New Roman" w:hAnsi="Times New Roman" w:eastAsia="宋体"/>
          <w:b w:val="0"/>
          <w:i w:val="0"/>
          <w:sz w:val="21"/>
        </w:rPr>
        <w:t>过切点的半径平分该弦。若弦长为 L，则</w:t>
      </w:r>
    </w:p>
    <w:p>
      <w:pPr>
        <w:spacing w:before="0" w:after="80" w:line="300" w:lineRule="auto"/>
        <w:jc w:val="left"/>
      </w:pPr>
      <w:r>
        <w:rPr>
          <w:rFonts w:ascii="Times New Roman" w:hAnsi="Times New Roman" w:eastAsia="宋体"/>
          <w:b w:val="0"/>
          <w:i w:val="0"/>
          <w:sz w:val="21"/>
        </w:rPr>
        <w:t>(L/2)²+r²=R²。</w:t>
      </w:r>
    </w:p>
    <w:p>
      <w:pPr>
        <w:spacing w:before="0" w:after="80" w:line="300" w:lineRule="auto"/>
        <w:jc w:val="left"/>
      </w:pPr>
      <w:r>
        <w:rPr>
          <w:rFonts w:ascii="Times New Roman" w:hAnsi="Times New Roman" w:eastAsia="宋体"/>
          <w:b w:val="0"/>
          <w:i w:val="0"/>
          <w:sz w:val="21"/>
        </w:rPr>
        <w:t>因此 L=2√(R²-r²)，所以 L=2√(25/2)=5√(2)。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radii be R and r. The ring area gives</w:t>
      </w:r>
    </w:p>
    <w:p>
      <w:pPr>
        <w:spacing w:before="0" w:after="80" w:line="300" w:lineRule="auto"/>
        <w:jc w:val="left"/>
      </w:pPr>
      <w:r>
        <w:rPr>
          <w:rFonts w:ascii="Times New Roman" w:hAnsi="Times New Roman" w:eastAsia="宋体"/>
          <w:b w:val="0"/>
          <w:i w:val="0"/>
          <w:color w:val="333333"/>
          <w:sz w:val="19"/>
        </w:rPr>
        <w:t>π(R²-r²)=25/2π.</w:t>
      </w:r>
    </w:p>
    <w:p>
      <w:pPr>
        <w:spacing w:before="0" w:after="80" w:line="300" w:lineRule="auto"/>
        <w:jc w:val="left"/>
      </w:pPr>
      <w:r>
        <w:rPr>
          <w:rFonts w:ascii="Times New Roman" w:hAnsi="Times New Roman" w:eastAsia="宋体"/>
          <w:b w:val="0"/>
          <w:i w:val="0"/>
          <w:color w:val="333333"/>
          <w:sz w:val="19"/>
        </w:rPr>
        <w:t>The radius to the tangent point bisects the chord. If its length is L, then</w:t>
      </w:r>
    </w:p>
    <w:p>
      <w:pPr>
        <w:spacing w:before="0" w:after="80" w:line="300" w:lineRule="auto"/>
        <w:jc w:val="left"/>
      </w:pPr>
      <w:r>
        <w:rPr>
          <w:rFonts w:ascii="Times New Roman" w:hAnsi="Times New Roman" w:eastAsia="宋体"/>
          <w:b w:val="0"/>
          <w:i w:val="0"/>
          <w:color w:val="333333"/>
          <w:sz w:val="19"/>
        </w:rPr>
        <w:t>(L/2)²+r²=R².</w:t>
      </w:r>
    </w:p>
    <w:p>
      <w:pPr>
        <w:spacing w:before="0" w:after="80" w:line="300" w:lineRule="auto"/>
        <w:jc w:val="left"/>
      </w:pPr>
      <w:r>
        <w:rPr>
          <w:rFonts w:ascii="Times New Roman" w:hAnsi="Times New Roman" w:eastAsia="宋体"/>
          <w:b w:val="0"/>
          <w:i w:val="0"/>
          <w:color w:val="333333"/>
          <w:sz w:val="19"/>
        </w:rPr>
        <w:t>Thus L=2√(R²-r²), so L=2√(25/2)=5√(2).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有 y₁=a+b+c 且 y₂=a-b+c。因此 y₁-y₂=2b=-6，所以 b=-3。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y₁=a+b+c and y₂=a-b+c. Therefore y₁-y₂=2b=-6, so b=-3.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由弧度数之和得</w:t>
      </w:r>
    </w:p>
    <w:p>
      <w:pPr>
        <w:spacing w:before="0" w:after="80" w:line="300" w:lineRule="auto"/>
        <w:jc w:val="left"/>
      </w:pPr>
      <w:r>
        <w:rPr>
          <w:rFonts w:ascii="Times New Roman" w:hAnsi="Times New Roman" w:eastAsia="宋体"/>
          <w:b w:val="0"/>
          <w:i w:val="0"/>
          <w:sz w:val="21"/>
        </w:rPr>
        <w:t>6x+78=360,</w:t>
      </w:r>
    </w:p>
    <w:p>
      <w:pPr>
        <w:spacing w:before="0" w:after="80" w:line="300" w:lineRule="auto"/>
        <w:jc w:val="left"/>
      </w:pPr>
      <w:r>
        <w:rPr>
          <w:rFonts w:ascii="Times New Roman" w:hAnsi="Times New Roman" w:eastAsia="宋体"/>
          <w:b w:val="0"/>
          <w:i w:val="0"/>
          <w:sz w:val="21"/>
        </w:rPr>
        <w:t>x=47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因此三条弧的度数为 122°、119°、119°。所对弧为 122° 的圆周角为 61°。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arc sum gives</w:t>
      </w:r>
    </w:p>
    <w:p>
      <w:pPr>
        <w:spacing w:before="0" w:after="80" w:line="300" w:lineRule="auto"/>
        <w:jc w:val="left"/>
      </w:pPr>
      <w:r>
        <w:rPr>
          <w:rFonts w:ascii="Times New Roman" w:hAnsi="Times New Roman" w:eastAsia="宋体"/>
          <w:b w:val="0"/>
          <w:i w:val="0"/>
          <w:color w:val="333333"/>
          <w:sz w:val="19"/>
        </w:rPr>
        <w:t>6x+78=360,</w:t>
      </w:r>
    </w:p>
    <w:p>
      <w:pPr>
        <w:spacing w:before="0" w:after="80" w:line="300" w:lineRule="auto"/>
        <w:jc w:val="left"/>
      </w:pPr>
      <w:r>
        <w:rPr>
          <w:rFonts w:ascii="Times New Roman" w:hAnsi="Times New Roman" w:eastAsia="宋体"/>
          <w:b w:val="0"/>
          <w:i w:val="0"/>
          <w:color w:val="333333"/>
          <w:sz w:val="19"/>
        </w:rPr>
        <w:t>x=47.</w:t>
      </w:r>
    </w:p>
    <w:p>
      <w:pPr>
        <w:spacing w:before="0" w:after="80" w:line="300" w:lineRule="auto"/>
        <w:jc w:val="left"/>
      </w:pPr>
      <w:r>
        <w:rPr>
          <w:rFonts w:ascii="Times New Roman" w:hAnsi="Times New Roman" w:eastAsia="宋体"/>
          <w:b w:val="0"/>
          <w:i w:val="0"/>
          <w:color w:val="333333"/>
          <w:sz w:val="19"/>
        </w:rPr>
        <w:t>The arcs then measure 122°, 119°, and 119°. The angle intercepting the 122° arc measures 61°.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这些整数从 2 到 2+51=53。它们的平均数是首项与末项的平均数：</w:t>
      </w:r>
    </w:p>
    <w:p>
      <w:pPr>
        <w:spacing w:before="0" w:after="80" w:line="300" w:lineRule="auto"/>
        <w:jc w:val="left"/>
      </w:pPr>
      <w:r>
        <w:rPr>
          <w:rFonts w:ascii="Times New Roman" w:hAnsi="Times New Roman" w:eastAsia="宋体"/>
          <w:b w:val="0"/>
          <w:i w:val="0"/>
          <w:sz w:val="21"/>
        </w:rPr>
        <w:t>2+53/2=55/2=271/2。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integers run from 2 through 2+51=53. Their mean is the average of the first and last:</w:t>
      </w:r>
    </w:p>
    <w:p>
      <w:pPr>
        <w:spacing w:before="0" w:after="80" w:line="300" w:lineRule="auto"/>
        <w:jc w:val="left"/>
      </w:pPr>
      <w:r>
        <w:rPr>
          <w:rFonts w:ascii="Times New Roman" w:hAnsi="Times New Roman" w:eastAsia="宋体"/>
          <w:b w:val="0"/>
          <w:i w:val="0"/>
          <w:color w:val="333333"/>
          <w:sz w:val="19"/>
        </w:rPr>
        <w:t>2+53/2=55/2=271/2.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设圆心为 O，半径为 r。到两条平行切线距离相等的点必在它们的中线上，而该中线经过 O。若该点到 O 的距离为 t，则它到任一切线的距离为 r，到圆的距离为 lvert t-rrvert。因此 lvert t-rrvert=r，得到 t=0 或 t=2r。当 t=0 时有一个点，当 t=2r 时有两个点，共 3 个。</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circle have center O and radius r. A point equidistant from the two parallel tangents must lie on their midline, which passes through O. If its distance from O is t, its distance from either tangent is r, while its distance from the circle is lvert t-rrvert. Thus lvert t-rrvert=r, giving t=0 or t=2r. There is one point with t=0 and two with t=2r, for a total of 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由三角不等式，PR+RQ≥ PQ，当 R 在线段 PQ 上时取等号。PQ 的斜率为 (2-(-2))/(4-(-1))=4/5。从 x=-1 移到 x=1 时，y 坐标增加 (4/5)(2)=8/5，所以</w:t>
      </w:r>
    </w:p>
    <w:p>
      <w:pPr>
        <w:spacing w:before="0" w:after="80" w:line="300" w:lineRule="auto"/>
        <w:jc w:val="left"/>
      </w:pPr>
      <w:r>
        <w:rPr>
          <w:rFonts w:ascii="Times New Roman" w:hAnsi="Times New Roman" w:eastAsia="宋体"/>
          <w:b w:val="0"/>
          <w:i w:val="0"/>
          <w:sz w:val="21"/>
        </w:rPr>
        <w:t>m=-2+8/5=-2/5。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triangle inequality, PR+RQ≥ PQ, with equality when R lies on segment PQ. The slope of PQ is (2-(-2))/(4-(-1))=4/5. Moving from x=-1 to x=1 raises the y-coordinate by (4/5)(2)=8/5, so</w:t>
      </w:r>
    </w:p>
    <w:p>
      <w:pPr>
        <w:spacing w:before="0" w:after="80" w:line="300" w:lineRule="auto"/>
        <w:jc w:val="left"/>
      </w:pPr>
      <w:r>
        <w:rPr>
          <w:rFonts w:ascii="Times New Roman" w:hAnsi="Times New Roman" w:eastAsia="宋体"/>
          <w:b w:val="0"/>
          <w:i w:val="0"/>
          <w:color w:val="333333"/>
          <w:sz w:val="19"/>
        </w:rPr>
        <w:t>m=-2+8/5=-2/5.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F=x²+8/3x+m/2。</w:t>
      </w:r>
    </w:p>
    <w:p>
      <w:pPr>
        <w:spacing w:before="0" w:after="80" w:line="300" w:lineRule="auto"/>
        <w:jc w:val="left"/>
      </w:pPr>
      <w:r>
        <w:rPr>
          <w:rFonts w:ascii="Times New Roman" w:hAnsi="Times New Roman" w:eastAsia="宋体"/>
          <w:b w:val="0"/>
          <w:i w:val="0"/>
          <w:sz w:val="21"/>
        </w:rPr>
        <w:t>要使它成为平方，必须等于 (x+4/3)²，其常数项为 16/9。因此 m/2=16/9，所以 m=32/9，它位于 3 与 4 之间。</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F=x²+8/3x+m/2.</w:t>
      </w:r>
    </w:p>
    <w:p>
      <w:pPr>
        <w:spacing w:before="0" w:after="80" w:line="300" w:lineRule="auto"/>
        <w:jc w:val="left"/>
      </w:pPr>
      <w:r>
        <w:rPr>
          <w:rFonts w:ascii="Times New Roman" w:hAnsi="Times New Roman" w:eastAsia="宋体"/>
          <w:b w:val="0"/>
          <w:i w:val="0"/>
          <w:color w:val="333333"/>
          <w:sz w:val="19"/>
        </w:rPr>
        <w:t>For this to be a square, it must equal (x+4/3)², whose constant term is 16/9. Hence m/2=16/9, so m=32/9, which lies between 3 and 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面积条件为</w:t>
      </w:r>
    </w:p>
    <w:p>
      <w:pPr>
        <w:spacing w:before="0" w:after="80" w:line="300" w:lineRule="auto"/>
        <w:jc w:val="left"/>
      </w:pPr>
      <w:r>
        <w:rPr>
          <w:rFonts w:ascii="Times New Roman" w:hAnsi="Times New Roman" w:eastAsia="宋体"/>
          <w:b w:val="0"/>
          <w:i w:val="0"/>
          <w:sz w:val="21"/>
        </w:rPr>
        <w:t>π R²=a/bπ(R²-r²)。</w:t>
      </w:r>
    </w:p>
    <w:p>
      <w:pPr>
        <w:spacing w:before="0" w:after="80" w:line="300" w:lineRule="auto"/>
        <w:jc w:val="left"/>
      </w:pPr>
      <w:r>
        <w:rPr>
          <w:rFonts w:ascii="Times New Roman" w:hAnsi="Times New Roman" w:eastAsia="宋体"/>
          <w:b w:val="0"/>
          <w:i w:val="0"/>
          <w:sz w:val="21"/>
        </w:rPr>
        <w:t>因此 bR²=aR²-ar²，所以 ar²=(a-b)R²。从而</w:t>
      </w:r>
    </w:p>
    <w:p>
      <w:pPr>
        <w:spacing w:before="0" w:after="80" w:line="300" w:lineRule="auto"/>
        <w:jc w:val="left"/>
      </w:pPr>
      <w:r>
        <w:rPr>
          <w:rFonts w:ascii="Times New Roman" w:hAnsi="Times New Roman" w:eastAsia="宋体"/>
          <w:b w:val="0"/>
          <w:i w:val="0"/>
          <w:sz w:val="21"/>
        </w:rPr>
        <w:t>R/r=√(a/a-b)，</w:t>
      </w:r>
    </w:p>
    <w:p>
      <w:pPr>
        <w:spacing w:before="0" w:after="80" w:line="300" w:lineRule="auto"/>
        <w:jc w:val="left"/>
      </w:pPr>
      <w:r>
        <w:rPr>
          <w:rFonts w:ascii="Times New Roman" w:hAnsi="Times New Roman" w:eastAsia="宋体"/>
          <w:b w:val="0"/>
          <w:i w:val="0"/>
          <w:sz w:val="21"/>
        </w:rPr>
        <w:t>且 R:r=√(a):√(a-b)。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condition is</w:t>
      </w:r>
    </w:p>
    <w:p>
      <w:pPr>
        <w:spacing w:before="0" w:after="80" w:line="300" w:lineRule="auto"/>
        <w:jc w:val="left"/>
      </w:pPr>
      <w:r>
        <w:rPr>
          <w:rFonts w:ascii="Times New Roman" w:hAnsi="Times New Roman" w:eastAsia="宋体"/>
          <w:b w:val="0"/>
          <w:i w:val="0"/>
          <w:color w:val="333333"/>
          <w:sz w:val="19"/>
        </w:rPr>
        <w:t>π R²=a/bπ(R²-r²).</w:t>
      </w:r>
    </w:p>
    <w:p>
      <w:pPr>
        <w:spacing w:before="0" w:after="80" w:line="300" w:lineRule="auto"/>
        <w:jc w:val="left"/>
      </w:pPr>
      <w:r>
        <w:rPr>
          <w:rFonts w:ascii="Times New Roman" w:hAnsi="Times New Roman" w:eastAsia="宋体"/>
          <w:b w:val="0"/>
          <w:i w:val="0"/>
          <w:color w:val="333333"/>
          <w:sz w:val="19"/>
        </w:rPr>
        <w:t>Thus bR²=aR²-ar², so ar²=(a-b)R². Therefore</w:t>
      </w:r>
    </w:p>
    <w:p>
      <w:pPr>
        <w:spacing w:before="0" w:after="80" w:line="300" w:lineRule="auto"/>
        <w:jc w:val="left"/>
      </w:pPr>
      <w:r>
        <w:rPr>
          <w:rFonts w:ascii="Times New Roman" w:hAnsi="Times New Roman" w:eastAsia="宋体"/>
          <w:b w:val="0"/>
          <w:i w:val="0"/>
          <w:color w:val="333333"/>
          <w:sz w:val="19"/>
        </w:rPr>
        <w:t>R/r=√(a/a-b),</w:t>
      </w:r>
    </w:p>
    <w:p>
      <w:pPr>
        <w:spacing w:before="0" w:after="80" w:line="300" w:lineRule="auto"/>
        <w:jc w:val="left"/>
      </w:pPr>
      <w:r>
        <w:rPr>
          <w:rFonts w:ascii="Times New Roman" w:hAnsi="Times New Roman" w:eastAsia="宋体"/>
          <w:b w:val="0"/>
          <w:i w:val="0"/>
          <w:color w:val="333333"/>
          <w:sz w:val="19"/>
        </w:rPr>
        <w:t>and R:r=√(a):√(a-b).</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将式子因式分解为</w:t>
      </w:r>
    </w:p>
    <w:p>
      <w:pPr>
        <w:spacing w:before="0" w:after="80" w:line="300" w:lineRule="auto"/>
        <w:jc w:val="left"/>
      </w:pPr>
      <w:r>
        <w:rPr>
          <w:rFonts w:ascii="Times New Roman" w:hAnsi="Times New Roman" w:eastAsia="宋体"/>
          <w:b w:val="0"/>
          <w:i w:val="0"/>
          <w:sz w:val="21"/>
        </w:rPr>
        <w:t>((x-2)(x+2))/((x-1)(x+1))。</w:t>
      </w:r>
    </w:p>
    <w:p>
      <w:pPr>
        <w:spacing w:before="0" w:after="80" w:line="300" w:lineRule="auto"/>
        <w:jc w:val="left"/>
      </w:pPr>
      <w:r>
        <w:rPr>
          <w:rFonts w:ascii="Times New Roman" w:hAnsi="Times New Roman" w:eastAsia="宋体"/>
          <w:b w:val="0"/>
          <w:i w:val="0"/>
          <w:sz w:val="21"/>
        </w:rPr>
        <w:t>在 -2、-1、1、2 处作符号表，可知它在</w:t>
      </w:r>
    </w:p>
    <w:p>
      <w:pPr>
        <w:spacing w:before="0" w:after="80" w:line="300" w:lineRule="auto"/>
        <w:jc w:val="left"/>
      </w:pPr>
      <w:r>
        <w:rPr>
          <w:rFonts w:ascii="Times New Roman" w:hAnsi="Times New Roman" w:eastAsia="宋体"/>
          <w:b w:val="0"/>
          <w:i w:val="0"/>
          <w:sz w:val="21"/>
        </w:rPr>
        <w:t>(-∞,-2)∪(-1,1)∪(2,∞)</w:t>
      </w:r>
    </w:p>
    <w:p>
      <w:pPr>
        <w:spacing w:before="0" w:after="80" w:line="300" w:lineRule="auto"/>
        <w:jc w:val="left"/>
      </w:pPr>
      <w:r>
        <w:rPr>
          <w:rFonts w:ascii="Times New Roman" w:hAnsi="Times New Roman" w:eastAsia="宋体"/>
          <w:b w:val="0"/>
          <w:i w:val="0"/>
          <w:sz w:val="21"/>
        </w:rPr>
        <w:t>上为正。端点 ±2 使式子为零，而 ±1 处无定义。</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the expression as</w:t>
      </w:r>
    </w:p>
    <w:p>
      <w:pPr>
        <w:spacing w:before="0" w:after="80" w:line="300" w:lineRule="auto"/>
        <w:jc w:val="left"/>
      </w:pPr>
      <w:r>
        <w:rPr>
          <w:rFonts w:ascii="Times New Roman" w:hAnsi="Times New Roman" w:eastAsia="宋体"/>
          <w:b w:val="0"/>
          <w:i w:val="0"/>
          <w:color w:val="333333"/>
          <w:sz w:val="19"/>
        </w:rPr>
        <w:t>((x-2)(x+2))/((x-1)(x+1)).</w:t>
      </w:r>
    </w:p>
    <w:p>
      <w:pPr>
        <w:spacing w:before="0" w:after="80" w:line="300" w:lineRule="auto"/>
        <w:jc w:val="left"/>
      </w:pPr>
      <w:r>
        <w:rPr>
          <w:rFonts w:ascii="Times New Roman" w:hAnsi="Times New Roman" w:eastAsia="宋体"/>
          <w:b w:val="0"/>
          <w:i w:val="0"/>
          <w:color w:val="333333"/>
          <w:sz w:val="19"/>
        </w:rPr>
        <w:t>A sign chart at -2, -1, 1, and 2 shows it is positive on</w:t>
      </w:r>
    </w:p>
    <w:p>
      <w:pPr>
        <w:spacing w:before="0" w:after="80" w:line="300" w:lineRule="auto"/>
        <w:jc w:val="left"/>
      </w:pPr>
      <w:r>
        <w:rPr>
          <w:rFonts w:ascii="Times New Roman" w:hAnsi="Times New Roman" w:eastAsia="宋体"/>
          <w:b w:val="0"/>
          <w:i w:val="0"/>
          <w:color w:val="333333"/>
          <w:sz w:val="19"/>
        </w:rPr>
        <w:t>(-∞,-2)∪(-1,1)∪(2,∞).</w:t>
      </w:r>
    </w:p>
    <w:p>
      <w:pPr>
        <w:spacing w:before="0" w:after="80" w:line="300" w:lineRule="auto"/>
        <w:jc w:val="left"/>
      </w:pPr>
      <w:r>
        <w:rPr>
          <w:rFonts w:ascii="Times New Roman" w:hAnsi="Times New Roman" w:eastAsia="宋体"/>
          <w:b w:val="0"/>
          <w:i w:val="0"/>
          <w:color w:val="333333"/>
          <w:sz w:val="19"/>
        </w:rPr>
        <w:t>The endpoints ±2 give zero and ±1 are undefined.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三角形 OAB 为等边三角形。因为 OM⊥ AB，所以 M 是 AB 的中点，从而 AM=r/2 且 ∠ OAM=60°。在直角三角形 AMD 中，斜边为 AM=r/2，所以</w:t>
      </w:r>
    </w:p>
    <w:p>
      <w:pPr>
        <w:spacing w:before="0" w:after="80" w:line="300" w:lineRule="auto"/>
        <w:jc w:val="left"/>
      </w:pPr>
      <w:r>
        <w:rPr>
          <w:rFonts w:ascii="Times New Roman" w:hAnsi="Times New Roman" w:eastAsia="宋体"/>
          <w:b w:val="0"/>
          <w:i w:val="0"/>
          <w:sz w:val="21"/>
        </w:rPr>
        <w:t>AD=r/4, MD=(r√(3))/4。</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[MDA]=1/2(AD)(MD)</w:t>
      </w:r>
    </w:p>
    <w:p>
      <w:pPr>
        <w:spacing w:before="0" w:after="80" w:line="300" w:lineRule="auto"/>
        <w:jc w:val="left"/>
      </w:pPr>
      <w:r>
        <w:rPr>
          <w:rFonts w:ascii="Times New Roman" w:hAnsi="Times New Roman" w:eastAsia="宋体"/>
          <w:b w:val="0"/>
          <w:i w:val="0"/>
          <w:sz w:val="21"/>
        </w:rPr>
        <w:t>=(r²√(3))/32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OAB is equilateral. Since OM⊥ AB, M is the midpoint of AB, so AM=r/2 and ∠ OAM=60°. In right triangle AMD, the hypotenuse is AM=r/2, giving</w:t>
      </w:r>
    </w:p>
    <w:p>
      <w:pPr>
        <w:spacing w:before="0" w:after="80" w:line="300" w:lineRule="auto"/>
        <w:jc w:val="left"/>
      </w:pPr>
      <w:r>
        <w:rPr>
          <w:rFonts w:ascii="Times New Roman" w:hAnsi="Times New Roman" w:eastAsia="宋体"/>
          <w:b w:val="0"/>
          <w:i w:val="0"/>
          <w:color w:val="333333"/>
          <w:sz w:val="19"/>
        </w:rPr>
        <w:t>AD=r/4, MD=(r√(3))/4.</w:t>
      </w:r>
    </w:p>
    <w:p>
      <w:pPr>
        <w:spacing w:before="0" w:after="80" w:line="300" w:lineRule="auto"/>
        <w:jc w:val="left"/>
      </w:pPr>
      <w:r>
        <w:rPr>
          <w:rFonts w:ascii="Times New Roman" w:hAnsi="Times New Roman" w:eastAsia="宋体"/>
          <w:b w:val="0"/>
          <w:i w:val="0"/>
          <w:color w:val="333333"/>
          <w:sz w:val="19"/>
        </w:rPr>
        <w:t>Hence</w:t>
      </w:r>
    </w:p>
    <w:p>
      <w:pPr>
        <w:spacing w:before="0" w:after="80" w:line="300" w:lineRule="auto"/>
        <w:jc w:val="left"/>
      </w:pPr>
      <w:r>
        <w:rPr>
          <w:rFonts w:ascii="Times New Roman" w:hAnsi="Times New Roman" w:eastAsia="宋体"/>
          <w:b w:val="0"/>
          <w:i w:val="0"/>
          <w:color w:val="333333"/>
          <w:sz w:val="19"/>
        </w:rPr>
        <w:t>[MDA]=1/2(AD)(MD)</w:t>
      </w:r>
    </w:p>
    <w:p>
      <w:pPr>
        <w:spacing w:before="0" w:after="80" w:line="300" w:lineRule="auto"/>
        <w:jc w:val="left"/>
      </w:pPr>
      <w:r>
        <w:rPr>
          <w:rFonts w:ascii="Times New Roman" w:hAnsi="Times New Roman" w:eastAsia="宋体"/>
          <w:b w:val="0"/>
          <w:i w:val="0"/>
          <w:color w:val="333333"/>
          <w:sz w:val="19"/>
        </w:rPr>
        <w:t>=(r²√(3))/32.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第二项与第三项之和为</w:t>
      </w:r>
    </w:p>
    <w:p>
      <w:pPr>
        <w:spacing w:before="0" w:after="80" w:line="300" w:lineRule="auto"/>
        <w:jc w:val="left"/>
      </w:pPr>
      <w:r>
        <w:rPr>
          <w:rFonts w:ascii="Times New Roman" w:hAnsi="Times New Roman" w:eastAsia="宋体"/>
          <w:b w:val="0"/>
          <w:i w:val="0"/>
          <w:sz w:val="21"/>
        </w:rPr>
        <w:t>-naⁿ⁻¹b+(n(n-1))/2aⁿ⁻²b²。</w:t>
      </w:r>
    </w:p>
    <w:p>
      <w:pPr>
        <w:spacing w:before="0" w:after="80" w:line="300" w:lineRule="auto"/>
        <w:jc w:val="left"/>
      </w:pPr>
      <w:r>
        <w:rPr>
          <w:rFonts w:ascii="Times New Roman" w:hAnsi="Times New Roman" w:eastAsia="宋体"/>
          <w:b w:val="0"/>
          <w:i w:val="0"/>
          <w:sz w:val="21"/>
        </w:rPr>
        <w:t>代入 a=kb，再除以非零量 naⁿ⁻²b，得</w:t>
      </w:r>
    </w:p>
    <w:p>
      <w:pPr>
        <w:spacing w:before="0" w:after="80" w:line="300" w:lineRule="auto"/>
        <w:jc w:val="left"/>
      </w:pPr>
      <w:r>
        <w:rPr>
          <w:rFonts w:ascii="Times New Roman" w:hAnsi="Times New Roman" w:eastAsia="宋体"/>
          <w:b w:val="0"/>
          <w:i w:val="0"/>
          <w:sz w:val="21"/>
        </w:rPr>
        <w:t>-k+n-1/2=0。</w:t>
      </w:r>
    </w:p>
    <w:p>
      <w:pPr>
        <w:spacing w:before="0" w:after="80" w:line="300" w:lineRule="auto"/>
        <w:jc w:val="left"/>
      </w:pPr>
      <w:r>
        <w:rPr>
          <w:rFonts w:ascii="Times New Roman" w:hAnsi="Times New Roman" w:eastAsia="宋体"/>
          <w:b w:val="0"/>
          <w:i w:val="0"/>
          <w:sz w:val="21"/>
        </w:rPr>
        <w:t>因此 n=2k+1。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second and third terms is</w:t>
      </w:r>
    </w:p>
    <w:p>
      <w:pPr>
        <w:spacing w:before="0" w:after="80" w:line="300" w:lineRule="auto"/>
        <w:jc w:val="left"/>
      </w:pPr>
      <w:r>
        <w:rPr>
          <w:rFonts w:ascii="Times New Roman" w:hAnsi="Times New Roman" w:eastAsia="宋体"/>
          <w:b w:val="0"/>
          <w:i w:val="0"/>
          <w:color w:val="333333"/>
          <w:sz w:val="19"/>
        </w:rPr>
        <w:t>-naⁿ⁻¹b+(n(n-1))/2aⁿ⁻²b².</w:t>
      </w:r>
    </w:p>
    <w:p>
      <w:pPr>
        <w:spacing w:before="0" w:after="80" w:line="300" w:lineRule="auto"/>
        <w:jc w:val="left"/>
      </w:pPr>
      <w:r>
        <w:rPr>
          <w:rFonts w:ascii="Times New Roman" w:hAnsi="Times New Roman" w:eastAsia="宋体"/>
          <w:b w:val="0"/>
          <w:i w:val="0"/>
          <w:color w:val="333333"/>
          <w:sz w:val="19"/>
        </w:rPr>
        <w:t>Substituting a=kb and dividing by the nonzero quantity naⁿ⁻²b gives</w:t>
      </w:r>
    </w:p>
    <w:p>
      <w:pPr>
        <w:spacing w:before="0" w:after="80" w:line="300" w:lineRule="auto"/>
        <w:jc w:val="left"/>
      </w:pPr>
      <w:r>
        <w:rPr>
          <w:rFonts w:ascii="Times New Roman" w:hAnsi="Times New Roman" w:eastAsia="宋体"/>
          <w:b w:val="0"/>
          <w:i w:val="0"/>
          <w:color w:val="333333"/>
          <w:sz w:val="19"/>
        </w:rPr>
        <w:t>-k+n-1/2=0.</w:t>
      </w:r>
    </w:p>
    <w:p>
      <w:pPr>
        <w:spacing w:before="0" w:after="80" w:line="300" w:lineRule="auto"/>
        <w:jc w:val="left"/>
      </w:pPr>
      <w:r>
        <w:rPr>
          <w:rFonts w:ascii="Times New Roman" w:hAnsi="Times New Roman" w:eastAsia="宋体"/>
          <w:b w:val="0"/>
          <w:i w:val="0"/>
          <w:color w:val="333333"/>
          <w:sz w:val="19"/>
        </w:rPr>
        <w:t>Therefore n=2k+1.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令 t=2ˣ。于是</w:t>
      </w:r>
    </w:p>
    <w:p>
      <w:pPr>
        <w:spacing w:before="0" w:after="80" w:line="300" w:lineRule="auto"/>
        <w:jc w:val="left"/>
      </w:pPr>
      <w:r>
        <w:rPr>
          <w:rFonts w:ascii="Times New Roman" w:hAnsi="Times New Roman" w:eastAsia="宋体"/>
          <w:b w:val="0"/>
          <w:i w:val="0"/>
          <w:sz w:val="21"/>
        </w:rPr>
        <w:t>t²-8t+12=0,</w:t>
      </w:r>
    </w:p>
    <w:p>
      <w:pPr>
        <w:spacing w:before="0" w:after="80" w:line="300" w:lineRule="auto"/>
        <w:jc w:val="left"/>
      </w:pPr>
      <w:r>
        <w:rPr>
          <w:rFonts w:ascii="Times New Roman" w:hAnsi="Times New Roman" w:eastAsia="宋体"/>
          <w:b w:val="0"/>
          <w:i w:val="0"/>
          <w:sz w:val="21"/>
        </w:rPr>
        <w:t>(t-2)(t-6)=0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根 t=6 给出</w:t>
      </w:r>
    </w:p>
    <w:p>
      <w:pPr>
        <w:spacing w:before="0" w:after="80" w:line="300" w:lineRule="auto"/>
        <w:jc w:val="left"/>
      </w:pPr>
      <w:r>
        <w:rPr>
          <w:rFonts w:ascii="Times New Roman" w:hAnsi="Times New Roman" w:eastAsia="宋体"/>
          <w:b w:val="0"/>
          <w:i w:val="0"/>
          <w:sz w:val="21"/>
        </w:rPr>
        <w:t>x=log₂ 6</w:t>
      </w:r>
    </w:p>
    <w:p>
      <w:pPr>
        <w:spacing w:before="0" w:after="80" w:line="300" w:lineRule="auto"/>
        <w:jc w:val="left"/>
      </w:pPr>
      <w:r>
        <w:rPr>
          <w:rFonts w:ascii="Times New Roman" w:hAnsi="Times New Roman" w:eastAsia="宋体"/>
          <w:b w:val="0"/>
          <w:i w:val="0"/>
          <w:sz w:val="21"/>
        </w:rPr>
        <w:t>=1+log₂ 3</w:t>
      </w:r>
    </w:p>
    <w:p>
      <w:pPr>
        <w:spacing w:before="0" w:after="80" w:line="300" w:lineRule="auto"/>
        <w:jc w:val="left"/>
      </w:pPr>
      <w:r>
        <w:rPr>
          <w:rFonts w:ascii="Times New Roman" w:hAnsi="Times New Roman" w:eastAsia="宋体"/>
          <w:b w:val="0"/>
          <w:i w:val="0"/>
          <w:sz w:val="21"/>
        </w:rPr>
        <w:t>=1+log3/log2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（方程还有一个解 x=1，但它不在选项中。）</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t=2ˣ. Then</w:t>
      </w:r>
    </w:p>
    <w:p>
      <w:pPr>
        <w:spacing w:before="0" w:after="80" w:line="300" w:lineRule="auto"/>
        <w:jc w:val="left"/>
      </w:pPr>
      <w:r>
        <w:rPr>
          <w:rFonts w:ascii="Times New Roman" w:hAnsi="Times New Roman" w:eastAsia="宋体"/>
          <w:b w:val="0"/>
          <w:i w:val="0"/>
          <w:color w:val="333333"/>
          <w:sz w:val="19"/>
        </w:rPr>
        <w:t>t²-8t+12=0,</w:t>
      </w:r>
    </w:p>
    <w:p>
      <w:pPr>
        <w:spacing w:before="0" w:after="80" w:line="300" w:lineRule="auto"/>
        <w:jc w:val="left"/>
      </w:pPr>
      <w:r>
        <w:rPr>
          <w:rFonts w:ascii="Times New Roman" w:hAnsi="Times New Roman" w:eastAsia="宋体"/>
          <w:b w:val="0"/>
          <w:i w:val="0"/>
          <w:color w:val="333333"/>
          <w:sz w:val="19"/>
        </w:rPr>
        <w:t>(t-2)(t-6)=0.</w:t>
      </w:r>
    </w:p>
    <w:p>
      <w:pPr>
        <w:spacing w:before="0" w:after="80" w:line="300" w:lineRule="auto"/>
        <w:jc w:val="left"/>
      </w:pPr>
      <w:r>
        <w:rPr>
          <w:rFonts w:ascii="Times New Roman" w:hAnsi="Times New Roman" w:eastAsia="宋体"/>
          <w:b w:val="0"/>
          <w:i w:val="0"/>
          <w:color w:val="333333"/>
          <w:sz w:val="19"/>
        </w:rPr>
        <w:t>The root t=6 gives</w:t>
      </w:r>
    </w:p>
    <w:p>
      <w:pPr>
        <w:spacing w:before="0" w:after="80" w:line="300" w:lineRule="auto"/>
        <w:jc w:val="left"/>
      </w:pPr>
      <w:r>
        <w:rPr>
          <w:rFonts w:ascii="Times New Roman" w:hAnsi="Times New Roman" w:eastAsia="宋体"/>
          <w:b w:val="0"/>
          <w:i w:val="0"/>
          <w:color w:val="333333"/>
          <w:sz w:val="19"/>
        </w:rPr>
        <w:t>x=log₂ 6</w:t>
      </w:r>
    </w:p>
    <w:p>
      <w:pPr>
        <w:spacing w:before="0" w:after="80" w:line="300" w:lineRule="auto"/>
        <w:jc w:val="left"/>
      </w:pPr>
      <w:r>
        <w:rPr>
          <w:rFonts w:ascii="Times New Roman" w:hAnsi="Times New Roman" w:eastAsia="宋体"/>
          <w:b w:val="0"/>
          <w:i w:val="0"/>
          <w:color w:val="333333"/>
          <w:sz w:val="19"/>
        </w:rPr>
        <w:t>=1+log₂ 3</w:t>
      </w:r>
    </w:p>
    <w:p>
      <w:pPr>
        <w:spacing w:before="0" w:after="80" w:line="300" w:lineRule="auto"/>
        <w:jc w:val="left"/>
      </w:pPr>
      <w:r>
        <w:rPr>
          <w:rFonts w:ascii="Times New Roman" w:hAnsi="Times New Roman" w:eastAsia="宋体"/>
          <w:b w:val="0"/>
          <w:i w:val="0"/>
          <w:color w:val="333333"/>
          <w:sz w:val="19"/>
        </w:rPr>
        <w:t>=1+log3/log2.</w:t>
      </w:r>
    </w:p>
    <w:p>
      <w:pPr>
        <w:spacing w:before="0" w:after="80" w:line="300" w:lineRule="auto"/>
        <w:jc w:val="left"/>
      </w:pPr>
      <w:r>
        <w:rPr>
          <w:rFonts w:ascii="Times New Roman" w:hAnsi="Times New Roman" w:eastAsia="宋体"/>
          <w:b w:val="0"/>
          <w:i w:val="0"/>
          <w:color w:val="333333"/>
          <w:sz w:val="19"/>
        </w:rPr>
        <w:t>(The equation is also satisfied by x=1, which is not a listed choice.)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第一个图形由直线 x-y+2=0、3x+y-4=0 组成，第二个图形由直线 x+y-2=0、2x-5y+7=0 组成。第一组中的每条直线都与第二组中的每条直线相交。解这四组方程，得到四个互异的点：</w:t>
      </w:r>
    </w:p>
    <w:p>
      <w:pPr>
        <w:spacing w:before="0" w:after="80" w:line="300" w:lineRule="auto"/>
        <w:jc w:val="left"/>
      </w:pPr>
      <w:r>
        <w:rPr>
          <w:rFonts w:ascii="Times New Roman" w:hAnsi="Times New Roman" w:eastAsia="宋体"/>
          <w:b w:val="0"/>
          <w:i w:val="0"/>
          <w:sz w:val="21"/>
        </w:rPr>
        <w:t>(0,2), (-1,1),</w:t>
      </w:r>
    </w:p>
    <w:p>
      <w:pPr>
        <w:spacing w:before="0" w:after="80" w:line="300" w:lineRule="auto"/>
        <w:jc w:val="left"/>
      </w:pPr>
      <w:r>
        <w:rPr>
          <w:rFonts w:ascii="Times New Roman" w:hAnsi="Times New Roman" w:eastAsia="宋体"/>
          <w:b w:val="0"/>
          <w:i w:val="0"/>
          <w:sz w:val="21"/>
        </w:rPr>
        <w:t>(1,1), (13/17,29/17)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因而共有 4 个公共点。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graph is the pair x-y+2=0, and 3x+y-4=0, and the second is x+y-2=0, and 2x-5y+7=0. Each line in the first pair meets each line in the second pair. Solving the four pairings gives four distinct points:</w:t>
      </w:r>
    </w:p>
    <w:p>
      <w:pPr>
        <w:spacing w:before="0" w:after="80" w:line="300" w:lineRule="auto"/>
        <w:jc w:val="left"/>
      </w:pPr>
      <w:r>
        <w:rPr>
          <w:rFonts w:ascii="Times New Roman" w:hAnsi="Times New Roman" w:eastAsia="宋体"/>
          <w:b w:val="0"/>
          <w:i w:val="0"/>
          <w:color w:val="333333"/>
          <w:sz w:val="19"/>
        </w:rPr>
        <w:t>(0,2), (-1,1),</w:t>
      </w:r>
    </w:p>
    <w:p>
      <w:pPr>
        <w:spacing w:before="0" w:after="80" w:line="300" w:lineRule="auto"/>
        <w:jc w:val="left"/>
      </w:pPr>
      <w:r>
        <w:rPr>
          <w:rFonts w:ascii="Times New Roman" w:hAnsi="Times New Roman" w:eastAsia="宋体"/>
          <w:b w:val="0"/>
          <w:i w:val="0"/>
          <w:color w:val="333333"/>
          <w:sz w:val="19"/>
        </w:rPr>
        <w:t>(1,1), (13/17,29/17).</w:t>
      </w:r>
    </w:p>
    <w:p>
      <w:pPr>
        <w:spacing w:before="0" w:after="80" w:line="300" w:lineRule="auto"/>
        <w:jc w:val="left"/>
      </w:pPr>
      <w:r>
        <w:rPr>
          <w:rFonts w:ascii="Times New Roman" w:hAnsi="Times New Roman" w:eastAsia="宋体"/>
          <w:b w:val="0"/>
          <w:i w:val="0"/>
          <w:color w:val="333333"/>
          <w:sz w:val="19"/>
        </w:rPr>
        <w:t>Thus there are 4 common points.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令 u=x²y²。则</w:t>
      </w:r>
    </w:p>
    <w:p>
      <w:pPr>
        <w:spacing w:before="0" w:after="80" w:line="300" w:lineRule="auto"/>
        <w:jc w:val="left"/>
      </w:pPr>
      <w:r>
        <w:rPr>
          <w:rFonts w:ascii="Times New Roman" w:hAnsi="Times New Roman" w:eastAsia="宋体"/>
          <w:b w:val="0"/>
          <w:i w:val="0"/>
          <w:sz w:val="21"/>
        </w:rPr>
        <w:t>u²-10u+9=0,</w:t>
      </w:r>
    </w:p>
    <w:p>
      <w:pPr>
        <w:spacing w:before="0" w:after="80" w:line="300" w:lineRule="auto"/>
        <w:jc w:val="left"/>
      </w:pPr>
      <w:r>
        <w:rPr>
          <w:rFonts w:ascii="Times New Roman" w:hAnsi="Times New Roman" w:eastAsia="宋体"/>
          <w:b w:val="0"/>
          <w:i w:val="0"/>
          <w:sz w:val="21"/>
        </w:rPr>
        <w:t>(u-1)(u-9)=0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x 和 y 都是正整数，所以 xy=1 或 xy=3。这些有序对为 (1,1)、(1,3)、(3,1)，共 3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u=x²y². Then</w:t>
      </w:r>
    </w:p>
    <w:p>
      <w:pPr>
        <w:spacing w:before="0" w:after="80" w:line="300" w:lineRule="auto"/>
        <w:jc w:val="left"/>
      </w:pPr>
      <w:r>
        <w:rPr>
          <w:rFonts w:ascii="Times New Roman" w:hAnsi="Times New Roman" w:eastAsia="宋体"/>
          <w:b w:val="0"/>
          <w:i w:val="0"/>
          <w:color w:val="333333"/>
          <w:sz w:val="19"/>
        </w:rPr>
        <w:t>u²-10u+9=0,</w:t>
      </w:r>
    </w:p>
    <w:p>
      <w:pPr>
        <w:spacing w:before="0" w:after="80" w:line="300" w:lineRule="auto"/>
        <w:jc w:val="left"/>
      </w:pPr>
      <w:r>
        <w:rPr>
          <w:rFonts w:ascii="Times New Roman" w:hAnsi="Times New Roman" w:eastAsia="宋体"/>
          <w:b w:val="0"/>
          <w:i w:val="0"/>
          <w:color w:val="333333"/>
          <w:sz w:val="19"/>
        </w:rPr>
        <w:t>(u-1)(u-9)=0.</w:t>
      </w:r>
    </w:p>
    <w:p>
      <w:pPr>
        <w:spacing w:before="0" w:after="80" w:line="300" w:lineRule="auto"/>
        <w:jc w:val="left"/>
      </w:pPr>
      <w:r>
        <w:rPr>
          <w:rFonts w:ascii="Times New Roman" w:hAnsi="Times New Roman" w:eastAsia="宋体"/>
          <w:b w:val="0"/>
          <w:i w:val="0"/>
          <w:color w:val="333333"/>
          <w:sz w:val="19"/>
        </w:rPr>
        <w:t>Since x and y are positive integers, this means xy=1 or xy=3. The pairs are (1,1), (1,3), and (3,1), for a total of 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两个因数满足</w:t>
      </w:r>
    </w:p>
    <w:p>
      <w:pPr>
        <w:spacing w:before="0" w:after="80" w:line="300" w:lineRule="auto"/>
        <w:jc w:val="left"/>
      </w:pPr>
      <w:r>
        <w:rPr>
          <w:rFonts w:ascii="Times New Roman" w:hAnsi="Times New Roman" w:eastAsia="宋体"/>
          <w:b w:val="0"/>
          <w:i w:val="0"/>
          <w:sz w:val="21"/>
        </w:rPr>
        <w:t>3.6·10¹⁸&lt; A&lt;3.7·10¹⁸,</w:t>
      </w:r>
    </w:p>
    <w:p>
      <w:pPr>
        <w:spacing w:before="0" w:after="80" w:line="300" w:lineRule="auto"/>
        <w:jc w:val="left"/>
      </w:pPr>
      <w:r>
        <w:rPr>
          <w:rFonts w:ascii="Times New Roman" w:hAnsi="Times New Roman" w:eastAsia="宋体"/>
          <w:b w:val="0"/>
          <w:i w:val="0"/>
          <w:sz w:val="21"/>
        </w:rPr>
        <w:t>3.4·10¹⁴&lt; B&lt;3.5·10¹⁴</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12.24·10³²&lt; AB&lt;12.95·10³²，</w:t>
      </w:r>
    </w:p>
    <w:p>
      <w:pPr>
        <w:spacing w:before="0" w:after="80" w:line="300" w:lineRule="auto"/>
        <w:jc w:val="left"/>
      </w:pPr>
      <w:r>
        <w:rPr>
          <w:rFonts w:ascii="Times New Roman" w:hAnsi="Times New Roman" w:eastAsia="宋体"/>
          <w:b w:val="0"/>
          <w:i w:val="0"/>
          <w:sz w:val="21"/>
        </w:rPr>
        <w:t>从而 10³³&lt; P&lt;10³⁴。所以 P 有 34 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factors satisfy</w:t>
      </w:r>
    </w:p>
    <w:p>
      <w:pPr>
        <w:spacing w:before="0" w:after="80" w:line="300" w:lineRule="auto"/>
        <w:jc w:val="left"/>
      </w:pPr>
      <w:r>
        <w:rPr>
          <w:rFonts w:ascii="Times New Roman" w:hAnsi="Times New Roman" w:eastAsia="宋体"/>
          <w:b w:val="0"/>
          <w:i w:val="0"/>
          <w:color w:val="333333"/>
          <w:sz w:val="19"/>
        </w:rPr>
        <w:t>3.6·10¹⁸&lt; A&lt;3.7·10¹⁸,</w:t>
      </w:r>
    </w:p>
    <w:p>
      <w:pPr>
        <w:spacing w:before="0" w:after="80" w:line="300" w:lineRule="auto"/>
        <w:jc w:val="left"/>
      </w:pPr>
      <w:r>
        <w:rPr>
          <w:rFonts w:ascii="Times New Roman" w:hAnsi="Times New Roman" w:eastAsia="宋体"/>
          <w:b w:val="0"/>
          <w:i w:val="0"/>
          <w:color w:val="333333"/>
          <w:sz w:val="19"/>
        </w:rPr>
        <w:t>3.4·10¹⁴&lt; B&lt;3.5·10¹⁴.</w:t>
      </w:r>
    </w:p>
    <w:p>
      <w:pPr>
        <w:spacing w:before="0" w:after="80" w:line="300" w:lineRule="auto"/>
        <w:jc w:val="left"/>
      </w:pPr>
      <w:r>
        <w:rPr>
          <w:rFonts w:ascii="Times New Roman" w:hAnsi="Times New Roman" w:eastAsia="宋体"/>
          <w:b w:val="0"/>
          <w:i w:val="0"/>
          <w:color w:val="333333"/>
          <w:sz w:val="19"/>
        </w:rPr>
        <w:t>Hence</w:t>
      </w:r>
    </w:p>
    <w:p>
      <w:pPr>
        <w:spacing w:before="0" w:after="80" w:line="300" w:lineRule="auto"/>
        <w:jc w:val="left"/>
      </w:pPr>
      <w:r>
        <w:rPr>
          <w:rFonts w:ascii="Times New Roman" w:hAnsi="Times New Roman" w:eastAsia="宋体"/>
          <w:b w:val="0"/>
          <w:i w:val="0"/>
          <w:color w:val="333333"/>
          <w:sz w:val="19"/>
        </w:rPr>
        <w:t>12.24·10³²&lt; AB&lt;12.95·10³²,</w:t>
      </w:r>
    </w:p>
    <w:p>
      <w:pPr>
        <w:spacing w:before="0" w:after="80" w:line="300" w:lineRule="auto"/>
        <w:jc w:val="left"/>
      </w:pPr>
      <w:r>
        <w:rPr>
          <w:rFonts w:ascii="Times New Roman" w:hAnsi="Times New Roman" w:eastAsia="宋体"/>
          <w:b w:val="0"/>
          <w:i w:val="0"/>
          <w:color w:val="333333"/>
          <w:sz w:val="19"/>
        </w:rPr>
        <w:t>so 10³³&lt; P&lt;10³⁴. Therefore P has 34 digits.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圆的半径为 √(m)。原点到该直线的距离是</w:t>
      </w:r>
    </w:p>
    <w:p>
      <w:pPr>
        <w:spacing w:before="0" w:after="80" w:line="300" w:lineRule="auto"/>
        <w:jc w:val="left"/>
      </w:pPr>
      <w:r>
        <w:rPr>
          <w:rFonts w:ascii="Times New Roman" w:hAnsi="Times New Roman" w:eastAsia="宋体"/>
          <w:b w:val="0"/>
          <w:i w:val="0"/>
          <w:sz w:val="21"/>
        </w:rPr>
        <w:t>(lvert-√(2m)rvert)/(√(1²+1²))=√(m)。</w:t>
      </w:r>
    </w:p>
    <w:p>
      <w:pPr>
        <w:spacing w:before="0" w:after="80" w:line="300" w:lineRule="auto"/>
        <w:jc w:val="left"/>
      </w:pPr>
      <w:r>
        <w:rPr>
          <w:rFonts w:ascii="Times New Roman" w:hAnsi="Times New Roman" w:eastAsia="宋体"/>
          <w:b w:val="0"/>
          <w:i w:val="0"/>
          <w:sz w:val="21"/>
        </w:rPr>
        <w:t>因此对每个 m≥0，该直线都与圆相切（当 m=0 时，图形退化为原点）。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circle has radius √(m). The distance from the origin to the line is</w:t>
      </w:r>
    </w:p>
    <w:p>
      <w:pPr>
        <w:spacing w:before="0" w:after="80" w:line="300" w:lineRule="auto"/>
        <w:jc w:val="left"/>
      </w:pPr>
      <w:r>
        <w:rPr>
          <w:rFonts w:ascii="Times New Roman" w:hAnsi="Times New Roman" w:eastAsia="宋体"/>
          <w:b w:val="0"/>
          <w:i w:val="0"/>
          <w:color w:val="333333"/>
          <w:sz w:val="19"/>
        </w:rPr>
        <w:t>(lvert-√(2m)rvert)/(√(1²+1²))=√(m).</w:t>
      </w:r>
    </w:p>
    <w:p>
      <w:pPr>
        <w:spacing w:before="0" w:after="80" w:line="300" w:lineRule="auto"/>
        <w:jc w:val="left"/>
      </w:pPr>
      <w:r>
        <w:rPr>
          <w:rFonts w:ascii="Times New Roman" w:hAnsi="Times New Roman" w:eastAsia="宋体"/>
          <w:b w:val="0"/>
          <w:i w:val="0"/>
          <w:color w:val="333333"/>
          <w:sz w:val="19"/>
        </w:rPr>
        <w:t>Thus the line is tangent for every m≥0 (with the m=0 case degenerate at the origin).</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从 x=0 到 5，该区域是面积为 1/2(5)(5)=12.5 的三角形。从 x=5 到 8，两端的高度分别为 5 和 11，所以梯形面积为</w:t>
      </w:r>
    </w:p>
    <w:p>
      <w:pPr>
        <w:spacing w:before="0" w:after="80" w:line="300" w:lineRule="auto"/>
        <w:jc w:val="left"/>
      </w:pPr>
      <w:r>
        <w:rPr>
          <w:rFonts w:ascii="Times New Roman" w:hAnsi="Times New Roman" w:eastAsia="宋体"/>
          <w:b w:val="0"/>
          <w:i w:val="0"/>
          <w:sz w:val="21"/>
        </w:rPr>
        <w:t>1/2(5+11)(3)=24。</w:t>
      </w:r>
    </w:p>
    <w:p>
      <w:pPr>
        <w:spacing w:before="0" w:after="80" w:line="300" w:lineRule="auto"/>
        <w:jc w:val="left"/>
      </w:pPr>
      <w:r>
        <w:rPr>
          <w:rFonts w:ascii="Times New Roman" w:hAnsi="Times New Roman" w:eastAsia="宋体"/>
          <w:b w:val="0"/>
          <w:i w:val="0"/>
          <w:sz w:val="21"/>
        </w:rPr>
        <w:t>因此 K=12.5+24=36.5。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x=0 to 5, the region is a triangle of area 1/2(5)(5)=12.5. From x=5 to 8, the endpoint heights are 5 and 11, so the trapezoid has area</w:t>
      </w:r>
    </w:p>
    <w:p>
      <w:pPr>
        <w:spacing w:before="0" w:after="80" w:line="300" w:lineRule="auto"/>
        <w:jc w:val="left"/>
      </w:pPr>
      <w:r>
        <w:rPr>
          <w:rFonts w:ascii="Times New Roman" w:hAnsi="Times New Roman" w:eastAsia="宋体"/>
          <w:b w:val="0"/>
          <w:i w:val="0"/>
          <w:color w:val="333333"/>
          <w:sz w:val="19"/>
        </w:rPr>
        <w:t>1/2(5+11)(3)=24.</w:t>
      </w:r>
    </w:p>
    <w:p>
      <w:pPr>
        <w:spacing w:before="0" w:after="80" w:line="300" w:lineRule="auto"/>
        <w:jc w:val="left"/>
      </w:pPr>
      <w:r>
        <w:rPr>
          <w:rFonts w:ascii="Times New Roman" w:hAnsi="Times New Roman" w:eastAsia="宋体"/>
          <w:b w:val="0"/>
          <w:i w:val="0"/>
          <w:color w:val="333333"/>
          <w:sz w:val="19"/>
        </w:rPr>
        <w:t>Thus K=12.5+24=36.5.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区间中的每个整数都可写成 n!+k，其中 2≤ k≤ n-1。因为 n! 是 k 的倍数，所以 n!+k 也是它的倍数，并且 n!+k&gt; k。因此每个这样的整数都是合数。（当 n=2 时，该区间为空。）所以区间中没有质数。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integer in the interval has the form n!+k for some 2≤ k≤ n-1. Because n! is divisible by k, so is n!+k, and n!+k&gt; k. Thus every such integer is composite. (For n=2, the interval is empty.) Hence there are no primes in the interval.</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根据余数的定义，</w:t>
      </w:r>
    </w:p>
    <w:p>
      <w:pPr>
        <w:spacing w:before="0" w:after="80" w:line="300" w:lineRule="auto"/>
        <w:jc w:val="left"/>
      </w:pPr>
      <w:r>
        <w:rPr>
          <w:rFonts w:ascii="Times New Roman" w:hAnsi="Times New Roman" w:eastAsia="宋体"/>
          <w:b w:val="0"/>
          <w:i w:val="0"/>
          <w:sz w:val="21"/>
        </w:rPr>
        <w:t>P≡ Rpmod D,</w:t>
      </w:r>
    </w:p>
    <w:p>
      <w:pPr>
        <w:spacing w:before="0" w:after="80" w:line="300" w:lineRule="auto"/>
        <w:jc w:val="left"/>
      </w:pPr>
      <w:r>
        <w:rPr>
          <w:rFonts w:ascii="Times New Roman" w:hAnsi="Times New Roman" w:eastAsia="宋体"/>
          <w:b w:val="0"/>
          <w:i w:val="0"/>
          <w:sz w:val="21"/>
        </w:rPr>
        <w:t>P'≡ R'pmod D</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两式相乘，得 PP'≡ RR'pmod D。由于每个数都有介于 0 与 D-1 之间的唯一余数，所以二者的余数必相等：r=r'。</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definition of the remainders,</w:t>
      </w:r>
    </w:p>
    <w:p>
      <w:pPr>
        <w:spacing w:before="0" w:after="80" w:line="300" w:lineRule="auto"/>
        <w:jc w:val="left"/>
      </w:pPr>
      <w:r>
        <w:rPr>
          <w:rFonts w:ascii="Times New Roman" w:hAnsi="Times New Roman" w:eastAsia="宋体"/>
          <w:b w:val="0"/>
          <w:i w:val="0"/>
          <w:color w:val="333333"/>
          <w:sz w:val="19"/>
        </w:rPr>
        <w:t>P≡ Rpmod D,</w:t>
      </w:r>
    </w:p>
    <w:p>
      <w:pPr>
        <w:spacing w:before="0" w:after="80" w:line="300" w:lineRule="auto"/>
        <w:jc w:val="left"/>
      </w:pPr>
      <w:r>
        <w:rPr>
          <w:rFonts w:ascii="Times New Roman" w:hAnsi="Times New Roman" w:eastAsia="宋体"/>
          <w:b w:val="0"/>
          <w:i w:val="0"/>
          <w:color w:val="333333"/>
          <w:sz w:val="19"/>
        </w:rPr>
        <w:t>P'≡ R'pmod D.</w:t>
      </w:r>
    </w:p>
    <w:p>
      <w:pPr>
        <w:spacing w:before="0" w:after="80" w:line="300" w:lineRule="auto"/>
        <w:jc w:val="left"/>
      </w:pPr>
      <w:r>
        <w:rPr>
          <w:rFonts w:ascii="Times New Roman" w:hAnsi="Times New Roman" w:eastAsia="宋体"/>
          <w:b w:val="0"/>
          <w:i w:val="0"/>
          <w:color w:val="333333"/>
          <w:sz w:val="19"/>
        </w:rPr>
        <w:t>Multiplying gives PP'≡ RR'pmod D. Since each has a unique remainder between 0 and D-1, their remainders must be equal: r=r'.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对数条件给出 log₂(ab)≥6，所以 ab≥64。由算术平均值与几何平均值不等式，</w:t>
      </w:r>
    </w:p>
    <w:p>
      <w:pPr>
        <w:spacing w:before="0" w:after="80" w:line="300" w:lineRule="auto"/>
        <w:jc w:val="left"/>
      </w:pPr>
      <w:r>
        <w:rPr>
          <w:rFonts w:ascii="Times New Roman" w:hAnsi="Times New Roman" w:eastAsia="宋体"/>
          <w:b w:val="0"/>
          <w:i w:val="0"/>
          <w:sz w:val="21"/>
        </w:rPr>
        <w:t>a+b≥2√(ab)≥2√(64)=16。</w:t>
      </w:r>
    </w:p>
    <w:p>
      <w:pPr>
        <w:spacing w:before="0" w:after="80" w:line="300" w:lineRule="auto"/>
        <w:jc w:val="left"/>
      </w:pPr>
      <w:r>
        <w:rPr>
          <w:rFonts w:ascii="Times New Roman" w:hAnsi="Times New Roman" w:eastAsia="宋体"/>
          <w:b w:val="0"/>
          <w:i w:val="0"/>
          <w:sz w:val="21"/>
        </w:rPr>
        <w:t>当 a=b=8 时取等号。</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logarithm condition gives log₂(ab)≥6, so ab≥64. By AM-GM,</w:t>
      </w:r>
    </w:p>
    <w:p>
      <w:pPr>
        <w:spacing w:before="0" w:after="80" w:line="300" w:lineRule="auto"/>
        <w:jc w:val="left"/>
      </w:pPr>
      <w:r>
        <w:rPr>
          <w:rFonts w:ascii="Times New Roman" w:hAnsi="Times New Roman" w:eastAsia="宋体"/>
          <w:b w:val="0"/>
          <w:i w:val="0"/>
          <w:color w:val="333333"/>
          <w:sz w:val="19"/>
        </w:rPr>
        <w:t>a+b≥2√(ab)≥2√(64)=16.</w:t>
      </w:r>
    </w:p>
    <w:p>
      <w:pPr>
        <w:spacing w:before="0" w:after="80" w:line="300" w:lineRule="auto"/>
        <w:jc w:val="left"/>
      </w:pPr>
      <w:r>
        <w:rPr>
          <w:rFonts w:ascii="Times New Roman" w:hAnsi="Times New Roman" w:eastAsia="宋体"/>
          <w:b w:val="0"/>
          <w:i w:val="0"/>
          <w:color w:val="333333"/>
          <w:sz w:val="19"/>
        </w:rPr>
        <w:t>Equality is attained at a=b=8.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B</w:t>
      </w:r>
    </w:p>
    <w:p>
      <w:pPr>
        <w:spacing w:before="0" w:after="80" w:line="300" w:lineRule="auto"/>
        <w:jc w:val="left"/>
      </w:pPr>
      <w:r>
        <w:rPr>
          <w:rFonts w:ascii="Times New Roman" w:hAnsi="Times New Roman" w:eastAsia="宋体"/>
          <w:b w:val="0"/>
          <w:i w:val="0"/>
          <w:sz w:val="21"/>
        </w:rPr>
        <w:t>将 M 置于原点，并让跨度落在 x 轴上。拱门的方程为 y=16-ax²。由于 (20,0) 在抛物线上，0=16-400a，所以 a=1/25。当 x=5 时，</w:t>
      </w:r>
    </w:p>
    <w:p>
      <w:pPr>
        <w:spacing w:before="0" w:after="80" w:line="300" w:lineRule="auto"/>
        <w:jc w:val="left"/>
      </w:pPr>
      <w:r>
        <w:rPr>
          <w:rFonts w:ascii="Times New Roman" w:hAnsi="Times New Roman" w:eastAsia="宋体"/>
          <w:b w:val="0"/>
          <w:i w:val="0"/>
          <w:sz w:val="21"/>
        </w:rPr>
        <w:t>y=16-25/25=15。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M at the origin with the span on the x-axis. The arch has equation y=16-ax². Since (20,0) lies on it, 0=16-400a, so a=1/25. At x=5,</w:t>
      </w:r>
    </w:p>
    <w:p>
      <w:pPr>
        <w:spacing w:before="0" w:after="80" w:line="300" w:lineRule="auto"/>
        <w:jc w:val="left"/>
      </w:pPr>
      <w:r>
        <w:rPr>
          <w:rFonts w:ascii="Times New Roman" w:hAnsi="Times New Roman" w:eastAsia="宋体"/>
          <w:b w:val="0"/>
          <w:i w:val="0"/>
          <w:color w:val="333333"/>
          <w:sz w:val="19"/>
        </w:rPr>
        <w:t>y=16-25/25=15.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E</w:t>
      </w:r>
    </w:p>
    <w:p>
      <w:pPr>
        <w:spacing w:before="0" w:after="80" w:line="300" w:lineRule="auto"/>
        <w:jc w:val="left"/>
      </w:pPr>
      <w:r>
        <w:rPr>
          <w:rFonts w:ascii="Times New Roman" w:hAnsi="Times New Roman" w:eastAsia="宋体"/>
          <w:b w:val="0"/>
          <w:i w:val="0"/>
          <w:sz w:val="21"/>
        </w:rPr>
        <w:t>在第 n 英里中，vₙ=k/n-1。因为路程为一英里，所需时间为</w:t>
      </w:r>
    </w:p>
    <w:p>
      <w:pPr>
        <w:spacing w:before="0" w:after="80" w:line="300" w:lineRule="auto"/>
        <w:jc w:val="left"/>
      </w:pPr>
      <w:r>
        <w:rPr>
          <w:rFonts w:ascii="Times New Roman" w:hAnsi="Times New Roman" w:eastAsia="宋体"/>
          <w:b w:val="0"/>
          <w:i w:val="0"/>
          <w:sz w:val="21"/>
        </w:rPr>
        <w:t>Tₙ=1/vₙ=n-1/k。</w:t>
      </w:r>
    </w:p>
    <w:p>
      <w:pPr>
        <w:spacing w:before="0" w:after="80" w:line="300" w:lineRule="auto"/>
        <w:jc w:val="left"/>
      </w:pPr>
      <w:r>
        <w:rPr>
          <w:rFonts w:ascii="Times New Roman" w:hAnsi="Times New Roman" w:eastAsia="宋体"/>
          <w:b w:val="0"/>
          <w:i w:val="0"/>
          <w:sz w:val="21"/>
        </w:rPr>
        <w:t>条件 T₂=2 给出 1/k=2。因此 Tₙ=2(n-1)。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nth mile, vₙ=k/n-1. Since the distance is one mile, the time is</w:t>
      </w:r>
    </w:p>
    <w:p>
      <w:pPr>
        <w:spacing w:before="0" w:after="80" w:line="300" w:lineRule="auto"/>
        <w:jc w:val="left"/>
      </w:pPr>
      <w:r>
        <w:rPr>
          <w:rFonts w:ascii="Times New Roman" w:hAnsi="Times New Roman" w:eastAsia="宋体"/>
          <w:b w:val="0"/>
          <w:i w:val="0"/>
          <w:color w:val="333333"/>
          <w:sz w:val="19"/>
        </w:rPr>
        <w:t>Tₙ=1/vₙ=n-1/k.</w:t>
      </w:r>
    </w:p>
    <w:p>
      <w:pPr>
        <w:spacing w:before="0" w:after="80" w:line="300" w:lineRule="auto"/>
        <w:jc w:val="left"/>
      </w:pPr>
      <w:r>
        <w:rPr>
          <w:rFonts w:ascii="Times New Roman" w:hAnsi="Times New Roman" w:eastAsia="宋体"/>
          <w:b w:val="0"/>
          <w:i w:val="0"/>
          <w:color w:val="333333"/>
          <w:sz w:val="19"/>
        </w:rPr>
        <w:t>The condition T₂=2 gives 1/k=2. Therefore Tₙ=2(n-1).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E</w:t>
      </w:r>
    </w:p>
    <w:p>
      <w:pPr>
        <w:spacing w:before="0" w:after="80" w:line="300" w:lineRule="auto"/>
        <w:jc w:val="left"/>
      </w:pPr>
      <w:r>
        <w:rPr>
          <w:rFonts w:ascii="Times New Roman" w:hAnsi="Times New Roman" w:eastAsia="宋体"/>
          <w:b w:val="0"/>
          <w:i w:val="0"/>
          <w:sz w:val="21"/>
        </w:rPr>
        <w:t>令 P=(x,y)，并取直径端点为 (-1,0) 和 (1,0)。条件化为</w:t>
      </w:r>
    </w:p>
    <w:p>
      <w:pPr>
        <w:spacing w:before="0" w:after="80" w:line="300" w:lineRule="auto"/>
        <w:jc w:val="left"/>
      </w:pPr>
      <w:r>
        <w:rPr>
          <w:rFonts w:ascii="Times New Roman" w:hAnsi="Times New Roman" w:eastAsia="宋体"/>
          <w:b w:val="0"/>
          <w:i w:val="0"/>
          <w:sz w:val="21"/>
        </w:rPr>
        <w:t>PA²+PB²=3,</w:t>
      </w:r>
    </w:p>
    <w:p>
      <w:pPr>
        <w:spacing w:before="0" w:after="80" w:line="300" w:lineRule="auto"/>
        <w:jc w:val="left"/>
      </w:pPr>
      <w:r>
        <w:rPr>
          <w:rFonts w:ascii="Times New Roman" w:hAnsi="Times New Roman" w:eastAsia="宋体"/>
          <w:b w:val="0"/>
          <w:i w:val="0"/>
          <w:sz w:val="21"/>
        </w:rPr>
        <w:t>2x²+2y²+2=3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x²+y²=1/2。这是一整个位于给定单位圆内部、半径为 1/(√(2)) 的圆，包含无穷多个点。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P=(x,y) and take the diameter endpoints as (-1,0) and (1,0). The condition becomes</w:t>
      </w:r>
    </w:p>
    <w:p>
      <w:pPr>
        <w:spacing w:before="0" w:after="80" w:line="300" w:lineRule="auto"/>
        <w:jc w:val="left"/>
      </w:pPr>
      <w:r>
        <w:rPr>
          <w:rFonts w:ascii="Times New Roman" w:hAnsi="Times New Roman" w:eastAsia="宋体"/>
          <w:b w:val="0"/>
          <w:i w:val="0"/>
          <w:color w:val="333333"/>
          <w:sz w:val="19"/>
        </w:rPr>
        <w:t>PA²+PB²=3,</w:t>
      </w:r>
    </w:p>
    <w:p>
      <w:pPr>
        <w:spacing w:before="0" w:after="80" w:line="300" w:lineRule="auto"/>
        <w:jc w:val="left"/>
      </w:pPr>
      <w:r>
        <w:rPr>
          <w:rFonts w:ascii="Times New Roman" w:hAnsi="Times New Roman" w:eastAsia="宋体"/>
          <w:b w:val="0"/>
          <w:i w:val="0"/>
          <w:color w:val="333333"/>
          <w:sz w:val="19"/>
        </w:rPr>
        <w:t>2x²+2y²+2=3.</w:t>
      </w:r>
    </w:p>
    <w:p>
      <w:pPr>
        <w:spacing w:before="0" w:after="80" w:line="300" w:lineRule="auto"/>
        <w:jc w:val="left"/>
      </w:pPr>
      <w:r>
        <w:rPr>
          <w:rFonts w:ascii="Times New Roman" w:hAnsi="Times New Roman" w:eastAsia="宋体"/>
          <w:b w:val="0"/>
          <w:i w:val="0"/>
          <w:color w:val="333333"/>
          <w:sz w:val="19"/>
        </w:rPr>
        <w:t>Thus x²+y²=1/2. This is an entire circle of radius 1/(√(2)), lying inside the given unit circle. It contains infinitely many points.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C</w:t>
      </w:r>
    </w:p>
    <w:p>
      <w:pPr>
        <w:spacing w:before="0" w:after="80" w:line="300" w:lineRule="auto"/>
        <w:jc w:val="left"/>
      </w:pPr>
      <w:r>
        <w:rPr>
          <w:rFonts w:ascii="Times New Roman" w:hAnsi="Times New Roman" w:eastAsia="宋体"/>
          <w:b w:val="0"/>
          <w:i w:val="0"/>
          <w:sz w:val="21"/>
        </w:rPr>
        <w:t>将两个定义相除，得到</w:t>
      </w:r>
    </w:p>
    <w:p>
      <w:pPr>
        <w:spacing w:before="0" w:after="80" w:line="300" w:lineRule="auto"/>
        <w:jc w:val="left"/>
      </w:pPr>
      <w:r>
        <w:rPr>
          <w:rFonts w:ascii="Times New Roman" w:hAnsi="Times New Roman" w:eastAsia="宋体"/>
          <w:b w:val="0"/>
          <w:i w:val="0"/>
          <w:sz w:val="21"/>
        </w:rPr>
        <w:t>y/x=t^(t-1/t-1)=t。</w:t>
      </w:r>
    </w:p>
    <w:p>
      <w:pPr>
        <w:spacing w:before="0" w:after="80" w:line="300" w:lineRule="auto"/>
        <w:jc w:val="left"/>
      </w:pPr>
      <w:r>
        <w:rPr>
          <w:rFonts w:ascii="Times New Roman" w:hAnsi="Times New Roman" w:eastAsia="宋体"/>
          <w:b w:val="0"/>
          <w:i w:val="0"/>
          <w:sz w:val="21"/>
        </w:rPr>
        <w:t>此外，</w:t>
      </w:r>
    </w:p>
    <w:p>
      <w:pPr>
        <w:spacing w:before="0" w:after="80" w:line="300" w:lineRule="auto"/>
        <w:jc w:val="left"/>
      </w:pPr>
      <w:r>
        <w:rPr>
          <w:rFonts w:ascii="Times New Roman" w:hAnsi="Times New Roman" w:eastAsia="宋体"/>
          <w:b w:val="0"/>
          <w:i w:val="0"/>
          <w:sz w:val="21"/>
        </w:rPr>
        <w:t>y=t^(t/t-1)=(t^(1/t-1))ᵗ=xᵗ。</w:t>
      </w:r>
    </w:p>
    <w:p>
      <w:pPr>
        <w:spacing w:before="0" w:after="80" w:line="300" w:lineRule="auto"/>
        <w:jc w:val="left"/>
      </w:pPr>
      <w:r>
        <w:rPr>
          <w:rFonts w:ascii="Times New Roman" w:hAnsi="Times New Roman" w:eastAsia="宋体"/>
          <w:b w:val="0"/>
          <w:i w:val="0"/>
          <w:sz w:val="21"/>
        </w:rPr>
        <w:t>代入 t=y/x，得 y=x^(y/x)。两边取 x 次幂，得到 yˣ=xʸ。</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Dividing the definitions gives</w:t>
      </w:r>
    </w:p>
    <w:p>
      <w:pPr>
        <w:spacing w:before="0" w:after="80" w:line="300" w:lineRule="auto"/>
        <w:jc w:val="left"/>
      </w:pPr>
      <w:r>
        <w:rPr>
          <w:rFonts w:ascii="Times New Roman" w:hAnsi="Times New Roman" w:eastAsia="宋体"/>
          <w:b w:val="0"/>
          <w:i w:val="0"/>
          <w:color w:val="333333"/>
          <w:sz w:val="19"/>
        </w:rPr>
        <w:t>y/x=t^(t-1/t-1)=t.</w:t>
      </w:r>
    </w:p>
    <w:p>
      <w:pPr>
        <w:spacing w:before="0" w:after="80" w:line="300" w:lineRule="auto"/>
        <w:jc w:val="left"/>
      </w:pPr>
      <w:r>
        <w:rPr>
          <w:rFonts w:ascii="Times New Roman" w:hAnsi="Times New Roman" w:eastAsia="宋体"/>
          <w:b w:val="0"/>
          <w:i w:val="0"/>
          <w:color w:val="333333"/>
          <w:sz w:val="19"/>
        </w:rPr>
        <w:t>Also,</w:t>
      </w:r>
    </w:p>
    <w:p>
      <w:pPr>
        <w:spacing w:before="0" w:after="80" w:line="300" w:lineRule="auto"/>
        <w:jc w:val="left"/>
      </w:pPr>
      <w:r>
        <w:rPr>
          <w:rFonts w:ascii="Times New Roman" w:hAnsi="Times New Roman" w:eastAsia="宋体"/>
          <w:b w:val="0"/>
          <w:i w:val="0"/>
          <w:color w:val="333333"/>
          <w:sz w:val="19"/>
        </w:rPr>
        <w:t>y=t^(t/t-1)=(t^(1/t-1))ᵗ=xᵗ.</w:t>
      </w:r>
    </w:p>
    <w:p>
      <w:pPr>
        <w:spacing w:before="0" w:after="80" w:line="300" w:lineRule="auto"/>
        <w:jc w:val="left"/>
      </w:pPr>
      <w:r>
        <w:rPr>
          <w:rFonts w:ascii="Times New Roman" w:hAnsi="Times New Roman" w:eastAsia="宋体"/>
          <w:b w:val="0"/>
          <w:i w:val="0"/>
          <w:color w:val="333333"/>
          <w:sz w:val="19"/>
        </w:rPr>
        <w:t>Substituting t=y/x gives y=x^(y/x). Raising both sides to the power x yields yˣ=xʸ.</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D</w:t>
      </w:r>
    </w:p>
    <w:p>
      <w:pPr>
        <w:spacing w:before="0" w:after="80" w:line="300" w:lineRule="auto"/>
        <w:jc w:val="left"/>
      </w:pPr>
      <w:r>
        <w:rPr>
          <w:rFonts w:ascii="Times New Roman" w:hAnsi="Times New Roman" w:eastAsia="宋体"/>
          <w:b w:val="0"/>
          <w:i w:val="0"/>
          <w:sz w:val="21"/>
        </w:rPr>
        <w:t>取 A=(-a,0)、B=(a,0)、C=(0,a)、P=(p,0)。这涵盖了斜边所在直线上的每一点。于是</w:t>
      </w:r>
    </w:p>
    <w:p>
      <w:pPr>
        <w:spacing w:before="0" w:after="80" w:line="300" w:lineRule="auto"/>
        <w:jc w:val="left"/>
      </w:pPr>
      <w:r>
        <w:rPr>
          <w:rFonts w:ascii="Times New Roman" w:hAnsi="Times New Roman" w:eastAsia="宋体"/>
          <w:b w:val="0"/>
          <w:i w:val="0"/>
          <w:sz w:val="21"/>
        </w:rPr>
        <w:t>s=(p+a)²+(p-a)²</w:t>
      </w:r>
    </w:p>
    <w:p>
      <w:pPr>
        <w:spacing w:before="0" w:after="80" w:line="300" w:lineRule="auto"/>
        <w:jc w:val="left"/>
      </w:pPr>
      <w:r>
        <w:rPr>
          <w:rFonts w:ascii="Times New Roman" w:hAnsi="Times New Roman" w:eastAsia="宋体"/>
          <w:b w:val="0"/>
          <w:i w:val="0"/>
          <w:sz w:val="21"/>
        </w:rPr>
        <w:t>=2p²+2a²,</w:t>
      </w:r>
    </w:p>
    <w:p>
      <w:pPr>
        <w:spacing w:before="0" w:after="80" w:line="300" w:lineRule="auto"/>
        <w:jc w:val="left"/>
      </w:pPr>
      <w:r>
        <w:rPr>
          <w:rFonts w:ascii="Times New Roman" w:hAnsi="Times New Roman" w:eastAsia="宋体"/>
          <w:b w:val="0"/>
          <w:i w:val="0"/>
          <w:sz w:val="21"/>
        </w:rPr>
        <w:t>2CP²=2(p²+a²)</w:t>
      </w:r>
    </w:p>
    <w:p>
      <w:pPr>
        <w:spacing w:before="0" w:after="80" w:line="300" w:lineRule="auto"/>
        <w:jc w:val="left"/>
      </w:pPr>
      <w:r>
        <w:rPr>
          <w:rFonts w:ascii="Times New Roman" w:hAnsi="Times New Roman" w:eastAsia="宋体"/>
          <w:b w:val="0"/>
          <w:i w:val="0"/>
          <w:sz w:val="21"/>
        </w:rPr>
        <w:t>=2p²+2a²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因而对 P 的每个位置都有 s=2CP²。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A=(-a,0), B=(a,0), C=(0,a), and P=(p,0). This describes every point on the hypotenuse line. Then</w:t>
      </w:r>
    </w:p>
    <w:p>
      <w:pPr>
        <w:spacing w:before="0" w:after="80" w:line="300" w:lineRule="auto"/>
        <w:jc w:val="left"/>
      </w:pPr>
      <w:r>
        <w:rPr>
          <w:rFonts w:ascii="Times New Roman" w:hAnsi="Times New Roman" w:eastAsia="宋体"/>
          <w:b w:val="0"/>
          <w:i w:val="0"/>
          <w:color w:val="333333"/>
          <w:sz w:val="19"/>
        </w:rPr>
        <w:t>s=(p+a)²+(p-a)²</w:t>
      </w:r>
    </w:p>
    <w:p>
      <w:pPr>
        <w:spacing w:before="0" w:after="80" w:line="300" w:lineRule="auto"/>
        <w:jc w:val="left"/>
      </w:pPr>
      <w:r>
        <w:rPr>
          <w:rFonts w:ascii="Times New Roman" w:hAnsi="Times New Roman" w:eastAsia="宋体"/>
          <w:b w:val="0"/>
          <w:i w:val="0"/>
          <w:color w:val="333333"/>
          <w:sz w:val="19"/>
        </w:rPr>
        <w:t>=2p²+2a²,</w:t>
      </w:r>
    </w:p>
    <w:p>
      <w:pPr>
        <w:spacing w:before="0" w:after="80" w:line="300" w:lineRule="auto"/>
        <w:jc w:val="left"/>
      </w:pPr>
      <w:r>
        <w:rPr>
          <w:rFonts w:ascii="Times New Roman" w:hAnsi="Times New Roman" w:eastAsia="宋体"/>
          <w:b w:val="0"/>
          <w:i w:val="0"/>
          <w:color w:val="333333"/>
          <w:sz w:val="19"/>
        </w:rPr>
        <w:t>2CP²=2(p²+a²)</w:t>
      </w:r>
    </w:p>
    <w:p>
      <w:pPr>
        <w:spacing w:before="0" w:after="80" w:line="300" w:lineRule="auto"/>
        <w:jc w:val="left"/>
      </w:pPr>
      <w:r>
        <w:rPr>
          <w:rFonts w:ascii="Times New Roman" w:hAnsi="Times New Roman" w:eastAsia="宋体"/>
          <w:b w:val="0"/>
          <w:i w:val="0"/>
          <w:color w:val="333333"/>
          <w:sz w:val="19"/>
        </w:rPr>
        <w:t>=2p²+2a².</w:t>
      </w:r>
    </w:p>
    <w:p>
      <w:pPr>
        <w:spacing w:before="0" w:after="80" w:line="300" w:lineRule="auto"/>
        <w:jc w:val="left"/>
      </w:pPr>
      <w:r>
        <w:rPr>
          <w:rFonts w:ascii="Times New Roman" w:hAnsi="Times New Roman" w:eastAsia="宋体"/>
          <w:b w:val="0"/>
          <w:i w:val="0"/>
          <w:color w:val="333333"/>
          <w:sz w:val="19"/>
        </w:rPr>
        <w:t>Thus s=2CP² for every position of P.</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D</w:t>
      </w:r>
    </w:p>
    <w:p>
      <w:pPr>
        <w:spacing w:before="0" w:after="80" w:line="300" w:lineRule="auto"/>
        <w:jc w:val="left"/>
      </w:pPr>
      <w:r>
        <w:rPr>
          <w:rFonts w:ascii="Times New Roman" w:hAnsi="Times New Roman" w:eastAsia="宋体"/>
          <w:b w:val="0"/>
          <w:i w:val="0"/>
          <w:sz w:val="21"/>
        </w:rPr>
        <w:t>各顶点的像为</w:t>
      </w:r>
    </w:p>
    <w:p>
      <w:pPr>
        <w:spacing w:before="0" w:after="80" w:line="300" w:lineRule="auto"/>
        <w:jc w:val="left"/>
      </w:pPr>
      <w:r>
        <w:rPr>
          <w:rFonts w:ascii="Times New Roman" w:hAnsi="Times New Roman" w:eastAsia="宋体"/>
          <w:b w:val="0"/>
          <w:i w:val="0"/>
          <w:sz w:val="21"/>
        </w:rPr>
        <w:t>Omapsto(0,0),</w:t>
      </w:r>
    </w:p>
    <w:p>
      <w:pPr>
        <w:spacing w:before="0" w:after="80" w:line="300" w:lineRule="auto"/>
        <w:jc w:val="left"/>
      </w:pPr>
      <w:r>
        <w:rPr>
          <w:rFonts w:ascii="Times New Roman" w:hAnsi="Times New Roman" w:eastAsia="宋体"/>
          <w:b w:val="0"/>
          <w:i w:val="0"/>
          <w:sz w:val="21"/>
        </w:rPr>
        <w:t>Amapsto(1,0),</w:t>
      </w:r>
    </w:p>
    <w:p>
      <w:pPr>
        <w:spacing w:before="0" w:after="80" w:line="300" w:lineRule="auto"/>
        <w:jc w:val="left"/>
      </w:pPr>
      <w:r>
        <w:rPr>
          <w:rFonts w:ascii="Times New Roman" w:hAnsi="Times New Roman" w:eastAsia="宋体"/>
          <w:b w:val="0"/>
          <w:i w:val="0"/>
          <w:sz w:val="21"/>
        </w:rPr>
        <w:t>Bmapsto(0,2),</w:t>
      </w:r>
    </w:p>
    <w:p>
      <w:pPr>
        <w:spacing w:before="0" w:after="80" w:line="300" w:lineRule="auto"/>
        <w:jc w:val="left"/>
      </w:pPr>
      <w:r>
        <w:rPr>
          <w:rFonts w:ascii="Times New Roman" w:hAnsi="Times New Roman" w:eastAsia="宋体"/>
          <w:b w:val="0"/>
          <w:i w:val="0"/>
          <w:sz w:val="21"/>
        </w:rPr>
        <w:t>Cmapsto(-1,0)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边 OA 映为从 (0,0) 到 (1,0) 的线段，CO 映为从 (-1,0) 到 (0,0) 的线段。在 AB 上，x=1，所以 u=1-v²/4；在 BC 上，y=1，所以 u=v²/4-1。它们是连接 (±1,0) 与 (0,2) 的两段上方抛物线弧。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vertices map as</w:t>
      </w:r>
    </w:p>
    <w:p>
      <w:pPr>
        <w:spacing w:before="0" w:after="80" w:line="300" w:lineRule="auto"/>
        <w:jc w:val="left"/>
      </w:pPr>
      <w:r>
        <w:rPr>
          <w:rFonts w:ascii="Times New Roman" w:hAnsi="Times New Roman" w:eastAsia="宋体"/>
          <w:b w:val="0"/>
          <w:i w:val="0"/>
          <w:color w:val="333333"/>
          <w:sz w:val="19"/>
        </w:rPr>
        <w:t>Omapsto(0,0),</w:t>
      </w:r>
    </w:p>
    <w:p>
      <w:pPr>
        <w:spacing w:before="0" w:after="80" w:line="300" w:lineRule="auto"/>
        <w:jc w:val="left"/>
      </w:pPr>
      <w:r>
        <w:rPr>
          <w:rFonts w:ascii="Times New Roman" w:hAnsi="Times New Roman" w:eastAsia="宋体"/>
          <w:b w:val="0"/>
          <w:i w:val="0"/>
          <w:color w:val="333333"/>
          <w:sz w:val="19"/>
        </w:rPr>
        <w:t>Amapsto(1,0),</w:t>
      </w:r>
    </w:p>
    <w:p>
      <w:pPr>
        <w:spacing w:before="0" w:after="80" w:line="300" w:lineRule="auto"/>
        <w:jc w:val="left"/>
      </w:pPr>
      <w:r>
        <w:rPr>
          <w:rFonts w:ascii="Times New Roman" w:hAnsi="Times New Roman" w:eastAsia="宋体"/>
          <w:b w:val="0"/>
          <w:i w:val="0"/>
          <w:color w:val="333333"/>
          <w:sz w:val="19"/>
        </w:rPr>
        <w:t>Bmapsto(0,2),</w:t>
      </w:r>
    </w:p>
    <w:p>
      <w:pPr>
        <w:spacing w:before="0" w:after="80" w:line="300" w:lineRule="auto"/>
        <w:jc w:val="left"/>
      </w:pPr>
      <w:r>
        <w:rPr>
          <w:rFonts w:ascii="Times New Roman" w:hAnsi="Times New Roman" w:eastAsia="宋体"/>
          <w:b w:val="0"/>
          <w:i w:val="0"/>
          <w:color w:val="333333"/>
          <w:sz w:val="19"/>
        </w:rPr>
        <w:t>Cmapsto(-1,0).</w:t>
      </w:r>
    </w:p>
    <w:p>
      <w:pPr>
        <w:spacing w:before="0" w:after="80" w:line="300" w:lineRule="auto"/>
        <w:jc w:val="left"/>
      </w:pPr>
      <w:r>
        <w:rPr>
          <w:rFonts w:ascii="Times New Roman" w:hAnsi="Times New Roman" w:eastAsia="宋体"/>
          <w:b w:val="0"/>
          <w:i w:val="0"/>
          <w:color w:val="333333"/>
          <w:sz w:val="19"/>
        </w:rPr>
        <w:t>Side OA maps to the segment from (0,0) to (1,0), and CO maps to the segment from (-1,0) to (0,0). On AB, x=1, so u=1-v²/4; on BC, y=1, so u=v²/4-1. These are the two upper parabolic arcs joining (±1,0) to (0,2).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C</w:t>
      </w:r>
    </w:p>
    <w:p>
      <w:pPr>
        <w:spacing w:before="0" w:after="80" w:line="300" w:lineRule="auto"/>
        <w:jc w:val="left"/>
      </w:pPr>
      <w:r>
        <w:rPr>
          <w:rFonts w:ascii="Times New Roman" w:hAnsi="Times New Roman" w:eastAsia="宋体"/>
          <w:b w:val="0"/>
          <w:i w:val="0"/>
          <w:sz w:val="21"/>
        </w:rPr>
        <w:t>对任意多项式 p(n)，其系数和为 p(1)。这里该多项式表示 uₙ，而初始条件给出 u₁=5。因此系数和为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polynomial p(n), the sum of its coefficients is p(1). Here the polynomial represents uₙ, and the initial condition gives u₁=5. Therefore the coefficient sum is 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A</w:t>
      </w:r>
    </w:p>
    <w:p>
      <w:pPr>
        <w:spacing w:before="0" w:after="80" w:line="300" w:lineRule="auto"/>
        <w:jc w:val="left"/>
      </w:pPr>
      <w:r>
        <w:rPr>
          <w:rFonts w:ascii="Times New Roman" w:hAnsi="Times New Roman" w:eastAsia="宋体"/>
          <w:b w:val="0"/>
          <w:i w:val="0"/>
          <w:sz w:val="21"/>
        </w:rPr>
        <w:t>对等差数列而言，第十一项是前 21 项的平均数。因此两个数列的第十一项分别为 S₂₁/21 与 T₂₁/21。它们的比为</w:t>
      </w:r>
    </w:p>
    <w:p>
      <w:pPr>
        <w:spacing w:before="0" w:after="80" w:line="300" w:lineRule="auto"/>
        <w:jc w:val="left"/>
      </w:pPr>
      <w:r>
        <w:rPr>
          <w:rFonts w:ascii="Times New Roman" w:hAnsi="Times New Roman" w:eastAsia="宋体"/>
          <w:b w:val="0"/>
          <w:i w:val="0"/>
          <w:sz w:val="21"/>
        </w:rPr>
        <w:t>S₂₁/T₂₁ =(7(21)+1)/(4(21)+27) =148/111 =4/3。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 arithmetic sequence, the eleventh term is the average of the first 21 terms. Thus the respective eleventh terms are S₂₁/21 and T₂₁/21. Their ratio is</w:t>
      </w:r>
    </w:p>
    <w:p>
      <w:pPr>
        <w:spacing w:before="0" w:after="80" w:line="300" w:lineRule="auto"/>
        <w:jc w:val="left"/>
      </w:pPr>
      <w:r>
        <w:rPr>
          <w:rFonts w:ascii="Times New Roman" w:hAnsi="Times New Roman" w:eastAsia="宋体"/>
          <w:b w:val="0"/>
          <w:i w:val="0"/>
          <w:color w:val="333333"/>
          <w:sz w:val="19"/>
        </w:rPr>
        <w:t>S₂₁/T₂₁ =(7(21)+1)/(4(21)+27) =148/111 =4/3.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B</w:t>
      </w:r>
    </w:p>
    <w:p>
      <w:pPr>
        <w:spacing w:before="0" w:after="80" w:line="300" w:lineRule="auto"/>
        <w:jc w:val="left"/>
      </w:pPr>
      <w:r>
        <w:rPr>
          <w:rFonts w:ascii="Times New Roman" w:hAnsi="Times New Roman" w:eastAsia="宋体"/>
          <w:b w:val="0"/>
          <w:i w:val="0"/>
          <w:sz w:val="21"/>
        </w:rPr>
        <w:t>写成 R(x)=ax+b。由于除式为 (x-1)(x-2)，在它的两个根处代入多项式除法恒等式，得到</w:t>
      </w:r>
    </w:p>
    <w:p>
      <w:pPr>
        <w:spacing w:before="0" w:after="80" w:line="300" w:lineRule="auto"/>
        <w:jc w:val="left"/>
      </w:pPr>
      <w:r>
        <w:rPr>
          <w:rFonts w:ascii="Times New Roman" w:hAnsi="Times New Roman" w:eastAsia="宋体"/>
          <w:b w:val="0"/>
          <w:i w:val="0"/>
          <w:sz w:val="21"/>
        </w:rPr>
        <w:t>R(1)=1, R(2)=2¹⁰⁰。</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R(x)=1+(2¹⁰⁰-1)(x-1)</w:t>
      </w:r>
    </w:p>
    <w:p>
      <w:pPr>
        <w:spacing w:before="0" w:after="80" w:line="300" w:lineRule="auto"/>
        <w:jc w:val="left"/>
      </w:pPr>
      <w:r>
        <w:rPr>
          <w:rFonts w:ascii="Times New Roman" w:hAnsi="Times New Roman" w:eastAsia="宋体"/>
          <w:b w:val="0"/>
          <w:i w:val="0"/>
          <w:sz w:val="21"/>
        </w:rPr>
        <w:t>=2¹⁰⁰(x-1)-(x-2)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R(x)=ax+b. Since the divisor is (x-1)(x-2), evaluating the division identity at its roots gives</w:t>
      </w:r>
    </w:p>
    <w:p>
      <w:pPr>
        <w:spacing w:before="0" w:after="80" w:line="300" w:lineRule="auto"/>
        <w:jc w:val="left"/>
      </w:pPr>
      <w:r>
        <w:rPr>
          <w:rFonts w:ascii="Times New Roman" w:hAnsi="Times New Roman" w:eastAsia="宋体"/>
          <w:b w:val="0"/>
          <w:i w:val="0"/>
          <w:color w:val="333333"/>
          <w:sz w:val="19"/>
        </w:rPr>
        <w:t>R(1)=1, R(2)=2¹⁰⁰.</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R(x)=1+(2¹⁰⁰-1)(x-1)</w:t>
      </w:r>
    </w:p>
    <w:p>
      <w:pPr>
        <w:spacing w:before="0" w:after="80" w:line="300" w:lineRule="auto"/>
        <w:jc w:val="left"/>
      </w:pPr>
      <w:r>
        <w:rPr>
          <w:rFonts w:ascii="Times New Roman" w:hAnsi="Times New Roman" w:eastAsia="宋体"/>
          <w:b w:val="0"/>
          <w:i w:val="0"/>
          <w:color w:val="333333"/>
          <w:sz w:val="19"/>
        </w:rPr>
        <w:t>=2¹⁰⁰(x-1)-(x-2).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B</w:t>
      </w:r>
    </w:p>
    <w:p>
      <w:pPr>
        <w:spacing w:before="0" w:after="80" w:line="300" w:lineRule="auto"/>
        <w:jc w:val="left"/>
      </w:pPr>
      <w:r>
        <w:rPr>
          <w:rFonts w:ascii="Times New Roman" w:hAnsi="Times New Roman" w:eastAsia="宋体"/>
          <w:b w:val="0"/>
          <w:i w:val="0"/>
          <w:sz w:val="21"/>
        </w:rPr>
        <w:t>左侧交点满足</w:t>
      </w:r>
    </w:p>
    <w:p>
      <w:pPr>
        <w:spacing w:before="0" w:after="80" w:line="300" w:lineRule="auto"/>
        <w:jc w:val="left"/>
      </w:pPr>
      <w:r>
        <w:rPr>
          <w:rFonts w:ascii="Times New Roman" w:hAnsi="Times New Roman" w:eastAsia="宋体"/>
          <w:b w:val="0"/>
          <w:i w:val="0"/>
          <w:sz w:val="21"/>
        </w:rPr>
        <w:t>L(m)=-√(6+m)。</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r=(-√(6-m)+√(6+m))/m</w:t>
      </w:r>
    </w:p>
    <w:p>
      <w:pPr>
        <w:spacing w:before="0" w:after="80" w:line="300" w:lineRule="auto"/>
        <w:jc w:val="left"/>
      </w:pPr>
      <w:r>
        <w:rPr>
          <w:rFonts w:ascii="Times New Roman" w:hAnsi="Times New Roman" w:eastAsia="宋体"/>
          <w:b w:val="0"/>
          <w:i w:val="0"/>
          <w:sz w:val="21"/>
        </w:rPr>
        <w:t>=2/(√(6+m)+√(6-m))</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m 趋近 0 时，该式趋近于 2/(2√(6))=1/(√(6))。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left intersection satisfies</w:t>
      </w:r>
    </w:p>
    <w:p>
      <w:pPr>
        <w:spacing w:before="0" w:after="80" w:line="300" w:lineRule="auto"/>
        <w:jc w:val="left"/>
      </w:pPr>
      <w:r>
        <w:rPr>
          <w:rFonts w:ascii="Times New Roman" w:hAnsi="Times New Roman" w:eastAsia="宋体"/>
          <w:b w:val="0"/>
          <w:i w:val="0"/>
          <w:color w:val="333333"/>
          <w:sz w:val="19"/>
        </w:rPr>
        <w:t>L(m)=-√(6+m).</w:t>
      </w:r>
    </w:p>
    <w:p>
      <w:pPr>
        <w:spacing w:before="0" w:after="80" w:line="300" w:lineRule="auto"/>
        <w:jc w:val="left"/>
      </w:pPr>
      <w:r>
        <w:rPr>
          <w:rFonts w:ascii="Times New Roman" w:hAnsi="Times New Roman" w:eastAsia="宋体"/>
          <w:b w:val="0"/>
          <w:i w:val="0"/>
          <w:color w:val="333333"/>
          <w:sz w:val="19"/>
        </w:rPr>
        <w:t>Hence</w:t>
      </w:r>
    </w:p>
    <w:p>
      <w:pPr>
        <w:spacing w:before="0" w:after="80" w:line="300" w:lineRule="auto"/>
        <w:jc w:val="left"/>
      </w:pPr>
      <w:r>
        <w:rPr>
          <w:rFonts w:ascii="Times New Roman" w:hAnsi="Times New Roman" w:eastAsia="宋体"/>
          <w:b w:val="0"/>
          <w:i w:val="0"/>
          <w:color w:val="333333"/>
          <w:sz w:val="19"/>
        </w:rPr>
        <w:t>r=(-√(6-m)+√(6+m))/m</w:t>
      </w:r>
    </w:p>
    <w:p>
      <w:pPr>
        <w:spacing w:before="0" w:after="80" w:line="300" w:lineRule="auto"/>
        <w:jc w:val="left"/>
      </w:pPr>
      <w:r>
        <w:rPr>
          <w:rFonts w:ascii="Times New Roman" w:hAnsi="Times New Roman" w:eastAsia="宋体"/>
          <w:b w:val="0"/>
          <w:i w:val="0"/>
          <w:color w:val="333333"/>
          <w:sz w:val="19"/>
        </w:rPr>
        <w:t>=2/(√(6+m)+√(6-m)).</w:t>
      </w:r>
    </w:p>
    <w:p>
      <w:pPr>
        <w:spacing w:before="0" w:after="80" w:line="300" w:lineRule="auto"/>
        <w:jc w:val="left"/>
      </w:pPr>
      <w:r>
        <w:rPr>
          <w:rFonts w:ascii="Times New Roman" w:hAnsi="Times New Roman" w:eastAsia="宋体"/>
          <w:b w:val="0"/>
          <w:i w:val="0"/>
          <w:color w:val="333333"/>
          <w:sz w:val="19"/>
        </w:rPr>
        <w:t>As m approaches 0, this approaches 2/(2√(6))=1/(√(6)).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