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1967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40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三位数 2a3 加上数 326，得到三位数 5b9。若 5b9 能被 9 整除，则 a+b 等于：</w:t>
      </w:r>
    </w:p>
    <w:p>
      <w:pPr>
        <w:spacing w:before="0" w:after="120" w:line="300" w:lineRule="auto"/>
      </w:pPr>
      <w:r>
        <w:rPr>
          <w:rFonts w:ascii="Times New Roman" w:hAnsi="Times New Roman" w:eastAsia="宋体"/>
          <w:b w:val="0"/>
          <w:i w:val="0"/>
          <w:sz w:val="21"/>
        </w:rPr>
        <w:t>（A）2　　（B）4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three-digit number 2a3 is added to the number 326 to give the three-digit number 5b9. If 5b9 is divisible by 9, then a+b equals:</w:t>
      </w:r>
    </w:p>
    <w:p>
      <w:pPr>
        <w:spacing w:before="0" w:after="160" w:line="300" w:lineRule="auto"/>
      </w:pPr>
      <w:r>
        <w:rPr>
          <w:rFonts w:ascii="Times New Roman" w:hAnsi="Times New Roman" w:eastAsia="宋体"/>
          <w:b w:val="0"/>
          <w:i w:val="0"/>
          <w:color w:val="333333"/>
          <w:sz w:val="19"/>
        </w:rPr>
        <w:t>(A) 2　　(B) 4　　(C) 6　　(D) 8　　(E) 9</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下列表达式</w:t>
      </w:r>
    </w:p>
    <w:p>
      <w:pPr>
        <w:spacing w:before="0" w:after="80" w:line="300" w:lineRule="auto"/>
        <w:jc w:val="left"/>
      </w:pPr>
      <w:r>
        <w:rPr>
          <w:rFonts w:ascii="Times New Roman" w:hAnsi="Times New Roman" w:eastAsia="宋体"/>
          <w:b w:val="0"/>
          <w:i w:val="0"/>
          <w:sz w:val="21"/>
        </w:rPr>
        <w:t>(x²+1/x) (y²+1/y)</w:t>
      </w:r>
    </w:p>
    <w:p>
      <w:pPr>
        <w:spacing w:before="0" w:after="80" w:line="300" w:lineRule="auto"/>
        <w:jc w:val="left"/>
      </w:pPr>
      <w:r>
        <w:rPr>
          <w:rFonts w:ascii="Times New Roman" w:hAnsi="Times New Roman" w:eastAsia="宋体"/>
          <w:b w:val="0"/>
          <w:i w:val="0"/>
          <w:sz w:val="21"/>
        </w:rPr>
        <w:t>+ (x²-1/y) (y²-1/x),</w:t>
      </w:r>
    </w:p>
    <w:p>
      <w:pPr>
        <w:spacing w:before="0" w:after="80" w:line="300" w:lineRule="auto"/>
        <w:jc w:val="left"/>
      </w:pPr>
      <w:r>
        <w:rPr>
          <w:rFonts w:ascii="Times New Roman" w:hAnsi="Times New Roman" w:eastAsia="宋体"/>
          <w:b w:val="0"/>
          <w:i w:val="0"/>
          <w:sz w:val="21"/>
        </w:rPr>
        <w:t>xy≠0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等于：</w:t>
      </w:r>
    </w:p>
    <w:p>
      <w:pPr>
        <w:spacing w:before="0" w:after="120" w:line="300" w:lineRule="auto"/>
      </w:pPr>
      <w:r>
        <w:rPr>
          <w:rFonts w:ascii="Times New Roman" w:hAnsi="Times New Roman" w:eastAsia="宋体"/>
          <w:b w:val="0"/>
          <w:i w:val="0"/>
          <w:sz w:val="21"/>
        </w:rPr>
        <w:t>（A）1　　（B）2xy　　（C）2x²y²+2　　（D）2xy+2/xy　　（E）2x/y+2y/x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An equivalent of the expression</w:t>
      </w:r>
    </w:p>
    <w:p>
      <w:pPr>
        <w:spacing w:before="0" w:after="80" w:line="300" w:lineRule="auto"/>
        <w:jc w:val="left"/>
      </w:pPr>
      <w:r>
        <w:rPr>
          <w:rFonts w:ascii="Times New Roman" w:hAnsi="Times New Roman" w:eastAsia="宋体"/>
          <w:b w:val="0"/>
          <w:i w:val="0"/>
          <w:color w:val="333333"/>
          <w:sz w:val="19"/>
        </w:rPr>
        <w:t>(x²+1/x) (y²+1/y)</w:t>
      </w:r>
    </w:p>
    <w:p>
      <w:pPr>
        <w:spacing w:before="0" w:after="80" w:line="300" w:lineRule="auto"/>
        <w:jc w:val="left"/>
      </w:pPr>
      <w:r>
        <w:rPr>
          <w:rFonts w:ascii="Times New Roman" w:hAnsi="Times New Roman" w:eastAsia="宋体"/>
          <w:b w:val="0"/>
          <w:i w:val="0"/>
          <w:color w:val="333333"/>
          <w:sz w:val="19"/>
        </w:rPr>
        <w:t>+ (x²-1/y) (y²-1/x),</w:t>
      </w:r>
    </w:p>
    <w:p>
      <w:pPr>
        <w:spacing w:before="0" w:after="80" w:line="300" w:lineRule="auto"/>
        <w:jc w:val="left"/>
      </w:pPr>
      <w:r>
        <w:rPr>
          <w:rFonts w:ascii="Times New Roman" w:hAnsi="Times New Roman" w:eastAsia="宋体"/>
          <w:b w:val="0"/>
          <w:i w:val="0"/>
          <w:color w:val="333333"/>
          <w:sz w:val="19"/>
        </w:rPr>
        <w:t>xy≠0,</w:t>
      </w:r>
    </w:p>
    <w:p>
      <w:pPr>
        <w:spacing w:before="0" w:after="80" w:line="300" w:lineRule="auto"/>
        <w:jc w:val="left"/>
      </w:pPr>
      <w:r>
        <w:rPr>
          <w:rFonts w:ascii="Times New Roman" w:hAnsi="Times New Roman" w:eastAsia="宋体"/>
          <w:b w:val="0"/>
          <w:i w:val="0"/>
          <w:color w:val="333333"/>
          <w:sz w:val="19"/>
        </w:rPr>
        <w:t>is:</w:t>
      </w:r>
    </w:p>
    <w:p>
      <w:pPr>
        <w:spacing w:before="0" w:after="160" w:line="300" w:lineRule="auto"/>
      </w:pPr>
      <w:r>
        <w:rPr>
          <w:rFonts w:ascii="Times New Roman" w:hAnsi="Times New Roman" w:eastAsia="宋体"/>
          <w:b w:val="0"/>
          <w:i w:val="0"/>
          <w:color w:val="333333"/>
          <w:sz w:val="19"/>
        </w:rPr>
        <w:t>(A) 1　　(B) 2xy　　(C) 2x²y²+2　　(D) 2xy+2/xy　　(E) 2x/y+2y/x</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一个等边三角形的边长为 s。该三角形内切一个圆，该圆又内接一个正方形。正方形的面积为：</w:t>
      </w:r>
    </w:p>
    <w:p>
      <w:pPr>
        <w:spacing w:before="0" w:after="120" w:line="300" w:lineRule="auto"/>
      </w:pPr>
      <w:r>
        <w:rPr>
          <w:rFonts w:ascii="Times New Roman" w:hAnsi="Times New Roman" w:eastAsia="宋体"/>
          <w:b w:val="0"/>
          <w:i w:val="0"/>
          <w:sz w:val="21"/>
        </w:rPr>
        <w:t>（A）s²/24　　（B）s²/6　　（C）(s²√(2))/6　　（D）(s²√(3))/6　　（E）s²/3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side of an equilateral triangle is s. A circle is inscribed in the triangle and a square is inscribed in the circle. The area of the square is:</w:t>
      </w:r>
    </w:p>
    <w:p>
      <w:pPr>
        <w:spacing w:before="0" w:after="160" w:line="300" w:lineRule="auto"/>
      </w:pPr>
      <w:r>
        <w:rPr>
          <w:rFonts w:ascii="Times New Roman" w:hAnsi="Times New Roman" w:eastAsia="宋体"/>
          <w:b w:val="0"/>
          <w:i w:val="0"/>
          <w:color w:val="333333"/>
          <w:sz w:val="19"/>
        </w:rPr>
        <w:t>(A) s²/24　　(B) s²/6　　(C) (s²√(2))/6　　(D) (s²√(3))/6　　(E) s²/3</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已知 (log a)/p=(log b)/q=(log c)/r=log x，所有对数的底相同，且 x≠1。若 b²/ac=xʸ，则 y 为：</w:t>
      </w:r>
    </w:p>
    <w:p>
      <w:pPr>
        <w:spacing w:before="0" w:after="120" w:line="300" w:lineRule="auto"/>
      </w:pPr>
      <w:r>
        <w:rPr>
          <w:rFonts w:ascii="Times New Roman" w:hAnsi="Times New Roman" w:eastAsia="宋体"/>
          <w:b w:val="0"/>
          <w:i w:val="0"/>
          <w:sz w:val="21"/>
        </w:rPr>
        <w:t>（A）q²/p+r　　（B）p+r/2q　　（C）2q-p-r　　（D）2q-pr　　（E）q²-pr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(log a)/p=(log b)/q=(log c)/r=log x, all logarithms to the same base and x≠1. If b²/ac=xʸ, then y is:</w:t>
      </w:r>
    </w:p>
    <w:p>
      <w:pPr>
        <w:spacing w:before="0" w:after="160" w:line="300" w:lineRule="auto"/>
      </w:pPr>
      <w:r>
        <w:rPr>
          <w:rFonts w:ascii="Times New Roman" w:hAnsi="Times New Roman" w:eastAsia="宋体"/>
          <w:b w:val="0"/>
          <w:i w:val="0"/>
          <w:color w:val="333333"/>
          <w:sz w:val="19"/>
        </w:rPr>
        <w:t>(A) q²/p+r　　(B) p+r/2q　　(C) 2q-p-r　　(D) 2q-pr　　(E) q²-pr</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一个三角形外切于半径为 r 英寸的圆。若三角形的周长为 P 英寸，面积为 K 平方英寸，则 P/K 为：</w:t>
      </w:r>
    </w:p>
    <w:p>
      <w:pPr>
        <w:spacing w:before="0" w:after="120" w:line="300" w:lineRule="auto"/>
      </w:pPr>
      <w:r>
        <w:rPr>
          <w:rFonts w:ascii="Times New Roman" w:hAnsi="Times New Roman" w:eastAsia="宋体"/>
          <w:b w:val="0"/>
          <w:i w:val="0"/>
          <w:sz w:val="21"/>
        </w:rPr>
        <w:t>（A）与 r 的值无关　　（B）(√(2))/r　　（C）2/(√(r))　　（D）2/r　　（E）r/2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is circumscribed about a circle of radius r inches. If the perimeter of the triangle is P inches and the area is K square inches, then P/K is:</w:t>
      </w:r>
    </w:p>
    <w:p>
      <w:pPr>
        <w:spacing w:before="0" w:after="160" w:line="300" w:lineRule="auto"/>
      </w:pPr>
      <w:r>
        <w:rPr>
          <w:rFonts w:ascii="Times New Roman" w:hAnsi="Times New Roman" w:eastAsia="宋体"/>
          <w:b w:val="0"/>
          <w:i w:val="0"/>
          <w:color w:val="333333"/>
          <w:sz w:val="19"/>
        </w:rPr>
        <w:t>(A) independent of the value of r　　(B) (√(2))/r　　(C) 2/(√(r))　　(D) 2/r　　(E) r/2</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若 f(x)=4ˣ，则 f(x+1)-f(x) 等于：</w:t>
      </w:r>
    </w:p>
    <w:p>
      <w:pPr>
        <w:spacing w:before="0" w:after="120" w:line="300" w:lineRule="auto"/>
      </w:pPr>
      <w:r>
        <w:rPr>
          <w:rFonts w:ascii="Times New Roman" w:hAnsi="Times New Roman" w:eastAsia="宋体"/>
          <w:b w:val="0"/>
          <w:i w:val="0"/>
          <w:sz w:val="21"/>
        </w:rPr>
        <w:t>（A）4　　（B）f(x)　　（C）2f(x)　　（D）3f(x)　　（E）4f(x)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f(x)=4ˣ, then f(x+1)-f(x) equals:</w:t>
      </w:r>
    </w:p>
    <w:p>
      <w:pPr>
        <w:spacing w:before="0" w:after="160" w:line="300" w:lineRule="auto"/>
      </w:pPr>
      <w:r>
        <w:rPr>
          <w:rFonts w:ascii="Times New Roman" w:hAnsi="Times New Roman" w:eastAsia="宋体"/>
          <w:b w:val="0"/>
          <w:i w:val="0"/>
          <w:color w:val="333333"/>
          <w:sz w:val="19"/>
        </w:rPr>
        <w:t>(A) 4　　(B) f(x)　　(C) 2f(x)　　(D) 3f(x)　　(E) 4f(x)</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若 a/b&lt;-c/d，其中 a、b、c、d 为实数且 bd≠0，则：</w:t>
      </w:r>
    </w:p>
    <w:p>
      <w:pPr>
        <w:spacing w:before="0" w:after="120" w:line="300" w:lineRule="auto"/>
      </w:pPr>
      <w:r>
        <w:rPr>
          <w:rFonts w:ascii="Times New Roman" w:hAnsi="Times New Roman" w:eastAsia="宋体"/>
          <w:b w:val="0"/>
          <w:i w:val="0"/>
          <w:sz w:val="21"/>
        </w:rPr>
        <w:t>（A）a 必须为负数　　（B）a 必须为正数　　（C）a 必须不为零　　（D）a 可以为负数或零，但不能为正数　　（E）a 可以为正数、负数或零</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a/b&lt;-c/d, where a, b, c, d are real numbers and bd≠0, then:</w:t>
      </w:r>
    </w:p>
    <w:p>
      <w:pPr>
        <w:spacing w:before="0" w:after="160" w:line="300" w:lineRule="auto"/>
      </w:pPr>
      <w:r>
        <w:rPr>
          <w:rFonts w:ascii="Times New Roman" w:hAnsi="Times New Roman" w:eastAsia="宋体"/>
          <w:b w:val="0"/>
          <w:i w:val="0"/>
          <w:color w:val="333333"/>
          <w:sz w:val="19"/>
        </w:rPr>
        <w:t>(A) a must be negative　　(B) a must be positive　　(C) a must not be zero　　(D) a can be negative or zero, but not positive　　(E) a can be positive, negative, or zero</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向 m 盎司浓度为 m% 的酸溶液中加入 x 盎司水，得到浓度为 (m-10)% 的溶液。若 m&gt;25，则 x 为：</w:t>
      </w:r>
    </w:p>
    <w:p>
      <w:pPr>
        <w:spacing w:before="0" w:after="120" w:line="300" w:lineRule="auto"/>
      </w:pPr>
      <w:r>
        <w:rPr>
          <w:rFonts w:ascii="Times New Roman" w:hAnsi="Times New Roman" w:eastAsia="宋体"/>
          <w:b w:val="0"/>
          <w:i w:val="0"/>
          <w:sz w:val="21"/>
        </w:rPr>
        <w:t>（A）10m/m-10　　（B）5m/m-10　　（C）m/m-10　　（D）5m/m-20　　（E）无法由已知信息确定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m ounces of an m% solution of acid, x ounces of water are added to yield an (m-10)% solution. If m&gt;25, then x is:</w:t>
      </w:r>
    </w:p>
    <w:p>
      <w:pPr>
        <w:spacing w:before="0" w:after="160" w:line="300" w:lineRule="auto"/>
      </w:pPr>
      <w:r>
        <w:rPr>
          <w:rFonts w:ascii="Times New Roman" w:hAnsi="Times New Roman" w:eastAsia="宋体"/>
          <w:b w:val="0"/>
          <w:i w:val="0"/>
          <w:color w:val="333333"/>
          <w:sz w:val="19"/>
        </w:rPr>
        <w:t>(A) 10m/m-10　　(B) 5m/m-10　　(C) m/m-10　　(D) 5m/m-20　　(E) not determined by the given information</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设 K 是一个梯形的面积，单位为平方单位，并且该梯形的短底、高、长底依次成等差数列。则：</w:t>
      </w:r>
    </w:p>
    <w:p>
      <w:pPr>
        <w:spacing w:before="0" w:after="120" w:line="300" w:lineRule="auto"/>
      </w:pPr>
      <w:r>
        <w:rPr>
          <w:rFonts w:ascii="Times New Roman" w:hAnsi="Times New Roman" w:eastAsia="宋体"/>
          <w:b w:val="0"/>
          <w:i w:val="0"/>
          <w:sz w:val="21"/>
        </w:rPr>
        <w:t>（A）K 必须是整数　　（B）K 必须是有理分数　　（C）K 必须是无理数　　（D）K 必须是整数或有理分数　　（E）(A)、(B)、(C)、(D) 单独看都不成立</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K, in square units, be the area of a trapezoid such that the shorter base, the altitude, and the longer base, in that order, are in arithmetic progression. Then:</w:t>
      </w:r>
    </w:p>
    <w:p>
      <w:pPr>
        <w:spacing w:before="0" w:after="160" w:line="300" w:lineRule="auto"/>
      </w:pPr>
      <w:r>
        <w:rPr>
          <w:rFonts w:ascii="Times New Roman" w:hAnsi="Times New Roman" w:eastAsia="宋体"/>
          <w:b w:val="0"/>
          <w:i w:val="0"/>
          <w:color w:val="333333"/>
          <w:sz w:val="19"/>
        </w:rPr>
        <w:t>(A) K must be an integer　　(B) K must be a rational fraction　　(C) K must be an irrational number　　(D) K must be an integer or a rational fraction　　(E) taken alone neither (A) nor (B) nor</w:t>
        <w:br/>
        <w:t>(C) nor (D) is true</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若</w:t>
      </w:r>
    </w:p>
    <w:p>
      <w:pPr>
        <w:spacing w:before="0" w:after="80" w:line="300" w:lineRule="auto"/>
        <w:jc w:val="left"/>
      </w:pPr>
      <w:r>
        <w:rPr>
          <w:rFonts w:ascii="Times New Roman" w:hAnsi="Times New Roman" w:eastAsia="宋体"/>
          <w:b w:val="0"/>
          <w:i w:val="0"/>
          <w:sz w:val="21"/>
        </w:rPr>
        <w:t>a/10ˣ-1+b/10ˣ+2</w:t>
      </w:r>
    </w:p>
    <w:p>
      <w:pPr>
        <w:spacing w:before="0" w:after="80" w:line="300" w:lineRule="auto"/>
        <w:jc w:val="left"/>
      </w:pPr>
      <w:r>
        <w:rPr>
          <w:rFonts w:ascii="Times New Roman" w:hAnsi="Times New Roman" w:eastAsia="宋体"/>
          <w:b w:val="0"/>
          <w:i w:val="0"/>
          <w:sz w:val="21"/>
        </w:rPr>
        <w:t>=(2·10ˣ+3)/((10ˣ-1)(10ˣ+2))</w:t>
      </w:r>
    </w:p>
    <w:p>
      <w:pPr>
        <w:spacing w:before="0" w:after="80" w:line="300" w:lineRule="auto"/>
        <w:jc w:val="left"/>
      </w:pPr>
      <w:r>
        <w:rPr>
          <w:rFonts w:ascii="Times New Roman" w:hAnsi="Times New Roman" w:eastAsia="宋体"/>
          <w:b w:val="0"/>
          <w:i w:val="0"/>
          <w:sz w:val="21"/>
        </w:rPr>
        <w:t>对于 x 的所有正有理数值都是恒等式，则 a-b 的值为：</w:t>
      </w:r>
    </w:p>
    <w:p>
      <w:pPr>
        <w:spacing w:before="0" w:after="120" w:line="300" w:lineRule="auto"/>
      </w:pPr>
      <w:r>
        <w:rPr>
          <w:rFonts w:ascii="Times New Roman" w:hAnsi="Times New Roman" w:eastAsia="宋体"/>
          <w:b w:val="0"/>
          <w:i w:val="0"/>
          <w:sz w:val="21"/>
        </w:rPr>
        <w:t>（A）4/3　　（B）5/3　　（C）2　　（D）11/4　　（E）3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w:t>
      </w:r>
    </w:p>
    <w:p>
      <w:pPr>
        <w:spacing w:before="0" w:after="80" w:line="300" w:lineRule="auto"/>
        <w:jc w:val="left"/>
      </w:pPr>
      <w:r>
        <w:rPr>
          <w:rFonts w:ascii="Times New Roman" w:hAnsi="Times New Roman" w:eastAsia="宋体"/>
          <w:b w:val="0"/>
          <w:i w:val="0"/>
          <w:color w:val="333333"/>
          <w:sz w:val="19"/>
        </w:rPr>
        <w:t>a/10ˣ-1+b/10ˣ+2</w:t>
      </w:r>
    </w:p>
    <w:p>
      <w:pPr>
        <w:spacing w:before="0" w:after="80" w:line="300" w:lineRule="auto"/>
        <w:jc w:val="left"/>
      </w:pPr>
      <w:r>
        <w:rPr>
          <w:rFonts w:ascii="Times New Roman" w:hAnsi="Times New Roman" w:eastAsia="宋体"/>
          <w:b w:val="0"/>
          <w:i w:val="0"/>
          <w:color w:val="333333"/>
          <w:sz w:val="19"/>
        </w:rPr>
        <w:t>=(2·10ˣ+3)/((10ˣ-1)(10ˣ+2))</w:t>
      </w:r>
    </w:p>
    <w:p>
      <w:pPr>
        <w:spacing w:before="0" w:after="80" w:line="300" w:lineRule="auto"/>
        <w:jc w:val="left"/>
      </w:pPr>
      <w:r>
        <w:rPr>
          <w:rFonts w:ascii="Times New Roman" w:hAnsi="Times New Roman" w:eastAsia="宋体"/>
          <w:b w:val="0"/>
          <w:i w:val="0"/>
          <w:color w:val="333333"/>
          <w:sz w:val="19"/>
        </w:rPr>
        <w:t>is an identity for positive rational values of x, then the value of a-b is:</w:t>
      </w:r>
    </w:p>
    <w:p>
      <w:pPr>
        <w:spacing w:before="0" w:after="160" w:line="300" w:lineRule="auto"/>
      </w:pPr>
      <w:r>
        <w:rPr>
          <w:rFonts w:ascii="Times New Roman" w:hAnsi="Times New Roman" w:eastAsia="宋体"/>
          <w:b w:val="0"/>
          <w:i w:val="0"/>
          <w:color w:val="333333"/>
          <w:sz w:val="19"/>
        </w:rPr>
        <w:t>(A) 4/3　　(B) 5/3　　(C) 2　　(D) 11/4　　(E) 3</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若矩形 ABCD 的周长为 20 英寸，则对角线 AC 长度的最小值（单位：英寸）为：</w:t>
      </w:r>
    </w:p>
    <w:p>
      <w:pPr>
        <w:spacing w:before="0" w:after="120" w:line="300" w:lineRule="auto"/>
      </w:pPr>
      <w:r>
        <w:rPr>
          <w:rFonts w:ascii="Times New Roman" w:hAnsi="Times New Roman" w:eastAsia="宋体"/>
          <w:b w:val="0"/>
          <w:i w:val="0"/>
          <w:sz w:val="21"/>
        </w:rPr>
        <w:t>（A）0　　（B）√(50)　　（C）10　　（D）√(200)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perimeter of rectangle ABCD is 20 inches, the least value of diagonal AC, in inches, is:</w:t>
      </w:r>
    </w:p>
    <w:p>
      <w:pPr>
        <w:spacing w:before="0" w:after="160" w:line="300" w:lineRule="auto"/>
      </w:pPr>
      <w:r>
        <w:rPr>
          <w:rFonts w:ascii="Times New Roman" w:hAnsi="Times New Roman" w:eastAsia="宋体"/>
          <w:b w:val="0"/>
          <w:i w:val="0"/>
          <w:color w:val="333333"/>
          <w:sz w:val="19"/>
        </w:rPr>
        <w:t>(A) 0　　(B) √(50)　　(C) 10　　(D) √(200)　　(E) none of these</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若由 x 轴以及直线 y=mx+4、x=1、x=4 围成的（凸）区域面积为 7，则 m 等于：</w:t>
      </w:r>
    </w:p>
    <w:p>
      <w:pPr>
        <w:spacing w:before="0" w:after="120" w:line="300" w:lineRule="auto"/>
      </w:pPr>
      <w:r>
        <w:rPr>
          <w:rFonts w:ascii="Times New Roman" w:hAnsi="Times New Roman" w:eastAsia="宋体"/>
          <w:b w:val="0"/>
          <w:i w:val="0"/>
          <w:sz w:val="21"/>
        </w:rPr>
        <w:t>（A）-1/2　　（B）-2/3　　（C）-3/2　　（D）-2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(convex) area bounded by the x-axis and the lines y=mx+4, x=1, and x=4 is 7, then m equals:</w:t>
      </w:r>
    </w:p>
    <w:p>
      <w:pPr>
        <w:spacing w:before="0" w:after="160" w:line="300" w:lineRule="auto"/>
      </w:pPr>
      <w:r>
        <w:rPr>
          <w:rFonts w:ascii="Times New Roman" w:hAnsi="Times New Roman" w:eastAsia="宋体"/>
          <w:b w:val="0"/>
          <w:i w:val="0"/>
          <w:color w:val="333333"/>
          <w:sz w:val="19"/>
        </w:rPr>
        <w:t>(A) -1/2　　(B) -2/3　　(C) -3/2　　(D) -2　　(E) none of these</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已知边 a（角 A 的对边）、角 B 以及从 C 引出的高 h_(c)，要作三角形 ABC。若不全等解的个数为 N，则 N</w:t>
      </w:r>
    </w:p>
    <w:p>
      <w:pPr>
        <w:spacing w:before="0" w:after="120" w:line="300" w:lineRule="auto"/>
      </w:pPr>
      <w:r>
        <w:rPr>
          <w:rFonts w:ascii="Times New Roman" w:hAnsi="Times New Roman" w:eastAsia="宋体"/>
          <w:b w:val="0"/>
          <w:i w:val="0"/>
          <w:sz w:val="21"/>
        </w:rPr>
        <w:t>（A）为 1　　（B）为 2　　（C）必为零　　（D）必为无限　　（E）必为零或无限</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ABC is to be constructed given side a (opposite angle A), angle B, and h_(c), the altitude from C. If N is the number of noncongruent solutions, then N</w:t>
      </w:r>
    </w:p>
    <w:p>
      <w:pPr>
        <w:spacing w:before="0" w:after="160" w:line="300" w:lineRule="auto"/>
      </w:pPr>
      <w:r>
        <w:rPr>
          <w:rFonts w:ascii="Times New Roman" w:hAnsi="Times New Roman" w:eastAsia="宋体"/>
          <w:b w:val="0"/>
          <w:i w:val="0"/>
          <w:color w:val="333333"/>
          <w:sz w:val="19"/>
        </w:rPr>
        <w:t>(A) is 1　　(B) is 2　　(C) must be zero　　(D) must be infinite　　(E) must be zero or infinite</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设 f(t)=t/1-t，且 t≠1。若 y=f(x)，则 x 可表示为：</w:t>
      </w:r>
    </w:p>
    <w:p>
      <w:pPr>
        <w:spacing w:before="0" w:after="120" w:line="300" w:lineRule="auto"/>
      </w:pPr>
      <w:r>
        <w:rPr>
          <w:rFonts w:ascii="Times New Roman" w:hAnsi="Times New Roman" w:eastAsia="宋体"/>
          <w:b w:val="0"/>
          <w:i w:val="0"/>
          <w:sz w:val="21"/>
        </w:rPr>
        <w:t>（A）f(1/y)　　（B）-f(y)　　（C）-f(-y)　　（D）f(-y)　　（E）f(y)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f(t)=t/1-t, t≠1. If y=f(x), then x can be expressed as:</w:t>
      </w:r>
    </w:p>
    <w:p>
      <w:pPr>
        <w:spacing w:before="0" w:after="160" w:line="300" w:lineRule="auto"/>
      </w:pPr>
      <w:r>
        <w:rPr>
          <w:rFonts w:ascii="Times New Roman" w:hAnsi="Times New Roman" w:eastAsia="宋体"/>
          <w:b w:val="0"/>
          <w:i w:val="0"/>
          <w:color w:val="333333"/>
          <w:sz w:val="19"/>
        </w:rPr>
        <w:t>(A) f(1/y)　　(B) -f(y)　　(C) -f(-y)　　(D) f(-y)　　(E) f(y)</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两个相似三角形的面积相差 18 平方英尺，且较大面积与较小面积之比是某个整数的平方。较小三角形的面积（单位：平方英尺）是整数，其一条边长为 3 英尺。较大三角形的对应边长（单位：英尺）为：</w:t>
      </w:r>
    </w:p>
    <w:p>
      <w:pPr>
        <w:spacing w:before="0" w:after="120" w:line="300" w:lineRule="auto"/>
      </w:pPr>
      <w:r>
        <w:rPr>
          <w:rFonts w:ascii="Times New Roman" w:hAnsi="Times New Roman" w:eastAsia="宋体"/>
          <w:b w:val="0"/>
          <w:i w:val="0"/>
          <w:sz w:val="21"/>
        </w:rPr>
        <w:t>（A）12　　（B）9　　（C）6√(2)　　（D）6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in the areas of two similar triangles is 18 square feet, and the ratio of the larger area to the smaller is the square of an integer. The area of the smaller triangle, in square feet, is an integer, and one of its sides is 3 feet. The corresponding side of the larger triangle, in feet, is:</w:t>
      </w:r>
    </w:p>
    <w:p>
      <w:pPr>
        <w:spacing w:before="0" w:after="160" w:line="300" w:lineRule="auto"/>
      </w:pPr>
      <w:r>
        <w:rPr>
          <w:rFonts w:ascii="Times New Roman" w:hAnsi="Times New Roman" w:eastAsia="宋体"/>
          <w:b w:val="0"/>
          <w:i w:val="0"/>
          <w:color w:val="333333"/>
          <w:sz w:val="19"/>
        </w:rPr>
        <w:t>(A) 12　　(B) 9　　(C) 6√(2)　　(D) 6　　(E) 3√(2)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乘积 (12)(15)(16) 中每个因数都用 b 进制表示，并且该乘积等于 b 进制的 3146。设 s=12+15+16，其中每一项都用 b 进制表示。则用 b 进制表示的 s 为：</w:t>
      </w:r>
    </w:p>
    <w:p>
      <w:pPr>
        <w:spacing w:before="0" w:after="120" w:line="300" w:lineRule="auto"/>
      </w:pPr>
      <w:r>
        <w:rPr>
          <w:rFonts w:ascii="Times New Roman" w:hAnsi="Times New Roman" w:eastAsia="宋体"/>
          <w:b w:val="0"/>
          <w:i w:val="0"/>
          <w:sz w:val="21"/>
        </w:rPr>
        <w:t>（A）43　　（B）44　　（C）45　　（D）46　　（E）47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product (12)(15)(16), each factor written in base b, equal 3146 in base b. Let s=12+15+16, each term expressed in base b. Then s, in base b, is:</w:t>
      </w:r>
    </w:p>
    <w:p>
      <w:pPr>
        <w:spacing w:before="0" w:after="160" w:line="300" w:lineRule="auto"/>
      </w:pPr>
      <w:r>
        <w:rPr>
          <w:rFonts w:ascii="Times New Roman" w:hAnsi="Times New Roman" w:eastAsia="宋体"/>
          <w:b w:val="0"/>
          <w:i w:val="0"/>
          <w:color w:val="333333"/>
          <w:sz w:val="19"/>
        </w:rPr>
        <w:t>(A) 43　　(B) 44　　(C) 45　　(D) 46　　(E) 47</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若 r₁ 与 r₂ 是 x²+px+8=0 的两个不同实根，则必有：</w:t>
      </w:r>
    </w:p>
    <w:p>
      <w:pPr>
        <w:spacing w:before="0" w:after="120" w:line="300" w:lineRule="auto"/>
      </w:pPr>
      <w:r>
        <w:rPr>
          <w:rFonts w:ascii="Times New Roman" w:hAnsi="Times New Roman" w:eastAsia="宋体"/>
          <w:b w:val="0"/>
          <w:i w:val="0"/>
          <w:sz w:val="21"/>
        </w:rPr>
        <w:t>（A）lvert r₁+r₂rvert&gt;4√(2)　　（B）lvert r₁rvert&gt;3 或 lvert r₂rvert&gt;3　　（C）lvert r₁rvert&gt;2 且 lvert r₂rvert&gt;2　　（D）r₁&lt;0 且 r₂&lt;0　　（E）lvert r₁+r₂rvert&lt;4√(2)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r₁ and r₂ are the distinct real roots of x²+px+8=0, then it must follow that:</w:t>
      </w:r>
    </w:p>
    <w:p>
      <w:pPr>
        <w:spacing w:before="0" w:after="160" w:line="300" w:lineRule="auto"/>
      </w:pPr>
      <w:r>
        <w:rPr>
          <w:rFonts w:ascii="Times New Roman" w:hAnsi="Times New Roman" w:eastAsia="宋体"/>
          <w:b w:val="0"/>
          <w:i w:val="0"/>
          <w:color w:val="333333"/>
          <w:sz w:val="19"/>
        </w:rPr>
        <w:t>(A) lvert r₁+r₂rvert&gt;4√(2)　　(B) lvert r₁rvert&gt;3 or lvert r₂rvert&gt;3　　(C) lvert r₁rvert&gt;2 and lvert r₂rvert&gt;2　　(D) r₁&lt;0 and r₂&lt;0　　(E) lvert r₁+r₂rvert&lt;4√(2)</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若 x²-5x+6&lt;0 且 P=x²+5x+6，则</w:t>
      </w:r>
    </w:p>
    <w:p>
      <w:pPr>
        <w:spacing w:before="0" w:after="120" w:line="300" w:lineRule="auto"/>
      </w:pPr>
      <w:r>
        <w:rPr>
          <w:rFonts w:ascii="Times New Roman" w:hAnsi="Times New Roman" w:eastAsia="宋体"/>
          <w:b w:val="0"/>
          <w:i w:val="0"/>
          <w:sz w:val="21"/>
        </w:rPr>
        <w:t>（A）P 可以取任意实数值　　（B）20&lt; P&lt;30　　（C）0&lt; P&lt;20　　（D）P&lt;0　　（E）P&gt;30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x²-5x+6&lt;0 and P=x²+5x+6, then</w:t>
      </w:r>
    </w:p>
    <w:p>
      <w:pPr>
        <w:spacing w:before="0" w:after="160" w:line="300" w:lineRule="auto"/>
      </w:pPr>
      <w:r>
        <w:rPr>
          <w:rFonts w:ascii="Times New Roman" w:hAnsi="Times New Roman" w:eastAsia="宋体"/>
          <w:b w:val="0"/>
          <w:i w:val="0"/>
          <w:color w:val="333333"/>
          <w:sz w:val="19"/>
        </w:rPr>
        <w:t>(A) P can take any real value　　(B) 20&lt; P&lt;30　　(C) 0&lt; P&lt;20　　(D) P&lt;0　　(E) P&gt;30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一个矩形加长 21/2 英寸并变窄 2/3 英寸，或缩短 21/2 英寸并变宽 4/3 英寸时，面积都保持不变。它的面积（单位：平方英寸）为：</w:t>
      </w:r>
    </w:p>
    <w:p>
      <w:pPr>
        <w:spacing w:before="0" w:after="120" w:line="300" w:lineRule="auto"/>
      </w:pPr>
      <w:r>
        <w:rPr>
          <w:rFonts w:ascii="Times New Roman" w:hAnsi="Times New Roman" w:eastAsia="宋体"/>
          <w:b w:val="0"/>
          <w:i w:val="0"/>
          <w:sz w:val="21"/>
        </w:rPr>
        <w:t>（A）30　　（B）80/3　　（C）24　　（D）45/2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of a rectangle remains unchanged when it is made 21/2 inches longer and 2/3 inch narrower, or when it is made 21/2 inches shorter and 4/3 inch wider. Its area, in square inches, is:</w:t>
      </w:r>
    </w:p>
    <w:p>
      <w:pPr>
        <w:spacing w:before="0" w:after="160" w:line="300" w:lineRule="auto"/>
      </w:pPr>
      <w:r>
        <w:rPr>
          <w:rFonts w:ascii="Times New Roman" w:hAnsi="Times New Roman" w:eastAsia="宋体"/>
          <w:b w:val="0"/>
          <w:i w:val="0"/>
          <w:color w:val="333333"/>
          <w:sz w:val="19"/>
        </w:rPr>
        <w:t>(A) 30　　(B) 80/3　　(C) 24　　(D) 45/2　　(E) 20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在边长为 m 的正方形中内切一个圆，再在该圆中内接一个正方形，再在后一个正方形中内切一个圆，如此继续。若 Sₙ 是最前面 n 个这样内切圆的面积之和，则当 n 无限增大时，Sₙ 趋近于：</w:t>
      </w:r>
    </w:p>
    <w:p>
      <w:pPr>
        <w:spacing w:before="0" w:after="120" w:line="300" w:lineRule="auto"/>
      </w:pPr>
      <w:r>
        <w:rPr>
          <w:rFonts w:ascii="Times New Roman" w:hAnsi="Times New Roman" w:eastAsia="宋体"/>
          <w:b w:val="0"/>
          <w:i w:val="0"/>
          <w:sz w:val="21"/>
        </w:rPr>
        <w:t>（A）(π m²)/2　　（B）(3π m²)/8　　（C）(π m²)/3　　（D）(π m²)/4　　（E）(π m²)/8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is inscribed in a square of side m, then a square is inscribed in that circle, then a circle is inscribed in the latter square, and so on. If Sₙ is the sum of the areas of the first n circles so inscribed, then, as n grows beyond all bounds, Sₙ approaches:</w:t>
      </w:r>
    </w:p>
    <w:p>
      <w:pPr>
        <w:spacing w:before="0" w:after="160" w:line="300" w:lineRule="auto"/>
      </w:pPr>
      <w:r>
        <w:rPr>
          <w:rFonts w:ascii="Times New Roman" w:hAnsi="Times New Roman" w:eastAsia="宋体"/>
          <w:b w:val="0"/>
          <w:i w:val="0"/>
          <w:color w:val="333333"/>
          <w:sz w:val="19"/>
        </w:rPr>
        <w:t>(A) (π m²)/2　　(B) (3π m²)/8　　(C) (π m²)/3　　(D) (π m²)/4　　(E) (π m²)/8</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在直角三角形 ABC 中，斜边 AB=5，直角边 AC=3。角 A 的平分线与对边交于 A₁。再作一个直角三角形 PQR，其斜边 PQ=A₁B，直角边 PR=A₁C。若角 P 的平分线与对边交于 P₁，则 PP₁ 的长度为：</w:t>
      </w:r>
    </w:p>
    <w:p>
      <w:pPr>
        <w:spacing w:before="0" w:after="120" w:line="300" w:lineRule="auto"/>
      </w:pPr>
      <w:r>
        <w:rPr>
          <w:rFonts w:ascii="Times New Roman" w:hAnsi="Times New Roman" w:eastAsia="宋体"/>
          <w:b w:val="0"/>
          <w:i w:val="0"/>
          <w:sz w:val="21"/>
        </w:rPr>
        <w:t>（A）(3√(6))/4　　（B）(3√(5))/4　　（C）(3√(3))/4　　（D）(3√(2))/2　　（E）(15√(2))/16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right triangle ABC the hypotenuse AB=5 and leg AC=3. The bisector of angle A meets the opposite side in A₁. A second right triangle PQR is then constructed with hypotenuse PQ=A₁B and leg PR=A₁C. If the bisector of angle P meets the opposite side in P₁, the length of PP₁ is:</w:t>
      </w:r>
    </w:p>
    <w:p>
      <w:pPr>
        <w:spacing w:before="0" w:after="160" w:line="300" w:lineRule="auto"/>
      </w:pPr>
      <w:r>
        <w:rPr>
          <w:rFonts w:ascii="Times New Roman" w:hAnsi="Times New Roman" w:eastAsia="宋体"/>
          <w:b w:val="0"/>
          <w:i w:val="0"/>
          <w:color w:val="333333"/>
          <w:sz w:val="19"/>
        </w:rPr>
        <w:t>(A) (3√(6))/4　　(B) (3√(5))/4　　(C) (3√(3))/4　　(D) (3√(2))/2　　(E) (15√(2))/16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对自然数而言，P 除以 D 时，商为 Q，余数为 R。当 Q 除以 D' 时，商为 Q'，余数为 R'。那么，P 除以 DD' 时的余数为：</w:t>
      </w:r>
    </w:p>
    <w:p>
      <w:pPr>
        <w:spacing w:before="0" w:after="120" w:line="300" w:lineRule="auto"/>
      </w:pPr>
      <w:r>
        <w:rPr>
          <w:rFonts w:ascii="Times New Roman" w:hAnsi="Times New Roman" w:eastAsia="宋体"/>
          <w:b w:val="0"/>
          <w:i w:val="0"/>
          <w:sz w:val="21"/>
        </w:rPr>
        <w:t>（A）R+R'D　　（B）R'+RD　　（C）RR'　　（D）R　　（E）R'</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natural numbers, when P is divided by D, the quotient is Q and the remainder is R. When Q is divided by D', the quotient is Q' and the remainder is R'. Then, when P is divided by DD', the remainder is:</w:t>
      </w:r>
    </w:p>
    <w:p>
      <w:pPr>
        <w:spacing w:before="0" w:after="160" w:line="300" w:lineRule="auto"/>
      </w:pPr>
      <w:r>
        <w:rPr>
          <w:rFonts w:ascii="Times New Roman" w:hAnsi="Times New Roman" w:eastAsia="宋体"/>
          <w:b w:val="0"/>
          <w:i w:val="0"/>
          <w:color w:val="333333"/>
          <w:sz w:val="19"/>
        </w:rPr>
        <w:t>(A) R+R'D　　(B) R'+RD　　(C) RR'　　(D) R　　(E) R'</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若 x 为正实数并且无限增大，则 log₃(6x-5)-log₃(2x+1) 趋近于：</w:t>
      </w:r>
    </w:p>
    <w:p>
      <w:pPr>
        <w:spacing w:before="0" w:after="120" w:line="300" w:lineRule="auto"/>
      </w:pPr>
      <w:r>
        <w:rPr>
          <w:rFonts w:ascii="Times New Roman" w:hAnsi="Times New Roman" w:eastAsia="宋体"/>
          <w:b w:val="0"/>
          <w:i w:val="0"/>
          <w:sz w:val="21"/>
        </w:rPr>
        <w:t>（A）0　　（B）1　　（C）3　　（D）4　　（E）不趋近于有限数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is real and positive and grows beyond all bounds, then log₃(6x-5)-log₃(2x+1) approaches:</w:t>
      </w:r>
    </w:p>
    <w:p>
      <w:pPr>
        <w:spacing w:before="0" w:after="160" w:line="300" w:lineRule="auto"/>
      </w:pPr>
      <w:r>
        <w:rPr>
          <w:rFonts w:ascii="Times New Roman" w:hAnsi="Times New Roman" w:eastAsia="宋体"/>
          <w:b w:val="0"/>
          <w:i w:val="0"/>
          <w:color w:val="333333"/>
          <w:sz w:val="19"/>
        </w:rPr>
        <w:t>(A) 0　　(B) 1　　(C) 3　　(D) 4　　(E) no finite number</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方程 3x+5y=501 的正整数解对共有：</w:t>
      </w:r>
    </w:p>
    <w:p>
      <w:pPr>
        <w:spacing w:before="0" w:after="120" w:line="300" w:lineRule="auto"/>
      </w:pPr>
      <w:r>
        <w:rPr>
          <w:rFonts w:ascii="Times New Roman" w:hAnsi="Times New Roman" w:eastAsia="宋体"/>
          <w:b w:val="0"/>
          <w:i w:val="0"/>
          <w:sz w:val="21"/>
        </w:rPr>
        <w:t>（A）33　　（B）34　　（C）35　　（D）100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solution-pairs in positive integers of the equation 3x+5y=501 is:</w:t>
      </w:r>
    </w:p>
    <w:p>
      <w:pPr>
        <w:spacing w:before="0" w:after="160" w:line="300" w:lineRule="auto"/>
      </w:pPr>
      <w:r>
        <w:rPr>
          <w:rFonts w:ascii="Times New Roman" w:hAnsi="Times New Roman" w:eastAsia="宋体"/>
          <w:b w:val="0"/>
          <w:i w:val="0"/>
          <w:color w:val="333333"/>
          <w:sz w:val="19"/>
        </w:rPr>
        <w:t>(A) 33　　(B) 34　　(C) 35　　(D) 100　　(E) none of these</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对每个奇数 p&gt;1，都有：</w:t>
      </w:r>
    </w:p>
    <w:p>
      <w:pPr>
        <w:spacing w:before="0" w:after="120" w:line="300" w:lineRule="auto"/>
      </w:pPr>
      <w:r>
        <w:rPr>
          <w:rFonts w:ascii="Times New Roman" w:hAnsi="Times New Roman" w:eastAsia="宋体"/>
          <w:b w:val="0"/>
          <w:i w:val="0"/>
          <w:sz w:val="21"/>
        </w:rPr>
        <w:t>（A）(p-1)^(p-1/2)-1 能被 p-2 整除　　（B）(p-1)^(p-1/2)+1 能被 p 整除　　（C）(p-1)^(p-1/2) 能被 p 整除　　（D）(p-1)^(p-1/2)+1 能被 p+1 整除　　（E）(p-1)^(p-1/2)-1 能被 p-1 整除</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odd number p&gt;1 we have:</w:t>
      </w:r>
    </w:p>
    <w:p>
      <w:pPr>
        <w:spacing w:before="0" w:after="160" w:line="300" w:lineRule="auto"/>
      </w:pPr>
      <w:r>
        <w:rPr>
          <w:rFonts w:ascii="Times New Roman" w:hAnsi="Times New Roman" w:eastAsia="宋体"/>
          <w:b w:val="0"/>
          <w:i w:val="0"/>
          <w:color w:val="333333"/>
          <w:sz w:val="19"/>
        </w:rPr>
        <w:t>(A) (p-1)^(p-1/2)-1 is divisible by</w:t>
        <w:br/>
        <w:t>p-2　　(B) (p-1)^(p-1/2)+1 is divisible by p　　(C) (p-1)^(p-1/2) is divisible by p　　(D) (p-1)^(p-1/2)+1 is divisible by p+1　　(E) (p-1)^(p-1/2)-1 is divisible by p-1</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若只使用表中信息 10³=1000、10⁴=10,000、2¹⁰=1024、2¹¹=2048、2¹²=4096、2¹³=8192，则关于 log₁₀2 能作出的最强结论是它位于下列哪两个数之间？</w:t>
      </w:r>
    </w:p>
    <w:p>
      <w:pPr>
        <w:spacing w:before="0" w:after="120" w:line="300" w:lineRule="auto"/>
      </w:pPr>
      <w:r>
        <w:rPr>
          <w:rFonts w:ascii="Times New Roman" w:hAnsi="Times New Roman" w:eastAsia="宋体"/>
          <w:b w:val="0"/>
          <w:i w:val="0"/>
          <w:sz w:val="21"/>
        </w:rPr>
        <w:t>（A）3/10 与 4/11　　（B）3/10 与 4/12　　（C）3/10 与 4/13　　（D）3/10 与 40/132　　（E）3/11 与 40/132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one uses only the tabular information 10³=1000, 10⁴=10,000, 2¹⁰=1024, 2¹¹=2048, 2¹²=4096, 2¹³=8192, then the strongest statement one can make for log₁₀2 is that it lies between:</w:t>
      </w:r>
    </w:p>
    <w:p>
      <w:pPr>
        <w:spacing w:before="0" w:after="160" w:line="300" w:lineRule="auto"/>
      </w:pPr>
      <w:r>
        <w:rPr>
          <w:rFonts w:ascii="Times New Roman" w:hAnsi="Times New Roman" w:eastAsia="宋体"/>
          <w:b w:val="0"/>
          <w:i w:val="0"/>
          <w:color w:val="333333"/>
          <w:sz w:val="19"/>
        </w:rPr>
        <w:t>(A) 3/10 and 4/11　　(B) 3/10 and 4/12　　(C) 3/10 and 4/13　　(D) 3/10 and 40/132　　(E) 3/11 and 40/132</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两支等长的蜡烛由不同材料制成，其中一支以均匀速度在 3 小时内燃尽，另一支在 4 小时内燃尽。应在下午几点点燃蜡烛，才能使下午 4 点时一支蜡烛的剩余长度是另一支的两倍？</w:t>
      </w:r>
    </w:p>
    <w:p>
      <w:pPr>
        <w:spacing w:before="0" w:after="120" w:line="300" w:lineRule="auto"/>
      </w:pPr>
      <w:r>
        <w:rPr>
          <w:rFonts w:ascii="Times New Roman" w:hAnsi="Times New Roman" w:eastAsia="宋体"/>
          <w:b w:val="0"/>
          <w:i w:val="0"/>
          <w:sz w:val="21"/>
        </w:rPr>
        <w:t>（A）1:24　　（B）1:28　　（C）1:36　　（D）1:40　　（E）1:48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candles of the same length are made of different materials so that one burns out completely at a uniform rate in 3 hours and the other in 4 hours. At what time P.M. should the candles be lighted so that, at 4 P.M., one stub is twice the length of the other?</w:t>
      </w:r>
    </w:p>
    <w:p>
      <w:pPr>
        <w:spacing w:before="0" w:after="160" w:line="300" w:lineRule="auto"/>
      </w:pPr>
      <w:r>
        <w:rPr>
          <w:rFonts w:ascii="Times New Roman" w:hAnsi="Times New Roman" w:eastAsia="宋体"/>
          <w:b w:val="0"/>
          <w:i w:val="0"/>
          <w:color w:val="333333"/>
          <w:sz w:val="19"/>
        </w:rPr>
        <w:t>(A) 1:24　　(B) 1:28　　(C) 1:36　　(D) 1:40　　(E) 1:48</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已知两个前提：I 有些 Mem 不是 En；II 没有 En 是 Vee。若“有些”表示“至少一个”，则可以得出：</w:t>
      </w:r>
    </w:p>
    <w:p>
      <w:pPr>
        <w:spacing w:before="0" w:after="120" w:line="300" w:lineRule="auto"/>
      </w:pPr>
      <w:r>
        <w:rPr>
          <w:rFonts w:ascii="Times New Roman" w:hAnsi="Times New Roman" w:eastAsia="宋体"/>
          <w:b w:val="0"/>
          <w:i w:val="0"/>
          <w:sz w:val="21"/>
        </w:rPr>
        <w:t>（A）有些 Mem 不是 Vee　　（B）有些 Vee 不是 Mem　　（C）没有 Mem 是 Vee　　（D）有些 Mem 是 Vee　　（E）无法从已知命题推出 (A)、(B)、(C)、(D)</w:t>
        <w:br/>
        <w:t>中的任何一个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two hypotheses: I Some Mems are not Ens and II No Ens are Vees. If “some” means “at least one,” we can conclude that:</w:t>
      </w:r>
    </w:p>
    <w:p>
      <w:pPr>
        <w:spacing w:before="0" w:after="160" w:line="300" w:lineRule="auto"/>
      </w:pPr>
      <w:r>
        <w:rPr>
          <w:rFonts w:ascii="Times New Roman" w:hAnsi="Times New Roman" w:eastAsia="宋体"/>
          <w:b w:val="0"/>
          <w:i w:val="0"/>
          <w:color w:val="333333"/>
          <w:sz w:val="19"/>
        </w:rPr>
        <w:t>(A) Some Mems are not Vees　　(B) Some Vees are not Mems　　(C) No Mem is a Vee　　(D) Some Mems are Vees　　(E) Neither (A) nor (B) nor (C) nor</w:t>
        <w:br/>
        <w:t>(D) is deducible from the given statements</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AB 是一个圆的直径。作切线 AD 与 BC，使 AC 与 BD 交于圆上一点。若 AD=a、BC=b，且 a≠ b，则圆的直径为：</w:t>
      </w:r>
    </w:p>
    <w:p>
      <w:pPr>
        <w:spacing w:before="0" w:after="120" w:line="300" w:lineRule="auto"/>
      </w:pPr>
      <w:r>
        <w:rPr>
          <w:rFonts w:ascii="Times New Roman" w:hAnsi="Times New Roman" w:eastAsia="宋体"/>
          <w:b w:val="0"/>
          <w:i w:val="0"/>
          <w:sz w:val="21"/>
        </w:rPr>
        <w:t>（A）lvert a-brvert　　（B）1/2(a+b)　　（C）√(ab)　　（D）ab/a+b　　（E）1/2·ab/a+b</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AB is a diameter of a circle. Tangents AD and BC are drawn so that AC and BD intersect in a point on the circle. If AD=a and BC=b, a≠ b, the diameter of the circle is:</w:t>
      </w:r>
    </w:p>
    <w:p>
      <w:pPr>
        <w:spacing w:before="0" w:after="160" w:line="300" w:lineRule="auto"/>
      </w:pPr>
      <w:r>
        <w:rPr>
          <w:rFonts w:ascii="Times New Roman" w:hAnsi="Times New Roman" w:eastAsia="宋体"/>
          <w:b w:val="0"/>
          <w:i w:val="0"/>
          <w:color w:val="333333"/>
          <w:sz w:val="19"/>
        </w:rPr>
        <w:t>(A) lvert a-brvert　　(B) 1/2(a+b)　　(C) √(ab)　　(D) ab/a+b　　(E) 1/2·ab/a+b</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一名商人用 d 美元买了 n 台收音机，其中 d 是正整数。他以成本一半的价格将两台收音机提供给社区义卖会，其余每台以获利 $8 的价格售出。若总利润为 $72，则根据已知信息，n 的最小可能值为：</w:t>
      </w:r>
    </w:p>
    <w:p>
      <w:pPr>
        <w:spacing w:before="0" w:after="120" w:line="300" w:lineRule="auto"/>
      </w:pPr>
      <w:r>
        <w:rPr>
          <w:rFonts w:ascii="Times New Roman" w:hAnsi="Times New Roman" w:eastAsia="宋体"/>
          <w:b w:val="0"/>
          <w:i w:val="0"/>
          <w:sz w:val="21"/>
        </w:rPr>
        <w:t>（A）18　　（B）16　　（C）15　　（D）12　　（E）11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dealer bought n radios for d dollars, d, a positive integer. He contributed two radios to a community bazaar at half their cost. The rest he sold at a profit of $8 on each radio sold. If the overall profit was $72, then the least possible value of n for the given information is:</w:t>
      </w:r>
    </w:p>
    <w:p>
      <w:pPr>
        <w:spacing w:before="0" w:after="160" w:line="300" w:lineRule="auto"/>
      </w:pPr>
      <w:r>
        <w:rPr>
          <w:rFonts w:ascii="Times New Roman" w:hAnsi="Times New Roman" w:eastAsia="宋体"/>
          <w:b w:val="0"/>
          <w:i w:val="0"/>
          <w:color w:val="333333"/>
          <w:sz w:val="19"/>
        </w:rPr>
        <w:t>(A) 18　　(B) 16　　(C) 15　　(D) 12　　(E) 11</w:t>
      </w:r>
    </w:p>
    <w:p>
      <w:pPr>
        <w:spacing w:before="200" w:after="80" w:line="300" w:lineRule="auto"/>
      </w:pPr>
      <w:r>
        <w:rPr>
          <w:rFonts w:ascii="Times New Roman" w:hAnsi="Times New Roman" w:eastAsia="宋体"/>
          <w:b/>
          <w:i w:val="0"/>
          <w:sz w:val="23"/>
        </w:rPr>
        <w:t>第 31 题</w:t>
      </w:r>
    </w:p>
    <w:p>
      <w:pPr>
        <w:spacing w:before="0" w:after="80" w:line="300" w:lineRule="auto"/>
        <w:jc w:val="left"/>
      </w:pPr>
      <w:r>
        <w:rPr>
          <w:rFonts w:ascii="Times New Roman" w:hAnsi="Times New Roman" w:eastAsia="宋体"/>
          <w:b w:val="0"/>
          <w:i w:val="0"/>
          <w:sz w:val="21"/>
        </w:rPr>
        <w:t>设 D=a²+b²+c²，其中 a、b 为相邻整数，且 c=ab。则 √(D)：</w:t>
      </w:r>
    </w:p>
    <w:p>
      <w:pPr>
        <w:spacing w:before="0" w:after="120" w:line="300" w:lineRule="auto"/>
      </w:pPr>
      <w:r>
        <w:rPr>
          <w:rFonts w:ascii="Times New Roman" w:hAnsi="Times New Roman" w:eastAsia="宋体"/>
          <w:b w:val="0"/>
          <w:i w:val="0"/>
          <w:sz w:val="21"/>
        </w:rPr>
        <w:t>（A）总是偶整数　　（B）有时是奇整数，有时不是　　（C）总是奇整数　　（D）有时是有理数，有时不是　　（E）总是无理数</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D=a²+b²+c², where a, b are consecutive integers and c=ab. Then √(D) is:</w:t>
      </w:r>
    </w:p>
    <w:p>
      <w:pPr>
        <w:spacing w:before="0" w:after="160" w:line="300" w:lineRule="auto"/>
      </w:pPr>
      <w:r>
        <w:rPr>
          <w:rFonts w:ascii="Times New Roman" w:hAnsi="Times New Roman" w:eastAsia="宋体"/>
          <w:b w:val="0"/>
          <w:i w:val="0"/>
          <w:color w:val="333333"/>
          <w:sz w:val="19"/>
        </w:rPr>
        <w:t>(A) always an even integer　　(B) sometimes an odd integer, sometimes not　　(C) always an odd integer　　(D) sometimes rational, sometimes not　　(E) always irrational</w:t>
      </w:r>
    </w:p>
    <w:p>
      <w:pPr>
        <w:spacing w:before="200" w:after="80" w:line="300" w:lineRule="auto"/>
      </w:pPr>
      <w:r>
        <w:rPr>
          <w:rFonts w:ascii="Times New Roman" w:hAnsi="Times New Roman" w:eastAsia="宋体"/>
          <w:b/>
          <w:i w:val="0"/>
          <w:sz w:val="23"/>
        </w:rPr>
        <w:t>第 32 题</w:t>
      </w:r>
    </w:p>
    <w:p>
      <w:pPr>
        <w:spacing w:before="0" w:after="80" w:line="300" w:lineRule="auto"/>
        <w:jc w:val="left"/>
      </w:pPr>
      <w:r>
        <w:rPr>
          <w:rFonts w:ascii="Times New Roman" w:hAnsi="Times New Roman" w:eastAsia="宋体"/>
          <w:b w:val="0"/>
          <w:i w:val="0"/>
          <w:sz w:val="21"/>
        </w:rPr>
        <w:t>四边形 ABCD 的对角线 AC 与 BD 交于 O，且 BO=4、OD=6、AO=8、OC=3、AB=6。则 AD 的长度为：</w:t>
      </w:r>
    </w:p>
    <w:p>
      <w:pPr>
        <w:spacing w:before="0" w:after="120" w:line="300" w:lineRule="auto"/>
      </w:pPr>
      <w:r>
        <w:rPr>
          <w:rFonts w:ascii="Times New Roman" w:hAnsi="Times New Roman" w:eastAsia="宋体"/>
          <w:b w:val="0"/>
          <w:i w:val="0"/>
          <w:sz w:val="21"/>
        </w:rPr>
        <w:t>（A）9　　（B）10　　（C）6√(3)　　（D）8√(2)　　（E）√(166)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quadrilateral ABCD with diagonals AC and BD intersecting at O, BO=4, OD=6, AO=8, OC=3, and AB=6. The length of AD is:</w:t>
      </w:r>
    </w:p>
    <w:p>
      <w:pPr>
        <w:spacing w:before="0" w:after="160" w:line="300" w:lineRule="auto"/>
      </w:pPr>
      <w:r>
        <w:rPr>
          <w:rFonts w:ascii="Times New Roman" w:hAnsi="Times New Roman" w:eastAsia="宋体"/>
          <w:b w:val="0"/>
          <w:i w:val="0"/>
          <w:color w:val="333333"/>
          <w:sz w:val="19"/>
        </w:rPr>
        <w:t>(A) 9　　(B) 10　　(C) 6√(3)　　(D) 8√(2)　　(E) √(166)</w:t>
      </w:r>
    </w:p>
    <w:p>
      <w:pPr>
        <w:spacing w:before="200" w:after="80" w:line="300" w:lineRule="auto"/>
      </w:pPr>
      <w:r>
        <w:rPr>
          <w:rFonts w:ascii="Times New Roman" w:hAnsi="Times New Roman" w:eastAsia="宋体"/>
          <w:b/>
          <w:i w:val="0"/>
          <w:sz w:val="23"/>
        </w:rPr>
        <w:t>第 33 题</w:t>
      </w:r>
    </w:p>
    <w:p>
      <w:pPr>
        <w:spacing w:before="0" w:after="80" w:line="300" w:lineRule="auto"/>
        <w:jc w:val="left"/>
      </w:pPr>
      <w:r>
        <w:rPr>
          <w:rFonts w:ascii="Times New Roman" w:hAnsi="Times New Roman" w:eastAsia="宋体"/>
          <w:b w:val="0"/>
          <w:i w:val="0"/>
          <w:sz w:val="21"/>
        </w:rPr>
        <w:t>图中分别以 AB、AC 和 CB 为直径作半圆，使它们两两相切。若 CD⊥ AB，则阴影面积与以 CD 为半径的圆面积之比为：</w:t>
      </w:r>
    </w:p>
    <w:p>
      <w:pPr>
        <w:spacing w:before="80" w:after="80"/>
        <w:jc w:val="center"/>
      </w:pPr>
      <w:r>
        <w:drawing>
          <wp:inline xmlns:a="http://schemas.openxmlformats.org/drawingml/2006/main" xmlns:pic="http://schemas.openxmlformats.org/drawingml/2006/picture">
            <wp:extent cx="2232036" cy="1206354"/>
            <wp:docPr id="1" name="Picture 1"/>
            <wp:cNvGraphicFramePr>
              <a:graphicFrameLocks noChangeAspect="1"/>
            </wp:cNvGraphicFramePr>
            <a:graphic>
              <a:graphicData uri="http://schemas.openxmlformats.org/drawingml/2006/picture">
                <pic:pic>
                  <pic:nvPicPr>
                    <pic:cNvPr id="0" name="q33-1@300dpi.png"/>
                    <pic:cNvPicPr/>
                  </pic:nvPicPr>
                  <pic:blipFill>
                    <a:blip r:embed="rId9"/>
                    <a:stretch>
                      <a:fillRect/>
                    </a:stretch>
                  </pic:blipFill>
                  <pic:spPr>
                    <a:xfrm>
                      <a:off x="0" y="0"/>
                      <a:ext cx="2232036" cy="1206354"/>
                    </a:xfrm>
                    <a:prstGeom prst="rect"/>
                  </pic:spPr>
                </pic:pic>
              </a:graphicData>
            </a:graphic>
          </wp:inline>
        </w:drawing>
      </w:r>
    </w:p>
    <w:p>
      <w:pPr>
        <w:spacing w:before="0" w:after="120" w:line="300" w:lineRule="auto"/>
      </w:pPr>
      <w:r>
        <w:rPr>
          <w:rFonts w:ascii="Times New Roman" w:hAnsi="Times New Roman" w:eastAsia="宋体"/>
          <w:b w:val="0"/>
          <w:i w:val="0"/>
          <w:sz w:val="21"/>
        </w:rPr>
        <w:t>（A）1:2　　（B）1:3　　（C）√(3):7　　（D）1:4　　（E）√(2):6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this diagram semi-circles are constructed on diameters AB, AC, and CB, so that they are mutually tangent. If CD⊥ AB, then the ratio of the shaded area to the area of a circle with CD as radius is:</w:t>
      </w:r>
    </w:p>
    <w:p>
      <w:pPr>
        <w:spacing w:before="80" w:after="80"/>
        <w:jc w:val="center"/>
      </w:pPr>
      <w:r>
        <w:drawing>
          <wp:inline xmlns:a="http://schemas.openxmlformats.org/drawingml/2006/main" xmlns:pic="http://schemas.openxmlformats.org/drawingml/2006/picture">
            <wp:extent cx="2232036" cy="1206354"/>
            <wp:docPr id="2" name="Picture 2"/>
            <wp:cNvGraphicFramePr>
              <a:graphicFrameLocks noChangeAspect="1"/>
            </wp:cNvGraphicFramePr>
            <a:graphic>
              <a:graphicData uri="http://schemas.openxmlformats.org/drawingml/2006/picture">
                <pic:pic>
                  <pic:nvPicPr>
                    <pic:cNvPr id="0" name="q33-1@300dpi.png"/>
                    <pic:cNvPicPr/>
                  </pic:nvPicPr>
                  <pic:blipFill>
                    <a:blip r:embed="rId9"/>
                    <a:stretch>
                      <a:fillRect/>
                    </a:stretch>
                  </pic:blipFill>
                  <pic:spPr>
                    <a:xfrm>
                      <a:off x="0" y="0"/>
                      <a:ext cx="2232036" cy="120635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1:3　　(C) √(3):7　　(D) 1:4　　(E) √(2):6</w:t>
      </w:r>
    </w:p>
    <w:p>
      <w:pPr>
        <w:spacing w:before="200" w:after="80" w:line="300" w:lineRule="auto"/>
      </w:pPr>
      <w:r>
        <w:rPr>
          <w:rFonts w:ascii="Times New Roman" w:hAnsi="Times New Roman" w:eastAsia="宋体"/>
          <w:b/>
          <w:i w:val="0"/>
          <w:sz w:val="23"/>
        </w:rPr>
        <w:t>第 34 题</w:t>
      </w:r>
    </w:p>
    <w:p>
      <w:pPr>
        <w:spacing w:before="0" w:after="80" w:line="300" w:lineRule="auto"/>
        <w:jc w:val="left"/>
      </w:pPr>
      <w:r>
        <w:rPr>
          <w:rFonts w:ascii="Times New Roman" w:hAnsi="Times New Roman" w:eastAsia="宋体"/>
          <w:b w:val="0"/>
          <w:i w:val="0"/>
          <w:sz w:val="21"/>
        </w:rPr>
        <w:t>在三角形 ABC 的边 AB、BC 和 CA 上分别取点 D、E、F，使得 AD:DB=1:n、BE:CE=1:n，且 CF:FA=1:n。三角形 DEF 与三角形 ABC 的面积之比为：</w:t>
      </w:r>
    </w:p>
    <w:p>
      <w:pPr>
        <w:spacing w:before="0" w:after="120" w:line="300" w:lineRule="auto"/>
      </w:pPr>
      <w:r>
        <w:rPr>
          <w:rFonts w:ascii="Times New Roman" w:hAnsi="Times New Roman" w:eastAsia="宋体"/>
          <w:b w:val="0"/>
          <w:i w:val="0"/>
          <w:sz w:val="21"/>
        </w:rPr>
        <w:t>（A）n²-n+1/((n+1)²)　　（B）1/((n+1)²)　　（C）2n³/((n+1)²)　　（D）n³/((n+1)²)　　（E）(n(n-1))/n+1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D, E, F are taken respectively on sides AB, BC, and CA of triangle ABC so that AD:DB=1:n, BE:CE=1:n, and CF:FA=1:n. The ratio of the area of triangle DEF to that of triangle ABC is:</w:t>
      </w:r>
    </w:p>
    <w:p>
      <w:pPr>
        <w:spacing w:before="0" w:after="160" w:line="300" w:lineRule="auto"/>
      </w:pPr>
      <w:r>
        <w:rPr>
          <w:rFonts w:ascii="Times New Roman" w:hAnsi="Times New Roman" w:eastAsia="宋体"/>
          <w:b w:val="0"/>
          <w:i w:val="0"/>
          <w:color w:val="333333"/>
          <w:sz w:val="19"/>
        </w:rPr>
        <w:t>(A) n²-n+1/((n+1)²)　　(B) 1/((n+1)²)　　(C) 2n³/((n+1)²)　　(D) n³/((n+1)²)　　(E) (n(n-1))/n+1</w:t>
      </w:r>
    </w:p>
    <w:p>
      <w:pPr>
        <w:spacing w:before="200" w:after="80" w:line="300" w:lineRule="auto"/>
      </w:pPr>
      <w:r>
        <w:rPr>
          <w:rFonts w:ascii="Times New Roman" w:hAnsi="Times New Roman" w:eastAsia="宋体"/>
          <w:b/>
          <w:i w:val="0"/>
          <w:sz w:val="23"/>
        </w:rPr>
        <w:t>第 35 题</w:t>
      </w:r>
    </w:p>
    <w:p>
      <w:pPr>
        <w:spacing w:before="0" w:after="80" w:line="300" w:lineRule="auto"/>
        <w:jc w:val="left"/>
      </w:pPr>
      <w:r>
        <w:rPr>
          <w:rFonts w:ascii="Times New Roman" w:hAnsi="Times New Roman" w:eastAsia="宋体"/>
          <w:b w:val="0"/>
          <w:i w:val="0"/>
          <w:sz w:val="21"/>
        </w:rPr>
        <w:t>方程 64x³-144x²+92x-15=0 的各根成等差数列。最大根与最小根之差为：</w:t>
      </w:r>
    </w:p>
    <w:p>
      <w:pPr>
        <w:spacing w:before="0" w:after="120" w:line="300" w:lineRule="auto"/>
      </w:pPr>
      <w:r>
        <w:rPr>
          <w:rFonts w:ascii="Times New Roman" w:hAnsi="Times New Roman" w:eastAsia="宋体"/>
          <w:b w:val="0"/>
          <w:i w:val="0"/>
          <w:sz w:val="21"/>
        </w:rPr>
        <w:t>（A）2　　（B）1　　（C）1/2　　（D）3/8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roots of 64x³-144x²+92x-15=0 are in arithmetic progression. The difference between the largest and smallest roots is:</w:t>
      </w:r>
    </w:p>
    <w:p>
      <w:pPr>
        <w:spacing w:before="0" w:after="160" w:line="300" w:lineRule="auto"/>
      </w:pPr>
      <w:r>
        <w:rPr>
          <w:rFonts w:ascii="Times New Roman" w:hAnsi="Times New Roman" w:eastAsia="宋体"/>
          <w:b w:val="0"/>
          <w:i w:val="0"/>
          <w:color w:val="333333"/>
          <w:sz w:val="19"/>
        </w:rPr>
        <w:t>(A) 2　　(B) 1　　(C) 1/2　　(D) 3/8　　(E) 1/4</w:t>
      </w:r>
    </w:p>
    <w:p>
      <w:pPr>
        <w:spacing w:before="200" w:after="80" w:line="300" w:lineRule="auto"/>
      </w:pPr>
      <w:r>
        <w:rPr>
          <w:rFonts w:ascii="Times New Roman" w:hAnsi="Times New Roman" w:eastAsia="宋体"/>
          <w:b/>
          <w:i w:val="0"/>
          <w:sz w:val="23"/>
        </w:rPr>
        <w:t>第 36 题</w:t>
      </w:r>
    </w:p>
    <w:p>
      <w:pPr>
        <w:spacing w:before="0" w:after="80" w:line="300" w:lineRule="auto"/>
        <w:jc w:val="left"/>
      </w:pPr>
      <w:r>
        <w:rPr>
          <w:rFonts w:ascii="Times New Roman" w:hAnsi="Times New Roman" w:eastAsia="宋体"/>
          <w:b w:val="0"/>
          <w:i w:val="0"/>
          <w:sz w:val="21"/>
        </w:rPr>
        <w:t>一个等比数列有五项，每项都是小于 100 的正整数。五项之和为 211。若 S 是其中所有完全平方数项之和，则 S 为：</w:t>
      </w:r>
    </w:p>
    <w:p>
      <w:pPr>
        <w:spacing w:before="0" w:after="120" w:line="300" w:lineRule="auto"/>
      </w:pPr>
      <w:r>
        <w:rPr>
          <w:rFonts w:ascii="Times New Roman" w:hAnsi="Times New Roman" w:eastAsia="宋体"/>
          <w:b w:val="0"/>
          <w:i w:val="0"/>
          <w:sz w:val="21"/>
        </w:rPr>
        <w:t>（A）0　　（B）91　　（C）133　　（D）195　　（E）211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geometric progression of five terms, each a positive integer less than 100. The sum of the five terms is 211. If S is the sum of those terms in the progression which are squares of integers, then S is:</w:t>
      </w:r>
    </w:p>
    <w:p>
      <w:pPr>
        <w:spacing w:before="0" w:after="160" w:line="300" w:lineRule="auto"/>
      </w:pPr>
      <w:r>
        <w:rPr>
          <w:rFonts w:ascii="Times New Roman" w:hAnsi="Times New Roman" w:eastAsia="宋体"/>
          <w:b w:val="0"/>
          <w:i w:val="0"/>
          <w:color w:val="333333"/>
          <w:sz w:val="19"/>
        </w:rPr>
        <w:t>(A) 0　　(B) 91　　(C) 133　　(D) 195　　(E) 211</w:t>
      </w:r>
    </w:p>
    <w:p>
      <w:pPr>
        <w:spacing w:before="200" w:after="80" w:line="300" w:lineRule="auto"/>
      </w:pPr>
      <w:r>
        <w:rPr>
          <w:rFonts w:ascii="Times New Roman" w:hAnsi="Times New Roman" w:eastAsia="宋体"/>
          <w:b/>
          <w:i w:val="0"/>
          <w:sz w:val="23"/>
        </w:rPr>
        <w:t>第 37 题</w:t>
      </w:r>
    </w:p>
    <w:p>
      <w:pPr>
        <w:spacing w:before="0" w:after="80" w:line="300" w:lineRule="auto"/>
        <w:jc w:val="left"/>
      </w:pPr>
      <w:r>
        <w:rPr>
          <w:rFonts w:ascii="Times New Roman" w:hAnsi="Times New Roman" w:eastAsia="宋体"/>
          <w:b w:val="0"/>
          <w:i w:val="0"/>
          <w:sz w:val="21"/>
        </w:rPr>
        <w:t>从三角形 ABC 的三个顶点分别向一条不与三角形相交的直线 RS 作垂线段 AD=10、BE=6、CF=24。点 D、E、F 是这些垂线与 RS 的交点。若三条中线交于 G，从该点向 RS 作垂线段 GH，且其长度为 x，则 x 为：</w:t>
      </w:r>
    </w:p>
    <w:p>
      <w:pPr>
        <w:spacing w:before="0" w:after="120" w:line="300" w:lineRule="auto"/>
      </w:pPr>
      <w:r>
        <w:rPr>
          <w:rFonts w:ascii="Times New Roman" w:hAnsi="Times New Roman" w:eastAsia="宋体"/>
          <w:b w:val="0"/>
          <w:i w:val="0"/>
          <w:sz w:val="21"/>
        </w:rPr>
        <w:t>（A）40/3　　（B）16　　（C）56/3　　（D）80/3　　（E）无法确定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Segments AD=10, BE=6, CF=24 are drawn from the vertices of triangle ABC, each perpendicular to a straight line RS, not intersecting the triangle. Points D, E, F are the intersection points of RS with the perpendiculars. If x is the length of the perpendicular segment GH drawn to RS from the intersection point G of the medians of the triangle, then x is:</w:t>
      </w:r>
    </w:p>
    <w:p>
      <w:pPr>
        <w:spacing w:before="0" w:after="160" w:line="300" w:lineRule="auto"/>
      </w:pPr>
      <w:r>
        <w:rPr>
          <w:rFonts w:ascii="Times New Roman" w:hAnsi="Times New Roman" w:eastAsia="宋体"/>
          <w:b w:val="0"/>
          <w:i w:val="0"/>
          <w:color w:val="333333"/>
          <w:sz w:val="19"/>
        </w:rPr>
        <w:t>(A) 40/3　　(B) 16　　(C) 56/3　　(D) 80/3　　(E) undetermined</w:t>
      </w:r>
    </w:p>
    <w:p>
      <w:pPr>
        <w:spacing w:before="200" w:after="80" w:line="300" w:lineRule="auto"/>
      </w:pPr>
      <w:r>
        <w:rPr>
          <w:rFonts w:ascii="Times New Roman" w:hAnsi="Times New Roman" w:eastAsia="宋体"/>
          <w:b/>
          <w:i w:val="0"/>
          <w:sz w:val="23"/>
        </w:rPr>
        <w:t>第 38 题</w:t>
      </w:r>
    </w:p>
    <w:p>
      <w:pPr>
        <w:spacing w:before="0" w:after="80" w:line="300" w:lineRule="auto"/>
        <w:jc w:val="left"/>
      </w:pPr>
      <w:r>
        <w:rPr>
          <w:rFonts w:ascii="Times New Roman" w:hAnsi="Times New Roman" w:eastAsia="宋体"/>
          <w:b w:val="0"/>
          <w:i w:val="0"/>
          <w:sz w:val="21"/>
        </w:rPr>
        <w:t>给定一个集合 S，其中含有两种未定义的元素“pib”和“maa”，并给出以下四条公设：</w:t>
      </w:r>
    </w:p>
    <w:p>
      <w:pPr>
        <w:spacing w:before="0" w:after="80" w:line="300" w:lineRule="auto"/>
        <w:jc w:val="left"/>
      </w:pPr>
      <w:r>
        <w:rPr>
          <w:rFonts w:ascii="Times New Roman" w:hAnsi="Times New Roman" w:eastAsia="宋体"/>
          <w:b w:val="0"/>
          <w:i w:val="0"/>
          <w:sz w:val="21"/>
        </w:rPr>
        <w:t>P₁：每个 pib 都是若干 maa 的集合。</w:t>
      </w:r>
    </w:p>
    <w:p>
      <w:pPr>
        <w:spacing w:before="0" w:after="80" w:line="300" w:lineRule="auto"/>
        <w:jc w:val="left"/>
      </w:pPr>
      <w:r>
        <w:rPr>
          <w:rFonts w:ascii="Times New Roman" w:hAnsi="Times New Roman" w:eastAsia="宋体"/>
          <w:b w:val="0"/>
          <w:i w:val="0"/>
          <w:sz w:val="21"/>
        </w:rPr>
        <w:t>P₂：任意两个不同的 pib 恰好共有一个 maa。</w:t>
      </w:r>
    </w:p>
    <w:p>
      <w:pPr>
        <w:spacing w:before="0" w:after="80" w:line="300" w:lineRule="auto"/>
        <w:jc w:val="left"/>
      </w:pPr>
      <w:r>
        <w:rPr>
          <w:rFonts w:ascii="Times New Roman" w:hAnsi="Times New Roman" w:eastAsia="宋体"/>
          <w:b w:val="0"/>
          <w:i w:val="0"/>
          <w:sz w:val="21"/>
        </w:rPr>
        <w:t>P₃：每个 maa 恰好属于两个 pib。</w:t>
      </w:r>
    </w:p>
    <w:p>
      <w:pPr>
        <w:spacing w:before="0" w:after="80" w:line="300" w:lineRule="auto"/>
        <w:jc w:val="left"/>
      </w:pPr>
      <w:r>
        <w:rPr>
          <w:rFonts w:ascii="Times New Roman" w:hAnsi="Times New Roman" w:eastAsia="宋体"/>
          <w:b w:val="0"/>
          <w:i w:val="0"/>
          <w:sz w:val="21"/>
        </w:rPr>
        <w:t>P₄：恰好有四个 pib。</w:t>
      </w:r>
    </w:p>
    <w:p>
      <w:pPr>
        <w:spacing w:before="0" w:after="80" w:line="300" w:lineRule="auto"/>
        <w:jc w:val="left"/>
      </w:pPr>
      <w:r>
        <w:rPr>
          <w:rFonts w:ascii="Times New Roman" w:hAnsi="Times New Roman" w:eastAsia="宋体"/>
          <w:b w:val="0"/>
          <w:i w:val="0"/>
          <w:sz w:val="21"/>
        </w:rPr>
        <w:t>考虑以下三个定理：</w:t>
      </w:r>
    </w:p>
    <w:p>
      <w:pPr>
        <w:spacing w:before="0" w:after="80" w:line="300" w:lineRule="auto"/>
        <w:jc w:val="left"/>
      </w:pPr>
      <w:r>
        <w:rPr>
          <w:rFonts w:ascii="Times New Roman" w:hAnsi="Times New Roman" w:eastAsia="宋体"/>
          <w:b w:val="0"/>
          <w:i w:val="0"/>
          <w:sz w:val="21"/>
        </w:rPr>
        <w:t>T₁：恰好有六个 maa。</w:t>
      </w:r>
    </w:p>
    <w:p>
      <w:pPr>
        <w:spacing w:before="0" w:after="80" w:line="300" w:lineRule="auto"/>
        <w:jc w:val="left"/>
      </w:pPr>
      <w:r>
        <w:rPr>
          <w:rFonts w:ascii="Times New Roman" w:hAnsi="Times New Roman" w:eastAsia="宋体"/>
          <w:b w:val="0"/>
          <w:i w:val="0"/>
          <w:sz w:val="21"/>
        </w:rPr>
        <w:t>T₂：每个 pib 中恰好有三个 maa。</w:t>
      </w:r>
    </w:p>
    <w:p>
      <w:pPr>
        <w:spacing w:before="0" w:after="80" w:line="300" w:lineRule="auto"/>
        <w:jc w:val="left"/>
      </w:pPr>
      <w:r>
        <w:rPr>
          <w:rFonts w:ascii="Times New Roman" w:hAnsi="Times New Roman" w:eastAsia="宋体"/>
          <w:b w:val="0"/>
          <w:i w:val="0"/>
          <w:sz w:val="21"/>
        </w:rPr>
        <w:t>T₃：对每个 maa，恰好有另一个 maa 不与它同属任何一个 pib。</w:t>
      </w:r>
    </w:p>
    <w:p>
      <w:pPr>
        <w:spacing w:before="0" w:after="80" w:line="300" w:lineRule="auto"/>
        <w:jc w:val="left"/>
      </w:pPr>
      <w:r>
        <w:rPr>
          <w:rFonts w:ascii="Times New Roman" w:hAnsi="Times New Roman" w:eastAsia="宋体"/>
          <w:b w:val="0"/>
          <w:i w:val="0"/>
          <w:sz w:val="21"/>
        </w:rPr>
        <w:t>可以由这些公设推出的定理是：</w:t>
      </w:r>
    </w:p>
    <w:p>
      <w:pPr>
        <w:spacing w:before="0" w:after="120" w:line="300" w:lineRule="auto"/>
      </w:pPr>
      <w:r>
        <w:rPr>
          <w:rFonts w:ascii="Times New Roman" w:hAnsi="Times New Roman" w:eastAsia="宋体"/>
          <w:b w:val="0"/>
          <w:i w:val="0"/>
          <w:sz w:val="21"/>
        </w:rPr>
        <w:t>（A）仅 T₃　　（B）仅 T₂ 和 T₃　　（C）仅 T₁ 和 T₂　　（D）仅 T₁ 和 T₃　　（E）全部三个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a set S consisting of two undefined elements “pib” and “maa,” and the four postulates:</w:t>
      </w:r>
    </w:p>
    <w:p>
      <w:pPr>
        <w:spacing w:before="0" w:after="80" w:line="300" w:lineRule="auto"/>
        <w:jc w:val="left"/>
      </w:pPr>
      <w:r>
        <w:rPr>
          <w:rFonts w:ascii="Times New Roman" w:hAnsi="Times New Roman" w:eastAsia="宋体"/>
          <w:b w:val="0"/>
          <w:i w:val="0"/>
          <w:color w:val="333333"/>
          <w:sz w:val="19"/>
        </w:rPr>
        <w:t>P₁: Every pib is a collection of maas.</w:t>
      </w:r>
    </w:p>
    <w:p>
      <w:pPr>
        <w:spacing w:before="0" w:after="80" w:line="300" w:lineRule="auto"/>
        <w:jc w:val="left"/>
      </w:pPr>
      <w:r>
        <w:rPr>
          <w:rFonts w:ascii="Times New Roman" w:hAnsi="Times New Roman" w:eastAsia="宋体"/>
          <w:b w:val="0"/>
          <w:i w:val="0"/>
          <w:color w:val="333333"/>
          <w:sz w:val="19"/>
        </w:rPr>
        <w:t>P₂: Any two distinct pibs have one and only one maa in common.</w:t>
      </w:r>
    </w:p>
    <w:p>
      <w:pPr>
        <w:spacing w:before="0" w:after="80" w:line="300" w:lineRule="auto"/>
        <w:jc w:val="left"/>
      </w:pPr>
      <w:r>
        <w:rPr>
          <w:rFonts w:ascii="Times New Roman" w:hAnsi="Times New Roman" w:eastAsia="宋体"/>
          <w:b w:val="0"/>
          <w:i w:val="0"/>
          <w:color w:val="333333"/>
          <w:sz w:val="19"/>
        </w:rPr>
        <w:t>P₃: Every maa belongs to two and only two pibs.</w:t>
      </w:r>
    </w:p>
    <w:p>
      <w:pPr>
        <w:spacing w:before="0" w:after="80" w:line="300" w:lineRule="auto"/>
        <w:jc w:val="left"/>
      </w:pPr>
      <w:r>
        <w:rPr>
          <w:rFonts w:ascii="Times New Roman" w:hAnsi="Times New Roman" w:eastAsia="宋体"/>
          <w:b w:val="0"/>
          <w:i w:val="0"/>
          <w:color w:val="333333"/>
          <w:sz w:val="19"/>
        </w:rPr>
        <w:t>P₄: There are exactly four pibs.</w:t>
      </w:r>
    </w:p>
    <w:p>
      <w:pPr>
        <w:spacing w:before="0" w:after="80" w:line="300" w:lineRule="auto"/>
        <w:jc w:val="left"/>
      </w:pPr>
      <w:r>
        <w:rPr>
          <w:rFonts w:ascii="Times New Roman" w:hAnsi="Times New Roman" w:eastAsia="宋体"/>
          <w:b w:val="0"/>
          <w:i w:val="0"/>
          <w:color w:val="333333"/>
          <w:sz w:val="19"/>
        </w:rPr>
        <w:t>Consider the three theorems:</w:t>
      </w:r>
    </w:p>
    <w:p>
      <w:pPr>
        <w:spacing w:before="0" w:after="80" w:line="300" w:lineRule="auto"/>
        <w:jc w:val="left"/>
      </w:pPr>
      <w:r>
        <w:rPr>
          <w:rFonts w:ascii="Times New Roman" w:hAnsi="Times New Roman" w:eastAsia="宋体"/>
          <w:b w:val="0"/>
          <w:i w:val="0"/>
          <w:color w:val="333333"/>
          <w:sz w:val="19"/>
        </w:rPr>
        <w:t>T₁: There are exactly six maas.</w:t>
      </w:r>
    </w:p>
    <w:p>
      <w:pPr>
        <w:spacing w:before="0" w:after="80" w:line="300" w:lineRule="auto"/>
        <w:jc w:val="left"/>
      </w:pPr>
      <w:r>
        <w:rPr>
          <w:rFonts w:ascii="Times New Roman" w:hAnsi="Times New Roman" w:eastAsia="宋体"/>
          <w:b w:val="0"/>
          <w:i w:val="0"/>
          <w:color w:val="333333"/>
          <w:sz w:val="19"/>
        </w:rPr>
        <w:t>T₂: There are exactly three maas in each pib.</w:t>
      </w:r>
    </w:p>
    <w:p>
      <w:pPr>
        <w:spacing w:before="0" w:after="80" w:line="300" w:lineRule="auto"/>
        <w:jc w:val="left"/>
      </w:pPr>
      <w:r>
        <w:rPr>
          <w:rFonts w:ascii="Times New Roman" w:hAnsi="Times New Roman" w:eastAsia="宋体"/>
          <w:b w:val="0"/>
          <w:i w:val="0"/>
          <w:color w:val="333333"/>
          <w:sz w:val="19"/>
        </w:rPr>
        <w:t>T₃: For each maa there is exactly one other maa not in the same pib with it.</w:t>
      </w:r>
    </w:p>
    <w:p>
      <w:pPr>
        <w:spacing w:before="0" w:after="80" w:line="300" w:lineRule="auto"/>
        <w:jc w:val="left"/>
      </w:pPr>
      <w:r>
        <w:rPr>
          <w:rFonts w:ascii="Times New Roman" w:hAnsi="Times New Roman" w:eastAsia="宋体"/>
          <w:b w:val="0"/>
          <w:i w:val="0"/>
          <w:color w:val="333333"/>
          <w:sz w:val="19"/>
        </w:rPr>
        <w:t>The theorems which are deducible from the postulates are:</w:t>
      </w:r>
    </w:p>
    <w:p>
      <w:pPr>
        <w:spacing w:before="0" w:after="160" w:line="300" w:lineRule="auto"/>
      </w:pPr>
      <w:r>
        <w:rPr>
          <w:rFonts w:ascii="Times New Roman" w:hAnsi="Times New Roman" w:eastAsia="宋体"/>
          <w:b w:val="0"/>
          <w:i w:val="0"/>
          <w:color w:val="333333"/>
          <w:sz w:val="19"/>
        </w:rPr>
        <w:t>(A) T₃ only　　(B) T₂ and T₃ only　　(C) T₁ and T₂ only　　(D) T₁ and T₃ only　　(E) all</w:t>
      </w:r>
    </w:p>
    <w:p>
      <w:pPr>
        <w:spacing w:before="200" w:after="80" w:line="300" w:lineRule="auto"/>
      </w:pPr>
      <w:r>
        <w:rPr>
          <w:rFonts w:ascii="Times New Roman" w:hAnsi="Times New Roman" w:eastAsia="宋体"/>
          <w:b/>
          <w:i w:val="0"/>
          <w:sz w:val="23"/>
        </w:rPr>
        <w:t>第 39 题</w:t>
      </w:r>
    </w:p>
    <w:p>
      <w:pPr>
        <w:spacing w:before="0" w:after="80" w:line="300" w:lineRule="auto"/>
        <w:jc w:val="left"/>
      </w:pPr>
      <w:r>
        <w:rPr>
          <w:rFonts w:ascii="Times New Roman" w:hAnsi="Times New Roman" w:eastAsia="宋体"/>
          <w:b w:val="0"/>
          <w:i w:val="0"/>
          <w:sz w:val="21"/>
        </w:rPr>
        <w:t>给出由连续整数组成的各集合 {1}、{2,3}、{4,5,6}、{7,8,9,10}、…，每个集合都比前一个集合多一个元素，且后一个集合的首项比前一个集合的末项大一。设 Sₙ 为第 n 个集合中所有元素之和，则 S₂₁ 等于：</w:t>
      </w:r>
    </w:p>
    <w:p>
      <w:pPr>
        <w:spacing w:before="0" w:after="120" w:line="300" w:lineRule="auto"/>
      </w:pPr>
      <w:r>
        <w:rPr>
          <w:rFonts w:ascii="Times New Roman" w:hAnsi="Times New Roman" w:eastAsia="宋体"/>
          <w:b w:val="0"/>
          <w:i w:val="0"/>
          <w:sz w:val="21"/>
        </w:rPr>
        <w:t>（A）1113　　（B）4641　　（C）5082　　（D）53361　　（E）以上均不是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the sets of consecutive integers {1}, {2,3}, {4,5,6}, {7,8,9,10}, …, where each set contains one more element than the preceding one, and where the first element of each succeeding set is one more than the last element of the preceding set. Let Sₙ be the sum of the elements in the nth set. Then S₂₁ equals:</w:t>
      </w:r>
    </w:p>
    <w:p>
      <w:pPr>
        <w:spacing w:before="0" w:after="160" w:line="300" w:lineRule="auto"/>
      </w:pPr>
      <w:r>
        <w:rPr>
          <w:rFonts w:ascii="Times New Roman" w:hAnsi="Times New Roman" w:eastAsia="宋体"/>
          <w:b w:val="0"/>
          <w:i w:val="0"/>
          <w:color w:val="333333"/>
          <w:sz w:val="19"/>
        </w:rPr>
        <w:t>(A) 1113　　(B) 4641　　(C) 5082　　(D) 53361　　(E) none of these</w:t>
      </w:r>
    </w:p>
    <w:p>
      <w:pPr>
        <w:spacing w:before="200" w:after="80" w:line="300" w:lineRule="auto"/>
      </w:pPr>
      <w:r>
        <w:rPr>
          <w:rFonts w:ascii="Times New Roman" w:hAnsi="Times New Roman" w:eastAsia="宋体"/>
          <w:b/>
          <w:i w:val="0"/>
          <w:sz w:val="23"/>
        </w:rPr>
        <w:t>第 40 题</w:t>
      </w:r>
    </w:p>
    <w:p>
      <w:pPr>
        <w:spacing w:before="0" w:after="80" w:line="300" w:lineRule="auto"/>
        <w:jc w:val="left"/>
      </w:pPr>
      <w:r>
        <w:rPr>
          <w:rFonts w:ascii="Times New Roman" w:hAnsi="Times New Roman" w:eastAsia="宋体"/>
          <w:b w:val="0"/>
          <w:i w:val="0"/>
          <w:sz w:val="21"/>
        </w:rPr>
        <w:t>等边三角形 ABC 内有一点 P，满足 PA=8、PB=6，且 PC=10。将三角形 ABC 的面积取至最接近的整数，所得结果为：</w:t>
      </w:r>
    </w:p>
    <w:p>
      <w:pPr>
        <w:spacing w:before="0" w:after="120" w:line="300" w:lineRule="auto"/>
      </w:pPr>
      <w:r>
        <w:rPr>
          <w:rFonts w:ascii="Times New Roman" w:hAnsi="Times New Roman" w:eastAsia="宋体"/>
          <w:b w:val="0"/>
          <w:i w:val="0"/>
          <w:sz w:val="21"/>
        </w:rPr>
        <w:t>（A）159　　（B）131　　（C）95　　（D）79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Located inside equilateral triangle ABC is a point P such that PA=8, PB=6, and PC=10. To the nearest integer the area of triangle ABC is:</w:t>
      </w:r>
    </w:p>
    <w:p>
      <w:pPr>
        <w:spacing w:before="0" w:after="160" w:line="300" w:lineRule="auto"/>
      </w:pPr>
      <w:r>
        <w:rPr>
          <w:rFonts w:ascii="Times New Roman" w:hAnsi="Times New Roman" w:eastAsia="宋体"/>
          <w:b w:val="0"/>
          <w:i w:val="0"/>
          <w:color w:val="333333"/>
          <w:sz w:val="19"/>
        </w:rPr>
        <w:t>(A) 159　　(B) 131　　(C) 95　　(D) 79　　(E) 50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B　C　D　D　E　A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B　B　E　C　D　B　A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E　A　B　A　B　A　A　C　C</w:t>
      </w:r>
    </w:p>
    <w:p>
      <w:pPr>
        <w:spacing w:before="0" w:after="0" w:line="300" w:lineRule="auto"/>
      </w:pPr>
      <w:r>
        <w:rPr>
          <w:rFonts w:ascii="Times New Roman" w:hAnsi="Times New Roman" w:eastAsia="宋体"/>
          <w:b w:val="0"/>
          <w:i w:val="0"/>
          <w:sz w:val="18"/>
        </w:rPr>
        <w:t>题号　28　29　30　31　32　33　34　35　36</w:t>
      </w:r>
    </w:p>
    <w:p>
      <w:pPr>
        <w:spacing w:before="0" w:after="80" w:line="300" w:lineRule="auto"/>
      </w:pPr>
      <w:r>
        <w:rPr>
          <w:rFonts w:ascii="Times New Roman" w:hAnsi="Times New Roman" w:eastAsia="宋体"/>
          <w:b/>
          <w:i w:val="0"/>
          <w:sz w:val="18"/>
        </w:rPr>
        <w:t>答案　E　C　D　C　E　D　A　B　C</w:t>
      </w:r>
    </w:p>
    <w:p>
      <w:pPr>
        <w:spacing w:before="0" w:after="0" w:line="300" w:lineRule="auto"/>
      </w:pPr>
      <w:r>
        <w:rPr>
          <w:rFonts w:ascii="Times New Roman" w:hAnsi="Times New Roman" w:eastAsia="宋体"/>
          <w:b w:val="0"/>
          <w:i w:val="0"/>
          <w:sz w:val="18"/>
        </w:rPr>
        <w:t>题号　37　38　39　40</w:t>
      </w:r>
    </w:p>
    <w:p>
      <w:pPr>
        <w:spacing w:before="0" w:after="80" w:line="300" w:lineRule="auto"/>
      </w:pPr>
      <w:r>
        <w:rPr>
          <w:rFonts w:ascii="Times New Roman" w:hAnsi="Times New Roman" w:eastAsia="宋体"/>
          <w:b/>
          <w:i w:val="0"/>
          <w:sz w:val="18"/>
        </w:rPr>
        <w:t>答案　A　E　B　D</w:t>
      </w:r>
    </w:p>
    <w:p>
      <w:pPr>
        <w:spacing w:before="0" w:after="200" w:line="300" w:lineRule="auto"/>
      </w:pPr>
      <w:r>
        <w:rPr>
          <w:rFonts w:ascii="Times New Roman" w:hAnsi="Times New Roman" w:eastAsia="宋体"/>
          <w:b w:val="0"/>
          <w:i w:val="0"/>
          <w:color w:val="666666"/>
          <w:sz w:val="18"/>
        </w:rPr>
        <w:t>答案串：CDBCDDEAEABBECDBABEABABAACCECDCEDABCAEBD</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能被 9 整除要求 5+b+9 是 9 的倍数。因为 b 是一位数字，所以 b=4。此时加法为 2a3+326=549，所以 a=2。因此 a+b=6。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Divisibility by 9 requires 5+b+9 to be a multiple of 9. Since b is a digit, this gives b=4. The addition is then 2a3+326=549, so a=2. Hence a+b=6.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第一个乘积为</w:t>
      </w:r>
    </w:p>
    <w:p>
      <w:pPr>
        <w:spacing w:before="0" w:after="80" w:line="300" w:lineRule="auto"/>
        <w:jc w:val="left"/>
      </w:pPr>
      <w:r>
        <w:rPr>
          <w:rFonts w:ascii="Times New Roman" w:hAnsi="Times New Roman" w:eastAsia="宋体"/>
          <w:b w:val="0"/>
          <w:i w:val="0"/>
          <w:sz w:val="21"/>
        </w:rPr>
        <w:t>xy+x/y+y/x+1/xy，</w:t>
      </w:r>
    </w:p>
    <w:p>
      <w:pPr>
        <w:spacing w:before="0" w:after="80" w:line="300" w:lineRule="auto"/>
        <w:jc w:val="left"/>
      </w:pPr>
      <w:r>
        <w:rPr>
          <w:rFonts w:ascii="Times New Roman" w:hAnsi="Times New Roman" w:eastAsia="宋体"/>
          <w:b w:val="0"/>
          <w:i w:val="0"/>
          <w:sz w:val="21"/>
        </w:rPr>
        <w:t>第二个乘积为</w:t>
      </w:r>
    </w:p>
    <w:p>
      <w:pPr>
        <w:spacing w:before="0" w:after="80" w:line="300" w:lineRule="auto"/>
        <w:jc w:val="left"/>
      </w:pPr>
      <w:r>
        <w:rPr>
          <w:rFonts w:ascii="Times New Roman" w:hAnsi="Times New Roman" w:eastAsia="宋体"/>
          <w:b w:val="0"/>
          <w:i w:val="0"/>
          <w:sz w:val="21"/>
        </w:rPr>
        <w:t>xy-x/y-y/x+1/xy。</w:t>
      </w:r>
    </w:p>
    <w:p>
      <w:pPr>
        <w:spacing w:before="0" w:after="80" w:line="300" w:lineRule="auto"/>
        <w:jc w:val="left"/>
      </w:pPr>
      <w:r>
        <w:rPr>
          <w:rFonts w:ascii="Times New Roman" w:hAnsi="Times New Roman" w:eastAsia="宋体"/>
          <w:b w:val="0"/>
          <w:i w:val="0"/>
          <w:sz w:val="21"/>
        </w:rPr>
        <w:t>两者相加得到 2xy+2/xy。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product is</w:t>
      </w:r>
    </w:p>
    <w:p>
      <w:pPr>
        <w:spacing w:before="0" w:after="80" w:line="300" w:lineRule="auto"/>
        <w:jc w:val="left"/>
      </w:pPr>
      <w:r>
        <w:rPr>
          <w:rFonts w:ascii="Times New Roman" w:hAnsi="Times New Roman" w:eastAsia="宋体"/>
          <w:b w:val="0"/>
          <w:i w:val="0"/>
          <w:color w:val="333333"/>
          <w:sz w:val="19"/>
        </w:rPr>
        <w:t>xy+x/y+y/x+1/xy,</w:t>
      </w:r>
    </w:p>
    <w:p>
      <w:pPr>
        <w:spacing w:before="0" w:after="80" w:line="300" w:lineRule="auto"/>
        <w:jc w:val="left"/>
      </w:pPr>
      <w:r>
        <w:rPr>
          <w:rFonts w:ascii="Times New Roman" w:hAnsi="Times New Roman" w:eastAsia="宋体"/>
          <w:b w:val="0"/>
          <w:i w:val="0"/>
          <w:color w:val="333333"/>
          <w:sz w:val="19"/>
        </w:rPr>
        <w:t>while the second is</w:t>
      </w:r>
    </w:p>
    <w:p>
      <w:pPr>
        <w:spacing w:before="0" w:after="80" w:line="300" w:lineRule="auto"/>
        <w:jc w:val="left"/>
      </w:pPr>
      <w:r>
        <w:rPr>
          <w:rFonts w:ascii="Times New Roman" w:hAnsi="Times New Roman" w:eastAsia="宋体"/>
          <w:b w:val="0"/>
          <w:i w:val="0"/>
          <w:color w:val="333333"/>
          <w:sz w:val="19"/>
        </w:rPr>
        <w:t>xy-x/y-y/x+1/xy.</w:t>
      </w:r>
    </w:p>
    <w:p>
      <w:pPr>
        <w:spacing w:before="0" w:after="80" w:line="300" w:lineRule="auto"/>
        <w:jc w:val="left"/>
      </w:pPr>
      <w:r>
        <w:rPr>
          <w:rFonts w:ascii="Times New Roman" w:hAnsi="Times New Roman" w:eastAsia="宋体"/>
          <w:b w:val="0"/>
          <w:i w:val="0"/>
          <w:color w:val="333333"/>
          <w:sz w:val="19"/>
        </w:rPr>
        <w:t>Adding gives 2xy+2/xy.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内切圆半径为 r=(s√(3))/6。内接正方形的对角线长为 2r，所以其面积为该对角线平方的一半：</w:t>
      </w:r>
    </w:p>
    <w:p>
      <w:pPr>
        <w:spacing w:before="0" w:after="80" w:line="300" w:lineRule="auto"/>
        <w:jc w:val="left"/>
      </w:pPr>
      <w:r>
        <w:rPr>
          <w:rFonts w:ascii="Times New Roman" w:hAnsi="Times New Roman" w:eastAsia="宋体"/>
          <w:b w:val="0"/>
          <w:i w:val="0"/>
          <w:sz w:val="21"/>
        </w:rPr>
        <w:t>((2r)²)/2 =2r²</w:t>
      </w:r>
    </w:p>
    <w:p>
      <w:pPr>
        <w:spacing w:before="0" w:after="80" w:line="300" w:lineRule="auto"/>
        <w:jc w:val="left"/>
      </w:pPr>
      <w:r>
        <w:rPr>
          <w:rFonts w:ascii="Times New Roman" w:hAnsi="Times New Roman" w:eastAsia="宋体"/>
          <w:b w:val="0"/>
          <w:i w:val="0"/>
          <w:sz w:val="21"/>
        </w:rPr>
        <w:t>=2((s√(3))/6)²</w:t>
      </w:r>
    </w:p>
    <w:p>
      <w:pPr>
        <w:spacing w:before="0" w:after="80" w:line="300" w:lineRule="auto"/>
        <w:jc w:val="left"/>
      </w:pPr>
      <w:r>
        <w:rPr>
          <w:rFonts w:ascii="Times New Roman" w:hAnsi="Times New Roman" w:eastAsia="宋体"/>
          <w:b w:val="0"/>
          <w:i w:val="0"/>
          <w:sz w:val="21"/>
        </w:rPr>
        <w:t>=s²/6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inradius is r=(s√(3))/6. The inscribed square has diagonal 2r, so its area is half the square of that diagonal:</w:t>
      </w:r>
    </w:p>
    <w:p>
      <w:pPr>
        <w:spacing w:before="0" w:after="80" w:line="300" w:lineRule="auto"/>
        <w:jc w:val="left"/>
      </w:pPr>
      <w:r>
        <w:rPr>
          <w:rFonts w:ascii="Times New Roman" w:hAnsi="Times New Roman" w:eastAsia="宋体"/>
          <w:b w:val="0"/>
          <w:i w:val="0"/>
          <w:color w:val="333333"/>
          <w:sz w:val="19"/>
        </w:rPr>
        <w:t>((2r)²)/2 =2r²</w:t>
      </w:r>
    </w:p>
    <w:p>
      <w:pPr>
        <w:spacing w:before="0" w:after="80" w:line="300" w:lineRule="auto"/>
        <w:jc w:val="left"/>
      </w:pPr>
      <w:r>
        <w:rPr>
          <w:rFonts w:ascii="Times New Roman" w:hAnsi="Times New Roman" w:eastAsia="宋体"/>
          <w:b w:val="0"/>
          <w:i w:val="0"/>
          <w:color w:val="333333"/>
          <w:sz w:val="19"/>
        </w:rPr>
        <w:t>=2((s√(3))/6)²</w:t>
      </w:r>
    </w:p>
    <w:p>
      <w:pPr>
        <w:spacing w:before="0" w:after="80" w:line="300" w:lineRule="auto"/>
        <w:jc w:val="left"/>
      </w:pPr>
      <w:r>
        <w:rPr>
          <w:rFonts w:ascii="Times New Roman" w:hAnsi="Times New Roman" w:eastAsia="宋体"/>
          <w:b w:val="0"/>
          <w:i w:val="0"/>
          <w:color w:val="333333"/>
          <w:sz w:val="19"/>
        </w:rPr>
        <w:t>=s²/6.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C</w:t>
      </w:r>
    </w:p>
    <w:p>
      <w:pPr>
        <w:spacing w:before="0" w:after="80" w:line="300" w:lineRule="auto"/>
        <w:jc w:val="left"/>
      </w:pPr>
      <w:r>
        <w:rPr>
          <w:rFonts w:ascii="Times New Roman" w:hAnsi="Times New Roman" w:eastAsia="宋体"/>
          <w:b w:val="0"/>
          <w:i w:val="0"/>
          <w:sz w:val="21"/>
        </w:rPr>
        <w:t>所给等式说明 a=xᵖ、b=x^(q)、c=x^(r)。因此</w:t>
      </w:r>
    </w:p>
    <w:p>
      <w:pPr>
        <w:spacing w:before="0" w:after="80" w:line="300" w:lineRule="auto"/>
        <w:jc w:val="left"/>
      </w:pPr>
      <w:r>
        <w:rPr>
          <w:rFonts w:ascii="Times New Roman" w:hAnsi="Times New Roman" w:eastAsia="宋体"/>
          <w:b w:val="0"/>
          <w:i w:val="0"/>
          <w:sz w:val="21"/>
        </w:rPr>
        <w:t>b²/ac =x^(2q-p-r)。</w:t>
      </w:r>
    </w:p>
    <w:p>
      <w:pPr>
        <w:spacing w:before="0" w:after="80" w:line="300" w:lineRule="auto"/>
        <w:jc w:val="left"/>
      </w:pPr>
      <w:r>
        <w:rPr>
          <w:rFonts w:ascii="Times New Roman" w:hAnsi="Times New Roman" w:eastAsia="宋体"/>
          <w:b w:val="0"/>
          <w:i w:val="0"/>
          <w:sz w:val="21"/>
        </w:rPr>
        <w:t>因为它等于 xʸ，且 x≠1，所以 y=2q-p-r。</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given equalities imply a=xᵖ, b=x^(q), and c=x^(r). Therefore</w:t>
      </w:r>
    </w:p>
    <w:p>
      <w:pPr>
        <w:spacing w:before="0" w:after="80" w:line="300" w:lineRule="auto"/>
        <w:jc w:val="left"/>
      </w:pPr>
      <w:r>
        <w:rPr>
          <w:rFonts w:ascii="Times New Roman" w:hAnsi="Times New Roman" w:eastAsia="宋体"/>
          <w:b w:val="0"/>
          <w:i w:val="0"/>
          <w:color w:val="333333"/>
          <w:sz w:val="19"/>
        </w:rPr>
        <w:t>b²/ac =x^(2q-p-r).</w:t>
      </w:r>
    </w:p>
    <w:p>
      <w:pPr>
        <w:spacing w:before="0" w:after="80" w:line="300" w:lineRule="auto"/>
        <w:jc w:val="left"/>
      </w:pPr>
      <w:r>
        <w:rPr>
          <w:rFonts w:ascii="Times New Roman" w:hAnsi="Times New Roman" w:eastAsia="宋体"/>
          <w:b w:val="0"/>
          <w:i w:val="0"/>
          <w:color w:val="333333"/>
          <w:sz w:val="19"/>
        </w:rPr>
        <w:t>Since this is xʸ and x≠1, we have y=2q-p-r.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连接圆心与三个切点的半径，把三角形分成若干小三角形，它们的总面积为</w:t>
      </w:r>
    </w:p>
    <w:p>
      <w:pPr>
        <w:spacing w:before="0" w:after="80" w:line="300" w:lineRule="auto"/>
        <w:jc w:val="left"/>
      </w:pPr>
      <w:r>
        <w:rPr>
          <w:rFonts w:ascii="Times New Roman" w:hAnsi="Times New Roman" w:eastAsia="宋体"/>
          <w:b w:val="0"/>
          <w:i w:val="0"/>
          <w:sz w:val="21"/>
        </w:rPr>
        <w:t>K=1/2r(a+b+c)=Pr/2。</w:t>
      </w:r>
    </w:p>
    <w:p>
      <w:pPr>
        <w:spacing w:before="0" w:after="80" w:line="300" w:lineRule="auto"/>
        <w:jc w:val="left"/>
      </w:pPr>
      <w:r>
        <w:rPr>
          <w:rFonts w:ascii="Times New Roman" w:hAnsi="Times New Roman" w:eastAsia="宋体"/>
          <w:b w:val="0"/>
          <w:i w:val="0"/>
          <w:sz w:val="21"/>
        </w:rPr>
        <w:t>因此 P/K=2/r。</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radii to the points of tangency split the triangle into smaller triangles whose total area is</w:t>
      </w:r>
    </w:p>
    <w:p>
      <w:pPr>
        <w:spacing w:before="0" w:after="80" w:line="300" w:lineRule="auto"/>
        <w:jc w:val="left"/>
      </w:pPr>
      <w:r>
        <w:rPr>
          <w:rFonts w:ascii="Times New Roman" w:hAnsi="Times New Roman" w:eastAsia="宋体"/>
          <w:b w:val="0"/>
          <w:i w:val="0"/>
          <w:color w:val="333333"/>
          <w:sz w:val="19"/>
        </w:rPr>
        <w:t>K=1/2r(a+b+c)=Pr/2.</w:t>
      </w:r>
    </w:p>
    <w:p>
      <w:pPr>
        <w:spacing w:before="0" w:after="80" w:line="300" w:lineRule="auto"/>
        <w:jc w:val="left"/>
      </w:pPr>
      <w:r>
        <w:rPr>
          <w:rFonts w:ascii="Times New Roman" w:hAnsi="Times New Roman" w:eastAsia="宋体"/>
          <w:b w:val="0"/>
          <w:i w:val="0"/>
          <w:color w:val="333333"/>
          <w:sz w:val="19"/>
        </w:rPr>
        <w:t>Hence P/K=2/r.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我们有 f(x+1)=4ˣ⁺¹=4f(x)。因此 f(x+1)-f(x)=3f(x)。</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f(x+1)=4ˣ⁺¹=4f(x). Therefore f(x+1)-f(x)=3f(x).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取 b=d=1 且 c=-2。不等式变为 a&lt;2，正数、零和负数中的一些 a 值都能满足它。因此，三种可能的符号都不是必然的。</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b=d=1 and c=-2. The inequality becomes a&lt;2, which is satisfied by positive, zero, and negative values of a. Thus none of the three possible signs is forced.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由酸的量守恒可得</w:t>
      </w:r>
    </w:p>
    <w:p>
      <w:pPr>
        <w:spacing w:before="0" w:after="80" w:line="300" w:lineRule="auto"/>
        <w:jc w:val="left"/>
      </w:pPr>
      <w:r>
        <w:rPr>
          <w:rFonts w:ascii="Times New Roman" w:hAnsi="Times New Roman" w:eastAsia="宋体"/>
          <w:b w:val="0"/>
          <w:i w:val="0"/>
          <w:sz w:val="21"/>
        </w:rPr>
        <w:t>m²/100 =m-10/100(m+x)。</w:t>
      </w:r>
    </w:p>
    <w:p>
      <w:pPr>
        <w:spacing w:before="0" w:after="80" w:line="300" w:lineRule="auto"/>
        <w:jc w:val="left"/>
      </w:pPr>
      <w:r>
        <w:rPr>
          <w:rFonts w:ascii="Times New Roman" w:hAnsi="Times New Roman" w:eastAsia="宋体"/>
          <w:b w:val="0"/>
          <w:i w:val="0"/>
          <w:sz w:val="21"/>
        </w:rPr>
        <w:t>因此 m²=(m-10)(m+x)，所以 10m=(m-10)x，并且</w:t>
      </w:r>
    </w:p>
    <w:p>
      <w:pPr>
        <w:spacing w:before="0" w:after="80" w:line="300" w:lineRule="auto"/>
        <w:jc w:val="left"/>
      </w:pPr>
      <w:r>
        <w:rPr>
          <w:rFonts w:ascii="Times New Roman" w:hAnsi="Times New Roman" w:eastAsia="宋体"/>
          <w:b w:val="0"/>
          <w:i w:val="0"/>
          <w:sz w:val="21"/>
        </w:rPr>
        <w:t>x=10m/m-10。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Conservation of acid gives</w:t>
      </w:r>
    </w:p>
    <w:p>
      <w:pPr>
        <w:spacing w:before="0" w:after="80" w:line="300" w:lineRule="auto"/>
        <w:jc w:val="left"/>
      </w:pPr>
      <w:r>
        <w:rPr>
          <w:rFonts w:ascii="Times New Roman" w:hAnsi="Times New Roman" w:eastAsia="宋体"/>
          <w:b w:val="0"/>
          <w:i w:val="0"/>
          <w:color w:val="333333"/>
          <w:sz w:val="19"/>
        </w:rPr>
        <w:t>m²/100 =m-10/100(m+x).</w:t>
      </w:r>
    </w:p>
    <w:p>
      <w:pPr>
        <w:spacing w:before="0" w:after="80" w:line="300" w:lineRule="auto"/>
        <w:jc w:val="left"/>
      </w:pPr>
      <w:r>
        <w:rPr>
          <w:rFonts w:ascii="Times New Roman" w:hAnsi="Times New Roman" w:eastAsia="宋体"/>
          <w:b w:val="0"/>
          <w:i w:val="0"/>
          <w:color w:val="333333"/>
          <w:sz w:val="19"/>
        </w:rPr>
        <w:t>Hence m²=(m-10)(m+x), so 10m=(m-10)x and</w:t>
      </w:r>
    </w:p>
    <w:p>
      <w:pPr>
        <w:spacing w:before="0" w:after="80" w:line="300" w:lineRule="auto"/>
        <w:jc w:val="left"/>
      </w:pPr>
      <w:r>
        <w:rPr>
          <w:rFonts w:ascii="Times New Roman" w:hAnsi="Times New Roman" w:eastAsia="宋体"/>
          <w:b w:val="0"/>
          <w:i w:val="0"/>
          <w:color w:val="333333"/>
          <w:sz w:val="19"/>
        </w:rPr>
        <w:t>x=10m/m-10.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设短底、高、长底分别为 a-d、a、a+d。则</w:t>
      </w:r>
    </w:p>
    <w:p>
      <w:pPr>
        <w:spacing w:before="0" w:after="80" w:line="300" w:lineRule="auto"/>
        <w:jc w:val="left"/>
      </w:pPr>
      <w:r>
        <w:rPr>
          <w:rFonts w:ascii="Times New Roman" w:hAnsi="Times New Roman" w:eastAsia="宋体"/>
          <w:b w:val="0"/>
          <w:i w:val="0"/>
          <w:sz w:val="21"/>
        </w:rPr>
        <w:t>K=1/2a((a-d)+(a+d))</w:t>
      </w:r>
    </w:p>
    <w:p>
      <w:pPr>
        <w:spacing w:before="0" w:after="80" w:line="300" w:lineRule="auto"/>
        <w:jc w:val="left"/>
      </w:pPr>
      <w:r>
        <w:rPr>
          <w:rFonts w:ascii="Times New Roman" w:hAnsi="Times New Roman" w:eastAsia="宋体"/>
          <w:b w:val="0"/>
          <w:i w:val="0"/>
          <w:sz w:val="21"/>
        </w:rPr>
        <w:t>=a²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随 a 的取值不同，它可以是整数、非整数有理数或无理数。选项 (A) 至 (D) 中没有一项必然成立。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shorter base, altitude, and longer base be a-d, a, and a+d. Then</w:t>
      </w:r>
    </w:p>
    <w:p>
      <w:pPr>
        <w:spacing w:before="0" w:after="80" w:line="300" w:lineRule="auto"/>
        <w:jc w:val="left"/>
      </w:pPr>
      <w:r>
        <w:rPr>
          <w:rFonts w:ascii="Times New Roman" w:hAnsi="Times New Roman" w:eastAsia="宋体"/>
          <w:b w:val="0"/>
          <w:i w:val="0"/>
          <w:color w:val="333333"/>
          <w:sz w:val="19"/>
        </w:rPr>
        <w:t>K=1/2a((a-d)+(a+d))</w:t>
      </w:r>
    </w:p>
    <w:p>
      <w:pPr>
        <w:spacing w:before="0" w:after="80" w:line="300" w:lineRule="auto"/>
        <w:jc w:val="left"/>
      </w:pPr>
      <w:r>
        <w:rPr>
          <w:rFonts w:ascii="Times New Roman" w:hAnsi="Times New Roman" w:eastAsia="宋体"/>
          <w:b w:val="0"/>
          <w:i w:val="0"/>
          <w:color w:val="333333"/>
          <w:sz w:val="19"/>
        </w:rPr>
        <w:t>=a².</w:t>
      </w:r>
    </w:p>
    <w:p>
      <w:pPr>
        <w:spacing w:before="0" w:after="80" w:line="300" w:lineRule="auto"/>
        <w:jc w:val="left"/>
      </w:pPr>
      <w:r>
        <w:rPr>
          <w:rFonts w:ascii="Times New Roman" w:hAnsi="Times New Roman" w:eastAsia="宋体"/>
          <w:b w:val="0"/>
          <w:i w:val="0"/>
          <w:color w:val="333333"/>
          <w:sz w:val="19"/>
        </w:rPr>
        <w:t>Depending on a, this can be an integer, a nonintegral rational number, or an irrational number. No one of choices (A) through (D) must hold.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清除分母得到</w:t>
      </w:r>
    </w:p>
    <w:p>
      <w:pPr>
        <w:spacing w:before="0" w:after="80" w:line="300" w:lineRule="auto"/>
        <w:jc w:val="left"/>
      </w:pPr>
      <w:r>
        <w:rPr>
          <w:rFonts w:ascii="Times New Roman" w:hAnsi="Times New Roman" w:eastAsia="宋体"/>
          <w:b w:val="0"/>
          <w:i w:val="0"/>
          <w:sz w:val="21"/>
        </w:rPr>
        <w:t>a(10ˣ+2)+b(10ˣ-1)</w:t>
      </w:r>
    </w:p>
    <w:p>
      <w:pPr>
        <w:spacing w:before="0" w:after="80" w:line="300" w:lineRule="auto"/>
        <w:jc w:val="left"/>
      </w:pPr>
      <w:r>
        <w:rPr>
          <w:rFonts w:ascii="Times New Roman" w:hAnsi="Times New Roman" w:eastAsia="宋体"/>
          <w:b w:val="0"/>
          <w:i w:val="0"/>
          <w:sz w:val="21"/>
        </w:rPr>
        <w:t>=2·10ˣ+3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a+b=2，且 2a-b=3。解得 a=5/3, b=1/3，所以 a-b=4/3。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Clearing denominators gives</w:t>
      </w:r>
    </w:p>
    <w:p>
      <w:pPr>
        <w:spacing w:before="0" w:after="80" w:line="300" w:lineRule="auto"/>
        <w:jc w:val="left"/>
      </w:pPr>
      <w:r>
        <w:rPr>
          <w:rFonts w:ascii="Times New Roman" w:hAnsi="Times New Roman" w:eastAsia="宋体"/>
          <w:b w:val="0"/>
          <w:i w:val="0"/>
          <w:color w:val="333333"/>
          <w:sz w:val="19"/>
        </w:rPr>
        <w:t>a(10ˣ+2)+b(10ˣ-1)</w:t>
      </w:r>
    </w:p>
    <w:p>
      <w:pPr>
        <w:spacing w:before="0" w:after="80" w:line="300" w:lineRule="auto"/>
        <w:jc w:val="left"/>
      </w:pPr>
      <w:r>
        <w:rPr>
          <w:rFonts w:ascii="Times New Roman" w:hAnsi="Times New Roman" w:eastAsia="宋体"/>
          <w:b w:val="0"/>
          <w:i w:val="0"/>
          <w:color w:val="333333"/>
          <w:sz w:val="19"/>
        </w:rPr>
        <w:t>=2·10ˣ+3.</w:t>
      </w:r>
    </w:p>
    <w:p>
      <w:pPr>
        <w:spacing w:before="0" w:after="80" w:line="300" w:lineRule="auto"/>
        <w:jc w:val="left"/>
      </w:pPr>
      <w:r>
        <w:rPr>
          <w:rFonts w:ascii="Times New Roman" w:hAnsi="Times New Roman" w:eastAsia="宋体"/>
          <w:b w:val="0"/>
          <w:i w:val="0"/>
          <w:color w:val="333333"/>
          <w:sz w:val="19"/>
        </w:rPr>
        <w:t>Therefore a+b=2 and 2a-b=3. Solving gives a=5/3, b=1/3, so a-b=4/3.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设相邻两边长为 x 与 10-x。则</w:t>
      </w:r>
    </w:p>
    <w:p>
      <w:pPr>
        <w:spacing w:before="0" w:after="80" w:line="300" w:lineRule="auto"/>
        <w:jc w:val="left"/>
      </w:pPr>
      <w:r>
        <w:rPr>
          <w:rFonts w:ascii="Times New Roman" w:hAnsi="Times New Roman" w:eastAsia="宋体"/>
          <w:b w:val="0"/>
          <w:i w:val="0"/>
          <w:sz w:val="21"/>
        </w:rPr>
        <w:t>AC²=x²+(10-x)²</w:t>
      </w:r>
    </w:p>
    <w:p>
      <w:pPr>
        <w:spacing w:before="0" w:after="80" w:line="300" w:lineRule="auto"/>
        <w:jc w:val="left"/>
      </w:pPr>
      <w:r>
        <w:rPr>
          <w:rFonts w:ascii="Times New Roman" w:hAnsi="Times New Roman" w:eastAsia="宋体"/>
          <w:b w:val="0"/>
          <w:i w:val="0"/>
          <w:sz w:val="21"/>
        </w:rPr>
        <w:t>=2(x-5)²+50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x=5 时该式最小，从而 AC=√(50)。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adjacent sides be x and 10-x. Then</w:t>
      </w:r>
    </w:p>
    <w:p>
      <w:pPr>
        <w:spacing w:before="0" w:after="80" w:line="300" w:lineRule="auto"/>
        <w:jc w:val="left"/>
      </w:pPr>
      <w:r>
        <w:rPr>
          <w:rFonts w:ascii="Times New Roman" w:hAnsi="Times New Roman" w:eastAsia="宋体"/>
          <w:b w:val="0"/>
          <w:i w:val="0"/>
          <w:color w:val="333333"/>
          <w:sz w:val="19"/>
        </w:rPr>
        <w:t>AC²=x²+(10-x)²</w:t>
      </w:r>
    </w:p>
    <w:p>
      <w:pPr>
        <w:spacing w:before="0" w:after="80" w:line="300" w:lineRule="auto"/>
        <w:jc w:val="left"/>
      </w:pPr>
      <w:r>
        <w:rPr>
          <w:rFonts w:ascii="Times New Roman" w:hAnsi="Times New Roman" w:eastAsia="宋体"/>
          <w:b w:val="0"/>
          <w:i w:val="0"/>
          <w:color w:val="333333"/>
          <w:sz w:val="19"/>
        </w:rPr>
        <w:t>=2(x-5)²+50.</w:t>
      </w:r>
    </w:p>
    <w:p>
      <w:pPr>
        <w:spacing w:before="0" w:after="80" w:line="300" w:lineRule="auto"/>
        <w:jc w:val="left"/>
      </w:pPr>
      <w:r>
        <w:rPr>
          <w:rFonts w:ascii="Times New Roman" w:hAnsi="Times New Roman" w:eastAsia="宋体"/>
          <w:b w:val="0"/>
          <w:i w:val="0"/>
          <w:color w:val="333333"/>
          <w:sz w:val="19"/>
        </w:rPr>
        <w:t>This is minimized at x=5, giving AC=√(50).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B</w:t>
      </w:r>
    </w:p>
    <w:p>
      <w:pPr>
        <w:spacing w:before="0" w:after="80" w:line="300" w:lineRule="auto"/>
        <w:jc w:val="left"/>
      </w:pPr>
      <w:r>
        <w:rPr>
          <w:rFonts w:ascii="Times New Roman" w:hAnsi="Times New Roman" w:eastAsia="宋体"/>
          <w:b w:val="0"/>
          <w:i w:val="0"/>
          <w:sz w:val="21"/>
        </w:rPr>
        <w:t>围成的区域是一个梯形，其两条平行边长为 m+4 与 4m+4，间距为 3。因此</w:t>
      </w:r>
    </w:p>
    <w:p>
      <w:pPr>
        <w:spacing w:before="0" w:after="80" w:line="300" w:lineRule="auto"/>
        <w:jc w:val="left"/>
      </w:pPr>
      <w:r>
        <w:rPr>
          <w:rFonts w:ascii="Times New Roman" w:hAnsi="Times New Roman" w:eastAsia="宋体"/>
          <w:b w:val="0"/>
          <w:i w:val="0"/>
          <w:sz w:val="21"/>
        </w:rPr>
        <w:t>3/2((m+4)+(4m+4))=7。</w:t>
      </w:r>
    </w:p>
    <w:p>
      <w:pPr>
        <w:spacing w:before="0" w:after="80" w:line="300" w:lineRule="auto"/>
        <w:jc w:val="left"/>
      </w:pPr>
      <w:r>
        <w:rPr>
          <w:rFonts w:ascii="Times New Roman" w:hAnsi="Times New Roman" w:eastAsia="宋体"/>
          <w:b w:val="0"/>
          <w:i w:val="0"/>
          <w:sz w:val="21"/>
        </w:rPr>
        <w:t>所以 15m+24=14，从而 m=-2/3。两端的高度都为正，符合题中凸区域的要求。</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bounded region is a trapezoid with parallel sides m+4 and 4m+4, separated by 3. Thus</w:t>
      </w:r>
    </w:p>
    <w:p>
      <w:pPr>
        <w:spacing w:before="0" w:after="80" w:line="300" w:lineRule="auto"/>
        <w:jc w:val="left"/>
      </w:pPr>
      <w:r>
        <w:rPr>
          <w:rFonts w:ascii="Times New Roman" w:hAnsi="Times New Roman" w:eastAsia="宋体"/>
          <w:b w:val="0"/>
          <w:i w:val="0"/>
          <w:color w:val="333333"/>
          <w:sz w:val="19"/>
        </w:rPr>
        <w:t>3/2((m+4)+(4m+4))=7.</w:t>
      </w:r>
    </w:p>
    <w:p>
      <w:pPr>
        <w:spacing w:before="0" w:after="80" w:line="300" w:lineRule="auto"/>
        <w:jc w:val="left"/>
      </w:pPr>
      <w:r>
        <w:rPr>
          <w:rFonts w:ascii="Times New Roman" w:hAnsi="Times New Roman" w:eastAsia="宋体"/>
          <w:b w:val="0"/>
          <w:i w:val="0"/>
          <w:color w:val="333333"/>
          <w:sz w:val="19"/>
        </w:rPr>
        <w:t>Hence 15m+24=14, so m=-2/3. The endpoint heights are positive, as required for the stated convex region.</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固定 BC=a，并从 B 作一条构成已知角 B 的射线。点 C 到该射线的距离是固定的。若这个距离不等于 h_(c)，则无解；若等于 h_(c)，则可在射线上无限多个位置选择 A，从而得到无限多个互不全等的三角形。因此 N 必为零或无限。</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Fix BC=a and draw the ray from B that makes the prescribed angle B. Its distance from C is fixed. If that distance is not h_(c), there is no solution. If it is h_(c), then A may be chosen at infinitely many positions on the ray, producing infinitely many noncongruent triangles. Thus N must be zero or infinite.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由 y=x/1-x 可得 y-yx=x，所以</w:t>
      </w:r>
    </w:p>
    <w:p>
      <w:pPr>
        <w:spacing w:before="0" w:after="80" w:line="300" w:lineRule="auto"/>
        <w:jc w:val="left"/>
      </w:pPr>
      <w:r>
        <w:rPr>
          <w:rFonts w:ascii="Times New Roman" w:hAnsi="Times New Roman" w:eastAsia="宋体"/>
          <w:b w:val="0"/>
          <w:i w:val="0"/>
          <w:sz w:val="21"/>
        </w:rPr>
        <w:t>x=y/1+y。</w:t>
      </w:r>
    </w:p>
    <w:p>
      <w:pPr>
        <w:spacing w:before="0" w:after="80" w:line="300" w:lineRule="auto"/>
        <w:jc w:val="left"/>
      </w:pPr>
      <w:r>
        <w:rPr>
          <w:rFonts w:ascii="Times New Roman" w:hAnsi="Times New Roman" w:eastAsia="宋体"/>
          <w:b w:val="0"/>
          <w:i w:val="0"/>
          <w:sz w:val="21"/>
        </w:rPr>
        <w:t>因为 f(-y)=-y/1+y，这就是 -f(-y)。</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y=x/1-x we obtain y-yx=x, so</w:t>
      </w:r>
    </w:p>
    <w:p>
      <w:pPr>
        <w:spacing w:before="0" w:after="80" w:line="300" w:lineRule="auto"/>
        <w:jc w:val="left"/>
      </w:pPr>
      <w:r>
        <w:rPr>
          <w:rFonts w:ascii="Times New Roman" w:hAnsi="Times New Roman" w:eastAsia="宋体"/>
          <w:b w:val="0"/>
          <w:i w:val="0"/>
          <w:color w:val="333333"/>
          <w:sz w:val="19"/>
        </w:rPr>
        <w:t>x=y/1+y.</w:t>
      </w:r>
    </w:p>
    <w:p>
      <w:pPr>
        <w:spacing w:before="0" w:after="80" w:line="300" w:lineRule="auto"/>
        <w:jc w:val="left"/>
      </w:pPr>
      <w:r>
        <w:rPr>
          <w:rFonts w:ascii="Times New Roman" w:hAnsi="Times New Roman" w:eastAsia="宋体"/>
          <w:b w:val="0"/>
          <w:i w:val="0"/>
          <w:color w:val="333333"/>
          <w:sz w:val="19"/>
        </w:rPr>
        <w:t>Since f(-y)=-y/1+y, this is -f(-y).</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设边长比例因子为整数 k&gt;1，较小面积为整数 T。则</w:t>
      </w:r>
    </w:p>
    <w:p>
      <w:pPr>
        <w:spacing w:before="0" w:after="80" w:line="300" w:lineRule="auto"/>
        <w:jc w:val="left"/>
      </w:pPr>
      <w:r>
        <w:rPr>
          <w:rFonts w:ascii="Times New Roman" w:hAnsi="Times New Roman" w:eastAsia="宋体"/>
          <w:b w:val="0"/>
          <w:i w:val="0"/>
          <w:sz w:val="21"/>
        </w:rPr>
        <w:t>T(k²-1)=18。</w:t>
      </w:r>
    </w:p>
    <w:p>
      <w:pPr>
        <w:spacing w:before="0" w:after="80" w:line="300" w:lineRule="auto"/>
        <w:jc w:val="left"/>
      </w:pPr>
      <w:r>
        <w:rPr>
          <w:rFonts w:ascii="Times New Roman" w:hAnsi="Times New Roman" w:eastAsia="宋体"/>
          <w:b w:val="0"/>
          <w:i w:val="0"/>
          <w:sz w:val="21"/>
        </w:rPr>
        <w:t>因此 k²-1 是 18 的正因数。所得 k² 中唯一的完全平方数是 4，所以 k=2。对应边长为 3k=6。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side-scale factor be the integer k&gt;1 and the smaller area be the integer T. Then</w:t>
      </w:r>
    </w:p>
    <w:p>
      <w:pPr>
        <w:spacing w:before="0" w:after="80" w:line="300" w:lineRule="auto"/>
        <w:jc w:val="left"/>
      </w:pPr>
      <w:r>
        <w:rPr>
          <w:rFonts w:ascii="Times New Roman" w:hAnsi="Times New Roman" w:eastAsia="宋体"/>
          <w:b w:val="0"/>
          <w:i w:val="0"/>
          <w:color w:val="333333"/>
          <w:sz w:val="19"/>
        </w:rPr>
        <w:t>T(k²-1)=18.</w:t>
      </w:r>
    </w:p>
    <w:p>
      <w:pPr>
        <w:spacing w:before="0" w:after="80" w:line="300" w:lineRule="auto"/>
        <w:jc w:val="left"/>
      </w:pPr>
      <w:r>
        <w:rPr>
          <w:rFonts w:ascii="Times New Roman" w:hAnsi="Times New Roman" w:eastAsia="宋体"/>
          <w:b w:val="0"/>
          <w:i w:val="0"/>
          <w:color w:val="333333"/>
          <w:sz w:val="19"/>
        </w:rPr>
        <w:t>Thus k²-1 is a positive divisor of 18. The only resulting square k² is 4, so k=2. The corresponding side is 3k=6.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B</w:t>
      </w:r>
    </w:p>
    <w:p>
      <w:pPr>
        <w:spacing w:before="0" w:after="80" w:line="300" w:lineRule="auto"/>
        <w:jc w:val="left"/>
      </w:pPr>
      <w:r>
        <w:rPr>
          <w:rFonts w:ascii="Times New Roman" w:hAnsi="Times New Roman" w:eastAsia="宋体"/>
          <w:b w:val="0"/>
          <w:i w:val="0"/>
          <w:sz w:val="21"/>
        </w:rPr>
        <w:t>乘积方程为</w:t>
      </w:r>
    </w:p>
    <w:p>
      <w:pPr>
        <w:spacing w:before="0" w:after="80" w:line="300" w:lineRule="auto"/>
        <w:jc w:val="left"/>
      </w:pPr>
      <w:r>
        <w:rPr>
          <w:rFonts w:ascii="Times New Roman" w:hAnsi="Times New Roman" w:eastAsia="宋体"/>
          <w:b w:val="0"/>
          <w:i w:val="0"/>
          <w:sz w:val="21"/>
        </w:rPr>
        <w:t>(b+2)(b+5)(b+6)</w:t>
      </w:r>
    </w:p>
    <w:p>
      <w:pPr>
        <w:spacing w:before="0" w:after="80" w:line="300" w:lineRule="auto"/>
        <w:jc w:val="left"/>
      </w:pPr>
      <w:r>
        <w:rPr>
          <w:rFonts w:ascii="Times New Roman" w:hAnsi="Times New Roman" w:eastAsia="宋体"/>
          <w:b w:val="0"/>
          <w:i w:val="0"/>
          <w:sz w:val="21"/>
        </w:rPr>
        <w:t>=3b³+b²+4b+6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化简为</w:t>
      </w:r>
    </w:p>
    <w:p>
      <w:pPr>
        <w:spacing w:before="0" w:after="80" w:line="300" w:lineRule="auto"/>
        <w:jc w:val="left"/>
      </w:pPr>
      <w:r>
        <w:rPr>
          <w:rFonts w:ascii="Times New Roman" w:hAnsi="Times New Roman" w:eastAsia="宋体"/>
          <w:b w:val="0"/>
          <w:i w:val="0"/>
          <w:sz w:val="21"/>
        </w:rPr>
        <w:t>b³-6b²-24b-27=0,</w:t>
      </w:r>
    </w:p>
    <w:p>
      <w:pPr>
        <w:spacing w:before="0" w:after="80" w:line="300" w:lineRule="auto"/>
        <w:jc w:val="left"/>
      </w:pPr>
      <w:r>
        <w:rPr>
          <w:rFonts w:ascii="Times New Roman" w:hAnsi="Times New Roman" w:eastAsia="宋体"/>
          <w:b w:val="0"/>
          <w:i w:val="0"/>
          <w:sz w:val="21"/>
        </w:rPr>
        <w:t>(b-9)(b²+3b+3)=0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因此，有效的进制底数为 b=9。所求的和为 3b+13=4b+4，也就是 44_(b)。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equation is</w:t>
      </w:r>
    </w:p>
    <w:p>
      <w:pPr>
        <w:spacing w:before="0" w:after="80" w:line="300" w:lineRule="auto"/>
        <w:jc w:val="left"/>
      </w:pPr>
      <w:r>
        <w:rPr>
          <w:rFonts w:ascii="Times New Roman" w:hAnsi="Times New Roman" w:eastAsia="宋体"/>
          <w:b w:val="0"/>
          <w:i w:val="0"/>
          <w:color w:val="333333"/>
          <w:sz w:val="19"/>
        </w:rPr>
        <w:t>(b+2)(b+5)(b+6)</w:t>
      </w:r>
    </w:p>
    <w:p>
      <w:pPr>
        <w:spacing w:before="0" w:after="80" w:line="300" w:lineRule="auto"/>
        <w:jc w:val="left"/>
      </w:pPr>
      <w:r>
        <w:rPr>
          <w:rFonts w:ascii="Times New Roman" w:hAnsi="Times New Roman" w:eastAsia="宋体"/>
          <w:b w:val="0"/>
          <w:i w:val="0"/>
          <w:color w:val="333333"/>
          <w:sz w:val="19"/>
        </w:rPr>
        <w:t>=3b³+b²+4b+6.</w:t>
      </w:r>
    </w:p>
    <w:p>
      <w:pPr>
        <w:spacing w:before="0" w:after="80" w:line="300" w:lineRule="auto"/>
        <w:jc w:val="left"/>
      </w:pPr>
      <w:r>
        <w:rPr>
          <w:rFonts w:ascii="Times New Roman" w:hAnsi="Times New Roman" w:eastAsia="宋体"/>
          <w:b w:val="0"/>
          <w:i w:val="0"/>
          <w:color w:val="333333"/>
          <w:sz w:val="19"/>
        </w:rPr>
        <w:t>It simplifies to</w:t>
      </w:r>
    </w:p>
    <w:p>
      <w:pPr>
        <w:spacing w:before="0" w:after="80" w:line="300" w:lineRule="auto"/>
        <w:jc w:val="left"/>
      </w:pPr>
      <w:r>
        <w:rPr>
          <w:rFonts w:ascii="Times New Roman" w:hAnsi="Times New Roman" w:eastAsia="宋体"/>
          <w:b w:val="0"/>
          <w:i w:val="0"/>
          <w:color w:val="333333"/>
          <w:sz w:val="19"/>
        </w:rPr>
        <w:t>b³-6b²-24b-27=0,</w:t>
      </w:r>
    </w:p>
    <w:p>
      <w:pPr>
        <w:spacing w:before="0" w:after="80" w:line="300" w:lineRule="auto"/>
        <w:jc w:val="left"/>
      </w:pPr>
      <w:r>
        <w:rPr>
          <w:rFonts w:ascii="Times New Roman" w:hAnsi="Times New Roman" w:eastAsia="宋体"/>
          <w:b w:val="0"/>
          <w:i w:val="0"/>
          <w:color w:val="333333"/>
          <w:sz w:val="19"/>
        </w:rPr>
        <w:t>(b-9)(b²+3b+3)=0.</w:t>
      </w:r>
    </w:p>
    <w:p>
      <w:pPr>
        <w:spacing w:before="0" w:after="80" w:line="300" w:lineRule="auto"/>
        <w:jc w:val="left"/>
      </w:pPr>
      <w:r>
        <w:rPr>
          <w:rFonts w:ascii="Times New Roman" w:hAnsi="Times New Roman" w:eastAsia="宋体"/>
          <w:b w:val="0"/>
          <w:i w:val="0"/>
          <w:color w:val="333333"/>
          <w:sz w:val="19"/>
        </w:rPr>
        <w:t>Thus the valid base is b=9. The required sum is 3b+13=4b+4, which is 44_(b).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判别式条件为 p²-32&gt;0，所以 lvert prvert&gt;4√(2)。由韦达定理，r₁+r₂=-p，因此</w:t>
      </w:r>
    </w:p>
    <w:p>
      <w:pPr>
        <w:spacing w:before="0" w:after="80" w:line="300" w:lineRule="auto"/>
        <w:jc w:val="left"/>
      </w:pPr>
      <w:r>
        <w:rPr>
          <w:rFonts w:ascii="Times New Roman" w:hAnsi="Times New Roman" w:eastAsia="宋体"/>
          <w:b w:val="0"/>
          <w:i w:val="0"/>
          <w:sz w:val="21"/>
        </w:rPr>
        <w:t>lvert r₁+r₂rvert=lvert prvert&gt;4√(2)。</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discriminant condition is p²-32&gt;0, so lvert prvert&gt;4√(2). By Vieta’s formulas, r₁+r₂=-p, and therefore</w:t>
      </w:r>
    </w:p>
    <w:p>
      <w:pPr>
        <w:spacing w:before="0" w:after="80" w:line="300" w:lineRule="auto"/>
        <w:jc w:val="left"/>
      </w:pPr>
      <w:r>
        <w:rPr>
          <w:rFonts w:ascii="Times New Roman" w:hAnsi="Times New Roman" w:eastAsia="宋体"/>
          <w:b w:val="0"/>
          <w:i w:val="0"/>
          <w:color w:val="333333"/>
          <w:sz w:val="19"/>
        </w:rPr>
        <w:t>lvert r₁+r₂rvert=lvert prvert&gt;4√(2).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不等式 (x-2)(x-3)&lt;0 给出 2&lt; x&lt;3。在该区间上，P=x²+5x+6 递增，两个端点值为 P(2)=20 与 P(3)=30。由于端点不包含在内，所以 20&lt; P&lt;30。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inequality (x-2)(x-3)&lt;0 gives 2&lt; x&lt;3. On this interval P=x²+5x+6 is increasing, with endpoint values P(2)=20 and P(3)=30. The endpoints are excluded, so 20&lt; P&lt;30.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两个条件为</w:t>
      </w:r>
    </w:p>
    <w:p>
      <w:pPr>
        <w:spacing w:before="0" w:after="80" w:line="300" w:lineRule="auto"/>
        <w:jc w:val="left"/>
      </w:pPr>
      <w:r>
        <w:rPr>
          <w:rFonts w:ascii="Times New Roman" w:hAnsi="Times New Roman" w:eastAsia="宋体"/>
          <w:b w:val="0"/>
          <w:i w:val="0"/>
          <w:sz w:val="21"/>
        </w:rPr>
        <w:t>lw=(l+5/2)(w-2/3),</w:t>
      </w:r>
    </w:p>
    <w:p>
      <w:pPr>
        <w:spacing w:before="0" w:after="80" w:line="300" w:lineRule="auto"/>
        <w:jc w:val="left"/>
      </w:pPr>
      <w:r>
        <w:rPr>
          <w:rFonts w:ascii="Times New Roman" w:hAnsi="Times New Roman" w:eastAsia="宋体"/>
          <w:b w:val="0"/>
          <w:i w:val="0"/>
          <w:sz w:val="21"/>
        </w:rPr>
        <w:t>lw=(l-5/2)(w+4/3)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展开后，得到 -4l+15w=10 与 8l-15w=20。因此 l=15/2、w=8/3，且 lw=20。</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two conditions are</w:t>
      </w:r>
    </w:p>
    <w:p>
      <w:pPr>
        <w:spacing w:before="0" w:after="80" w:line="300" w:lineRule="auto"/>
        <w:jc w:val="left"/>
      </w:pPr>
      <w:r>
        <w:rPr>
          <w:rFonts w:ascii="Times New Roman" w:hAnsi="Times New Roman" w:eastAsia="宋体"/>
          <w:b w:val="0"/>
          <w:i w:val="0"/>
          <w:color w:val="333333"/>
          <w:sz w:val="19"/>
        </w:rPr>
        <w:t>lw=(l+5/2)(w-2/3),</w:t>
      </w:r>
    </w:p>
    <w:p>
      <w:pPr>
        <w:spacing w:before="0" w:after="80" w:line="300" w:lineRule="auto"/>
        <w:jc w:val="left"/>
      </w:pPr>
      <w:r>
        <w:rPr>
          <w:rFonts w:ascii="Times New Roman" w:hAnsi="Times New Roman" w:eastAsia="宋体"/>
          <w:b w:val="0"/>
          <w:i w:val="0"/>
          <w:color w:val="333333"/>
          <w:sz w:val="19"/>
        </w:rPr>
        <w:t>lw=(l-5/2)(w+4/3).</w:t>
      </w:r>
    </w:p>
    <w:p>
      <w:pPr>
        <w:spacing w:before="0" w:after="80" w:line="300" w:lineRule="auto"/>
        <w:jc w:val="left"/>
      </w:pPr>
      <w:r>
        <w:rPr>
          <w:rFonts w:ascii="Times New Roman" w:hAnsi="Times New Roman" w:eastAsia="宋体"/>
          <w:b w:val="0"/>
          <w:i w:val="0"/>
          <w:color w:val="333333"/>
          <w:sz w:val="19"/>
        </w:rPr>
        <w:t>After expanding, these give -4l+15w=10 and 8l-15w=20. Hence l=15/2, w=8/3, and lw=20.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第一个圆的面积为 π(m/2)²=(π m²)/4。每个内接正方形使下一个圆的半径平方，从而也使其面积缩小为原来的 1/2。因此极限和为</w:t>
      </w:r>
    </w:p>
    <w:p>
      <w:pPr>
        <w:spacing w:before="0" w:after="80" w:line="300" w:lineRule="auto"/>
        <w:jc w:val="left"/>
      </w:pPr>
      <w:r>
        <w:rPr>
          <w:rFonts w:ascii="Times New Roman" w:hAnsi="Times New Roman" w:eastAsia="宋体"/>
          <w:b w:val="0"/>
          <w:i w:val="0"/>
          <w:sz w:val="21"/>
        </w:rPr>
        <w:t>(π m²)/4 (1+1/2+1/4+⋯)</w:t>
      </w:r>
    </w:p>
    <w:p>
      <w:pPr>
        <w:spacing w:before="0" w:after="80" w:line="300" w:lineRule="auto"/>
        <w:jc w:val="left"/>
      </w:pPr>
      <w:r>
        <w:rPr>
          <w:rFonts w:ascii="Times New Roman" w:hAnsi="Times New Roman" w:eastAsia="宋体"/>
          <w:b w:val="0"/>
          <w:i w:val="0"/>
          <w:sz w:val="21"/>
        </w:rPr>
        <w:t>=(π m²)/2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circle has area π(m/2)²=(π m²)/4. Each inscribed square reduces the next circle’s squared radius, and hence its area, by a factor of 1/2. Thus the limiting sum is</w:t>
      </w:r>
    </w:p>
    <w:p>
      <w:pPr>
        <w:spacing w:before="0" w:after="80" w:line="300" w:lineRule="auto"/>
        <w:jc w:val="left"/>
      </w:pPr>
      <w:r>
        <w:rPr>
          <w:rFonts w:ascii="Times New Roman" w:hAnsi="Times New Roman" w:eastAsia="宋体"/>
          <w:b w:val="0"/>
          <w:i w:val="0"/>
          <w:color w:val="333333"/>
          <w:sz w:val="19"/>
        </w:rPr>
        <w:t>(π m²)/4 (1+1/2+1/4+⋯)</w:t>
      </w:r>
    </w:p>
    <w:p>
      <w:pPr>
        <w:spacing w:before="0" w:after="80" w:line="300" w:lineRule="auto"/>
        <w:jc w:val="left"/>
      </w:pPr>
      <w:r>
        <w:rPr>
          <w:rFonts w:ascii="Times New Roman" w:hAnsi="Times New Roman" w:eastAsia="宋体"/>
          <w:b w:val="0"/>
          <w:i w:val="0"/>
          <w:color w:val="333333"/>
          <w:sz w:val="19"/>
        </w:rPr>
        <w:t>=(π m²)/2.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因为 BC=4，由角平分线定理可得 A₁B:A₁C=5:3。因此 A₁B=5/2，且 A₁C=3/2，所以三角形 PQR 是三角形 ABC 缩小一半的副本。</w:t>
      </w:r>
    </w:p>
    <w:p>
      <w:pPr>
        <w:spacing w:before="0" w:after="80" w:line="300" w:lineRule="auto"/>
        <w:jc w:val="left"/>
      </w:pPr>
      <w:r>
        <w:rPr>
          <w:rFonts w:ascii="Times New Roman" w:hAnsi="Times New Roman" w:eastAsia="宋体"/>
          <w:b w:val="0"/>
          <w:i w:val="0"/>
          <w:sz w:val="21"/>
        </w:rPr>
        <w:t>对于原三角形中从 A 引出的角平分线，</w:t>
      </w:r>
    </w:p>
    <w:p>
      <w:pPr>
        <w:spacing w:before="0" w:after="80" w:line="300" w:lineRule="auto"/>
        <w:jc w:val="left"/>
      </w:pPr>
      <w:r>
        <w:rPr>
          <w:rFonts w:ascii="Times New Roman" w:hAnsi="Times New Roman" w:eastAsia="宋体"/>
          <w:b w:val="0"/>
          <w:i w:val="0"/>
          <w:sz w:val="21"/>
        </w:rPr>
        <w:t>AA₁² =5·3(1-4²/8²)</w:t>
      </w:r>
    </w:p>
    <w:p>
      <w:pPr>
        <w:spacing w:before="0" w:after="80" w:line="300" w:lineRule="auto"/>
        <w:jc w:val="left"/>
      </w:pPr>
      <w:r>
        <w:rPr>
          <w:rFonts w:ascii="Times New Roman" w:hAnsi="Times New Roman" w:eastAsia="宋体"/>
          <w:b w:val="0"/>
          <w:i w:val="0"/>
          <w:sz w:val="21"/>
        </w:rPr>
        <w:t>=45/4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AA₁=(3√(5))/2。因此 PP₁ 是它的一半，即 (3√(5))/4。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BC=4, the angle-bisector theorem gives A₁B:A₁C=5:3. Hence A₁B=5/2 and A₁C=3/2, so triangle PQR is a half-scale copy of ABC.</w:t>
      </w:r>
    </w:p>
    <w:p>
      <w:pPr>
        <w:spacing w:before="0" w:after="80" w:line="300" w:lineRule="auto"/>
        <w:jc w:val="left"/>
      </w:pPr>
      <w:r>
        <w:rPr>
          <w:rFonts w:ascii="Times New Roman" w:hAnsi="Times New Roman" w:eastAsia="宋体"/>
          <w:b w:val="0"/>
          <w:i w:val="0"/>
          <w:color w:val="333333"/>
          <w:sz w:val="19"/>
        </w:rPr>
        <w:t>For the angle bisector from A in the original triangle,</w:t>
      </w:r>
    </w:p>
    <w:p>
      <w:pPr>
        <w:spacing w:before="0" w:after="80" w:line="300" w:lineRule="auto"/>
        <w:jc w:val="left"/>
      </w:pPr>
      <w:r>
        <w:rPr>
          <w:rFonts w:ascii="Times New Roman" w:hAnsi="Times New Roman" w:eastAsia="宋体"/>
          <w:b w:val="0"/>
          <w:i w:val="0"/>
          <w:color w:val="333333"/>
          <w:sz w:val="19"/>
        </w:rPr>
        <w:t>AA₁² =5·3(1-4²/8²)</w:t>
      </w:r>
    </w:p>
    <w:p>
      <w:pPr>
        <w:spacing w:before="0" w:after="80" w:line="300" w:lineRule="auto"/>
        <w:jc w:val="left"/>
      </w:pPr>
      <w:r>
        <w:rPr>
          <w:rFonts w:ascii="Times New Roman" w:hAnsi="Times New Roman" w:eastAsia="宋体"/>
          <w:b w:val="0"/>
          <w:i w:val="0"/>
          <w:color w:val="333333"/>
          <w:sz w:val="19"/>
        </w:rPr>
        <w:t>=45/4,</w:t>
      </w:r>
    </w:p>
    <w:p>
      <w:pPr>
        <w:spacing w:before="0" w:after="80" w:line="300" w:lineRule="auto"/>
        <w:jc w:val="left"/>
      </w:pPr>
      <w:r>
        <w:rPr>
          <w:rFonts w:ascii="Times New Roman" w:hAnsi="Times New Roman" w:eastAsia="宋体"/>
          <w:b w:val="0"/>
          <w:i w:val="0"/>
          <w:color w:val="333333"/>
          <w:sz w:val="19"/>
        </w:rPr>
        <w:t>so AA₁=(3√(5))/2. Therefore PP₁ is half of this, or (3√(5))/4.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代入得到</w:t>
      </w:r>
    </w:p>
    <w:p>
      <w:pPr>
        <w:spacing w:before="0" w:after="80" w:line="300" w:lineRule="auto"/>
        <w:jc w:val="left"/>
      </w:pPr>
      <w:r>
        <w:rPr>
          <w:rFonts w:ascii="Times New Roman" w:hAnsi="Times New Roman" w:eastAsia="宋体"/>
          <w:b w:val="0"/>
          <w:i w:val="0"/>
          <w:sz w:val="21"/>
        </w:rPr>
        <w:t>P=(Q'D'+R')D+R</w:t>
      </w:r>
    </w:p>
    <w:p>
      <w:pPr>
        <w:spacing w:before="0" w:after="80" w:line="300" w:lineRule="auto"/>
        <w:jc w:val="left"/>
      </w:pPr>
      <w:r>
        <w:rPr>
          <w:rFonts w:ascii="Times New Roman" w:hAnsi="Times New Roman" w:eastAsia="宋体"/>
          <w:b w:val="0"/>
          <w:i w:val="0"/>
          <w:sz w:val="21"/>
        </w:rPr>
        <w:t>=Q'(DD')+(R'D+R)</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余数的范围说明 R'D+R&lt; DD'，所以这确实是余数。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Substitution gives</w:t>
      </w:r>
    </w:p>
    <w:p>
      <w:pPr>
        <w:spacing w:before="0" w:after="80" w:line="300" w:lineRule="auto"/>
        <w:jc w:val="left"/>
      </w:pPr>
      <w:r>
        <w:rPr>
          <w:rFonts w:ascii="Times New Roman" w:hAnsi="Times New Roman" w:eastAsia="宋体"/>
          <w:b w:val="0"/>
          <w:i w:val="0"/>
          <w:color w:val="333333"/>
          <w:sz w:val="19"/>
        </w:rPr>
        <w:t>P=(Q'D'+R')D+R</w:t>
      </w:r>
    </w:p>
    <w:p>
      <w:pPr>
        <w:spacing w:before="0" w:after="80" w:line="300" w:lineRule="auto"/>
        <w:jc w:val="left"/>
      </w:pPr>
      <w:r>
        <w:rPr>
          <w:rFonts w:ascii="Times New Roman" w:hAnsi="Times New Roman" w:eastAsia="宋体"/>
          <w:b w:val="0"/>
          <w:i w:val="0"/>
          <w:color w:val="333333"/>
          <w:sz w:val="19"/>
        </w:rPr>
        <w:t>=Q'(DD')+(R'D+R).</w:t>
      </w:r>
    </w:p>
    <w:p>
      <w:pPr>
        <w:spacing w:before="0" w:after="80" w:line="300" w:lineRule="auto"/>
        <w:jc w:val="left"/>
      </w:pPr>
      <w:r>
        <w:rPr>
          <w:rFonts w:ascii="Times New Roman" w:hAnsi="Times New Roman" w:eastAsia="宋体"/>
          <w:b w:val="0"/>
          <w:i w:val="0"/>
          <w:color w:val="333333"/>
          <w:sz w:val="19"/>
        </w:rPr>
        <w:t>The remainder bounds imply R'D+R&lt; DD', so this is indeed the remainder.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B</w:t>
      </w:r>
    </w:p>
    <w:p>
      <w:pPr>
        <w:spacing w:before="0" w:after="80" w:line="300" w:lineRule="auto"/>
        <w:jc w:val="left"/>
      </w:pPr>
      <w:r>
        <w:rPr>
          <w:rFonts w:ascii="Times New Roman" w:hAnsi="Times New Roman" w:eastAsia="宋体"/>
          <w:b w:val="0"/>
          <w:i w:val="0"/>
          <w:sz w:val="21"/>
        </w:rPr>
        <w:t>该差为</w:t>
      </w:r>
    </w:p>
    <w:p>
      <w:pPr>
        <w:spacing w:before="0" w:after="80" w:line="300" w:lineRule="auto"/>
        <w:jc w:val="left"/>
      </w:pPr>
      <w:r>
        <w:rPr>
          <w:rFonts w:ascii="Times New Roman" w:hAnsi="Times New Roman" w:eastAsia="宋体"/>
          <w:b w:val="0"/>
          <w:i w:val="0"/>
          <w:sz w:val="21"/>
        </w:rPr>
        <w:t>log₃(6x-5/2x+1)。</w:t>
      </w:r>
    </w:p>
    <w:p>
      <w:pPr>
        <w:spacing w:before="0" w:after="80" w:line="300" w:lineRule="auto"/>
        <w:jc w:val="left"/>
      </w:pPr>
      <w:r>
        <w:rPr>
          <w:rFonts w:ascii="Times New Roman" w:hAnsi="Times New Roman" w:eastAsia="宋体"/>
          <w:b w:val="0"/>
          <w:i w:val="0"/>
          <w:sz w:val="21"/>
        </w:rPr>
        <w:t>分数趋近于 3，所以原式趋近于 log₃ 3=1。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difference is</w:t>
      </w:r>
    </w:p>
    <w:p>
      <w:pPr>
        <w:spacing w:before="0" w:after="80" w:line="300" w:lineRule="auto"/>
        <w:jc w:val="left"/>
      </w:pPr>
      <w:r>
        <w:rPr>
          <w:rFonts w:ascii="Times New Roman" w:hAnsi="Times New Roman" w:eastAsia="宋体"/>
          <w:b w:val="0"/>
          <w:i w:val="0"/>
          <w:color w:val="333333"/>
          <w:sz w:val="19"/>
        </w:rPr>
        <w:t>log₃(6x-5/2x+1).</w:t>
      </w:r>
    </w:p>
    <w:p>
      <w:pPr>
        <w:spacing w:before="0" w:after="80" w:line="300" w:lineRule="auto"/>
        <w:jc w:val="left"/>
      </w:pPr>
      <w:r>
        <w:rPr>
          <w:rFonts w:ascii="Times New Roman" w:hAnsi="Times New Roman" w:eastAsia="宋体"/>
          <w:b w:val="0"/>
          <w:i w:val="0"/>
          <w:color w:val="333333"/>
          <w:sz w:val="19"/>
        </w:rPr>
        <w:t>The fraction approaches 3, so the expression approaches log₃ 3=1.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A</w:t>
      </w:r>
    </w:p>
    <w:p>
      <w:pPr>
        <w:spacing w:before="0" w:after="80" w:line="300" w:lineRule="auto"/>
        <w:jc w:val="left"/>
      </w:pPr>
      <w:r>
        <w:rPr>
          <w:rFonts w:ascii="Times New Roman" w:hAnsi="Times New Roman" w:eastAsia="宋体"/>
          <w:b w:val="0"/>
          <w:i w:val="0"/>
          <w:sz w:val="21"/>
        </w:rPr>
        <w:t>对方程模 5，可得 3x≡1，所以 x≡2pmod5。写成 x=2+5k。则</w:t>
      </w:r>
    </w:p>
    <w:p>
      <w:pPr>
        <w:spacing w:before="0" w:after="80" w:line="300" w:lineRule="auto"/>
        <w:jc w:val="left"/>
      </w:pPr>
      <w:r>
        <w:rPr>
          <w:rFonts w:ascii="Times New Roman" w:hAnsi="Times New Roman" w:eastAsia="宋体"/>
          <w:b w:val="0"/>
          <w:i w:val="0"/>
          <w:sz w:val="21"/>
        </w:rPr>
        <w:t>y=501-3x/5=99-3k。</w:t>
      </w:r>
    </w:p>
    <w:p>
      <w:pPr>
        <w:spacing w:before="0" w:after="80" w:line="300" w:lineRule="auto"/>
        <w:jc w:val="left"/>
      </w:pPr>
      <w:r>
        <w:rPr>
          <w:rFonts w:ascii="Times New Roman" w:hAnsi="Times New Roman" w:eastAsia="宋体"/>
          <w:b w:val="0"/>
          <w:i w:val="0"/>
          <w:sz w:val="21"/>
        </w:rPr>
        <w:t>正性要求 k=0,1,…,32，因此共有 33 对。</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5, the equation gives 3x≡1, so x≡2pmod5. Write x=2+5k. Then</w:t>
      </w:r>
    </w:p>
    <w:p>
      <w:pPr>
        <w:spacing w:before="0" w:after="80" w:line="300" w:lineRule="auto"/>
        <w:jc w:val="left"/>
      </w:pPr>
      <w:r>
        <w:rPr>
          <w:rFonts w:ascii="Times New Roman" w:hAnsi="Times New Roman" w:eastAsia="宋体"/>
          <w:b w:val="0"/>
          <w:i w:val="0"/>
          <w:color w:val="333333"/>
          <w:sz w:val="19"/>
        </w:rPr>
        <w:t>y=501-3x/5=99-3k.</w:t>
      </w:r>
    </w:p>
    <w:p>
      <w:pPr>
        <w:spacing w:before="0" w:after="80" w:line="300" w:lineRule="auto"/>
        <w:jc w:val="left"/>
      </w:pPr>
      <w:r>
        <w:rPr>
          <w:rFonts w:ascii="Times New Roman" w:hAnsi="Times New Roman" w:eastAsia="宋体"/>
          <w:b w:val="0"/>
          <w:i w:val="0"/>
          <w:color w:val="333333"/>
          <w:sz w:val="19"/>
        </w:rPr>
        <w:t>Positivity requires k=0,1,…,32, giving 33 pairs.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因为 p&gt;1 为奇数，所以 n=p-1/2 是正整数。模 p-2 时，有 p-1≡1。因此</w:t>
      </w:r>
    </w:p>
    <w:p>
      <w:pPr>
        <w:spacing w:before="0" w:after="80" w:line="300" w:lineRule="auto"/>
        <w:jc w:val="left"/>
      </w:pPr>
      <w:r>
        <w:rPr>
          <w:rFonts w:ascii="Times New Roman" w:hAnsi="Times New Roman" w:eastAsia="宋体"/>
          <w:b w:val="0"/>
          <w:i w:val="0"/>
          <w:sz w:val="21"/>
        </w:rPr>
        <w:t>(p-1)ⁿ-1 ≡1ⁿ-1</w:t>
      </w:r>
    </w:p>
    <w:p>
      <w:pPr>
        <w:spacing w:before="0" w:after="80" w:line="300" w:lineRule="auto"/>
        <w:jc w:val="left"/>
      </w:pPr>
      <w:r>
        <w:rPr>
          <w:rFonts w:ascii="Times New Roman" w:hAnsi="Times New Roman" w:eastAsia="宋体"/>
          <w:b w:val="0"/>
          <w:i w:val="0"/>
          <w:sz w:val="21"/>
        </w:rPr>
        <w:t>≡0pmodp-2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所以选项 (A) 总是成立。</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p&gt;1 is odd, n=p-1/2 is a positive integer. Modulo p-2, we have p-1≡1. Therefore</w:t>
      </w:r>
    </w:p>
    <w:p>
      <w:pPr>
        <w:spacing w:before="0" w:after="80" w:line="300" w:lineRule="auto"/>
        <w:jc w:val="left"/>
      </w:pPr>
      <w:r>
        <w:rPr>
          <w:rFonts w:ascii="Times New Roman" w:hAnsi="Times New Roman" w:eastAsia="宋体"/>
          <w:b w:val="0"/>
          <w:i w:val="0"/>
          <w:color w:val="333333"/>
          <w:sz w:val="19"/>
        </w:rPr>
        <w:t>(p-1)ⁿ-1 ≡1ⁿ-1</w:t>
      </w:r>
    </w:p>
    <w:p>
      <w:pPr>
        <w:spacing w:before="0" w:after="80" w:line="300" w:lineRule="auto"/>
        <w:jc w:val="left"/>
      </w:pPr>
      <w:r>
        <w:rPr>
          <w:rFonts w:ascii="Times New Roman" w:hAnsi="Times New Roman" w:eastAsia="宋体"/>
          <w:b w:val="0"/>
          <w:i w:val="0"/>
          <w:color w:val="333333"/>
          <w:sz w:val="19"/>
        </w:rPr>
        <w:t>≡0pmodp-2.</w:t>
      </w:r>
    </w:p>
    <w:p>
      <w:pPr>
        <w:spacing w:before="0" w:after="80" w:line="300" w:lineRule="auto"/>
        <w:jc w:val="left"/>
      </w:pPr>
      <w:r>
        <w:rPr>
          <w:rFonts w:ascii="Times New Roman" w:hAnsi="Times New Roman" w:eastAsia="宋体"/>
          <w:b w:val="0"/>
          <w:i w:val="0"/>
          <w:color w:val="333333"/>
          <w:sz w:val="19"/>
        </w:rPr>
        <w:t>Thus choice (A) always holds.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C</w:t>
      </w:r>
    </w:p>
    <w:p>
      <w:pPr>
        <w:spacing w:before="0" w:after="80" w:line="300" w:lineRule="auto"/>
        <w:jc w:val="left"/>
      </w:pPr>
      <w:r>
        <w:rPr>
          <w:rFonts w:ascii="Times New Roman" w:hAnsi="Times New Roman" w:eastAsia="宋体"/>
          <w:b w:val="0"/>
          <w:i w:val="0"/>
          <w:sz w:val="21"/>
        </w:rPr>
        <w:t>由 10³&lt;2¹⁰ 可得 3&lt;10log₁₀2，所以 log₁₀2&gt;3/10。由 2¹³&lt;10⁴ 可得 13log₁₀2&lt;4，所以 log₁₀2&lt;4/13。这是表中信息能够推出的选项中最窄的区间。</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10³&lt;2¹⁰ we get 3&lt;10log₁₀2, so log₁₀2&gt;3/10. From 2¹³&lt;10⁴ we get 13log₁₀2&lt;4, so log₁₀2&lt;4/13. This is the narrowest listed interval justified by the table.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C</w:t>
      </w:r>
    </w:p>
    <w:p>
      <w:pPr>
        <w:spacing w:before="0" w:after="80" w:line="300" w:lineRule="auto"/>
        <w:jc w:val="left"/>
      </w:pPr>
      <w:r>
        <w:rPr>
          <w:rFonts w:ascii="Times New Roman" w:hAnsi="Times New Roman" w:eastAsia="宋体"/>
          <w:b w:val="0"/>
          <w:i w:val="0"/>
          <w:sz w:val="21"/>
        </w:rPr>
        <w:t>经过 t 小时后，燃烧较快和较慢的蜡烛剩余比例分别为 1-t/3 与 1-t/4。较慢蜡烛的剩余长度必须是较快蜡烛的两倍：</w:t>
      </w:r>
    </w:p>
    <w:p>
      <w:pPr>
        <w:spacing w:before="0" w:after="80" w:line="300" w:lineRule="auto"/>
        <w:jc w:val="left"/>
      </w:pPr>
      <w:r>
        <w:rPr>
          <w:rFonts w:ascii="Times New Roman" w:hAnsi="Times New Roman" w:eastAsia="宋体"/>
          <w:b w:val="0"/>
          <w:i w:val="0"/>
          <w:sz w:val="21"/>
        </w:rPr>
        <w:t>1-t/4=2(1-t/3)。</w:t>
      </w:r>
    </w:p>
    <w:p>
      <w:pPr>
        <w:spacing w:before="0" w:after="80" w:line="300" w:lineRule="auto"/>
        <w:jc w:val="left"/>
      </w:pPr>
      <w:r>
        <w:rPr>
          <w:rFonts w:ascii="Times New Roman" w:hAnsi="Times New Roman" w:eastAsia="宋体"/>
          <w:b w:val="0"/>
          <w:i w:val="0"/>
          <w:sz w:val="21"/>
        </w:rPr>
        <w:t>因此 t=12/5=2 小时 24 分钟。从下午 4 点向前推，得到下午 1:36。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After t hours, the faster and slower candles have fractions 1-t/3 and 1-t/4 remaining. The slower stub must be twice the faster:</w:t>
      </w:r>
    </w:p>
    <w:p>
      <w:pPr>
        <w:spacing w:before="0" w:after="80" w:line="300" w:lineRule="auto"/>
        <w:jc w:val="left"/>
      </w:pPr>
      <w:r>
        <w:rPr>
          <w:rFonts w:ascii="Times New Roman" w:hAnsi="Times New Roman" w:eastAsia="宋体"/>
          <w:b w:val="0"/>
          <w:i w:val="0"/>
          <w:color w:val="333333"/>
          <w:sz w:val="19"/>
        </w:rPr>
        <w:t>1-t/4=2(1-t/3).</w:t>
      </w:r>
    </w:p>
    <w:p>
      <w:pPr>
        <w:spacing w:before="0" w:after="80" w:line="300" w:lineRule="auto"/>
        <w:jc w:val="left"/>
      </w:pPr>
      <w:r>
        <w:rPr>
          <w:rFonts w:ascii="Times New Roman" w:hAnsi="Times New Roman" w:eastAsia="宋体"/>
          <w:b w:val="0"/>
          <w:i w:val="0"/>
          <w:color w:val="333333"/>
          <w:sz w:val="19"/>
        </w:rPr>
        <w:t>Thus t=12/5=2 hours 24 minutes. Counting back from 4 P.M. gives 1:36 P.M.</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这些前提只说明 M 中有某个元素不在 N 中，并且 N∩ V=∅。令 M=V 的模型在满足前提的同时使 (A)、(B)、(C) 都为假；令 M∩ V=∅ 的模型则使 (D) 为假。因此，选项 (A) 至 (D) 都不是必然结论。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hypotheses say only that some element of M lies outside N, and that N∩ V=∅. A model with M=V makes (A), (B), and (C) false while satisfying the hypotheses. A model with M∩ V=∅ makes (D) false. Hence none of choices (A) through (D) is forced.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设直径 d=AB。因为 AC 与 BD 的交点在圆上，所以由泰勒斯定理，这两条直线互相垂直。此外，切线 AD 与 BC 平行。由此得到的直角三角形 ADB 与 BCA 相似，所以</w:t>
      </w:r>
    </w:p>
    <w:p>
      <w:pPr>
        <w:spacing w:before="0" w:after="80" w:line="300" w:lineRule="auto"/>
        <w:jc w:val="left"/>
      </w:pPr>
      <w:r>
        <w:rPr>
          <w:rFonts w:ascii="Times New Roman" w:hAnsi="Times New Roman" w:eastAsia="宋体"/>
          <w:b w:val="0"/>
          <w:i w:val="0"/>
          <w:sz w:val="21"/>
        </w:rPr>
        <w:t>d/a=b/d。</w:t>
      </w:r>
    </w:p>
    <w:p>
      <w:pPr>
        <w:spacing w:before="0" w:after="80" w:line="300" w:lineRule="auto"/>
        <w:jc w:val="left"/>
      </w:pPr>
      <w:r>
        <w:rPr>
          <w:rFonts w:ascii="Times New Roman" w:hAnsi="Times New Roman" w:eastAsia="宋体"/>
          <w:b w:val="0"/>
          <w:i w:val="0"/>
          <w:sz w:val="21"/>
        </w:rPr>
        <w:t>因此 d²=ab，且 d=√(ab)。</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d=AB be the diameter. Since the intersection of AC and BD lies on the circle, those two lines are perpendicular by Thales’ theorem. Also the tangents AD and BC are parallel. The resulting right triangles ADB and BCA are similar, so</w:t>
      </w:r>
    </w:p>
    <w:p>
      <w:pPr>
        <w:spacing w:before="0" w:after="80" w:line="300" w:lineRule="auto"/>
        <w:jc w:val="left"/>
      </w:pPr>
      <w:r>
        <w:rPr>
          <w:rFonts w:ascii="Times New Roman" w:hAnsi="Times New Roman" w:eastAsia="宋体"/>
          <w:b w:val="0"/>
          <w:i w:val="0"/>
          <w:color w:val="333333"/>
          <w:sz w:val="19"/>
        </w:rPr>
        <w:t>d/a=b/d.</w:t>
      </w:r>
    </w:p>
    <w:p>
      <w:pPr>
        <w:spacing w:before="0" w:after="80" w:line="300" w:lineRule="auto"/>
        <w:jc w:val="left"/>
      </w:pPr>
      <w:r>
        <w:rPr>
          <w:rFonts w:ascii="Times New Roman" w:hAnsi="Times New Roman" w:eastAsia="宋体"/>
          <w:b w:val="0"/>
          <w:i w:val="0"/>
          <w:color w:val="333333"/>
          <w:sz w:val="19"/>
        </w:rPr>
        <w:t>Hence d²=ab and d=√(ab).</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D</w:t>
      </w:r>
    </w:p>
    <w:p>
      <w:pPr>
        <w:spacing w:before="0" w:after="80" w:line="300" w:lineRule="auto"/>
        <w:jc w:val="left"/>
      </w:pPr>
      <w:r>
        <w:rPr>
          <w:rFonts w:ascii="Times New Roman" w:hAnsi="Times New Roman" w:eastAsia="宋体"/>
          <w:b w:val="0"/>
          <w:i w:val="0"/>
          <w:sz w:val="21"/>
        </w:rPr>
        <w:t>n-2 台正常销售带来 (n-2)(d/n+8) 的收入，两台义卖收音机合计带来 d/n 的收入。由于总收入为 d+72，</w:t>
      </w:r>
    </w:p>
    <w:p>
      <w:pPr>
        <w:spacing w:before="0" w:after="80" w:line="300" w:lineRule="auto"/>
        <w:jc w:val="left"/>
      </w:pPr>
      <w:r>
        <w:rPr>
          <w:rFonts w:ascii="Times New Roman" w:hAnsi="Times New Roman" w:eastAsia="宋体"/>
          <w:b w:val="0"/>
          <w:i w:val="0"/>
          <w:sz w:val="21"/>
        </w:rPr>
        <w:t>(n-2)(d/n+8)+d/n</w:t>
      </w:r>
    </w:p>
    <w:p>
      <w:pPr>
        <w:spacing w:before="0" w:after="80" w:line="300" w:lineRule="auto"/>
        <w:jc w:val="left"/>
      </w:pPr>
      <w:r>
        <w:rPr>
          <w:rFonts w:ascii="Times New Roman" w:hAnsi="Times New Roman" w:eastAsia="宋体"/>
          <w:b w:val="0"/>
          <w:i w:val="0"/>
          <w:sz w:val="21"/>
        </w:rPr>
        <w:t>=d+72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d=8n(n-11)。正性要求 n&gt;11，而 n=12 给出正整数 d=96。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n-2 regular sales bring (n-2)(d/n+8), while the two bazaar radios bring d/n together. Since the total intake is d+72,</w:t>
      </w:r>
    </w:p>
    <w:p>
      <w:pPr>
        <w:spacing w:before="0" w:after="80" w:line="300" w:lineRule="auto"/>
        <w:jc w:val="left"/>
      </w:pPr>
      <w:r>
        <w:rPr>
          <w:rFonts w:ascii="Times New Roman" w:hAnsi="Times New Roman" w:eastAsia="宋体"/>
          <w:b w:val="0"/>
          <w:i w:val="0"/>
          <w:color w:val="333333"/>
          <w:sz w:val="19"/>
        </w:rPr>
        <w:t>(n-2)(d/n+8)+d/n</w:t>
      </w:r>
    </w:p>
    <w:p>
      <w:pPr>
        <w:spacing w:before="0" w:after="80" w:line="300" w:lineRule="auto"/>
        <w:jc w:val="left"/>
      </w:pPr>
      <w:r>
        <w:rPr>
          <w:rFonts w:ascii="Times New Roman" w:hAnsi="Times New Roman" w:eastAsia="宋体"/>
          <w:b w:val="0"/>
          <w:i w:val="0"/>
          <w:color w:val="333333"/>
          <w:sz w:val="19"/>
        </w:rPr>
        <w:t>=d+72.</w:t>
      </w:r>
    </w:p>
    <w:p>
      <w:pPr>
        <w:spacing w:before="0" w:after="80" w:line="300" w:lineRule="auto"/>
        <w:jc w:val="left"/>
      </w:pPr>
      <w:r>
        <w:rPr>
          <w:rFonts w:ascii="Times New Roman" w:hAnsi="Times New Roman" w:eastAsia="宋体"/>
          <w:b w:val="0"/>
          <w:i w:val="0"/>
          <w:color w:val="333333"/>
          <w:sz w:val="19"/>
        </w:rPr>
        <w:t>This reduces to d=8n(n-11). Positivity requires n&gt;11, and n=12 gives the positive integer d=96.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31 题　答案 C</w:t>
      </w:r>
    </w:p>
    <w:p>
      <w:pPr>
        <w:spacing w:before="0" w:after="80" w:line="300" w:lineRule="auto"/>
        <w:jc w:val="left"/>
      </w:pPr>
      <w:r>
        <w:rPr>
          <w:rFonts w:ascii="Times New Roman" w:hAnsi="Times New Roman" w:eastAsia="宋体"/>
          <w:b w:val="0"/>
          <w:i w:val="0"/>
          <w:sz w:val="21"/>
        </w:rPr>
        <w:t>取 b=a+1 且 c=a(a+1)，则</w:t>
      </w:r>
    </w:p>
    <w:p>
      <w:pPr>
        <w:spacing w:before="0" w:after="80" w:line="300" w:lineRule="auto"/>
        <w:jc w:val="left"/>
      </w:pPr>
      <w:r>
        <w:rPr>
          <w:rFonts w:ascii="Times New Roman" w:hAnsi="Times New Roman" w:eastAsia="宋体"/>
          <w:b w:val="0"/>
          <w:i w:val="0"/>
          <w:sz w:val="21"/>
        </w:rPr>
        <w:t>D=a²+(a+1)²+a²(a+1)²</w:t>
      </w:r>
    </w:p>
    <w:p>
      <w:pPr>
        <w:spacing w:before="0" w:after="80" w:line="300" w:lineRule="auto"/>
        <w:jc w:val="left"/>
      </w:pPr>
      <w:r>
        <w:rPr>
          <w:rFonts w:ascii="Times New Roman" w:hAnsi="Times New Roman" w:eastAsia="宋体"/>
          <w:b w:val="0"/>
          <w:i w:val="0"/>
          <w:sz w:val="21"/>
        </w:rPr>
        <w:t>=(a²+a+1)²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√(D)=a²+a+1。因为 a(a+1) 为偶数，所以这个整数总是奇数。</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b=a+1 and c=a(a+1),</w:t>
      </w:r>
    </w:p>
    <w:p>
      <w:pPr>
        <w:spacing w:before="0" w:after="80" w:line="300" w:lineRule="auto"/>
        <w:jc w:val="left"/>
      </w:pPr>
      <w:r>
        <w:rPr>
          <w:rFonts w:ascii="Times New Roman" w:hAnsi="Times New Roman" w:eastAsia="宋体"/>
          <w:b w:val="0"/>
          <w:i w:val="0"/>
          <w:color w:val="333333"/>
          <w:sz w:val="19"/>
        </w:rPr>
        <w:t>D=a²+(a+1)²+a²(a+1)²</w:t>
      </w:r>
    </w:p>
    <w:p>
      <w:pPr>
        <w:spacing w:before="0" w:after="80" w:line="300" w:lineRule="auto"/>
        <w:jc w:val="left"/>
      </w:pPr>
      <w:r>
        <w:rPr>
          <w:rFonts w:ascii="Times New Roman" w:hAnsi="Times New Roman" w:eastAsia="宋体"/>
          <w:b w:val="0"/>
          <w:i w:val="0"/>
          <w:color w:val="333333"/>
          <w:sz w:val="19"/>
        </w:rPr>
        <w:t>=(a²+a+1)².</w:t>
      </w:r>
    </w:p>
    <w:p>
      <w:pPr>
        <w:spacing w:before="0" w:after="80" w:line="300" w:lineRule="auto"/>
        <w:jc w:val="left"/>
      </w:pPr>
      <w:r>
        <w:rPr>
          <w:rFonts w:ascii="Times New Roman" w:hAnsi="Times New Roman" w:eastAsia="宋体"/>
          <w:b w:val="0"/>
          <w:i w:val="0"/>
          <w:color w:val="333333"/>
          <w:sz w:val="19"/>
        </w:rPr>
        <w:t>Thus √(D)=a²+a+1. Since a(a+1) is even, this integer is always odd.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32 题　答案 E</w:t>
      </w:r>
    </w:p>
    <w:p>
      <w:pPr>
        <w:spacing w:before="0" w:after="80" w:line="300" w:lineRule="auto"/>
        <w:jc w:val="left"/>
      </w:pPr>
      <w:r>
        <w:rPr>
          <w:rFonts w:ascii="Times New Roman" w:hAnsi="Times New Roman" w:eastAsia="宋体"/>
          <w:b w:val="0"/>
          <w:i w:val="0"/>
          <w:sz w:val="21"/>
        </w:rPr>
        <w:t>在三角形 AOB 中，</w:t>
      </w:r>
    </w:p>
    <w:p>
      <w:pPr>
        <w:spacing w:before="0" w:after="80" w:line="300" w:lineRule="auto"/>
        <w:jc w:val="left"/>
      </w:pPr>
      <w:r>
        <w:rPr>
          <w:rFonts w:ascii="Times New Roman" w:hAnsi="Times New Roman" w:eastAsia="宋体"/>
          <w:b w:val="0"/>
          <w:i w:val="0"/>
          <w:sz w:val="21"/>
        </w:rPr>
        <w:t>cos∠ AOB =8²+4²-6²/(2·8·4)</w:t>
      </w:r>
    </w:p>
    <w:p>
      <w:pPr>
        <w:spacing w:before="0" w:after="80" w:line="300" w:lineRule="auto"/>
        <w:jc w:val="left"/>
      </w:pPr>
      <w:r>
        <w:rPr>
          <w:rFonts w:ascii="Times New Roman" w:hAnsi="Times New Roman" w:eastAsia="宋体"/>
          <w:b w:val="0"/>
          <w:i w:val="0"/>
          <w:sz w:val="21"/>
        </w:rPr>
        <w:t>=11/16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cos∠ AOD=-11/16。在三角形 AOD 中应用余弦定理可得</w:t>
      </w:r>
    </w:p>
    <w:p>
      <w:pPr>
        <w:spacing w:before="0" w:after="80" w:line="300" w:lineRule="auto"/>
        <w:jc w:val="left"/>
      </w:pPr>
      <w:r>
        <w:rPr>
          <w:rFonts w:ascii="Times New Roman" w:hAnsi="Times New Roman" w:eastAsia="宋体"/>
          <w:b w:val="0"/>
          <w:i w:val="0"/>
          <w:sz w:val="21"/>
        </w:rPr>
        <w:t>AD² =8²+6²</w:t>
      </w:r>
    </w:p>
    <w:p>
      <w:pPr>
        <w:spacing w:before="0" w:after="80" w:line="300" w:lineRule="auto"/>
        <w:jc w:val="left"/>
      </w:pPr>
      <w:r>
        <w:rPr>
          <w:rFonts w:ascii="Times New Roman" w:hAnsi="Times New Roman" w:eastAsia="宋体"/>
          <w:b w:val="0"/>
          <w:i w:val="0"/>
          <w:sz w:val="21"/>
        </w:rPr>
        <w:t>+2(8)(6)11/16</w:t>
      </w:r>
    </w:p>
    <w:p>
      <w:pPr>
        <w:spacing w:before="0" w:after="80" w:line="300" w:lineRule="auto"/>
        <w:jc w:val="left"/>
      </w:pPr>
      <w:r>
        <w:rPr>
          <w:rFonts w:ascii="Times New Roman" w:hAnsi="Times New Roman" w:eastAsia="宋体"/>
          <w:b w:val="0"/>
          <w:i w:val="0"/>
          <w:sz w:val="21"/>
        </w:rPr>
        <w:t>=166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AD=√(166)。</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triangle AOB,</w:t>
      </w:r>
    </w:p>
    <w:p>
      <w:pPr>
        <w:spacing w:before="0" w:after="80" w:line="300" w:lineRule="auto"/>
        <w:jc w:val="left"/>
      </w:pPr>
      <w:r>
        <w:rPr>
          <w:rFonts w:ascii="Times New Roman" w:hAnsi="Times New Roman" w:eastAsia="宋体"/>
          <w:b w:val="0"/>
          <w:i w:val="0"/>
          <w:color w:val="333333"/>
          <w:sz w:val="19"/>
        </w:rPr>
        <w:t>cos∠ AOB =8²+4²-6²/(2·8·4)</w:t>
      </w:r>
    </w:p>
    <w:p>
      <w:pPr>
        <w:spacing w:before="0" w:after="80" w:line="300" w:lineRule="auto"/>
        <w:jc w:val="left"/>
      </w:pPr>
      <w:r>
        <w:rPr>
          <w:rFonts w:ascii="Times New Roman" w:hAnsi="Times New Roman" w:eastAsia="宋体"/>
          <w:b w:val="0"/>
          <w:i w:val="0"/>
          <w:color w:val="333333"/>
          <w:sz w:val="19"/>
        </w:rPr>
        <w:t>=11/16.</w:t>
      </w:r>
    </w:p>
    <w:p>
      <w:pPr>
        <w:spacing w:before="0" w:after="80" w:line="300" w:lineRule="auto"/>
        <w:jc w:val="left"/>
      </w:pPr>
      <w:r>
        <w:rPr>
          <w:rFonts w:ascii="Times New Roman" w:hAnsi="Times New Roman" w:eastAsia="宋体"/>
          <w:b w:val="0"/>
          <w:i w:val="0"/>
          <w:color w:val="333333"/>
          <w:sz w:val="19"/>
        </w:rPr>
        <w:t>Therefore cos∠ AOD=-11/16. Applying the law of cosines in triangle AOD gives</w:t>
      </w:r>
    </w:p>
    <w:p>
      <w:pPr>
        <w:spacing w:before="0" w:after="80" w:line="300" w:lineRule="auto"/>
        <w:jc w:val="left"/>
      </w:pPr>
      <w:r>
        <w:rPr>
          <w:rFonts w:ascii="Times New Roman" w:hAnsi="Times New Roman" w:eastAsia="宋体"/>
          <w:b w:val="0"/>
          <w:i w:val="0"/>
          <w:color w:val="333333"/>
          <w:sz w:val="19"/>
        </w:rPr>
        <w:t>AD² =8²+6²</w:t>
      </w:r>
    </w:p>
    <w:p>
      <w:pPr>
        <w:spacing w:before="0" w:after="80" w:line="300" w:lineRule="auto"/>
        <w:jc w:val="left"/>
      </w:pPr>
      <w:r>
        <w:rPr>
          <w:rFonts w:ascii="Times New Roman" w:hAnsi="Times New Roman" w:eastAsia="宋体"/>
          <w:b w:val="0"/>
          <w:i w:val="0"/>
          <w:color w:val="333333"/>
          <w:sz w:val="19"/>
        </w:rPr>
        <w:t>+2(8)(6)11/16</w:t>
      </w:r>
    </w:p>
    <w:p>
      <w:pPr>
        <w:spacing w:before="0" w:after="80" w:line="300" w:lineRule="auto"/>
        <w:jc w:val="left"/>
      </w:pPr>
      <w:r>
        <w:rPr>
          <w:rFonts w:ascii="Times New Roman" w:hAnsi="Times New Roman" w:eastAsia="宋体"/>
          <w:b w:val="0"/>
          <w:i w:val="0"/>
          <w:color w:val="333333"/>
          <w:sz w:val="19"/>
        </w:rPr>
        <w:t>=166.</w:t>
      </w:r>
    </w:p>
    <w:p>
      <w:pPr>
        <w:spacing w:before="0" w:after="80" w:line="300" w:lineRule="auto"/>
        <w:jc w:val="left"/>
      </w:pPr>
      <w:r>
        <w:rPr>
          <w:rFonts w:ascii="Times New Roman" w:hAnsi="Times New Roman" w:eastAsia="宋体"/>
          <w:b w:val="0"/>
          <w:i w:val="0"/>
          <w:color w:val="333333"/>
          <w:sz w:val="19"/>
        </w:rPr>
        <w:t>Hence AD=√(166).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33 题　答案 D</w:t>
      </w:r>
    </w:p>
    <w:p>
      <w:pPr>
        <w:spacing w:before="0" w:after="80" w:line="300" w:lineRule="auto"/>
        <w:jc w:val="left"/>
      </w:pPr>
      <w:r>
        <w:rPr>
          <w:rFonts w:ascii="Times New Roman" w:hAnsi="Times New Roman" w:eastAsia="宋体"/>
          <w:b w:val="0"/>
          <w:i w:val="0"/>
          <w:sz w:val="21"/>
        </w:rPr>
        <w:t>设 AC=u、CB=v。阴影面积等于大半圆的面积减去两个小半圆的面积：</w:t>
      </w:r>
    </w:p>
    <w:p>
      <w:pPr>
        <w:spacing w:before="0" w:after="80" w:line="300" w:lineRule="auto"/>
        <w:jc w:val="left"/>
      </w:pPr>
      <w:r>
        <w:rPr>
          <w:rFonts w:ascii="Times New Roman" w:hAnsi="Times New Roman" w:eastAsia="宋体"/>
          <w:b w:val="0"/>
          <w:i w:val="0"/>
          <w:sz w:val="21"/>
        </w:rPr>
        <w:t>π/8((u+v)²-u²-v²) =(π uv)/4。</w:t>
      </w:r>
    </w:p>
    <w:p>
      <w:pPr>
        <w:spacing w:before="0" w:after="80" w:line="300" w:lineRule="auto"/>
        <w:jc w:val="left"/>
      </w:pPr>
      <w:r>
        <w:rPr>
          <w:rFonts w:ascii="Times New Roman" w:hAnsi="Times New Roman" w:eastAsia="宋体"/>
          <w:b w:val="0"/>
          <w:i w:val="0"/>
          <w:sz w:val="21"/>
        </w:rPr>
        <w:t>因为 D 位于以 AB 为直径的半圆上，所以三角形 ADB 是直角三角形，且其高满足 CD²=uv。因此，以 CD 为半径的圆面积为 π uv。所求比为 1:4。</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AC=u and CB=v. The shaded area is the large semicircle minus the two smaller ones:</w:t>
      </w:r>
    </w:p>
    <w:p>
      <w:pPr>
        <w:spacing w:before="0" w:after="80" w:line="300" w:lineRule="auto"/>
        <w:jc w:val="left"/>
      </w:pPr>
      <w:r>
        <w:rPr>
          <w:rFonts w:ascii="Times New Roman" w:hAnsi="Times New Roman" w:eastAsia="宋体"/>
          <w:b w:val="0"/>
          <w:i w:val="0"/>
          <w:color w:val="333333"/>
          <w:sz w:val="19"/>
        </w:rPr>
        <w:t>π/8((u+v)²-u²-v²) =(π uv)/4.</w:t>
      </w:r>
    </w:p>
    <w:p>
      <w:pPr>
        <w:spacing w:before="0" w:after="80" w:line="300" w:lineRule="auto"/>
        <w:jc w:val="left"/>
      </w:pPr>
      <w:r>
        <w:rPr>
          <w:rFonts w:ascii="Times New Roman" w:hAnsi="Times New Roman" w:eastAsia="宋体"/>
          <w:b w:val="0"/>
          <w:i w:val="0"/>
          <w:color w:val="333333"/>
          <w:sz w:val="19"/>
        </w:rPr>
        <w:t>Since D lies on the semicircle with diameter AB, triangle ADB is right, and its altitude satisfies CD²=uv. A circle of radius CD therefore has area π uv. The required ratio is 1:4.</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34 题　答案 A</w:t>
      </w:r>
    </w:p>
    <w:p>
      <w:pPr>
        <w:spacing w:before="0" w:after="80" w:line="300" w:lineRule="auto"/>
        <w:jc w:val="left"/>
      </w:pPr>
      <w:r>
        <w:rPr>
          <w:rFonts w:ascii="Times New Roman" w:hAnsi="Times New Roman" w:eastAsia="宋体"/>
          <w:b w:val="0"/>
          <w:i w:val="0"/>
          <w:sz w:val="21"/>
        </w:rPr>
        <w:t>在每个顶点处，小三角形所占相邻两边的比例分别为 1/n+1 和 n/n+1。因此，每个顶角处的小三角形面积都是 [ABC] 的 n/((n+1)²) 倍。所以</w:t>
      </w:r>
    </w:p>
    <w:p>
      <w:pPr>
        <w:spacing w:before="0" w:after="80" w:line="300" w:lineRule="auto"/>
        <w:jc w:val="left"/>
      </w:pPr>
      <w:r>
        <w:rPr>
          <w:rFonts w:ascii="Times New Roman" w:hAnsi="Times New Roman" w:eastAsia="宋体"/>
          <w:b w:val="0"/>
          <w:i w:val="0"/>
          <w:sz w:val="21"/>
        </w:rPr>
        <w:t>([DEF])/([ABC]) =1-3n/((n+1)²)</w:t>
      </w:r>
    </w:p>
    <w:p>
      <w:pPr>
        <w:spacing w:before="0" w:after="80" w:line="300" w:lineRule="auto"/>
        <w:jc w:val="left"/>
      </w:pPr>
      <w:r>
        <w:rPr>
          <w:rFonts w:ascii="Times New Roman" w:hAnsi="Times New Roman" w:eastAsia="宋体"/>
          <w:b w:val="0"/>
          <w:i w:val="0"/>
          <w:sz w:val="21"/>
        </w:rPr>
        <w:t>=n²-n+1/((n+1)²)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each vertex, the two adjacent side fractions used by the corner triangle are 1/n+1 and n/n+1. Thus each corner triangle has area n/((n+1)²) times [ABC]. Therefore</w:t>
      </w:r>
    </w:p>
    <w:p>
      <w:pPr>
        <w:spacing w:before="0" w:after="80" w:line="300" w:lineRule="auto"/>
        <w:jc w:val="left"/>
      </w:pPr>
      <w:r>
        <w:rPr>
          <w:rFonts w:ascii="Times New Roman" w:hAnsi="Times New Roman" w:eastAsia="宋体"/>
          <w:b w:val="0"/>
          <w:i w:val="0"/>
          <w:color w:val="333333"/>
          <w:sz w:val="19"/>
        </w:rPr>
        <w:t>([DEF])/([ABC]) =1-3n/((n+1)²)</w:t>
      </w:r>
    </w:p>
    <w:p>
      <w:pPr>
        <w:spacing w:before="0" w:after="80" w:line="300" w:lineRule="auto"/>
        <w:jc w:val="left"/>
      </w:pPr>
      <w:r>
        <w:rPr>
          <w:rFonts w:ascii="Times New Roman" w:hAnsi="Times New Roman" w:eastAsia="宋体"/>
          <w:b w:val="0"/>
          <w:i w:val="0"/>
          <w:color w:val="333333"/>
          <w:sz w:val="19"/>
        </w:rPr>
        <w:t>=n²-n+1/((n+1)²).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35 题　答案 B</w:t>
      </w:r>
    </w:p>
    <w:p>
      <w:pPr>
        <w:spacing w:before="0" w:after="80" w:line="300" w:lineRule="auto"/>
        <w:jc w:val="left"/>
      </w:pPr>
      <w:r>
        <w:rPr>
          <w:rFonts w:ascii="Times New Roman" w:hAnsi="Times New Roman" w:eastAsia="宋体"/>
          <w:b w:val="0"/>
          <w:i w:val="0"/>
          <w:sz w:val="21"/>
        </w:rPr>
        <w:t>设三个根为 t-d、t、t+d。它们的和为 3t=144/64=9/4，所以 t=3/4。它们的积为</w:t>
      </w:r>
    </w:p>
    <w:p>
      <w:pPr>
        <w:spacing w:before="0" w:after="80" w:line="300" w:lineRule="auto"/>
        <w:jc w:val="left"/>
      </w:pPr>
      <w:r>
        <w:rPr>
          <w:rFonts w:ascii="Times New Roman" w:hAnsi="Times New Roman" w:eastAsia="宋体"/>
          <w:b w:val="0"/>
          <w:i w:val="0"/>
          <w:sz w:val="21"/>
        </w:rPr>
        <w:t>t(t²-d²)=15/64。</w:t>
      </w:r>
    </w:p>
    <w:p>
      <w:pPr>
        <w:spacing w:before="0" w:after="80" w:line="300" w:lineRule="auto"/>
        <w:jc w:val="left"/>
      </w:pPr>
      <w:r>
        <w:rPr>
          <w:rFonts w:ascii="Times New Roman" w:hAnsi="Times New Roman" w:eastAsia="宋体"/>
          <w:b w:val="0"/>
          <w:i w:val="0"/>
          <w:sz w:val="21"/>
        </w:rPr>
        <w:t>代入 t=3/4 得 d²=1/4，所以最大根与最小根之差为 2lvert drvert=1。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roots be t-d, t, and t+d. Their sum is 3t=144/64=9/4, so t=3/4. Their product is</w:t>
      </w:r>
    </w:p>
    <w:p>
      <w:pPr>
        <w:spacing w:before="0" w:after="80" w:line="300" w:lineRule="auto"/>
        <w:jc w:val="left"/>
      </w:pPr>
      <w:r>
        <w:rPr>
          <w:rFonts w:ascii="Times New Roman" w:hAnsi="Times New Roman" w:eastAsia="宋体"/>
          <w:b w:val="0"/>
          <w:i w:val="0"/>
          <w:color w:val="333333"/>
          <w:sz w:val="19"/>
        </w:rPr>
        <w:t>t(t²-d²)=15/64.</w:t>
      </w:r>
    </w:p>
    <w:p>
      <w:pPr>
        <w:spacing w:before="0" w:after="80" w:line="300" w:lineRule="auto"/>
        <w:jc w:val="left"/>
      </w:pPr>
      <w:r>
        <w:rPr>
          <w:rFonts w:ascii="Times New Roman" w:hAnsi="Times New Roman" w:eastAsia="宋体"/>
          <w:b w:val="0"/>
          <w:i w:val="0"/>
          <w:color w:val="333333"/>
          <w:sz w:val="19"/>
        </w:rPr>
        <w:t>Substituting t=3/4 gives d²=1/4, so the difference between the extreme roots is 2lvert drvert=1.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36 题　答案 C</w:t>
      </w:r>
    </w:p>
    <w:p>
      <w:pPr>
        <w:spacing w:before="0" w:after="80" w:line="300" w:lineRule="auto"/>
        <w:jc w:val="left"/>
      </w:pPr>
      <w:r>
        <w:rPr>
          <w:rFonts w:ascii="Times New Roman" w:hAnsi="Times New Roman" w:eastAsia="宋体"/>
          <w:b w:val="0"/>
          <w:i w:val="0"/>
          <w:sz w:val="21"/>
        </w:rPr>
        <w:t>设最简形式的公比为 c/d，中间项为 a。因为五项都是整数，所以 a 是 c²d² 的倍数，可写成 a=kc²d²。此时总和 211 能被 k 整除，所以 k 为 1 或 211。但中间项 a 小于 100，故 k=1。</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d⁴+d³c+d²c²</w:t>
      </w:r>
    </w:p>
    <w:p>
      <w:pPr>
        <w:spacing w:before="0" w:after="80" w:line="300" w:lineRule="auto"/>
        <w:jc w:val="left"/>
      </w:pPr>
      <w:r>
        <w:rPr>
          <w:rFonts w:ascii="Times New Roman" w:hAnsi="Times New Roman" w:eastAsia="宋体"/>
          <w:b w:val="0"/>
          <w:i w:val="0"/>
          <w:sz w:val="21"/>
        </w:rPr>
        <w:t>+dc³+c⁴=211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由范围限制可知 c,d&lt;4。若其中一个为 1，可能的总和为 5、31 或 121，都不是 211。再结合互质条件，只剩 c 与 d 分别为 2 和 3，次序可以互换。这个数列为 16、24、36、54、81。其中完全平方数项之和为 16+36+81=133。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common ratio be c/d in lowest terms and the middle term be a. Since all five terms are integers, a is divisible by c²d², so write a=kc²d². The sum 211 is then divisible by k. Thus k is 1 or 211. But the middle term a is less than 100, so k=1.</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d⁴+d³c+d²c²</w:t>
      </w:r>
    </w:p>
    <w:p>
      <w:pPr>
        <w:spacing w:before="0" w:after="80" w:line="300" w:lineRule="auto"/>
        <w:jc w:val="left"/>
      </w:pPr>
      <w:r>
        <w:rPr>
          <w:rFonts w:ascii="Times New Roman" w:hAnsi="Times New Roman" w:eastAsia="宋体"/>
          <w:b w:val="0"/>
          <w:i w:val="0"/>
          <w:color w:val="333333"/>
          <w:sz w:val="19"/>
        </w:rPr>
        <w:t>+dc³+c⁴=211.</w:t>
      </w:r>
    </w:p>
    <w:p>
      <w:pPr>
        <w:spacing w:before="0" w:after="80" w:line="300" w:lineRule="auto"/>
        <w:jc w:val="left"/>
      </w:pPr>
      <w:r>
        <w:rPr>
          <w:rFonts w:ascii="Times New Roman" w:hAnsi="Times New Roman" w:eastAsia="宋体"/>
          <w:b w:val="0"/>
          <w:i w:val="0"/>
          <w:color w:val="333333"/>
          <w:sz w:val="19"/>
        </w:rPr>
        <w:t>The bound gives c,d&lt;4. If either is 1, the possible sums are 5, 31, or 121, not 211. Coprimality therefore leaves c and d equal to 2 and 3 in either order. The progression is 16, 24, 36, 54, 81. Its square terms sum to 16+36+81=133.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37 题　答案 A</w:t>
      </w:r>
    </w:p>
    <w:p>
      <w:pPr>
        <w:spacing w:before="0" w:after="80" w:line="300" w:lineRule="auto"/>
        <w:jc w:val="left"/>
      </w:pPr>
      <w:r>
        <w:rPr>
          <w:rFonts w:ascii="Times New Roman" w:hAnsi="Times New Roman" w:eastAsia="宋体"/>
          <w:b w:val="0"/>
          <w:i w:val="0"/>
          <w:sz w:val="21"/>
        </w:rPr>
        <w:t>由于 RS 不与三角形相交，三个垂直距离的符号相同。点到固定直线的有向距离是仿射函数，而重心是三个顶点的平均。因此，重心到直线的距离等于三个距离的平均值：</w:t>
      </w:r>
    </w:p>
    <w:p>
      <w:pPr>
        <w:spacing w:before="0" w:after="80" w:line="300" w:lineRule="auto"/>
        <w:jc w:val="left"/>
      </w:pPr>
      <w:r>
        <w:rPr>
          <w:rFonts w:ascii="Times New Roman" w:hAnsi="Times New Roman" w:eastAsia="宋体"/>
          <w:b w:val="0"/>
          <w:i w:val="0"/>
          <w:sz w:val="21"/>
        </w:rPr>
        <w:t>x=10+6+24/3=40/3。</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RS does not intersect the triangle, the three perpendicular distances have the same sign. Signed distance to a fixed line is affine, and the centroid is the average of the vertices. Therefore its distance is the average</w:t>
      </w:r>
    </w:p>
    <w:p>
      <w:pPr>
        <w:spacing w:before="0" w:after="80" w:line="300" w:lineRule="auto"/>
        <w:jc w:val="left"/>
      </w:pPr>
      <w:r>
        <w:rPr>
          <w:rFonts w:ascii="Times New Roman" w:hAnsi="Times New Roman" w:eastAsia="宋体"/>
          <w:b w:val="0"/>
          <w:i w:val="0"/>
          <w:color w:val="333333"/>
          <w:sz w:val="19"/>
        </w:rPr>
        <w:t>x=10+6+24/3=40/3.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38 题　答案 E</w:t>
      </w:r>
    </w:p>
    <w:p>
      <w:pPr>
        <w:spacing w:before="0" w:after="80" w:line="300" w:lineRule="auto"/>
        <w:jc w:val="left"/>
      </w:pPr>
      <w:r>
        <w:rPr>
          <w:rFonts w:ascii="Times New Roman" w:hAnsi="Times New Roman" w:eastAsia="宋体"/>
          <w:b w:val="0"/>
          <w:i w:val="0"/>
          <w:sz w:val="21"/>
        </w:rPr>
        <w:t>将四个 pib 标记为 1、2、3、4。由 P₂ 和 P₃ 可知，每个 maa 恰好是一对无序 pib 所共有的 maa。因此共有 C(4, 2)=6 个 maa，这就证明了 T₁。</w:t>
      </w:r>
    </w:p>
    <w:p>
      <w:pPr>
        <w:spacing w:before="0" w:after="80" w:line="300" w:lineRule="auto"/>
        <w:jc w:val="left"/>
      </w:pPr>
      <w:r>
        <w:rPr>
          <w:rFonts w:ascii="Times New Roman" w:hAnsi="Times New Roman" w:eastAsia="宋体"/>
          <w:b w:val="0"/>
          <w:i w:val="0"/>
          <w:sz w:val="21"/>
        </w:rPr>
        <w:t>固定一个 pib i，它含有三个形如 ij 的 maa，其中 j≠ i，这证明了 T₂。对于 maa ij，唯一一个与它不共属任一 pib 的 maa，就是属于其余两个 pib 所成之互补对的 maa，这证明了 T₃。因此三个定理都能推出。</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four pibs 1, 2, 3, and 4. By P₂ and P₃, every maa is exactly the common maa of one unordered pair of pibs. Thus there are C(4, 2)=6 maas, proving T₁.</w:t>
      </w:r>
    </w:p>
    <w:p>
      <w:pPr>
        <w:spacing w:before="0" w:after="80" w:line="300" w:lineRule="auto"/>
        <w:jc w:val="left"/>
      </w:pPr>
      <w:r>
        <w:rPr>
          <w:rFonts w:ascii="Times New Roman" w:hAnsi="Times New Roman" w:eastAsia="宋体"/>
          <w:b w:val="0"/>
          <w:i w:val="0"/>
          <w:color w:val="333333"/>
          <w:sz w:val="19"/>
        </w:rPr>
        <w:t>A fixed pib i contains the three maas ij with j≠ i, proving T₂. For maa ij, the unique maa sharing neither pib is the one belonging to the complementary pair of pibs, proving T₃. All three follow.</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39 题　答案 B</w:t>
      </w:r>
    </w:p>
    <w:p>
      <w:pPr>
        <w:spacing w:before="0" w:after="80" w:line="300" w:lineRule="auto"/>
        <w:jc w:val="left"/>
      </w:pPr>
      <w:r>
        <w:rPr>
          <w:rFonts w:ascii="Times New Roman" w:hAnsi="Times New Roman" w:eastAsia="宋体"/>
          <w:b w:val="0"/>
          <w:i w:val="0"/>
          <w:sz w:val="21"/>
        </w:rPr>
        <w:t>第 n 个集合以 (n(n+1))/2 为末项，并含有 n 个连续整数。其总和为</w:t>
      </w:r>
    </w:p>
    <w:p>
      <w:pPr>
        <w:spacing w:before="0" w:after="80" w:line="300" w:lineRule="auto"/>
        <w:jc w:val="left"/>
      </w:pPr>
      <w:r>
        <w:rPr>
          <w:rFonts w:ascii="Times New Roman" w:hAnsi="Times New Roman" w:eastAsia="宋体"/>
          <w:b w:val="0"/>
          <w:i w:val="0"/>
          <w:sz w:val="21"/>
        </w:rPr>
        <w:t>Sₙ =n((n(n+1))/2)</w:t>
      </w:r>
    </w:p>
    <w:p>
      <w:pPr>
        <w:spacing w:before="0" w:after="80" w:line="300" w:lineRule="auto"/>
        <w:jc w:val="left"/>
      </w:pPr>
      <w:r>
        <w:rPr>
          <w:rFonts w:ascii="Times New Roman" w:hAnsi="Times New Roman" w:eastAsia="宋体"/>
          <w:b w:val="0"/>
          <w:i w:val="0"/>
          <w:sz w:val="21"/>
        </w:rPr>
        <w:t>-(n(n-1))/2</w:t>
      </w:r>
    </w:p>
    <w:p>
      <w:pPr>
        <w:spacing w:before="0" w:after="80" w:line="300" w:lineRule="auto"/>
        <w:jc w:val="left"/>
      </w:pPr>
      <w:r>
        <w:rPr>
          <w:rFonts w:ascii="Times New Roman" w:hAnsi="Times New Roman" w:eastAsia="宋体"/>
          <w:b w:val="0"/>
          <w:i w:val="0"/>
          <w:sz w:val="21"/>
        </w:rPr>
        <w:t>=(n(n²+1))/2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S₂₁=(21(442))/2=4641。</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nth set ends at (n(n+1))/2 and contains n consecutive integers. Its sum is</w:t>
      </w:r>
    </w:p>
    <w:p>
      <w:pPr>
        <w:spacing w:before="0" w:after="80" w:line="300" w:lineRule="auto"/>
        <w:jc w:val="left"/>
      </w:pPr>
      <w:r>
        <w:rPr>
          <w:rFonts w:ascii="Times New Roman" w:hAnsi="Times New Roman" w:eastAsia="宋体"/>
          <w:b w:val="0"/>
          <w:i w:val="0"/>
          <w:color w:val="333333"/>
          <w:sz w:val="19"/>
        </w:rPr>
        <w:t>Sₙ =n((n(n+1))/2)</w:t>
      </w:r>
    </w:p>
    <w:p>
      <w:pPr>
        <w:spacing w:before="0" w:after="80" w:line="300" w:lineRule="auto"/>
        <w:jc w:val="left"/>
      </w:pPr>
      <w:r>
        <w:rPr>
          <w:rFonts w:ascii="Times New Roman" w:hAnsi="Times New Roman" w:eastAsia="宋体"/>
          <w:b w:val="0"/>
          <w:i w:val="0"/>
          <w:color w:val="333333"/>
          <w:sz w:val="19"/>
        </w:rPr>
        <w:t>-(n(n-1))/2</w:t>
      </w:r>
    </w:p>
    <w:p>
      <w:pPr>
        <w:spacing w:before="0" w:after="80" w:line="300" w:lineRule="auto"/>
        <w:jc w:val="left"/>
      </w:pPr>
      <w:r>
        <w:rPr>
          <w:rFonts w:ascii="Times New Roman" w:hAnsi="Times New Roman" w:eastAsia="宋体"/>
          <w:b w:val="0"/>
          <w:i w:val="0"/>
          <w:color w:val="333333"/>
          <w:sz w:val="19"/>
        </w:rPr>
        <w:t>=(n(n²+1))/2.</w:t>
      </w:r>
    </w:p>
    <w:p>
      <w:pPr>
        <w:spacing w:before="0" w:after="80" w:line="300" w:lineRule="auto"/>
        <w:jc w:val="left"/>
      </w:pPr>
      <w:r>
        <w:rPr>
          <w:rFonts w:ascii="Times New Roman" w:hAnsi="Times New Roman" w:eastAsia="宋体"/>
          <w:b w:val="0"/>
          <w:i w:val="0"/>
          <w:color w:val="333333"/>
          <w:sz w:val="19"/>
        </w:rPr>
        <w:t>Thus S₂₁=(21(442))/2=4641.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40 题　答案 D</w:t>
      </w:r>
    </w:p>
    <w:p>
      <w:pPr>
        <w:spacing w:before="0" w:after="80" w:line="300" w:lineRule="auto"/>
        <w:jc w:val="left"/>
      </w:pPr>
      <w:r>
        <w:rPr>
          <w:rFonts w:ascii="Times New Roman" w:hAnsi="Times New Roman" w:eastAsia="宋体"/>
          <w:b w:val="0"/>
          <w:i w:val="0"/>
          <w:sz w:val="21"/>
        </w:rPr>
        <w:t>绕 A 将 P 旋转 60° 到 P'。由于该旋转把 C 映到 B，所以 P'B=PC=10、PP'=PA=8，且 PB=6。因此三角形 PP'B 是直角三角形。又因为三角形 APP' 是等边三角形，所以 ∠ APB=60°+90°=150°。</w:t>
      </w:r>
    </w:p>
    <w:p>
      <w:pPr>
        <w:spacing w:before="0" w:after="80" w:line="300" w:lineRule="auto"/>
        <w:jc w:val="left"/>
      </w:pPr>
      <w:r>
        <w:rPr>
          <w:rFonts w:ascii="Times New Roman" w:hAnsi="Times New Roman" w:eastAsia="宋体"/>
          <w:b w:val="0"/>
          <w:i w:val="0"/>
          <w:sz w:val="21"/>
        </w:rPr>
        <w:t>设等边三角形边长为 s，在三角形 APB 中应用余弦定理可得</w:t>
      </w:r>
    </w:p>
    <w:p>
      <w:pPr>
        <w:spacing w:before="0" w:after="80" w:line="300" w:lineRule="auto"/>
        <w:jc w:val="left"/>
      </w:pPr>
      <w:r>
        <w:rPr>
          <w:rFonts w:ascii="Times New Roman" w:hAnsi="Times New Roman" w:eastAsia="宋体"/>
          <w:b w:val="0"/>
          <w:i w:val="0"/>
          <w:sz w:val="21"/>
        </w:rPr>
        <w:t>s² =6²+8²-2(6)(8)cos150°</w:t>
      </w:r>
    </w:p>
    <w:p>
      <w:pPr>
        <w:spacing w:before="0" w:after="80" w:line="300" w:lineRule="auto"/>
        <w:jc w:val="left"/>
      </w:pPr>
      <w:r>
        <w:rPr>
          <w:rFonts w:ascii="Times New Roman" w:hAnsi="Times New Roman" w:eastAsia="宋体"/>
          <w:b w:val="0"/>
          <w:i w:val="0"/>
          <w:sz w:val="21"/>
        </w:rPr>
        <w:t>=100+48√(3)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它的面积为</w:t>
      </w:r>
    </w:p>
    <w:p>
      <w:pPr>
        <w:spacing w:before="0" w:after="80" w:line="300" w:lineRule="auto"/>
        <w:jc w:val="left"/>
      </w:pPr>
      <w:r>
        <w:rPr>
          <w:rFonts w:ascii="Times New Roman" w:hAnsi="Times New Roman" w:eastAsia="宋体"/>
          <w:b w:val="0"/>
          <w:i w:val="0"/>
          <w:sz w:val="21"/>
        </w:rPr>
        <w:t>(√(3))/4s²=36+25√(3)，</w:t>
      </w:r>
    </w:p>
    <w:p>
      <w:pPr>
        <w:spacing w:before="0" w:after="80" w:line="300" w:lineRule="auto"/>
        <w:jc w:val="left"/>
      </w:pPr>
      <w:r>
        <w:rPr>
          <w:rFonts w:ascii="Times New Roman" w:hAnsi="Times New Roman" w:eastAsia="宋体"/>
          <w:b w:val="0"/>
          <w:i w:val="0"/>
          <w:sz w:val="21"/>
        </w:rPr>
        <w:t>最接近的整数是 79。</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Rotate P by 60° about A to P'. Since this rotation sends C to B, we have P'B=PC=10, PP'=PA=8, and PB=6. Thus triangle PP'B is right. Also triangle APP' is equilateral, so ∠ APB=60°+90°=150°.</w:t>
      </w:r>
    </w:p>
    <w:p>
      <w:pPr>
        <w:spacing w:before="0" w:after="80" w:line="300" w:lineRule="auto"/>
        <w:jc w:val="left"/>
      </w:pPr>
      <w:r>
        <w:rPr>
          <w:rFonts w:ascii="Times New Roman" w:hAnsi="Times New Roman" w:eastAsia="宋体"/>
          <w:b w:val="0"/>
          <w:i w:val="0"/>
          <w:color w:val="333333"/>
          <w:sz w:val="19"/>
        </w:rPr>
        <w:t>If the equilateral triangle has side s, the law of cosines in triangle APB gives</w:t>
      </w:r>
    </w:p>
    <w:p>
      <w:pPr>
        <w:spacing w:before="0" w:after="80" w:line="300" w:lineRule="auto"/>
        <w:jc w:val="left"/>
      </w:pPr>
      <w:r>
        <w:rPr>
          <w:rFonts w:ascii="Times New Roman" w:hAnsi="Times New Roman" w:eastAsia="宋体"/>
          <w:b w:val="0"/>
          <w:i w:val="0"/>
          <w:color w:val="333333"/>
          <w:sz w:val="19"/>
        </w:rPr>
        <w:t>s² =6²+8²-2(6)(8)cos150°</w:t>
      </w:r>
    </w:p>
    <w:p>
      <w:pPr>
        <w:spacing w:before="0" w:after="80" w:line="300" w:lineRule="auto"/>
        <w:jc w:val="left"/>
      </w:pPr>
      <w:r>
        <w:rPr>
          <w:rFonts w:ascii="Times New Roman" w:hAnsi="Times New Roman" w:eastAsia="宋体"/>
          <w:b w:val="0"/>
          <w:i w:val="0"/>
          <w:color w:val="333333"/>
          <w:sz w:val="19"/>
        </w:rPr>
        <w:t>=100+48√(3).</w:t>
      </w:r>
    </w:p>
    <w:p>
      <w:pPr>
        <w:spacing w:before="0" w:after="80" w:line="300" w:lineRule="auto"/>
        <w:jc w:val="left"/>
      </w:pPr>
      <w:r>
        <w:rPr>
          <w:rFonts w:ascii="Times New Roman" w:hAnsi="Times New Roman" w:eastAsia="宋体"/>
          <w:b w:val="0"/>
          <w:i w:val="0"/>
          <w:color w:val="333333"/>
          <w:sz w:val="19"/>
        </w:rPr>
        <w:t>Its area is</w:t>
      </w:r>
    </w:p>
    <w:p>
      <w:pPr>
        <w:spacing w:before="0" w:after="80" w:line="300" w:lineRule="auto"/>
        <w:jc w:val="left"/>
      </w:pPr>
      <w:r>
        <w:rPr>
          <w:rFonts w:ascii="Times New Roman" w:hAnsi="Times New Roman" w:eastAsia="宋体"/>
          <w:b w:val="0"/>
          <w:i w:val="0"/>
          <w:color w:val="333333"/>
          <w:sz w:val="19"/>
        </w:rPr>
        <w:t>(√(3))/4s²=36+25√(3),</w:t>
      </w:r>
    </w:p>
    <w:p>
      <w:pPr>
        <w:spacing w:before="0" w:after="80" w:line="300" w:lineRule="auto"/>
        <w:jc w:val="left"/>
      </w:pPr>
      <w:r>
        <w:rPr>
          <w:rFonts w:ascii="Times New Roman" w:hAnsi="Times New Roman" w:eastAsia="宋体"/>
          <w:b w:val="0"/>
          <w:i w:val="0"/>
          <w:color w:val="333333"/>
          <w:sz w:val="19"/>
        </w:rPr>
        <w:t>whose nearest integer is 79.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